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0"/>
        <w:gridCol w:w="8226"/>
      </w:tblGrid>
      <w:tr w:rsidR="003226B3" w14:paraId="3F1D03A7" w14:textId="77777777" w:rsidTr="00D45041">
        <w:trPr>
          <w:jc w:val="center"/>
        </w:trPr>
        <w:tc>
          <w:tcPr>
            <w:tcW w:w="2430" w:type="dxa"/>
          </w:tcPr>
          <w:p w14:paraId="509A14DE" w14:textId="77777777" w:rsidR="003226B3" w:rsidRDefault="0069633C" w:rsidP="00D45041">
            <w:r>
              <w:rPr>
                <w:noProof/>
              </w:rPr>
              <w:drawing>
                <wp:inline distT="0" distB="0" distL="0" distR="0" wp14:anchorId="54942586" wp14:editId="3BA860B2">
                  <wp:extent cx="1295059" cy="1141697"/>
                  <wp:effectExtent l="0" t="0" r="63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CC-ME Logo(20260902-150536)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282" cy="1147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6" w:type="dxa"/>
          </w:tcPr>
          <w:p w14:paraId="27452E69" w14:textId="77777777" w:rsidR="00D45041" w:rsidRDefault="00D45041">
            <w:pPr>
              <w:spacing w:after="0"/>
              <w:rPr>
                <w:rFonts w:eastAsia="Arial"/>
                <w:b/>
                <w:color w:val="0B5D48"/>
                <w:sz w:val="36"/>
              </w:rPr>
            </w:pPr>
          </w:p>
          <w:p w14:paraId="6C645AF1" w14:textId="77777777" w:rsidR="00D45041" w:rsidRDefault="00D45041">
            <w:pPr>
              <w:spacing w:after="0"/>
              <w:rPr>
                <w:rFonts w:eastAsia="Arial"/>
                <w:b/>
                <w:color w:val="0B5D48"/>
                <w:sz w:val="36"/>
              </w:rPr>
            </w:pPr>
          </w:p>
          <w:p w14:paraId="421F57C6" w14:textId="24124817" w:rsidR="003226B3" w:rsidRDefault="0069633C">
            <w:pPr>
              <w:spacing w:after="0"/>
            </w:pPr>
            <w:r>
              <w:rPr>
                <w:rFonts w:eastAsia="Arial"/>
                <w:b/>
                <w:color w:val="0B5D48"/>
                <w:sz w:val="36"/>
              </w:rPr>
              <w:t>INCIDENT / SITUATION STATUS FORM</w:t>
            </w:r>
          </w:p>
          <w:p w14:paraId="47771993" w14:textId="77777777" w:rsidR="003226B3" w:rsidRDefault="0069633C">
            <w:pPr>
              <w:spacing w:after="0"/>
            </w:pPr>
            <w:r>
              <w:rPr>
                <w:rFonts w:eastAsia="Arial"/>
                <w:b/>
                <w:color w:val="E85A24"/>
                <w:sz w:val="19"/>
              </w:rPr>
              <w:t>Universal HCC-ME Emergency Operations Tool</w:t>
            </w:r>
          </w:p>
        </w:tc>
      </w:tr>
    </w:tbl>
    <w:p w14:paraId="5722030B" w14:textId="77777777" w:rsidR="003226B3" w:rsidRDefault="003226B3">
      <w:pPr>
        <w:pBdr>
          <w:bottom w:val="single" w:sz="14" w:space="1" w:color="E85A24"/>
        </w:pBdr>
        <w:spacing w:after="60"/>
      </w:pPr>
    </w:p>
    <w:tbl>
      <w:tblPr>
        <w:tblW w:w="0" w:type="auto"/>
        <w:tblBorders>
          <w:top w:val="single" w:sz="4" w:space="0" w:color="E7B29D"/>
          <w:left w:val="single" w:sz="4" w:space="0" w:color="E7B29D"/>
          <w:bottom w:val="single" w:sz="4" w:space="0" w:color="E7B29D"/>
          <w:right w:val="single" w:sz="4" w:space="0" w:color="E7B29D"/>
          <w:insideH w:val="single" w:sz="4" w:space="0" w:color="E7B29D"/>
          <w:insideV w:val="single" w:sz="4" w:space="0" w:color="E7B29D"/>
        </w:tblBorders>
        <w:tblLook w:val="04A0" w:firstRow="1" w:lastRow="0" w:firstColumn="1" w:lastColumn="0" w:noHBand="0" w:noVBand="1"/>
      </w:tblPr>
      <w:tblGrid>
        <w:gridCol w:w="10656"/>
      </w:tblGrid>
      <w:tr w:rsidR="003226B3" w14:paraId="5D948F1B" w14:textId="77777777">
        <w:tc>
          <w:tcPr>
            <w:tcW w:w="10656" w:type="dxa"/>
            <w:shd w:val="clear" w:color="auto" w:fill="FCEFE8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4EDBB3FB" w14:textId="77777777" w:rsidR="003226B3" w:rsidRDefault="0069633C">
            <w:pPr>
              <w:spacing w:after="0"/>
            </w:pPr>
            <w:r>
              <w:rPr>
                <w:rFonts w:eastAsia="Arial"/>
                <w:b/>
                <w:color w:val="E85A24"/>
                <w:sz w:val="16"/>
              </w:rPr>
              <w:t xml:space="preserve">PLANNING RESOURCE  </w:t>
            </w:r>
            <w:r>
              <w:rPr>
                <w:rFonts w:eastAsia="Arial"/>
                <w:color w:val="1F2937"/>
                <w:sz w:val="16"/>
              </w:rPr>
              <w:t>Use this form to capture a concise operational picture during an incident, exercise, or significant disruption. Organizations may adapt the frequency and distribution of updates to fit their command, communication, and documentation processes.</w:t>
            </w:r>
          </w:p>
        </w:tc>
      </w:tr>
    </w:tbl>
    <w:p w14:paraId="2742E05E" w14:textId="77777777" w:rsidR="003226B3" w:rsidRDefault="0069633C">
      <w:pPr>
        <w:spacing w:before="80" w:after="40"/>
      </w:pPr>
      <w:r>
        <w:rPr>
          <w:rFonts w:eastAsia="Arial"/>
          <w:b/>
          <w:color w:val="0B5D48"/>
          <w:sz w:val="23"/>
        </w:rPr>
        <w:t>INCIDENT IDENTIFICATION</w:t>
      </w:r>
    </w:p>
    <w:tbl>
      <w:tblPr>
        <w:tblW w:w="0" w:type="auto"/>
        <w:jc w:val="center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3226B3" w14:paraId="55515A0C" w14:textId="77777777">
        <w:trPr>
          <w:jc w:val="center"/>
        </w:trPr>
        <w:tc>
          <w:tcPr>
            <w:tcW w:w="2664" w:type="dxa"/>
            <w:shd w:val="clear" w:color="auto" w:fill="EAF4F0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BA63CA8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Organization / Facility</w:t>
            </w:r>
          </w:p>
        </w:tc>
        <w:tc>
          <w:tcPr>
            <w:tcW w:w="2664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371CFF3" w14:textId="77777777" w:rsidR="003226B3" w:rsidRDefault="0069633C">
            <w:r>
              <w:rPr>
                <w:rFonts w:eastAsia="Arial"/>
                <w:color w:val="1F2937"/>
                <w:sz w:val="24"/>
              </w:rPr>
              <w:t xml:space="preserve"> </w:t>
            </w:r>
          </w:p>
        </w:tc>
        <w:tc>
          <w:tcPr>
            <w:tcW w:w="2664" w:type="dxa"/>
            <w:shd w:val="clear" w:color="auto" w:fill="EAF4F0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00436BBB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Provider Type</w:t>
            </w:r>
          </w:p>
        </w:tc>
        <w:tc>
          <w:tcPr>
            <w:tcW w:w="2664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5889F3B" w14:textId="77777777" w:rsidR="003226B3" w:rsidRDefault="0069633C">
            <w:r>
              <w:rPr>
                <w:rFonts w:eastAsia="Arial"/>
                <w:color w:val="1F2937"/>
                <w:sz w:val="24"/>
              </w:rPr>
              <w:t xml:space="preserve"> </w:t>
            </w:r>
          </w:p>
        </w:tc>
      </w:tr>
      <w:tr w:rsidR="003226B3" w14:paraId="758E0F79" w14:textId="77777777">
        <w:trPr>
          <w:jc w:val="center"/>
        </w:trPr>
        <w:tc>
          <w:tcPr>
            <w:tcW w:w="2664" w:type="dxa"/>
            <w:shd w:val="clear" w:color="auto" w:fill="EAF4F0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CF86EC1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Incident / Event Name</w:t>
            </w:r>
          </w:p>
        </w:tc>
        <w:tc>
          <w:tcPr>
            <w:tcW w:w="2664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1BDA745" w14:textId="77777777" w:rsidR="003226B3" w:rsidRDefault="0069633C">
            <w:r>
              <w:rPr>
                <w:rFonts w:eastAsia="Arial"/>
                <w:color w:val="1F2937"/>
                <w:sz w:val="24"/>
              </w:rPr>
              <w:t xml:space="preserve"> </w:t>
            </w:r>
          </w:p>
        </w:tc>
        <w:tc>
          <w:tcPr>
            <w:tcW w:w="2664" w:type="dxa"/>
            <w:shd w:val="clear" w:color="auto" w:fill="EAF4F0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3C6F501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Operational Period</w:t>
            </w:r>
          </w:p>
        </w:tc>
        <w:tc>
          <w:tcPr>
            <w:tcW w:w="2664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2B219A1" w14:textId="77777777" w:rsidR="003226B3" w:rsidRDefault="0069633C">
            <w:r>
              <w:rPr>
                <w:rFonts w:eastAsia="Arial"/>
                <w:color w:val="1F2937"/>
                <w:sz w:val="24"/>
              </w:rPr>
              <w:t xml:space="preserve"> </w:t>
            </w:r>
          </w:p>
        </w:tc>
      </w:tr>
      <w:tr w:rsidR="003226B3" w14:paraId="550C1B53" w14:textId="77777777">
        <w:trPr>
          <w:jc w:val="center"/>
        </w:trPr>
        <w:tc>
          <w:tcPr>
            <w:tcW w:w="2664" w:type="dxa"/>
            <w:shd w:val="clear" w:color="auto" w:fill="EAF4F0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5F49AED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Status Report #</w:t>
            </w:r>
          </w:p>
        </w:tc>
        <w:tc>
          <w:tcPr>
            <w:tcW w:w="2664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3E86D9B" w14:textId="77777777" w:rsidR="003226B3" w:rsidRDefault="0069633C">
            <w:r>
              <w:rPr>
                <w:rFonts w:eastAsia="Arial"/>
                <w:color w:val="1F2937"/>
                <w:sz w:val="24"/>
              </w:rPr>
              <w:t xml:space="preserve"> </w:t>
            </w:r>
          </w:p>
        </w:tc>
        <w:tc>
          <w:tcPr>
            <w:tcW w:w="2664" w:type="dxa"/>
            <w:shd w:val="clear" w:color="auto" w:fill="EAF4F0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6C1C8A6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Date / Time Prepared</w:t>
            </w:r>
          </w:p>
        </w:tc>
        <w:tc>
          <w:tcPr>
            <w:tcW w:w="2664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33B4D2A" w14:textId="77777777" w:rsidR="003226B3" w:rsidRDefault="0069633C">
            <w:r>
              <w:rPr>
                <w:rFonts w:eastAsia="Arial"/>
                <w:color w:val="1F2937"/>
                <w:sz w:val="24"/>
              </w:rPr>
              <w:t xml:space="preserve"> </w:t>
            </w:r>
          </w:p>
        </w:tc>
      </w:tr>
      <w:tr w:rsidR="003226B3" w14:paraId="56E482C2" w14:textId="77777777">
        <w:trPr>
          <w:jc w:val="center"/>
        </w:trPr>
        <w:tc>
          <w:tcPr>
            <w:tcW w:w="2664" w:type="dxa"/>
            <w:shd w:val="clear" w:color="auto" w:fill="EAF4F0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C811B8A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Prepared By / Role</w:t>
            </w:r>
          </w:p>
        </w:tc>
        <w:tc>
          <w:tcPr>
            <w:tcW w:w="2664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00A558D" w14:textId="77777777" w:rsidR="003226B3" w:rsidRDefault="0069633C">
            <w:r>
              <w:rPr>
                <w:rFonts w:eastAsia="Arial"/>
                <w:color w:val="1F2937"/>
                <w:sz w:val="24"/>
              </w:rPr>
              <w:t xml:space="preserve"> </w:t>
            </w:r>
          </w:p>
        </w:tc>
        <w:tc>
          <w:tcPr>
            <w:tcW w:w="2664" w:type="dxa"/>
            <w:shd w:val="clear" w:color="auto" w:fill="EAF4F0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780C295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Next Update Due</w:t>
            </w:r>
          </w:p>
        </w:tc>
        <w:tc>
          <w:tcPr>
            <w:tcW w:w="2664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1B5CF75" w14:textId="77777777" w:rsidR="003226B3" w:rsidRDefault="0069633C">
            <w:r>
              <w:rPr>
                <w:rFonts w:eastAsia="Arial"/>
                <w:color w:val="1F2937"/>
                <w:sz w:val="24"/>
              </w:rPr>
              <w:t xml:space="preserve"> </w:t>
            </w:r>
          </w:p>
        </w:tc>
      </w:tr>
    </w:tbl>
    <w:p w14:paraId="177942B7" w14:textId="77777777" w:rsidR="003226B3" w:rsidRDefault="0069633C">
      <w:pPr>
        <w:spacing w:before="80" w:after="40"/>
      </w:pPr>
      <w:r>
        <w:rPr>
          <w:rFonts w:eastAsia="Arial"/>
          <w:b/>
          <w:color w:val="0B5D48"/>
          <w:sz w:val="23"/>
        </w:rPr>
        <w:t>1. CURRENT SITUATION SUMMARY</w:t>
      </w:r>
    </w:p>
    <w:tbl>
      <w:tblPr>
        <w:tblW w:w="0" w:type="auto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ook w:val="04A0" w:firstRow="1" w:lastRow="0" w:firstColumn="1" w:lastColumn="0" w:noHBand="0" w:noVBand="1"/>
      </w:tblPr>
      <w:tblGrid>
        <w:gridCol w:w="10656"/>
      </w:tblGrid>
      <w:tr w:rsidR="003226B3" w14:paraId="22EB3409" w14:textId="77777777">
        <w:tc>
          <w:tcPr>
            <w:tcW w:w="10656" w:type="dxa"/>
            <w:tcMar>
              <w:top w:w="70" w:type="dxa"/>
              <w:left w:w="65" w:type="dxa"/>
              <w:bottom w:w="70" w:type="dxa"/>
              <w:right w:w="65" w:type="dxa"/>
            </w:tcMar>
          </w:tcPr>
          <w:p w14:paraId="22013216" w14:textId="77777777" w:rsidR="003226B3" w:rsidRDefault="0069633C">
            <w:r>
              <w:br/>
            </w:r>
            <w:r>
              <w:br/>
            </w:r>
          </w:p>
        </w:tc>
      </w:tr>
    </w:tbl>
    <w:p w14:paraId="34380008" w14:textId="77777777" w:rsidR="003226B3" w:rsidRDefault="0069633C">
      <w:pPr>
        <w:spacing w:before="80" w:after="40"/>
      </w:pPr>
      <w:r>
        <w:rPr>
          <w:rFonts w:eastAsia="Arial"/>
          <w:b/>
          <w:color w:val="0B5D48"/>
          <w:sz w:val="23"/>
        </w:rPr>
        <w:t>2. IMPACT / STATUS BY FUNCTION</w:t>
      </w:r>
    </w:p>
    <w:tbl>
      <w:tblPr>
        <w:tblW w:w="0" w:type="auto"/>
        <w:jc w:val="center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3226B3" w14:paraId="1C416ABF" w14:textId="77777777">
        <w:trPr>
          <w:tblHeader/>
          <w:jc w:val="center"/>
        </w:trPr>
        <w:tc>
          <w:tcPr>
            <w:tcW w:w="2664" w:type="dxa"/>
            <w:shd w:val="clear" w:color="auto" w:fill="0B5D48"/>
            <w:tcMar>
              <w:top w:w="35" w:type="dxa"/>
              <w:left w:w="40" w:type="dxa"/>
              <w:bottom w:w="35" w:type="dxa"/>
              <w:right w:w="40" w:type="dxa"/>
            </w:tcMar>
          </w:tcPr>
          <w:p w14:paraId="636606AD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Area</w:t>
            </w:r>
          </w:p>
        </w:tc>
        <w:tc>
          <w:tcPr>
            <w:tcW w:w="2664" w:type="dxa"/>
            <w:shd w:val="clear" w:color="auto" w:fill="0B5D48"/>
            <w:tcMar>
              <w:top w:w="35" w:type="dxa"/>
              <w:left w:w="40" w:type="dxa"/>
              <w:bottom w:w="35" w:type="dxa"/>
              <w:right w:w="40" w:type="dxa"/>
            </w:tcMar>
          </w:tcPr>
          <w:p w14:paraId="5C1AF788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Current Status / Impact</w:t>
            </w:r>
          </w:p>
        </w:tc>
        <w:tc>
          <w:tcPr>
            <w:tcW w:w="2664" w:type="dxa"/>
            <w:shd w:val="clear" w:color="auto" w:fill="0B5D48"/>
            <w:tcMar>
              <w:top w:w="35" w:type="dxa"/>
              <w:left w:w="40" w:type="dxa"/>
              <w:bottom w:w="35" w:type="dxa"/>
              <w:right w:w="40" w:type="dxa"/>
            </w:tcMar>
          </w:tcPr>
          <w:p w14:paraId="119710B3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Immediate Need / Concern</w:t>
            </w:r>
          </w:p>
        </w:tc>
        <w:tc>
          <w:tcPr>
            <w:tcW w:w="2664" w:type="dxa"/>
            <w:shd w:val="clear" w:color="auto" w:fill="0B5D48"/>
            <w:tcMar>
              <w:top w:w="35" w:type="dxa"/>
              <w:left w:w="40" w:type="dxa"/>
              <w:bottom w:w="35" w:type="dxa"/>
              <w:right w:w="40" w:type="dxa"/>
            </w:tcMar>
          </w:tcPr>
          <w:p w14:paraId="6B6852E7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Lead / Responsible Area</w:t>
            </w:r>
          </w:p>
        </w:tc>
      </w:tr>
      <w:tr w:rsidR="003226B3" w14:paraId="25AEF22B" w14:textId="77777777">
        <w:trPr>
          <w:jc w:val="center"/>
        </w:trPr>
        <w:tc>
          <w:tcPr>
            <w:tcW w:w="2664" w:type="dxa"/>
            <w:shd w:val="clear" w:color="auto" w:fill="F3F5F4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A8DA8F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Patients / Residents / Clients / Visitors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CD56A21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554716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94DB53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</w:tr>
      <w:tr w:rsidR="003226B3" w14:paraId="2F120816" w14:textId="77777777">
        <w:trPr>
          <w:jc w:val="center"/>
        </w:trPr>
        <w:tc>
          <w:tcPr>
            <w:tcW w:w="2664" w:type="dxa"/>
            <w:shd w:val="clear" w:color="auto" w:fill="F3F5F4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38D2E91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Staffing / Workforce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404D71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E79695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288A440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</w:tr>
      <w:tr w:rsidR="003226B3" w14:paraId="4964038E" w14:textId="77777777">
        <w:trPr>
          <w:jc w:val="center"/>
        </w:trPr>
        <w:tc>
          <w:tcPr>
            <w:tcW w:w="2664" w:type="dxa"/>
            <w:shd w:val="clear" w:color="auto" w:fill="F3F5F4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CD0FDA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Facility / Clinical Operations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E61290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62D52A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985E3D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</w:tr>
      <w:tr w:rsidR="003226B3" w14:paraId="5C8A1E84" w14:textId="77777777">
        <w:trPr>
          <w:jc w:val="center"/>
        </w:trPr>
        <w:tc>
          <w:tcPr>
            <w:tcW w:w="2664" w:type="dxa"/>
            <w:shd w:val="clear" w:color="auto" w:fill="F3F5F4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E93DAC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Power / Utilities / Environment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EFB638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2E47CE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856BED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</w:tr>
      <w:tr w:rsidR="003226B3" w14:paraId="1708832E" w14:textId="77777777">
        <w:trPr>
          <w:jc w:val="center"/>
        </w:trPr>
        <w:tc>
          <w:tcPr>
            <w:tcW w:w="2664" w:type="dxa"/>
            <w:shd w:val="clear" w:color="auto" w:fill="F3F5F4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C1895E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Communications / IT / EHR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BFA5B4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44B9F6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9F0ED2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</w:tr>
      <w:tr w:rsidR="003226B3" w14:paraId="1C41D0A7" w14:textId="77777777">
        <w:trPr>
          <w:jc w:val="center"/>
        </w:trPr>
        <w:tc>
          <w:tcPr>
            <w:tcW w:w="2664" w:type="dxa"/>
            <w:shd w:val="clear" w:color="auto" w:fill="F3F5F4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9D3CF9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Medications / Supplies / Equipment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738FE4F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812571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864CEC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</w:tr>
      <w:tr w:rsidR="003226B3" w14:paraId="770296BE" w14:textId="77777777">
        <w:trPr>
          <w:jc w:val="center"/>
        </w:trPr>
        <w:tc>
          <w:tcPr>
            <w:tcW w:w="2664" w:type="dxa"/>
            <w:shd w:val="clear" w:color="auto" w:fill="F3F5F4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3EE651F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Access / Transportation / Logistics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BAA108F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49FD91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915F52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</w:tr>
      <w:tr w:rsidR="003226B3" w14:paraId="3185AC4C" w14:textId="77777777">
        <w:trPr>
          <w:jc w:val="center"/>
        </w:trPr>
        <w:tc>
          <w:tcPr>
            <w:tcW w:w="2664" w:type="dxa"/>
            <w:shd w:val="clear" w:color="auto" w:fill="F3F5F4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5DDB94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Safety / Security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BD8D9D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2EE997F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68398B1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</w:tr>
      <w:tr w:rsidR="003226B3" w14:paraId="4E403FD1" w14:textId="77777777">
        <w:trPr>
          <w:jc w:val="center"/>
        </w:trPr>
        <w:tc>
          <w:tcPr>
            <w:tcW w:w="2664" w:type="dxa"/>
            <w:shd w:val="clear" w:color="auto" w:fill="F3F5F4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02FABF5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Public Health / Community / External Partners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FE4D9BA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819AFF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  <w:tc>
          <w:tcPr>
            <w:tcW w:w="266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240E2A" w14:textId="77777777" w:rsidR="003226B3" w:rsidRDefault="0069633C">
            <w:r>
              <w:rPr>
                <w:rFonts w:eastAsia="Arial"/>
                <w:color w:val="1F2937"/>
                <w:sz w:val="22"/>
              </w:rPr>
              <w:t xml:space="preserve"> </w:t>
            </w:r>
          </w:p>
        </w:tc>
      </w:tr>
    </w:tbl>
    <w:p w14:paraId="11DD179C" w14:textId="77777777" w:rsidR="003226B3" w:rsidRDefault="0069633C">
      <w:r>
        <w:br w:type="page"/>
      </w:r>
    </w:p>
    <w:p w14:paraId="69DF779D" w14:textId="77777777" w:rsidR="003226B3" w:rsidRDefault="0069633C">
      <w:pPr>
        <w:spacing w:before="80" w:after="40"/>
      </w:pPr>
      <w:r>
        <w:rPr>
          <w:rFonts w:eastAsia="Arial"/>
          <w:b/>
          <w:color w:val="0B5D48"/>
          <w:sz w:val="23"/>
        </w:rPr>
        <w:lastRenderedPageBreak/>
        <w:t>3. ACTIONS COMPLETED / IN PROGRESS</w:t>
      </w:r>
    </w:p>
    <w:tbl>
      <w:tblPr>
        <w:tblW w:w="0" w:type="auto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3226B3" w14:paraId="1DCD4B9D" w14:textId="77777777">
        <w:tc>
          <w:tcPr>
            <w:tcW w:w="2664" w:type="dxa"/>
            <w:shd w:val="clear" w:color="auto" w:fill="0B5D48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CFCA7DD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Time</w:t>
            </w:r>
          </w:p>
        </w:tc>
        <w:tc>
          <w:tcPr>
            <w:tcW w:w="2664" w:type="dxa"/>
            <w:shd w:val="clear" w:color="auto" w:fill="0B5D48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3C09D5B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Action / Decision</w:t>
            </w:r>
          </w:p>
        </w:tc>
        <w:tc>
          <w:tcPr>
            <w:tcW w:w="2664" w:type="dxa"/>
            <w:shd w:val="clear" w:color="auto" w:fill="0B5D48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F617E41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Owner / Lead</w:t>
            </w:r>
          </w:p>
        </w:tc>
        <w:tc>
          <w:tcPr>
            <w:tcW w:w="2664" w:type="dxa"/>
            <w:shd w:val="clear" w:color="auto" w:fill="0B5D48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A35676A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Status / Result</w:t>
            </w:r>
          </w:p>
        </w:tc>
      </w:tr>
      <w:tr w:rsidR="003226B3" w14:paraId="56033D1E" w14:textId="77777777"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67DA9468" w14:textId="77777777" w:rsidR="003226B3" w:rsidRDefault="0069633C">
            <w:r>
              <w:t xml:space="preserve"> </w:t>
            </w:r>
          </w:p>
        </w:tc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477C59D5" w14:textId="77777777" w:rsidR="003226B3" w:rsidRDefault="0069633C">
            <w:r>
              <w:t xml:space="preserve"> </w:t>
            </w:r>
          </w:p>
        </w:tc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088F2A7B" w14:textId="77777777" w:rsidR="003226B3" w:rsidRDefault="0069633C">
            <w:r>
              <w:t xml:space="preserve"> </w:t>
            </w:r>
          </w:p>
        </w:tc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775D6BF3" w14:textId="77777777" w:rsidR="003226B3" w:rsidRDefault="0069633C">
            <w:r>
              <w:t xml:space="preserve"> </w:t>
            </w:r>
          </w:p>
        </w:tc>
      </w:tr>
      <w:tr w:rsidR="003226B3" w14:paraId="7852BEEB" w14:textId="77777777"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554C7AD8" w14:textId="77777777" w:rsidR="003226B3" w:rsidRDefault="0069633C">
            <w:r>
              <w:t xml:space="preserve"> </w:t>
            </w:r>
          </w:p>
        </w:tc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72118D3A" w14:textId="77777777" w:rsidR="003226B3" w:rsidRDefault="0069633C">
            <w:r>
              <w:t xml:space="preserve"> </w:t>
            </w:r>
          </w:p>
        </w:tc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2663E554" w14:textId="77777777" w:rsidR="003226B3" w:rsidRDefault="0069633C">
            <w:r>
              <w:t xml:space="preserve"> </w:t>
            </w:r>
          </w:p>
        </w:tc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616199B6" w14:textId="77777777" w:rsidR="003226B3" w:rsidRDefault="0069633C">
            <w:r>
              <w:t xml:space="preserve"> </w:t>
            </w:r>
          </w:p>
        </w:tc>
      </w:tr>
      <w:tr w:rsidR="003226B3" w14:paraId="52CA3A52" w14:textId="77777777"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19733B7A" w14:textId="77777777" w:rsidR="003226B3" w:rsidRDefault="0069633C">
            <w:r>
              <w:t xml:space="preserve"> </w:t>
            </w:r>
          </w:p>
        </w:tc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74BD85C4" w14:textId="77777777" w:rsidR="003226B3" w:rsidRDefault="0069633C">
            <w:r>
              <w:t xml:space="preserve"> </w:t>
            </w:r>
          </w:p>
        </w:tc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25C1B73A" w14:textId="77777777" w:rsidR="003226B3" w:rsidRDefault="0069633C">
            <w:r>
              <w:t xml:space="preserve"> </w:t>
            </w:r>
          </w:p>
        </w:tc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139EEBD6" w14:textId="77777777" w:rsidR="003226B3" w:rsidRDefault="0069633C">
            <w:r>
              <w:t xml:space="preserve"> </w:t>
            </w:r>
          </w:p>
        </w:tc>
      </w:tr>
      <w:tr w:rsidR="003226B3" w14:paraId="38FFB640" w14:textId="77777777"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332C43DE" w14:textId="77777777" w:rsidR="003226B3" w:rsidRDefault="0069633C">
            <w:r>
              <w:t xml:space="preserve"> </w:t>
            </w:r>
          </w:p>
        </w:tc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44345A97" w14:textId="77777777" w:rsidR="003226B3" w:rsidRDefault="0069633C">
            <w:r>
              <w:t xml:space="preserve"> </w:t>
            </w:r>
          </w:p>
        </w:tc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27841C83" w14:textId="77777777" w:rsidR="003226B3" w:rsidRDefault="0069633C">
            <w:r>
              <w:t xml:space="preserve"> </w:t>
            </w:r>
          </w:p>
        </w:tc>
        <w:tc>
          <w:tcPr>
            <w:tcW w:w="2664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12469646" w14:textId="77777777" w:rsidR="003226B3" w:rsidRDefault="0069633C">
            <w:r>
              <w:t xml:space="preserve"> </w:t>
            </w:r>
          </w:p>
        </w:tc>
      </w:tr>
    </w:tbl>
    <w:p w14:paraId="44FF7F47" w14:textId="77777777" w:rsidR="003226B3" w:rsidRDefault="0069633C">
      <w:pPr>
        <w:spacing w:before="80" w:after="40"/>
      </w:pPr>
      <w:r>
        <w:rPr>
          <w:rFonts w:eastAsia="Arial"/>
          <w:b/>
          <w:color w:val="0B5D48"/>
          <w:sz w:val="23"/>
        </w:rPr>
        <w:t>4. RESOURCE NEEDS / REQUESTS</w:t>
      </w:r>
    </w:p>
    <w:tbl>
      <w:tblPr>
        <w:tblW w:w="0" w:type="auto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ook w:val="04A0" w:firstRow="1" w:lastRow="0" w:firstColumn="1" w:lastColumn="0" w:noHBand="0" w:noVBand="1"/>
      </w:tblPr>
      <w:tblGrid>
        <w:gridCol w:w="2131"/>
        <w:gridCol w:w="2131"/>
        <w:gridCol w:w="2131"/>
        <w:gridCol w:w="2131"/>
        <w:gridCol w:w="2131"/>
      </w:tblGrid>
      <w:tr w:rsidR="003226B3" w14:paraId="480B3812" w14:textId="77777777">
        <w:tc>
          <w:tcPr>
            <w:tcW w:w="2131" w:type="dxa"/>
            <w:shd w:val="clear" w:color="auto" w:fill="0B5D48"/>
            <w:tcMar>
              <w:top w:w="35" w:type="dxa"/>
              <w:left w:w="40" w:type="dxa"/>
              <w:bottom w:w="35" w:type="dxa"/>
              <w:right w:w="40" w:type="dxa"/>
            </w:tcMar>
          </w:tcPr>
          <w:p w14:paraId="18C2B251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Priority</w:t>
            </w:r>
          </w:p>
        </w:tc>
        <w:tc>
          <w:tcPr>
            <w:tcW w:w="2131" w:type="dxa"/>
            <w:shd w:val="clear" w:color="auto" w:fill="0B5D48"/>
            <w:tcMar>
              <w:top w:w="35" w:type="dxa"/>
              <w:left w:w="40" w:type="dxa"/>
              <w:bottom w:w="35" w:type="dxa"/>
              <w:right w:w="40" w:type="dxa"/>
            </w:tcMar>
          </w:tcPr>
          <w:p w14:paraId="003F9A02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Resource / Support Needed</w:t>
            </w:r>
          </w:p>
        </w:tc>
        <w:tc>
          <w:tcPr>
            <w:tcW w:w="2131" w:type="dxa"/>
            <w:shd w:val="clear" w:color="auto" w:fill="0B5D48"/>
            <w:tcMar>
              <w:top w:w="35" w:type="dxa"/>
              <w:left w:w="40" w:type="dxa"/>
              <w:bottom w:w="35" w:type="dxa"/>
              <w:right w:w="40" w:type="dxa"/>
            </w:tcMar>
          </w:tcPr>
          <w:p w14:paraId="2303E445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Quantity / Scope</w:t>
            </w:r>
          </w:p>
        </w:tc>
        <w:tc>
          <w:tcPr>
            <w:tcW w:w="2131" w:type="dxa"/>
            <w:shd w:val="clear" w:color="auto" w:fill="0B5D48"/>
            <w:tcMar>
              <w:top w:w="35" w:type="dxa"/>
              <w:left w:w="40" w:type="dxa"/>
              <w:bottom w:w="35" w:type="dxa"/>
              <w:right w:w="40" w:type="dxa"/>
            </w:tcMar>
          </w:tcPr>
          <w:p w14:paraId="6758DE9E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Requested From / Contact</w:t>
            </w:r>
          </w:p>
        </w:tc>
        <w:tc>
          <w:tcPr>
            <w:tcW w:w="2131" w:type="dxa"/>
            <w:shd w:val="clear" w:color="auto" w:fill="0B5D48"/>
            <w:tcMar>
              <w:top w:w="35" w:type="dxa"/>
              <w:left w:w="40" w:type="dxa"/>
              <w:bottom w:w="35" w:type="dxa"/>
              <w:right w:w="40" w:type="dxa"/>
            </w:tcMar>
          </w:tcPr>
          <w:p w14:paraId="57613A6C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Status / ETA</w:t>
            </w:r>
          </w:p>
        </w:tc>
      </w:tr>
      <w:tr w:rsidR="003226B3" w14:paraId="002598E1" w14:textId="77777777"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7172E786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6028E97A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1C91D972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224FA203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64071E63" w14:textId="77777777" w:rsidR="003226B3" w:rsidRDefault="0069633C">
            <w:r>
              <w:t xml:space="preserve"> </w:t>
            </w:r>
          </w:p>
        </w:tc>
      </w:tr>
      <w:tr w:rsidR="003226B3" w14:paraId="64CAF6A0" w14:textId="77777777"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3D66AC35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26E93723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5BF4FF52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60F3E32D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075F0EE4" w14:textId="77777777" w:rsidR="003226B3" w:rsidRDefault="0069633C">
            <w:r>
              <w:t xml:space="preserve"> </w:t>
            </w:r>
          </w:p>
        </w:tc>
      </w:tr>
      <w:tr w:rsidR="003226B3" w14:paraId="5473F28A" w14:textId="77777777"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596441FF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7644C6B9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4788A769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608B38E4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5812632F" w14:textId="77777777" w:rsidR="003226B3" w:rsidRDefault="0069633C">
            <w:r>
              <w:t xml:space="preserve"> </w:t>
            </w:r>
          </w:p>
        </w:tc>
      </w:tr>
      <w:tr w:rsidR="003226B3" w14:paraId="6A710AD6" w14:textId="77777777"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7F2C8A9F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6ACEE494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1E23F47C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6466F01E" w14:textId="77777777" w:rsidR="003226B3" w:rsidRDefault="0069633C">
            <w:r>
              <w:t xml:space="preserve"> </w:t>
            </w:r>
          </w:p>
        </w:tc>
        <w:tc>
          <w:tcPr>
            <w:tcW w:w="2131" w:type="dxa"/>
            <w:tcMar>
              <w:top w:w="55" w:type="dxa"/>
              <w:left w:w="40" w:type="dxa"/>
              <w:bottom w:w="55" w:type="dxa"/>
              <w:right w:w="40" w:type="dxa"/>
            </w:tcMar>
          </w:tcPr>
          <w:p w14:paraId="5C169C24" w14:textId="77777777" w:rsidR="003226B3" w:rsidRDefault="0069633C">
            <w:r>
              <w:t xml:space="preserve"> </w:t>
            </w:r>
          </w:p>
        </w:tc>
      </w:tr>
    </w:tbl>
    <w:p w14:paraId="0DB993F4" w14:textId="77777777" w:rsidR="003226B3" w:rsidRDefault="0069633C">
      <w:pPr>
        <w:spacing w:before="80" w:after="40"/>
      </w:pPr>
      <w:r>
        <w:rPr>
          <w:rFonts w:eastAsia="Arial"/>
          <w:b/>
          <w:color w:val="0B5D48"/>
          <w:sz w:val="23"/>
        </w:rPr>
        <w:t>5. PRIORITIES FOR NEXT OPERATIONAL PERIOD</w:t>
      </w:r>
    </w:p>
    <w:tbl>
      <w:tblPr>
        <w:tblW w:w="0" w:type="auto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3226B3" w14:paraId="7057AAFE" w14:textId="77777777">
        <w:tc>
          <w:tcPr>
            <w:tcW w:w="2664" w:type="dxa"/>
            <w:shd w:val="clear" w:color="auto" w:fill="0B5D48"/>
            <w:tcMar>
              <w:top w:w="35" w:type="dxa"/>
              <w:left w:w="40" w:type="dxa"/>
              <w:bottom w:w="35" w:type="dxa"/>
              <w:right w:w="40" w:type="dxa"/>
            </w:tcMar>
          </w:tcPr>
          <w:p w14:paraId="236DB3CF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Priority #</w:t>
            </w:r>
          </w:p>
        </w:tc>
        <w:tc>
          <w:tcPr>
            <w:tcW w:w="2664" w:type="dxa"/>
            <w:shd w:val="clear" w:color="auto" w:fill="0B5D48"/>
            <w:tcMar>
              <w:top w:w="35" w:type="dxa"/>
              <w:left w:w="40" w:type="dxa"/>
              <w:bottom w:w="35" w:type="dxa"/>
              <w:right w:w="40" w:type="dxa"/>
            </w:tcMar>
          </w:tcPr>
          <w:p w14:paraId="4297E092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Operational Priority / Objective</w:t>
            </w:r>
          </w:p>
        </w:tc>
        <w:tc>
          <w:tcPr>
            <w:tcW w:w="2664" w:type="dxa"/>
            <w:shd w:val="clear" w:color="auto" w:fill="0B5D48"/>
            <w:tcMar>
              <w:top w:w="35" w:type="dxa"/>
              <w:left w:w="40" w:type="dxa"/>
              <w:bottom w:w="35" w:type="dxa"/>
              <w:right w:w="40" w:type="dxa"/>
            </w:tcMar>
          </w:tcPr>
          <w:p w14:paraId="578F08BF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Responsible Lead</w:t>
            </w:r>
          </w:p>
        </w:tc>
        <w:tc>
          <w:tcPr>
            <w:tcW w:w="2664" w:type="dxa"/>
            <w:shd w:val="clear" w:color="auto" w:fill="0B5D48"/>
            <w:tcMar>
              <w:top w:w="35" w:type="dxa"/>
              <w:left w:w="40" w:type="dxa"/>
              <w:bottom w:w="35" w:type="dxa"/>
              <w:right w:w="40" w:type="dxa"/>
            </w:tcMar>
          </w:tcPr>
          <w:p w14:paraId="254F5AB5" w14:textId="77777777" w:rsidR="003226B3" w:rsidRDefault="0069633C">
            <w:r>
              <w:rPr>
                <w:rFonts w:eastAsia="Arial"/>
                <w:b/>
                <w:color w:val="FFFFFF"/>
                <w:sz w:val="16"/>
              </w:rPr>
              <w:t>Target Time / Completion</w:t>
            </w:r>
          </w:p>
        </w:tc>
      </w:tr>
      <w:tr w:rsidR="003226B3" w14:paraId="2B8663EB" w14:textId="77777777"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6E47B8EC" w14:textId="77777777" w:rsidR="003226B3" w:rsidRDefault="0069633C">
            <w:r>
              <w:t>1</w:t>
            </w:r>
          </w:p>
        </w:tc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508E303E" w14:textId="77777777" w:rsidR="003226B3" w:rsidRDefault="003226B3"/>
        </w:tc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79DD93C3" w14:textId="77777777" w:rsidR="003226B3" w:rsidRDefault="003226B3"/>
        </w:tc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447A867E" w14:textId="77777777" w:rsidR="003226B3" w:rsidRDefault="003226B3"/>
        </w:tc>
      </w:tr>
      <w:tr w:rsidR="003226B3" w14:paraId="05B52A77" w14:textId="77777777"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5DB40789" w14:textId="77777777" w:rsidR="003226B3" w:rsidRDefault="0069633C">
            <w:r>
              <w:t>2</w:t>
            </w:r>
          </w:p>
        </w:tc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5E91F274" w14:textId="77777777" w:rsidR="003226B3" w:rsidRDefault="003226B3"/>
        </w:tc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00F2442" w14:textId="77777777" w:rsidR="003226B3" w:rsidRDefault="003226B3"/>
        </w:tc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7FEEC2D4" w14:textId="77777777" w:rsidR="003226B3" w:rsidRDefault="003226B3"/>
        </w:tc>
      </w:tr>
      <w:tr w:rsidR="003226B3" w14:paraId="273FE581" w14:textId="77777777"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122ADCFE" w14:textId="77777777" w:rsidR="003226B3" w:rsidRDefault="0069633C">
            <w:r>
              <w:t>3</w:t>
            </w:r>
          </w:p>
        </w:tc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116CB3E0" w14:textId="77777777" w:rsidR="003226B3" w:rsidRDefault="003226B3"/>
        </w:tc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123D4350" w14:textId="77777777" w:rsidR="003226B3" w:rsidRDefault="003226B3"/>
        </w:tc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534C0A9C" w14:textId="77777777" w:rsidR="003226B3" w:rsidRDefault="003226B3"/>
        </w:tc>
      </w:tr>
      <w:tr w:rsidR="003226B3" w14:paraId="2D64AB22" w14:textId="77777777"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59544FBE" w14:textId="77777777" w:rsidR="003226B3" w:rsidRDefault="0069633C">
            <w:r>
              <w:t>4</w:t>
            </w:r>
          </w:p>
        </w:tc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1284099D" w14:textId="77777777" w:rsidR="003226B3" w:rsidRDefault="003226B3"/>
        </w:tc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6E717A7D" w14:textId="77777777" w:rsidR="003226B3" w:rsidRDefault="003226B3"/>
        </w:tc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1274FEEE" w14:textId="77777777" w:rsidR="003226B3" w:rsidRDefault="003226B3"/>
        </w:tc>
      </w:tr>
      <w:tr w:rsidR="003226B3" w14:paraId="4F651149" w14:textId="77777777"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0A05F373" w14:textId="77777777" w:rsidR="003226B3" w:rsidRDefault="0069633C">
            <w:r>
              <w:t>5</w:t>
            </w:r>
          </w:p>
        </w:tc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15929D1" w14:textId="77777777" w:rsidR="003226B3" w:rsidRDefault="003226B3"/>
        </w:tc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74A602C0" w14:textId="77777777" w:rsidR="003226B3" w:rsidRDefault="003226B3"/>
        </w:tc>
        <w:tc>
          <w:tcPr>
            <w:tcW w:w="2664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1FC47910" w14:textId="77777777" w:rsidR="003226B3" w:rsidRDefault="003226B3"/>
        </w:tc>
      </w:tr>
    </w:tbl>
    <w:p w14:paraId="7354F961" w14:textId="77777777" w:rsidR="003226B3" w:rsidRDefault="0069633C">
      <w:pPr>
        <w:spacing w:before="80" w:after="40"/>
      </w:pPr>
      <w:r>
        <w:rPr>
          <w:rFonts w:eastAsia="Arial"/>
          <w:b/>
          <w:color w:val="0B5D48"/>
          <w:sz w:val="23"/>
        </w:rPr>
        <w:t>6. COMMUNICATION / DISTRIBUTION</w:t>
      </w:r>
    </w:p>
    <w:tbl>
      <w:tblPr>
        <w:tblW w:w="0" w:type="auto"/>
        <w:jc w:val="center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3226B3" w14:paraId="2B49E3DB" w14:textId="77777777">
        <w:trPr>
          <w:jc w:val="center"/>
        </w:trPr>
        <w:tc>
          <w:tcPr>
            <w:tcW w:w="2664" w:type="dxa"/>
            <w:shd w:val="clear" w:color="auto" w:fill="EAF4F0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DEFF29B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External Partners / Agencies Contacted</w:t>
            </w:r>
          </w:p>
        </w:tc>
        <w:tc>
          <w:tcPr>
            <w:tcW w:w="2664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93ADB3C" w14:textId="77777777" w:rsidR="003226B3" w:rsidRDefault="0069633C">
            <w:r>
              <w:rPr>
                <w:rFonts w:eastAsia="Arial"/>
                <w:color w:val="1F2937"/>
                <w:sz w:val="24"/>
              </w:rPr>
              <w:t xml:space="preserve"> </w:t>
            </w:r>
          </w:p>
        </w:tc>
        <w:tc>
          <w:tcPr>
            <w:tcW w:w="2664" w:type="dxa"/>
            <w:shd w:val="clear" w:color="auto" w:fill="EAF4F0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01F945BF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Distribution List / Recipients</w:t>
            </w:r>
          </w:p>
        </w:tc>
        <w:tc>
          <w:tcPr>
            <w:tcW w:w="2664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2F565A9" w14:textId="77777777" w:rsidR="003226B3" w:rsidRDefault="0069633C">
            <w:r>
              <w:rPr>
                <w:rFonts w:eastAsia="Arial"/>
                <w:color w:val="1F2937"/>
                <w:sz w:val="24"/>
              </w:rPr>
              <w:t xml:space="preserve"> </w:t>
            </w:r>
          </w:p>
        </w:tc>
      </w:tr>
      <w:tr w:rsidR="003226B3" w14:paraId="2192A2D2" w14:textId="77777777">
        <w:trPr>
          <w:jc w:val="center"/>
        </w:trPr>
        <w:tc>
          <w:tcPr>
            <w:tcW w:w="2664" w:type="dxa"/>
            <w:shd w:val="clear" w:color="auto" w:fill="EAF4F0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CB722C6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Public / Patient / Family Message Issued?</w:t>
            </w:r>
          </w:p>
        </w:tc>
        <w:tc>
          <w:tcPr>
            <w:tcW w:w="2664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8BDD415" w14:textId="77777777" w:rsidR="003226B3" w:rsidRDefault="0069633C">
            <w:r>
              <w:rPr>
                <w:rFonts w:eastAsia="Arial"/>
                <w:color w:val="1F2937"/>
                <w:sz w:val="24"/>
              </w:rPr>
              <w:t xml:space="preserve"> </w:t>
            </w:r>
          </w:p>
        </w:tc>
        <w:tc>
          <w:tcPr>
            <w:tcW w:w="2664" w:type="dxa"/>
            <w:shd w:val="clear" w:color="auto" w:fill="EAF4F0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57DEE6A" w14:textId="77777777" w:rsidR="003226B3" w:rsidRDefault="0069633C">
            <w:r>
              <w:rPr>
                <w:rFonts w:eastAsia="Arial"/>
                <w:b/>
                <w:color w:val="0B5D48"/>
                <w:sz w:val="16"/>
              </w:rPr>
              <w:t>Next Situation Update Method / Time</w:t>
            </w:r>
          </w:p>
        </w:tc>
        <w:tc>
          <w:tcPr>
            <w:tcW w:w="2664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B30289C" w14:textId="77777777" w:rsidR="003226B3" w:rsidRDefault="0069633C">
            <w:r>
              <w:rPr>
                <w:rFonts w:eastAsia="Arial"/>
                <w:color w:val="1F2937"/>
                <w:sz w:val="24"/>
              </w:rPr>
              <w:t xml:space="preserve"> </w:t>
            </w:r>
          </w:p>
        </w:tc>
      </w:tr>
    </w:tbl>
    <w:p w14:paraId="117D03F8" w14:textId="77777777" w:rsidR="003226B3" w:rsidRDefault="0069633C">
      <w:pPr>
        <w:spacing w:before="60" w:after="0"/>
      </w:pPr>
      <w:r>
        <w:rPr>
          <w:rFonts w:eastAsia="Arial"/>
          <w:color w:val="1F2937"/>
          <w:sz w:val="16"/>
        </w:rPr>
        <w:t>Prepared By: ____________________   Reviewed / Approved By: ____________________   Date / Time: ______________</w:t>
      </w:r>
    </w:p>
    <w:sectPr w:rsidR="003226B3" w:rsidSect="00034616">
      <w:footerReference w:type="default" r:id="rId9"/>
      <w:pgSz w:w="12240" w:h="15840"/>
      <w:pgMar w:top="576" w:right="792" w:bottom="576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3ACA8" w14:textId="77777777" w:rsidR="0069633C" w:rsidRDefault="0069633C">
      <w:pPr>
        <w:spacing w:after="0" w:line="240" w:lineRule="auto"/>
      </w:pPr>
      <w:r>
        <w:separator/>
      </w:r>
    </w:p>
  </w:endnote>
  <w:endnote w:type="continuationSeparator" w:id="0">
    <w:p w14:paraId="6BC15EF6" w14:textId="77777777" w:rsidR="0069633C" w:rsidRDefault="00696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255F" w14:textId="77777777" w:rsidR="003226B3" w:rsidRDefault="0069633C">
    <w:pPr>
      <w:pStyle w:val="Footer"/>
      <w:jc w:val="center"/>
    </w:pPr>
    <w:r>
      <w:rPr>
        <w:rFonts w:eastAsia="Arial"/>
        <w:color w:val="6B7280"/>
        <w:sz w:val="15"/>
      </w:rPr>
      <w:t>Healthcare Coalition of Maine | www.mainehccs.org | Universal Planning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564E9" w14:textId="77777777" w:rsidR="0069633C" w:rsidRDefault="0069633C">
      <w:pPr>
        <w:spacing w:after="0" w:line="240" w:lineRule="auto"/>
      </w:pPr>
      <w:r>
        <w:separator/>
      </w:r>
    </w:p>
  </w:footnote>
  <w:footnote w:type="continuationSeparator" w:id="0">
    <w:p w14:paraId="0CA6B91B" w14:textId="77777777" w:rsidR="0069633C" w:rsidRDefault="00696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7654726">
    <w:abstractNumId w:val="8"/>
  </w:num>
  <w:num w:numId="2" w16cid:durableId="20403397">
    <w:abstractNumId w:val="6"/>
  </w:num>
  <w:num w:numId="3" w16cid:durableId="758524787">
    <w:abstractNumId w:val="5"/>
  </w:num>
  <w:num w:numId="4" w16cid:durableId="55978194">
    <w:abstractNumId w:val="4"/>
  </w:num>
  <w:num w:numId="5" w16cid:durableId="2055303014">
    <w:abstractNumId w:val="7"/>
  </w:num>
  <w:num w:numId="6" w16cid:durableId="1180658604">
    <w:abstractNumId w:val="3"/>
  </w:num>
  <w:num w:numId="7" w16cid:durableId="1770393000">
    <w:abstractNumId w:val="2"/>
  </w:num>
  <w:num w:numId="8" w16cid:durableId="1978298267">
    <w:abstractNumId w:val="1"/>
  </w:num>
  <w:num w:numId="9" w16cid:durableId="57366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26B3"/>
    <w:rsid w:val="00326F90"/>
    <w:rsid w:val="0069633C"/>
    <w:rsid w:val="00AA1D8D"/>
    <w:rsid w:val="00B47730"/>
    <w:rsid w:val="00CB0664"/>
    <w:rsid w:val="00D45041"/>
    <w:rsid w:val="00DE1A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4CD9269-7EFC-4091-A8BA-AE6F759E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Dieterich, Hannah</cp:lastModifiedBy>
  <cp:revision>2</cp:revision>
  <dcterms:created xsi:type="dcterms:W3CDTF">2013-12-23T23:15:00Z</dcterms:created>
  <dcterms:modified xsi:type="dcterms:W3CDTF">2026-09-09T00:13:00Z</dcterms:modified>
  <cp:category/>
</cp:coreProperties>
</file>