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682DB" w14:textId="77777777" w:rsidR="00B26455" w:rsidRDefault="001E1F25">
      <w:pPr>
        <w:spacing w:before="80" w:after="40" w:line="252" w:lineRule="auto"/>
        <w:jc w:val="center"/>
      </w:pPr>
      <w:r>
        <w:rPr>
          <w:noProof/>
        </w:rPr>
        <w:drawing>
          <wp:inline distT="0" distB="0" distL="0" distR="0" wp14:anchorId="65D81E1E" wp14:editId="2F0845DB">
            <wp:extent cx="1417320" cy="12494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17320" cy="1249479"/>
                    </a:xfrm>
                    <a:prstGeom prst="rect">
                      <a:avLst/>
                    </a:prstGeom>
                  </pic:spPr>
                </pic:pic>
              </a:graphicData>
            </a:graphic>
          </wp:inline>
        </w:drawing>
      </w:r>
    </w:p>
    <w:p w14:paraId="5106C2A1" w14:textId="77777777" w:rsidR="00B26455" w:rsidRDefault="001E1F25">
      <w:pPr>
        <w:spacing w:after="60" w:line="252" w:lineRule="auto"/>
        <w:jc w:val="center"/>
      </w:pPr>
      <w:r>
        <w:rPr>
          <w:b/>
          <w:color w:val="006247"/>
          <w:sz w:val="22"/>
        </w:rPr>
        <w:t>HEALTHCARE COALITION OF MAINE</w:t>
      </w:r>
    </w:p>
    <w:p w14:paraId="0B6587BD" w14:textId="77777777" w:rsidR="00B26455" w:rsidRDefault="001E1F25">
      <w:pPr>
        <w:pStyle w:val="Title"/>
        <w:spacing w:after="100" w:line="252" w:lineRule="auto"/>
        <w:jc w:val="center"/>
      </w:pPr>
      <w:r>
        <w:rPr>
          <w:rFonts w:ascii="Arial" w:hAnsi="Arial"/>
          <w:b/>
          <w:color w:val="006247"/>
          <w:sz w:val="40"/>
        </w:rPr>
        <w:t>CRITICAL ACCESS HOSPITAL</w:t>
      </w:r>
      <w:r>
        <w:rPr>
          <w:rFonts w:ascii="Arial" w:hAnsi="Arial"/>
          <w:b/>
          <w:color w:val="006247"/>
          <w:sz w:val="40"/>
        </w:rPr>
        <w:br/>
        <w:t>REGULATIONS &amp; OFFICIAL RESOURCE LINKS</w:t>
      </w:r>
    </w:p>
    <w:p w14:paraId="51150AB1" w14:textId="77777777" w:rsidR="00B26455" w:rsidRDefault="001E1F25">
      <w:pPr>
        <w:spacing w:after="160" w:line="252" w:lineRule="auto"/>
        <w:jc w:val="center"/>
      </w:pPr>
      <w:r>
        <w:rPr>
          <w:b/>
          <w:color w:val="E24A1D"/>
          <w:sz w:val="24"/>
        </w:rPr>
        <w:t>Maine Critical Access Hospital Toolkit</w:t>
      </w:r>
    </w:p>
    <w:tbl>
      <w:tblPr>
        <w:tblW w:w="0" w:type="auto"/>
        <w:jc w:val="center"/>
        <w:tblLook w:val="04A0" w:firstRow="1" w:lastRow="0" w:firstColumn="1" w:lastColumn="0" w:noHBand="0" w:noVBand="1"/>
      </w:tblPr>
      <w:tblGrid>
        <w:gridCol w:w="10348"/>
      </w:tblGrid>
      <w:tr w:rsidR="00B26455" w14:paraId="797B45C1"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2F480883" w14:textId="77777777" w:rsidR="00B26455" w:rsidRDefault="001E1F25">
            <w:pPr>
              <w:spacing w:after="0" w:line="252" w:lineRule="auto"/>
            </w:pPr>
            <w:r>
              <w:rPr>
                <w:b/>
                <w:color w:val="E24A1D"/>
                <w:sz w:val="18"/>
              </w:rPr>
              <w:t xml:space="preserve">USE NOTE </w:t>
            </w:r>
            <w:r>
              <w:rPr>
                <w:color w:val="1F1F1F"/>
                <w:sz w:val="18"/>
              </w:rPr>
              <w:t>The Healthcare Coalition of Maine (HCC-ME) is not a regulatory agency. This guide is a preparedness and planning resource. It does not constitute regulatory approval or guarantee compliance. Facilities remain responsible for applicable federal, state, and local requirements and should consult the appropriate regulatory authorities for official guidance. Official sources reviewed October 13, 2026.</w:t>
            </w:r>
          </w:p>
        </w:tc>
      </w:tr>
    </w:tbl>
    <w:p w14:paraId="092FF7D9" w14:textId="77777777" w:rsidR="00B26455" w:rsidRDefault="001E1F25">
      <w:pPr>
        <w:keepNext/>
        <w:pBdr>
          <w:bottom w:val="single" w:sz="12" w:space="4" w:color="E24A1D"/>
        </w:pBdr>
        <w:spacing w:before="160" w:after="120" w:line="252" w:lineRule="auto"/>
      </w:pPr>
      <w:r>
        <w:rPr>
          <w:b/>
          <w:color w:val="006247"/>
          <w:sz w:val="30"/>
        </w:rPr>
        <w:t>START HERE - FIVE CORE SOURCES</w:t>
      </w:r>
    </w:p>
    <w:p w14:paraId="104407B1" w14:textId="77777777" w:rsidR="00B26455" w:rsidRDefault="001E1F25">
      <w:pPr>
        <w:spacing w:after="100" w:line="252" w:lineRule="auto"/>
      </w:pPr>
      <w:r>
        <w:t>These five links identify the main regulatory layers for Maine critical access hospitals.</w:t>
      </w:r>
    </w:p>
    <w:tbl>
      <w:tblPr>
        <w:tblW w:w="0" w:type="auto"/>
        <w:jc w:val="center"/>
        <w:tblLayout w:type="fixed"/>
        <w:tblLook w:val="04A0" w:firstRow="1" w:lastRow="0" w:firstColumn="1" w:lastColumn="0" w:noHBand="0" w:noVBand="1"/>
      </w:tblPr>
      <w:tblGrid>
        <w:gridCol w:w="3168"/>
        <w:gridCol w:w="5256"/>
        <w:gridCol w:w="1944"/>
      </w:tblGrid>
      <w:tr w:rsidR="00B26455" w14:paraId="42F78F90"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1CE7CC32"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03916B2A"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7CC8EB4B" w14:textId="77777777" w:rsidR="00B26455" w:rsidRDefault="001E1F25">
            <w:pPr>
              <w:keepNext/>
              <w:spacing w:after="0" w:line="252" w:lineRule="auto"/>
            </w:pPr>
            <w:r>
              <w:rPr>
                <w:b/>
                <w:color w:val="FFFFFF"/>
                <w:sz w:val="18"/>
              </w:rPr>
              <w:t>Link</w:t>
            </w:r>
          </w:p>
        </w:tc>
      </w:tr>
      <w:tr w:rsidR="00B26455" w14:paraId="1E9222E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E4B4FC5" w14:textId="77777777" w:rsidR="00B26455" w:rsidRDefault="001E1F25">
            <w:pPr>
              <w:spacing w:after="0" w:line="252" w:lineRule="auto"/>
            </w:pPr>
            <w:r>
              <w:rPr>
                <w:b/>
                <w:color w:val="006247"/>
                <w:sz w:val="18"/>
              </w:rPr>
              <w:t>42 CFR §485.625 - Emergency Preparedness</w:t>
            </w:r>
          </w:p>
          <w:p w14:paraId="1A4004D9"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506A8DD" w14:textId="77777777" w:rsidR="00B26455" w:rsidRDefault="001E1F25">
            <w:pPr>
              <w:spacing w:after="0" w:line="252" w:lineRule="auto"/>
            </w:pPr>
            <w:r>
              <w:rPr>
                <w:color w:val="1F1F1F"/>
                <w:sz w:val="18"/>
              </w:rPr>
              <w:t>Primary emergency preparedness regulation: plan, policies, communication, training and exercises, emergency power, and integrated systems.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B88EA53" w14:textId="77777777" w:rsidR="00B26455" w:rsidRDefault="001E1F25">
            <w:pPr>
              <w:spacing w:after="0" w:line="252" w:lineRule="auto"/>
              <w:jc w:val="center"/>
            </w:pPr>
            <w:hyperlink r:id="rId9">
              <w:r>
                <w:rPr>
                  <w:b/>
                  <w:color w:val="006247"/>
                  <w:sz w:val="20"/>
                  <w:u w:val="single"/>
                </w:rPr>
                <w:t>Open official source</w:t>
              </w:r>
            </w:hyperlink>
          </w:p>
        </w:tc>
      </w:tr>
      <w:tr w:rsidR="00B26455" w14:paraId="44579E6C"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752E7D0" w14:textId="77777777" w:rsidR="00B26455" w:rsidRDefault="001E1F25">
            <w:pPr>
              <w:spacing w:after="0" w:line="252" w:lineRule="auto"/>
            </w:pPr>
            <w:r>
              <w:rPr>
                <w:b/>
                <w:color w:val="006247"/>
                <w:sz w:val="18"/>
              </w:rPr>
              <w:t>CMS State Operations Manual - Appendix Z</w:t>
            </w:r>
          </w:p>
          <w:p w14:paraId="72941138" w14:textId="77777777" w:rsidR="00B26455" w:rsidRDefault="001E1F25">
            <w:pPr>
              <w:spacing w:before="40" w:after="0" w:line="252" w:lineRule="auto"/>
            </w:pPr>
            <w:r>
              <w:rPr>
                <w:b/>
                <w:color w:val="E24A1D"/>
                <w:sz w:val="15"/>
              </w:rPr>
              <w:t>CMS SURVEY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5657872" w14:textId="77777777" w:rsidR="00B26455" w:rsidRDefault="001E1F25">
            <w:pPr>
              <w:spacing w:after="0" w:line="252" w:lineRule="auto"/>
            </w:pPr>
            <w:r>
              <w:rPr>
                <w:color w:val="1F1F1F"/>
                <w:sz w:val="18"/>
              </w:rPr>
              <w:t>Emergency preparedness interpretive guidance and E-tag survey procedures for this provider type.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0CA84DC" w14:textId="77777777" w:rsidR="00B26455" w:rsidRDefault="001E1F25">
            <w:pPr>
              <w:spacing w:after="0" w:line="252" w:lineRule="auto"/>
              <w:jc w:val="center"/>
            </w:pPr>
            <w:hyperlink r:id="rId10">
              <w:r>
                <w:rPr>
                  <w:b/>
                  <w:color w:val="006247"/>
                  <w:sz w:val="20"/>
                  <w:u w:val="single"/>
                </w:rPr>
                <w:t>Open official source</w:t>
              </w:r>
            </w:hyperlink>
          </w:p>
        </w:tc>
      </w:tr>
      <w:tr w:rsidR="00B26455" w14:paraId="0BAC1428"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0657F68" w14:textId="77777777" w:rsidR="00B26455" w:rsidRDefault="001E1F25">
            <w:pPr>
              <w:spacing w:after="0" w:line="252" w:lineRule="auto"/>
            </w:pPr>
            <w:r>
              <w:rPr>
                <w:b/>
                <w:color w:val="006247"/>
                <w:sz w:val="18"/>
              </w:rPr>
              <w:t>Maine 10-144 CMR Ch. 112 - Hospital Licensing</w:t>
            </w:r>
          </w:p>
          <w:p w14:paraId="00D5A163" w14:textId="77777777" w:rsidR="00B26455" w:rsidRDefault="001E1F25">
            <w:pPr>
              <w:spacing w:before="40" w:after="0" w:line="252" w:lineRule="auto"/>
            </w:pPr>
            <w:r>
              <w:rPr>
                <w:b/>
                <w:color w:val="E24A1D"/>
                <w:sz w:val="15"/>
              </w:rPr>
              <w:t>MAINE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E9CF5F5" w14:textId="77777777" w:rsidR="00B26455" w:rsidRDefault="001E1F25">
            <w:pPr>
              <w:spacing w:after="0" w:line="252" w:lineRule="auto"/>
            </w:pPr>
            <w:r>
              <w:rPr>
                <w:color w:val="1F1F1F"/>
                <w:sz w:val="18"/>
              </w:rPr>
              <w:t>Hospital licensing rule. Open the official index and select Chapter 112 under Hospitals.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6948B2E" w14:textId="77777777" w:rsidR="00B26455" w:rsidRDefault="001E1F25">
            <w:pPr>
              <w:spacing w:after="0" w:line="252" w:lineRule="auto"/>
              <w:jc w:val="center"/>
            </w:pPr>
            <w:hyperlink r:id="rId11">
              <w:r>
                <w:rPr>
                  <w:b/>
                  <w:color w:val="006247"/>
                  <w:sz w:val="20"/>
                  <w:u w:val="single"/>
                </w:rPr>
                <w:t>Open rules index</w:t>
              </w:r>
            </w:hyperlink>
          </w:p>
        </w:tc>
      </w:tr>
      <w:tr w:rsidR="00B26455" w14:paraId="424A4BAD"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38DF358" w14:textId="77777777" w:rsidR="00B26455" w:rsidRDefault="001E1F25">
            <w:pPr>
              <w:spacing w:after="0" w:line="252" w:lineRule="auto"/>
            </w:pPr>
            <w:r>
              <w:rPr>
                <w:b/>
                <w:color w:val="006247"/>
                <w:sz w:val="18"/>
              </w:rPr>
              <w:t>Maine DHHS/DLC - Hospitals</w:t>
            </w:r>
          </w:p>
          <w:p w14:paraId="57BD70FD" w14:textId="77777777" w:rsidR="00B26455" w:rsidRDefault="001E1F25">
            <w:pPr>
              <w:spacing w:before="40" w:after="0" w:line="252" w:lineRule="auto"/>
            </w:pPr>
            <w:r>
              <w:rPr>
                <w:b/>
                <w:color w:val="E24A1D"/>
                <w:sz w:val="15"/>
              </w:rPr>
              <w:t>MAINE REGULATOR</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9A47F5E" w14:textId="77777777" w:rsidR="00B26455" w:rsidRDefault="001E1F25">
            <w:pPr>
              <w:spacing w:after="0" w:line="252" w:lineRule="auto"/>
            </w:pPr>
            <w:r>
              <w:rPr>
                <w:color w:val="1F1F1F"/>
                <w:sz w:val="18"/>
              </w:rPr>
              <w:t>State hospital licensing, federal certification, provider changes, and construction or renovation resources.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6B6EA60" w14:textId="77777777" w:rsidR="00B26455" w:rsidRDefault="001E1F25">
            <w:pPr>
              <w:spacing w:after="0" w:line="252" w:lineRule="auto"/>
              <w:jc w:val="center"/>
            </w:pPr>
            <w:hyperlink r:id="rId12">
              <w:r>
                <w:rPr>
                  <w:b/>
                  <w:color w:val="006247"/>
                  <w:sz w:val="20"/>
                  <w:u w:val="single"/>
                </w:rPr>
                <w:t>Open official source</w:t>
              </w:r>
            </w:hyperlink>
          </w:p>
        </w:tc>
      </w:tr>
      <w:tr w:rsidR="00B26455" w14:paraId="46A39F3D"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7460DC8" w14:textId="77777777" w:rsidR="00B26455" w:rsidRDefault="001E1F25">
            <w:pPr>
              <w:spacing w:after="0" w:line="252" w:lineRule="auto"/>
            </w:pPr>
            <w:r>
              <w:rPr>
                <w:b/>
                <w:color w:val="006247"/>
                <w:sz w:val="18"/>
              </w:rPr>
              <w:t>CMS Life Safety Code / Health Care Facilities Code</w:t>
            </w:r>
          </w:p>
          <w:p w14:paraId="158B74A5" w14:textId="77777777" w:rsidR="00B26455" w:rsidRDefault="001E1F25">
            <w:pPr>
              <w:spacing w:before="40" w:after="0" w:line="252" w:lineRule="auto"/>
            </w:pPr>
            <w:r>
              <w:rPr>
                <w:b/>
                <w:color w:val="E24A1D"/>
                <w:sz w:val="15"/>
              </w:rPr>
              <w:t>FEDERAL LIFE SAFETY</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206A041" w14:textId="77777777" w:rsidR="00B26455" w:rsidRDefault="001E1F25">
            <w:pPr>
              <w:spacing w:after="0" w:line="252" w:lineRule="auto"/>
            </w:pPr>
            <w:r>
              <w:rPr>
                <w:color w:val="1F1F1F"/>
                <w:sz w:val="18"/>
              </w:rPr>
              <w:t>Federal certification requirements for fire safety and health care facility systems.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33EADEF" w14:textId="77777777" w:rsidR="00B26455" w:rsidRDefault="001E1F25">
            <w:pPr>
              <w:spacing w:after="0" w:line="252" w:lineRule="auto"/>
              <w:jc w:val="center"/>
            </w:pPr>
            <w:hyperlink r:id="rId13">
              <w:r>
                <w:rPr>
                  <w:b/>
                  <w:color w:val="006247"/>
                  <w:sz w:val="20"/>
                  <w:u w:val="single"/>
                </w:rPr>
                <w:t>Open official source</w:t>
              </w:r>
            </w:hyperlink>
          </w:p>
        </w:tc>
      </w:tr>
    </w:tbl>
    <w:p w14:paraId="0E20B2EB" w14:textId="77777777" w:rsidR="00B26455" w:rsidRDefault="001E1F25">
      <w:pPr>
        <w:spacing w:before="120" w:after="0" w:line="252" w:lineRule="auto"/>
      </w:pPr>
      <w:r>
        <w:t>TIP: Verify sources during routine EOP reviews and whenever laws, codes, services, buildings, ownership, or licensure change. Record the current version and effective date.</w:t>
      </w:r>
    </w:p>
    <w:p w14:paraId="177C86FD" w14:textId="77777777" w:rsidR="00B26455" w:rsidRDefault="001E1F25">
      <w:pPr>
        <w:keepNext/>
        <w:pageBreakBefore/>
        <w:pBdr>
          <w:bottom w:val="single" w:sz="12" w:space="4" w:color="E24A1D"/>
        </w:pBdr>
        <w:spacing w:before="160" w:after="120" w:line="252" w:lineRule="auto"/>
      </w:pPr>
      <w:r>
        <w:rPr>
          <w:b/>
          <w:color w:val="006247"/>
          <w:sz w:val="30"/>
        </w:rPr>
        <w:lastRenderedPageBreak/>
        <w:t>1. FEDERAL CMS - EMERGENCY PREPAREDNESS &amp; SURVEY RESOURCES</w:t>
      </w:r>
    </w:p>
    <w:tbl>
      <w:tblPr>
        <w:tblW w:w="0" w:type="auto"/>
        <w:jc w:val="center"/>
        <w:tblLayout w:type="fixed"/>
        <w:tblLook w:val="04A0" w:firstRow="1" w:lastRow="0" w:firstColumn="1" w:lastColumn="0" w:noHBand="0" w:noVBand="1"/>
      </w:tblPr>
      <w:tblGrid>
        <w:gridCol w:w="3168"/>
        <w:gridCol w:w="5256"/>
        <w:gridCol w:w="1944"/>
      </w:tblGrid>
      <w:tr w:rsidR="00B26455" w14:paraId="02517F99"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1F53526E"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5A8E1A7B"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189AB654" w14:textId="77777777" w:rsidR="00B26455" w:rsidRDefault="001E1F25">
            <w:pPr>
              <w:keepNext/>
              <w:spacing w:after="0" w:line="252" w:lineRule="auto"/>
            </w:pPr>
            <w:r>
              <w:rPr>
                <w:b/>
                <w:color w:val="FFFFFF"/>
                <w:sz w:val="18"/>
              </w:rPr>
              <w:t>Link</w:t>
            </w:r>
          </w:p>
        </w:tc>
      </w:tr>
      <w:tr w:rsidR="00B26455" w14:paraId="3E3CF1A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0B98C436" w14:textId="77777777" w:rsidR="00B26455" w:rsidRDefault="001E1F25">
            <w:pPr>
              <w:spacing w:after="0" w:line="252" w:lineRule="auto"/>
            </w:pPr>
            <w:r>
              <w:rPr>
                <w:b/>
                <w:color w:val="006247"/>
                <w:sz w:val="18"/>
              </w:rPr>
              <w:t>42 CFR Part 485, Subpart F - CAH Conditions of Participation</w:t>
            </w:r>
          </w:p>
          <w:p w14:paraId="7EAC04DC"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8437A6E" w14:textId="77777777" w:rsidR="00B26455" w:rsidRDefault="001E1F25">
            <w:pPr>
              <w:spacing w:after="0" w:line="252" w:lineRule="auto"/>
            </w:pPr>
            <w:r>
              <w:rPr>
                <w:color w:val="1F1F1F"/>
                <w:sz w:val="18"/>
              </w:rPr>
              <w:t>Full provider-specific requirements. Review emergency services, staffing, physical environment, infection prevention, records, discharge planning, and quality oversight.</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FBC84BC" w14:textId="77777777" w:rsidR="00B26455" w:rsidRDefault="001E1F25">
            <w:pPr>
              <w:spacing w:after="0" w:line="252" w:lineRule="auto"/>
              <w:jc w:val="center"/>
            </w:pPr>
            <w:hyperlink r:id="rId14">
              <w:r>
                <w:rPr>
                  <w:b/>
                  <w:color w:val="006247"/>
                  <w:sz w:val="20"/>
                  <w:u w:val="single"/>
                </w:rPr>
                <w:t>Open official source</w:t>
              </w:r>
            </w:hyperlink>
          </w:p>
        </w:tc>
      </w:tr>
      <w:tr w:rsidR="00B26455" w14:paraId="3527B2F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43101100" w14:textId="77777777" w:rsidR="00B26455" w:rsidRDefault="001E1F25">
            <w:pPr>
              <w:spacing w:after="0" w:line="252" w:lineRule="auto"/>
            </w:pPr>
            <w:r>
              <w:rPr>
                <w:b/>
                <w:color w:val="006247"/>
                <w:sz w:val="18"/>
              </w:rPr>
              <w:t>42 CFR §485.625 - Emergency Preparedness</w:t>
            </w:r>
          </w:p>
          <w:p w14:paraId="5A690BB5"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AF30F60" w14:textId="77777777" w:rsidR="00B26455" w:rsidRDefault="001E1F25">
            <w:pPr>
              <w:spacing w:after="0" w:line="252" w:lineRule="auto"/>
            </w:pPr>
            <w:r>
              <w:rPr>
                <w:color w:val="1F1F1F"/>
                <w:sz w:val="18"/>
              </w:rPr>
              <w:t>All-hazards risk assessment, continuity, evacuation and sheltering, accountability, subsistence, communications, exercises, and emergency power.</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9A18994" w14:textId="77777777" w:rsidR="00B26455" w:rsidRDefault="001E1F25">
            <w:pPr>
              <w:spacing w:after="0" w:line="252" w:lineRule="auto"/>
              <w:jc w:val="center"/>
            </w:pPr>
            <w:hyperlink r:id="rId15">
              <w:r>
                <w:rPr>
                  <w:b/>
                  <w:color w:val="006247"/>
                  <w:sz w:val="20"/>
                  <w:u w:val="single"/>
                </w:rPr>
                <w:t>Open official source</w:t>
              </w:r>
            </w:hyperlink>
          </w:p>
        </w:tc>
      </w:tr>
      <w:tr w:rsidR="00B26455" w14:paraId="0132D29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4F0A1436" w14:textId="77777777" w:rsidR="00B26455" w:rsidRDefault="001E1F25">
            <w:pPr>
              <w:spacing w:after="0" w:line="252" w:lineRule="auto"/>
            </w:pPr>
            <w:r>
              <w:rPr>
                <w:b/>
                <w:color w:val="006247"/>
                <w:sz w:val="18"/>
              </w:rPr>
              <w:t>CMS Emergency Preparedness Rule Resource Page</w:t>
            </w:r>
          </w:p>
          <w:p w14:paraId="50B62AF7" w14:textId="77777777" w:rsidR="00B26455" w:rsidRDefault="001E1F25">
            <w:pPr>
              <w:spacing w:before="40" w:after="0" w:line="252" w:lineRule="auto"/>
            </w:pPr>
            <w:r>
              <w:rPr>
                <w:b/>
                <w:color w:val="E24A1D"/>
                <w:sz w:val="15"/>
              </w:rPr>
              <w:t>CMS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79B2D47" w14:textId="77777777" w:rsidR="00B26455" w:rsidRDefault="001E1F25">
            <w:pPr>
              <w:spacing w:after="0" w:line="252" w:lineRule="auto"/>
            </w:pPr>
            <w:r>
              <w:rPr>
                <w:color w:val="1F1F1F"/>
                <w:sz w:val="18"/>
              </w:rPr>
              <w:t>Rule information, training materials, implementation resources, and access to emergency preparedness survey guidance.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724FE0C" w14:textId="77777777" w:rsidR="00B26455" w:rsidRDefault="001E1F25">
            <w:pPr>
              <w:spacing w:after="0" w:line="252" w:lineRule="auto"/>
              <w:jc w:val="center"/>
            </w:pPr>
            <w:hyperlink r:id="rId16">
              <w:r>
                <w:rPr>
                  <w:b/>
                  <w:color w:val="006247"/>
                  <w:sz w:val="20"/>
                  <w:u w:val="single"/>
                </w:rPr>
                <w:t>Open official source</w:t>
              </w:r>
            </w:hyperlink>
          </w:p>
        </w:tc>
      </w:tr>
      <w:tr w:rsidR="00B26455" w14:paraId="4339C080"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5C51E6E" w14:textId="77777777" w:rsidR="00B26455" w:rsidRDefault="001E1F25">
            <w:pPr>
              <w:spacing w:after="0" w:line="252" w:lineRule="auto"/>
            </w:pPr>
            <w:r>
              <w:rPr>
                <w:b/>
                <w:color w:val="006247"/>
                <w:sz w:val="18"/>
              </w:rPr>
              <w:t>CMS State Operations Manual - Appendix Z</w:t>
            </w:r>
          </w:p>
          <w:p w14:paraId="462D3150" w14:textId="77777777" w:rsidR="00B26455" w:rsidRDefault="001E1F25">
            <w:pPr>
              <w:spacing w:before="40" w:after="0" w:line="252" w:lineRule="auto"/>
            </w:pPr>
            <w:r>
              <w:rPr>
                <w:b/>
                <w:color w:val="E24A1D"/>
                <w:sz w:val="15"/>
              </w:rPr>
              <w:t>CMS SURVEY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EC996C0" w14:textId="77777777" w:rsidR="00B26455" w:rsidRDefault="001E1F25">
            <w:pPr>
              <w:spacing w:after="0" w:line="252" w:lineRule="auto"/>
            </w:pPr>
            <w:r>
              <w:rPr>
                <w:color w:val="1F1F1F"/>
                <w:sz w:val="18"/>
              </w:rPr>
              <w:t>E-tag interpretive guidance and survey procedures. Posted revision 204, April 16, 2021; use with current eCFR requirements.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6A92D40" w14:textId="77777777" w:rsidR="00B26455" w:rsidRDefault="001E1F25">
            <w:pPr>
              <w:spacing w:after="0" w:line="252" w:lineRule="auto"/>
              <w:jc w:val="center"/>
            </w:pPr>
            <w:hyperlink r:id="rId17">
              <w:r>
                <w:rPr>
                  <w:b/>
                  <w:color w:val="006247"/>
                  <w:sz w:val="20"/>
                  <w:u w:val="single"/>
                </w:rPr>
                <w:t>Open official source</w:t>
              </w:r>
            </w:hyperlink>
          </w:p>
        </w:tc>
      </w:tr>
      <w:tr w:rsidR="00B26455" w14:paraId="09C57C47"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99AB695" w14:textId="77777777" w:rsidR="00B26455" w:rsidRDefault="001E1F25">
            <w:pPr>
              <w:spacing w:after="0" w:line="252" w:lineRule="auto"/>
            </w:pPr>
            <w:r>
              <w:rPr>
                <w:b/>
                <w:color w:val="006247"/>
                <w:sz w:val="18"/>
              </w:rPr>
              <w:t>CMS State Operations Manual - Appendix W</w:t>
            </w:r>
          </w:p>
          <w:p w14:paraId="5F5B41ED" w14:textId="77777777" w:rsidR="00B26455" w:rsidRDefault="001E1F25">
            <w:pPr>
              <w:spacing w:before="40" w:after="0" w:line="252" w:lineRule="auto"/>
            </w:pPr>
            <w:r>
              <w:rPr>
                <w:b/>
                <w:color w:val="E24A1D"/>
                <w:sz w:val="15"/>
              </w:rPr>
              <w:t>CMS PROVIDER SURVEY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AFD0C18" w14:textId="77777777" w:rsidR="00B26455" w:rsidRDefault="001E1F25">
            <w:pPr>
              <w:spacing w:after="0" w:line="252" w:lineRule="auto"/>
            </w:pPr>
            <w:r>
              <w:rPr>
                <w:color w:val="1F1F1F"/>
                <w:sz w:val="18"/>
              </w:rPr>
              <w:t>Provider survey protocol and interpretive guidance, including emergency clinical readiness. Posted revision 247, September 18, 2026.</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8C5DD3E" w14:textId="77777777" w:rsidR="00B26455" w:rsidRDefault="001E1F25">
            <w:pPr>
              <w:spacing w:after="0" w:line="252" w:lineRule="auto"/>
              <w:jc w:val="center"/>
            </w:pPr>
            <w:hyperlink r:id="rId18">
              <w:r>
                <w:rPr>
                  <w:b/>
                  <w:color w:val="006247"/>
                  <w:sz w:val="20"/>
                  <w:u w:val="single"/>
                </w:rPr>
                <w:t>Open official source</w:t>
              </w:r>
            </w:hyperlink>
          </w:p>
        </w:tc>
      </w:tr>
      <w:tr w:rsidR="00B26455" w14:paraId="1F26827C"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83D60B8" w14:textId="77777777" w:rsidR="00B26455" w:rsidRDefault="001E1F25">
            <w:pPr>
              <w:spacing w:after="0" w:line="252" w:lineRule="auto"/>
            </w:pPr>
            <w:r>
              <w:rPr>
                <w:b/>
                <w:color w:val="006247"/>
                <w:sz w:val="18"/>
              </w:rPr>
              <w:t>Emergency Services - §485.618</w:t>
            </w:r>
          </w:p>
          <w:p w14:paraId="65B46422"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4725EC4" w14:textId="77777777" w:rsidR="00B26455" w:rsidRDefault="001E1F25">
            <w:pPr>
              <w:spacing w:after="0" w:line="252" w:lineRule="auto"/>
            </w:pPr>
            <w:r>
              <w:rPr>
                <w:color w:val="1F1F1F"/>
                <w:sz w:val="18"/>
              </w:rPr>
              <w:t>Emergency services capability, necessary personnel and supplies, emergency clinical protocols, and applicable staff training. See the cited section in the full provider regulation.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2AA6D0E" w14:textId="77777777" w:rsidR="00B26455" w:rsidRDefault="001E1F25">
            <w:pPr>
              <w:spacing w:after="0" w:line="252" w:lineRule="auto"/>
              <w:jc w:val="center"/>
            </w:pPr>
            <w:hyperlink r:id="rId19">
              <w:r>
                <w:rPr>
                  <w:b/>
                  <w:color w:val="006247"/>
                  <w:sz w:val="20"/>
                  <w:u w:val="single"/>
                </w:rPr>
                <w:t>Open official source</w:t>
              </w:r>
            </w:hyperlink>
          </w:p>
        </w:tc>
      </w:tr>
      <w:tr w:rsidR="00B26455" w14:paraId="288EA8A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368A511" w14:textId="77777777" w:rsidR="00B26455" w:rsidRDefault="001E1F25">
            <w:pPr>
              <w:spacing w:after="0" w:line="252" w:lineRule="auto"/>
            </w:pPr>
            <w:r>
              <w:rPr>
                <w:b/>
                <w:color w:val="006247"/>
                <w:sz w:val="18"/>
              </w:rPr>
              <w:t>Discharge Planning - §485.642</w:t>
            </w:r>
          </w:p>
          <w:p w14:paraId="009144BD"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006A5AE" w14:textId="77777777" w:rsidR="00B26455" w:rsidRDefault="001E1F25">
            <w:pPr>
              <w:spacing w:after="0" w:line="252" w:lineRule="auto"/>
            </w:pPr>
            <w:r>
              <w:rPr>
                <w:color w:val="1F1F1F"/>
                <w:sz w:val="18"/>
              </w:rPr>
              <w:t>Patient discharge and transfer planning and transmission of necessary information. Use the requirements specific to this provider type.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A0EE5B1" w14:textId="77777777" w:rsidR="00B26455" w:rsidRDefault="001E1F25">
            <w:pPr>
              <w:spacing w:after="0" w:line="252" w:lineRule="auto"/>
              <w:jc w:val="center"/>
            </w:pPr>
            <w:hyperlink r:id="rId20">
              <w:r>
                <w:rPr>
                  <w:b/>
                  <w:color w:val="006247"/>
                  <w:sz w:val="20"/>
                  <w:u w:val="single"/>
                </w:rPr>
                <w:t>Open official source</w:t>
              </w:r>
            </w:hyperlink>
          </w:p>
        </w:tc>
      </w:tr>
      <w:tr w:rsidR="00B26455" w14:paraId="3A75AB53"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03E97B38" w14:textId="77777777" w:rsidR="00B26455" w:rsidRDefault="001E1F25">
            <w:pPr>
              <w:spacing w:after="0" w:line="252" w:lineRule="auto"/>
            </w:pPr>
            <w:r>
              <w:rPr>
                <w:b/>
                <w:color w:val="006247"/>
                <w:sz w:val="18"/>
              </w:rPr>
              <w:t>CAH Agreements, Capacity &amp; Swing Beds</w:t>
            </w:r>
          </w:p>
          <w:p w14:paraId="2F28D7AE"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CE6FADD" w14:textId="77777777" w:rsidR="00B26455" w:rsidRDefault="001E1F25">
            <w:pPr>
              <w:spacing w:after="0" w:line="252" w:lineRule="auto"/>
            </w:pPr>
            <w:r>
              <w:rPr>
                <w:color w:val="1F1F1F"/>
                <w:sz w:val="18"/>
              </w:rPr>
              <w:t>Review §§485.616, 485.620 and 485.645 for agreements, bed and length-of-stay limits, and swing-bed services where applicable.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432C328" w14:textId="77777777" w:rsidR="00B26455" w:rsidRDefault="001E1F25">
            <w:pPr>
              <w:spacing w:after="0" w:line="252" w:lineRule="auto"/>
              <w:jc w:val="center"/>
            </w:pPr>
            <w:hyperlink r:id="rId21">
              <w:r>
                <w:rPr>
                  <w:b/>
                  <w:color w:val="006247"/>
                  <w:sz w:val="20"/>
                  <w:u w:val="single"/>
                </w:rPr>
                <w:t>Open official source</w:t>
              </w:r>
            </w:hyperlink>
          </w:p>
        </w:tc>
      </w:tr>
    </w:tbl>
    <w:p w14:paraId="4F3A682B"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38AFF582"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0EBB0B5F" w14:textId="77777777" w:rsidR="00B26455" w:rsidRDefault="001E1F25">
            <w:pPr>
              <w:spacing w:after="0" w:line="252" w:lineRule="auto"/>
            </w:pPr>
            <w:r>
              <w:rPr>
                <w:b/>
                <w:color w:val="E24A1D"/>
                <w:sz w:val="18"/>
              </w:rPr>
              <w:t xml:space="preserve">CMS EXERCISES </w:t>
            </w:r>
            <w:r>
              <w:rPr>
                <w:color w:val="1F1F1F"/>
                <w:sz w:val="18"/>
              </w:rPr>
              <w:t>The provider emergency preparedness regulation requires at least two exercises each year: an annual community full-scale exercise or qualifying facility functional fallback, plus an additional qualifying exercise. Document any actual-event exemption and after-action improvements. Fire drills are a separate life safety requirement.</w:t>
            </w:r>
          </w:p>
        </w:tc>
      </w:tr>
    </w:tbl>
    <w:p w14:paraId="516A4654"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59C8D02E"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7518F701" w14:textId="77777777" w:rsidR="00B26455" w:rsidRDefault="001E1F25">
            <w:pPr>
              <w:spacing w:after="0" w:line="252" w:lineRule="auto"/>
            </w:pPr>
            <w:r>
              <w:rPr>
                <w:b/>
                <w:color w:val="E24A1D"/>
                <w:sz w:val="18"/>
              </w:rPr>
              <w:t xml:space="preserve">PROVIDER SCOPE </w:t>
            </w:r>
            <w:r>
              <w:rPr>
                <w:color w:val="1F1F1F"/>
                <w:sz w:val="18"/>
              </w:rPr>
              <w:t>Use §485.625 and Appendix W for the CAH. Initial emergency preparedness training expressly includes fire response. Separately certified services need their own applicable review.</w:t>
            </w:r>
          </w:p>
        </w:tc>
      </w:tr>
    </w:tbl>
    <w:p w14:paraId="07E7676E" w14:textId="77777777" w:rsidR="00B26455" w:rsidRDefault="001E1F25">
      <w:pPr>
        <w:keepNext/>
        <w:pageBreakBefore/>
        <w:pBdr>
          <w:bottom w:val="single" w:sz="12" w:space="4" w:color="E24A1D"/>
        </w:pBdr>
        <w:spacing w:before="160" w:after="120" w:line="252" w:lineRule="auto"/>
      </w:pPr>
      <w:r>
        <w:rPr>
          <w:b/>
          <w:color w:val="006247"/>
          <w:sz w:val="30"/>
        </w:rPr>
        <w:lastRenderedPageBreak/>
        <w:t>2. MAINE DHHS / DIVISION OF LICENSING &amp; CERTIFICATION</w:t>
      </w:r>
    </w:p>
    <w:p w14:paraId="53779DF5" w14:textId="77777777" w:rsidR="00B26455" w:rsidRDefault="001E1F25">
      <w:pPr>
        <w:spacing w:after="100" w:line="252" w:lineRule="auto"/>
      </w:pPr>
      <w:r>
        <w:t>Maine hospital licensure, incident reporting, safety, and statutory sources apply alongside federal certification requirements.</w:t>
      </w:r>
    </w:p>
    <w:tbl>
      <w:tblPr>
        <w:tblW w:w="0" w:type="auto"/>
        <w:jc w:val="center"/>
        <w:tblLayout w:type="fixed"/>
        <w:tblLook w:val="04A0" w:firstRow="1" w:lastRow="0" w:firstColumn="1" w:lastColumn="0" w:noHBand="0" w:noVBand="1"/>
      </w:tblPr>
      <w:tblGrid>
        <w:gridCol w:w="3168"/>
        <w:gridCol w:w="5256"/>
        <w:gridCol w:w="1944"/>
      </w:tblGrid>
      <w:tr w:rsidR="00B26455" w14:paraId="21A3FE7B"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2EF3A648"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543EEFAC"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0D7D7952" w14:textId="77777777" w:rsidR="00B26455" w:rsidRDefault="001E1F25">
            <w:pPr>
              <w:keepNext/>
              <w:spacing w:after="0" w:line="252" w:lineRule="auto"/>
            </w:pPr>
            <w:r>
              <w:rPr>
                <w:b/>
                <w:color w:val="FFFFFF"/>
                <w:sz w:val="18"/>
              </w:rPr>
              <w:t>Link</w:t>
            </w:r>
          </w:p>
        </w:tc>
      </w:tr>
      <w:tr w:rsidR="00B26455" w14:paraId="6F61C7B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B66774C" w14:textId="77777777" w:rsidR="00B26455" w:rsidRDefault="001E1F25">
            <w:pPr>
              <w:spacing w:after="0" w:line="252" w:lineRule="auto"/>
            </w:pPr>
            <w:r>
              <w:rPr>
                <w:b/>
                <w:color w:val="006247"/>
                <w:sz w:val="18"/>
              </w:rPr>
              <w:t>Maine DHHS/DLC - Hospitals</w:t>
            </w:r>
          </w:p>
          <w:p w14:paraId="14FB6472" w14:textId="77777777" w:rsidR="00B26455" w:rsidRDefault="001E1F25">
            <w:pPr>
              <w:spacing w:before="40" w:after="0" w:line="252" w:lineRule="auto"/>
            </w:pPr>
            <w:r>
              <w:rPr>
                <w:b/>
                <w:color w:val="E24A1D"/>
                <w:sz w:val="15"/>
              </w:rPr>
              <w:t>MAINE REGULATOR</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B4927FC" w14:textId="77777777" w:rsidR="00B26455" w:rsidRDefault="001E1F25">
            <w:pPr>
              <w:spacing w:after="0" w:line="252" w:lineRule="auto"/>
            </w:pPr>
            <w:r>
              <w:rPr>
                <w:color w:val="1F1F1F"/>
                <w:sz w:val="18"/>
              </w:rPr>
              <w:t>Hospital licensing and certification hub, including acute care and critical access hospital resources, provider changes, and construction.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08F955D" w14:textId="77777777" w:rsidR="00B26455" w:rsidRDefault="001E1F25">
            <w:pPr>
              <w:spacing w:after="0" w:line="252" w:lineRule="auto"/>
              <w:jc w:val="center"/>
            </w:pPr>
            <w:hyperlink r:id="rId22">
              <w:r>
                <w:rPr>
                  <w:b/>
                  <w:color w:val="006247"/>
                  <w:sz w:val="20"/>
                  <w:u w:val="single"/>
                </w:rPr>
                <w:t>Open official source</w:t>
              </w:r>
            </w:hyperlink>
          </w:p>
        </w:tc>
      </w:tr>
      <w:tr w:rsidR="00B26455" w14:paraId="31E9E0B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5374A11" w14:textId="77777777" w:rsidR="00B26455" w:rsidRDefault="001E1F25">
            <w:pPr>
              <w:spacing w:after="0" w:line="252" w:lineRule="auto"/>
            </w:pPr>
            <w:r>
              <w:rPr>
                <w:b/>
                <w:color w:val="006247"/>
                <w:sz w:val="18"/>
              </w:rPr>
              <w:t>10-144 CMR Ch. 112 - Rules for the Licensing of Hospitals</w:t>
            </w:r>
          </w:p>
          <w:p w14:paraId="05212374" w14:textId="77777777" w:rsidR="00B26455" w:rsidRDefault="001E1F25">
            <w:pPr>
              <w:spacing w:before="40" w:after="0" w:line="252" w:lineRule="auto"/>
            </w:pPr>
            <w:r>
              <w:rPr>
                <w:b/>
                <w:color w:val="E24A1D"/>
                <w:sz w:val="15"/>
              </w:rPr>
              <w:t>MAINE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359D23C" w14:textId="77777777" w:rsidR="00B26455" w:rsidRDefault="001E1F25">
            <w:pPr>
              <w:spacing w:after="0" w:line="252" w:lineRule="auto"/>
            </w:pPr>
            <w:r>
              <w:rPr>
                <w:color w:val="1F1F1F"/>
                <w:sz w:val="18"/>
              </w:rPr>
              <w:t>Open the official rules index and select Chapter 112 under Hospitals. Verify the current adopted rule rather than a proposed revision.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7E33160" w14:textId="77777777" w:rsidR="00B26455" w:rsidRDefault="001E1F25">
            <w:pPr>
              <w:spacing w:after="0" w:line="252" w:lineRule="auto"/>
              <w:jc w:val="center"/>
            </w:pPr>
            <w:hyperlink r:id="rId23">
              <w:r>
                <w:rPr>
                  <w:b/>
                  <w:color w:val="006247"/>
                  <w:sz w:val="20"/>
                  <w:u w:val="single"/>
                </w:rPr>
                <w:t>Open rules index</w:t>
              </w:r>
            </w:hyperlink>
          </w:p>
        </w:tc>
      </w:tr>
      <w:tr w:rsidR="00B26455" w14:paraId="2D974C63"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45F29E4" w14:textId="77777777" w:rsidR="00B26455" w:rsidRDefault="001E1F25">
            <w:pPr>
              <w:spacing w:after="0" w:line="252" w:lineRule="auto"/>
            </w:pPr>
            <w:r>
              <w:rPr>
                <w:b/>
                <w:color w:val="006247"/>
                <w:sz w:val="18"/>
              </w:rPr>
              <w:t>Maine DLC - Report a Facility Incident</w:t>
            </w:r>
          </w:p>
          <w:p w14:paraId="01D7065E" w14:textId="77777777" w:rsidR="00B26455" w:rsidRDefault="001E1F25">
            <w:pPr>
              <w:spacing w:before="40" w:after="0" w:line="252" w:lineRule="auto"/>
            </w:pPr>
            <w:r>
              <w:rPr>
                <w:b/>
                <w:color w:val="E24A1D"/>
                <w:sz w:val="15"/>
              </w:rPr>
              <w:t>MAINE REPORTING</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11C056A" w14:textId="77777777" w:rsidR="00B26455" w:rsidRDefault="001E1F25">
            <w:pPr>
              <w:spacing w:after="0" w:line="252" w:lineRule="auto"/>
            </w:pPr>
            <w:r>
              <w:rPr>
                <w:color w:val="1F1F1F"/>
                <w:sz w:val="18"/>
              </w:rPr>
              <w:t>Current instructions for reporting incidents on behalf of a licensed or certified facility. Apply the event-specific requirements and deadlines.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B086F01" w14:textId="77777777" w:rsidR="00B26455" w:rsidRDefault="001E1F25">
            <w:pPr>
              <w:spacing w:after="0" w:line="252" w:lineRule="auto"/>
              <w:jc w:val="center"/>
            </w:pPr>
            <w:hyperlink r:id="rId24">
              <w:r>
                <w:rPr>
                  <w:b/>
                  <w:color w:val="006247"/>
                  <w:sz w:val="20"/>
                  <w:u w:val="single"/>
                </w:rPr>
                <w:t>Open official source</w:t>
              </w:r>
            </w:hyperlink>
          </w:p>
        </w:tc>
      </w:tr>
      <w:tr w:rsidR="00B26455" w14:paraId="388C63A9"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05A2F55" w14:textId="77777777" w:rsidR="00B26455" w:rsidRDefault="001E1F25">
            <w:pPr>
              <w:spacing w:after="0" w:line="252" w:lineRule="auto"/>
            </w:pPr>
            <w:r>
              <w:rPr>
                <w:b/>
                <w:color w:val="006247"/>
                <w:sz w:val="18"/>
              </w:rPr>
              <w:t>Maine DLC - Sentinel Events</w:t>
            </w:r>
          </w:p>
          <w:p w14:paraId="3ED6A0A7" w14:textId="77777777" w:rsidR="00B26455" w:rsidRDefault="001E1F25">
            <w:pPr>
              <w:spacing w:before="40" w:after="0" w:line="252" w:lineRule="auto"/>
            </w:pPr>
            <w:r>
              <w:rPr>
                <w:b/>
                <w:color w:val="E24A1D"/>
                <w:sz w:val="15"/>
              </w:rPr>
              <w:t>MAINE REPORTING</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ADDF92A" w14:textId="77777777" w:rsidR="00B26455" w:rsidRDefault="001E1F25">
            <w:pPr>
              <w:spacing w:after="0" w:line="252" w:lineRule="auto"/>
            </w:pPr>
            <w:r>
              <w:rPr>
                <w:color w:val="1F1F1F"/>
                <w:sz w:val="18"/>
              </w:rPr>
              <w:t>Sentinel-event reporting resources and current agency instructions. Use with Chapter 114 and the governing statute.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0AC9993" w14:textId="77777777" w:rsidR="00B26455" w:rsidRDefault="001E1F25">
            <w:pPr>
              <w:spacing w:after="0" w:line="252" w:lineRule="auto"/>
              <w:jc w:val="center"/>
            </w:pPr>
            <w:hyperlink r:id="rId25">
              <w:r>
                <w:rPr>
                  <w:b/>
                  <w:color w:val="006247"/>
                  <w:sz w:val="20"/>
                  <w:u w:val="single"/>
                </w:rPr>
                <w:t>Open official source</w:t>
              </w:r>
            </w:hyperlink>
          </w:p>
        </w:tc>
      </w:tr>
      <w:tr w:rsidR="00B26455" w14:paraId="45948D7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CD81A44" w14:textId="77777777" w:rsidR="00B26455" w:rsidRDefault="001E1F25">
            <w:pPr>
              <w:spacing w:after="0" w:line="252" w:lineRule="auto"/>
            </w:pPr>
            <w:r>
              <w:rPr>
                <w:b/>
                <w:color w:val="006247"/>
                <w:sz w:val="18"/>
              </w:rPr>
              <w:t>10-144 CMR Ch. 114 - Sentinel Event Reporting</w:t>
            </w:r>
          </w:p>
          <w:p w14:paraId="097494AC" w14:textId="77777777" w:rsidR="00B26455" w:rsidRDefault="001E1F25">
            <w:pPr>
              <w:spacing w:before="40" w:after="0" w:line="252" w:lineRule="auto"/>
            </w:pPr>
            <w:r>
              <w:rPr>
                <w:b/>
                <w:color w:val="E24A1D"/>
                <w:sz w:val="15"/>
              </w:rPr>
              <w:t>MAINE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8784899" w14:textId="77777777" w:rsidR="00B26455" w:rsidRDefault="001E1F25">
            <w:pPr>
              <w:spacing w:after="0" w:line="252" w:lineRule="auto"/>
            </w:pPr>
            <w:r>
              <w:rPr>
                <w:color w:val="1F1F1F"/>
                <w:sz w:val="18"/>
              </w:rPr>
              <w:t>Access the adopted sentinel reporting rule through the official rules index. Check current statute and any later adopted amendments.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98605AD" w14:textId="77777777" w:rsidR="00B26455" w:rsidRDefault="001E1F25">
            <w:pPr>
              <w:spacing w:after="0" w:line="252" w:lineRule="auto"/>
              <w:jc w:val="center"/>
            </w:pPr>
            <w:hyperlink r:id="rId26">
              <w:r>
                <w:rPr>
                  <w:b/>
                  <w:color w:val="006247"/>
                  <w:sz w:val="20"/>
                  <w:u w:val="single"/>
                </w:rPr>
                <w:t>Open rules index</w:t>
              </w:r>
            </w:hyperlink>
          </w:p>
        </w:tc>
      </w:tr>
      <w:tr w:rsidR="00B26455" w14:paraId="28E4818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F051E32" w14:textId="77777777" w:rsidR="00B26455" w:rsidRDefault="001E1F25">
            <w:pPr>
              <w:spacing w:after="0" w:line="252" w:lineRule="auto"/>
            </w:pPr>
            <w:r>
              <w:rPr>
                <w:b/>
                <w:color w:val="006247"/>
                <w:sz w:val="18"/>
              </w:rPr>
              <w:t>22 MRS Chapter 405 - Hospitals and Institutions</w:t>
            </w:r>
          </w:p>
          <w:p w14:paraId="326454EF" w14:textId="77777777" w:rsidR="00B26455" w:rsidRDefault="001E1F25">
            <w:pPr>
              <w:spacing w:before="40" w:after="0" w:line="252" w:lineRule="auto"/>
            </w:pPr>
            <w:r>
              <w:rPr>
                <w:b/>
                <w:color w:val="E24A1D"/>
                <w:sz w:val="15"/>
              </w:rPr>
              <w:t>MAINE STATUTES</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E1B1689" w14:textId="77777777" w:rsidR="00B26455" w:rsidRDefault="001E1F25">
            <w:pPr>
              <w:spacing w:after="0" w:line="252" w:lineRule="auto"/>
            </w:pPr>
            <w:r>
              <w:rPr>
                <w:color w:val="1F1F1F"/>
                <w:sz w:val="18"/>
              </w:rPr>
              <w:t>Licensing, inspection, standards, and voluntary closure provisions. Review §1812-I for state CAH approval.</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03C6B14" w14:textId="77777777" w:rsidR="00B26455" w:rsidRDefault="001E1F25">
            <w:pPr>
              <w:spacing w:after="0" w:line="252" w:lineRule="auto"/>
              <w:jc w:val="center"/>
            </w:pPr>
            <w:hyperlink r:id="rId27">
              <w:r>
                <w:rPr>
                  <w:b/>
                  <w:color w:val="006247"/>
                  <w:sz w:val="20"/>
                  <w:u w:val="single"/>
                </w:rPr>
                <w:t>Open official source</w:t>
              </w:r>
            </w:hyperlink>
          </w:p>
        </w:tc>
      </w:tr>
      <w:tr w:rsidR="00B26455" w14:paraId="44161D1E"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14B13A1" w14:textId="77777777" w:rsidR="00B26455" w:rsidRDefault="001E1F25">
            <w:pPr>
              <w:spacing w:after="0" w:line="252" w:lineRule="auto"/>
            </w:pPr>
            <w:r>
              <w:rPr>
                <w:b/>
                <w:color w:val="006247"/>
                <w:sz w:val="18"/>
              </w:rPr>
              <w:t>22 MRS §1832 - Hospital Safety and Security</w:t>
            </w:r>
          </w:p>
          <w:p w14:paraId="183CF70F" w14:textId="77777777" w:rsidR="00B26455" w:rsidRDefault="001E1F25">
            <w:pPr>
              <w:spacing w:before="40" w:after="0" w:line="252" w:lineRule="auto"/>
            </w:pPr>
            <w:r>
              <w:rPr>
                <w:b/>
                <w:color w:val="E24A1D"/>
                <w:sz w:val="15"/>
              </w:rPr>
              <w:t>MAINE STATUTE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5DEBFAE" w14:textId="77777777" w:rsidR="00B26455" w:rsidRDefault="001E1F25">
            <w:pPr>
              <w:spacing w:after="0" w:line="252" w:lineRule="auto"/>
            </w:pPr>
            <w:r>
              <w:rPr>
                <w:color w:val="1F1F1F"/>
                <w:sz w:val="18"/>
              </w:rPr>
              <w:t>Annual hospital safety and security plan and a process for receiving and recording violent incidents and threats.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D6C701E" w14:textId="77777777" w:rsidR="00B26455" w:rsidRDefault="001E1F25">
            <w:pPr>
              <w:spacing w:after="0" w:line="252" w:lineRule="auto"/>
              <w:jc w:val="center"/>
            </w:pPr>
            <w:hyperlink r:id="rId28">
              <w:r>
                <w:rPr>
                  <w:b/>
                  <w:color w:val="006247"/>
                  <w:sz w:val="20"/>
                  <w:u w:val="single"/>
                </w:rPr>
                <w:t>Open official source</w:t>
              </w:r>
            </w:hyperlink>
          </w:p>
        </w:tc>
      </w:tr>
      <w:tr w:rsidR="00B26455" w14:paraId="74EDA5C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F67E93C" w14:textId="77777777" w:rsidR="00B26455" w:rsidRDefault="001E1F25">
            <w:pPr>
              <w:spacing w:after="0" w:line="252" w:lineRule="auto"/>
            </w:pPr>
            <w:r>
              <w:rPr>
                <w:b/>
                <w:color w:val="006247"/>
                <w:sz w:val="18"/>
              </w:rPr>
              <w:t>22 MRS §8753 - Sentinel Event Reporting</w:t>
            </w:r>
          </w:p>
          <w:p w14:paraId="706B5466" w14:textId="77777777" w:rsidR="00B26455" w:rsidRDefault="001E1F25">
            <w:pPr>
              <w:spacing w:before="40" w:after="0" w:line="252" w:lineRule="auto"/>
            </w:pPr>
            <w:r>
              <w:rPr>
                <w:b/>
                <w:color w:val="E24A1D"/>
                <w:sz w:val="15"/>
              </w:rPr>
              <w:t>MAINE STATUTE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091B055" w14:textId="77777777" w:rsidR="00B26455" w:rsidRDefault="001E1F25">
            <w:pPr>
              <w:spacing w:after="0" w:line="252" w:lineRule="auto"/>
            </w:pPr>
            <w:r>
              <w:rPr>
                <w:color w:val="1F1F1F"/>
                <w:sz w:val="18"/>
              </w:rPr>
              <w:t>Statutory notification and written-report requirements. Compare the current statute with the adopted rule and agency instructions.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026A0A4" w14:textId="77777777" w:rsidR="00B26455" w:rsidRDefault="001E1F25">
            <w:pPr>
              <w:spacing w:after="0" w:line="252" w:lineRule="auto"/>
              <w:jc w:val="center"/>
            </w:pPr>
            <w:hyperlink r:id="rId29">
              <w:r>
                <w:rPr>
                  <w:b/>
                  <w:color w:val="006247"/>
                  <w:sz w:val="20"/>
                  <w:u w:val="single"/>
                </w:rPr>
                <w:t>Open official source</w:t>
              </w:r>
            </w:hyperlink>
          </w:p>
        </w:tc>
      </w:tr>
      <w:tr w:rsidR="00B26455" w14:paraId="47FBB5E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BFD4983" w14:textId="77777777" w:rsidR="00B26455" w:rsidRDefault="001E1F25">
            <w:pPr>
              <w:spacing w:after="0" w:line="252" w:lineRule="auto"/>
            </w:pPr>
            <w:r>
              <w:rPr>
                <w:b/>
                <w:color w:val="006247"/>
                <w:sz w:val="18"/>
              </w:rPr>
              <w:t>PL 2025 Ch. 606 - Maternity / Newborn Service Notices</w:t>
            </w:r>
          </w:p>
          <w:p w14:paraId="1EFA036E" w14:textId="77777777" w:rsidR="00B26455" w:rsidRDefault="001E1F25">
            <w:pPr>
              <w:spacing w:before="40" w:after="0" w:line="252" w:lineRule="auto"/>
            </w:pPr>
            <w:r>
              <w:rPr>
                <w:b/>
                <w:color w:val="E24A1D"/>
                <w:sz w:val="15"/>
              </w:rPr>
              <w:t>ENACTED MAINE LAW</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8624875" w14:textId="77777777" w:rsidR="00B26455" w:rsidRDefault="001E1F25">
            <w:pPr>
              <w:spacing w:after="0" w:line="252" w:lineRule="auto"/>
            </w:pPr>
            <w:r>
              <w:rPr>
                <w:color w:val="1F1F1F"/>
                <w:sz w:val="18"/>
              </w:rPr>
              <w:t>Enacts 22 MRS §1822-B. Review advance notice and emergency-care planning duties for covered maternity or newborn service changes.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D82A4DD" w14:textId="77777777" w:rsidR="00B26455" w:rsidRDefault="001E1F25">
            <w:pPr>
              <w:spacing w:after="0" w:line="252" w:lineRule="auto"/>
              <w:jc w:val="center"/>
            </w:pPr>
            <w:hyperlink r:id="rId30">
              <w:r>
                <w:rPr>
                  <w:b/>
                  <w:color w:val="006247"/>
                  <w:sz w:val="20"/>
                  <w:u w:val="single"/>
                </w:rPr>
                <w:t>Open official source</w:t>
              </w:r>
            </w:hyperlink>
          </w:p>
        </w:tc>
      </w:tr>
    </w:tbl>
    <w:p w14:paraId="1E7F7136"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608D3342"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1A26E0DD" w14:textId="77777777" w:rsidR="00B26455" w:rsidRDefault="001E1F25">
            <w:pPr>
              <w:spacing w:after="0" w:line="252" w:lineRule="auto"/>
            </w:pPr>
            <w:r>
              <w:rPr>
                <w:b/>
                <w:color w:val="E24A1D"/>
                <w:sz w:val="18"/>
              </w:rPr>
              <w:t xml:space="preserve">MAINE RULE CHANGES </w:t>
            </w:r>
            <w:r>
              <w:rPr>
                <w:color w:val="1F1F1F"/>
                <w:sz w:val="18"/>
              </w:rPr>
              <w:t>Proposed Chapter 112 and Chapter 114 changes are listed separately on the final page. A proposal does not itself establish an effective requirement. Verify adoption and effective dates before updating facility policies.</w:t>
            </w:r>
          </w:p>
        </w:tc>
      </w:tr>
    </w:tbl>
    <w:p w14:paraId="23F454ED" w14:textId="77777777" w:rsidR="00B26455" w:rsidRDefault="001E1F25">
      <w:pPr>
        <w:keepNext/>
        <w:pageBreakBefore/>
        <w:pBdr>
          <w:bottom w:val="single" w:sz="12" w:space="4" w:color="E24A1D"/>
        </w:pBdr>
        <w:spacing w:before="160" w:after="120" w:line="252" w:lineRule="auto"/>
      </w:pPr>
      <w:r>
        <w:rPr>
          <w:b/>
          <w:color w:val="006247"/>
          <w:sz w:val="30"/>
        </w:rPr>
        <w:lastRenderedPageBreak/>
        <w:t>3. FIRE / LIFE SAFETY, EMERGENCY POWER &amp; CONSTRUCTION</w:t>
      </w:r>
    </w:p>
    <w:tbl>
      <w:tblPr>
        <w:tblW w:w="0" w:type="auto"/>
        <w:jc w:val="center"/>
        <w:tblLayout w:type="fixed"/>
        <w:tblLook w:val="04A0" w:firstRow="1" w:lastRow="0" w:firstColumn="1" w:lastColumn="0" w:noHBand="0" w:noVBand="1"/>
      </w:tblPr>
      <w:tblGrid>
        <w:gridCol w:w="3168"/>
        <w:gridCol w:w="5256"/>
        <w:gridCol w:w="1944"/>
      </w:tblGrid>
      <w:tr w:rsidR="00B26455" w14:paraId="6E2574BC"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6F6ADBCA"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717ED076"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29103747" w14:textId="77777777" w:rsidR="00B26455" w:rsidRDefault="001E1F25">
            <w:pPr>
              <w:keepNext/>
              <w:spacing w:after="0" w:line="252" w:lineRule="auto"/>
            </w:pPr>
            <w:r>
              <w:rPr>
                <w:b/>
                <w:color w:val="FFFFFF"/>
                <w:sz w:val="18"/>
              </w:rPr>
              <w:t>Link</w:t>
            </w:r>
          </w:p>
        </w:tc>
      </w:tr>
      <w:tr w:rsidR="00B26455" w14:paraId="4C92A440"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DFC3740" w14:textId="77777777" w:rsidR="00B26455" w:rsidRDefault="001E1F25">
            <w:pPr>
              <w:spacing w:after="0" w:line="252" w:lineRule="auto"/>
            </w:pPr>
            <w:r>
              <w:rPr>
                <w:b/>
                <w:color w:val="006247"/>
                <w:sz w:val="18"/>
              </w:rPr>
              <w:t>CMS Life Safety Code &amp; Health Care Facilities Code</w:t>
            </w:r>
          </w:p>
          <w:p w14:paraId="3FE05BE8" w14:textId="77777777" w:rsidR="00B26455" w:rsidRDefault="001E1F25">
            <w:pPr>
              <w:spacing w:before="40" w:after="0" w:line="252" w:lineRule="auto"/>
            </w:pPr>
            <w:r>
              <w:rPr>
                <w:b/>
                <w:color w:val="E24A1D"/>
                <w:sz w:val="15"/>
              </w:rPr>
              <w:t>FEDERAL LIFE SAFETY</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D329BF7" w14:textId="77777777" w:rsidR="00B26455" w:rsidRDefault="001E1F25">
            <w:pPr>
              <w:spacing w:after="0" w:line="252" w:lineRule="auto"/>
            </w:pPr>
            <w:r>
              <w:rPr>
                <w:color w:val="1F1F1F"/>
                <w:sz w:val="18"/>
              </w:rPr>
              <w:t>Federal NFPA framework for certification, survey resources, and applicable waiver guidance. Use alongside the provider physical-environment regulation.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9960D8D" w14:textId="77777777" w:rsidR="00B26455" w:rsidRDefault="001E1F25">
            <w:pPr>
              <w:spacing w:after="0" w:line="252" w:lineRule="auto"/>
              <w:jc w:val="center"/>
            </w:pPr>
            <w:hyperlink r:id="rId31">
              <w:r>
                <w:rPr>
                  <w:b/>
                  <w:color w:val="006247"/>
                  <w:sz w:val="20"/>
                  <w:u w:val="single"/>
                </w:rPr>
                <w:t>Open official source</w:t>
              </w:r>
            </w:hyperlink>
          </w:p>
        </w:tc>
      </w:tr>
      <w:tr w:rsidR="00B26455" w14:paraId="43FF428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0B416C6" w14:textId="77777777" w:rsidR="00B26455" w:rsidRDefault="001E1F25">
            <w:pPr>
              <w:spacing w:after="0" w:line="252" w:lineRule="auto"/>
            </w:pPr>
            <w:r>
              <w:rPr>
                <w:b/>
                <w:color w:val="006247"/>
                <w:sz w:val="18"/>
              </w:rPr>
              <w:t>CMS Form 2786R - Health Care Fire Safety Survey</w:t>
            </w:r>
          </w:p>
          <w:p w14:paraId="07DA7683" w14:textId="77777777" w:rsidR="00B26455" w:rsidRDefault="001E1F25">
            <w:pPr>
              <w:spacing w:before="40" w:after="0" w:line="252" w:lineRule="auto"/>
            </w:pPr>
            <w:r>
              <w:rPr>
                <w:b/>
                <w:color w:val="E24A1D"/>
                <w:sz w:val="15"/>
              </w:rPr>
              <w:t>CMS SURVEY FORM</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3012521" w14:textId="77777777" w:rsidR="00B26455" w:rsidRDefault="001E1F25">
            <w:pPr>
              <w:spacing w:after="0" w:line="252" w:lineRule="auto"/>
            </w:pPr>
            <w:r>
              <w:rPr>
                <w:color w:val="1F1F1F"/>
                <w:sz w:val="18"/>
              </w:rPr>
              <w:t>Health care occupancy survey report and K-tag framework. Select other occupancy-specific forms where applicable.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DFA3CE7" w14:textId="77777777" w:rsidR="00B26455" w:rsidRDefault="001E1F25">
            <w:pPr>
              <w:spacing w:after="0" w:line="252" w:lineRule="auto"/>
              <w:jc w:val="center"/>
            </w:pPr>
            <w:hyperlink r:id="rId32">
              <w:r>
                <w:rPr>
                  <w:b/>
                  <w:color w:val="006247"/>
                  <w:sz w:val="20"/>
                  <w:u w:val="single"/>
                </w:rPr>
                <w:t>Open official source</w:t>
              </w:r>
            </w:hyperlink>
          </w:p>
        </w:tc>
      </w:tr>
      <w:tr w:rsidR="00B26455" w14:paraId="0FE7F91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2A93D38" w14:textId="77777777" w:rsidR="00B26455" w:rsidRDefault="001E1F25">
            <w:pPr>
              <w:spacing w:after="0" w:line="252" w:lineRule="auto"/>
            </w:pPr>
            <w:r>
              <w:rPr>
                <w:b/>
                <w:color w:val="006247"/>
                <w:sz w:val="18"/>
              </w:rPr>
              <w:t>Physical Environment - §485.623</w:t>
            </w:r>
          </w:p>
          <w:p w14:paraId="219E5BF2"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33A1B25" w14:textId="77777777" w:rsidR="00B26455" w:rsidRDefault="001E1F25">
            <w:pPr>
              <w:spacing w:after="0" w:line="252" w:lineRule="auto"/>
            </w:pPr>
            <w:r>
              <w:rPr>
                <w:color w:val="1F1F1F"/>
                <w:sz w:val="18"/>
              </w:rPr>
              <w:t>Provider-specific physical environment, fire protection, and health care facility requirements. Emergency power also appears in §485.625(e).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730382C" w14:textId="77777777" w:rsidR="00B26455" w:rsidRDefault="001E1F25">
            <w:pPr>
              <w:spacing w:after="0" w:line="252" w:lineRule="auto"/>
              <w:jc w:val="center"/>
            </w:pPr>
            <w:hyperlink r:id="rId33">
              <w:r>
                <w:rPr>
                  <w:b/>
                  <w:color w:val="006247"/>
                  <w:sz w:val="20"/>
                  <w:u w:val="single"/>
                </w:rPr>
                <w:t>Open official source</w:t>
              </w:r>
            </w:hyperlink>
          </w:p>
        </w:tc>
      </w:tr>
      <w:tr w:rsidR="00B26455" w14:paraId="10E639F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14C43DE" w14:textId="77777777" w:rsidR="00B26455" w:rsidRDefault="001E1F25">
            <w:pPr>
              <w:spacing w:after="0" w:line="252" w:lineRule="auto"/>
            </w:pPr>
            <w:r>
              <w:rPr>
                <w:b/>
                <w:color w:val="006247"/>
                <w:sz w:val="18"/>
              </w:rPr>
              <w:t>Maine Office of State Fire Marshal - Rules</w:t>
            </w:r>
          </w:p>
          <w:p w14:paraId="75D48B4A"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5F08872" w14:textId="77777777" w:rsidR="00B26455" w:rsidRDefault="001E1F25">
            <w:pPr>
              <w:spacing w:after="0" w:line="252" w:lineRule="auto"/>
            </w:pPr>
            <w:r>
              <w:rPr>
                <w:color w:val="1F1F1F"/>
                <w:sz w:val="18"/>
              </w:rPr>
              <w:t>State fire and life safety rule chapters and supporting policies. Confirm requirements with the applicable authority having jurisdiction (AHJ).</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7AF7347" w14:textId="77777777" w:rsidR="00B26455" w:rsidRDefault="001E1F25">
            <w:pPr>
              <w:spacing w:after="0" w:line="252" w:lineRule="auto"/>
              <w:jc w:val="center"/>
            </w:pPr>
            <w:hyperlink r:id="rId34">
              <w:r>
                <w:rPr>
                  <w:b/>
                  <w:color w:val="006247"/>
                  <w:sz w:val="20"/>
                  <w:u w:val="single"/>
                </w:rPr>
                <w:t>Open official source</w:t>
              </w:r>
            </w:hyperlink>
          </w:p>
        </w:tc>
      </w:tr>
      <w:tr w:rsidR="00B26455" w14:paraId="2A99C429"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B4B9EE3" w14:textId="77777777" w:rsidR="00B26455" w:rsidRDefault="001E1F25">
            <w:pPr>
              <w:spacing w:after="0" w:line="252" w:lineRule="auto"/>
            </w:pPr>
            <w:r>
              <w:rPr>
                <w:b/>
                <w:color w:val="006247"/>
                <w:sz w:val="18"/>
              </w:rPr>
              <w:t>Maine FMO - State Adopted NFPA Standards</w:t>
            </w:r>
          </w:p>
          <w:p w14:paraId="4F1B4D98"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57CA60B" w14:textId="77777777" w:rsidR="00B26455" w:rsidRDefault="001E1F25">
            <w:pPr>
              <w:spacing w:after="0" w:line="252" w:lineRule="auto"/>
            </w:pPr>
            <w:r>
              <w:rPr>
                <w:color w:val="1F1F1F"/>
                <w:sz w:val="18"/>
              </w:rPr>
              <w:t>Official adopted editions for life safety, medical gases, emergency power, alarms, sprinklers, doors, and related systems.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9FAEE6D" w14:textId="77777777" w:rsidR="00B26455" w:rsidRDefault="001E1F25">
            <w:pPr>
              <w:spacing w:after="0" w:line="252" w:lineRule="auto"/>
              <w:jc w:val="center"/>
            </w:pPr>
            <w:hyperlink r:id="rId35">
              <w:r>
                <w:rPr>
                  <w:b/>
                  <w:color w:val="006247"/>
                  <w:sz w:val="20"/>
                  <w:u w:val="single"/>
                </w:rPr>
                <w:t>Open official source</w:t>
              </w:r>
            </w:hyperlink>
          </w:p>
        </w:tc>
      </w:tr>
      <w:tr w:rsidR="00B26455" w14:paraId="7FA33C92"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8071669" w14:textId="77777777" w:rsidR="00B26455" w:rsidRDefault="001E1F25">
            <w:pPr>
              <w:spacing w:after="0" w:line="252" w:lineRule="auto"/>
            </w:pPr>
            <w:r>
              <w:rPr>
                <w:b/>
                <w:color w:val="006247"/>
                <w:sz w:val="18"/>
              </w:rPr>
              <w:t>Maine FMO - Inspections &amp; Plans Review</w:t>
            </w:r>
          </w:p>
          <w:p w14:paraId="72F398DA"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63BD3D1" w14:textId="77777777" w:rsidR="00B26455" w:rsidRDefault="001E1F25">
            <w:pPr>
              <w:spacing w:after="0" w:line="252" w:lineRule="auto"/>
            </w:pPr>
            <w:r>
              <w:rPr>
                <w:color w:val="1F1F1F"/>
                <w:sz w:val="18"/>
              </w:rPr>
              <w:t>Fire inspections, healthcare facility review, and plans review information. Retain approvals and inspection documentation.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039ACB4" w14:textId="77777777" w:rsidR="00B26455" w:rsidRDefault="001E1F25">
            <w:pPr>
              <w:spacing w:after="0" w:line="252" w:lineRule="auto"/>
              <w:jc w:val="center"/>
            </w:pPr>
            <w:hyperlink r:id="rId36">
              <w:r>
                <w:rPr>
                  <w:b/>
                  <w:color w:val="006247"/>
                  <w:sz w:val="20"/>
                  <w:u w:val="single"/>
                </w:rPr>
                <w:t>Open official source</w:t>
              </w:r>
            </w:hyperlink>
          </w:p>
        </w:tc>
      </w:tr>
      <w:tr w:rsidR="00B26455" w14:paraId="62AADF1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4579C4F" w14:textId="77777777" w:rsidR="00B26455" w:rsidRDefault="001E1F25">
            <w:pPr>
              <w:spacing w:after="0" w:line="252" w:lineRule="auto"/>
            </w:pPr>
            <w:r>
              <w:rPr>
                <w:b/>
                <w:color w:val="006247"/>
                <w:sz w:val="18"/>
              </w:rPr>
              <w:t>Maine FMO - Construction / Permit Guidance</w:t>
            </w:r>
          </w:p>
          <w:p w14:paraId="20145280" w14:textId="77777777" w:rsidR="00B26455" w:rsidRDefault="001E1F25">
            <w:pPr>
              <w:spacing w:before="40" w:after="0" w:line="252" w:lineRule="auto"/>
            </w:pPr>
            <w:r>
              <w:rPr>
                <w:b/>
                <w:color w:val="E24A1D"/>
                <w:sz w:val="15"/>
              </w:rPr>
              <w:t>MAINE FIRE MARSHAL</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6ADBD22" w14:textId="77777777" w:rsidR="00B26455" w:rsidRDefault="001E1F25">
            <w:pPr>
              <w:spacing w:after="0" w:line="252" w:lineRule="auto"/>
            </w:pPr>
            <w:r>
              <w:rPr>
                <w:color w:val="1F1F1F"/>
                <w:sz w:val="18"/>
              </w:rPr>
              <w:t>Permit and review guidance for construction, alterations, and changes of use in public buildings and healthcare occupancies.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23DA9E1" w14:textId="77777777" w:rsidR="00B26455" w:rsidRDefault="001E1F25">
            <w:pPr>
              <w:spacing w:after="0" w:line="252" w:lineRule="auto"/>
              <w:jc w:val="center"/>
            </w:pPr>
            <w:hyperlink r:id="rId37">
              <w:r>
                <w:rPr>
                  <w:b/>
                  <w:color w:val="006247"/>
                  <w:sz w:val="20"/>
                  <w:u w:val="single"/>
                </w:rPr>
                <w:t>Open official source</w:t>
              </w:r>
            </w:hyperlink>
          </w:p>
        </w:tc>
      </w:tr>
      <w:tr w:rsidR="00B26455" w14:paraId="6A471E7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03EA5EA" w14:textId="77777777" w:rsidR="00B26455" w:rsidRDefault="001E1F25">
            <w:pPr>
              <w:spacing w:after="0" w:line="252" w:lineRule="auto"/>
            </w:pPr>
            <w:r>
              <w:rPr>
                <w:b/>
                <w:color w:val="006247"/>
                <w:sz w:val="18"/>
              </w:rPr>
              <w:t>25 MRS §2469 - Fuel Gas Detectors</w:t>
            </w:r>
          </w:p>
          <w:p w14:paraId="0E6FF34E" w14:textId="77777777" w:rsidR="00B26455" w:rsidRDefault="001E1F25">
            <w:pPr>
              <w:spacing w:before="40" w:after="0" w:line="252" w:lineRule="auto"/>
            </w:pPr>
            <w:r>
              <w:rPr>
                <w:b/>
                <w:color w:val="E24A1D"/>
                <w:sz w:val="15"/>
              </w:rPr>
              <w:t>MAINE STATUTE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7D59D06" w14:textId="77777777" w:rsidR="00B26455" w:rsidRDefault="001E1F25">
            <w:pPr>
              <w:spacing w:after="0" w:line="252" w:lineRule="auto"/>
            </w:pPr>
            <w:r>
              <w:rPr>
                <w:color w:val="1F1F1F"/>
                <w:sz w:val="18"/>
              </w:rPr>
              <w:t>Occupancy-specific fuel gas detector requirements. Determine applicability for each building and any mixed occupancy.</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8F5D707" w14:textId="77777777" w:rsidR="00B26455" w:rsidRDefault="001E1F25">
            <w:pPr>
              <w:spacing w:after="0" w:line="252" w:lineRule="auto"/>
              <w:jc w:val="center"/>
            </w:pPr>
            <w:hyperlink r:id="rId38">
              <w:r>
                <w:rPr>
                  <w:b/>
                  <w:color w:val="006247"/>
                  <w:sz w:val="20"/>
                  <w:u w:val="single"/>
                </w:rPr>
                <w:t>Open official source</w:t>
              </w:r>
            </w:hyperlink>
          </w:p>
        </w:tc>
      </w:tr>
    </w:tbl>
    <w:p w14:paraId="45682C18"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1E146131"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48707A65" w14:textId="77777777" w:rsidR="00B26455" w:rsidRDefault="001E1F25">
            <w:pPr>
              <w:spacing w:after="0" w:line="252" w:lineRule="auto"/>
            </w:pPr>
            <w:r>
              <w:rPr>
                <w:b/>
                <w:color w:val="E24A1D"/>
                <w:sz w:val="18"/>
              </w:rPr>
              <w:t xml:space="preserve">FEDERAL VS. MAINE CODE EDITIONS </w:t>
            </w:r>
            <w:r>
              <w:rPr>
                <w:color w:val="1F1F1F"/>
                <w:sz w:val="18"/>
              </w:rPr>
              <w:t>CMS and Maine use separate code adoption frameworks. CMS uses the 2012 NFPA 101 and NFPA 99 framework; Maine lists NFPA 101 (2018), NFPA 99 (2021), and NFPA 110 (2022). Check the governing edition, referenced standards, occupancy, installation date, approved exceptions, and permit conditions for each system.</w:t>
            </w:r>
          </w:p>
        </w:tc>
      </w:tr>
    </w:tbl>
    <w:p w14:paraId="0EE148E1"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193F06BF"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73B59C6D" w14:textId="77777777" w:rsidR="00B26455" w:rsidRDefault="001E1F25">
            <w:pPr>
              <w:spacing w:after="0" w:line="252" w:lineRule="auto"/>
            </w:pPr>
            <w:r>
              <w:rPr>
                <w:b/>
                <w:color w:val="E24A1D"/>
                <w:sz w:val="18"/>
              </w:rPr>
              <w:t xml:space="preserve">FIRE MARSHAL DOCUMENTATION </w:t>
            </w:r>
            <w:r>
              <w:rPr>
                <w:color w:val="1F1F1F"/>
                <w:sz w:val="18"/>
              </w:rPr>
              <w:t>Use the facility’s current inspection requests and the Fire Marshal documentation crosswalk in the hospital compliance checklist. A supplied documentation list supports survey preparation; it does not replace the adopted codes or a facility-specific AHJ determination.</w:t>
            </w:r>
          </w:p>
        </w:tc>
      </w:tr>
    </w:tbl>
    <w:p w14:paraId="21F29EB0" w14:textId="77777777" w:rsidR="00B26455" w:rsidRDefault="001E1F25">
      <w:pPr>
        <w:keepNext/>
        <w:pageBreakBefore/>
        <w:pBdr>
          <w:bottom w:val="single" w:sz="12" w:space="4" w:color="E24A1D"/>
        </w:pBdr>
        <w:spacing w:before="160" w:after="120" w:line="252" w:lineRule="auto"/>
      </w:pPr>
      <w:r>
        <w:rPr>
          <w:b/>
          <w:color w:val="006247"/>
          <w:sz w:val="30"/>
        </w:rPr>
        <w:lastRenderedPageBreak/>
        <w:t>4. INFECTION PREVENTION &amp; PUBLIC HEALTH RESOURCES</w:t>
      </w:r>
    </w:p>
    <w:tbl>
      <w:tblPr>
        <w:tblW w:w="0" w:type="auto"/>
        <w:jc w:val="center"/>
        <w:tblLayout w:type="fixed"/>
        <w:tblLook w:val="04A0" w:firstRow="1" w:lastRow="0" w:firstColumn="1" w:lastColumn="0" w:noHBand="0" w:noVBand="1"/>
      </w:tblPr>
      <w:tblGrid>
        <w:gridCol w:w="3168"/>
        <w:gridCol w:w="5256"/>
        <w:gridCol w:w="1944"/>
      </w:tblGrid>
      <w:tr w:rsidR="00B26455" w14:paraId="795A22ED"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73BE7C7C"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6DBA83E0"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276218B2" w14:textId="77777777" w:rsidR="00B26455" w:rsidRDefault="001E1F25">
            <w:pPr>
              <w:keepNext/>
              <w:spacing w:after="0" w:line="252" w:lineRule="auto"/>
            </w:pPr>
            <w:r>
              <w:rPr>
                <w:b/>
                <w:color w:val="FFFFFF"/>
                <w:sz w:val="18"/>
              </w:rPr>
              <w:t>Link</w:t>
            </w:r>
          </w:p>
        </w:tc>
      </w:tr>
      <w:tr w:rsidR="00B26455" w14:paraId="2C150144"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1FADC21" w14:textId="77777777" w:rsidR="00B26455" w:rsidRDefault="001E1F25">
            <w:pPr>
              <w:spacing w:after="0" w:line="252" w:lineRule="auto"/>
            </w:pPr>
            <w:r>
              <w:rPr>
                <w:b/>
                <w:color w:val="006247"/>
                <w:sz w:val="18"/>
              </w:rPr>
              <w:t>Maine CDC - Report Infectious Diseases</w:t>
            </w:r>
          </w:p>
          <w:p w14:paraId="5FDBA58B" w14:textId="77777777" w:rsidR="00B26455" w:rsidRDefault="001E1F25">
            <w:pPr>
              <w:spacing w:before="40" w:after="0" w:line="252" w:lineRule="auto"/>
            </w:pPr>
            <w:r>
              <w:rPr>
                <w:b/>
                <w:color w:val="E24A1D"/>
                <w:sz w:val="15"/>
              </w:rPr>
              <w:t>MAINE PUBLIC HEALTH</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86AB13F" w14:textId="77777777" w:rsidR="00B26455" w:rsidRDefault="001E1F25">
            <w:pPr>
              <w:spacing w:after="0" w:line="252" w:lineRule="auto"/>
            </w:pPr>
            <w:r>
              <w:rPr>
                <w:color w:val="1F1F1F"/>
                <w:sz w:val="18"/>
              </w:rPr>
              <w:t>Notifiable-condition reporting, current reporting tools, Chapter 258 links, and disease-specific guidance.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01E7902" w14:textId="77777777" w:rsidR="00B26455" w:rsidRDefault="001E1F25">
            <w:pPr>
              <w:spacing w:after="0" w:line="252" w:lineRule="auto"/>
              <w:jc w:val="center"/>
            </w:pPr>
            <w:hyperlink r:id="rId39">
              <w:r>
                <w:rPr>
                  <w:b/>
                  <w:color w:val="006247"/>
                  <w:sz w:val="20"/>
                  <w:u w:val="single"/>
                </w:rPr>
                <w:t>Open official source</w:t>
              </w:r>
            </w:hyperlink>
          </w:p>
        </w:tc>
      </w:tr>
      <w:tr w:rsidR="00B26455" w14:paraId="6FB96103"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CDE68BE" w14:textId="77777777" w:rsidR="00B26455" w:rsidRDefault="001E1F25">
            <w:pPr>
              <w:spacing w:after="0" w:line="252" w:lineRule="auto"/>
            </w:pPr>
            <w:r>
              <w:rPr>
                <w:b/>
                <w:color w:val="006247"/>
                <w:sz w:val="18"/>
              </w:rPr>
              <w:t>CDC - Core Infection Prevention Practices</w:t>
            </w:r>
          </w:p>
          <w:p w14:paraId="3B651D7C" w14:textId="77777777" w:rsidR="00B26455" w:rsidRDefault="001E1F25">
            <w:pPr>
              <w:spacing w:before="40" w:after="0" w:line="252" w:lineRule="auto"/>
            </w:pPr>
            <w:r>
              <w:rPr>
                <w:b/>
                <w:color w:val="E24A1D"/>
                <w:sz w:val="15"/>
              </w:rPr>
              <w:t>FEDERAL CLINICAL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128FD6F" w14:textId="77777777" w:rsidR="00B26455" w:rsidRDefault="001E1F25">
            <w:pPr>
              <w:spacing w:after="0" w:line="252" w:lineRule="auto"/>
            </w:pPr>
            <w:r>
              <w:rPr>
                <w:color w:val="1F1F1F"/>
                <w:sz w:val="18"/>
              </w:rPr>
              <w:t>Foundational infection prevention practices for healthcare delivery. Integrate with the facility infection prevention and emergency response programs.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C8F4792" w14:textId="77777777" w:rsidR="00B26455" w:rsidRDefault="001E1F25">
            <w:pPr>
              <w:spacing w:after="0" w:line="252" w:lineRule="auto"/>
              <w:jc w:val="center"/>
            </w:pPr>
            <w:hyperlink r:id="rId40">
              <w:r>
                <w:rPr>
                  <w:b/>
                  <w:color w:val="006247"/>
                  <w:sz w:val="20"/>
                  <w:u w:val="single"/>
                </w:rPr>
                <w:t>Open official source</w:t>
              </w:r>
            </w:hyperlink>
          </w:p>
        </w:tc>
      </w:tr>
      <w:tr w:rsidR="00B26455" w14:paraId="0C6C2CBF"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35CB9A0A" w14:textId="77777777" w:rsidR="00B26455" w:rsidRDefault="001E1F25">
            <w:pPr>
              <w:spacing w:after="0" w:line="252" w:lineRule="auto"/>
            </w:pPr>
            <w:r>
              <w:rPr>
                <w:b/>
                <w:color w:val="006247"/>
                <w:sz w:val="18"/>
              </w:rPr>
              <w:t>CDC - Viral Respiratory Pathogens in Healthcare</w:t>
            </w:r>
          </w:p>
          <w:p w14:paraId="5EE1457A" w14:textId="77777777" w:rsidR="00B26455" w:rsidRDefault="001E1F25">
            <w:pPr>
              <w:spacing w:before="40" w:after="0" w:line="252" w:lineRule="auto"/>
            </w:pPr>
            <w:r>
              <w:rPr>
                <w:b/>
                <w:color w:val="E24A1D"/>
                <w:sz w:val="15"/>
              </w:rPr>
              <w:t>FEDERAL CLINICAL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3333CFB" w14:textId="77777777" w:rsidR="00B26455" w:rsidRDefault="001E1F25">
            <w:pPr>
              <w:spacing w:after="0" w:line="252" w:lineRule="auto"/>
            </w:pPr>
            <w:r>
              <w:rPr>
                <w:color w:val="1F1F1F"/>
                <w:sz w:val="18"/>
              </w:rPr>
              <w:t>Healthcare-setting prevention and response guidance for respiratory pathogens, including infection-control measures.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FB70CA0" w14:textId="77777777" w:rsidR="00B26455" w:rsidRDefault="001E1F25">
            <w:pPr>
              <w:spacing w:after="0" w:line="252" w:lineRule="auto"/>
              <w:jc w:val="center"/>
            </w:pPr>
            <w:hyperlink r:id="rId41">
              <w:r>
                <w:rPr>
                  <w:b/>
                  <w:color w:val="006247"/>
                  <w:sz w:val="20"/>
                  <w:u w:val="single"/>
                </w:rPr>
                <w:t>Open official source</w:t>
              </w:r>
            </w:hyperlink>
          </w:p>
        </w:tc>
      </w:tr>
    </w:tbl>
    <w:p w14:paraId="2CFD64F8" w14:textId="77777777" w:rsidR="00B26455" w:rsidRDefault="001E1F25">
      <w:pPr>
        <w:keepNext/>
        <w:pBdr>
          <w:bottom w:val="single" w:sz="12" w:space="4" w:color="E24A1D"/>
        </w:pBdr>
        <w:spacing w:before="160" w:after="120" w:line="252" w:lineRule="auto"/>
      </w:pPr>
      <w:r>
        <w:rPr>
          <w:b/>
          <w:color w:val="006247"/>
          <w:sz w:val="30"/>
        </w:rPr>
        <w:t>5. PATIENT PROTECTIONS, EMERGENCY CARE &amp; PRIVACY</w:t>
      </w:r>
    </w:p>
    <w:tbl>
      <w:tblPr>
        <w:tblW w:w="0" w:type="auto"/>
        <w:jc w:val="center"/>
        <w:tblLayout w:type="fixed"/>
        <w:tblLook w:val="04A0" w:firstRow="1" w:lastRow="0" w:firstColumn="1" w:lastColumn="0" w:noHBand="0" w:noVBand="1"/>
      </w:tblPr>
      <w:tblGrid>
        <w:gridCol w:w="3168"/>
        <w:gridCol w:w="5256"/>
        <w:gridCol w:w="1944"/>
      </w:tblGrid>
      <w:tr w:rsidR="00B26455" w14:paraId="6B54C9FA"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10173FCF"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66F7A723"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45D3D9BC" w14:textId="77777777" w:rsidR="00B26455" w:rsidRDefault="001E1F25">
            <w:pPr>
              <w:keepNext/>
              <w:spacing w:after="0" w:line="252" w:lineRule="auto"/>
            </w:pPr>
            <w:r>
              <w:rPr>
                <w:b/>
                <w:color w:val="FFFFFF"/>
                <w:sz w:val="18"/>
              </w:rPr>
              <w:t>Link</w:t>
            </w:r>
          </w:p>
        </w:tc>
      </w:tr>
      <w:tr w:rsidR="00B26455" w14:paraId="2074FF09"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2ED55D01" w14:textId="77777777" w:rsidR="00B26455" w:rsidRDefault="001E1F25">
            <w:pPr>
              <w:spacing w:after="0" w:line="252" w:lineRule="auto"/>
            </w:pPr>
            <w:r>
              <w:rPr>
                <w:b/>
                <w:color w:val="006247"/>
                <w:sz w:val="18"/>
              </w:rPr>
              <w:t>CMS - Emergency Medical Treatment &amp; Labor Act</w:t>
            </w:r>
          </w:p>
          <w:p w14:paraId="4A5DB978" w14:textId="77777777" w:rsidR="00B26455" w:rsidRDefault="001E1F25">
            <w:pPr>
              <w:spacing w:before="40" w:after="0" w:line="252" w:lineRule="auto"/>
            </w:pPr>
            <w:r>
              <w:rPr>
                <w:b/>
                <w:color w:val="E24A1D"/>
                <w:sz w:val="15"/>
              </w:rPr>
              <w:t>CMS EMTALA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8A0FCB9" w14:textId="77777777" w:rsidR="00B26455" w:rsidRDefault="001E1F25">
            <w:pPr>
              <w:spacing w:after="0" w:line="252" w:lineRule="auto"/>
            </w:pPr>
            <w:r>
              <w:rPr>
                <w:color w:val="1F1F1F"/>
                <w:sz w:val="18"/>
              </w:rPr>
              <w:t>CMS overview, interpretive resources, and emergency screening, stabilization, and appropriate transfer obligations.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30C0DAA" w14:textId="77777777" w:rsidR="00B26455" w:rsidRDefault="001E1F25">
            <w:pPr>
              <w:spacing w:after="0" w:line="252" w:lineRule="auto"/>
              <w:jc w:val="center"/>
            </w:pPr>
            <w:hyperlink r:id="rId42">
              <w:r>
                <w:rPr>
                  <w:b/>
                  <w:color w:val="006247"/>
                  <w:sz w:val="20"/>
                  <w:u w:val="single"/>
                </w:rPr>
                <w:t>Open official source</w:t>
              </w:r>
            </w:hyperlink>
          </w:p>
        </w:tc>
      </w:tr>
      <w:tr w:rsidR="00B26455" w14:paraId="17A9AC96"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4368D2A9" w14:textId="77777777" w:rsidR="00B26455" w:rsidRDefault="001E1F25">
            <w:pPr>
              <w:spacing w:after="0" w:line="252" w:lineRule="auto"/>
            </w:pPr>
            <w:r>
              <w:rPr>
                <w:b/>
                <w:color w:val="006247"/>
                <w:sz w:val="18"/>
              </w:rPr>
              <w:t>42 CFR §489.24 - Emergency Cases</w:t>
            </w:r>
          </w:p>
          <w:p w14:paraId="276687CB"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3744DE4" w14:textId="77777777" w:rsidR="00B26455" w:rsidRDefault="001E1F25">
            <w:pPr>
              <w:spacing w:after="0" w:line="252" w:lineRule="auto"/>
            </w:pPr>
            <w:r>
              <w:rPr>
                <w:color w:val="1F1F1F"/>
                <w:sz w:val="18"/>
              </w:rPr>
              <w:t>EMTALA responsibilities, receiving and transfer requirements, and limited emergency waiver provisions. Evaluate applicability during surge and disruption.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FDCE0D2" w14:textId="77777777" w:rsidR="00B26455" w:rsidRDefault="001E1F25">
            <w:pPr>
              <w:spacing w:after="0" w:line="252" w:lineRule="auto"/>
              <w:jc w:val="center"/>
            </w:pPr>
            <w:hyperlink r:id="rId43">
              <w:r>
                <w:rPr>
                  <w:b/>
                  <w:color w:val="006247"/>
                  <w:sz w:val="20"/>
                  <w:u w:val="single"/>
                </w:rPr>
                <w:t>Open official source</w:t>
              </w:r>
            </w:hyperlink>
          </w:p>
        </w:tc>
      </w:tr>
      <w:tr w:rsidR="00B26455" w14:paraId="6A24C27A"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34EB73A" w14:textId="77777777" w:rsidR="00B26455" w:rsidRDefault="001E1F25">
            <w:pPr>
              <w:spacing w:after="0" w:line="252" w:lineRule="auto"/>
            </w:pPr>
            <w:r>
              <w:rPr>
                <w:b/>
                <w:color w:val="006247"/>
                <w:sz w:val="18"/>
              </w:rPr>
              <w:t>CAH Records &amp; Discharge Safeguards</w:t>
            </w:r>
          </w:p>
          <w:p w14:paraId="5DD829E0" w14:textId="77777777" w:rsidR="00B26455" w:rsidRDefault="001E1F25">
            <w:pPr>
              <w:spacing w:before="40" w:after="0" w:line="252" w:lineRule="auto"/>
            </w:pPr>
            <w:r>
              <w:rPr>
                <w:b/>
                <w:color w:val="E24A1D"/>
                <w:sz w:val="15"/>
              </w:rPr>
              <w:t>FEDERAL REGULATION</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48CB4F3D" w14:textId="77777777" w:rsidR="00B26455" w:rsidRDefault="001E1F25">
            <w:pPr>
              <w:spacing w:after="0" w:line="252" w:lineRule="auto"/>
            </w:pPr>
            <w:r>
              <w:rPr>
                <w:color w:val="1F1F1F"/>
                <w:sz w:val="18"/>
              </w:rPr>
              <w:t>For CAHs, review §§485.638 and 485.642 for clinical records and discharge planning. Apply additional requirements for swing beds or distinct parts as relevant.</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AABC156" w14:textId="77777777" w:rsidR="00B26455" w:rsidRDefault="001E1F25">
            <w:pPr>
              <w:spacing w:after="0" w:line="252" w:lineRule="auto"/>
              <w:jc w:val="center"/>
            </w:pPr>
            <w:hyperlink r:id="rId44">
              <w:r>
                <w:rPr>
                  <w:b/>
                  <w:color w:val="006247"/>
                  <w:sz w:val="20"/>
                  <w:u w:val="single"/>
                </w:rPr>
                <w:t>Open official source</w:t>
              </w:r>
            </w:hyperlink>
          </w:p>
        </w:tc>
      </w:tr>
      <w:tr w:rsidR="00B26455" w14:paraId="2B12F2EB"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F45B20A" w14:textId="77777777" w:rsidR="00B26455" w:rsidRDefault="001E1F25">
            <w:pPr>
              <w:spacing w:after="0" w:line="252" w:lineRule="auto"/>
            </w:pPr>
            <w:r>
              <w:rPr>
                <w:b/>
                <w:color w:val="006247"/>
                <w:sz w:val="18"/>
              </w:rPr>
              <w:t>HHS - HIPAA Emergency Preparedness</w:t>
            </w:r>
          </w:p>
          <w:p w14:paraId="4FCBFCCD" w14:textId="77777777" w:rsidR="00B26455" w:rsidRDefault="001E1F25">
            <w:pPr>
              <w:spacing w:before="40" w:after="0" w:line="252" w:lineRule="auto"/>
            </w:pPr>
            <w:r>
              <w:rPr>
                <w:b/>
                <w:color w:val="E24A1D"/>
                <w:sz w:val="15"/>
              </w:rPr>
              <w:t>FEDERAL PRIVACY GUIDANCE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FAE3623" w14:textId="77777777" w:rsidR="00B26455" w:rsidRDefault="001E1F25">
            <w:pPr>
              <w:spacing w:after="0" w:line="252" w:lineRule="auto"/>
            </w:pPr>
            <w:r>
              <w:rPr>
                <w:color w:val="1F1F1F"/>
                <w:sz w:val="18"/>
              </w:rPr>
              <w:t>Emergency planning and permissible information-sharing guidance. Support continuity, accountability, and communication while protecting patient information.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95FCB9C" w14:textId="77777777" w:rsidR="00B26455" w:rsidRDefault="001E1F25">
            <w:pPr>
              <w:spacing w:after="0" w:line="252" w:lineRule="auto"/>
              <w:jc w:val="center"/>
            </w:pPr>
            <w:hyperlink r:id="rId45">
              <w:r>
                <w:rPr>
                  <w:b/>
                  <w:color w:val="006247"/>
                  <w:sz w:val="20"/>
                  <w:u w:val="single"/>
                </w:rPr>
                <w:t>Open official source</w:t>
              </w:r>
            </w:hyperlink>
          </w:p>
        </w:tc>
      </w:tr>
    </w:tbl>
    <w:p w14:paraId="10FDF3A5" w14:textId="77777777" w:rsidR="00B26455" w:rsidRDefault="00B26455">
      <w:pPr>
        <w:spacing w:after="60" w:line="252" w:lineRule="auto"/>
      </w:pPr>
    </w:p>
    <w:tbl>
      <w:tblPr>
        <w:tblW w:w="0" w:type="auto"/>
        <w:jc w:val="center"/>
        <w:tblLook w:val="04A0" w:firstRow="1" w:lastRow="0" w:firstColumn="1" w:lastColumn="0" w:noHBand="0" w:noVBand="1"/>
      </w:tblPr>
      <w:tblGrid>
        <w:gridCol w:w="10348"/>
      </w:tblGrid>
      <w:tr w:rsidR="00B26455" w14:paraId="2937E151" w14:textId="77777777">
        <w:trPr>
          <w:jc w:val="center"/>
        </w:trPr>
        <w:tc>
          <w:tcPr>
            <w:tcW w:w="10368" w:type="dxa"/>
            <w:tcBorders>
              <w:top w:val="single" w:sz="8" w:space="0" w:color="D9B4A5"/>
              <w:left w:val="single" w:sz="8" w:space="0" w:color="D9B4A5"/>
              <w:bottom w:val="single" w:sz="8" w:space="0" w:color="D9B4A5"/>
              <w:right w:val="single" w:sz="8" w:space="0" w:color="D9B4A5"/>
            </w:tcBorders>
            <w:shd w:val="clear" w:color="auto" w:fill="FCEFEA"/>
            <w:tcMar>
              <w:top w:w="60" w:type="dxa"/>
              <w:left w:w="70" w:type="dxa"/>
              <w:bottom w:w="60" w:type="dxa"/>
              <w:right w:w="70" w:type="dxa"/>
            </w:tcMar>
          </w:tcPr>
          <w:p w14:paraId="7978C559" w14:textId="77777777" w:rsidR="00B26455" w:rsidRDefault="001E1F25">
            <w:pPr>
              <w:spacing w:after="0" w:line="252" w:lineRule="auto"/>
            </w:pPr>
            <w:r>
              <w:rPr>
                <w:b/>
                <w:color w:val="E24A1D"/>
                <w:sz w:val="18"/>
              </w:rPr>
              <w:t xml:space="preserve">GUIDANCE VS. REGULATION </w:t>
            </w:r>
            <w:r>
              <w:rPr>
                <w:color w:val="1F1F1F"/>
                <w:sz w:val="18"/>
              </w:rPr>
              <w:t>CDC clinical guidance and planning resources support implementation. Confirm the legal requirements in the provider regulation, Maine rules and statutes, and applicable agency directions. Use the facility’s current accreditation standards where applicable.</w:t>
            </w:r>
          </w:p>
        </w:tc>
      </w:tr>
    </w:tbl>
    <w:p w14:paraId="5FCBAF2C" w14:textId="77777777" w:rsidR="00B26455" w:rsidRDefault="001E1F25">
      <w:pPr>
        <w:keepNext/>
        <w:pageBreakBefore/>
        <w:pBdr>
          <w:bottom w:val="single" w:sz="12" w:space="4" w:color="E24A1D"/>
        </w:pBdr>
        <w:spacing w:before="160" w:after="120" w:line="252" w:lineRule="auto"/>
      </w:pPr>
      <w:r>
        <w:rPr>
          <w:b/>
          <w:color w:val="006247"/>
          <w:sz w:val="30"/>
        </w:rPr>
        <w:lastRenderedPageBreak/>
        <w:t>6. HCC-ME TOOLKIT &amp; REGULATORY UPDATE RESOURCES</w:t>
      </w:r>
    </w:p>
    <w:p w14:paraId="240C2784" w14:textId="77777777" w:rsidR="00B26455" w:rsidRDefault="001E1F25">
      <w:pPr>
        <w:spacing w:after="100" w:line="252" w:lineRule="auto"/>
      </w:pPr>
      <w:r>
        <w:t>Use these planning aids alongside the official sources. HCC-ME provides preparedness support and is not a regulatory authority.</w:t>
      </w:r>
    </w:p>
    <w:tbl>
      <w:tblPr>
        <w:tblW w:w="0" w:type="auto"/>
        <w:jc w:val="center"/>
        <w:tblLayout w:type="fixed"/>
        <w:tblLook w:val="04A0" w:firstRow="1" w:lastRow="0" w:firstColumn="1" w:lastColumn="0" w:noHBand="0" w:noVBand="1"/>
      </w:tblPr>
      <w:tblGrid>
        <w:gridCol w:w="3168"/>
        <w:gridCol w:w="5256"/>
        <w:gridCol w:w="1944"/>
      </w:tblGrid>
      <w:tr w:rsidR="00B26455" w14:paraId="2CDAB34F"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0154C873" w14:textId="77777777" w:rsidR="00B26455" w:rsidRDefault="001E1F25">
            <w:pPr>
              <w:keepNext/>
              <w:spacing w:after="0" w:line="252" w:lineRule="auto"/>
            </w:pPr>
            <w:r>
              <w:rPr>
                <w:b/>
                <w:color w:val="FFFFFF"/>
                <w:sz w:val="18"/>
              </w:rPr>
              <w:t>Planning resource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2C9AA0EC"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431C399A" w14:textId="77777777" w:rsidR="00B26455" w:rsidRDefault="001E1F25">
            <w:pPr>
              <w:keepNext/>
              <w:spacing w:after="0" w:line="252" w:lineRule="auto"/>
            </w:pPr>
            <w:r>
              <w:rPr>
                <w:b/>
                <w:color w:val="FFFFFF"/>
                <w:sz w:val="18"/>
              </w:rPr>
              <w:t>Link</w:t>
            </w:r>
          </w:p>
        </w:tc>
      </w:tr>
      <w:tr w:rsidR="00B26455" w14:paraId="79B27A58"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5D1D9E23" w14:textId="77777777" w:rsidR="00B26455" w:rsidRDefault="001E1F25">
            <w:pPr>
              <w:spacing w:after="0" w:line="252" w:lineRule="auto"/>
            </w:pPr>
            <w:r>
              <w:rPr>
                <w:b/>
                <w:color w:val="006247"/>
                <w:sz w:val="18"/>
              </w:rPr>
              <w:t>HCC-ME Emergency Operations Planning Toolkit</w:t>
            </w:r>
          </w:p>
          <w:p w14:paraId="544886A5" w14:textId="77777777" w:rsidR="00B26455" w:rsidRDefault="001E1F25">
            <w:pPr>
              <w:spacing w:before="40" w:after="0" w:line="252" w:lineRule="auto"/>
            </w:pPr>
            <w:r>
              <w:rPr>
                <w:b/>
                <w:color w:val="E24A1D"/>
                <w:sz w:val="15"/>
              </w:rPr>
              <w:t>PLANNING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D62514A" w14:textId="77777777" w:rsidR="00B26455" w:rsidRDefault="001E1F25">
            <w:pPr>
              <w:spacing w:after="0" w:line="252" w:lineRule="auto"/>
            </w:pPr>
            <w:r>
              <w:rPr>
                <w:color w:val="1F1F1F"/>
                <w:sz w:val="18"/>
              </w:rPr>
              <w:t>Provider checklists, templates, documentation tools, and emergency planning resources. Select materials for critical access hospitals.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FD56C8F" w14:textId="77777777" w:rsidR="00B26455" w:rsidRDefault="001E1F25">
            <w:pPr>
              <w:spacing w:after="0" w:line="252" w:lineRule="auto"/>
              <w:jc w:val="center"/>
            </w:pPr>
            <w:hyperlink r:id="rId46">
              <w:r>
                <w:rPr>
                  <w:b/>
                  <w:color w:val="006247"/>
                  <w:sz w:val="20"/>
                  <w:u w:val="single"/>
                </w:rPr>
                <w:t>Open resource</w:t>
              </w:r>
            </w:hyperlink>
          </w:p>
        </w:tc>
      </w:tr>
      <w:tr w:rsidR="00B26455" w14:paraId="5B5F60CD"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4F0C7E59" w14:textId="77777777" w:rsidR="00B26455" w:rsidRDefault="001E1F25">
            <w:pPr>
              <w:spacing w:after="0" w:line="252" w:lineRule="auto"/>
            </w:pPr>
            <w:r>
              <w:rPr>
                <w:b/>
                <w:color w:val="006247"/>
                <w:sz w:val="18"/>
              </w:rPr>
              <w:t>HCC-ME Training and Webinars</w:t>
            </w:r>
          </w:p>
          <w:p w14:paraId="2D580A41" w14:textId="77777777" w:rsidR="00B26455" w:rsidRDefault="001E1F25">
            <w:pPr>
              <w:spacing w:before="40" w:after="0" w:line="252" w:lineRule="auto"/>
            </w:pPr>
            <w:r>
              <w:rPr>
                <w:b/>
                <w:color w:val="E24A1D"/>
                <w:sz w:val="15"/>
              </w:rPr>
              <w:t>PLANNING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258E2500" w14:textId="77777777" w:rsidR="00B26455" w:rsidRDefault="001E1F25">
            <w:pPr>
              <w:spacing w:after="0" w:line="252" w:lineRule="auto"/>
            </w:pPr>
            <w:r>
              <w:rPr>
                <w:color w:val="1F1F1F"/>
                <w:sz w:val="18"/>
              </w:rPr>
              <w:t>Preparedness education, training opportunities, and coalition learning resources.</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92E2C1E" w14:textId="77777777" w:rsidR="00B26455" w:rsidRDefault="001E1F25">
            <w:pPr>
              <w:spacing w:after="0" w:line="252" w:lineRule="auto"/>
              <w:jc w:val="center"/>
            </w:pPr>
            <w:hyperlink r:id="rId47">
              <w:r>
                <w:rPr>
                  <w:b/>
                  <w:color w:val="006247"/>
                  <w:sz w:val="20"/>
                  <w:u w:val="single"/>
                </w:rPr>
                <w:t>Open resource</w:t>
              </w:r>
            </w:hyperlink>
          </w:p>
        </w:tc>
      </w:tr>
      <w:tr w:rsidR="00B26455" w14:paraId="712B1BB1"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5117382" w14:textId="77777777" w:rsidR="00B26455" w:rsidRDefault="001E1F25">
            <w:pPr>
              <w:spacing w:after="0" w:line="252" w:lineRule="auto"/>
            </w:pPr>
            <w:r>
              <w:rPr>
                <w:b/>
                <w:color w:val="006247"/>
                <w:sz w:val="18"/>
              </w:rPr>
              <w:t>ASPR TRACIE</w:t>
            </w:r>
          </w:p>
          <w:p w14:paraId="398936AA" w14:textId="77777777" w:rsidR="00B26455" w:rsidRDefault="001E1F25">
            <w:pPr>
              <w:spacing w:before="40" w:after="0" w:line="252" w:lineRule="auto"/>
            </w:pPr>
            <w:r>
              <w:rPr>
                <w:b/>
                <w:color w:val="E24A1D"/>
                <w:sz w:val="15"/>
              </w:rPr>
              <w:t>FEDERAL PLANNING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002FC16" w14:textId="77777777" w:rsidR="00B26455" w:rsidRDefault="001E1F25">
            <w:pPr>
              <w:spacing w:after="0" w:line="252" w:lineRule="auto"/>
            </w:pPr>
            <w:r>
              <w:rPr>
                <w:color w:val="1F1F1F"/>
                <w:sz w:val="18"/>
              </w:rPr>
              <w:t>Healthcare emergency preparedness topic collections, planning tools, and technical assistance.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D8DBA25" w14:textId="77777777" w:rsidR="00B26455" w:rsidRDefault="001E1F25">
            <w:pPr>
              <w:spacing w:after="0" w:line="252" w:lineRule="auto"/>
              <w:jc w:val="center"/>
            </w:pPr>
            <w:hyperlink r:id="rId48">
              <w:r>
                <w:rPr>
                  <w:b/>
                  <w:color w:val="006247"/>
                  <w:sz w:val="20"/>
                  <w:u w:val="single"/>
                </w:rPr>
                <w:t>Open resource</w:t>
              </w:r>
            </w:hyperlink>
          </w:p>
        </w:tc>
      </w:tr>
    </w:tbl>
    <w:p w14:paraId="1DD2580E" w14:textId="77777777" w:rsidR="00B26455" w:rsidRDefault="001E1F25">
      <w:pPr>
        <w:keepNext/>
        <w:pBdr>
          <w:bottom w:val="single" w:sz="12" w:space="4" w:color="E24A1D"/>
        </w:pBdr>
        <w:spacing w:before="160" w:after="120" w:line="252" w:lineRule="auto"/>
      </w:pPr>
      <w:r>
        <w:rPr>
          <w:b/>
          <w:color w:val="006247"/>
          <w:sz w:val="30"/>
        </w:rPr>
        <w:t>MAINE LEGISLATION &amp; RULEMAKING WATCH</w:t>
      </w:r>
    </w:p>
    <w:tbl>
      <w:tblPr>
        <w:tblW w:w="0" w:type="auto"/>
        <w:jc w:val="center"/>
        <w:tblLayout w:type="fixed"/>
        <w:tblLook w:val="04A0" w:firstRow="1" w:lastRow="0" w:firstColumn="1" w:lastColumn="0" w:noHBand="0" w:noVBand="1"/>
      </w:tblPr>
      <w:tblGrid>
        <w:gridCol w:w="3168"/>
        <w:gridCol w:w="5256"/>
        <w:gridCol w:w="1944"/>
      </w:tblGrid>
      <w:tr w:rsidR="00B26455" w14:paraId="06BBEED7" w14:textId="77777777">
        <w:trPr>
          <w:tblHeader/>
          <w:jc w:val="center"/>
        </w:trPr>
        <w:tc>
          <w:tcPr>
            <w:tcW w:w="3168" w:type="dxa"/>
            <w:tcBorders>
              <w:bottom w:val="single" w:sz="6" w:space="0" w:color="FFFFFF"/>
            </w:tcBorders>
            <w:shd w:val="clear" w:color="auto" w:fill="006247"/>
            <w:tcMar>
              <w:top w:w="60" w:type="dxa"/>
              <w:left w:w="70" w:type="dxa"/>
              <w:bottom w:w="60" w:type="dxa"/>
              <w:right w:w="70" w:type="dxa"/>
            </w:tcMar>
            <w:vAlign w:val="center"/>
          </w:tcPr>
          <w:p w14:paraId="2988C337" w14:textId="77777777" w:rsidR="00B26455" w:rsidRDefault="001E1F25">
            <w:pPr>
              <w:keepNext/>
              <w:spacing w:after="0" w:line="252" w:lineRule="auto"/>
            </w:pPr>
            <w:r>
              <w:rPr>
                <w:b/>
                <w:color w:val="FFFFFF"/>
                <w:sz w:val="18"/>
              </w:rPr>
              <w:t>Official source</w:t>
            </w:r>
          </w:p>
        </w:tc>
        <w:tc>
          <w:tcPr>
            <w:tcW w:w="5256" w:type="dxa"/>
            <w:tcBorders>
              <w:bottom w:val="single" w:sz="6" w:space="0" w:color="FFFFFF"/>
            </w:tcBorders>
            <w:shd w:val="clear" w:color="auto" w:fill="006247"/>
            <w:tcMar>
              <w:top w:w="60" w:type="dxa"/>
              <w:left w:w="70" w:type="dxa"/>
              <w:bottom w:w="60" w:type="dxa"/>
              <w:right w:w="70" w:type="dxa"/>
            </w:tcMar>
            <w:vAlign w:val="center"/>
          </w:tcPr>
          <w:p w14:paraId="7EB5DC4F" w14:textId="77777777" w:rsidR="00B26455" w:rsidRDefault="001E1F25">
            <w:pPr>
              <w:keepNext/>
              <w:spacing w:after="0" w:line="252" w:lineRule="auto"/>
            </w:pPr>
            <w:r>
              <w:rPr>
                <w:b/>
                <w:color w:val="FFFFFF"/>
                <w:sz w:val="18"/>
              </w:rPr>
              <w:t>Why it matters for CAHs</w:t>
            </w:r>
          </w:p>
        </w:tc>
        <w:tc>
          <w:tcPr>
            <w:tcW w:w="1944" w:type="dxa"/>
            <w:tcBorders>
              <w:bottom w:val="single" w:sz="6" w:space="0" w:color="FFFFFF"/>
            </w:tcBorders>
            <w:shd w:val="clear" w:color="auto" w:fill="006247"/>
            <w:tcMar>
              <w:top w:w="60" w:type="dxa"/>
              <w:left w:w="70" w:type="dxa"/>
              <w:bottom w:w="60" w:type="dxa"/>
              <w:right w:w="70" w:type="dxa"/>
            </w:tcMar>
            <w:vAlign w:val="center"/>
          </w:tcPr>
          <w:p w14:paraId="21D1BFE8" w14:textId="77777777" w:rsidR="00B26455" w:rsidRDefault="001E1F25">
            <w:pPr>
              <w:keepNext/>
              <w:spacing w:after="0" w:line="252" w:lineRule="auto"/>
            </w:pPr>
            <w:r>
              <w:rPr>
                <w:b/>
                <w:color w:val="FFFFFF"/>
                <w:sz w:val="18"/>
              </w:rPr>
              <w:t>Link</w:t>
            </w:r>
          </w:p>
        </w:tc>
      </w:tr>
      <w:tr w:rsidR="00B26455" w14:paraId="391C676C"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72C6737C" w14:textId="77777777" w:rsidR="00B26455" w:rsidRDefault="001E1F25">
            <w:pPr>
              <w:spacing w:after="0" w:line="252" w:lineRule="auto"/>
            </w:pPr>
            <w:r>
              <w:rPr>
                <w:b/>
                <w:color w:val="006247"/>
                <w:sz w:val="18"/>
              </w:rPr>
              <w:t>Maine DHHS - Rulemaking</w:t>
            </w:r>
          </w:p>
          <w:p w14:paraId="424963E4" w14:textId="77777777" w:rsidR="00B26455" w:rsidRDefault="001E1F25">
            <w:pPr>
              <w:spacing w:before="40" w:after="0" w:line="252" w:lineRule="auto"/>
            </w:pPr>
            <w:r>
              <w:rPr>
                <w:b/>
                <w:color w:val="E24A1D"/>
                <w:sz w:val="15"/>
              </w:rPr>
              <w:t>OFFICIAL RULEMAKING INDEX</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148A07CF" w14:textId="77777777" w:rsidR="00B26455" w:rsidRDefault="001E1F25">
            <w:pPr>
              <w:spacing w:after="0" w:line="252" w:lineRule="auto"/>
            </w:pPr>
            <w:r>
              <w:rPr>
                <w:color w:val="1F1F1F"/>
                <w:sz w:val="18"/>
              </w:rPr>
              <w:t>Track proposed and adopted hospital, sentinel-event, and other DHHS rules. Confirm the final text and effective date.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0E5A4BD8" w14:textId="77777777" w:rsidR="00B26455" w:rsidRDefault="001E1F25">
            <w:pPr>
              <w:spacing w:after="0" w:line="252" w:lineRule="auto"/>
              <w:jc w:val="center"/>
            </w:pPr>
            <w:hyperlink r:id="rId49">
              <w:r>
                <w:rPr>
                  <w:b/>
                  <w:color w:val="006247"/>
                  <w:sz w:val="20"/>
                  <w:u w:val="single"/>
                </w:rPr>
                <w:t>Open official source</w:t>
              </w:r>
            </w:hyperlink>
          </w:p>
        </w:tc>
      </w:tr>
      <w:tr w:rsidR="00B26455" w14:paraId="5657050D"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1B87ECB" w14:textId="77777777" w:rsidR="00B26455" w:rsidRDefault="001E1F25">
            <w:pPr>
              <w:spacing w:after="0" w:line="252" w:lineRule="auto"/>
            </w:pPr>
            <w:r>
              <w:rPr>
                <w:b/>
                <w:color w:val="006247"/>
                <w:sz w:val="18"/>
              </w:rPr>
              <w:t>Proposed Chapter 112 Hospital Rule</w:t>
            </w:r>
          </w:p>
          <w:p w14:paraId="6DE4DC14" w14:textId="77777777" w:rsidR="00B26455" w:rsidRDefault="001E1F25">
            <w:pPr>
              <w:spacing w:before="40" w:after="0" w:line="252" w:lineRule="auto"/>
            </w:pPr>
            <w:r>
              <w:rPr>
                <w:b/>
                <w:color w:val="E24A1D"/>
                <w:sz w:val="15"/>
              </w:rPr>
              <w:t>PROPOSED RULE - SEPTEMBER 30 2026</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FDBDD27" w14:textId="77777777" w:rsidR="00B26455" w:rsidRDefault="001E1F25">
            <w:pPr>
              <w:spacing w:after="0" w:line="252" w:lineRule="auto"/>
            </w:pPr>
            <w:r>
              <w:rPr>
                <w:color w:val="1F1F1F"/>
                <w:sz w:val="18"/>
              </w:rPr>
              <w:t>Proposed maternity/newborn service notice procedures. Listed as proposed at this review; monitor adoption and updated hearing or comment information.</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0C024F8" w14:textId="77777777" w:rsidR="00B26455" w:rsidRDefault="001E1F25">
            <w:pPr>
              <w:spacing w:after="0" w:line="252" w:lineRule="auto"/>
              <w:jc w:val="center"/>
            </w:pPr>
            <w:hyperlink r:id="rId50">
              <w:r>
                <w:rPr>
                  <w:b/>
                  <w:color w:val="006247"/>
                  <w:sz w:val="20"/>
                  <w:u w:val="single"/>
                </w:rPr>
                <w:t>Open official source</w:t>
              </w:r>
            </w:hyperlink>
          </w:p>
        </w:tc>
      </w:tr>
      <w:tr w:rsidR="00B26455" w14:paraId="7058C4D7"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63699E16" w14:textId="77777777" w:rsidR="00B26455" w:rsidRDefault="001E1F25">
            <w:pPr>
              <w:spacing w:after="0" w:line="252" w:lineRule="auto"/>
            </w:pPr>
            <w:r>
              <w:rPr>
                <w:b/>
                <w:color w:val="006247"/>
                <w:sz w:val="18"/>
              </w:rPr>
              <w:t>Proposed Chapter 114 Sentinel Reporting Rule</w:t>
            </w:r>
          </w:p>
          <w:p w14:paraId="65E28E14" w14:textId="77777777" w:rsidR="00B26455" w:rsidRDefault="001E1F25">
            <w:pPr>
              <w:spacing w:before="40" w:after="0" w:line="252" w:lineRule="auto"/>
            </w:pPr>
            <w:r>
              <w:rPr>
                <w:b/>
                <w:color w:val="E24A1D"/>
                <w:sz w:val="15"/>
              </w:rPr>
              <w:t>PROPOSED RULE - SEPTEMBER 2 2026</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3F71782C" w14:textId="77777777" w:rsidR="00B26455" w:rsidRDefault="001E1F25">
            <w:pPr>
              <w:spacing w:after="0" w:line="252" w:lineRule="auto"/>
            </w:pPr>
            <w:r>
              <w:rPr>
                <w:color w:val="1F1F1F"/>
                <w:sz w:val="18"/>
              </w:rPr>
              <w:t>Proposed replacement of the sentinel reporting rule. Comment period closed October 2; verify final action before treating the proposal as effective.</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7F1C00D4" w14:textId="77777777" w:rsidR="00B26455" w:rsidRDefault="001E1F25">
            <w:pPr>
              <w:spacing w:after="0" w:line="252" w:lineRule="auto"/>
              <w:jc w:val="center"/>
            </w:pPr>
            <w:hyperlink r:id="rId51">
              <w:r>
                <w:rPr>
                  <w:b/>
                  <w:color w:val="006247"/>
                  <w:sz w:val="20"/>
                  <w:u w:val="single"/>
                </w:rPr>
                <w:t>Open official source</w:t>
              </w:r>
            </w:hyperlink>
          </w:p>
        </w:tc>
      </w:tr>
      <w:tr w:rsidR="00B26455" w14:paraId="7AFE5A41" w14:textId="77777777">
        <w:trPr>
          <w:cantSplit/>
          <w:jc w:val="center"/>
        </w:trPr>
        <w:tc>
          <w:tcPr>
            <w:tcW w:w="3168" w:type="dxa"/>
            <w:tcBorders>
              <w:top w:val="single" w:sz="4" w:space="0" w:color="AEBFB8"/>
              <w:left w:val="single" w:sz="4" w:space="0" w:color="AEBFB8"/>
              <w:bottom w:val="single" w:sz="4" w:space="0" w:color="AEBFB8"/>
              <w:right w:val="single" w:sz="4" w:space="0" w:color="AEBFB8"/>
            </w:tcBorders>
            <w:shd w:val="clear" w:color="auto" w:fill="EAF2EE"/>
            <w:tcMar>
              <w:top w:w="60" w:type="dxa"/>
              <w:left w:w="70" w:type="dxa"/>
              <w:bottom w:w="60" w:type="dxa"/>
              <w:right w:w="70" w:type="dxa"/>
            </w:tcMar>
          </w:tcPr>
          <w:p w14:paraId="188467D1" w14:textId="77777777" w:rsidR="00B26455" w:rsidRDefault="001E1F25">
            <w:pPr>
              <w:spacing w:after="0" w:line="252" w:lineRule="auto"/>
            </w:pPr>
            <w:r>
              <w:rPr>
                <w:b/>
                <w:color w:val="006247"/>
                <w:sz w:val="18"/>
              </w:rPr>
              <w:t>Maine Legislature</w:t>
            </w:r>
          </w:p>
          <w:p w14:paraId="2A8F6C35" w14:textId="77777777" w:rsidR="00B26455" w:rsidRDefault="001E1F25">
            <w:pPr>
              <w:spacing w:before="40" w:after="0" w:line="252" w:lineRule="auto"/>
            </w:pPr>
            <w:r>
              <w:rPr>
                <w:b/>
                <w:color w:val="E24A1D"/>
                <w:sz w:val="15"/>
              </w:rPr>
              <w:t>OFFICIAL LEGISLATIVE RESOURCE</w:t>
            </w:r>
          </w:p>
        </w:tc>
        <w:tc>
          <w:tcPr>
            <w:tcW w:w="5256"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5B36F855" w14:textId="77777777" w:rsidR="00B26455" w:rsidRDefault="001E1F25">
            <w:pPr>
              <w:spacing w:after="0" w:line="252" w:lineRule="auto"/>
            </w:pPr>
            <w:r>
              <w:rPr>
                <w:color w:val="1F1F1F"/>
                <w:sz w:val="18"/>
              </w:rPr>
              <w:t>Search bills, enacted session laws, statutes, and legislative status. Distinguish introduced or pending bills from enacted law.</w:t>
            </w:r>
          </w:p>
        </w:tc>
        <w:tc>
          <w:tcPr>
            <w:tcW w:w="1944" w:type="dxa"/>
            <w:tcBorders>
              <w:top w:val="single" w:sz="4" w:space="0" w:color="AEBFB8"/>
              <w:left w:val="single" w:sz="4" w:space="0" w:color="AEBFB8"/>
              <w:bottom w:val="single" w:sz="4" w:space="0" w:color="AEBFB8"/>
              <w:right w:val="single" w:sz="4" w:space="0" w:color="AEBFB8"/>
            </w:tcBorders>
            <w:tcMar>
              <w:top w:w="60" w:type="dxa"/>
              <w:left w:w="70" w:type="dxa"/>
              <w:bottom w:w="60" w:type="dxa"/>
              <w:right w:w="70" w:type="dxa"/>
            </w:tcMar>
          </w:tcPr>
          <w:p w14:paraId="66E1AEDE" w14:textId="77777777" w:rsidR="00B26455" w:rsidRDefault="001E1F25">
            <w:pPr>
              <w:spacing w:after="0" w:line="252" w:lineRule="auto"/>
              <w:jc w:val="center"/>
            </w:pPr>
            <w:hyperlink r:id="rId52">
              <w:r>
                <w:rPr>
                  <w:b/>
                  <w:color w:val="006247"/>
                  <w:sz w:val="20"/>
                  <w:u w:val="single"/>
                </w:rPr>
                <w:t>Open official source</w:t>
              </w:r>
            </w:hyperlink>
          </w:p>
        </w:tc>
      </w:tr>
    </w:tbl>
    <w:p w14:paraId="0AD96721" w14:textId="77777777" w:rsidR="00B26455" w:rsidRDefault="001E1F25">
      <w:pPr>
        <w:keepNext/>
        <w:pBdr>
          <w:bottom w:val="single" w:sz="12" w:space="4" w:color="E24A1D"/>
        </w:pBdr>
        <w:spacing w:before="160" w:after="120" w:line="252" w:lineRule="auto"/>
      </w:pPr>
      <w:r>
        <w:rPr>
          <w:b/>
          <w:color w:val="006247"/>
          <w:sz w:val="30"/>
        </w:rPr>
        <w:t>ROUTINE LINK / SOURCE VERIFICATION</w:t>
      </w:r>
    </w:p>
    <w:p w14:paraId="515605AC" w14:textId="77777777" w:rsidR="00B26455" w:rsidRDefault="001E1F25">
      <w:pPr>
        <w:spacing w:after="100" w:line="252" w:lineRule="auto"/>
      </w:pPr>
      <w:r>
        <w:t>Record the version and effective date of each controlling source, applicable code editions, and any facility-specific approvals. Recheck links at each EOP review and when requirements change.</w:t>
      </w:r>
    </w:p>
    <w:tbl>
      <w:tblPr>
        <w:tblW w:w="0" w:type="auto"/>
        <w:tblLayout w:type="fixed"/>
        <w:tblLook w:val="04A0" w:firstRow="1" w:lastRow="0" w:firstColumn="1" w:lastColumn="0" w:noHBand="0" w:noVBand="1"/>
      </w:tblPr>
      <w:tblGrid>
        <w:gridCol w:w="3456"/>
        <w:gridCol w:w="3456"/>
        <w:gridCol w:w="3456"/>
      </w:tblGrid>
      <w:tr w:rsidR="00DA4294" w14:paraId="60215B95" w14:textId="77777777">
        <w:tc>
          <w:tcPr>
            <w:tcW w:w="3456" w:type="dxa"/>
          </w:tcPr>
          <w:p w14:paraId="6C248986" w14:textId="77777777" w:rsidR="00DA4294" w:rsidRDefault="00E26A54">
            <w:r>
              <w:rPr>
                <w:sz w:val="18"/>
              </w:rPr>
              <w:t>Facility reviewer</w:t>
            </w:r>
            <w:r>
              <w:rPr>
                <w:sz w:val="18"/>
              </w:rPr>
              <w:br/>
              <w:t>________________________</w:t>
            </w:r>
          </w:p>
        </w:tc>
        <w:tc>
          <w:tcPr>
            <w:tcW w:w="3456" w:type="dxa"/>
          </w:tcPr>
          <w:p w14:paraId="50BCC50D" w14:textId="77777777" w:rsidR="00DA4294" w:rsidRDefault="00E26A54">
            <w:r>
              <w:rPr>
                <w:sz w:val="18"/>
              </w:rPr>
              <w:t>Date verified</w:t>
            </w:r>
            <w:r>
              <w:rPr>
                <w:sz w:val="18"/>
              </w:rPr>
              <w:br/>
              <w:t>________________________</w:t>
            </w:r>
          </w:p>
        </w:tc>
        <w:tc>
          <w:tcPr>
            <w:tcW w:w="3456" w:type="dxa"/>
          </w:tcPr>
          <w:p w14:paraId="74E068CC" w14:textId="77777777" w:rsidR="00DA4294" w:rsidRDefault="00E26A54">
            <w:r>
              <w:rPr>
                <w:sz w:val="18"/>
              </w:rPr>
              <w:t>Next review</w:t>
            </w:r>
            <w:r>
              <w:rPr>
                <w:sz w:val="18"/>
              </w:rPr>
              <w:br/>
              <w:t>________________________</w:t>
            </w:r>
          </w:p>
        </w:tc>
      </w:tr>
    </w:tbl>
    <w:p w14:paraId="7AC35E88" w14:textId="77777777" w:rsidR="00B26455" w:rsidRDefault="001E1F25">
      <w:pPr>
        <w:spacing w:after="0" w:line="252" w:lineRule="auto"/>
      </w:pPr>
      <w:r>
        <w:t>Notes / changed sources: __________________________________________________________</w:t>
      </w:r>
    </w:p>
    <w:sectPr w:rsidR="00B26455" w:rsidSect="00034616">
      <w:headerReference w:type="default" r:id="rId53"/>
      <w:footerReference w:type="default" r:id="rId54"/>
      <w:pgSz w:w="12240" w:h="15840"/>
      <w:pgMar w:top="720"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D7737" w14:textId="77777777" w:rsidR="00E26A54" w:rsidRDefault="00E26A54">
      <w:pPr>
        <w:spacing w:after="0" w:line="240" w:lineRule="auto"/>
      </w:pPr>
      <w:r>
        <w:separator/>
      </w:r>
    </w:p>
  </w:endnote>
  <w:endnote w:type="continuationSeparator" w:id="0">
    <w:p w14:paraId="28843849" w14:textId="77777777" w:rsidR="00E26A54" w:rsidRDefault="00E26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F709" w14:textId="77777777" w:rsidR="00B26455" w:rsidRDefault="001E1F25">
    <w:pPr>
      <w:pStyle w:val="Footer"/>
      <w:jc w:val="center"/>
    </w:pPr>
    <w:r>
      <w:rPr>
        <w:color w:val="777777"/>
        <w:sz w:val="16"/>
      </w:rPr>
      <w:t xml:space="preserve">Healthcare Coalition of Maine | www.mainehccs.org | CAH Toolkit | </w:t>
    </w:r>
    <w:r w:rsidR="00B26455">
      <w:fldChar w:fldCharType="begin"/>
    </w:r>
    <w:r w:rsidR="00B26455">
      <w:instrText>PAGE</w:instrText>
    </w:r>
    <w:r w:rsidR="00B26455">
      <w:fldChar w:fldCharType="separate"/>
    </w:r>
    <w:r w:rsidR="00D6351D">
      <w:rPr>
        <w:noProof/>
      </w:rPr>
      <w:t>1</w:t>
    </w:r>
    <w:r w:rsidR="00B264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81960" w14:textId="77777777" w:rsidR="00E26A54" w:rsidRDefault="00E26A54">
      <w:pPr>
        <w:spacing w:after="0" w:line="240" w:lineRule="auto"/>
      </w:pPr>
      <w:r>
        <w:separator/>
      </w:r>
    </w:p>
  </w:footnote>
  <w:footnote w:type="continuationSeparator" w:id="0">
    <w:p w14:paraId="5D505115" w14:textId="77777777" w:rsidR="00E26A54" w:rsidRDefault="00E26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42E7" w14:textId="77777777" w:rsidR="00B26455" w:rsidRDefault="00B26455">
    <w:pPr>
      <w:pStyle w:val="Header"/>
    </w:pPr>
  </w:p>
  <w:tbl>
    <w:tblPr>
      <w:tblW w:w="0" w:type="auto"/>
      <w:tblLayout w:type="fixed"/>
      <w:tblLook w:val="04A0" w:firstRow="1" w:lastRow="0" w:firstColumn="1" w:lastColumn="0" w:noHBand="0" w:noVBand="1"/>
    </w:tblPr>
    <w:tblGrid>
      <w:gridCol w:w="5184"/>
      <w:gridCol w:w="5184"/>
    </w:tblGrid>
    <w:tr w:rsidR="00B26455" w14:paraId="56226752" w14:textId="77777777">
      <w:tc>
        <w:tcPr>
          <w:tcW w:w="5184" w:type="dxa"/>
        </w:tcPr>
        <w:p w14:paraId="074F725C" w14:textId="77777777" w:rsidR="00B26455" w:rsidRDefault="001E1F25">
          <w:r>
            <w:rPr>
              <w:b/>
              <w:color w:val="006247"/>
              <w:sz w:val="17"/>
            </w:rPr>
            <w:t>HCC-ME | CRITICAL ACCESS HOSPITAL TOOLKIT</w:t>
          </w:r>
        </w:p>
      </w:tc>
      <w:tc>
        <w:tcPr>
          <w:tcW w:w="5184" w:type="dxa"/>
        </w:tcPr>
        <w:p w14:paraId="0DE2F01E" w14:textId="77777777" w:rsidR="00B26455" w:rsidRDefault="001E1F25">
          <w:pPr>
            <w:jc w:val="right"/>
          </w:pPr>
          <w:r>
            <w:rPr>
              <w:b/>
              <w:color w:val="666666"/>
              <w:sz w:val="16"/>
            </w:rPr>
            <w:t>OFFICIAL LINKS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2797494">
    <w:abstractNumId w:val="8"/>
  </w:num>
  <w:num w:numId="2" w16cid:durableId="1694840308">
    <w:abstractNumId w:val="6"/>
  </w:num>
  <w:num w:numId="3" w16cid:durableId="957639953">
    <w:abstractNumId w:val="5"/>
  </w:num>
  <w:num w:numId="4" w16cid:durableId="1173837057">
    <w:abstractNumId w:val="4"/>
  </w:num>
  <w:num w:numId="5" w16cid:durableId="231964646">
    <w:abstractNumId w:val="7"/>
  </w:num>
  <w:num w:numId="6" w16cid:durableId="1049303880">
    <w:abstractNumId w:val="3"/>
  </w:num>
  <w:num w:numId="7" w16cid:durableId="448403520">
    <w:abstractNumId w:val="2"/>
  </w:num>
  <w:num w:numId="8" w16cid:durableId="73747501">
    <w:abstractNumId w:val="1"/>
  </w:num>
  <w:num w:numId="9" w16cid:durableId="1467159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1F25"/>
    <w:rsid w:val="0029639D"/>
    <w:rsid w:val="00326F90"/>
    <w:rsid w:val="00597C37"/>
    <w:rsid w:val="005D0B82"/>
    <w:rsid w:val="00835401"/>
    <w:rsid w:val="00AA1D8D"/>
    <w:rsid w:val="00B26455"/>
    <w:rsid w:val="00B47730"/>
    <w:rsid w:val="00CB0664"/>
    <w:rsid w:val="00D6351D"/>
    <w:rsid w:val="00DA4294"/>
    <w:rsid w:val="00E26A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162CD8"/>
  <w14:defaultImageDpi w14:val="300"/>
  <w15:docId w15:val="{003324BF-8846-48A4-B169-BD2E4C6B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ms.gov/medicare/health-safety-standards/certification-compliance/life-safety-code-health-care-facilities-code-requirements" TargetMode="External"/><Relationship Id="rId18" Type="http://schemas.openxmlformats.org/officeDocument/2006/relationships/hyperlink" Target="https://www.cms.gov/Regulations-and-Guidance/Guidance/Manuals/downloads/som107ap_w_cah.pdf" TargetMode="External"/><Relationship Id="rId26" Type="http://schemas.openxmlformats.org/officeDocument/2006/relationships/hyperlink" Target="https://www.maine.gov/dhhs/dlc/about-us/rules-regulations" TargetMode="External"/><Relationship Id="rId39" Type="http://schemas.openxmlformats.org/officeDocument/2006/relationships/hyperlink" Target="https://www.maine.gov/dhhs/mecdc/health-professionals/disease-reporting/report-infectious-diseases" TargetMode="External"/><Relationship Id="rId21" Type="http://schemas.openxmlformats.org/officeDocument/2006/relationships/hyperlink" Target="https://www.ecfr.gov/current/title-42/chapter-IV/subchapter-G/part-485/subpart-F" TargetMode="External"/><Relationship Id="rId34" Type="http://schemas.openxmlformats.org/officeDocument/2006/relationships/hyperlink" Target="https://www.maine.gov/dps/fmo/laws-rules-policy/rules" TargetMode="External"/><Relationship Id="rId42" Type="http://schemas.openxmlformats.org/officeDocument/2006/relationships/hyperlink" Target="https://www.cms.gov/medicare/regulations-guidance/legislation/emergency-medical-treatment-labor-act" TargetMode="External"/><Relationship Id="rId47" Type="http://schemas.openxmlformats.org/officeDocument/2006/relationships/hyperlink" Target="https://www.mainehccs.org/training-and-webinars" TargetMode="External"/><Relationship Id="rId50" Type="http://schemas.openxmlformats.org/officeDocument/2006/relationships/hyperlink" Target="https://www.maine.gov/dhhs/about/rulemaking/10-144-cmr-ch-112-rules-licensing-hospitals-2026-09-30"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ms.gov/medicare/health-safety-standards/quality-safety-oversight-emergency-preparedness/emergency-preparedness-rule" TargetMode="External"/><Relationship Id="rId29" Type="http://schemas.openxmlformats.org/officeDocument/2006/relationships/hyperlink" Target="https://legislature.maine.gov/statutes/22/title22sec8753.html" TargetMode="External"/><Relationship Id="rId11" Type="http://schemas.openxmlformats.org/officeDocument/2006/relationships/hyperlink" Target="https://www.maine.gov/dhhs/dlc/about-us/rules-regulations" TargetMode="External"/><Relationship Id="rId24" Type="http://schemas.openxmlformats.org/officeDocument/2006/relationships/hyperlink" Target="https://www.maine.gov/dhhs/dlc/safety-reporting/report-a-medical-facility-incident" TargetMode="External"/><Relationship Id="rId32" Type="http://schemas.openxmlformats.org/officeDocument/2006/relationships/hyperlink" Target="https://www.cms.gov/medicare/cms-forms/cms-forms/cms-forms-items/cms009335" TargetMode="External"/><Relationship Id="rId37" Type="http://schemas.openxmlformats.org/officeDocument/2006/relationships/hyperlink" Target="https://www.maine.gov/dps/fmo/inspections-plans-review/construction" TargetMode="External"/><Relationship Id="rId40" Type="http://schemas.openxmlformats.org/officeDocument/2006/relationships/hyperlink" Target="https://www.cdc.gov/infection-control/hcp/core-practices/index.html" TargetMode="External"/><Relationship Id="rId45" Type="http://schemas.openxmlformats.org/officeDocument/2006/relationships/hyperlink" Target="https://www.hhs.gov/hipaa/for-professionals/special-topics/emergency-preparedness/index.html"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ms.gov/Regulations-and-Guidance/Guidance/Manuals/downloads/som107ap_z_emergprep.pdf" TargetMode="External"/><Relationship Id="rId19" Type="http://schemas.openxmlformats.org/officeDocument/2006/relationships/hyperlink" Target="https://www.ecfr.gov/current/title-42/chapter-IV/subchapter-G/part-485/subpart-F" TargetMode="External"/><Relationship Id="rId31" Type="http://schemas.openxmlformats.org/officeDocument/2006/relationships/hyperlink" Target="https://www.cms.gov/medicare/health-safety-standards/certification-compliance/life-safety-code-health-care-facilities-code-requirements" TargetMode="External"/><Relationship Id="rId44" Type="http://schemas.openxmlformats.org/officeDocument/2006/relationships/hyperlink" Target="https://www.ecfr.gov/current/title-42/chapter-IV/subchapter-G/part-485/subpart-F" TargetMode="External"/><Relationship Id="rId52" Type="http://schemas.openxmlformats.org/officeDocument/2006/relationships/hyperlink" Target="https://legislature.maine.gov/" TargetMode="External"/><Relationship Id="rId4" Type="http://schemas.openxmlformats.org/officeDocument/2006/relationships/settings" Target="settings.xml"/><Relationship Id="rId9" Type="http://schemas.openxmlformats.org/officeDocument/2006/relationships/hyperlink" Target="https://www.ecfr.gov/current/title-42/chapter-IV/subchapter-G/part-485/subpart-F/section-485.625" TargetMode="External"/><Relationship Id="rId14" Type="http://schemas.openxmlformats.org/officeDocument/2006/relationships/hyperlink" Target="https://www.ecfr.gov/current/title-42/chapter-IV/subchapter-G/part-485/subpart-F" TargetMode="External"/><Relationship Id="rId22" Type="http://schemas.openxmlformats.org/officeDocument/2006/relationships/hyperlink" Target="https://www.maine.gov/dhhs/dlc/licensing-certification/medical-facilities/hospitals" TargetMode="External"/><Relationship Id="rId27" Type="http://schemas.openxmlformats.org/officeDocument/2006/relationships/hyperlink" Target="https://legislature.maine.gov/statutes/22/title22ch405sec0.html" TargetMode="External"/><Relationship Id="rId30" Type="http://schemas.openxmlformats.org/officeDocument/2006/relationships/hyperlink" Target="https://legislature.maine.gov/bills/getPDF.asp?item=5&amp;paper=HP1470&amp;snum=132" TargetMode="External"/><Relationship Id="rId35" Type="http://schemas.openxmlformats.org/officeDocument/2006/relationships/hyperlink" Target="https://www.maine.gov/dps/fmo/laws-rules-policy/nfpa-standards" TargetMode="External"/><Relationship Id="rId43" Type="http://schemas.openxmlformats.org/officeDocument/2006/relationships/hyperlink" Target="https://www.ecfr.gov/current/title-42/chapter-IV/subchapter-G/part-489/subpart-B/section-489.24" TargetMode="External"/><Relationship Id="rId48" Type="http://schemas.openxmlformats.org/officeDocument/2006/relationships/hyperlink" Target="https://asprtracie.hhs.gov/" TargetMode="External"/><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hyperlink" Target="https://www.maine.gov/dhhs/about/rulemaking/10-144-cmr-ch-114-sentinel-event-reporting-rule-2026-09-02" TargetMode="External"/><Relationship Id="rId3" Type="http://schemas.openxmlformats.org/officeDocument/2006/relationships/styles" Target="styles.xml"/><Relationship Id="rId12" Type="http://schemas.openxmlformats.org/officeDocument/2006/relationships/hyperlink" Target="https://www.maine.gov/dhhs/dlc/licensing-certification/medical-facilities/hospitals" TargetMode="External"/><Relationship Id="rId17" Type="http://schemas.openxmlformats.org/officeDocument/2006/relationships/hyperlink" Target="https://www.cms.gov/Regulations-and-Guidance/Guidance/Manuals/downloads/som107ap_z_emergprep.pdf" TargetMode="External"/><Relationship Id="rId25" Type="http://schemas.openxmlformats.org/officeDocument/2006/relationships/hyperlink" Target="https://www.maine.gov/dhhs/dlc/safety-reporting/sentinel-events" TargetMode="External"/><Relationship Id="rId33" Type="http://schemas.openxmlformats.org/officeDocument/2006/relationships/hyperlink" Target="https://www.ecfr.gov/current/title-42/chapter-IV/subchapter-G/part-485/subpart-F" TargetMode="External"/><Relationship Id="rId38" Type="http://schemas.openxmlformats.org/officeDocument/2006/relationships/hyperlink" Target="https://legislature.maine.gov/statutes/25/title25sec2469.html" TargetMode="External"/><Relationship Id="rId46" Type="http://schemas.openxmlformats.org/officeDocument/2006/relationships/hyperlink" Target="https://www.mainehccs.org/maineeoptoolkit" TargetMode="External"/><Relationship Id="rId20" Type="http://schemas.openxmlformats.org/officeDocument/2006/relationships/hyperlink" Target="https://www.ecfr.gov/current/title-42/chapter-IV/subchapter-G/part-485/subpart-F" TargetMode="External"/><Relationship Id="rId41" Type="http://schemas.openxmlformats.org/officeDocument/2006/relationships/hyperlink" Target="https://www.cdc.gov/infection-control/hcp/viral-respiratory-prevention/index.html"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cfr.gov/current/title-42/chapter-IV/subchapter-G/part-485/subpart-F/section-485.625" TargetMode="External"/><Relationship Id="rId23" Type="http://schemas.openxmlformats.org/officeDocument/2006/relationships/hyperlink" Target="https://www.maine.gov/dhhs/dlc/about-us/rules-regulations" TargetMode="External"/><Relationship Id="rId28" Type="http://schemas.openxmlformats.org/officeDocument/2006/relationships/hyperlink" Target="https://legislature.maine.gov/statutes/22/title22sec1832.html" TargetMode="External"/><Relationship Id="rId36" Type="http://schemas.openxmlformats.org/officeDocument/2006/relationships/hyperlink" Target="https://www.maine.gov/dps/fmo/inspections-plans-review" TargetMode="External"/><Relationship Id="rId49" Type="http://schemas.openxmlformats.org/officeDocument/2006/relationships/hyperlink" Target="https://www.maine.gov/dhhs/about/rule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2594</Words>
  <Characters>14792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Access Hospital Regulations and Official Resources</dc:title>
  <dc:subject>Healthcare Coalition of Maine LTC/SNF Toolkit</dc:subject>
  <dc:creator>Healthcare Coalition of Maine</dc:creator>
  <cp:keywords>LTC, SNF, emergency preparedness, Maine, CMS, regulations, resources</cp:keywords>
  <dc:description>generated by python-docx</dc:description>
  <cp:lastModifiedBy>Dieterich, Hannah</cp:lastModifiedBy>
  <cp:revision>2</cp:revision>
  <dcterms:created xsi:type="dcterms:W3CDTF">2026-10-13T14:11:00Z</dcterms:created>
  <dcterms:modified xsi:type="dcterms:W3CDTF">2026-10-13T14:11:00Z</dcterms:modified>
  <cp:category/>
</cp:coreProperties>
</file>