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2700"/>
        <w:gridCol w:w="7956"/>
      </w:tblGrid>
      <w:tr w:rsidR="0048080A" w14:paraId="415DF2DC" w14:textId="77777777" w:rsidTr="00A55FCD">
        <w:trPr>
          <w:jc w:val="center"/>
        </w:trPr>
        <w:tc>
          <w:tcPr>
            <w:tcW w:w="2700" w:type="dxa"/>
          </w:tcPr>
          <w:p w14:paraId="0912063C" w14:textId="77777777" w:rsidR="0048080A" w:rsidRDefault="00961957" w:rsidP="001E0447">
            <w:r>
              <w:rPr>
                <w:noProof/>
              </w:rPr>
              <w:drawing>
                <wp:inline distT="0" distB="0" distL="0" distR="0" wp14:anchorId="55B092D2" wp14:editId="37178468">
                  <wp:extent cx="1531620" cy="135024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ME Logo(20260902-150536).jpg"/>
                          <pic:cNvPicPr/>
                        </pic:nvPicPr>
                        <pic:blipFill>
                          <a:blip r:embed="rId8"/>
                          <a:stretch>
                            <a:fillRect/>
                          </a:stretch>
                        </pic:blipFill>
                        <pic:spPr>
                          <a:xfrm>
                            <a:off x="0" y="0"/>
                            <a:ext cx="1537807" cy="1355699"/>
                          </a:xfrm>
                          <a:prstGeom prst="rect">
                            <a:avLst/>
                          </a:prstGeom>
                        </pic:spPr>
                      </pic:pic>
                    </a:graphicData>
                  </a:graphic>
                </wp:inline>
              </w:drawing>
            </w:r>
          </w:p>
        </w:tc>
        <w:tc>
          <w:tcPr>
            <w:tcW w:w="7956" w:type="dxa"/>
          </w:tcPr>
          <w:p w14:paraId="451770DE" w14:textId="77777777" w:rsidR="001E0447" w:rsidRDefault="001E0447">
            <w:pPr>
              <w:spacing w:after="20"/>
              <w:rPr>
                <w:rFonts w:eastAsia="Arial"/>
                <w:b/>
                <w:color w:val="006747"/>
                <w:sz w:val="21"/>
              </w:rPr>
            </w:pPr>
          </w:p>
          <w:p w14:paraId="1385D190" w14:textId="1C3F57C9" w:rsidR="0048080A" w:rsidRDefault="00961957">
            <w:pPr>
              <w:spacing w:after="20"/>
            </w:pPr>
            <w:r>
              <w:rPr>
                <w:rFonts w:eastAsia="Arial"/>
                <w:b/>
                <w:color w:val="006747"/>
                <w:sz w:val="21"/>
              </w:rPr>
              <w:t>HEALTHCARE COALITION OF MAINE</w:t>
            </w:r>
          </w:p>
          <w:p w14:paraId="0FC549C5" w14:textId="77777777" w:rsidR="0048080A" w:rsidRDefault="00961957">
            <w:pPr>
              <w:spacing w:after="20"/>
            </w:pPr>
            <w:r>
              <w:rPr>
                <w:rFonts w:eastAsia="Arial"/>
                <w:b/>
                <w:color w:val="006747"/>
                <w:sz w:val="36"/>
              </w:rPr>
              <w:t>UNIVERSAL SUPPORTING DOCUMENTATION INDEX</w:t>
            </w:r>
          </w:p>
          <w:p w14:paraId="1EABD6D9" w14:textId="77777777" w:rsidR="0048080A" w:rsidRDefault="00961957">
            <w:pPr>
              <w:spacing w:after="0"/>
            </w:pPr>
            <w:r>
              <w:rPr>
                <w:rFonts w:eastAsia="Arial"/>
                <w:b/>
                <w:color w:val="E6532F"/>
                <w:sz w:val="21"/>
              </w:rPr>
              <w:t>Master index for emergency preparedness evidence maintained outside the EOP</w:t>
            </w:r>
          </w:p>
        </w:tc>
      </w:tr>
    </w:tbl>
    <w:p w14:paraId="4C3ACC52" w14:textId="77777777" w:rsidR="0048080A" w:rsidRDefault="0048080A">
      <w:pPr>
        <w:pBdr>
          <w:bottom w:val="single" w:sz="14" w:space="3" w:color="E6532F"/>
        </w:pBdr>
        <w:spacing w:after="80"/>
      </w:pPr>
    </w:p>
    <w:tbl>
      <w:tblPr>
        <w:tblW w:w="0" w:type="auto"/>
        <w:jc w:val="center"/>
        <w:tblBorders>
          <w:top w:val="single" w:sz="4" w:space="0" w:color="E5B3A3"/>
          <w:left w:val="single" w:sz="4" w:space="0" w:color="E5B3A3"/>
          <w:bottom w:val="single" w:sz="4" w:space="0" w:color="E5B3A3"/>
          <w:right w:val="single" w:sz="4" w:space="0" w:color="E5B3A3"/>
          <w:insideH w:val="single" w:sz="4" w:space="0" w:color="E5B3A3"/>
          <w:insideV w:val="single" w:sz="4" w:space="0" w:color="E5B3A3"/>
        </w:tblBorders>
        <w:tblLook w:val="04A0" w:firstRow="1" w:lastRow="0" w:firstColumn="1" w:lastColumn="0" w:noHBand="0" w:noVBand="1"/>
      </w:tblPr>
      <w:tblGrid>
        <w:gridCol w:w="10656"/>
      </w:tblGrid>
      <w:tr w:rsidR="0048080A" w14:paraId="24D759D1" w14:textId="77777777">
        <w:trPr>
          <w:jc w:val="center"/>
        </w:trPr>
        <w:tc>
          <w:tcPr>
            <w:tcW w:w="10656" w:type="dxa"/>
            <w:shd w:val="clear" w:color="auto" w:fill="FCEFEA"/>
            <w:tcMar>
              <w:top w:w="65" w:type="dxa"/>
              <w:left w:w="90" w:type="dxa"/>
              <w:bottom w:w="65" w:type="dxa"/>
              <w:right w:w="90" w:type="dxa"/>
            </w:tcMar>
          </w:tcPr>
          <w:p w14:paraId="06BD3CEF" w14:textId="77777777" w:rsidR="0048080A" w:rsidRDefault="00961957">
            <w:pPr>
              <w:spacing w:after="0"/>
            </w:pPr>
            <w:r>
              <w:rPr>
                <w:rFonts w:eastAsia="Arial"/>
                <w:b/>
                <w:color w:val="E6532F"/>
                <w:sz w:val="17"/>
              </w:rPr>
              <w:t xml:space="preserve">PLANNING RESOURCE ONLY  </w:t>
            </w:r>
            <w:r>
              <w:rPr>
                <w:rFonts w:eastAsia="Arial"/>
                <w:color w:val="222222"/>
                <w:sz w:val="17"/>
              </w:rPr>
              <w:t>HCC-ME is not a regulatory, licensing, accreditation, survey, or enforcement authority and does not impose emergency preparedness requirements. This universal form is an optional planning tool. Each organization remains responsible for identifying and meeting all requirements that apply to its provider type, license, certification, services, population, and physical environment.</w:t>
            </w:r>
          </w:p>
        </w:tc>
      </w:tr>
    </w:tbl>
    <w:p w14:paraId="749D7B38" w14:textId="77777777" w:rsidR="0048080A" w:rsidRDefault="00961957">
      <w:pPr>
        <w:pBdr>
          <w:bottom w:val="single" w:sz="8" w:space="3" w:color="E6532F"/>
        </w:pBdr>
        <w:spacing w:before="120" w:after="60"/>
      </w:pPr>
      <w:r>
        <w:rPr>
          <w:rFonts w:eastAsia="Arial"/>
          <w:b/>
          <w:color w:val="006747"/>
          <w:sz w:val="26"/>
        </w:rPr>
        <w:t>ORGANIZATION INFORMATION</w:t>
      </w:r>
    </w:p>
    <w:tbl>
      <w:tblPr>
        <w:tblW w:w="11226" w:type="dxa"/>
        <w:jc w:val="center"/>
        <w:tblBorders>
          <w:top w:val="single" w:sz="5" w:space="0" w:color="B8C5C0"/>
          <w:left w:val="single" w:sz="5" w:space="0" w:color="B8C5C0"/>
          <w:bottom w:val="single" w:sz="5" w:space="0" w:color="B8C5C0"/>
          <w:right w:val="single" w:sz="5" w:space="0" w:color="B8C5C0"/>
          <w:insideH w:val="single" w:sz="5" w:space="0" w:color="B8C5C0"/>
          <w:insideV w:val="single" w:sz="5" w:space="0" w:color="B8C5C0"/>
        </w:tblBorders>
        <w:tblLayout w:type="fixed"/>
        <w:tblLook w:val="04A0" w:firstRow="1" w:lastRow="0" w:firstColumn="1" w:lastColumn="0" w:noHBand="0" w:noVBand="1"/>
      </w:tblPr>
      <w:tblGrid>
        <w:gridCol w:w="4942"/>
        <w:gridCol w:w="6284"/>
      </w:tblGrid>
      <w:tr w:rsidR="0048080A" w14:paraId="0756B06D" w14:textId="77777777" w:rsidTr="001E0447">
        <w:trPr>
          <w:trHeight w:val="448"/>
          <w:jc w:val="center"/>
        </w:trPr>
        <w:tc>
          <w:tcPr>
            <w:tcW w:w="4942" w:type="dxa"/>
            <w:shd w:val="clear" w:color="auto" w:fill="006747"/>
            <w:tcMar>
              <w:top w:w="70" w:type="dxa"/>
              <w:left w:w="80" w:type="dxa"/>
              <w:bottom w:w="70" w:type="dxa"/>
              <w:right w:w="80" w:type="dxa"/>
            </w:tcMar>
          </w:tcPr>
          <w:p w14:paraId="588CFA72" w14:textId="77777777" w:rsidR="0048080A" w:rsidRDefault="00961957">
            <w:r>
              <w:rPr>
                <w:rFonts w:eastAsia="Arial"/>
                <w:b/>
                <w:color w:val="FFFFFF"/>
                <w:sz w:val="18"/>
              </w:rPr>
              <w:t>Field</w:t>
            </w:r>
          </w:p>
        </w:tc>
        <w:tc>
          <w:tcPr>
            <w:tcW w:w="6284" w:type="dxa"/>
            <w:shd w:val="clear" w:color="auto" w:fill="006747"/>
            <w:tcMar>
              <w:top w:w="70" w:type="dxa"/>
              <w:left w:w="80" w:type="dxa"/>
              <w:bottom w:w="70" w:type="dxa"/>
              <w:right w:w="80" w:type="dxa"/>
            </w:tcMar>
          </w:tcPr>
          <w:p w14:paraId="3370BEDB" w14:textId="77777777" w:rsidR="0048080A" w:rsidRDefault="00961957">
            <w:r>
              <w:rPr>
                <w:rFonts w:eastAsia="Arial"/>
                <w:b/>
                <w:color w:val="FFFFFF"/>
                <w:sz w:val="18"/>
              </w:rPr>
              <w:t>Organization Entry</w:t>
            </w:r>
          </w:p>
        </w:tc>
      </w:tr>
      <w:tr w:rsidR="0048080A" w14:paraId="09A84FF6" w14:textId="77777777" w:rsidTr="001E0447">
        <w:trPr>
          <w:trHeight w:val="509"/>
          <w:jc w:val="center"/>
        </w:trPr>
        <w:tc>
          <w:tcPr>
            <w:tcW w:w="4942" w:type="dxa"/>
            <w:shd w:val="clear" w:color="auto" w:fill="E7F1ED"/>
            <w:tcMar>
              <w:top w:w="70" w:type="dxa"/>
              <w:left w:w="80" w:type="dxa"/>
              <w:bottom w:w="70" w:type="dxa"/>
              <w:right w:w="80" w:type="dxa"/>
            </w:tcMar>
          </w:tcPr>
          <w:p w14:paraId="23BB0969" w14:textId="77777777" w:rsidR="0048080A" w:rsidRDefault="00961957">
            <w:r>
              <w:rPr>
                <w:rFonts w:eastAsia="Arial"/>
                <w:b/>
                <w:color w:val="006747"/>
                <w:sz w:val="18"/>
              </w:rPr>
              <w:t>Organization / Facility Name</w:t>
            </w:r>
          </w:p>
        </w:tc>
        <w:tc>
          <w:tcPr>
            <w:tcW w:w="6284" w:type="dxa"/>
            <w:tcMar>
              <w:top w:w="70" w:type="dxa"/>
              <w:left w:w="80" w:type="dxa"/>
              <w:bottom w:w="70" w:type="dxa"/>
              <w:right w:w="80" w:type="dxa"/>
            </w:tcMar>
          </w:tcPr>
          <w:p w14:paraId="5964C361" w14:textId="77777777" w:rsidR="0048080A" w:rsidRDefault="00961957">
            <w:r>
              <w:rPr>
                <w:rFonts w:eastAsia="Arial"/>
                <w:i/>
                <w:color w:val="777777"/>
                <w:sz w:val="24"/>
              </w:rPr>
              <w:t>&lt;Enter organization name&gt;</w:t>
            </w:r>
          </w:p>
        </w:tc>
      </w:tr>
      <w:tr w:rsidR="0048080A" w14:paraId="055D7934" w14:textId="77777777" w:rsidTr="001E0447">
        <w:trPr>
          <w:trHeight w:val="509"/>
          <w:jc w:val="center"/>
        </w:trPr>
        <w:tc>
          <w:tcPr>
            <w:tcW w:w="4942" w:type="dxa"/>
            <w:shd w:val="clear" w:color="auto" w:fill="E7F1ED"/>
            <w:tcMar>
              <w:top w:w="70" w:type="dxa"/>
              <w:left w:w="80" w:type="dxa"/>
              <w:bottom w:w="70" w:type="dxa"/>
              <w:right w:w="80" w:type="dxa"/>
            </w:tcMar>
          </w:tcPr>
          <w:p w14:paraId="19103D2D" w14:textId="77777777" w:rsidR="0048080A" w:rsidRDefault="00961957">
            <w:r>
              <w:rPr>
                <w:rFonts w:eastAsia="Arial"/>
                <w:b/>
                <w:color w:val="006747"/>
                <w:sz w:val="18"/>
              </w:rPr>
              <w:t>Provider Type</w:t>
            </w:r>
          </w:p>
        </w:tc>
        <w:tc>
          <w:tcPr>
            <w:tcW w:w="6284" w:type="dxa"/>
            <w:tcMar>
              <w:top w:w="70" w:type="dxa"/>
              <w:left w:w="80" w:type="dxa"/>
              <w:bottom w:w="70" w:type="dxa"/>
              <w:right w:w="80" w:type="dxa"/>
            </w:tcMar>
          </w:tcPr>
          <w:p w14:paraId="1F07B2A7" w14:textId="77777777" w:rsidR="0048080A" w:rsidRDefault="00961957">
            <w:r>
              <w:rPr>
                <w:rFonts w:eastAsia="Arial"/>
                <w:i/>
                <w:color w:val="777777"/>
                <w:sz w:val="24"/>
              </w:rPr>
              <w:t>&lt;Enter provider type&gt;</w:t>
            </w:r>
          </w:p>
        </w:tc>
      </w:tr>
      <w:tr w:rsidR="0048080A" w14:paraId="4C802173" w14:textId="77777777" w:rsidTr="001E0447">
        <w:trPr>
          <w:trHeight w:val="509"/>
          <w:jc w:val="center"/>
        </w:trPr>
        <w:tc>
          <w:tcPr>
            <w:tcW w:w="4942" w:type="dxa"/>
            <w:shd w:val="clear" w:color="auto" w:fill="E7F1ED"/>
            <w:tcMar>
              <w:top w:w="70" w:type="dxa"/>
              <w:left w:w="80" w:type="dxa"/>
              <w:bottom w:w="70" w:type="dxa"/>
              <w:right w:w="80" w:type="dxa"/>
            </w:tcMar>
          </w:tcPr>
          <w:p w14:paraId="6DFF6CC5" w14:textId="77777777" w:rsidR="0048080A" w:rsidRDefault="00961957">
            <w:r>
              <w:rPr>
                <w:rFonts w:eastAsia="Arial"/>
                <w:b/>
                <w:color w:val="006747"/>
                <w:sz w:val="18"/>
              </w:rPr>
              <w:t>Primary Address / Service Area</w:t>
            </w:r>
          </w:p>
        </w:tc>
        <w:tc>
          <w:tcPr>
            <w:tcW w:w="6284" w:type="dxa"/>
            <w:tcMar>
              <w:top w:w="70" w:type="dxa"/>
              <w:left w:w="80" w:type="dxa"/>
              <w:bottom w:w="70" w:type="dxa"/>
              <w:right w:w="80" w:type="dxa"/>
            </w:tcMar>
          </w:tcPr>
          <w:p w14:paraId="7AFCBA33" w14:textId="77777777" w:rsidR="0048080A" w:rsidRDefault="00961957">
            <w:r>
              <w:rPr>
                <w:rFonts w:eastAsia="Arial"/>
                <w:i/>
                <w:color w:val="777777"/>
                <w:sz w:val="24"/>
              </w:rPr>
              <w:t>&lt;Enter&gt;</w:t>
            </w:r>
          </w:p>
        </w:tc>
      </w:tr>
      <w:tr w:rsidR="0048080A" w14:paraId="252ED58F" w14:textId="77777777" w:rsidTr="001E0447">
        <w:trPr>
          <w:trHeight w:val="509"/>
          <w:jc w:val="center"/>
        </w:trPr>
        <w:tc>
          <w:tcPr>
            <w:tcW w:w="4942" w:type="dxa"/>
            <w:shd w:val="clear" w:color="auto" w:fill="E7F1ED"/>
            <w:tcMar>
              <w:top w:w="70" w:type="dxa"/>
              <w:left w:w="80" w:type="dxa"/>
              <w:bottom w:w="70" w:type="dxa"/>
              <w:right w:w="80" w:type="dxa"/>
            </w:tcMar>
          </w:tcPr>
          <w:p w14:paraId="6A901A68" w14:textId="77777777" w:rsidR="0048080A" w:rsidRDefault="00961957">
            <w:r>
              <w:rPr>
                <w:rFonts w:eastAsia="Arial"/>
                <w:b/>
                <w:color w:val="006747"/>
                <w:sz w:val="18"/>
              </w:rPr>
              <w:t>Document Owner / Department</w:t>
            </w:r>
          </w:p>
        </w:tc>
        <w:tc>
          <w:tcPr>
            <w:tcW w:w="6284" w:type="dxa"/>
            <w:tcMar>
              <w:top w:w="70" w:type="dxa"/>
              <w:left w:w="80" w:type="dxa"/>
              <w:bottom w:w="70" w:type="dxa"/>
              <w:right w:w="80" w:type="dxa"/>
            </w:tcMar>
          </w:tcPr>
          <w:p w14:paraId="3551FB9F" w14:textId="77777777" w:rsidR="0048080A" w:rsidRDefault="00961957">
            <w:r>
              <w:rPr>
                <w:rFonts w:eastAsia="Arial"/>
                <w:i/>
                <w:color w:val="777777"/>
                <w:sz w:val="24"/>
              </w:rPr>
              <w:t>&lt;Enter&gt;</w:t>
            </w:r>
          </w:p>
        </w:tc>
      </w:tr>
      <w:tr w:rsidR="0048080A" w14:paraId="0158678D" w14:textId="77777777" w:rsidTr="001E0447">
        <w:trPr>
          <w:trHeight w:val="509"/>
          <w:jc w:val="center"/>
        </w:trPr>
        <w:tc>
          <w:tcPr>
            <w:tcW w:w="4942" w:type="dxa"/>
            <w:shd w:val="clear" w:color="auto" w:fill="E7F1ED"/>
            <w:tcMar>
              <w:top w:w="70" w:type="dxa"/>
              <w:left w:w="80" w:type="dxa"/>
              <w:bottom w:w="70" w:type="dxa"/>
              <w:right w:w="80" w:type="dxa"/>
            </w:tcMar>
          </w:tcPr>
          <w:p w14:paraId="10C39DC7" w14:textId="77777777" w:rsidR="0048080A" w:rsidRDefault="00961957">
            <w:r>
              <w:rPr>
                <w:rFonts w:eastAsia="Arial"/>
                <w:b/>
                <w:color w:val="006747"/>
                <w:sz w:val="18"/>
              </w:rPr>
              <w:t>Last Verified / Updated</w:t>
            </w:r>
          </w:p>
        </w:tc>
        <w:tc>
          <w:tcPr>
            <w:tcW w:w="6284" w:type="dxa"/>
            <w:tcMar>
              <w:top w:w="70" w:type="dxa"/>
              <w:left w:w="80" w:type="dxa"/>
              <w:bottom w:w="70" w:type="dxa"/>
              <w:right w:w="80" w:type="dxa"/>
            </w:tcMar>
          </w:tcPr>
          <w:p w14:paraId="3B889211" w14:textId="77777777" w:rsidR="0048080A" w:rsidRDefault="00961957">
            <w:r>
              <w:rPr>
                <w:rFonts w:eastAsia="Arial"/>
                <w:i/>
                <w:color w:val="777777"/>
                <w:sz w:val="24"/>
              </w:rPr>
              <w:t>&lt;Date&gt;</w:t>
            </w:r>
          </w:p>
        </w:tc>
      </w:tr>
      <w:tr w:rsidR="0048080A" w14:paraId="0307303C" w14:textId="77777777" w:rsidTr="001E0447">
        <w:trPr>
          <w:trHeight w:val="509"/>
          <w:jc w:val="center"/>
        </w:trPr>
        <w:tc>
          <w:tcPr>
            <w:tcW w:w="4942" w:type="dxa"/>
            <w:shd w:val="clear" w:color="auto" w:fill="E7F1ED"/>
            <w:tcMar>
              <w:top w:w="70" w:type="dxa"/>
              <w:left w:w="80" w:type="dxa"/>
              <w:bottom w:w="70" w:type="dxa"/>
              <w:right w:w="80" w:type="dxa"/>
            </w:tcMar>
          </w:tcPr>
          <w:p w14:paraId="378949BD" w14:textId="77777777" w:rsidR="0048080A" w:rsidRDefault="00961957">
            <w:r>
              <w:rPr>
                <w:rFonts w:eastAsia="Arial"/>
                <w:b/>
                <w:color w:val="006747"/>
                <w:sz w:val="18"/>
              </w:rPr>
              <w:t>Next Scheduled Review</w:t>
            </w:r>
          </w:p>
        </w:tc>
        <w:tc>
          <w:tcPr>
            <w:tcW w:w="6284" w:type="dxa"/>
            <w:tcMar>
              <w:top w:w="70" w:type="dxa"/>
              <w:left w:w="80" w:type="dxa"/>
              <w:bottom w:w="70" w:type="dxa"/>
              <w:right w:w="80" w:type="dxa"/>
            </w:tcMar>
          </w:tcPr>
          <w:p w14:paraId="28DEB65F" w14:textId="77777777" w:rsidR="0048080A" w:rsidRDefault="00961957">
            <w:r>
              <w:rPr>
                <w:rFonts w:eastAsia="Arial"/>
                <w:i/>
                <w:color w:val="777777"/>
                <w:sz w:val="24"/>
              </w:rPr>
              <w:t>&lt;Date&gt;</w:t>
            </w:r>
          </w:p>
        </w:tc>
      </w:tr>
    </w:tbl>
    <w:p w14:paraId="7031E5AA" w14:textId="77777777" w:rsidR="001E0447" w:rsidRDefault="001E0447">
      <w:pPr>
        <w:spacing w:after="60" w:line="240" w:lineRule="auto"/>
        <w:rPr>
          <w:rFonts w:eastAsia="Arial"/>
          <w:color w:val="222222"/>
          <w:sz w:val="18"/>
        </w:rPr>
      </w:pPr>
    </w:p>
    <w:p w14:paraId="45D2197B" w14:textId="438BFC68" w:rsidR="0048080A" w:rsidRDefault="00961957">
      <w:pPr>
        <w:spacing w:after="60" w:line="240" w:lineRule="auto"/>
        <w:rPr>
          <w:rFonts w:eastAsia="Arial"/>
          <w:color w:val="222222"/>
          <w:sz w:val="18"/>
        </w:rPr>
      </w:pPr>
      <w:r>
        <w:rPr>
          <w:rFonts w:eastAsia="Arial"/>
          <w:color w:val="222222"/>
          <w:sz w:val="18"/>
        </w:rPr>
        <w:t>DOCUMENTATION PRINCIPLE</w:t>
      </w:r>
      <w:r w:rsidR="001E0447">
        <w:rPr>
          <w:rFonts w:eastAsia="Arial"/>
          <w:color w:val="222222"/>
          <w:sz w:val="18"/>
        </w:rPr>
        <w:t xml:space="preserve">: </w:t>
      </w:r>
      <w:r>
        <w:rPr>
          <w:rFonts w:eastAsia="Arial"/>
          <w:color w:val="222222"/>
          <w:sz w:val="18"/>
        </w:rPr>
        <w:t>The EOP should explain what the organization will do. This index shows where the organization can produce the policy, agreement, record, inspection, roster, map, form, or other evidence that supports the plan. HCC-ME does not require a particular filing method.</w:t>
      </w:r>
    </w:p>
    <w:p w14:paraId="7728A80F" w14:textId="77777777" w:rsidR="001E0447" w:rsidRDefault="001E0447">
      <w:pPr>
        <w:spacing w:after="60" w:line="240" w:lineRule="auto"/>
      </w:pPr>
    </w:p>
    <w:tbl>
      <w:tblPr>
        <w:tblW w:w="0" w:type="auto"/>
        <w:tblBorders>
          <w:top w:val="single" w:sz="4" w:space="0" w:color="C9D7D2"/>
          <w:left w:val="single" w:sz="4" w:space="0" w:color="C9D7D2"/>
          <w:bottom w:val="single" w:sz="4" w:space="0" w:color="C9D7D2"/>
          <w:right w:val="single" w:sz="4" w:space="0" w:color="C9D7D2"/>
          <w:insideH w:val="single" w:sz="4" w:space="0" w:color="C9D7D2"/>
          <w:insideV w:val="single" w:sz="4" w:space="0" w:color="C9D7D2"/>
        </w:tblBorders>
        <w:tblLook w:val="04A0" w:firstRow="1" w:lastRow="0" w:firstColumn="1" w:lastColumn="0" w:noHBand="0" w:noVBand="1"/>
      </w:tblPr>
      <w:tblGrid>
        <w:gridCol w:w="10656"/>
      </w:tblGrid>
      <w:tr w:rsidR="0048080A" w14:paraId="2F006D36" w14:textId="77777777">
        <w:tc>
          <w:tcPr>
            <w:tcW w:w="10656" w:type="dxa"/>
            <w:shd w:val="clear" w:color="auto" w:fill="F1F2F2"/>
            <w:tcMar>
              <w:top w:w="60" w:type="dxa"/>
              <w:left w:w="80" w:type="dxa"/>
              <w:bottom w:w="60" w:type="dxa"/>
              <w:right w:w="80" w:type="dxa"/>
            </w:tcMar>
          </w:tcPr>
          <w:p w14:paraId="2828598E" w14:textId="77777777" w:rsidR="0048080A" w:rsidRDefault="00961957">
            <w:pPr>
              <w:spacing w:after="0"/>
            </w:pPr>
            <w:r>
              <w:rPr>
                <w:rFonts w:eastAsia="Arial"/>
                <w:b/>
                <w:color w:val="006747"/>
                <w:sz w:val="17"/>
              </w:rPr>
              <w:t xml:space="preserve">PRIVACY / SECURITY  </w:t>
            </w:r>
            <w:r>
              <w:rPr>
                <w:rFonts w:eastAsia="Arial"/>
                <w:color w:val="222222"/>
                <w:sz w:val="17"/>
              </w:rPr>
              <w:t>Large, confidential, or security-sensitive records do not need to be inserted into the EOP when they are clearly referenced and readily retrievable by authorized staff. Use controlled locations for PHI, personnel information, passwords, detailed security information, and other restricted records.</w:t>
            </w:r>
          </w:p>
        </w:tc>
      </w:tr>
    </w:tbl>
    <w:p w14:paraId="3E6A752D" w14:textId="77777777" w:rsidR="0048080A" w:rsidRDefault="00961957">
      <w:r>
        <w:br w:type="page"/>
      </w:r>
    </w:p>
    <w:p w14:paraId="151E20E8" w14:textId="77777777" w:rsidR="0048080A" w:rsidRDefault="00961957">
      <w:pPr>
        <w:pBdr>
          <w:bottom w:val="single" w:sz="8" w:space="3" w:color="E6532F"/>
        </w:pBdr>
        <w:spacing w:before="120" w:after="60"/>
      </w:pPr>
      <w:r>
        <w:rPr>
          <w:rFonts w:eastAsia="Arial"/>
          <w:b/>
          <w:color w:val="006747"/>
          <w:sz w:val="26"/>
        </w:rPr>
        <w:lastRenderedPageBreak/>
        <w:t>MASTER SUPPORTING DOCUMENTATION INDEX</w:t>
      </w:r>
    </w:p>
    <w:tbl>
      <w:tblPr>
        <w:tblW w:w="11412" w:type="dxa"/>
        <w:jc w:val="center"/>
        <w:tblBorders>
          <w:top w:val="single" w:sz="5" w:space="0" w:color="B8C5C0"/>
          <w:left w:val="single" w:sz="5" w:space="0" w:color="B8C5C0"/>
          <w:bottom w:val="single" w:sz="5" w:space="0" w:color="B8C5C0"/>
          <w:right w:val="single" w:sz="5" w:space="0" w:color="B8C5C0"/>
          <w:insideH w:val="single" w:sz="5" w:space="0" w:color="B8C5C0"/>
          <w:insideV w:val="single" w:sz="5" w:space="0" w:color="B8C5C0"/>
        </w:tblBorders>
        <w:tblLayout w:type="fixed"/>
        <w:tblLook w:val="04A0" w:firstRow="1" w:lastRow="0" w:firstColumn="1" w:lastColumn="0" w:noHBand="0" w:noVBand="1"/>
      </w:tblPr>
      <w:tblGrid>
        <w:gridCol w:w="1998"/>
        <w:gridCol w:w="2502"/>
        <w:gridCol w:w="1350"/>
        <w:gridCol w:w="2160"/>
        <w:gridCol w:w="1530"/>
        <w:gridCol w:w="1872"/>
      </w:tblGrid>
      <w:tr w:rsidR="0048080A" w:rsidRPr="001E0447" w14:paraId="5A7CA16C" w14:textId="77777777" w:rsidTr="001E0447">
        <w:trPr>
          <w:tblHeader/>
          <w:jc w:val="center"/>
        </w:trPr>
        <w:tc>
          <w:tcPr>
            <w:tcW w:w="1998" w:type="dxa"/>
            <w:shd w:val="clear" w:color="auto" w:fill="006747"/>
            <w:tcMar>
              <w:top w:w="55" w:type="dxa"/>
              <w:left w:w="60" w:type="dxa"/>
              <w:bottom w:w="55" w:type="dxa"/>
              <w:right w:w="60" w:type="dxa"/>
            </w:tcMar>
          </w:tcPr>
          <w:p w14:paraId="3FE12ACA" w14:textId="77777777" w:rsidR="0048080A" w:rsidRPr="001E0447" w:rsidRDefault="00961957">
            <w:pPr>
              <w:jc w:val="center"/>
              <w:rPr>
                <w:szCs w:val="20"/>
              </w:rPr>
            </w:pPr>
            <w:r w:rsidRPr="001E0447">
              <w:rPr>
                <w:rFonts w:eastAsia="Arial"/>
                <w:b/>
                <w:color w:val="FFFFFF"/>
                <w:szCs w:val="20"/>
              </w:rPr>
              <w:t>Category</w:t>
            </w:r>
          </w:p>
        </w:tc>
        <w:tc>
          <w:tcPr>
            <w:tcW w:w="2502" w:type="dxa"/>
            <w:shd w:val="clear" w:color="auto" w:fill="006747"/>
            <w:tcMar>
              <w:top w:w="55" w:type="dxa"/>
              <w:left w:w="60" w:type="dxa"/>
              <w:bottom w:w="55" w:type="dxa"/>
              <w:right w:w="60" w:type="dxa"/>
            </w:tcMar>
          </w:tcPr>
          <w:p w14:paraId="3C335E4D" w14:textId="77777777" w:rsidR="0048080A" w:rsidRPr="001E0447" w:rsidRDefault="00961957">
            <w:pPr>
              <w:jc w:val="center"/>
              <w:rPr>
                <w:szCs w:val="20"/>
              </w:rPr>
            </w:pPr>
            <w:r w:rsidRPr="001E0447">
              <w:rPr>
                <w:rFonts w:eastAsia="Arial"/>
                <w:b/>
                <w:color w:val="FFFFFF"/>
                <w:szCs w:val="20"/>
              </w:rPr>
              <w:t>Document / Evidence</w:t>
            </w:r>
          </w:p>
        </w:tc>
        <w:tc>
          <w:tcPr>
            <w:tcW w:w="1350" w:type="dxa"/>
            <w:shd w:val="clear" w:color="auto" w:fill="006747"/>
            <w:tcMar>
              <w:top w:w="55" w:type="dxa"/>
              <w:left w:w="60" w:type="dxa"/>
              <w:bottom w:w="55" w:type="dxa"/>
              <w:right w:w="60" w:type="dxa"/>
            </w:tcMar>
          </w:tcPr>
          <w:p w14:paraId="19B57E6D" w14:textId="77777777" w:rsidR="0048080A" w:rsidRPr="001E0447" w:rsidRDefault="00961957">
            <w:pPr>
              <w:jc w:val="center"/>
              <w:rPr>
                <w:szCs w:val="20"/>
              </w:rPr>
            </w:pPr>
            <w:r w:rsidRPr="001E0447">
              <w:rPr>
                <w:rFonts w:eastAsia="Arial"/>
                <w:b/>
                <w:color w:val="FFFFFF"/>
                <w:szCs w:val="20"/>
              </w:rPr>
              <w:t>Owner</w:t>
            </w:r>
          </w:p>
        </w:tc>
        <w:tc>
          <w:tcPr>
            <w:tcW w:w="2160" w:type="dxa"/>
            <w:shd w:val="clear" w:color="auto" w:fill="006747"/>
            <w:tcMar>
              <w:top w:w="55" w:type="dxa"/>
              <w:left w:w="60" w:type="dxa"/>
              <w:bottom w:w="55" w:type="dxa"/>
              <w:right w:w="60" w:type="dxa"/>
            </w:tcMar>
          </w:tcPr>
          <w:p w14:paraId="62BFD5E4" w14:textId="77777777" w:rsidR="0048080A" w:rsidRPr="001E0447" w:rsidRDefault="00961957">
            <w:pPr>
              <w:jc w:val="center"/>
              <w:rPr>
                <w:szCs w:val="20"/>
              </w:rPr>
            </w:pPr>
            <w:r w:rsidRPr="001E0447">
              <w:rPr>
                <w:rFonts w:eastAsia="Arial"/>
                <w:b/>
                <w:color w:val="FFFFFF"/>
                <w:szCs w:val="20"/>
              </w:rPr>
              <w:t>Storage Location / Reference</w:t>
            </w:r>
          </w:p>
        </w:tc>
        <w:tc>
          <w:tcPr>
            <w:tcW w:w="1530" w:type="dxa"/>
            <w:shd w:val="clear" w:color="auto" w:fill="006747"/>
            <w:tcMar>
              <w:top w:w="55" w:type="dxa"/>
              <w:left w:w="60" w:type="dxa"/>
              <w:bottom w:w="55" w:type="dxa"/>
              <w:right w:w="60" w:type="dxa"/>
            </w:tcMar>
          </w:tcPr>
          <w:p w14:paraId="747D71CD" w14:textId="77777777" w:rsidR="0048080A" w:rsidRPr="001E0447" w:rsidRDefault="00961957">
            <w:pPr>
              <w:jc w:val="center"/>
              <w:rPr>
                <w:szCs w:val="20"/>
              </w:rPr>
            </w:pPr>
            <w:r w:rsidRPr="001E0447">
              <w:rPr>
                <w:rFonts w:eastAsia="Arial"/>
                <w:b/>
                <w:color w:val="FFFFFF"/>
                <w:szCs w:val="20"/>
              </w:rPr>
              <w:t>Last Verified</w:t>
            </w:r>
          </w:p>
        </w:tc>
        <w:tc>
          <w:tcPr>
            <w:tcW w:w="1872" w:type="dxa"/>
            <w:shd w:val="clear" w:color="auto" w:fill="006747"/>
            <w:tcMar>
              <w:top w:w="55" w:type="dxa"/>
              <w:left w:w="60" w:type="dxa"/>
              <w:bottom w:w="55" w:type="dxa"/>
              <w:right w:w="60" w:type="dxa"/>
            </w:tcMar>
          </w:tcPr>
          <w:p w14:paraId="0B83CDD8" w14:textId="77777777" w:rsidR="0048080A" w:rsidRPr="001E0447" w:rsidRDefault="00961957">
            <w:pPr>
              <w:jc w:val="center"/>
              <w:rPr>
                <w:szCs w:val="20"/>
              </w:rPr>
            </w:pPr>
            <w:r w:rsidRPr="001E0447">
              <w:rPr>
                <w:rFonts w:eastAsia="Arial"/>
                <w:b/>
                <w:color w:val="FFFFFF"/>
                <w:szCs w:val="20"/>
              </w:rPr>
              <w:t>Access / Notes</w:t>
            </w:r>
          </w:p>
        </w:tc>
      </w:tr>
      <w:tr w:rsidR="0048080A" w:rsidRPr="001E0447" w14:paraId="70540DC2" w14:textId="77777777" w:rsidTr="001E0447">
        <w:trPr>
          <w:cantSplit/>
          <w:trHeight w:val="504"/>
          <w:jc w:val="center"/>
        </w:trPr>
        <w:tc>
          <w:tcPr>
            <w:tcW w:w="1998" w:type="dxa"/>
            <w:shd w:val="clear" w:color="auto" w:fill="E7F1ED"/>
            <w:tcMar>
              <w:top w:w="48" w:type="dxa"/>
              <w:left w:w="55" w:type="dxa"/>
              <w:bottom w:w="48" w:type="dxa"/>
              <w:right w:w="55" w:type="dxa"/>
            </w:tcMar>
          </w:tcPr>
          <w:p w14:paraId="7A4990C9" w14:textId="77777777" w:rsidR="0048080A" w:rsidRPr="001E0447" w:rsidRDefault="00961957">
            <w:pPr>
              <w:rPr>
                <w:szCs w:val="20"/>
              </w:rPr>
            </w:pPr>
            <w:r w:rsidRPr="001E0447">
              <w:rPr>
                <w:rFonts w:eastAsia="Arial"/>
                <w:b/>
                <w:color w:val="006747"/>
                <w:szCs w:val="20"/>
              </w:rPr>
              <w:t>Risk Assessment / HVA</w:t>
            </w:r>
          </w:p>
        </w:tc>
        <w:tc>
          <w:tcPr>
            <w:tcW w:w="2502" w:type="dxa"/>
            <w:tcMar>
              <w:top w:w="48" w:type="dxa"/>
              <w:left w:w="55" w:type="dxa"/>
              <w:bottom w:w="48" w:type="dxa"/>
              <w:right w:w="55" w:type="dxa"/>
            </w:tcMar>
          </w:tcPr>
          <w:p w14:paraId="73446614" w14:textId="77777777" w:rsidR="0048080A" w:rsidRPr="001E0447" w:rsidRDefault="00961957">
            <w:pPr>
              <w:rPr>
                <w:szCs w:val="20"/>
              </w:rPr>
            </w:pPr>
            <w:r w:rsidRPr="001E0447">
              <w:rPr>
                <w:rFonts w:eastAsia="Arial"/>
                <w:color w:val="222222"/>
                <w:szCs w:val="20"/>
              </w:rPr>
              <w:t>Current facility/organization and community-based HVA or risk assessment</w:t>
            </w:r>
          </w:p>
        </w:tc>
        <w:tc>
          <w:tcPr>
            <w:tcW w:w="1350" w:type="dxa"/>
            <w:tcMar>
              <w:top w:w="48" w:type="dxa"/>
              <w:left w:w="55" w:type="dxa"/>
              <w:bottom w:w="48" w:type="dxa"/>
              <w:right w:w="55" w:type="dxa"/>
            </w:tcMar>
          </w:tcPr>
          <w:p w14:paraId="220CFF3C"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67A85EE9"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414E00BD"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687F224F" w14:textId="77777777" w:rsidR="0048080A" w:rsidRPr="001E0447" w:rsidRDefault="00961957">
            <w:pPr>
              <w:rPr>
                <w:szCs w:val="20"/>
              </w:rPr>
            </w:pPr>
            <w:r w:rsidRPr="001E0447">
              <w:rPr>
                <w:rFonts w:eastAsia="Arial"/>
                <w:i/>
                <w:color w:val="777777"/>
                <w:szCs w:val="20"/>
              </w:rPr>
              <w:t>&lt;Restricted? / notes&gt;</w:t>
            </w:r>
          </w:p>
        </w:tc>
      </w:tr>
      <w:tr w:rsidR="0048080A" w:rsidRPr="001E0447" w14:paraId="431DEF67" w14:textId="77777777" w:rsidTr="001E0447">
        <w:trPr>
          <w:cantSplit/>
          <w:trHeight w:val="504"/>
          <w:jc w:val="center"/>
        </w:trPr>
        <w:tc>
          <w:tcPr>
            <w:tcW w:w="1998" w:type="dxa"/>
            <w:shd w:val="clear" w:color="auto" w:fill="F5F8F7"/>
            <w:tcMar>
              <w:top w:w="48" w:type="dxa"/>
              <w:left w:w="55" w:type="dxa"/>
              <w:bottom w:w="48" w:type="dxa"/>
              <w:right w:w="55" w:type="dxa"/>
            </w:tcMar>
          </w:tcPr>
          <w:p w14:paraId="63A0BC3E" w14:textId="77777777" w:rsidR="0048080A" w:rsidRPr="001E0447" w:rsidRDefault="00961957">
            <w:pPr>
              <w:rPr>
                <w:szCs w:val="20"/>
              </w:rPr>
            </w:pPr>
            <w:r w:rsidRPr="001E0447">
              <w:rPr>
                <w:rFonts w:eastAsia="Arial"/>
                <w:b/>
                <w:color w:val="006747"/>
                <w:szCs w:val="20"/>
              </w:rPr>
              <w:t>EOP Governance</w:t>
            </w:r>
          </w:p>
        </w:tc>
        <w:tc>
          <w:tcPr>
            <w:tcW w:w="2502" w:type="dxa"/>
            <w:tcMar>
              <w:top w:w="48" w:type="dxa"/>
              <w:left w:w="55" w:type="dxa"/>
              <w:bottom w:w="48" w:type="dxa"/>
              <w:right w:w="55" w:type="dxa"/>
            </w:tcMar>
          </w:tcPr>
          <w:p w14:paraId="28627E9A" w14:textId="77777777" w:rsidR="0048080A" w:rsidRPr="001E0447" w:rsidRDefault="00961957">
            <w:pPr>
              <w:rPr>
                <w:szCs w:val="20"/>
              </w:rPr>
            </w:pPr>
            <w:r w:rsidRPr="001E0447">
              <w:rPr>
                <w:rFonts w:eastAsia="Arial"/>
                <w:color w:val="222222"/>
                <w:szCs w:val="20"/>
              </w:rPr>
              <w:t>Current EOP approval, review/revision history, distribution/control records</w:t>
            </w:r>
          </w:p>
        </w:tc>
        <w:tc>
          <w:tcPr>
            <w:tcW w:w="1350" w:type="dxa"/>
            <w:tcMar>
              <w:top w:w="48" w:type="dxa"/>
              <w:left w:w="55" w:type="dxa"/>
              <w:bottom w:w="48" w:type="dxa"/>
              <w:right w:w="55" w:type="dxa"/>
            </w:tcMar>
          </w:tcPr>
          <w:p w14:paraId="659F98E2"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36B9061F"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732C9BF0"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11674DBC" w14:textId="77777777" w:rsidR="0048080A" w:rsidRPr="001E0447" w:rsidRDefault="00961957">
            <w:pPr>
              <w:rPr>
                <w:szCs w:val="20"/>
              </w:rPr>
            </w:pPr>
            <w:r w:rsidRPr="001E0447">
              <w:rPr>
                <w:rFonts w:eastAsia="Arial"/>
                <w:i/>
                <w:color w:val="777777"/>
                <w:szCs w:val="20"/>
              </w:rPr>
              <w:t>&lt;Restricted? / notes&gt;</w:t>
            </w:r>
          </w:p>
        </w:tc>
      </w:tr>
      <w:tr w:rsidR="0048080A" w:rsidRPr="001E0447" w14:paraId="3D66E5CB" w14:textId="77777777" w:rsidTr="001E0447">
        <w:trPr>
          <w:cantSplit/>
          <w:trHeight w:val="504"/>
          <w:jc w:val="center"/>
        </w:trPr>
        <w:tc>
          <w:tcPr>
            <w:tcW w:w="1998" w:type="dxa"/>
            <w:shd w:val="clear" w:color="auto" w:fill="E7F1ED"/>
            <w:tcMar>
              <w:top w:w="48" w:type="dxa"/>
              <w:left w:w="55" w:type="dxa"/>
              <w:bottom w:w="48" w:type="dxa"/>
              <w:right w:w="55" w:type="dxa"/>
            </w:tcMar>
          </w:tcPr>
          <w:p w14:paraId="6E760E8B" w14:textId="77777777" w:rsidR="0048080A" w:rsidRPr="001E0447" w:rsidRDefault="00961957">
            <w:pPr>
              <w:rPr>
                <w:szCs w:val="20"/>
              </w:rPr>
            </w:pPr>
            <w:r w:rsidRPr="001E0447">
              <w:rPr>
                <w:rFonts w:eastAsia="Arial"/>
                <w:b/>
                <w:color w:val="006747"/>
                <w:szCs w:val="20"/>
              </w:rPr>
              <w:t>Policies &amp; Procedures</w:t>
            </w:r>
          </w:p>
        </w:tc>
        <w:tc>
          <w:tcPr>
            <w:tcW w:w="2502" w:type="dxa"/>
            <w:tcMar>
              <w:top w:w="48" w:type="dxa"/>
              <w:left w:w="55" w:type="dxa"/>
              <w:bottom w:w="48" w:type="dxa"/>
              <w:right w:w="55" w:type="dxa"/>
            </w:tcMar>
          </w:tcPr>
          <w:p w14:paraId="4218D951" w14:textId="77777777" w:rsidR="0048080A" w:rsidRPr="001E0447" w:rsidRDefault="00961957">
            <w:pPr>
              <w:rPr>
                <w:szCs w:val="20"/>
              </w:rPr>
            </w:pPr>
            <w:r w:rsidRPr="001E0447">
              <w:rPr>
                <w:rFonts w:eastAsia="Arial"/>
                <w:color w:val="222222"/>
                <w:szCs w:val="20"/>
              </w:rPr>
              <w:t>Emergency preparedness policies/procedures and policy review records</w:t>
            </w:r>
          </w:p>
        </w:tc>
        <w:tc>
          <w:tcPr>
            <w:tcW w:w="1350" w:type="dxa"/>
            <w:tcMar>
              <w:top w:w="48" w:type="dxa"/>
              <w:left w:w="55" w:type="dxa"/>
              <w:bottom w:w="48" w:type="dxa"/>
              <w:right w:w="55" w:type="dxa"/>
            </w:tcMar>
          </w:tcPr>
          <w:p w14:paraId="4E55C4C7"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4B6AE3A7"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5EAC63F2"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1683126F" w14:textId="77777777" w:rsidR="0048080A" w:rsidRPr="001E0447" w:rsidRDefault="00961957">
            <w:pPr>
              <w:rPr>
                <w:szCs w:val="20"/>
              </w:rPr>
            </w:pPr>
            <w:r w:rsidRPr="001E0447">
              <w:rPr>
                <w:rFonts w:eastAsia="Arial"/>
                <w:i/>
                <w:color w:val="777777"/>
                <w:szCs w:val="20"/>
              </w:rPr>
              <w:t>&lt;Restricted? / notes&gt;</w:t>
            </w:r>
          </w:p>
        </w:tc>
      </w:tr>
      <w:tr w:rsidR="0048080A" w:rsidRPr="001E0447" w14:paraId="56494E5E" w14:textId="77777777" w:rsidTr="001E0447">
        <w:trPr>
          <w:cantSplit/>
          <w:trHeight w:val="504"/>
          <w:jc w:val="center"/>
        </w:trPr>
        <w:tc>
          <w:tcPr>
            <w:tcW w:w="1998" w:type="dxa"/>
            <w:shd w:val="clear" w:color="auto" w:fill="F5F8F7"/>
            <w:tcMar>
              <w:top w:w="48" w:type="dxa"/>
              <w:left w:w="55" w:type="dxa"/>
              <w:bottom w:w="48" w:type="dxa"/>
              <w:right w:w="55" w:type="dxa"/>
            </w:tcMar>
          </w:tcPr>
          <w:p w14:paraId="2F8A82CD" w14:textId="77777777" w:rsidR="0048080A" w:rsidRPr="001E0447" w:rsidRDefault="00961957">
            <w:pPr>
              <w:rPr>
                <w:szCs w:val="20"/>
              </w:rPr>
            </w:pPr>
            <w:r w:rsidRPr="001E0447">
              <w:rPr>
                <w:rFonts w:eastAsia="Arial"/>
                <w:b/>
                <w:color w:val="006747"/>
                <w:szCs w:val="20"/>
              </w:rPr>
              <w:t>Communication</w:t>
            </w:r>
          </w:p>
        </w:tc>
        <w:tc>
          <w:tcPr>
            <w:tcW w:w="2502" w:type="dxa"/>
            <w:tcMar>
              <w:top w:w="48" w:type="dxa"/>
              <w:left w:w="55" w:type="dxa"/>
              <w:bottom w:w="48" w:type="dxa"/>
              <w:right w:w="55" w:type="dxa"/>
            </w:tcMar>
          </w:tcPr>
          <w:p w14:paraId="6FC8B515" w14:textId="77777777" w:rsidR="0048080A" w:rsidRPr="001E0447" w:rsidRDefault="00961957">
            <w:pPr>
              <w:rPr>
                <w:szCs w:val="20"/>
              </w:rPr>
            </w:pPr>
            <w:r w:rsidRPr="001E0447">
              <w:rPr>
                <w:rFonts w:eastAsia="Arial"/>
                <w:color w:val="222222"/>
                <w:szCs w:val="20"/>
              </w:rPr>
              <w:t>Emergency contact directories, call trees, notification procedures, redundant communication resources</w:t>
            </w:r>
          </w:p>
        </w:tc>
        <w:tc>
          <w:tcPr>
            <w:tcW w:w="1350" w:type="dxa"/>
            <w:tcMar>
              <w:top w:w="48" w:type="dxa"/>
              <w:left w:w="55" w:type="dxa"/>
              <w:bottom w:w="48" w:type="dxa"/>
              <w:right w:w="55" w:type="dxa"/>
            </w:tcMar>
          </w:tcPr>
          <w:p w14:paraId="01D7D2D4"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4FBFCD95"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0C3E9A50"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58B296A0" w14:textId="77777777" w:rsidR="0048080A" w:rsidRPr="001E0447" w:rsidRDefault="00961957">
            <w:pPr>
              <w:rPr>
                <w:szCs w:val="20"/>
              </w:rPr>
            </w:pPr>
            <w:r w:rsidRPr="001E0447">
              <w:rPr>
                <w:rFonts w:eastAsia="Arial"/>
                <w:i/>
                <w:color w:val="777777"/>
                <w:szCs w:val="20"/>
              </w:rPr>
              <w:t>&lt;Restricted? / notes&gt;</w:t>
            </w:r>
          </w:p>
        </w:tc>
      </w:tr>
      <w:tr w:rsidR="0048080A" w:rsidRPr="001E0447" w14:paraId="05CEB370" w14:textId="77777777" w:rsidTr="001E0447">
        <w:trPr>
          <w:cantSplit/>
          <w:trHeight w:val="504"/>
          <w:jc w:val="center"/>
        </w:trPr>
        <w:tc>
          <w:tcPr>
            <w:tcW w:w="1998" w:type="dxa"/>
            <w:shd w:val="clear" w:color="auto" w:fill="E7F1ED"/>
            <w:tcMar>
              <w:top w:w="48" w:type="dxa"/>
              <w:left w:w="55" w:type="dxa"/>
              <w:bottom w:w="48" w:type="dxa"/>
              <w:right w:w="55" w:type="dxa"/>
            </w:tcMar>
          </w:tcPr>
          <w:p w14:paraId="5550489C" w14:textId="77777777" w:rsidR="0048080A" w:rsidRPr="001E0447" w:rsidRDefault="00961957">
            <w:pPr>
              <w:rPr>
                <w:szCs w:val="20"/>
              </w:rPr>
            </w:pPr>
            <w:r w:rsidRPr="001E0447">
              <w:rPr>
                <w:rFonts w:eastAsia="Arial"/>
                <w:b/>
                <w:color w:val="006747"/>
                <w:szCs w:val="20"/>
              </w:rPr>
              <w:t>Population / Service Profile</w:t>
            </w:r>
          </w:p>
        </w:tc>
        <w:tc>
          <w:tcPr>
            <w:tcW w:w="2502" w:type="dxa"/>
            <w:tcMar>
              <w:top w:w="48" w:type="dxa"/>
              <w:left w:w="55" w:type="dxa"/>
              <w:bottom w:w="48" w:type="dxa"/>
              <w:right w:w="55" w:type="dxa"/>
            </w:tcMar>
          </w:tcPr>
          <w:p w14:paraId="03FE680F" w14:textId="77777777" w:rsidR="0048080A" w:rsidRPr="001E0447" w:rsidRDefault="00961957">
            <w:pPr>
              <w:rPr>
                <w:szCs w:val="20"/>
              </w:rPr>
            </w:pPr>
            <w:r w:rsidRPr="001E0447">
              <w:rPr>
                <w:rFonts w:eastAsia="Arial"/>
                <w:color w:val="222222"/>
                <w:szCs w:val="20"/>
              </w:rPr>
              <w:t>Population served, access/functional needs, service capability and continuity considerations</w:t>
            </w:r>
          </w:p>
        </w:tc>
        <w:tc>
          <w:tcPr>
            <w:tcW w:w="1350" w:type="dxa"/>
            <w:tcMar>
              <w:top w:w="48" w:type="dxa"/>
              <w:left w:w="55" w:type="dxa"/>
              <w:bottom w:w="48" w:type="dxa"/>
              <w:right w:w="55" w:type="dxa"/>
            </w:tcMar>
          </w:tcPr>
          <w:p w14:paraId="51EAC3B1"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366238A4"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7123AF29"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0103B1F5" w14:textId="77777777" w:rsidR="0048080A" w:rsidRPr="001E0447" w:rsidRDefault="00961957">
            <w:pPr>
              <w:rPr>
                <w:szCs w:val="20"/>
              </w:rPr>
            </w:pPr>
            <w:r w:rsidRPr="001E0447">
              <w:rPr>
                <w:rFonts w:eastAsia="Arial"/>
                <w:i/>
                <w:color w:val="777777"/>
                <w:szCs w:val="20"/>
              </w:rPr>
              <w:t>&lt;Restricted? / notes&gt;</w:t>
            </w:r>
          </w:p>
        </w:tc>
      </w:tr>
      <w:tr w:rsidR="0048080A" w:rsidRPr="001E0447" w14:paraId="409872A6" w14:textId="77777777" w:rsidTr="001E0447">
        <w:trPr>
          <w:cantSplit/>
          <w:trHeight w:val="504"/>
          <w:jc w:val="center"/>
        </w:trPr>
        <w:tc>
          <w:tcPr>
            <w:tcW w:w="1998" w:type="dxa"/>
            <w:shd w:val="clear" w:color="auto" w:fill="F5F8F7"/>
            <w:tcMar>
              <w:top w:w="48" w:type="dxa"/>
              <w:left w:w="55" w:type="dxa"/>
              <w:bottom w:w="48" w:type="dxa"/>
              <w:right w:w="55" w:type="dxa"/>
            </w:tcMar>
          </w:tcPr>
          <w:p w14:paraId="65C68257" w14:textId="77777777" w:rsidR="0048080A" w:rsidRPr="001E0447" w:rsidRDefault="00961957">
            <w:pPr>
              <w:rPr>
                <w:szCs w:val="20"/>
              </w:rPr>
            </w:pPr>
            <w:r w:rsidRPr="001E0447">
              <w:rPr>
                <w:rFonts w:eastAsia="Arial"/>
                <w:b/>
                <w:color w:val="006747"/>
                <w:szCs w:val="20"/>
              </w:rPr>
              <w:t>Leadership / Authority</w:t>
            </w:r>
          </w:p>
        </w:tc>
        <w:tc>
          <w:tcPr>
            <w:tcW w:w="2502" w:type="dxa"/>
            <w:tcMar>
              <w:top w:w="48" w:type="dxa"/>
              <w:left w:w="55" w:type="dxa"/>
              <w:bottom w:w="48" w:type="dxa"/>
              <w:right w:w="55" w:type="dxa"/>
            </w:tcMar>
          </w:tcPr>
          <w:p w14:paraId="0B8320DA" w14:textId="77777777" w:rsidR="0048080A" w:rsidRPr="001E0447" w:rsidRDefault="00961957">
            <w:pPr>
              <w:rPr>
                <w:szCs w:val="20"/>
              </w:rPr>
            </w:pPr>
            <w:r w:rsidRPr="001E0447">
              <w:rPr>
                <w:rFonts w:eastAsia="Arial"/>
                <w:color w:val="222222"/>
                <w:szCs w:val="20"/>
              </w:rPr>
              <w:t>Orders of succession, delegations of authority, incident leadership assignments</w:t>
            </w:r>
          </w:p>
        </w:tc>
        <w:tc>
          <w:tcPr>
            <w:tcW w:w="1350" w:type="dxa"/>
            <w:tcMar>
              <w:top w:w="48" w:type="dxa"/>
              <w:left w:w="55" w:type="dxa"/>
              <w:bottom w:w="48" w:type="dxa"/>
              <w:right w:w="55" w:type="dxa"/>
            </w:tcMar>
          </w:tcPr>
          <w:p w14:paraId="40900C3C"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713226BF"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2C055C22"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64AC49CF" w14:textId="77777777" w:rsidR="0048080A" w:rsidRPr="001E0447" w:rsidRDefault="00961957">
            <w:pPr>
              <w:rPr>
                <w:szCs w:val="20"/>
              </w:rPr>
            </w:pPr>
            <w:r w:rsidRPr="001E0447">
              <w:rPr>
                <w:rFonts w:eastAsia="Arial"/>
                <w:i/>
                <w:color w:val="777777"/>
                <w:szCs w:val="20"/>
              </w:rPr>
              <w:t>&lt;Restricted? / notes&gt;</w:t>
            </w:r>
          </w:p>
        </w:tc>
      </w:tr>
      <w:tr w:rsidR="0048080A" w:rsidRPr="001E0447" w14:paraId="7940303A" w14:textId="77777777" w:rsidTr="001E0447">
        <w:trPr>
          <w:cantSplit/>
          <w:trHeight w:val="504"/>
          <w:jc w:val="center"/>
        </w:trPr>
        <w:tc>
          <w:tcPr>
            <w:tcW w:w="1998" w:type="dxa"/>
            <w:shd w:val="clear" w:color="auto" w:fill="E7F1ED"/>
            <w:tcMar>
              <w:top w:w="48" w:type="dxa"/>
              <w:left w:w="55" w:type="dxa"/>
              <w:bottom w:w="48" w:type="dxa"/>
              <w:right w:w="55" w:type="dxa"/>
            </w:tcMar>
          </w:tcPr>
          <w:p w14:paraId="33732C16" w14:textId="77777777" w:rsidR="0048080A" w:rsidRPr="001E0447" w:rsidRDefault="00961957">
            <w:pPr>
              <w:rPr>
                <w:szCs w:val="20"/>
              </w:rPr>
            </w:pPr>
            <w:r w:rsidRPr="001E0447">
              <w:rPr>
                <w:rFonts w:eastAsia="Arial"/>
                <w:b/>
                <w:color w:val="006747"/>
                <w:szCs w:val="20"/>
              </w:rPr>
              <w:t>Agreements / MOUs</w:t>
            </w:r>
          </w:p>
        </w:tc>
        <w:tc>
          <w:tcPr>
            <w:tcW w:w="2502" w:type="dxa"/>
            <w:tcMar>
              <w:top w:w="48" w:type="dxa"/>
              <w:left w:w="55" w:type="dxa"/>
              <w:bottom w:w="48" w:type="dxa"/>
              <w:right w:w="55" w:type="dxa"/>
            </w:tcMar>
          </w:tcPr>
          <w:p w14:paraId="646F2367" w14:textId="77777777" w:rsidR="0048080A" w:rsidRPr="001E0447" w:rsidRDefault="00961957">
            <w:pPr>
              <w:rPr>
                <w:szCs w:val="20"/>
              </w:rPr>
            </w:pPr>
            <w:r w:rsidRPr="001E0447">
              <w:rPr>
                <w:rFonts w:eastAsia="Arial"/>
                <w:color w:val="222222"/>
                <w:szCs w:val="20"/>
              </w:rPr>
              <w:t>Receiving/referral, transportation, staffing, pharmacy, supply, utility and other continuity agreements</w:t>
            </w:r>
          </w:p>
        </w:tc>
        <w:tc>
          <w:tcPr>
            <w:tcW w:w="1350" w:type="dxa"/>
            <w:tcMar>
              <w:top w:w="48" w:type="dxa"/>
              <w:left w:w="55" w:type="dxa"/>
              <w:bottom w:w="48" w:type="dxa"/>
              <w:right w:w="55" w:type="dxa"/>
            </w:tcMar>
          </w:tcPr>
          <w:p w14:paraId="16AE1756"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2FC20DD1"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4298E105"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7DFD4B56" w14:textId="77777777" w:rsidR="0048080A" w:rsidRPr="001E0447" w:rsidRDefault="00961957">
            <w:pPr>
              <w:rPr>
                <w:szCs w:val="20"/>
              </w:rPr>
            </w:pPr>
            <w:r w:rsidRPr="001E0447">
              <w:rPr>
                <w:rFonts w:eastAsia="Arial"/>
                <w:i/>
                <w:color w:val="777777"/>
                <w:szCs w:val="20"/>
              </w:rPr>
              <w:t>&lt;Restricted? / notes&gt;</w:t>
            </w:r>
          </w:p>
        </w:tc>
      </w:tr>
      <w:tr w:rsidR="0048080A" w:rsidRPr="001E0447" w14:paraId="48937BAB" w14:textId="77777777" w:rsidTr="001E0447">
        <w:trPr>
          <w:cantSplit/>
          <w:trHeight w:val="504"/>
          <w:jc w:val="center"/>
        </w:trPr>
        <w:tc>
          <w:tcPr>
            <w:tcW w:w="1998" w:type="dxa"/>
            <w:shd w:val="clear" w:color="auto" w:fill="F5F8F7"/>
            <w:tcMar>
              <w:top w:w="48" w:type="dxa"/>
              <w:left w:w="55" w:type="dxa"/>
              <w:bottom w:w="48" w:type="dxa"/>
              <w:right w:w="55" w:type="dxa"/>
            </w:tcMar>
          </w:tcPr>
          <w:p w14:paraId="2E87295E" w14:textId="77777777" w:rsidR="0048080A" w:rsidRPr="001E0447" w:rsidRDefault="00961957">
            <w:pPr>
              <w:rPr>
                <w:szCs w:val="20"/>
              </w:rPr>
            </w:pPr>
            <w:r w:rsidRPr="001E0447">
              <w:rPr>
                <w:rFonts w:eastAsia="Arial"/>
                <w:b/>
                <w:color w:val="006747"/>
                <w:szCs w:val="20"/>
              </w:rPr>
              <w:t>Resources / Supply Chain</w:t>
            </w:r>
          </w:p>
        </w:tc>
        <w:tc>
          <w:tcPr>
            <w:tcW w:w="2502" w:type="dxa"/>
            <w:tcMar>
              <w:top w:w="48" w:type="dxa"/>
              <w:left w:w="55" w:type="dxa"/>
              <w:bottom w:w="48" w:type="dxa"/>
              <w:right w:w="55" w:type="dxa"/>
            </w:tcMar>
          </w:tcPr>
          <w:p w14:paraId="124ABE36" w14:textId="77777777" w:rsidR="0048080A" w:rsidRPr="001E0447" w:rsidRDefault="00961957">
            <w:pPr>
              <w:rPr>
                <w:szCs w:val="20"/>
              </w:rPr>
            </w:pPr>
            <w:r w:rsidRPr="001E0447">
              <w:rPr>
                <w:rFonts w:eastAsia="Arial"/>
                <w:color w:val="222222"/>
                <w:szCs w:val="20"/>
              </w:rPr>
              <w:t>Critical resource inventories, par levels, alternate vendors, conservation and emergency procurement procedures</w:t>
            </w:r>
          </w:p>
        </w:tc>
        <w:tc>
          <w:tcPr>
            <w:tcW w:w="1350" w:type="dxa"/>
            <w:tcMar>
              <w:top w:w="48" w:type="dxa"/>
              <w:left w:w="55" w:type="dxa"/>
              <w:bottom w:w="48" w:type="dxa"/>
              <w:right w:w="55" w:type="dxa"/>
            </w:tcMar>
          </w:tcPr>
          <w:p w14:paraId="586FE6E5"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57F9D1C1"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25F0CEE7"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223E3C13" w14:textId="77777777" w:rsidR="0048080A" w:rsidRPr="001E0447" w:rsidRDefault="00961957">
            <w:pPr>
              <w:rPr>
                <w:szCs w:val="20"/>
              </w:rPr>
            </w:pPr>
            <w:r w:rsidRPr="001E0447">
              <w:rPr>
                <w:rFonts w:eastAsia="Arial"/>
                <w:i/>
                <w:color w:val="777777"/>
                <w:szCs w:val="20"/>
              </w:rPr>
              <w:t>&lt;Restricted? / notes&gt;</w:t>
            </w:r>
          </w:p>
        </w:tc>
      </w:tr>
      <w:tr w:rsidR="0048080A" w:rsidRPr="001E0447" w14:paraId="19A38326" w14:textId="77777777" w:rsidTr="001E0447">
        <w:trPr>
          <w:cantSplit/>
          <w:trHeight w:val="504"/>
          <w:jc w:val="center"/>
        </w:trPr>
        <w:tc>
          <w:tcPr>
            <w:tcW w:w="1998" w:type="dxa"/>
            <w:shd w:val="clear" w:color="auto" w:fill="E7F1ED"/>
            <w:tcMar>
              <w:top w:w="48" w:type="dxa"/>
              <w:left w:w="55" w:type="dxa"/>
              <w:bottom w:w="48" w:type="dxa"/>
              <w:right w:w="55" w:type="dxa"/>
            </w:tcMar>
          </w:tcPr>
          <w:p w14:paraId="5CFC35FF" w14:textId="77777777" w:rsidR="0048080A" w:rsidRPr="001E0447" w:rsidRDefault="00961957">
            <w:pPr>
              <w:rPr>
                <w:szCs w:val="20"/>
              </w:rPr>
            </w:pPr>
            <w:r w:rsidRPr="001E0447">
              <w:rPr>
                <w:rFonts w:eastAsia="Arial"/>
                <w:b/>
                <w:color w:val="006747"/>
                <w:szCs w:val="20"/>
              </w:rPr>
              <w:lastRenderedPageBreak/>
              <w:t>Evacuation / Relocation / SIP</w:t>
            </w:r>
          </w:p>
        </w:tc>
        <w:tc>
          <w:tcPr>
            <w:tcW w:w="2502" w:type="dxa"/>
            <w:tcMar>
              <w:top w:w="48" w:type="dxa"/>
              <w:left w:w="55" w:type="dxa"/>
              <w:bottom w:w="48" w:type="dxa"/>
              <w:right w:w="55" w:type="dxa"/>
            </w:tcMar>
          </w:tcPr>
          <w:p w14:paraId="52B06089" w14:textId="77777777" w:rsidR="0048080A" w:rsidRPr="001E0447" w:rsidRDefault="00961957">
            <w:pPr>
              <w:rPr>
                <w:szCs w:val="20"/>
              </w:rPr>
            </w:pPr>
            <w:r w:rsidRPr="001E0447">
              <w:rPr>
                <w:rFonts w:eastAsia="Arial"/>
                <w:color w:val="222222"/>
                <w:szCs w:val="20"/>
              </w:rPr>
              <w:t>Evacuation or relocation plans, routes, maps, alternate destinations, transportation capability and shelter-in-place information</w:t>
            </w:r>
          </w:p>
        </w:tc>
        <w:tc>
          <w:tcPr>
            <w:tcW w:w="1350" w:type="dxa"/>
            <w:tcMar>
              <w:top w:w="48" w:type="dxa"/>
              <w:left w:w="55" w:type="dxa"/>
              <w:bottom w:w="48" w:type="dxa"/>
              <w:right w:w="55" w:type="dxa"/>
            </w:tcMar>
          </w:tcPr>
          <w:p w14:paraId="53744CFF"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2FBABBB0"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29BF1BBE"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23980278" w14:textId="77777777" w:rsidR="0048080A" w:rsidRPr="001E0447" w:rsidRDefault="00961957">
            <w:pPr>
              <w:rPr>
                <w:szCs w:val="20"/>
              </w:rPr>
            </w:pPr>
            <w:r w:rsidRPr="001E0447">
              <w:rPr>
                <w:rFonts w:eastAsia="Arial"/>
                <w:i/>
                <w:color w:val="777777"/>
                <w:szCs w:val="20"/>
              </w:rPr>
              <w:t>&lt;Restricted? / notes&gt;</w:t>
            </w:r>
          </w:p>
        </w:tc>
      </w:tr>
      <w:tr w:rsidR="0048080A" w:rsidRPr="001E0447" w14:paraId="4459D504" w14:textId="77777777" w:rsidTr="001E0447">
        <w:trPr>
          <w:cantSplit/>
          <w:trHeight w:val="504"/>
          <w:jc w:val="center"/>
        </w:trPr>
        <w:tc>
          <w:tcPr>
            <w:tcW w:w="1998" w:type="dxa"/>
            <w:shd w:val="clear" w:color="auto" w:fill="F5F8F7"/>
            <w:tcMar>
              <w:top w:w="48" w:type="dxa"/>
              <w:left w:w="55" w:type="dxa"/>
              <w:bottom w:w="48" w:type="dxa"/>
              <w:right w:w="55" w:type="dxa"/>
            </w:tcMar>
          </w:tcPr>
          <w:p w14:paraId="30EAFC35" w14:textId="77777777" w:rsidR="0048080A" w:rsidRPr="001E0447" w:rsidRDefault="00961957">
            <w:pPr>
              <w:rPr>
                <w:szCs w:val="20"/>
              </w:rPr>
            </w:pPr>
            <w:r w:rsidRPr="001E0447">
              <w:rPr>
                <w:rFonts w:eastAsia="Arial"/>
                <w:b/>
                <w:color w:val="006747"/>
                <w:szCs w:val="20"/>
              </w:rPr>
              <w:t>Staffing</w:t>
            </w:r>
          </w:p>
        </w:tc>
        <w:tc>
          <w:tcPr>
            <w:tcW w:w="2502" w:type="dxa"/>
            <w:tcMar>
              <w:top w:w="48" w:type="dxa"/>
              <w:left w:w="55" w:type="dxa"/>
              <w:bottom w:w="48" w:type="dxa"/>
              <w:right w:w="55" w:type="dxa"/>
            </w:tcMar>
          </w:tcPr>
          <w:p w14:paraId="41DA47F5" w14:textId="77777777" w:rsidR="0048080A" w:rsidRPr="001E0447" w:rsidRDefault="00961957">
            <w:pPr>
              <w:rPr>
                <w:szCs w:val="20"/>
              </w:rPr>
            </w:pPr>
            <w:r w:rsidRPr="001E0447">
              <w:rPr>
                <w:rFonts w:eastAsia="Arial"/>
                <w:color w:val="222222"/>
                <w:szCs w:val="20"/>
              </w:rPr>
              <w:t>Emergency staffing plan, call-back rosters, agency resources, volunteer processes and staff-support procedures</w:t>
            </w:r>
          </w:p>
        </w:tc>
        <w:tc>
          <w:tcPr>
            <w:tcW w:w="1350" w:type="dxa"/>
            <w:tcMar>
              <w:top w:w="48" w:type="dxa"/>
              <w:left w:w="55" w:type="dxa"/>
              <w:bottom w:w="48" w:type="dxa"/>
              <w:right w:w="55" w:type="dxa"/>
            </w:tcMar>
          </w:tcPr>
          <w:p w14:paraId="6E075F83"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2BE818CE"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020C6630"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30B900A0" w14:textId="77777777" w:rsidR="0048080A" w:rsidRPr="001E0447" w:rsidRDefault="00961957">
            <w:pPr>
              <w:rPr>
                <w:szCs w:val="20"/>
              </w:rPr>
            </w:pPr>
            <w:r w:rsidRPr="001E0447">
              <w:rPr>
                <w:rFonts w:eastAsia="Arial"/>
                <w:i/>
                <w:color w:val="777777"/>
                <w:szCs w:val="20"/>
              </w:rPr>
              <w:t>&lt;Restricted? / notes&gt;</w:t>
            </w:r>
          </w:p>
        </w:tc>
      </w:tr>
      <w:tr w:rsidR="0048080A" w:rsidRPr="001E0447" w14:paraId="6CF5AE02" w14:textId="77777777" w:rsidTr="001E0447">
        <w:trPr>
          <w:cantSplit/>
          <w:trHeight w:val="504"/>
          <w:jc w:val="center"/>
        </w:trPr>
        <w:tc>
          <w:tcPr>
            <w:tcW w:w="1998" w:type="dxa"/>
            <w:shd w:val="clear" w:color="auto" w:fill="E7F1ED"/>
            <w:tcMar>
              <w:top w:w="48" w:type="dxa"/>
              <w:left w:w="55" w:type="dxa"/>
              <w:bottom w:w="48" w:type="dxa"/>
              <w:right w:w="55" w:type="dxa"/>
            </w:tcMar>
          </w:tcPr>
          <w:p w14:paraId="454DD198" w14:textId="77777777" w:rsidR="0048080A" w:rsidRPr="001E0447" w:rsidRDefault="00961957">
            <w:pPr>
              <w:rPr>
                <w:szCs w:val="20"/>
              </w:rPr>
            </w:pPr>
            <w:r w:rsidRPr="001E0447">
              <w:rPr>
                <w:rFonts w:eastAsia="Arial"/>
                <w:b/>
                <w:color w:val="006747"/>
                <w:szCs w:val="20"/>
              </w:rPr>
              <w:t>Utilities / Emergency Power</w:t>
            </w:r>
          </w:p>
        </w:tc>
        <w:tc>
          <w:tcPr>
            <w:tcW w:w="2502" w:type="dxa"/>
            <w:tcMar>
              <w:top w:w="48" w:type="dxa"/>
              <w:left w:w="55" w:type="dxa"/>
              <w:bottom w:w="48" w:type="dxa"/>
              <w:right w:w="55" w:type="dxa"/>
            </w:tcMar>
          </w:tcPr>
          <w:p w14:paraId="556E9793" w14:textId="77777777" w:rsidR="0048080A" w:rsidRPr="001E0447" w:rsidRDefault="00961957">
            <w:pPr>
              <w:rPr>
                <w:szCs w:val="20"/>
              </w:rPr>
            </w:pPr>
            <w:r w:rsidRPr="001E0447">
              <w:rPr>
                <w:rFonts w:eastAsia="Arial"/>
                <w:color w:val="222222"/>
                <w:szCs w:val="20"/>
              </w:rPr>
              <w:t>Generator details, fuel plans, supported loads, utility contingency procedures and testing/maintenance records</w:t>
            </w:r>
          </w:p>
        </w:tc>
        <w:tc>
          <w:tcPr>
            <w:tcW w:w="1350" w:type="dxa"/>
            <w:tcMar>
              <w:top w:w="48" w:type="dxa"/>
              <w:left w:w="55" w:type="dxa"/>
              <w:bottom w:w="48" w:type="dxa"/>
              <w:right w:w="55" w:type="dxa"/>
            </w:tcMar>
          </w:tcPr>
          <w:p w14:paraId="0EB9B6B3"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05A2B1C5"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4D8A83A5"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55E929CE" w14:textId="77777777" w:rsidR="0048080A" w:rsidRPr="001E0447" w:rsidRDefault="00961957">
            <w:pPr>
              <w:rPr>
                <w:szCs w:val="20"/>
              </w:rPr>
            </w:pPr>
            <w:r w:rsidRPr="001E0447">
              <w:rPr>
                <w:rFonts w:eastAsia="Arial"/>
                <w:i/>
                <w:color w:val="777777"/>
                <w:szCs w:val="20"/>
              </w:rPr>
              <w:t>&lt;Restricted? / notes&gt;</w:t>
            </w:r>
          </w:p>
        </w:tc>
      </w:tr>
      <w:tr w:rsidR="0048080A" w:rsidRPr="001E0447" w14:paraId="0C97C0D6" w14:textId="77777777" w:rsidTr="001E0447">
        <w:trPr>
          <w:cantSplit/>
          <w:trHeight w:val="504"/>
          <w:jc w:val="center"/>
        </w:trPr>
        <w:tc>
          <w:tcPr>
            <w:tcW w:w="1998" w:type="dxa"/>
            <w:shd w:val="clear" w:color="auto" w:fill="F5F8F7"/>
            <w:tcMar>
              <w:top w:w="48" w:type="dxa"/>
              <w:left w:w="55" w:type="dxa"/>
              <w:bottom w:w="48" w:type="dxa"/>
              <w:right w:w="55" w:type="dxa"/>
            </w:tcMar>
          </w:tcPr>
          <w:p w14:paraId="28216B54" w14:textId="77777777" w:rsidR="0048080A" w:rsidRPr="001E0447" w:rsidRDefault="00961957">
            <w:pPr>
              <w:rPr>
                <w:szCs w:val="20"/>
              </w:rPr>
            </w:pPr>
            <w:r w:rsidRPr="001E0447">
              <w:rPr>
                <w:rFonts w:eastAsia="Arial"/>
                <w:b/>
                <w:color w:val="006747"/>
                <w:szCs w:val="20"/>
              </w:rPr>
              <w:t>Fire / Life Safety</w:t>
            </w:r>
          </w:p>
        </w:tc>
        <w:tc>
          <w:tcPr>
            <w:tcW w:w="2502" w:type="dxa"/>
            <w:tcMar>
              <w:top w:w="48" w:type="dxa"/>
              <w:left w:w="55" w:type="dxa"/>
              <w:bottom w:w="48" w:type="dxa"/>
              <w:right w:w="55" w:type="dxa"/>
            </w:tcMar>
          </w:tcPr>
          <w:p w14:paraId="251F3EDF" w14:textId="77777777" w:rsidR="0048080A" w:rsidRPr="001E0447" w:rsidRDefault="00961957">
            <w:pPr>
              <w:rPr>
                <w:szCs w:val="20"/>
              </w:rPr>
            </w:pPr>
            <w:r w:rsidRPr="001E0447">
              <w:rPr>
                <w:rFonts w:eastAsia="Arial"/>
                <w:color w:val="222222"/>
                <w:szCs w:val="20"/>
              </w:rPr>
              <w:t>Applicable inspection/testing records, impairment documentation and corrective actions</w:t>
            </w:r>
          </w:p>
        </w:tc>
        <w:tc>
          <w:tcPr>
            <w:tcW w:w="1350" w:type="dxa"/>
            <w:tcMar>
              <w:top w:w="48" w:type="dxa"/>
              <w:left w:w="55" w:type="dxa"/>
              <w:bottom w:w="48" w:type="dxa"/>
              <w:right w:w="55" w:type="dxa"/>
            </w:tcMar>
          </w:tcPr>
          <w:p w14:paraId="3ABBC42F"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50620A60"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5C34F3C4"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76789FCF" w14:textId="77777777" w:rsidR="0048080A" w:rsidRPr="001E0447" w:rsidRDefault="00961957">
            <w:pPr>
              <w:rPr>
                <w:szCs w:val="20"/>
              </w:rPr>
            </w:pPr>
            <w:r w:rsidRPr="001E0447">
              <w:rPr>
                <w:rFonts w:eastAsia="Arial"/>
                <w:i/>
                <w:color w:val="777777"/>
                <w:szCs w:val="20"/>
              </w:rPr>
              <w:t>&lt;Restricted? / notes&gt;</w:t>
            </w:r>
          </w:p>
        </w:tc>
      </w:tr>
      <w:tr w:rsidR="0048080A" w:rsidRPr="001E0447" w14:paraId="44B5ADEE" w14:textId="77777777" w:rsidTr="001E0447">
        <w:trPr>
          <w:cantSplit/>
          <w:trHeight w:val="504"/>
          <w:jc w:val="center"/>
        </w:trPr>
        <w:tc>
          <w:tcPr>
            <w:tcW w:w="1998" w:type="dxa"/>
            <w:shd w:val="clear" w:color="auto" w:fill="E7F1ED"/>
            <w:tcMar>
              <w:top w:w="48" w:type="dxa"/>
              <w:left w:w="55" w:type="dxa"/>
              <w:bottom w:w="48" w:type="dxa"/>
              <w:right w:w="55" w:type="dxa"/>
            </w:tcMar>
          </w:tcPr>
          <w:p w14:paraId="34CD964D" w14:textId="77777777" w:rsidR="0048080A" w:rsidRPr="001E0447" w:rsidRDefault="00961957">
            <w:pPr>
              <w:rPr>
                <w:szCs w:val="20"/>
              </w:rPr>
            </w:pPr>
            <w:r w:rsidRPr="001E0447">
              <w:rPr>
                <w:rFonts w:eastAsia="Arial"/>
                <w:b/>
                <w:color w:val="006747"/>
                <w:szCs w:val="20"/>
              </w:rPr>
              <w:t>Training</w:t>
            </w:r>
          </w:p>
        </w:tc>
        <w:tc>
          <w:tcPr>
            <w:tcW w:w="2502" w:type="dxa"/>
            <w:tcMar>
              <w:top w:w="48" w:type="dxa"/>
              <w:left w:w="55" w:type="dxa"/>
              <w:bottom w:w="48" w:type="dxa"/>
              <w:right w:w="55" w:type="dxa"/>
            </w:tcMar>
          </w:tcPr>
          <w:p w14:paraId="4E0BE987" w14:textId="77777777" w:rsidR="0048080A" w:rsidRPr="001E0447" w:rsidRDefault="00961957">
            <w:pPr>
              <w:rPr>
                <w:szCs w:val="20"/>
              </w:rPr>
            </w:pPr>
            <w:r w:rsidRPr="001E0447">
              <w:rPr>
                <w:rFonts w:eastAsia="Arial"/>
                <w:color w:val="222222"/>
                <w:szCs w:val="20"/>
              </w:rPr>
              <w:t>Initial, annual, just-in-time or other applicable emergency preparedness training records and competency evidence</w:t>
            </w:r>
          </w:p>
        </w:tc>
        <w:tc>
          <w:tcPr>
            <w:tcW w:w="1350" w:type="dxa"/>
            <w:tcMar>
              <w:top w:w="48" w:type="dxa"/>
              <w:left w:w="55" w:type="dxa"/>
              <w:bottom w:w="48" w:type="dxa"/>
              <w:right w:w="55" w:type="dxa"/>
            </w:tcMar>
          </w:tcPr>
          <w:p w14:paraId="3A0ACCEA"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4B6403ED"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56F7698C"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6C990084" w14:textId="77777777" w:rsidR="0048080A" w:rsidRPr="001E0447" w:rsidRDefault="00961957" w:rsidP="001E0447">
            <w:pPr>
              <w:ind w:right="1200"/>
              <w:rPr>
                <w:szCs w:val="20"/>
              </w:rPr>
            </w:pPr>
            <w:r w:rsidRPr="001E0447">
              <w:rPr>
                <w:rFonts w:eastAsia="Arial"/>
                <w:i/>
                <w:color w:val="777777"/>
                <w:szCs w:val="20"/>
              </w:rPr>
              <w:t>&lt;Restricted? / notes&gt;</w:t>
            </w:r>
          </w:p>
        </w:tc>
      </w:tr>
      <w:tr w:rsidR="0048080A" w:rsidRPr="001E0447" w14:paraId="49D11989" w14:textId="77777777" w:rsidTr="001E0447">
        <w:trPr>
          <w:cantSplit/>
          <w:trHeight w:val="504"/>
          <w:jc w:val="center"/>
        </w:trPr>
        <w:tc>
          <w:tcPr>
            <w:tcW w:w="1998" w:type="dxa"/>
            <w:shd w:val="clear" w:color="auto" w:fill="F5F8F7"/>
            <w:tcMar>
              <w:top w:w="48" w:type="dxa"/>
              <w:left w:w="55" w:type="dxa"/>
              <w:bottom w:w="48" w:type="dxa"/>
              <w:right w:w="55" w:type="dxa"/>
            </w:tcMar>
          </w:tcPr>
          <w:p w14:paraId="08DE658C" w14:textId="77777777" w:rsidR="0048080A" w:rsidRPr="001E0447" w:rsidRDefault="00961957">
            <w:pPr>
              <w:rPr>
                <w:szCs w:val="20"/>
              </w:rPr>
            </w:pPr>
            <w:r w:rsidRPr="001E0447">
              <w:rPr>
                <w:rFonts w:eastAsia="Arial"/>
                <w:b/>
                <w:color w:val="006747"/>
                <w:szCs w:val="20"/>
              </w:rPr>
              <w:t>Exercises / Drills / AAR</w:t>
            </w:r>
          </w:p>
        </w:tc>
        <w:tc>
          <w:tcPr>
            <w:tcW w:w="2502" w:type="dxa"/>
            <w:tcMar>
              <w:top w:w="48" w:type="dxa"/>
              <w:left w:w="55" w:type="dxa"/>
              <w:bottom w:w="48" w:type="dxa"/>
              <w:right w:w="55" w:type="dxa"/>
            </w:tcMar>
          </w:tcPr>
          <w:p w14:paraId="56EA566B" w14:textId="77777777" w:rsidR="0048080A" w:rsidRPr="001E0447" w:rsidRDefault="00961957">
            <w:pPr>
              <w:rPr>
                <w:szCs w:val="20"/>
              </w:rPr>
            </w:pPr>
            <w:r w:rsidRPr="001E0447">
              <w:rPr>
                <w:rFonts w:eastAsia="Arial"/>
                <w:color w:val="222222"/>
                <w:szCs w:val="20"/>
              </w:rPr>
              <w:t>Exercise/drill records, actual-event documentation, AAR/IPs, corrective-action logs and evidence of completion</w:t>
            </w:r>
          </w:p>
        </w:tc>
        <w:tc>
          <w:tcPr>
            <w:tcW w:w="1350" w:type="dxa"/>
            <w:tcMar>
              <w:top w:w="48" w:type="dxa"/>
              <w:left w:w="55" w:type="dxa"/>
              <w:bottom w:w="48" w:type="dxa"/>
              <w:right w:w="55" w:type="dxa"/>
            </w:tcMar>
          </w:tcPr>
          <w:p w14:paraId="7702274D"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28AAAC69"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36A5004D"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730960BD" w14:textId="77777777" w:rsidR="0048080A" w:rsidRPr="001E0447" w:rsidRDefault="00961957">
            <w:pPr>
              <w:rPr>
                <w:szCs w:val="20"/>
              </w:rPr>
            </w:pPr>
            <w:r w:rsidRPr="001E0447">
              <w:rPr>
                <w:rFonts w:eastAsia="Arial"/>
                <w:i/>
                <w:color w:val="777777"/>
                <w:szCs w:val="20"/>
              </w:rPr>
              <w:t>&lt;Restricted? / notes&gt;</w:t>
            </w:r>
          </w:p>
        </w:tc>
      </w:tr>
      <w:tr w:rsidR="0048080A" w:rsidRPr="001E0447" w14:paraId="2AADFCAF" w14:textId="77777777" w:rsidTr="001E0447">
        <w:trPr>
          <w:cantSplit/>
          <w:trHeight w:val="504"/>
          <w:jc w:val="center"/>
        </w:trPr>
        <w:tc>
          <w:tcPr>
            <w:tcW w:w="1998" w:type="dxa"/>
            <w:shd w:val="clear" w:color="auto" w:fill="E7F1ED"/>
            <w:tcMar>
              <w:top w:w="48" w:type="dxa"/>
              <w:left w:w="55" w:type="dxa"/>
              <w:bottom w:w="48" w:type="dxa"/>
              <w:right w:w="55" w:type="dxa"/>
            </w:tcMar>
          </w:tcPr>
          <w:p w14:paraId="75CD85BE" w14:textId="77777777" w:rsidR="0048080A" w:rsidRPr="001E0447" w:rsidRDefault="00961957">
            <w:pPr>
              <w:rPr>
                <w:szCs w:val="20"/>
              </w:rPr>
            </w:pPr>
            <w:r w:rsidRPr="001E0447">
              <w:rPr>
                <w:rFonts w:eastAsia="Arial"/>
                <w:b/>
                <w:color w:val="006747"/>
                <w:szCs w:val="20"/>
              </w:rPr>
              <w:t>Public Health / Infection Prevention</w:t>
            </w:r>
          </w:p>
        </w:tc>
        <w:tc>
          <w:tcPr>
            <w:tcW w:w="2502" w:type="dxa"/>
            <w:tcMar>
              <w:top w:w="48" w:type="dxa"/>
              <w:left w:w="55" w:type="dxa"/>
              <w:bottom w:w="48" w:type="dxa"/>
              <w:right w:w="55" w:type="dxa"/>
            </w:tcMar>
          </w:tcPr>
          <w:p w14:paraId="6890B638" w14:textId="77777777" w:rsidR="0048080A" w:rsidRPr="001E0447" w:rsidRDefault="00961957">
            <w:pPr>
              <w:rPr>
                <w:szCs w:val="20"/>
              </w:rPr>
            </w:pPr>
            <w:r w:rsidRPr="001E0447">
              <w:rPr>
                <w:rFonts w:eastAsia="Arial"/>
                <w:color w:val="222222"/>
                <w:szCs w:val="20"/>
              </w:rPr>
              <w:t>Outbreak procedures, reporting processes, PPE/respiratory-protection continuity and related records</w:t>
            </w:r>
          </w:p>
        </w:tc>
        <w:tc>
          <w:tcPr>
            <w:tcW w:w="1350" w:type="dxa"/>
            <w:tcMar>
              <w:top w:w="48" w:type="dxa"/>
              <w:left w:w="55" w:type="dxa"/>
              <w:bottom w:w="48" w:type="dxa"/>
              <w:right w:w="55" w:type="dxa"/>
            </w:tcMar>
          </w:tcPr>
          <w:p w14:paraId="12AB6746"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54A5B59B"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7434D897"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2A661E87" w14:textId="77777777" w:rsidR="0048080A" w:rsidRPr="001E0447" w:rsidRDefault="00961957">
            <w:pPr>
              <w:rPr>
                <w:szCs w:val="20"/>
              </w:rPr>
            </w:pPr>
            <w:r w:rsidRPr="001E0447">
              <w:rPr>
                <w:rFonts w:eastAsia="Arial"/>
                <w:i/>
                <w:color w:val="777777"/>
                <w:szCs w:val="20"/>
              </w:rPr>
              <w:t>&lt;Restricted? / notes&gt;</w:t>
            </w:r>
          </w:p>
        </w:tc>
      </w:tr>
      <w:tr w:rsidR="0048080A" w:rsidRPr="001E0447" w14:paraId="3DBA8D78" w14:textId="77777777" w:rsidTr="001E0447">
        <w:trPr>
          <w:cantSplit/>
          <w:trHeight w:val="504"/>
          <w:jc w:val="center"/>
        </w:trPr>
        <w:tc>
          <w:tcPr>
            <w:tcW w:w="1998" w:type="dxa"/>
            <w:shd w:val="clear" w:color="auto" w:fill="F5F8F7"/>
            <w:tcMar>
              <w:top w:w="48" w:type="dxa"/>
              <w:left w:w="55" w:type="dxa"/>
              <w:bottom w:w="48" w:type="dxa"/>
              <w:right w:w="55" w:type="dxa"/>
            </w:tcMar>
          </w:tcPr>
          <w:p w14:paraId="6FC37EAB" w14:textId="77777777" w:rsidR="0048080A" w:rsidRPr="001E0447" w:rsidRDefault="00961957">
            <w:pPr>
              <w:rPr>
                <w:szCs w:val="20"/>
              </w:rPr>
            </w:pPr>
            <w:r w:rsidRPr="001E0447">
              <w:rPr>
                <w:rFonts w:eastAsia="Arial"/>
                <w:b/>
                <w:color w:val="006747"/>
                <w:szCs w:val="20"/>
              </w:rPr>
              <w:lastRenderedPageBreak/>
              <w:t>IT / EHR / Cyber Downtime</w:t>
            </w:r>
          </w:p>
        </w:tc>
        <w:tc>
          <w:tcPr>
            <w:tcW w:w="2502" w:type="dxa"/>
            <w:tcMar>
              <w:top w:w="48" w:type="dxa"/>
              <w:left w:w="55" w:type="dxa"/>
              <w:bottom w:w="48" w:type="dxa"/>
              <w:right w:w="55" w:type="dxa"/>
            </w:tcMar>
          </w:tcPr>
          <w:p w14:paraId="39DF4FB2" w14:textId="77777777" w:rsidR="0048080A" w:rsidRPr="001E0447" w:rsidRDefault="00961957">
            <w:pPr>
              <w:rPr>
                <w:szCs w:val="20"/>
              </w:rPr>
            </w:pPr>
            <w:r w:rsidRPr="001E0447">
              <w:rPr>
                <w:rFonts w:eastAsia="Arial"/>
                <w:color w:val="222222"/>
                <w:szCs w:val="20"/>
              </w:rPr>
              <w:t>Downtime procedures, backup/recovery documentation, paper processes and cyber incident procedures</w:t>
            </w:r>
          </w:p>
        </w:tc>
        <w:tc>
          <w:tcPr>
            <w:tcW w:w="1350" w:type="dxa"/>
            <w:tcMar>
              <w:top w:w="48" w:type="dxa"/>
              <w:left w:w="55" w:type="dxa"/>
              <w:bottom w:w="48" w:type="dxa"/>
              <w:right w:w="55" w:type="dxa"/>
            </w:tcMar>
          </w:tcPr>
          <w:p w14:paraId="470136F5"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14A61FEF"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4423DFE0"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2F507C3A" w14:textId="77777777" w:rsidR="0048080A" w:rsidRPr="001E0447" w:rsidRDefault="00961957">
            <w:pPr>
              <w:rPr>
                <w:szCs w:val="20"/>
              </w:rPr>
            </w:pPr>
            <w:r w:rsidRPr="001E0447">
              <w:rPr>
                <w:rFonts w:eastAsia="Arial"/>
                <w:i/>
                <w:color w:val="777777"/>
                <w:szCs w:val="20"/>
              </w:rPr>
              <w:t>&lt;Restricted? / notes&gt;</w:t>
            </w:r>
          </w:p>
        </w:tc>
      </w:tr>
      <w:tr w:rsidR="0048080A" w:rsidRPr="001E0447" w14:paraId="477B4360" w14:textId="77777777" w:rsidTr="001E0447">
        <w:trPr>
          <w:cantSplit/>
          <w:trHeight w:val="504"/>
          <w:jc w:val="center"/>
        </w:trPr>
        <w:tc>
          <w:tcPr>
            <w:tcW w:w="1998" w:type="dxa"/>
            <w:shd w:val="clear" w:color="auto" w:fill="E7F1ED"/>
            <w:tcMar>
              <w:top w:w="48" w:type="dxa"/>
              <w:left w:w="55" w:type="dxa"/>
              <w:bottom w:w="48" w:type="dxa"/>
              <w:right w:w="55" w:type="dxa"/>
            </w:tcMar>
          </w:tcPr>
          <w:p w14:paraId="38D20A9D" w14:textId="77777777" w:rsidR="0048080A" w:rsidRPr="001E0447" w:rsidRDefault="00961957">
            <w:pPr>
              <w:rPr>
                <w:szCs w:val="20"/>
              </w:rPr>
            </w:pPr>
            <w:r w:rsidRPr="001E0447">
              <w:rPr>
                <w:rFonts w:eastAsia="Arial"/>
                <w:b/>
                <w:color w:val="006747"/>
                <w:szCs w:val="20"/>
              </w:rPr>
              <w:t>Clinical / Operational Continuity</w:t>
            </w:r>
          </w:p>
        </w:tc>
        <w:tc>
          <w:tcPr>
            <w:tcW w:w="2502" w:type="dxa"/>
            <w:tcMar>
              <w:top w:w="48" w:type="dxa"/>
              <w:left w:w="55" w:type="dxa"/>
              <w:bottom w:w="48" w:type="dxa"/>
              <w:right w:w="55" w:type="dxa"/>
            </w:tcMar>
          </w:tcPr>
          <w:p w14:paraId="6CEDF097" w14:textId="77777777" w:rsidR="0048080A" w:rsidRPr="001E0447" w:rsidRDefault="00961957">
            <w:pPr>
              <w:rPr>
                <w:szCs w:val="20"/>
              </w:rPr>
            </w:pPr>
            <w:r w:rsidRPr="001E0447">
              <w:rPr>
                <w:rFonts w:eastAsia="Arial"/>
                <w:color w:val="222222"/>
                <w:szCs w:val="20"/>
              </w:rPr>
              <w:t>Medication, oxygen/DME, laboratory, referral/transfer, alternate-workflow and essential-service continuity evidence</w:t>
            </w:r>
          </w:p>
        </w:tc>
        <w:tc>
          <w:tcPr>
            <w:tcW w:w="1350" w:type="dxa"/>
            <w:tcMar>
              <w:top w:w="48" w:type="dxa"/>
              <w:left w:w="55" w:type="dxa"/>
              <w:bottom w:w="48" w:type="dxa"/>
              <w:right w:w="55" w:type="dxa"/>
            </w:tcMar>
          </w:tcPr>
          <w:p w14:paraId="7F33BC99"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7ED74193"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22FB9852"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290F3544" w14:textId="77777777" w:rsidR="0048080A" w:rsidRPr="001E0447" w:rsidRDefault="00961957">
            <w:pPr>
              <w:rPr>
                <w:szCs w:val="20"/>
              </w:rPr>
            </w:pPr>
            <w:r w:rsidRPr="001E0447">
              <w:rPr>
                <w:rFonts w:eastAsia="Arial"/>
                <w:i/>
                <w:color w:val="777777"/>
                <w:szCs w:val="20"/>
              </w:rPr>
              <w:t>&lt;Restricted? / notes&gt;</w:t>
            </w:r>
          </w:p>
        </w:tc>
      </w:tr>
      <w:tr w:rsidR="0048080A" w:rsidRPr="001E0447" w14:paraId="32BD77F9" w14:textId="77777777" w:rsidTr="001E0447">
        <w:trPr>
          <w:cantSplit/>
          <w:trHeight w:val="504"/>
          <w:jc w:val="center"/>
        </w:trPr>
        <w:tc>
          <w:tcPr>
            <w:tcW w:w="1998" w:type="dxa"/>
            <w:shd w:val="clear" w:color="auto" w:fill="F5F8F7"/>
            <w:tcMar>
              <w:top w:w="48" w:type="dxa"/>
              <w:left w:w="55" w:type="dxa"/>
              <w:bottom w:w="48" w:type="dxa"/>
              <w:right w:w="55" w:type="dxa"/>
            </w:tcMar>
          </w:tcPr>
          <w:p w14:paraId="5ED49343" w14:textId="77777777" w:rsidR="0048080A" w:rsidRPr="001E0447" w:rsidRDefault="00961957">
            <w:pPr>
              <w:rPr>
                <w:szCs w:val="20"/>
              </w:rPr>
            </w:pPr>
            <w:r w:rsidRPr="001E0447">
              <w:rPr>
                <w:rFonts w:eastAsia="Arial"/>
                <w:b/>
                <w:color w:val="006747"/>
                <w:szCs w:val="20"/>
              </w:rPr>
              <w:t>Incident / Regulatory Reporting</w:t>
            </w:r>
          </w:p>
        </w:tc>
        <w:tc>
          <w:tcPr>
            <w:tcW w:w="2502" w:type="dxa"/>
            <w:tcMar>
              <w:top w:w="48" w:type="dxa"/>
              <w:left w:w="55" w:type="dxa"/>
              <w:bottom w:w="48" w:type="dxa"/>
              <w:right w:w="55" w:type="dxa"/>
            </w:tcMar>
          </w:tcPr>
          <w:p w14:paraId="1C2265EE" w14:textId="77777777" w:rsidR="0048080A" w:rsidRPr="001E0447" w:rsidRDefault="00961957">
            <w:pPr>
              <w:rPr>
                <w:szCs w:val="20"/>
              </w:rPr>
            </w:pPr>
            <w:r w:rsidRPr="001E0447">
              <w:rPr>
                <w:rFonts w:eastAsia="Arial"/>
                <w:color w:val="222222"/>
                <w:szCs w:val="20"/>
              </w:rPr>
              <w:t>Incident reports, required notifications, re-entry/recovery records and external reporting documentation</w:t>
            </w:r>
          </w:p>
        </w:tc>
        <w:tc>
          <w:tcPr>
            <w:tcW w:w="1350" w:type="dxa"/>
            <w:tcMar>
              <w:top w:w="48" w:type="dxa"/>
              <w:left w:w="55" w:type="dxa"/>
              <w:bottom w:w="48" w:type="dxa"/>
              <w:right w:w="55" w:type="dxa"/>
            </w:tcMar>
          </w:tcPr>
          <w:p w14:paraId="6EAD2736"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03C634F6"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65EA7C09"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6FA547B9" w14:textId="77777777" w:rsidR="0048080A" w:rsidRPr="001E0447" w:rsidRDefault="00961957">
            <w:pPr>
              <w:rPr>
                <w:szCs w:val="20"/>
              </w:rPr>
            </w:pPr>
            <w:r w:rsidRPr="001E0447">
              <w:rPr>
                <w:rFonts w:eastAsia="Arial"/>
                <w:i/>
                <w:color w:val="777777"/>
                <w:szCs w:val="20"/>
              </w:rPr>
              <w:t>&lt;Restricted? / notes&gt;</w:t>
            </w:r>
          </w:p>
        </w:tc>
      </w:tr>
      <w:tr w:rsidR="0048080A" w:rsidRPr="001E0447" w14:paraId="570F6024" w14:textId="77777777" w:rsidTr="001E0447">
        <w:trPr>
          <w:cantSplit/>
          <w:trHeight w:val="504"/>
          <w:jc w:val="center"/>
        </w:trPr>
        <w:tc>
          <w:tcPr>
            <w:tcW w:w="1998" w:type="dxa"/>
            <w:shd w:val="clear" w:color="auto" w:fill="E7F1ED"/>
            <w:tcMar>
              <w:top w:w="48" w:type="dxa"/>
              <w:left w:w="55" w:type="dxa"/>
              <w:bottom w:w="48" w:type="dxa"/>
              <w:right w:w="55" w:type="dxa"/>
            </w:tcMar>
          </w:tcPr>
          <w:p w14:paraId="29B0575C" w14:textId="77777777" w:rsidR="0048080A" w:rsidRPr="001E0447" w:rsidRDefault="00961957">
            <w:pPr>
              <w:rPr>
                <w:szCs w:val="20"/>
              </w:rPr>
            </w:pPr>
            <w:r w:rsidRPr="001E0447">
              <w:rPr>
                <w:rFonts w:eastAsia="Arial"/>
                <w:b/>
                <w:color w:val="006747"/>
                <w:szCs w:val="20"/>
              </w:rPr>
              <w:t>Licensing / Certification / Accreditation</w:t>
            </w:r>
          </w:p>
        </w:tc>
        <w:tc>
          <w:tcPr>
            <w:tcW w:w="2502" w:type="dxa"/>
            <w:tcMar>
              <w:top w:w="48" w:type="dxa"/>
              <w:left w:w="55" w:type="dxa"/>
              <w:bottom w:w="48" w:type="dxa"/>
              <w:right w:w="55" w:type="dxa"/>
            </w:tcMar>
          </w:tcPr>
          <w:p w14:paraId="6D143E55" w14:textId="77777777" w:rsidR="0048080A" w:rsidRPr="001E0447" w:rsidRDefault="00961957">
            <w:pPr>
              <w:rPr>
                <w:szCs w:val="20"/>
              </w:rPr>
            </w:pPr>
            <w:r w:rsidRPr="001E0447">
              <w:rPr>
                <w:rFonts w:eastAsia="Arial"/>
                <w:color w:val="222222"/>
                <w:szCs w:val="20"/>
              </w:rPr>
              <w:t>Current licenses, certifications, accreditation documents and provider-specific regulatory references</w:t>
            </w:r>
          </w:p>
        </w:tc>
        <w:tc>
          <w:tcPr>
            <w:tcW w:w="1350" w:type="dxa"/>
            <w:tcMar>
              <w:top w:w="48" w:type="dxa"/>
              <w:left w:w="55" w:type="dxa"/>
              <w:bottom w:w="48" w:type="dxa"/>
              <w:right w:w="55" w:type="dxa"/>
            </w:tcMar>
          </w:tcPr>
          <w:p w14:paraId="3CA841E2"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1DF45073"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40BEFAFC"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79AF59A7" w14:textId="77777777" w:rsidR="0048080A" w:rsidRPr="001E0447" w:rsidRDefault="00961957">
            <w:pPr>
              <w:rPr>
                <w:szCs w:val="20"/>
              </w:rPr>
            </w:pPr>
            <w:r w:rsidRPr="001E0447">
              <w:rPr>
                <w:rFonts w:eastAsia="Arial"/>
                <w:i/>
                <w:color w:val="777777"/>
                <w:szCs w:val="20"/>
              </w:rPr>
              <w:t>&lt;Restricted? / notes&gt;</w:t>
            </w:r>
          </w:p>
        </w:tc>
      </w:tr>
      <w:tr w:rsidR="0048080A" w:rsidRPr="001E0447" w14:paraId="0A1CC26A" w14:textId="77777777" w:rsidTr="001E0447">
        <w:trPr>
          <w:cantSplit/>
          <w:trHeight w:val="504"/>
          <w:jc w:val="center"/>
        </w:trPr>
        <w:tc>
          <w:tcPr>
            <w:tcW w:w="1998" w:type="dxa"/>
            <w:shd w:val="clear" w:color="auto" w:fill="F5F8F7"/>
            <w:tcMar>
              <w:top w:w="48" w:type="dxa"/>
              <w:left w:w="55" w:type="dxa"/>
              <w:bottom w:w="48" w:type="dxa"/>
              <w:right w:w="55" w:type="dxa"/>
            </w:tcMar>
          </w:tcPr>
          <w:p w14:paraId="03E82451" w14:textId="77777777" w:rsidR="0048080A" w:rsidRPr="001E0447" w:rsidRDefault="00961957">
            <w:pPr>
              <w:rPr>
                <w:szCs w:val="20"/>
              </w:rPr>
            </w:pPr>
            <w:r w:rsidRPr="001E0447">
              <w:rPr>
                <w:rFonts w:eastAsia="Arial"/>
                <w:b/>
                <w:color w:val="006747"/>
                <w:szCs w:val="20"/>
              </w:rPr>
              <w:t>Other</w:t>
            </w:r>
          </w:p>
        </w:tc>
        <w:tc>
          <w:tcPr>
            <w:tcW w:w="2502" w:type="dxa"/>
            <w:tcMar>
              <w:top w:w="48" w:type="dxa"/>
              <w:left w:w="55" w:type="dxa"/>
              <w:bottom w:w="48" w:type="dxa"/>
              <w:right w:w="55" w:type="dxa"/>
            </w:tcMar>
          </w:tcPr>
          <w:p w14:paraId="7BC5E5BA" w14:textId="77777777" w:rsidR="0048080A" w:rsidRPr="001E0447" w:rsidRDefault="00961957">
            <w:pPr>
              <w:rPr>
                <w:szCs w:val="20"/>
              </w:rPr>
            </w:pPr>
            <w:r w:rsidRPr="001E0447">
              <w:rPr>
                <w:rFonts w:eastAsia="Arial"/>
                <w:color w:val="222222"/>
                <w:szCs w:val="20"/>
              </w:rPr>
              <w:t>Other emergency preparedness evidence identified by the organization</w:t>
            </w:r>
          </w:p>
        </w:tc>
        <w:tc>
          <w:tcPr>
            <w:tcW w:w="1350" w:type="dxa"/>
            <w:tcMar>
              <w:top w:w="48" w:type="dxa"/>
              <w:left w:w="55" w:type="dxa"/>
              <w:bottom w:w="48" w:type="dxa"/>
              <w:right w:w="55" w:type="dxa"/>
            </w:tcMar>
          </w:tcPr>
          <w:p w14:paraId="720B1A83" w14:textId="77777777" w:rsidR="0048080A" w:rsidRPr="001E0447" w:rsidRDefault="00961957">
            <w:pPr>
              <w:rPr>
                <w:szCs w:val="20"/>
              </w:rPr>
            </w:pPr>
            <w:r w:rsidRPr="001E0447">
              <w:rPr>
                <w:rFonts w:eastAsia="Arial"/>
                <w:i/>
                <w:color w:val="777777"/>
                <w:szCs w:val="20"/>
              </w:rPr>
              <w:t>&lt;Owner&gt;</w:t>
            </w:r>
          </w:p>
        </w:tc>
        <w:tc>
          <w:tcPr>
            <w:tcW w:w="2160" w:type="dxa"/>
            <w:tcMar>
              <w:top w:w="48" w:type="dxa"/>
              <w:left w:w="55" w:type="dxa"/>
              <w:bottom w:w="48" w:type="dxa"/>
              <w:right w:w="55" w:type="dxa"/>
            </w:tcMar>
          </w:tcPr>
          <w:p w14:paraId="2F04FCDE" w14:textId="77777777" w:rsidR="0048080A" w:rsidRPr="001E0447" w:rsidRDefault="00961957">
            <w:pPr>
              <w:rPr>
                <w:szCs w:val="20"/>
              </w:rPr>
            </w:pPr>
            <w:r w:rsidRPr="001E0447">
              <w:rPr>
                <w:rFonts w:eastAsia="Arial"/>
                <w:i/>
                <w:color w:val="777777"/>
                <w:szCs w:val="20"/>
              </w:rPr>
              <w:t>&lt;Storage / link / binder&gt;</w:t>
            </w:r>
          </w:p>
        </w:tc>
        <w:tc>
          <w:tcPr>
            <w:tcW w:w="1530" w:type="dxa"/>
            <w:tcMar>
              <w:top w:w="48" w:type="dxa"/>
              <w:left w:w="55" w:type="dxa"/>
              <w:bottom w:w="48" w:type="dxa"/>
              <w:right w:w="55" w:type="dxa"/>
            </w:tcMar>
          </w:tcPr>
          <w:p w14:paraId="6D658C10" w14:textId="77777777" w:rsidR="0048080A" w:rsidRPr="001E0447" w:rsidRDefault="00961957">
            <w:pPr>
              <w:rPr>
                <w:szCs w:val="20"/>
              </w:rPr>
            </w:pPr>
            <w:r w:rsidRPr="001E0447">
              <w:rPr>
                <w:rFonts w:eastAsia="Arial"/>
                <w:i/>
                <w:color w:val="777777"/>
                <w:szCs w:val="20"/>
              </w:rPr>
              <w:t>&lt;Date&gt;</w:t>
            </w:r>
          </w:p>
        </w:tc>
        <w:tc>
          <w:tcPr>
            <w:tcW w:w="1872" w:type="dxa"/>
            <w:tcMar>
              <w:top w:w="48" w:type="dxa"/>
              <w:left w:w="55" w:type="dxa"/>
              <w:bottom w:w="48" w:type="dxa"/>
              <w:right w:w="55" w:type="dxa"/>
            </w:tcMar>
          </w:tcPr>
          <w:p w14:paraId="6BBB4396" w14:textId="77777777" w:rsidR="0048080A" w:rsidRPr="001E0447" w:rsidRDefault="00961957">
            <w:pPr>
              <w:rPr>
                <w:szCs w:val="20"/>
              </w:rPr>
            </w:pPr>
            <w:r w:rsidRPr="001E0447">
              <w:rPr>
                <w:rFonts w:eastAsia="Arial"/>
                <w:i/>
                <w:color w:val="777777"/>
                <w:szCs w:val="20"/>
              </w:rPr>
              <w:t>&lt;Restricted? / notes&gt;</w:t>
            </w:r>
          </w:p>
        </w:tc>
      </w:tr>
    </w:tbl>
    <w:p w14:paraId="0C5B05CC" w14:textId="77777777" w:rsidR="0048080A" w:rsidRDefault="00961957">
      <w:r>
        <w:br w:type="page"/>
      </w:r>
    </w:p>
    <w:p w14:paraId="1AFA19CF" w14:textId="77777777" w:rsidR="0048080A" w:rsidRDefault="00961957">
      <w:pPr>
        <w:pBdr>
          <w:bottom w:val="single" w:sz="8" w:space="3" w:color="E6532F"/>
        </w:pBdr>
        <w:spacing w:before="120" w:after="60"/>
      </w:pPr>
      <w:r>
        <w:rPr>
          <w:rFonts w:eastAsia="Arial"/>
          <w:b/>
          <w:color w:val="006747"/>
          <w:sz w:val="26"/>
        </w:rPr>
        <w:lastRenderedPageBreak/>
        <w:t>ADDITIONAL ORGANIZATION-SPECIFIC DOCUMENTATION</w:t>
      </w:r>
    </w:p>
    <w:tbl>
      <w:tblPr>
        <w:tblW w:w="11516" w:type="dxa"/>
        <w:jc w:val="center"/>
        <w:tblBorders>
          <w:top w:val="single" w:sz="5" w:space="0" w:color="B8C5C0"/>
          <w:left w:val="single" w:sz="5" w:space="0" w:color="B8C5C0"/>
          <w:bottom w:val="single" w:sz="5" w:space="0" w:color="B8C5C0"/>
          <w:right w:val="single" w:sz="5" w:space="0" w:color="B8C5C0"/>
          <w:insideH w:val="single" w:sz="5" w:space="0" w:color="B8C5C0"/>
          <w:insideV w:val="single" w:sz="5" w:space="0" w:color="B8C5C0"/>
        </w:tblBorders>
        <w:tblLayout w:type="fixed"/>
        <w:tblLook w:val="04A0" w:firstRow="1" w:lastRow="0" w:firstColumn="1" w:lastColumn="0" w:noHBand="0" w:noVBand="1"/>
      </w:tblPr>
      <w:tblGrid>
        <w:gridCol w:w="1170"/>
        <w:gridCol w:w="3040"/>
        <w:gridCol w:w="1890"/>
        <w:gridCol w:w="2678"/>
        <w:gridCol w:w="1388"/>
        <w:gridCol w:w="1350"/>
      </w:tblGrid>
      <w:tr w:rsidR="0048080A" w:rsidRPr="00A55FCD" w14:paraId="1BA11780" w14:textId="77777777" w:rsidTr="00A55FCD">
        <w:trPr>
          <w:tblHeader/>
          <w:jc w:val="center"/>
        </w:trPr>
        <w:tc>
          <w:tcPr>
            <w:tcW w:w="1170" w:type="dxa"/>
            <w:shd w:val="clear" w:color="auto" w:fill="006747"/>
            <w:tcMar>
              <w:top w:w="55" w:type="dxa"/>
              <w:left w:w="60" w:type="dxa"/>
              <w:bottom w:w="55" w:type="dxa"/>
              <w:right w:w="60" w:type="dxa"/>
            </w:tcMar>
          </w:tcPr>
          <w:p w14:paraId="07BCE49B" w14:textId="77777777" w:rsidR="0048080A" w:rsidRPr="00A55FCD" w:rsidRDefault="00961957">
            <w:pPr>
              <w:jc w:val="center"/>
              <w:rPr>
                <w:szCs w:val="20"/>
              </w:rPr>
            </w:pPr>
            <w:r w:rsidRPr="00A55FCD">
              <w:rPr>
                <w:rFonts w:eastAsia="Arial"/>
                <w:b/>
                <w:color w:val="FFFFFF"/>
                <w:szCs w:val="20"/>
              </w:rPr>
              <w:t>Category</w:t>
            </w:r>
          </w:p>
        </w:tc>
        <w:tc>
          <w:tcPr>
            <w:tcW w:w="3040" w:type="dxa"/>
            <w:shd w:val="clear" w:color="auto" w:fill="006747"/>
            <w:tcMar>
              <w:top w:w="55" w:type="dxa"/>
              <w:left w:w="60" w:type="dxa"/>
              <w:bottom w:w="55" w:type="dxa"/>
              <w:right w:w="60" w:type="dxa"/>
            </w:tcMar>
          </w:tcPr>
          <w:p w14:paraId="749ACFF1" w14:textId="77777777" w:rsidR="0048080A" w:rsidRPr="00A55FCD" w:rsidRDefault="00961957">
            <w:pPr>
              <w:jc w:val="center"/>
              <w:rPr>
                <w:szCs w:val="20"/>
              </w:rPr>
            </w:pPr>
            <w:r w:rsidRPr="00A55FCD">
              <w:rPr>
                <w:rFonts w:eastAsia="Arial"/>
                <w:b/>
                <w:color w:val="FFFFFF"/>
                <w:szCs w:val="20"/>
              </w:rPr>
              <w:t>Document / Evidence</w:t>
            </w:r>
          </w:p>
        </w:tc>
        <w:tc>
          <w:tcPr>
            <w:tcW w:w="1890" w:type="dxa"/>
            <w:shd w:val="clear" w:color="auto" w:fill="006747"/>
            <w:tcMar>
              <w:top w:w="55" w:type="dxa"/>
              <w:left w:w="60" w:type="dxa"/>
              <w:bottom w:w="55" w:type="dxa"/>
              <w:right w:w="60" w:type="dxa"/>
            </w:tcMar>
          </w:tcPr>
          <w:p w14:paraId="7228553F" w14:textId="77777777" w:rsidR="0048080A" w:rsidRPr="00A55FCD" w:rsidRDefault="00961957">
            <w:pPr>
              <w:jc w:val="center"/>
              <w:rPr>
                <w:szCs w:val="20"/>
              </w:rPr>
            </w:pPr>
            <w:r w:rsidRPr="00A55FCD">
              <w:rPr>
                <w:rFonts w:eastAsia="Arial"/>
                <w:b/>
                <w:color w:val="FFFFFF"/>
                <w:szCs w:val="20"/>
              </w:rPr>
              <w:t>Owner</w:t>
            </w:r>
          </w:p>
        </w:tc>
        <w:tc>
          <w:tcPr>
            <w:tcW w:w="2678" w:type="dxa"/>
            <w:shd w:val="clear" w:color="auto" w:fill="006747"/>
            <w:tcMar>
              <w:top w:w="55" w:type="dxa"/>
              <w:left w:w="60" w:type="dxa"/>
              <w:bottom w:w="55" w:type="dxa"/>
              <w:right w:w="60" w:type="dxa"/>
            </w:tcMar>
          </w:tcPr>
          <w:p w14:paraId="105B461B" w14:textId="77777777" w:rsidR="0048080A" w:rsidRPr="00A55FCD" w:rsidRDefault="00961957">
            <w:pPr>
              <w:jc w:val="center"/>
              <w:rPr>
                <w:szCs w:val="20"/>
              </w:rPr>
            </w:pPr>
            <w:r w:rsidRPr="00A55FCD">
              <w:rPr>
                <w:rFonts w:eastAsia="Arial"/>
                <w:b/>
                <w:color w:val="FFFFFF"/>
                <w:szCs w:val="20"/>
              </w:rPr>
              <w:t>Storage Location / Reference</w:t>
            </w:r>
          </w:p>
        </w:tc>
        <w:tc>
          <w:tcPr>
            <w:tcW w:w="1388" w:type="dxa"/>
            <w:shd w:val="clear" w:color="auto" w:fill="006747"/>
            <w:tcMar>
              <w:top w:w="55" w:type="dxa"/>
              <w:left w:w="60" w:type="dxa"/>
              <w:bottom w:w="55" w:type="dxa"/>
              <w:right w:w="60" w:type="dxa"/>
            </w:tcMar>
          </w:tcPr>
          <w:p w14:paraId="189D22CC" w14:textId="77777777" w:rsidR="0048080A" w:rsidRPr="00A55FCD" w:rsidRDefault="00961957">
            <w:pPr>
              <w:jc w:val="center"/>
              <w:rPr>
                <w:szCs w:val="20"/>
              </w:rPr>
            </w:pPr>
            <w:r w:rsidRPr="00A55FCD">
              <w:rPr>
                <w:rFonts w:eastAsia="Arial"/>
                <w:b/>
                <w:color w:val="FFFFFF"/>
                <w:szCs w:val="20"/>
              </w:rPr>
              <w:t>Last Verified</w:t>
            </w:r>
          </w:p>
        </w:tc>
        <w:tc>
          <w:tcPr>
            <w:tcW w:w="1350" w:type="dxa"/>
            <w:shd w:val="clear" w:color="auto" w:fill="006747"/>
            <w:tcMar>
              <w:top w:w="55" w:type="dxa"/>
              <w:left w:w="60" w:type="dxa"/>
              <w:bottom w:w="55" w:type="dxa"/>
              <w:right w:w="60" w:type="dxa"/>
            </w:tcMar>
          </w:tcPr>
          <w:p w14:paraId="5F4CAD4C" w14:textId="77777777" w:rsidR="0048080A" w:rsidRPr="00A55FCD" w:rsidRDefault="00961957">
            <w:pPr>
              <w:jc w:val="center"/>
              <w:rPr>
                <w:szCs w:val="20"/>
              </w:rPr>
            </w:pPr>
            <w:r w:rsidRPr="00A55FCD">
              <w:rPr>
                <w:rFonts w:eastAsia="Arial"/>
                <w:b/>
                <w:color w:val="FFFFFF"/>
                <w:szCs w:val="20"/>
              </w:rPr>
              <w:t>Access / Notes</w:t>
            </w:r>
          </w:p>
        </w:tc>
      </w:tr>
      <w:tr w:rsidR="0048080A" w:rsidRPr="00A55FCD" w14:paraId="1A08972C" w14:textId="77777777" w:rsidTr="00A55FCD">
        <w:trPr>
          <w:cantSplit/>
          <w:trHeight w:val="576"/>
          <w:jc w:val="center"/>
        </w:trPr>
        <w:tc>
          <w:tcPr>
            <w:tcW w:w="1170" w:type="dxa"/>
            <w:shd w:val="clear" w:color="auto" w:fill="E7F1ED"/>
            <w:tcMar>
              <w:top w:w="48" w:type="dxa"/>
              <w:left w:w="55" w:type="dxa"/>
              <w:bottom w:w="48" w:type="dxa"/>
              <w:right w:w="55" w:type="dxa"/>
            </w:tcMar>
          </w:tcPr>
          <w:p w14:paraId="0E0F49A4" w14:textId="77777777" w:rsidR="0048080A" w:rsidRPr="00A55FCD" w:rsidRDefault="00961957">
            <w:pPr>
              <w:rPr>
                <w:szCs w:val="20"/>
              </w:rPr>
            </w:pPr>
            <w:r w:rsidRPr="00A55FCD">
              <w:rPr>
                <w:rFonts w:eastAsia="Arial"/>
                <w:i/>
                <w:color w:val="777777"/>
                <w:szCs w:val="20"/>
              </w:rPr>
              <w:t>&lt;Category&gt;</w:t>
            </w:r>
          </w:p>
        </w:tc>
        <w:tc>
          <w:tcPr>
            <w:tcW w:w="3040" w:type="dxa"/>
            <w:tcMar>
              <w:top w:w="48" w:type="dxa"/>
              <w:left w:w="55" w:type="dxa"/>
              <w:bottom w:w="48" w:type="dxa"/>
              <w:right w:w="55" w:type="dxa"/>
            </w:tcMar>
          </w:tcPr>
          <w:p w14:paraId="7B88DEA2" w14:textId="77777777" w:rsidR="0048080A" w:rsidRPr="00A55FCD" w:rsidRDefault="00961957">
            <w:pPr>
              <w:rPr>
                <w:szCs w:val="20"/>
              </w:rPr>
            </w:pPr>
            <w:r w:rsidRPr="00A55FCD">
              <w:rPr>
                <w:rFonts w:eastAsia="Arial"/>
                <w:i/>
                <w:color w:val="777777"/>
                <w:szCs w:val="20"/>
              </w:rPr>
              <w:t>&lt;Document / evidence&gt;</w:t>
            </w:r>
          </w:p>
        </w:tc>
        <w:tc>
          <w:tcPr>
            <w:tcW w:w="1890" w:type="dxa"/>
            <w:tcMar>
              <w:top w:w="48" w:type="dxa"/>
              <w:left w:w="55" w:type="dxa"/>
              <w:bottom w:w="48" w:type="dxa"/>
              <w:right w:w="55" w:type="dxa"/>
            </w:tcMar>
          </w:tcPr>
          <w:p w14:paraId="4CD1E6AF" w14:textId="77777777" w:rsidR="0048080A" w:rsidRPr="00A55FCD" w:rsidRDefault="00961957">
            <w:pPr>
              <w:rPr>
                <w:szCs w:val="20"/>
              </w:rPr>
            </w:pPr>
            <w:r w:rsidRPr="00A55FCD">
              <w:rPr>
                <w:rFonts w:eastAsia="Arial"/>
                <w:i/>
                <w:color w:val="777777"/>
                <w:szCs w:val="20"/>
              </w:rPr>
              <w:t>&lt;Owner&gt;</w:t>
            </w:r>
          </w:p>
        </w:tc>
        <w:tc>
          <w:tcPr>
            <w:tcW w:w="2678" w:type="dxa"/>
            <w:tcMar>
              <w:top w:w="48" w:type="dxa"/>
              <w:left w:w="55" w:type="dxa"/>
              <w:bottom w:w="48" w:type="dxa"/>
              <w:right w:w="55" w:type="dxa"/>
            </w:tcMar>
          </w:tcPr>
          <w:p w14:paraId="2B8BAEE7" w14:textId="77777777" w:rsidR="0048080A" w:rsidRPr="00A55FCD" w:rsidRDefault="00961957">
            <w:pPr>
              <w:rPr>
                <w:szCs w:val="20"/>
              </w:rPr>
            </w:pPr>
            <w:r w:rsidRPr="00A55FCD">
              <w:rPr>
                <w:rFonts w:eastAsia="Arial"/>
                <w:i/>
                <w:color w:val="777777"/>
                <w:szCs w:val="20"/>
              </w:rPr>
              <w:t>&lt;Storage / reference&gt;</w:t>
            </w:r>
          </w:p>
        </w:tc>
        <w:tc>
          <w:tcPr>
            <w:tcW w:w="1388" w:type="dxa"/>
            <w:tcMar>
              <w:top w:w="48" w:type="dxa"/>
              <w:left w:w="55" w:type="dxa"/>
              <w:bottom w:w="48" w:type="dxa"/>
              <w:right w:w="55" w:type="dxa"/>
            </w:tcMar>
          </w:tcPr>
          <w:p w14:paraId="28C199E7" w14:textId="77777777" w:rsidR="0048080A" w:rsidRPr="00A55FCD" w:rsidRDefault="00961957">
            <w:pPr>
              <w:rPr>
                <w:szCs w:val="20"/>
              </w:rPr>
            </w:pPr>
            <w:r w:rsidRPr="00A55FCD">
              <w:rPr>
                <w:rFonts w:eastAsia="Arial"/>
                <w:i/>
                <w:color w:val="777777"/>
                <w:szCs w:val="20"/>
              </w:rPr>
              <w:t>&lt;Date&gt;</w:t>
            </w:r>
          </w:p>
        </w:tc>
        <w:tc>
          <w:tcPr>
            <w:tcW w:w="1350" w:type="dxa"/>
            <w:tcMar>
              <w:top w:w="48" w:type="dxa"/>
              <w:left w:w="55" w:type="dxa"/>
              <w:bottom w:w="48" w:type="dxa"/>
              <w:right w:w="55" w:type="dxa"/>
            </w:tcMar>
          </w:tcPr>
          <w:p w14:paraId="2639FF6C" w14:textId="77777777" w:rsidR="0048080A" w:rsidRPr="00A55FCD" w:rsidRDefault="00961957">
            <w:pPr>
              <w:rPr>
                <w:szCs w:val="20"/>
              </w:rPr>
            </w:pPr>
            <w:r w:rsidRPr="00A55FCD">
              <w:rPr>
                <w:rFonts w:eastAsia="Arial"/>
                <w:i/>
                <w:color w:val="777777"/>
                <w:szCs w:val="20"/>
              </w:rPr>
              <w:t>&lt;Notes&gt;</w:t>
            </w:r>
          </w:p>
        </w:tc>
      </w:tr>
      <w:tr w:rsidR="0048080A" w:rsidRPr="00A55FCD" w14:paraId="702D9249" w14:textId="77777777" w:rsidTr="00A55FCD">
        <w:trPr>
          <w:cantSplit/>
          <w:trHeight w:val="576"/>
          <w:jc w:val="center"/>
        </w:trPr>
        <w:tc>
          <w:tcPr>
            <w:tcW w:w="1170" w:type="dxa"/>
            <w:shd w:val="clear" w:color="auto" w:fill="F5F8F7"/>
            <w:tcMar>
              <w:top w:w="48" w:type="dxa"/>
              <w:left w:w="55" w:type="dxa"/>
              <w:bottom w:w="48" w:type="dxa"/>
              <w:right w:w="55" w:type="dxa"/>
            </w:tcMar>
          </w:tcPr>
          <w:p w14:paraId="569C2AA8" w14:textId="77777777" w:rsidR="0048080A" w:rsidRPr="00A55FCD" w:rsidRDefault="00961957">
            <w:pPr>
              <w:rPr>
                <w:szCs w:val="20"/>
              </w:rPr>
            </w:pPr>
            <w:r w:rsidRPr="00A55FCD">
              <w:rPr>
                <w:rFonts w:eastAsia="Arial"/>
                <w:i/>
                <w:color w:val="777777"/>
                <w:szCs w:val="20"/>
              </w:rPr>
              <w:t>&lt;Category&gt;</w:t>
            </w:r>
          </w:p>
        </w:tc>
        <w:tc>
          <w:tcPr>
            <w:tcW w:w="3040" w:type="dxa"/>
            <w:tcMar>
              <w:top w:w="48" w:type="dxa"/>
              <w:left w:w="55" w:type="dxa"/>
              <w:bottom w:w="48" w:type="dxa"/>
              <w:right w:w="55" w:type="dxa"/>
            </w:tcMar>
          </w:tcPr>
          <w:p w14:paraId="401D474C" w14:textId="77777777" w:rsidR="0048080A" w:rsidRPr="00A55FCD" w:rsidRDefault="00961957">
            <w:pPr>
              <w:rPr>
                <w:szCs w:val="20"/>
              </w:rPr>
            </w:pPr>
            <w:r w:rsidRPr="00A55FCD">
              <w:rPr>
                <w:rFonts w:eastAsia="Arial"/>
                <w:i/>
                <w:color w:val="777777"/>
                <w:szCs w:val="20"/>
              </w:rPr>
              <w:t>&lt;Document / evidence&gt;</w:t>
            </w:r>
          </w:p>
        </w:tc>
        <w:tc>
          <w:tcPr>
            <w:tcW w:w="1890" w:type="dxa"/>
            <w:tcMar>
              <w:top w:w="48" w:type="dxa"/>
              <w:left w:w="55" w:type="dxa"/>
              <w:bottom w:w="48" w:type="dxa"/>
              <w:right w:w="55" w:type="dxa"/>
            </w:tcMar>
          </w:tcPr>
          <w:p w14:paraId="3E450766" w14:textId="77777777" w:rsidR="0048080A" w:rsidRPr="00A55FCD" w:rsidRDefault="00961957">
            <w:pPr>
              <w:rPr>
                <w:szCs w:val="20"/>
              </w:rPr>
            </w:pPr>
            <w:r w:rsidRPr="00A55FCD">
              <w:rPr>
                <w:rFonts w:eastAsia="Arial"/>
                <w:i/>
                <w:color w:val="777777"/>
                <w:szCs w:val="20"/>
              </w:rPr>
              <w:t>&lt;Owner&gt;</w:t>
            </w:r>
          </w:p>
        </w:tc>
        <w:tc>
          <w:tcPr>
            <w:tcW w:w="2678" w:type="dxa"/>
            <w:tcMar>
              <w:top w:w="48" w:type="dxa"/>
              <w:left w:w="55" w:type="dxa"/>
              <w:bottom w:w="48" w:type="dxa"/>
              <w:right w:w="55" w:type="dxa"/>
            </w:tcMar>
          </w:tcPr>
          <w:p w14:paraId="7939B742" w14:textId="77777777" w:rsidR="0048080A" w:rsidRPr="00A55FCD" w:rsidRDefault="00961957">
            <w:pPr>
              <w:rPr>
                <w:szCs w:val="20"/>
              </w:rPr>
            </w:pPr>
            <w:r w:rsidRPr="00A55FCD">
              <w:rPr>
                <w:rFonts w:eastAsia="Arial"/>
                <w:i/>
                <w:color w:val="777777"/>
                <w:szCs w:val="20"/>
              </w:rPr>
              <w:t>&lt;Storage / reference&gt;</w:t>
            </w:r>
          </w:p>
        </w:tc>
        <w:tc>
          <w:tcPr>
            <w:tcW w:w="1388" w:type="dxa"/>
            <w:tcMar>
              <w:top w:w="48" w:type="dxa"/>
              <w:left w:w="55" w:type="dxa"/>
              <w:bottom w:w="48" w:type="dxa"/>
              <w:right w:w="55" w:type="dxa"/>
            </w:tcMar>
          </w:tcPr>
          <w:p w14:paraId="36384BB3" w14:textId="77777777" w:rsidR="0048080A" w:rsidRPr="00A55FCD" w:rsidRDefault="00961957">
            <w:pPr>
              <w:rPr>
                <w:szCs w:val="20"/>
              </w:rPr>
            </w:pPr>
            <w:r w:rsidRPr="00A55FCD">
              <w:rPr>
                <w:rFonts w:eastAsia="Arial"/>
                <w:i/>
                <w:color w:val="777777"/>
                <w:szCs w:val="20"/>
              </w:rPr>
              <w:t>&lt;Date&gt;</w:t>
            </w:r>
          </w:p>
        </w:tc>
        <w:tc>
          <w:tcPr>
            <w:tcW w:w="1350" w:type="dxa"/>
            <w:tcMar>
              <w:top w:w="48" w:type="dxa"/>
              <w:left w:w="55" w:type="dxa"/>
              <w:bottom w:w="48" w:type="dxa"/>
              <w:right w:w="55" w:type="dxa"/>
            </w:tcMar>
          </w:tcPr>
          <w:p w14:paraId="28BCDB16" w14:textId="77777777" w:rsidR="0048080A" w:rsidRPr="00A55FCD" w:rsidRDefault="00961957">
            <w:pPr>
              <w:rPr>
                <w:szCs w:val="20"/>
              </w:rPr>
            </w:pPr>
            <w:r w:rsidRPr="00A55FCD">
              <w:rPr>
                <w:rFonts w:eastAsia="Arial"/>
                <w:i/>
                <w:color w:val="777777"/>
                <w:szCs w:val="20"/>
              </w:rPr>
              <w:t>&lt;Notes&gt;</w:t>
            </w:r>
          </w:p>
        </w:tc>
      </w:tr>
      <w:tr w:rsidR="0048080A" w:rsidRPr="00A55FCD" w14:paraId="4D299B3C" w14:textId="77777777" w:rsidTr="00A55FCD">
        <w:trPr>
          <w:cantSplit/>
          <w:trHeight w:val="576"/>
          <w:jc w:val="center"/>
        </w:trPr>
        <w:tc>
          <w:tcPr>
            <w:tcW w:w="1170" w:type="dxa"/>
            <w:shd w:val="clear" w:color="auto" w:fill="E7F1ED"/>
            <w:tcMar>
              <w:top w:w="48" w:type="dxa"/>
              <w:left w:w="55" w:type="dxa"/>
              <w:bottom w:w="48" w:type="dxa"/>
              <w:right w:w="55" w:type="dxa"/>
            </w:tcMar>
          </w:tcPr>
          <w:p w14:paraId="1F51FCAC" w14:textId="77777777" w:rsidR="0048080A" w:rsidRPr="00A55FCD" w:rsidRDefault="00961957">
            <w:pPr>
              <w:rPr>
                <w:szCs w:val="20"/>
              </w:rPr>
            </w:pPr>
            <w:r w:rsidRPr="00A55FCD">
              <w:rPr>
                <w:rFonts w:eastAsia="Arial"/>
                <w:i/>
                <w:color w:val="777777"/>
                <w:szCs w:val="20"/>
              </w:rPr>
              <w:t>&lt;Category&gt;</w:t>
            </w:r>
          </w:p>
        </w:tc>
        <w:tc>
          <w:tcPr>
            <w:tcW w:w="3040" w:type="dxa"/>
            <w:tcMar>
              <w:top w:w="48" w:type="dxa"/>
              <w:left w:w="55" w:type="dxa"/>
              <w:bottom w:w="48" w:type="dxa"/>
              <w:right w:w="55" w:type="dxa"/>
            </w:tcMar>
          </w:tcPr>
          <w:p w14:paraId="27571998" w14:textId="77777777" w:rsidR="0048080A" w:rsidRPr="00A55FCD" w:rsidRDefault="00961957">
            <w:pPr>
              <w:rPr>
                <w:szCs w:val="20"/>
              </w:rPr>
            </w:pPr>
            <w:r w:rsidRPr="00A55FCD">
              <w:rPr>
                <w:rFonts w:eastAsia="Arial"/>
                <w:i/>
                <w:color w:val="777777"/>
                <w:szCs w:val="20"/>
              </w:rPr>
              <w:t>&lt;Document / evidence&gt;</w:t>
            </w:r>
          </w:p>
        </w:tc>
        <w:tc>
          <w:tcPr>
            <w:tcW w:w="1890" w:type="dxa"/>
            <w:tcMar>
              <w:top w:w="48" w:type="dxa"/>
              <w:left w:w="55" w:type="dxa"/>
              <w:bottom w:w="48" w:type="dxa"/>
              <w:right w:w="55" w:type="dxa"/>
            </w:tcMar>
          </w:tcPr>
          <w:p w14:paraId="537D9E28" w14:textId="77777777" w:rsidR="0048080A" w:rsidRPr="00A55FCD" w:rsidRDefault="00961957">
            <w:pPr>
              <w:rPr>
                <w:szCs w:val="20"/>
              </w:rPr>
            </w:pPr>
            <w:r w:rsidRPr="00A55FCD">
              <w:rPr>
                <w:rFonts w:eastAsia="Arial"/>
                <w:i/>
                <w:color w:val="777777"/>
                <w:szCs w:val="20"/>
              </w:rPr>
              <w:t>&lt;Owner&gt;</w:t>
            </w:r>
          </w:p>
        </w:tc>
        <w:tc>
          <w:tcPr>
            <w:tcW w:w="2678" w:type="dxa"/>
            <w:tcMar>
              <w:top w:w="48" w:type="dxa"/>
              <w:left w:w="55" w:type="dxa"/>
              <w:bottom w:w="48" w:type="dxa"/>
              <w:right w:w="55" w:type="dxa"/>
            </w:tcMar>
          </w:tcPr>
          <w:p w14:paraId="15293861" w14:textId="77777777" w:rsidR="0048080A" w:rsidRPr="00A55FCD" w:rsidRDefault="00961957">
            <w:pPr>
              <w:rPr>
                <w:szCs w:val="20"/>
              </w:rPr>
            </w:pPr>
            <w:r w:rsidRPr="00A55FCD">
              <w:rPr>
                <w:rFonts w:eastAsia="Arial"/>
                <w:i/>
                <w:color w:val="777777"/>
                <w:szCs w:val="20"/>
              </w:rPr>
              <w:t>&lt;Storage / reference&gt;</w:t>
            </w:r>
          </w:p>
        </w:tc>
        <w:tc>
          <w:tcPr>
            <w:tcW w:w="1388" w:type="dxa"/>
            <w:tcMar>
              <w:top w:w="48" w:type="dxa"/>
              <w:left w:w="55" w:type="dxa"/>
              <w:bottom w:w="48" w:type="dxa"/>
              <w:right w:w="55" w:type="dxa"/>
            </w:tcMar>
          </w:tcPr>
          <w:p w14:paraId="69649E87" w14:textId="77777777" w:rsidR="0048080A" w:rsidRPr="00A55FCD" w:rsidRDefault="00961957">
            <w:pPr>
              <w:rPr>
                <w:szCs w:val="20"/>
              </w:rPr>
            </w:pPr>
            <w:r w:rsidRPr="00A55FCD">
              <w:rPr>
                <w:rFonts w:eastAsia="Arial"/>
                <w:i/>
                <w:color w:val="777777"/>
                <w:szCs w:val="20"/>
              </w:rPr>
              <w:t>&lt;Date&gt;</w:t>
            </w:r>
          </w:p>
        </w:tc>
        <w:tc>
          <w:tcPr>
            <w:tcW w:w="1350" w:type="dxa"/>
            <w:tcMar>
              <w:top w:w="48" w:type="dxa"/>
              <w:left w:w="55" w:type="dxa"/>
              <w:bottom w:w="48" w:type="dxa"/>
              <w:right w:w="55" w:type="dxa"/>
            </w:tcMar>
          </w:tcPr>
          <w:p w14:paraId="54229136" w14:textId="77777777" w:rsidR="0048080A" w:rsidRPr="00A55FCD" w:rsidRDefault="00961957">
            <w:pPr>
              <w:rPr>
                <w:szCs w:val="20"/>
              </w:rPr>
            </w:pPr>
            <w:r w:rsidRPr="00A55FCD">
              <w:rPr>
                <w:rFonts w:eastAsia="Arial"/>
                <w:i/>
                <w:color w:val="777777"/>
                <w:szCs w:val="20"/>
              </w:rPr>
              <w:t>&lt;Notes&gt;</w:t>
            </w:r>
          </w:p>
        </w:tc>
      </w:tr>
      <w:tr w:rsidR="0048080A" w:rsidRPr="00A55FCD" w14:paraId="621E3C4F" w14:textId="77777777" w:rsidTr="00A55FCD">
        <w:trPr>
          <w:cantSplit/>
          <w:trHeight w:val="576"/>
          <w:jc w:val="center"/>
        </w:trPr>
        <w:tc>
          <w:tcPr>
            <w:tcW w:w="1170" w:type="dxa"/>
            <w:shd w:val="clear" w:color="auto" w:fill="F5F8F7"/>
            <w:tcMar>
              <w:top w:w="48" w:type="dxa"/>
              <w:left w:w="55" w:type="dxa"/>
              <w:bottom w:w="48" w:type="dxa"/>
              <w:right w:w="55" w:type="dxa"/>
            </w:tcMar>
          </w:tcPr>
          <w:p w14:paraId="503525BC" w14:textId="77777777" w:rsidR="0048080A" w:rsidRPr="00A55FCD" w:rsidRDefault="00961957">
            <w:pPr>
              <w:rPr>
                <w:szCs w:val="20"/>
              </w:rPr>
            </w:pPr>
            <w:r w:rsidRPr="00A55FCD">
              <w:rPr>
                <w:rFonts w:eastAsia="Arial"/>
                <w:i/>
                <w:color w:val="777777"/>
                <w:szCs w:val="20"/>
              </w:rPr>
              <w:t>&lt;Category&gt;</w:t>
            </w:r>
          </w:p>
        </w:tc>
        <w:tc>
          <w:tcPr>
            <w:tcW w:w="3040" w:type="dxa"/>
            <w:tcMar>
              <w:top w:w="48" w:type="dxa"/>
              <w:left w:w="55" w:type="dxa"/>
              <w:bottom w:w="48" w:type="dxa"/>
              <w:right w:w="55" w:type="dxa"/>
            </w:tcMar>
          </w:tcPr>
          <w:p w14:paraId="21F58E71" w14:textId="77777777" w:rsidR="0048080A" w:rsidRPr="00A55FCD" w:rsidRDefault="00961957">
            <w:pPr>
              <w:rPr>
                <w:szCs w:val="20"/>
              </w:rPr>
            </w:pPr>
            <w:r w:rsidRPr="00A55FCD">
              <w:rPr>
                <w:rFonts w:eastAsia="Arial"/>
                <w:i/>
                <w:color w:val="777777"/>
                <w:szCs w:val="20"/>
              </w:rPr>
              <w:t>&lt;Document / evidence&gt;</w:t>
            </w:r>
          </w:p>
        </w:tc>
        <w:tc>
          <w:tcPr>
            <w:tcW w:w="1890" w:type="dxa"/>
            <w:tcMar>
              <w:top w:w="48" w:type="dxa"/>
              <w:left w:w="55" w:type="dxa"/>
              <w:bottom w:w="48" w:type="dxa"/>
              <w:right w:w="55" w:type="dxa"/>
            </w:tcMar>
          </w:tcPr>
          <w:p w14:paraId="6466432A" w14:textId="77777777" w:rsidR="0048080A" w:rsidRPr="00A55FCD" w:rsidRDefault="00961957">
            <w:pPr>
              <w:rPr>
                <w:szCs w:val="20"/>
              </w:rPr>
            </w:pPr>
            <w:r w:rsidRPr="00A55FCD">
              <w:rPr>
                <w:rFonts w:eastAsia="Arial"/>
                <w:i/>
                <w:color w:val="777777"/>
                <w:szCs w:val="20"/>
              </w:rPr>
              <w:t>&lt;Owner&gt;</w:t>
            </w:r>
          </w:p>
        </w:tc>
        <w:tc>
          <w:tcPr>
            <w:tcW w:w="2678" w:type="dxa"/>
            <w:tcMar>
              <w:top w:w="48" w:type="dxa"/>
              <w:left w:w="55" w:type="dxa"/>
              <w:bottom w:w="48" w:type="dxa"/>
              <w:right w:w="55" w:type="dxa"/>
            </w:tcMar>
          </w:tcPr>
          <w:p w14:paraId="422B925A" w14:textId="77777777" w:rsidR="0048080A" w:rsidRPr="00A55FCD" w:rsidRDefault="00961957">
            <w:pPr>
              <w:rPr>
                <w:szCs w:val="20"/>
              </w:rPr>
            </w:pPr>
            <w:r w:rsidRPr="00A55FCD">
              <w:rPr>
                <w:rFonts w:eastAsia="Arial"/>
                <w:i/>
                <w:color w:val="777777"/>
                <w:szCs w:val="20"/>
              </w:rPr>
              <w:t>&lt;Storage / reference&gt;</w:t>
            </w:r>
          </w:p>
        </w:tc>
        <w:tc>
          <w:tcPr>
            <w:tcW w:w="1388" w:type="dxa"/>
            <w:tcMar>
              <w:top w:w="48" w:type="dxa"/>
              <w:left w:w="55" w:type="dxa"/>
              <w:bottom w:w="48" w:type="dxa"/>
              <w:right w:w="55" w:type="dxa"/>
            </w:tcMar>
          </w:tcPr>
          <w:p w14:paraId="1C9A5659" w14:textId="77777777" w:rsidR="0048080A" w:rsidRPr="00A55FCD" w:rsidRDefault="00961957">
            <w:pPr>
              <w:rPr>
                <w:szCs w:val="20"/>
              </w:rPr>
            </w:pPr>
            <w:r w:rsidRPr="00A55FCD">
              <w:rPr>
                <w:rFonts w:eastAsia="Arial"/>
                <w:i/>
                <w:color w:val="777777"/>
                <w:szCs w:val="20"/>
              </w:rPr>
              <w:t>&lt;Date&gt;</w:t>
            </w:r>
          </w:p>
        </w:tc>
        <w:tc>
          <w:tcPr>
            <w:tcW w:w="1350" w:type="dxa"/>
            <w:tcMar>
              <w:top w:w="48" w:type="dxa"/>
              <w:left w:w="55" w:type="dxa"/>
              <w:bottom w:w="48" w:type="dxa"/>
              <w:right w:w="55" w:type="dxa"/>
            </w:tcMar>
          </w:tcPr>
          <w:p w14:paraId="67EF4B07" w14:textId="77777777" w:rsidR="0048080A" w:rsidRPr="00A55FCD" w:rsidRDefault="00961957">
            <w:pPr>
              <w:rPr>
                <w:szCs w:val="20"/>
              </w:rPr>
            </w:pPr>
            <w:r w:rsidRPr="00A55FCD">
              <w:rPr>
                <w:rFonts w:eastAsia="Arial"/>
                <w:i/>
                <w:color w:val="777777"/>
                <w:szCs w:val="20"/>
              </w:rPr>
              <w:t>&lt;Notes&gt;</w:t>
            </w:r>
          </w:p>
        </w:tc>
      </w:tr>
      <w:tr w:rsidR="0048080A" w:rsidRPr="00A55FCD" w14:paraId="4FAF2EEA" w14:textId="77777777" w:rsidTr="00A55FCD">
        <w:trPr>
          <w:cantSplit/>
          <w:trHeight w:val="576"/>
          <w:jc w:val="center"/>
        </w:trPr>
        <w:tc>
          <w:tcPr>
            <w:tcW w:w="1170" w:type="dxa"/>
            <w:shd w:val="clear" w:color="auto" w:fill="E7F1ED"/>
            <w:tcMar>
              <w:top w:w="48" w:type="dxa"/>
              <w:left w:w="55" w:type="dxa"/>
              <w:bottom w:w="48" w:type="dxa"/>
              <w:right w:w="55" w:type="dxa"/>
            </w:tcMar>
          </w:tcPr>
          <w:p w14:paraId="3CFC8AB3" w14:textId="77777777" w:rsidR="0048080A" w:rsidRPr="00A55FCD" w:rsidRDefault="00961957">
            <w:pPr>
              <w:rPr>
                <w:szCs w:val="20"/>
              </w:rPr>
            </w:pPr>
            <w:r w:rsidRPr="00A55FCD">
              <w:rPr>
                <w:rFonts w:eastAsia="Arial"/>
                <w:i/>
                <w:color w:val="777777"/>
                <w:szCs w:val="20"/>
              </w:rPr>
              <w:t>&lt;Category&gt;</w:t>
            </w:r>
          </w:p>
        </w:tc>
        <w:tc>
          <w:tcPr>
            <w:tcW w:w="3040" w:type="dxa"/>
            <w:tcMar>
              <w:top w:w="48" w:type="dxa"/>
              <w:left w:w="55" w:type="dxa"/>
              <w:bottom w:w="48" w:type="dxa"/>
              <w:right w:w="55" w:type="dxa"/>
            </w:tcMar>
          </w:tcPr>
          <w:p w14:paraId="3F61D35D" w14:textId="77777777" w:rsidR="0048080A" w:rsidRPr="00A55FCD" w:rsidRDefault="00961957">
            <w:pPr>
              <w:rPr>
                <w:szCs w:val="20"/>
              </w:rPr>
            </w:pPr>
            <w:r w:rsidRPr="00A55FCD">
              <w:rPr>
                <w:rFonts w:eastAsia="Arial"/>
                <w:i/>
                <w:color w:val="777777"/>
                <w:szCs w:val="20"/>
              </w:rPr>
              <w:t>&lt;Document / evidence&gt;</w:t>
            </w:r>
          </w:p>
        </w:tc>
        <w:tc>
          <w:tcPr>
            <w:tcW w:w="1890" w:type="dxa"/>
            <w:tcMar>
              <w:top w:w="48" w:type="dxa"/>
              <w:left w:w="55" w:type="dxa"/>
              <w:bottom w:w="48" w:type="dxa"/>
              <w:right w:w="55" w:type="dxa"/>
            </w:tcMar>
          </w:tcPr>
          <w:p w14:paraId="26F66490" w14:textId="77777777" w:rsidR="0048080A" w:rsidRPr="00A55FCD" w:rsidRDefault="00961957">
            <w:pPr>
              <w:rPr>
                <w:szCs w:val="20"/>
              </w:rPr>
            </w:pPr>
            <w:r w:rsidRPr="00A55FCD">
              <w:rPr>
                <w:rFonts w:eastAsia="Arial"/>
                <w:i/>
                <w:color w:val="777777"/>
                <w:szCs w:val="20"/>
              </w:rPr>
              <w:t>&lt;Owner&gt;</w:t>
            </w:r>
          </w:p>
        </w:tc>
        <w:tc>
          <w:tcPr>
            <w:tcW w:w="2678" w:type="dxa"/>
            <w:tcMar>
              <w:top w:w="48" w:type="dxa"/>
              <w:left w:w="55" w:type="dxa"/>
              <w:bottom w:w="48" w:type="dxa"/>
              <w:right w:w="55" w:type="dxa"/>
            </w:tcMar>
          </w:tcPr>
          <w:p w14:paraId="557CB09E" w14:textId="77777777" w:rsidR="0048080A" w:rsidRPr="00A55FCD" w:rsidRDefault="00961957">
            <w:pPr>
              <w:rPr>
                <w:szCs w:val="20"/>
              </w:rPr>
            </w:pPr>
            <w:r w:rsidRPr="00A55FCD">
              <w:rPr>
                <w:rFonts w:eastAsia="Arial"/>
                <w:i/>
                <w:color w:val="777777"/>
                <w:szCs w:val="20"/>
              </w:rPr>
              <w:t>&lt;Storage / reference&gt;</w:t>
            </w:r>
          </w:p>
        </w:tc>
        <w:tc>
          <w:tcPr>
            <w:tcW w:w="1388" w:type="dxa"/>
            <w:tcMar>
              <w:top w:w="48" w:type="dxa"/>
              <w:left w:w="55" w:type="dxa"/>
              <w:bottom w:w="48" w:type="dxa"/>
              <w:right w:w="55" w:type="dxa"/>
            </w:tcMar>
          </w:tcPr>
          <w:p w14:paraId="2B90821B" w14:textId="77777777" w:rsidR="0048080A" w:rsidRPr="00A55FCD" w:rsidRDefault="00961957">
            <w:pPr>
              <w:rPr>
                <w:szCs w:val="20"/>
              </w:rPr>
            </w:pPr>
            <w:r w:rsidRPr="00A55FCD">
              <w:rPr>
                <w:rFonts w:eastAsia="Arial"/>
                <w:i/>
                <w:color w:val="777777"/>
                <w:szCs w:val="20"/>
              </w:rPr>
              <w:t>&lt;Date&gt;</w:t>
            </w:r>
          </w:p>
        </w:tc>
        <w:tc>
          <w:tcPr>
            <w:tcW w:w="1350" w:type="dxa"/>
            <w:tcMar>
              <w:top w:w="48" w:type="dxa"/>
              <w:left w:w="55" w:type="dxa"/>
              <w:bottom w:w="48" w:type="dxa"/>
              <w:right w:w="55" w:type="dxa"/>
            </w:tcMar>
          </w:tcPr>
          <w:p w14:paraId="61DBFE14" w14:textId="77777777" w:rsidR="0048080A" w:rsidRPr="00A55FCD" w:rsidRDefault="00961957">
            <w:pPr>
              <w:rPr>
                <w:szCs w:val="20"/>
              </w:rPr>
            </w:pPr>
            <w:r w:rsidRPr="00A55FCD">
              <w:rPr>
                <w:rFonts w:eastAsia="Arial"/>
                <w:i/>
                <w:color w:val="777777"/>
                <w:szCs w:val="20"/>
              </w:rPr>
              <w:t>&lt;Notes&gt;</w:t>
            </w:r>
          </w:p>
        </w:tc>
      </w:tr>
      <w:tr w:rsidR="0048080A" w:rsidRPr="00A55FCD" w14:paraId="2C529666" w14:textId="77777777" w:rsidTr="00A55FCD">
        <w:trPr>
          <w:cantSplit/>
          <w:trHeight w:val="576"/>
          <w:jc w:val="center"/>
        </w:trPr>
        <w:tc>
          <w:tcPr>
            <w:tcW w:w="1170" w:type="dxa"/>
            <w:shd w:val="clear" w:color="auto" w:fill="F5F8F7"/>
            <w:tcMar>
              <w:top w:w="48" w:type="dxa"/>
              <w:left w:w="55" w:type="dxa"/>
              <w:bottom w:w="48" w:type="dxa"/>
              <w:right w:w="55" w:type="dxa"/>
            </w:tcMar>
          </w:tcPr>
          <w:p w14:paraId="0EA7A532" w14:textId="77777777" w:rsidR="0048080A" w:rsidRPr="00A55FCD" w:rsidRDefault="00961957">
            <w:pPr>
              <w:rPr>
                <w:szCs w:val="20"/>
              </w:rPr>
            </w:pPr>
            <w:r w:rsidRPr="00A55FCD">
              <w:rPr>
                <w:rFonts w:eastAsia="Arial"/>
                <w:i/>
                <w:color w:val="777777"/>
                <w:szCs w:val="20"/>
              </w:rPr>
              <w:t>&lt;Category&gt;</w:t>
            </w:r>
          </w:p>
        </w:tc>
        <w:tc>
          <w:tcPr>
            <w:tcW w:w="3040" w:type="dxa"/>
            <w:tcMar>
              <w:top w:w="48" w:type="dxa"/>
              <w:left w:w="55" w:type="dxa"/>
              <w:bottom w:w="48" w:type="dxa"/>
              <w:right w:w="55" w:type="dxa"/>
            </w:tcMar>
          </w:tcPr>
          <w:p w14:paraId="50792F01" w14:textId="77777777" w:rsidR="0048080A" w:rsidRPr="00A55FCD" w:rsidRDefault="00961957">
            <w:pPr>
              <w:rPr>
                <w:szCs w:val="20"/>
              </w:rPr>
            </w:pPr>
            <w:r w:rsidRPr="00A55FCD">
              <w:rPr>
                <w:rFonts w:eastAsia="Arial"/>
                <w:i/>
                <w:color w:val="777777"/>
                <w:szCs w:val="20"/>
              </w:rPr>
              <w:t>&lt;Document / evidence&gt;</w:t>
            </w:r>
          </w:p>
        </w:tc>
        <w:tc>
          <w:tcPr>
            <w:tcW w:w="1890" w:type="dxa"/>
            <w:tcMar>
              <w:top w:w="48" w:type="dxa"/>
              <w:left w:w="55" w:type="dxa"/>
              <w:bottom w:w="48" w:type="dxa"/>
              <w:right w:w="55" w:type="dxa"/>
            </w:tcMar>
          </w:tcPr>
          <w:p w14:paraId="540D09E9" w14:textId="77777777" w:rsidR="0048080A" w:rsidRPr="00A55FCD" w:rsidRDefault="00961957">
            <w:pPr>
              <w:rPr>
                <w:szCs w:val="20"/>
              </w:rPr>
            </w:pPr>
            <w:r w:rsidRPr="00A55FCD">
              <w:rPr>
                <w:rFonts w:eastAsia="Arial"/>
                <w:i/>
                <w:color w:val="777777"/>
                <w:szCs w:val="20"/>
              </w:rPr>
              <w:t>&lt;Owner&gt;</w:t>
            </w:r>
          </w:p>
        </w:tc>
        <w:tc>
          <w:tcPr>
            <w:tcW w:w="2678" w:type="dxa"/>
            <w:tcMar>
              <w:top w:w="48" w:type="dxa"/>
              <w:left w:w="55" w:type="dxa"/>
              <w:bottom w:w="48" w:type="dxa"/>
              <w:right w:w="55" w:type="dxa"/>
            </w:tcMar>
          </w:tcPr>
          <w:p w14:paraId="1342139A" w14:textId="77777777" w:rsidR="0048080A" w:rsidRPr="00A55FCD" w:rsidRDefault="00961957">
            <w:pPr>
              <w:rPr>
                <w:szCs w:val="20"/>
              </w:rPr>
            </w:pPr>
            <w:r w:rsidRPr="00A55FCD">
              <w:rPr>
                <w:rFonts w:eastAsia="Arial"/>
                <w:i/>
                <w:color w:val="777777"/>
                <w:szCs w:val="20"/>
              </w:rPr>
              <w:t>&lt;Storage / reference&gt;</w:t>
            </w:r>
          </w:p>
        </w:tc>
        <w:tc>
          <w:tcPr>
            <w:tcW w:w="1388" w:type="dxa"/>
            <w:tcMar>
              <w:top w:w="48" w:type="dxa"/>
              <w:left w:w="55" w:type="dxa"/>
              <w:bottom w:w="48" w:type="dxa"/>
              <w:right w:w="55" w:type="dxa"/>
            </w:tcMar>
          </w:tcPr>
          <w:p w14:paraId="68F6BA42" w14:textId="77777777" w:rsidR="0048080A" w:rsidRPr="00A55FCD" w:rsidRDefault="00961957">
            <w:pPr>
              <w:rPr>
                <w:szCs w:val="20"/>
              </w:rPr>
            </w:pPr>
            <w:r w:rsidRPr="00A55FCD">
              <w:rPr>
                <w:rFonts w:eastAsia="Arial"/>
                <w:i/>
                <w:color w:val="777777"/>
                <w:szCs w:val="20"/>
              </w:rPr>
              <w:t>&lt;Date&gt;</w:t>
            </w:r>
          </w:p>
        </w:tc>
        <w:tc>
          <w:tcPr>
            <w:tcW w:w="1350" w:type="dxa"/>
            <w:tcMar>
              <w:top w:w="48" w:type="dxa"/>
              <w:left w:w="55" w:type="dxa"/>
              <w:bottom w:w="48" w:type="dxa"/>
              <w:right w:w="55" w:type="dxa"/>
            </w:tcMar>
          </w:tcPr>
          <w:p w14:paraId="5C546279" w14:textId="77777777" w:rsidR="0048080A" w:rsidRPr="00A55FCD" w:rsidRDefault="00961957">
            <w:pPr>
              <w:rPr>
                <w:szCs w:val="20"/>
              </w:rPr>
            </w:pPr>
            <w:r w:rsidRPr="00A55FCD">
              <w:rPr>
                <w:rFonts w:eastAsia="Arial"/>
                <w:i/>
                <w:color w:val="777777"/>
                <w:szCs w:val="20"/>
              </w:rPr>
              <w:t>&lt;Notes&gt;</w:t>
            </w:r>
          </w:p>
        </w:tc>
      </w:tr>
      <w:tr w:rsidR="0048080A" w:rsidRPr="00A55FCD" w14:paraId="6A1189C3" w14:textId="77777777" w:rsidTr="00A55FCD">
        <w:trPr>
          <w:cantSplit/>
          <w:trHeight w:val="576"/>
          <w:jc w:val="center"/>
        </w:trPr>
        <w:tc>
          <w:tcPr>
            <w:tcW w:w="1170" w:type="dxa"/>
            <w:shd w:val="clear" w:color="auto" w:fill="E7F1ED"/>
            <w:tcMar>
              <w:top w:w="48" w:type="dxa"/>
              <w:left w:w="55" w:type="dxa"/>
              <w:bottom w:w="48" w:type="dxa"/>
              <w:right w:w="55" w:type="dxa"/>
            </w:tcMar>
          </w:tcPr>
          <w:p w14:paraId="776083BE" w14:textId="77777777" w:rsidR="0048080A" w:rsidRPr="00A55FCD" w:rsidRDefault="00961957">
            <w:pPr>
              <w:rPr>
                <w:szCs w:val="20"/>
              </w:rPr>
            </w:pPr>
            <w:r w:rsidRPr="00A55FCD">
              <w:rPr>
                <w:rFonts w:eastAsia="Arial"/>
                <w:i/>
                <w:color w:val="777777"/>
                <w:szCs w:val="20"/>
              </w:rPr>
              <w:t>&lt;Category&gt;</w:t>
            </w:r>
          </w:p>
        </w:tc>
        <w:tc>
          <w:tcPr>
            <w:tcW w:w="3040" w:type="dxa"/>
            <w:tcMar>
              <w:top w:w="48" w:type="dxa"/>
              <w:left w:w="55" w:type="dxa"/>
              <w:bottom w:w="48" w:type="dxa"/>
              <w:right w:w="55" w:type="dxa"/>
            </w:tcMar>
          </w:tcPr>
          <w:p w14:paraId="4CAB152C" w14:textId="77777777" w:rsidR="0048080A" w:rsidRPr="00A55FCD" w:rsidRDefault="00961957">
            <w:pPr>
              <w:rPr>
                <w:szCs w:val="20"/>
              </w:rPr>
            </w:pPr>
            <w:r w:rsidRPr="00A55FCD">
              <w:rPr>
                <w:rFonts w:eastAsia="Arial"/>
                <w:i/>
                <w:color w:val="777777"/>
                <w:szCs w:val="20"/>
              </w:rPr>
              <w:t>&lt;Document / evidence&gt;</w:t>
            </w:r>
          </w:p>
        </w:tc>
        <w:tc>
          <w:tcPr>
            <w:tcW w:w="1890" w:type="dxa"/>
            <w:tcMar>
              <w:top w:w="48" w:type="dxa"/>
              <w:left w:w="55" w:type="dxa"/>
              <w:bottom w:w="48" w:type="dxa"/>
              <w:right w:w="55" w:type="dxa"/>
            </w:tcMar>
          </w:tcPr>
          <w:p w14:paraId="5A580A48" w14:textId="77777777" w:rsidR="0048080A" w:rsidRPr="00A55FCD" w:rsidRDefault="00961957">
            <w:pPr>
              <w:rPr>
                <w:szCs w:val="20"/>
              </w:rPr>
            </w:pPr>
            <w:r w:rsidRPr="00A55FCD">
              <w:rPr>
                <w:rFonts w:eastAsia="Arial"/>
                <w:i/>
                <w:color w:val="777777"/>
                <w:szCs w:val="20"/>
              </w:rPr>
              <w:t>&lt;Owner&gt;</w:t>
            </w:r>
          </w:p>
        </w:tc>
        <w:tc>
          <w:tcPr>
            <w:tcW w:w="2678" w:type="dxa"/>
            <w:tcMar>
              <w:top w:w="48" w:type="dxa"/>
              <w:left w:w="55" w:type="dxa"/>
              <w:bottom w:w="48" w:type="dxa"/>
              <w:right w:w="55" w:type="dxa"/>
            </w:tcMar>
          </w:tcPr>
          <w:p w14:paraId="7E8F4910" w14:textId="77777777" w:rsidR="0048080A" w:rsidRPr="00A55FCD" w:rsidRDefault="00961957">
            <w:pPr>
              <w:rPr>
                <w:szCs w:val="20"/>
              </w:rPr>
            </w:pPr>
            <w:r w:rsidRPr="00A55FCD">
              <w:rPr>
                <w:rFonts w:eastAsia="Arial"/>
                <w:i/>
                <w:color w:val="777777"/>
                <w:szCs w:val="20"/>
              </w:rPr>
              <w:t>&lt;Storage / reference&gt;</w:t>
            </w:r>
          </w:p>
        </w:tc>
        <w:tc>
          <w:tcPr>
            <w:tcW w:w="1388" w:type="dxa"/>
            <w:tcMar>
              <w:top w:w="48" w:type="dxa"/>
              <w:left w:w="55" w:type="dxa"/>
              <w:bottom w:w="48" w:type="dxa"/>
              <w:right w:w="55" w:type="dxa"/>
            </w:tcMar>
          </w:tcPr>
          <w:p w14:paraId="59F2F401" w14:textId="77777777" w:rsidR="0048080A" w:rsidRPr="00A55FCD" w:rsidRDefault="00961957">
            <w:pPr>
              <w:rPr>
                <w:szCs w:val="20"/>
              </w:rPr>
            </w:pPr>
            <w:r w:rsidRPr="00A55FCD">
              <w:rPr>
                <w:rFonts w:eastAsia="Arial"/>
                <w:i/>
                <w:color w:val="777777"/>
                <w:szCs w:val="20"/>
              </w:rPr>
              <w:t>&lt;Date&gt;</w:t>
            </w:r>
          </w:p>
        </w:tc>
        <w:tc>
          <w:tcPr>
            <w:tcW w:w="1350" w:type="dxa"/>
            <w:tcMar>
              <w:top w:w="48" w:type="dxa"/>
              <w:left w:w="55" w:type="dxa"/>
              <w:bottom w:w="48" w:type="dxa"/>
              <w:right w:w="55" w:type="dxa"/>
            </w:tcMar>
          </w:tcPr>
          <w:p w14:paraId="5887BAAE" w14:textId="77777777" w:rsidR="0048080A" w:rsidRPr="00A55FCD" w:rsidRDefault="00961957">
            <w:pPr>
              <w:rPr>
                <w:szCs w:val="20"/>
              </w:rPr>
            </w:pPr>
            <w:r w:rsidRPr="00A55FCD">
              <w:rPr>
                <w:rFonts w:eastAsia="Arial"/>
                <w:i/>
                <w:color w:val="777777"/>
                <w:szCs w:val="20"/>
              </w:rPr>
              <w:t>&lt;Notes&gt;</w:t>
            </w:r>
          </w:p>
        </w:tc>
      </w:tr>
      <w:tr w:rsidR="0048080A" w:rsidRPr="00A55FCD" w14:paraId="7CD6347A" w14:textId="77777777" w:rsidTr="00A55FCD">
        <w:trPr>
          <w:cantSplit/>
          <w:trHeight w:val="576"/>
          <w:jc w:val="center"/>
        </w:trPr>
        <w:tc>
          <w:tcPr>
            <w:tcW w:w="1170" w:type="dxa"/>
            <w:shd w:val="clear" w:color="auto" w:fill="F5F8F7"/>
            <w:tcMar>
              <w:top w:w="48" w:type="dxa"/>
              <w:left w:w="55" w:type="dxa"/>
              <w:bottom w:w="48" w:type="dxa"/>
              <w:right w:w="55" w:type="dxa"/>
            </w:tcMar>
          </w:tcPr>
          <w:p w14:paraId="3DDEF4E7" w14:textId="77777777" w:rsidR="0048080A" w:rsidRPr="00A55FCD" w:rsidRDefault="00961957">
            <w:pPr>
              <w:rPr>
                <w:szCs w:val="20"/>
              </w:rPr>
            </w:pPr>
            <w:r w:rsidRPr="00A55FCD">
              <w:rPr>
                <w:rFonts w:eastAsia="Arial"/>
                <w:i/>
                <w:color w:val="777777"/>
                <w:szCs w:val="20"/>
              </w:rPr>
              <w:t>&lt;Category&gt;</w:t>
            </w:r>
          </w:p>
        </w:tc>
        <w:tc>
          <w:tcPr>
            <w:tcW w:w="3040" w:type="dxa"/>
            <w:tcMar>
              <w:top w:w="48" w:type="dxa"/>
              <w:left w:w="55" w:type="dxa"/>
              <w:bottom w:w="48" w:type="dxa"/>
              <w:right w:w="55" w:type="dxa"/>
            </w:tcMar>
          </w:tcPr>
          <w:p w14:paraId="2D660D72" w14:textId="77777777" w:rsidR="0048080A" w:rsidRPr="00A55FCD" w:rsidRDefault="00961957">
            <w:pPr>
              <w:rPr>
                <w:szCs w:val="20"/>
              </w:rPr>
            </w:pPr>
            <w:r w:rsidRPr="00A55FCD">
              <w:rPr>
                <w:rFonts w:eastAsia="Arial"/>
                <w:i/>
                <w:color w:val="777777"/>
                <w:szCs w:val="20"/>
              </w:rPr>
              <w:t>&lt;Document / evidence&gt;</w:t>
            </w:r>
          </w:p>
        </w:tc>
        <w:tc>
          <w:tcPr>
            <w:tcW w:w="1890" w:type="dxa"/>
            <w:tcMar>
              <w:top w:w="48" w:type="dxa"/>
              <w:left w:w="55" w:type="dxa"/>
              <w:bottom w:w="48" w:type="dxa"/>
              <w:right w:w="55" w:type="dxa"/>
            </w:tcMar>
          </w:tcPr>
          <w:p w14:paraId="3F1EABDA" w14:textId="77777777" w:rsidR="0048080A" w:rsidRPr="00A55FCD" w:rsidRDefault="00961957">
            <w:pPr>
              <w:rPr>
                <w:szCs w:val="20"/>
              </w:rPr>
            </w:pPr>
            <w:r w:rsidRPr="00A55FCD">
              <w:rPr>
                <w:rFonts w:eastAsia="Arial"/>
                <w:i/>
                <w:color w:val="777777"/>
                <w:szCs w:val="20"/>
              </w:rPr>
              <w:t>&lt;Owner&gt;</w:t>
            </w:r>
          </w:p>
        </w:tc>
        <w:tc>
          <w:tcPr>
            <w:tcW w:w="2678" w:type="dxa"/>
            <w:tcMar>
              <w:top w:w="48" w:type="dxa"/>
              <w:left w:w="55" w:type="dxa"/>
              <w:bottom w:w="48" w:type="dxa"/>
              <w:right w:w="55" w:type="dxa"/>
            </w:tcMar>
          </w:tcPr>
          <w:p w14:paraId="16B39115" w14:textId="77777777" w:rsidR="0048080A" w:rsidRPr="00A55FCD" w:rsidRDefault="00961957">
            <w:pPr>
              <w:rPr>
                <w:szCs w:val="20"/>
              </w:rPr>
            </w:pPr>
            <w:r w:rsidRPr="00A55FCD">
              <w:rPr>
                <w:rFonts w:eastAsia="Arial"/>
                <w:i/>
                <w:color w:val="777777"/>
                <w:szCs w:val="20"/>
              </w:rPr>
              <w:t>&lt;Storage / reference&gt;</w:t>
            </w:r>
          </w:p>
        </w:tc>
        <w:tc>
          <w:tcPr>
            <w:tcW w:w="1388" w:type="dxa"/>
            <w:tcMar>
              <w:top w:w="48" w:type="dxa"/>
              <w:left w:w="55" w:type="dxa"/>
              <w:bottom w:w="48" w:type="dxa"/>
              <w:right w:w="55" w:type="dxa"/>
            </w:tcMar>
          </w:tcPr>
          <w:p w14:paraId="01D17FAA" w14:textId="77777777" w:rsidR="0048080A" w:rsidRPr="00A55FCD" w:rsidRDefault="00961957">
            <w:pPr>
              <w:rPr>
                <w:szCs w:val="20"/>
              </w:rPr>
            </w:pPr>
            <w:r w:rsidRPr="00A55FCD">
              <w:rPr>
                <w:rFonts w:eastAsia="Arial"/>
                <w:i/>
                <w:color w:val="777777"/>
                <w:szCs w:val="20"/>
              </w:rPr>
              <w:t>&lt;Date&gt;</w:t>
            </w:r>
          </w:p>
        </w:tc>
        <w:tc>
          <w:tcPr>
            <w:tcW w:w="1350" w:type="dxa"/>
            <w:tcMar>
              <w:top w:w="48" w:type="dxa"/>
              <w:left w:w="55" w:type="dxa"/>
              <w:bottom w:w="48" w:type="dxa"/>
              <w:right w:w="55" w:type="dxa"/>
            </w:tcMar>
          </w:tcPr>
          <w:p w14:paraId="5D1B569A" w14:textId="77777777" w:rsidR="0048080A" w:rsidRPr="00A55FCD" w:rsidRDefault="00961957">
            <w:pPr>
              <w:rPr>
                <w:szCs w:val="20"/>
              </w:rPr>
            </w:pPr>
            <w:r w:rsidRPr="00A55FCD">
              <w:rPr>
                <w:rFonts w:eastAsia="Arial"/>
                <w:i/>
                <w:color w:val="777777"/>
                <w:szCs w:val="20"/>
              </w:rPr>
              <w:t>&lt;Notes&gt;</w:t>
            </w:r>
          </w:p>
        </w:tc>
      </w:tr>
      <w:tr w:rsidR="0048080A" w:rsidRPr="00A55FCD" w14:paraId="29E7D94D" w14:textId="77777777" w:rsidTr="00A55FCD">
        <w:trPr>
          <w:cantSplit/>
          <w:trHeight w:val="576"/>
          <w:jc w:val="center"/>
        </w:trPr>
        <w:tc>
          <w:tcPr>
            <w:tcW w:w="1170" w:type="dxa"/>
            <w:shd w:val="clear" w:color="auto" w:fill="E7F1ED"/>
            <w:tcMar>
              <w:top w:w="48" w:type="dxa"/>
              <w:left w:w="55" w:type="dxa"/>
              <w:bottom w:w="48" w:type="dxa"/>
              <w:right w:w="55" w:type="dxa"/>
            </w:tcMar>
          </w:tcPr>
          <w:p w14:paraId="40A817B1" w14:textId="77777777" w:rsidR="0048080A" w:rsidRPr="00A55FCD" w:rsidRDefault="00961957">
            <w:pPr>
              <w:rPr>
                <w:szCs w:val="20"/>
              </w:rPr>
            </w:pPr>
            <w:r w:rsidRPr="00A55FCD">
              <w:rPr>
                <w:rFonts w:eastAsia="Arial"/>
                <w:i/>
                <w:color w:val="777777"/>
                <w:szCs w:val="20"/>
              </w:rPr>
              <w:t>&lt;Category&gt;</w:t>
            </w:r>
          </w:p>
        </w:tc>
        <w:tc>
          <w:tcPr>
            <w:tcW w:w="3040" w:type="dxa"/>
            <w:tcMar>
              <w:top w:w="48" w:type="dxa"/>
              <w:left w:w="55" w:type="dxa"/>
              <w:bottom w:w="48" w:type="dxa"/>
              <w:right w:w="55" w:type="dxa"/>
            </w:tcMar>
          </w:tcPr>
          <w:p w14:paraId="0BA1C662" w14:textId="77777777" w:rsidR="0048080A" w:rsidRPr="00A55FCD" w:rsidRDefault="00961957">
            <w:pPr>
              <w:rPr>
                <w:szCs w:val="20"/>
              </w:rPr>
            </w:pPr>
            <w:r w:rsidRPr="00A55FCD">
              <w:rPr>
                <w:rFonts w:eastAsia="Arial"/>
                <w:i/>
                <w:color w:val="777777"/>
                <w:szCs w:val="20"/>
              </w:rPr>
              <w:t>&lt;Document / evidence&gt;</w:t>
            </w:r>
          </w:p>
        </w:tc>
        <w:tc>
          <w:tcPr>
            <w:tcW w:w="1890" w:type="dxa"/>
            <w:tcMar>
              <w:top w:w="48" w:type="dxa"/>
              <w:left w:w="55" w:type="dxa"/>
              <w:bottom w:w="48" w:type="dxa"/>
              <w:right w:w="55" w:type="dxa"/>
            </w:tcMar>
          </w:tcPr>
          <w:p w14:paraId="5844525A" w14:textId="77777777" w:rsidR="0048080A" w:rsidRPr="00A55FCD" w:rsidRDefault="00961957">
            <w:pPr>
              <w:rPr>
                <w:szCs w:val="20"/>
              </w:rPr>
            </w:pPr>
            <w:r w:rsidRPr="00A55FCD">
              <w:rPr>
                <w:rFonts w:eastAsia="Arial"/>
                <w:i/>
                <w:color w:val="777777"/>
                <w:szCs w:val="20"/>
              </w:rPr>
              <w:t>&lt;Owner&gt;</w:t>
            </w:r>
          </w:p>
        </w:tc>
        <w:tc>
          <w:tcPr>
            <w:tcW w:w="2678" w:type="dxa"/>
            <w:tcMar>
              <w:top w:w="48" w:type="dxa"/>
              <w:left w:w="55" w:type="dxa"/>
              <w:bottom w:w="48" w:type="dxa"/>
              <w:right w:w="55" w:type="dxa"/>
            </w:tcMar>
          </w:tcPr>
          <w:p w14:paraId="50181BBD" w14:textId="77777777" w:rsidR="0048080A" w:rsidRPr="00A55FCD" w:rsidRDefault="00961957">
            <w:pPr>
              <w:rPr>
                <w:szCs w:val="20"/>
              </w:rPr>
            </w:pPr>
            <w:r w:rsidRPr="00A55FCD">
              <w:rPr>
                <w:rFonts w:eastAsia="Arial"/>
                <w:i/>
                <w:color w:val="777777"/>
                <w:szCs w:val="20"/>
              </w:rPr>
              <w:t>&lt;Storage / reference&gt;</w:t>
            </w:r>
          </w:p>
        </w:tc>
        <w:tc>
          <w:tcPr>
            <w:tcW w:w="1388" w:type="dxa"/>
            <w:tcMar>
              <w:top w:w="48" w:type="dxa"/>
              <w:left w:w="55" w:type="dxa"/>
              <w:bottom w:w="48" w:type="dxa"/>
              <w:right w:w="55" w:type="dxa"/>
            </w:tcMar>
          </w:tcPr>
          <w:p w14:paraId="47ED01B8" w14:textId="77777777" w:rsidR="0048080A" w:rsidRPr="00A55FCD" w:rsidRDefault="00961957">
            <w:pPr>
              <w:rPr>
                <w:szCs w:val="20"/>
              </w:rPr>
            </w:pPr>
            <w:r w:rsidRPr="00A55FCD">
              <w:rPr>
                <w:rFonts w:eastAsia="Arial"/>
                <w:i/>
                <w:color w:val="777777"/>
                <w:szCs w:val="20"/>
              </w:rPr>
              <w:t>&lt;Date&gt;</w:t>
            </w:r>
          </w:p>
        </w:tc>
        <w:tc>
          <w:tcPr>
            <w:tcW w:w="1350" w:type="dxa"/>
            <w:tcMar>
              <w:top w:w="48" w:type="dxa"/>
              <w:left w:w="55" w:type="dxa"/>
              <w:bottom w:w="48" w:type="dxa"/>
              <w:right w:w="55" w:type="dxa"/>
            </w:tcMar>
          </w:tcPr>
          <w:p w14:paraId="6A67C46F" w14:textId="77777777" w:rsidR="0048080A" w:rsidRPr="00A55FCD" w:rsidRDefault="00961957">
            <w:pPr>
              <w:rPr>
                <w:szCs w:val="20"/>
              </w:rPr>
            </w:pPr>
            <w:r w:rsidRPr="00A55FCD">
              <w:rPr>
                <w:rFonts w:eastAsia="Arial"/>
                <w:i/>
                <w:color w:val="777777"/>
                <w:szCs w:val="20"/>
              </w:rPr>
              <w:t>&lt;Notes&gt;</w:t>
            </w:r>
          </w:p>
        </w:tc>
      </w:tr>
      <w:tr w:rsidR="0048080A" w:rsidRPr="00A55FCD" w14:paraId="10EC6DCA" w14:textId="77777777" w:rsidTr="00A55FCD">
        <w:trPr>
          <w:cantSplit/>
          <w:trHeight w:val="576"/>
          <w:jc w:val="center"/>
        </w:trPr>
        <w:tc>
          <w:tcPr>
            <w:tcW w:w="1170" w:type="dxa"/>
            <w:shd w:val="clear" w:color="auto" w:fill="F5F8F7"/>
            <w:tcMar>
              <w:top w:w="48" w:type="dxa"/>
              <w:left w:w="55" w:type="dxa"/>
              <w:bottom w:w="48" w:type="dxa"/>
              <w:right w:w="55" w:type="dxa"/>
            </w:tcMar>
          </w:tcPr>
          <w:p w14:paraId="3E8825EE" w14:textId="77777777" w:rsidR="0048080A" w:rsidRPr="00A55FCD" w:rsidRDefault="00961957">
            <w:pPr>
              <w:rPr>
                <w:szCs w:val="20"/>
              </w:rPr>
            </w:pPr>
            <w:r w:rsidRPr="00A55FCD">
              <w:rPr>
                <w:rFonts w:eastAsia="Arial"/>
                <w:i/>
                <w:color w:val="777777"/>
                <w:szCs w:val="20"/>
              </w:rPr>
              <w:t>&lt;Category&gt;</w:t>
            </w:r>
          </w:p>
        </w:tc>
        <w:tc>
          <w:tcPr>
            <w:tcW w:w="3040" w:type="dxa"/>
            <w:tcMar>
              <w:top w:w="48" w:type="dxa"/>
              <w:left w:w="55" w:type="dxa"/>
              <w:bottom w:w="48" w:type="dxa"/>
              <w:right w:w="55" w:type="dxa"/>
            </w:tcMar>
          </w:tcPr>
          <w:p w14:paraId="0823F5D4" w14:textId="77777777" w:rsidR="0048080A" w:rsidRPr="00A55FCD" w:rsidRDefault="00961957">
            <w:pPr>
              <w:rPr>
                <w:szCs w:val="20"/>
              </w:rPr>
            </w:pPr>
            <w:r w:rsidRPr="00A55FCD">
              <w:rPr>
                <w:rFonts w:eastAsia="Arial"/>
                <w:i/>
                <w:color w:val="777777"/>
                <w:szCs w:val="20"/>
              </w:rPr>
              <w:t>&lt;Document / evidence&gt;</w:t>
            </w:r>
          </w:p>
        </w:tc>
        <w:tc>
          <w:tcPr>
            <w:tcW w:w="1890" w:type="dxa"/>
            <w:tcMar>
              <w:top w:w="48" w:type="dxa"/>
              <w:left w:w="55" w:type="dxa"/>
              <w:bottom w:w="48" w:type="dxa"/>
              <w:right w:w="55" w:type="dxa"/>
            </w:tcMar>
          </w:tcPr>
          <w:p w14:paraId="669A7BBD" w14:textId="77777777" w:rsidR="0048080A" w:rsidRPr="00A55FCD" w:rsidRDefault="00961957">
            <w:pPr>
              <w:rPr>
                <w:szCs w:val="20"/>
              </w:rPr>
            </w:pPr>
            <w:r w:rsidRPr="00A55FCD">
              <w:rPr>
                <w:rFonts w:eastAsia="Arial"/>
                <w:i/>
                <w:color w:val="777777"/>
                <w:szCs w:val="20"/>
              </w:rPr>
              <w:t>&lt;Owner&gt;</w:t>
            </w:r>
          </w:p>
        </w:tc>
        <w:tc>
          <w:tcPr>
            <w:tcW w:w="2678" w:type="dxa"/>
            <w:tcMar>
              <w:top w:w="48" w:type="dxa"/>
              <w:left w:w="55" w:type="dxa"/>
              <w:bottom w:w="48" w:type="dxa"/>
              <w:right w:w="55" w:type="dxa"/>
            </w:tcMar>
          </w:tcPr>
          <w:p w14:paraId="4F89E491" w14:textId="77777777" w:rsidR="0048080A" w:rsidRPr="00A55FCD" w:rsidRDefault="00961957">
            <w:pPr>
              <w:rPr>
                <w:szCs w:val="20"/>
              </w:rPr>
            </w:pPr>
            <w:r w:rsidRPr="00A55FCD">
              <w:rPr>
                <w:rFonts w:eastAsia="Arial"/>
                <w:i/>
                <w:color w:val="777777"/>
                <w:szCs w:val="20"/>
              </w:rPr>
              <w:t>&lt;Storage / reference&gt;</w:t>
            </w:r>
          </w:p>
        </w:tc>
        <w:tc>
          <w:tcPr>
            <w:tcW w:w="1388" w:type="dxa"/>
            <w:tcMar>
              <w:top w:w="48" w:type="dxa"/>
              <w:left w:w="55" w:type="dxa"/>
              <w:bottom w:w="48" w:type="dxa"/>
              <w:right w:w="55" w:type="dxa"/>
            </w:tcMar>
          </w:tcPr>
          <w:p w14:paraId="78125F85" w14:textId="77777777" w:rsidR="0048080A" w:rsidRPr="00A55FCD" w:rsidRDefault="00961957">
            <w:pPr>
              <w:rPr>
                <w:szCs w:val="20"/>
              </w:rPr>
            </w:pPr>
            <w:r w:rsidRPr="00A55FCD">
              <w:rPr>
                <w:rFonts w:eastAsia="Arial"/>
                <w:i/>
                <w:color w:val="777777"/>
                <w:szCs w:val="20"/>
              </w:rPr>
              <w:t>&lt;Date&gt;</w:t>
            </w:r>
          </w:p>
        </w:tc>
        <w:tc>
          <w:tcPr>
            <w:tcW w:w="1350" w:type="dxa"/>
            <w:tcMar>
              <w:top w:w="48" w:type="dxa"/>
              <w:left w:w="55" w:type="dxa"/>
              <w:bottom w:w="48" w:type="dxa"/>
              <w:right w:w="55" w:type="dxa"/>
            </w:tcMar>
          </w:tcPr>
          <w:p w14:paraId="73E77124" w14:textId="77777777" w:rsidR="0048080A" w:rsidRPr="00A55FCD" w:rsidRDefault="00961957">
            <w:pPr>
              <w:rPr>
                <w:szCs w:val="20"/>
              </w:rPr>
            </w:pPr>
            <w:r w:rsidRPr="00A55FCD">
              <w:rPr>
                <w:rFonts w:eastAsia="Arial"/>
                <w:i/>
                <w:color w:val="777777"/>
                <w:szCs w:val="20"/>
              </w:rPr>
              <w:t>&lt;Notes&gt;</w:t>
            </w:r>
          </w:p>
        </w:tc>
      </w:tr>
      <w:tr w:rsidR="0048080A" w:rsidRPr="00A55FCD" w14:paraId="0272FA85" w14:textId="77777777" w:rsidTr="00A55FCD">
        <w:trPr>
          <w:cantSplit/>
          <w:trHeight w:val="576"/>
          <w:jc w:val="center"/>
        </w:trPr>
        <w:tc>
          <w:tcPr>
            <w:tcW w:w="1170" w:type="dxa"/>
            <w:shd w:val="clear" w:color="auto" w:fill="E7F1ED"/>
            <w:tcMar>
              <w:top w:w="48" w:type="dxa"/>
              <w:left w:w="55" w:type="dxa"/>
              <w:bottom w:w="48" w:type="dxa"/>
              <w:right w:w="55" w:type="dxa"/>
            </w:tcMar>
          </w:tcPr>
          <w:p w14:paraId="593C8DA9" w14:textId="77777777" w:rsidR="0048080A" w:rsidRPr="00A55FCD" w:rsidRDefault="00961957">
            <w:pPr>
              <w:rPr>
                <w:szCs w:val="20"/>
              </w:rPr>
            </w:pPr>
            <w:r w:rsidRPr="00A55FCD">
              <w:rPr>
                <w:rFonts w:eastAsia="Arial"/>
                <w:i/>
                <w:color w:val="777777"/>
                <w:szCs w:val="20"/>
              </w:rPr>
              <w:t>&lt;Category&gt;</w:t>
            </w:r>
          </w:p>
        </w:tc>
        <w:tc>
          <w:tcPr>
            <w:tcW w:w="3040" w:type="dxa"/>
            <w:tcMar>
              <w:top w:w="48" w:type="dxa"/>
              <w:left w:w="55" w:type="dxa"/>
              <w:bottom w:w="48" w:type="dxa"/>
              <w:right w:w="55" w:type="dxa"/>
            </w:tcMar>
          </w:tcPr>
          <w:p w14:paraId="03137DD7" w14:textId="77777777" w:rsidR="0048080A" w:rsidRPr="00A55FCD" w:rsidRDefault="00961957">
            <w:pPr>
              <w:rPr>
                <w:szCs w:val="20"/>
              </w:rPr>
            </w:pPr>
            <w:r w:rsidRPr="00A55FCD">
              <w:rPr>
                <w:rFonts w:eastAsia="Arial"/>
                <w:i/>
                <w:color w:val="777777"/>
                <w:szCs w:val="20"/>
              </w:rPr>
              <w:t>&lt;Document / evidence&gt;</w:t>
            </w:r>
          </w:p>
        </w:tc>
        <w:tc>
          <w:tcPr>
            <w:tcW w:w="1890" w:type="dxa"/>
            <w:tcMar>
              <w:top w:w="48" w:type="dxa"/>
              <w:left w:w="55" w:type="dxa"/>
              <w:bottom w:w="48" w:type="dxa"/>
              <w:right w:w="55" w:type="dxa"/>
            </w:tcMar>
          </w:tcPr>
          <w:p w14:paraId="1DCF54BC" w14:textId="77777777" w:rsidR="0048080A" w:rsidRPr="00A55FCD" w:rsidRDefault="00961957">
            <w:pPr>
              <w:rPr>
                <w:szCs w:val="20"/>
              </w:rPr>
            </w:pPr>
            <w:r w:rsidRPr="00A55FCD">
              <w:rPr>
                <w:rFonts w:eastAsia="Arial"/>
                <w:i/>
                <w:color w:val="777777"/>
                <w:szCs w:val="20"/>
              </w:rPr>
              <w:t>&lt;Owner&gt;</w:t>
            </w:r>
          </w:p>
        </w:tc>
        <w:tc>
          <w:tcPr>
            <w:tcW w:w="2678" w:type="dxa"/>
            <w:tcMar>
              <w:top w:w="48" w:type="dxa"/>
              <w:left w:w="55" w:type="dxa"/>
              <w:bottom w:w="48" w:type="dxa"/>
              <w:right w:w="55" w:type="dxa"/>
            </w:tcMar>
          </w:tcPr>
          <w:p w14:paraId="35F2698C" w14:textId="77777777" w:rsidR="0048080A" w:rsidRPr="00A55FCD" w:rsidRDefault="00961957">
            <w:pPr>
              <w:rPr>
                <w:szCs w:val="20"/>
              </w:rPr>
            </w:pPr>
            <w:r w:rsidRPr="00A55FCD">
              <w:rPr>
                <w:rFonts w:eastAsia="Arial"/>
                <w:i/>
                <w:color w:val="777777"/>
                <w:szCs w:val="20"/>
              </w:rPr>
              <w:t>&lt;Storage / reference&gt;</w:t>
            </w:r>
          </w:p>
        </w:tc>
        <w:tc>
          <w:tcPr>
            <w:tcW w:w="1388" w:type="dxa"/>
            <w:tcMar>
              <w:top w:w="48" w:type="dxa"/>
              <w:left w:w="55" w:type="dxa"/>
              <w:bottom w:w="48" w:type="dxa"/>
              <w:right w:w="55" w:type="dxa"/>
            </w:tcMar>
          </w:tcPr>
          <w:p w14:paraId="2FC7E1A6" w14:textId="77777777" w:rsidR="0048080A" w:rsidRPr="00A55FCD" w:rsidRDefault="00961957">
            <w:pPr>
              <w:rPr>
                <w:szCs w:val="20"/>
              </w:rPr>
            </w:pPr>
            <w:r w:rsidRPr="00A55FCD">
              <w:rPr>
                <w:rFonts w:eastAsia="Arial"/>
                <w:i/>
                <w:color w:val="777777"/>
                <w:szCs w:val="20"/>
              </w:rPr>
              <w:t>&lt;Date&gt;</w:t>
            </w:r>
          </w:p>
        </w:tc>
        <w:tc>
          <w:tcPr>
            <w:tcW w:w="1350" w:type="dxa"/>
            <w:tcMar>
              <w:top w:w="48" w:type="dxa"/>
              <w:left w:w="55" w:type="dxa"/>
              <w:bottom w:w="48" w:type="dxa"/>
              <w:right w:w="55" w:type="dxa"/>
            </w:tcMar>
          </w:tcPr>
          <w:p w14:paraId="22286337" w14:textId="77777777" w:rsidR="0048080A" w:rsidRPr="00A55FCD" w:rsidRDefault="00961957">
            <w:pPr>
              <w:rPr>
                <w:szCs w:val="20"/>
              </w:rPr>
            </w:pPr>
            <w:r w:rsidRPr="00A55FCD">
              <w:rPr>
                <w:rFonts w:eastAsia="Arial"/>
                <w:i/>
                <w:color w:val="777777"/>
                <w:szCs w:val="20"/>
              </w:rPr>
              <w:t>&lt;Notes&gt;</w:t>
            </w:r>
          </w:p>
        </w:tc>
      </w:tr>
      <w:tr w:rsidR="0048080A" w:rsidRPr="00A55FCD" w14:paraId="173D6AC2" w14:textId="77777777" w:rsidTr="00A55FCD">
        <w:trPr>
          <w:cantSplit/>
          <w:trHeight w:val="576"/>
          <w:jc w:val="center"/>
        </w:trPr>
        <w:tc>
          <w:tcPr>
            <w:tcW w:w="1170" w:type="dxa"/>
            <w:shd w:val="clear" w:color="auto" w:fill="F5F8F7"/>
            <w:tcMar>
              <w:top w:w="48" w:type="dxa"/>
              <w:left w:w="55" w:type="dxa"/>
              <w:bottom w:w="48" w:type="dxa"/>
              <w:right w:w="55" w:type="dxa"/>
            </w:tcMar>
          </w:tcPr>
          <w:p w14:paraId="10016303" w14:textId="77777777" w:rsidR="0048080A" w:rsidRPr="00A55FCD" w:rsidRDefault="00961957">
            <w:pPr>
              <w:rPr>
                <w:szCs w:val="20"/>
              </w:rPr>
            </w:pPr>
            <w:r w:rsidRPr="00A55FCD">
              <w:rPr>
                <w:rFonts w:eastAsia="Arial"/>
                <w:i/>
                <w:color w:val="777777"/>
                <w:szCs w:val="20"/>
              </w:rPr>
              <w:t>&lt;Category&gt;</w:t>
            </w:r>
          </w:p>
        </w:tc>
        <w:tc>
          <w:tcPr>
            <w:tcW w:w="3040" w:type="dxa"/>
            <w:tcMar>
              <w:top w:w="48" w:type="dxa"/>
              <w:left w:w="55" w:type="dxa"/>
              <w:bottom w:w="48" w:type="dxa"/>
              <w:right w:w="55" w:type="dxa"/>
            </w:tcMar>
          </w:tcPr>
          <w:p w14:paraId="20402164" w14:textId="77777777" w:rsidR="0048080A" w:rsidRPr="00A55FCD" w:rsidRDefault="00961957">
            <w:pPr>
              <w:rPr>
                <w:szCs w:val="20"/>
              </w:rPr>
            </w:pPr>
            <w:r w:rsidRPr="00A55FCD">
              <w:rPr>
                <w:rFonts w:eastAsia="Arial"/>
                <w:i/>
                <w:color w:val="777777"/>
                <w:szCs w:val="20"/>
              </w:rPr>
              <w:t>&lt;Document / evidence&gt;</w:t>
            </w:r>
          </w:p>
        </w:tc>
        <w:tc>
          <w:tcPr>
            <w:tcW w:w="1890" w:type="dxa"/>
            <w:tcMar>
              <w:top w:w="48" w:type="dxa"/>
              <w:left w:w="55" w:type="dxa"/>
              <w:bottom w:w="48" w:type="dxa"/>
              <w:right w:w="55" w:type="dxa"/>
            </w:tcMar>
          </w:tcPr>
          <w:p w14:paraId="574DC5C1" w14:textId="77777777" w:rsidR="0048080A" w:rsidRPr="00A55FCD" w:rsidRDefault="00961957">
            <w:pPr>
              <w:rPr>
                <w:szCs w:val="20"/>
              </w:rPr>
            </w:pPr>
            <w:r w:rsidRPr="00A55FCD">
              <w:rPr>
                <w:rFonts w:eastAsia="Arial"/>
                <w:i/>
                <w:color w:val="777777"/>
                <w:szCs w:val="20"/>
              </w:rPr>
              <w:t>&lt;Owner&gt;</w:t>
            </w:r>
          </w:p>
        </w:tc>
        <w:tc>
          <w:tcPr>
            <w:tcW w:w="2678" w:type="dxa"/>
            <w:tcMar>
              <w:top w:w="48" w:type="dxa"/>
              <w:left w:w="55" w:type="dxa"/>
              <w:bottom w:w="48" w:type="dxa"/>
              <w:right w:w="55" w:type="dxa"/>
            </w:tcMar>
          </w:tcPr>
          <w:p w14:paraId="5DA86171" w14:textId="77777777" w:rsidR="0048080A" w:rsidRPr="00A55FCD" w:rsidRDefault="00961957">
            <w:pPr>
              <w:rPr>
                <w:szCs w:val="20"/>
              </w:rPr>
            </w:pPr>
            <w:r w:rsidRPr="00A55FCD">
              <w:rPr>
                <w:rFonts w:eastAsia="Arial"/>
                <w:i/>
                <w:color w:val="777777"/>
                <w:szCs w:val="20"/>
              </w:rPr>
              <w:t>&lt;Storage / reference&gt;</w:t>
            </w:r>
          </w:p>
        </w:tc>
        <w:tc>
          <w:tcPr>
            <w:tcW w:w="1388" w:type="dxa"/>
            <w:tcMar>
              <w:top w:w="48" w:type="dxa"/>
              <w:left w:w="55" w:type="dxa"/>
              <w:bottom w:w="48" w:type="dxa"/>
              <w:right w:w="55" w:type="dxa"/>
            </w:tcMar>
          </w:tcPr>
          <w:p w14:paraId="1FAF0E36" w14:textId="77777777" w:rsidR="0048080A" w:rsidRPr="00A55FCD" w:rsidRDefault="00961957">
            <w:pPr>
              <w:rPr>
                <w:szCs w:val="20"/>
              </w:rPr>
            </w:pPr>
            <w:r w:rsidRPr="00A55FCD">
              <w:rPr>
                <w:rFonts w:eastAsia="Arial"/>
                <w:i/>
                <w:color w:val="777777"/>
                <w:szCs w:val="20"/>
              </w:rPr>
              <w:t>&lt;Date&gt;</w:t>
            </w:r>
          </w:p>
        </w:tc>
        <w:tc>
          <w:tcPr>
            <w:tcW w:w="1350" w:type="dxa"/>
            <w:tcMar>
              <w:top w:w="48" w:type="dxa"/>
              <w:left w:w="55" w:type="dxa"/>
              <w:bottom w:w="48" w:type="dxa"/>
              <w:right w:w="55" w:type="dxa"/>
            </w:tcMar>
          </w:tcPr>
          <w:p w14:paraId="19C0DF26" w14:textId="77777777" w:rsidR="0048080A" w:rsidRPr="00A55FCD" w:rsidRDefault="00961957">
            <w:pPr>
              <w:rPr>
                <w:szCs w:val="20"/>
              </w:rPr>
            </w:pPr>
            <w:r w:rsidRPr="00A55FCD">
              <w:rPr>
                <w:rFonts w:eastAsia="Arial"/>
                <w:i/>
                <w:color w:val="777777"/>
                <w:szCs w:val="20"/>
              </w:rPr>
              <w:t>&lt;Notes&gt;</w:t>
            </w:r>
          </w:p>
        </w:tc>
      </w:tr>
    </w:tbl>
    <w:p w14:paraId="4D515765" w14:textId="77777777" w:rsidR="00A55FCD" w:rsidRDefault="00A55FCD">
      <w:pPr>
        <w:pBdr>
          <w:bottom w:val="single" w:sz="8" w:space="3" w:color="E6532F"/>
        </w:pBdr>
        <w:spacing w:before="120" w:after="60"/>
        <w:rPr>
          <w:rFonts w:eastAsia="Arial"/>
          <w:b/>
          <w:color w:val="006747"/>
          <w:sz w:val="26"/>
        </w:rPr>
      </w:pPr>
    </w:p>
    <w:p w14:paraId="44AFA664" w14:textId="77777777" w:rsidR="00A55FCD" w:rsidRDefault="00A55FCD">
      <w:pPr>
        <w:pBdr>
          <w:bottom w:val="single" w:sz="8" w:space="3" w:color="E6532F"/>
        </w:pBdr>
        <w:spacing w:before="120" w:after="60"/>
        <w:rPr>
          <w:rFonts w:eastAsia="Arial"/>
          <w:b/>
          <w:color w:val="006747"/>
          <w:sz w:val="26"/>
        </w:rPr>
      </w:pPr>
    </w:p>
    <w:p w14:paraId="0C798B24" w14:textId="77777777" w:rsidR="00A55FCD" w:rsidRDefault="00A55FCD">
      <w:pPr>
        <w:pBdr>
          <w:bottom w:val="single" w:sz="8" w:space="3" w:color="E6532F"/>
        </w:pBdr>
        <w:spacing w:before="120" w:after="60"/>
        <w:rPr>
          <w:rFonts w:eastAsia="Arial"/>
          <w:b/>
          <w:color w:val="006747"/>
          <w:sz w:val="26"/>
        </w:rPr>
      </w:pPr>
    </w:p>
    <w:p w14:paraId="5BB0FB80" w14:textId="77777777" w:rsidR="00A55FCD" w:rsidRDefault="00A55FCD">
      <w:pPr>
        <w:pBdr>
          <w:bottom w:val="single" w:sz="8" w:space="3" w:color="E6532F"/>
        </w:pBdr>
        <w:spacing w:before="120" w:after="60"/>
        <w:rPr>
          <w:rFonts w:eastAsia="Arial"/>
          <w:b/>
          <w:color w:val="006747"/>
          <w:sz w:val="26"/>
        </w:rPr>
      </w:pPr>
    </w:p>
    <w:p w14:paraId="23369605" w14:textId="77777777" w:rsidR="00A55FCD" w:rsidRDefault="00A55FCD">
      <w:pPr>
        <w:pBdr>
          <w:bottom w:val="single" w:sz="8" w:space="3" w:color="E6532F"/>
        </w:pBdr>
        <w:spacing w:before="120" w:after="60"/>
        <w:rPr>
          <w:rFonts w:eastAsia="Arial"/>
          <w:b/>
          <w:color w:val="006747"/>
          <w:sz w:val="26"/>
        </w:rPr>
      </w:pPr>
    </w:p>
    <w:p w14:paraId="4F18E8B4" w14:textId="77777777" w:rsidR="00A55FCD" w:rsidRDefault="00A55FCD">
      <w:pPr>
        <w:pBdr>
          <w:bottom w:val="single" w:sz="8" w:space="3" w:color="E6532F"/>
        </w:pBdr>
        <w:spacing w:before="120" w:after="60"/>
        <w:rPr>
          <w:rFonts w:eastAsia="Arial"/>
          <w:b/>
          <w:color w:val="006747"/>
          <w:sz w:val="26"/>
        </w:rPr>
      </w:pPr>
    </w:p>
    <w:p w14:paraId="7A4AA8BE" w14:textId="77777777" w:rsidR="00A55FCD" w:rsidRDefault="00A55FCD">
      <w:pPr>
        <w:pBdr>
          <w:bottom w:val="single" w:sz="8" w:space="3" w:color="E6532F"/>
        </w:pBdr>
        <w:spacing w:before="120" w:after="60"/>
        <w:rPr>
          <w:rFonts w:eastAsia="Arial"/>
          <w:b/>
          <w:color w:val="006747"/>
          <w:sz w:val="26"/>
        </w:rPr>
      </w:pPr>
    </w:p>
    <w:p w14:paraId="1CA85579" w14:textId="77777777" w:rsidR="00A55FCD" w:rsidRDefault="00A55FCD">
      <w:pPr>
        <w:pBdr>
          <w:bottom w:val="single" w:sz="8" w:space="3" w:color="E6532F"/>
        </w:pBdr>
        <w:spacing w:before="120" w:after="60"/>
        <w:rPr>
          <w:rFonts w:eastAsia="Arial"/>
          <w:b/>
          <w:color w:val="006747"/>
          <w:sz w:val="26"/>
        </w:rPr>
      </w:pPr>
    </w:p>
    <w:p w14:paraId="1F93FB0D" w14:textId="77777777" w:rsidR="00A55FCD" w:rsidRDefault="00A55FCD">
      <w:pPr>
        <w:pBdr>
          <w:bottom w:val="single" w:sz="8" w:space="3" w:color="E6532F"/>
        </w:pBdr>
        <w:spacing w:before="120" w:after="60"/>
        <w:rPr>
          <w:rFonts w:eastAsia="Arial"/>
          <w:b/>
          <w:color w:val="006747"/>
          <w:sz w:val="26"/>
        </w:rPr>
      </w:pPr>
    </w:p>
    <w:p w14:paraId="2A353F90" w14:textId="0143C2C7" w:rsidR="0048080A" w:rsidRDefault="00961957">
      <w:pPr>
        <w:pBdr>
          <w:bottom w:val="single" w:sz="8" w:space="3" w:color="E6532F"/>
        </w:pBdr>
        <w:spacing w:before="120" w:after="60"/>
      </w:pPr>
      <w:r>
        <w:rPr>
          <w:rFonts w:eastAsia="Arial"/>
          <w:b/>
          <w:color w:val="006747"/>
          <w:sz w:val="26"/>
        </w:rPr>
        <w:lastRenderedPageBreak/>
        <w:t>INDEX REVIEW / VERSION CONTROL</w:t>
      </w:r>
    </w:p>
    <w:tbl>
      <w:tblPr>
        <w:tblW w:w="11503" w:type="dxa"/>
        <w:jc w:val="center"/>
        <w:tblBorders>
          <w:top w:val="single" w:sz="5" w:space="0" w:color="B8C5C0"/>
          <w:left w:val="single" w:sz="5" w:space="0" w:color="B8C5C0"/>
          <w:bottom w:val="single" w:sz="5" w:space="0" w:color="B8C5C0"/>
          <w:right w:val="single" w:sz="5" w:space="0" w:color="B8C5C0"/>
          <w:insideH w:val="single" w:sz="5" w:space="0" w:color="B8C5C0"/>
          <w:insideV w:val="single" w:sz="5" w:space="0" w:color="B8C5C0"/>
        </w:tblBorders>
        <w:tblLayout w:type="fixed"/>
        <w:tblLook w:val="04A0" w:firstRow="1" w:lastRow="0" w:firstColumn="1" w:lastColumn="0" w:noHBand="0" w:noVBand="1"/>
      </w:tblPr>
      <w:tblGrid>
        <w:gridCol w:w="2017"/>
        <w:gridCol w:w="2017"/>
        <w:gridCol w:w="2726"/>
        <w:gridCol w:w="2726"/>
        <w:gridCol w:w="2017"/>
      </w:tblGrid>
      <w:tr w:rsidR="0048080A" w:rsidRPr="00A55FCD" w14:paraId="0E2D3DED" w14:textId="77777777" w:rsidTr="00A55FCD">
        <w:trPr>
          <w:trHeight w:val="492"/>
          <w:tblHeader/>
          <w:jc w:val="center"/>
        </w:trPr>
        <w:tc>
          <w:tcPr>
            <w:tcW w:w="2017" w:type="dxa"/>
            <w:shd w:val="clear" w:color="auto" w:fill="006747"/>
            <w:tcMar>
              <w:top w:w="55" w:type="dxa"/>
              <w:left w:w="60" w:type="dxa"/>
              <w:bottom w:w="55" w:type="dxa"/>
              <w:right w:w="60" w:type="dxa"/>
            </w:tcMar>
          </w:tcPr>
          <w:p w14:paraId="57D43BCC" w14:textId="77777777" w:rsidR="0048080A" w:rsidRPr="00A55FCD" w:rsidRDefault="00961957">
            <w:pPr>
              <w:jc w:val="center"/>
              <w:rPr>
                <w:szCs w:val="20"/>
              </w:rPr>
            </w:pPr>
            <w:r w:rsidRPr="00A55FCD">
              <w:rPr>
                <w:rFonts w:eastAsia="Arial"/>
                <w:b/>
                <w:color w:val="FFFFFF"/>
                <w:szCs w:val="20"/>
              </w:rPr>
              <w:t>Review Date</w:t>
            </w:r>
          </w:p>
        </w:tc>
        <w:tc>
          <w:tcPr>
            <w:tcW w:w="2017" w:type="dxa"/>
            <w:shd w:val="clear" w:color="auto" w:fill="006747"/>
            <w:tcMar>
              <w:top w:w="55" w:type="dxa"/>
              <w:left w:w="60" w:type="dxa"/>
              <w:bottom w:w="55" w:type="dxa"/>
              <w:right w:w="60" w:type="dxa"/>
            </w:tcMar>
          </w:tcPr>
          <w:p w14:paraId="0406DBB4" w14:textId="77777777" w:rsidR="0048080A" w:rsidRPr="00A55FCD" w:rsidRDefault="00961957">
            <w:pPr>
              <w:jc w:val="center"/>
              <w:rPr>
                <w:szCs w:val="20"/>
              </w:rPr>
            </w:pPr>
            <w:r w:rsidRPr="00A55FCD">
              <w:rPr>
                <w:rFonts w:eastAsia="Arial"/>
                <w:b/>
                <w:color w:val="FFFFFF"/>
                <w:szCs w:val="20"/>
              </w:rPr>
              <w:t>Reviewed By</w:t>
            </w:r>
          </w:p>
        </w:tc>
        <w:tc>
          <w:tcPr>
            <w:tcW w:w="2726" w:type="dxa"/>
            <w:shd w:val="clear" w:color="auto" w:fill="006747"/>
            <w:tcMar>
              <w:top w:w="55" w:type="dxa"/>
              <w:left w:w="60" w:type="dxa"/>
              <w:bottom w:w="55" w:type="dxa"/>
              <w:right w:w="60" w:type="dxa"/>
            </w:tcMar>
          </w:tcPr>
          <w:p w14:paraId="16272CA9" w14:textId="77777777" w:rsidR="0048080A" w:rsidRPr="00A55FCD" w:rsidRDefault="00961957">
            <w:pPr>
              <w:jc w:val="center"/>
              <w:rPr>
                <w:szCs w:val="20"/>
              </w:rPr>
            </w:pPr>
            <w:r w:rsidRPr="00A55FCD">
              <w:rPr>
                <w:rFonts w:eastAsia="Arial"/>
                <w:b/>
                <w:color w:val="FFFFFF"/>
                <w:szCs w:val="20"/>
              </w:rPr>
              <w:t>Locations Verified</w:t>
            </w:r>
          </w:p>
        </w:tc>
        <w:tc>
          <w:tcPr>
            <w:tcW w:w="2726" w:type="dxa"/>
            <w:shd w:val="clear" w:color="auto" w:fill="006747"/>
            <w:tcMar>
              <w:top w:w="55" w:type="dxa"/>
              <w:left w:w="60" w:type="dxa"/>
              <w:bottom w:w="55" w:type="dxa"/>
              <w:right w:w="60" w:type="dxa"/>
            </w:tcMar>
          </w:tcPr>
          <w:p w14:paraId="77E8FF92" w14:textId="77777777" w:rsidR="0048080A" w:rsidRPr="00A55FCD" w:rsidRDefault="00961957">
            <w:pPr>
              <w:jc w:val="center"/>
              <w:rPr>
                <w:szCs w:val="20"/>
              </w:rPr>
            </w:pPr>
            <w:r w:rsidRPr="00A55FCD">
              <w:rPr>
                <w:rFonts w:eastAsia="Arial"/>
                <w:b/>
                <w:color w:val="FFFFFF"/>
                <w:szCs w:val="20"/>
              </w:rPr>
              <w:t>Changes / Follow-Up</w:t>
            </w:r>
          </w:p>
        </w:tc>
        <w:tc>
          <w:tcPr>
            <w:tcW w:w="2017" w:type="dxa"/>
            <w:shd w:val="clear" w:color="auto" w:fill="006747"/>
            <w:tcMar>
              <w:top w:w="55" w:type="dxa"/>
              <w:left w:w="60" w:type="dxa"/>
              <w:bottom w:w="55" w:type="dxa"/>
              <w:right w:w="60" w:type="dxa"/>
            </w:tcMar>
          </w:tcPr>
          <w:p w14:paraId="40A17C60" w14:textId="77777777" w:rsidR="0048080A" w:rsidRPr="00A55FCD" w:rsidRDefault="00961957">
            <w:pPr>
              <w:jc w:val="center"/>
              <w:rPr>
                <w:szCs w:val="20"/>
              </w:rPr>
            </w:pPr>
            <w:r w:rsidRPr="00A55FCD">
              <w:rPr>
                <w:rFonts w:eastAsia="Arial"/>
                <w:b/>
                <w:color w:val="FFFFFF"/>
                <w:szCs w:val="20"/>
              </w:rPr>
              <w:t>Next Review</w:t>
            </w:r>
          </w:p>
        </w:tc>
      </w:tr>
      <w:tr w:rsidR="0048080A" w:rsidRPr="00A55FCD" w14:paraId="3C070C14" w14:textId="77777777" w:rsidTr="00A55FCD">
        <w:trPr>
          <w:cantSplit/>
          <w:trHeight w:val="529"/>
          <w:jc w:val="center"/>
        </w:trPr>
        <w:tc>
          <w:tcPr>
            <w:tcW w:w="2017" w:type="dxa"/>
            <w:shd w:val="clear" w:color="auto" w:fill="E7F1ED"/>
            <w:tcMar>
              <w:top w:w="48" w:type="dxa"/>
              <w:left w:w="55" w:type="dxa"/>
              <w:bottom w:w="48" w:type="dxa"/>
              <w:right w:w="55" w:type="dxa"/>
            </w:tcMar>
          </w:tcPr>
          <w:p w14:paraId="78AD78C6" w14:textId="77777777" w:rsidR="0048080A" w:rsidRPr="00A55FCD" w:rsidRDefault="00961957">
            <w:pPr>
              <w:rPr>
                <w:szCs w:val="20"/>
              </w:rPr>
            </w:pPr>
            <w:r w:rsidRPr="00A55FCD">
              <w:rPr>
                <w:rFonts w:eastAsia="Arial"/>
                <w:i/>
                <w:color w:val="777777"/>
                <w:szCs w:val="20"/>
              </w:rPr>
              <w:t>&lt;Date&gt;</w:t>
            </w:r>
          </w:p>
        </w:tc>
        <w:tc>
          <w:tcPr>
            <w:tcW w:w="2017" w:type="dxa"/>
            <w:tcMar>
              <w:top w:w="48" w:type="dxa"/>
              <w:left w:w="55" w:type="dxa"/>
              <w:bottom w:w="48" w:type="dxa"/>
              <w:right w:w="55" w:type="dxa"/>
            </w:tcMar>
          </w:tcPr>
          <w:p w14:paraId="31FF2F4E" w14:textId="77777777" w:rsidR="0048080A" w:rsidRPr="00A55FCD" w:rsidRDefault="00961957">
            <w:pPr>
              <w:rPr>
                <w:szCs w:val="20"/>
              </w:rPr>
            </w:pPr>
            <w:r w:rsidRPr="00A55FCD">
              <w:rPr>
                <w:rFonts w:eastAsia="Arial"/>
                <w:i/>
                <w:color w:val="777777"/>
                <w:szCs w:val="20"/>
              </w:rPr>
              <w:t>&lt;Reviewed by&gt;</w:t>
            </w:r>
          </w:p>
        </w:tc>
        <w:tc>
          <w:tcPr>
            <w:tcW w:w="2726" w:type="dxa"/>
            <w:tcMar>
              <w:top w:w="48" w:type="dxa"/>
              <w:left w:w="55" w:type="dxa"/>
              <w:bottom w:w="48" w:type="dxa"/>
              <w:right w:w="55" w:type="dxa"/>
            </w:tcMar>
          </w:tcPr>
          <w:p w14:paraId="25C6820E" w14:textId="77777777" w:rsidR="0048080A" w:rsidRPr="00A55FCD" w:rsidRDefault="00961957">
            <w:pPr>
              <w:rPr>
                <w:szCs w:val="20"/>
              </w:rPr>
            </w:pPr>
            <w:r w:rsidRPr="00A55FCD">
              <w:rPr>
                <w:rFonts w:eastAsia="Arial"/>
                <w:i/>
                <w:color w:val="777777"/>
                <w:szCs w:val="20"/>
              </w:rPr>
              <w:t>&lt;Source / file locations verified&gt;</w:t>
            </w:r>
          </w:p>
        </w:tc>
        <w:tc>
          <w:tcPr>
            <w:tcW w:w="2726" w:type="dxa"/>
            <w:tcMar>
              <w:top w:w="48" w:type="dxa"/>
              <w:left w:w="55" w:type="dxa"/>
              <w:bottom w:w="48" w:type="dxa"/>
              <w:right w:w="55" w:type="dxa"/>
            </w:tcMar>
          </w:tcPr>
          <w:p w14:paraId="4B7807D6" w14:textId="77777777" w:rsidR="0048080A" w:rsidRPr="00A55FCD" w:rsidRDefault="00961957">
            <w:pPr>
              <w:rPr>
                <w:szCs w:val="20"/>
              </w:rPr>
            </w:pPr>
            <w:r w:rsidRPr="00A55FCD">
              <w:rPr>
                <w:rFonts w:eastAsia="Arial"/>
                <w:i/>
                <w:color w:val="777777"/>
                <w:szCs w:val="20"/>
              </w:rPr>
              <w:t>&lt;Changes / follow-up&gt;</w:t>
            </w:r>
          </w:p>
        </w:tc>
        <w:tc>
          <w:tcPr>
            <w:tcW w:w="2017" w:type="dxa"/>
            <w:tcMar>
              <w:top w:w="48" w:type="dxa"/>
              <w:left w:w="55" w:type="dxa"/>
              <w:bottom w:w="48" w:type="dxa"/>
              <w:right w:w="55" w:type="dxa"/>
            </w:tcMar>
          </w:tcPr>
          <w:p w14:paraId="56D171C9" w14:textId="77777777" w:rsidR="0048080A" w:rsidRPr="00A55FCD" w:rsidRDefault="00961957">
            <w:pPr>
              <w:rPr>
                <w:szCs w:val="20"/>
              </w:rPr>
            </w:pPr>
            <w:r w:rsidRPr="00A55FCD">
              <w:rPr>
                <w:rFonts w:eastAsia="Arial"/>
                <w:i/>
                <w:color w:val="777777"/>
                <w:szCs w:val="20"/>
              </w:rPr>
              <w:t>&lt;Next review&gt;</w:t>
            </w:r>
          </w:p>
        </w:tc>
      </w:tr>
      <w:tr w:rsidR="0048080A" w:rsidRPr="00A55FCD" w14:paraId="004BA78E" w14:textId="77777777" w:rsidTr="00A55FCD">
        <w:trPr>
          <w:cantSplit/>
          <w:trHeight w:val="529"/>
          <w:jc w:val="center"/>
        </w:trPr>
        <w:tc>
          <w:tcPr>
            <w:tcW w:w="2017" w:type="dxa"/>
            <w:shd w:val="clear" w:color="auto" w:fill="F5F8F7"/>
            <w:tcMar>
              <w:top w:w="48" w:type="dxa"/>
              <w:left w:w="55" w:type="dxa"/>
              <w:bottom w:w="48" w:type="dxa"/>
              <w:right w:w="55" w:type="dxa"/>
            </w:tcMar>
          </w:tcPr>
          <w:p w14:paraId="75672FDB" w14:textId="77777777" w:rsidR="0048080A" w:rsidRPr="00A55FCD" w:rsidRDefault="00961957">
            <w:pPr>
              <w:rPr>
                <w:szCs w:val="20"/>
              </w:rPr>
            </w:pPr>
            <w:r w:rsidRPr="00A55FCD">
              <w:rPr>
                <w:rFonts w:eastAsia="Arial"/>
                <w:i/>
                <w:color w:val="777777"/>
                <w:szCs w:val="20"/>
              </w:rPr>
              <w:t>&lt;Date&gt;</w:t>
            </w:r>
          </w:p>
        </w:tc>
        <w:tc>
          <w:tcPr>
            <w:tcW w:w="2017" w:type="dxa"/>
            <w:tcMar>
              <w:top w:w="48" w:type="dxa"/>
              <w:left w:w="55" w:type="dxa"/>
              <w:bottom w:w="48" w:type="dxa"/>
              <w:right w:w="55" w:type="dxa"/>
            </w:tcMar>
          </w:tcPr>
          <w:p w14:paraId="12A3E789" w14:textId="77777777" w:rsidR="0048080A" w:rsidRPr="00A55FCD" w:rsidRDefault="00961957">
            <w:pPr>
              <w:rPr>
                <w:szCs w:val="20"/>
              </w:rPr>
            </w:pPr>
            <w:r w:rsidRPr="00A55FCD">
              <w:rPr>
                <w:rFonts w:eastAsia="Arial"/>
                <w:i/>
                <w:color w:val="777777"/>
                <w:szCs w:val="20"/>
              </w:rPr>
              <w:t>&lt;Reviewed by&gt;</w:t>
            </w:r>
          </w:p>
        </w:tc>
        <w:tc>
          <w:tcPr>
            <w:tcW w:w="2726" w:type="dxa"/>
            <w:tcMar>
              <w:top w:w="48" w:type="dxa"/>
              <w:left w:w="55" w:type="dxa"/>
              <w:bottom w:w="48" w:type="dxa"/>
              <w:right w:w="55" w:type="dxa"/>
            </w:tcMar>
          </w:tcPr>
          <w:p w14:paraId="34F639BA" w14:textId="77777777" w:rsidR="0048080A" w:rsidRPr="00A55FCD" w:rsidRDefault="00961957">
            <w:pPr>
              <w:rPr>
                <w:szCs w:val="20"/>
              </w:rPr>
            </w:pPr>
            <w:r w:rsidRPr="00A55FCD">
              <w:rPr>
                <w:rFonts w:eastAsia="Arial"/>
                <w:i/>
                <w:color w:val="777777"/>
                <w:szCs w:val="20"/>
              </w:rPr>
              <w:t>&lt;Source / file locations verified&gt;</w:t>
            </w:r>
          </w:p>
        </w:tc>
        <w:tc>
          <w:tcPr>
            <w:tcW w:w="2726" w:type="dxa"/>
            <w:tcMar>
              <w:top w:w="48" w:type="dxa"/>
              <w:left w:w="55" w:type="dxa"/>
              <w:bottom w:w="48" w:type="dxa"/>
              <w:right w:w="55" w:type="dxa"/>
            </w:tcMar>
          </w:tcPr>
          <w:p w14:paraId="65116EEF" w14:textId="77777777" w:rsidR="0048080A" w:rsidRPr="00A55FCD" w:rsidRDefault="00961957">
            <w:pPr>
              <w:rPr>
                <w:szCs w:val="20"/>
              </w:rPr>
            </w:pPr>
            <w:r w:rsidRPr="00A55FCD">
              <w:rPr>
                <w:rFonts w:eastAsia="Arial"/>
                <w:i/>
                <w:color w:val="777777"/>
                <w:szCs w:val="20"/>
              </w:rPr>
              <w:t>&lt;Changes / follow-up&gt;</w:t>
            </w:r>
          </w:p>
        </w:tc>
        <w:tc>
          <w:tcPr>
            <w:tcW w:w="2017" w:type="dxa"/>
            <w:tcMar>
              <w:top w:w="48" w:type="dxa"/>
              <w:left w:w="55" w:type="dxa"/>
              <w:bottom w:w="48" w:type="dxa"/>
              <w:right w:w="55" w:type="dxa"/>
            </w:tcMar>
          </w:tcPr>
          <w:p w14:paraId="68D9A2E9" w14:textId="77777777" w:rsidR="0048080A" w:rsidRPr="00A55FCD" w:rsidRDefault="00961957">
            <w:pPr>
              <w:rPr>
                <w:szCs w:val="20"/>
              </w:rPr>
            </w:pPr>
            <w:r w:rsidRPr="00A55FCD">
              <w:rPr>
                <w:rFonts w:eastAsia="Arial"/>
                <w:i/>
                <w:color w:val="777777"/>
                <w:szCs w:val="20"/>
              </w:rPr>
              <w:t>&lt;Next review&gt;</w:t>
            </w:r>
          </w:p>
        </w:tc>
      </w:tr>
      <w:tr w:rsidR="0048080A" w:rsidRPr="00A55FCD" w14:paraId="70713BF9" w14:textId="77777777" w:rsidTr="00A55FCD">
        <w:trPr>
          <w:cantSplit/>
          <w:trHeight w:val="529"/>
          <w:jc w:val="center"/>
        </w:trPr>
        <w:tc>
          <w:tcPr>
            <w:tcW w:w="2017" w:type="dxa"/>
            <w:shd w:val="clear" w:color="auto" w:fill="E7F1ED"/>
            <w:tcMar>
              <w:top w:w="48" w:type="dxa"/>
              <w:left w:w="55" w:type="dxa"/>
              <w:bottom w:w="48" w:type="dxa"/>
              <w:right w:w="55" w:type="dxa"/>
            </w:tcMar>
          </w:tcPr>
          <w:p w14:paraId="71679D11" w14:textId="77777777" w:rsidR="0048080A" w:rsidRPr="00A55FCD" w:rsidRDefault="00961957">
            <w:pPr>
              <w:rPr>
                <w:szCs w:val="20"/>
              </w:rPr>
            </w:pPr>
            <w:r w:rsidRPr="00A55FCD">
              <w:rPr>
                <w:rFonts w:eastAsia="Arial"/>
                <w:i/>
                <w:color w:val="777777"/>
                <w:szCs w:val="20"/>
              </w:rPr>
              <w:t>&lt;Date&gt;</w:t>
            </w:r>
          </w:p>
        </w:tc>
        <w:tc>
          <w:tcPr>
            <w:tcW w:w="2017" w:type="dxa"/>
            <w:tcMar>
              <w:top w:w="48" w:type="dxa"/>
              <w:left w:w="55" w:type="dxa"/>
              <w:bottom w:w="48" w:type="dxa"/>
              <w:right w:w="55" w:type="dxa"/>
            </w:tcMar>
          </w:tcPr>
          <w:p w14:paraId="2F019502" w14:textId="77777777" w:rsidR="0048080A" w:rsidRPr="00A55FCD" w:rsidRDefault="00961957">
            <w:pPr>
              <w:rPr>
                <w:szCs w:val="20"/>
              </w:rPr>
            </w:pPr>
            <w:r w:rsidRPr="00A55FCD">
              <w:rPr>
                <w:rFonts w:eastAsia="Arial"/>
                <w:i/>
                <w:color w:val="777777"/>
                <w:szCs w:val="20"/>
              </w:rPr>
              <w:t>&lt;Reviewed by&gt;</w:t>
            </w:r>
          </w:p>
        </w:tc>
        <w:tc>
          <w:tcPr>
            <w:tcW w:w="2726" w:type="dxa"/>
            <w:tcMar>
              <w:top w:w="48" w:type="dxa"/>
              <w:left w:w="55" w:type="dxa"/>
              <w:bottom w:w="48" w:type="dxa"/>
              <w:right w:w="55" w:type="dxa"/>
            </w:tcMar>
          </w:tcPr>
          <w:p w14:paraId="6ABE2AF1" w14:textId="77777777" w:rsidR="0048080A" w:rsidRPr="00A55FCD" w:rsidRDefault="00961957">
            <w:pPr>
              <w:rPr>
                <w:szCs w:val="20"/>
              </w:rPr>
            </w:pPr>
            <w:r w:rsidRPr="00A55FCD">
              <w:rPr>
                <w:rFonts w:eastAsia="Arial"/>
                <w:i/>
                <w:color w:val="777777"/>
                <w:szCs w:val="20"/>
              </w:rPr>
              <w:t>&lt;Source / file locations verified&gt;</w:t>
            </w:r>
          </w:p>
        </w:tc>
        <w:tc>
          <w:tcPr>
            <w:tcW w:w="2726" w:type="dxa"/>
            <w:tcMar>
              <w:top w:w="48" w:type="dxa"/>
              <w:left w:w="55" w:type="dxa"/>
              <w:bottom w:w="48" w:type="dxa"/>
              <w:right w:w="55" w:type="dxa"/>
            </w:tcMar>
          </w:tcPr>
          <w:p w14:paraId="1C8248C1" w14:textId="77777777" w:rsidR="0048080A" w:rsidRPr="00A55FCD" w:rsidRDefault="00961957">
            <w:pPr>
              <w:rPr>
                <w:szCs w:val="20"/>
              </w:rPr>
            </w:pPr>
            <w:r w:rsidRPr="00A55FCD">
              <w:rPr>
                <w:rFonts w:eastAsia="Arial"/>
                <w:i/>
                <w:color w:val="777777"/>
                <w:szCs w:val="20"/>
              </w:rPr>
              <w:t>&lt;Changes / follow-up&gt;</w:t>
            </w:r>
          </w:p>
        </w:tc>
        <w:tc>
          <w:tcPr>
            <w:tcW w:w="2017" w:type="dxa"/>
            <w:tcMar>
              <w:top w:w="48" w:type="dxa"/>
              <w:left w:w="55" w:type="dxa"/>
              <w:bottom w:w="48" w:type="dxa"/>
              <w:right w:w="55" w:type="dxa"/>
            </w:tcMar>
          </w:tcPr>
          <w:p w14:paraId="4D2DC87D" w14:textId="77777777" w:rsidR="0048080A" w:rsidRPr="00A55FCD" w:rsidRDefault="00961957">
            <w:pPr>
              <w:rPr>
                <w:szCs w:val="20"/>
              </w:rPr>
            </w:pPr>
            <w:r w:rsidRPr="00A55FCD">
              <w:rPr>
                <w:rFonts w:eastAsia="Arial"/>
                <w:i/>
                <w:color w:val="777777"/>
                <w:szCs w:val="20"/>
              </w:rPr>
              <w:t>&lt;Next review&gt;</w:t>
            </w:r>
          </w:p>
        </w:tc>
      </w:tr>
      <w:tr w:rsidR="0048080A" w:rsidRPr="00A55FCD" w14:paraId="5526183D" w14:textId="77777777" w:rsidTr="00A55FCD">
        <w:trPr>
          <w:cantSplit/>
          <w:trHeight w:val="529"/>
          <w:jc w:val="center"/>
        </w:trPr>
        <w:tc>
          <w:tcPr>
            <w:tcW w:w="2017" w:type="dxa"/>
            <w:shd w:val="clear" w:color="auto" w:fill="F5F8F7"/>
            <w:tcMar>
              <w:top w:w="48" w:type="dxa"/>
              <w:left w:w="55" w:type="dxa"/>
              <w:bottom w:w="48" w:type="dxa"/>
              <w:right w:w="55" w:type="dxa"/>
            </w:tcMar>
          </w:tcPr>
          <w:p w14:paraId="4316B41F" w14:textId="77777777" w:rsidR="0048080A" w:rsidRPr="00A55FCD" w:rsidRDefault="00961957">
            <w:pPr>
              <w:rPr>
                <w:szCs w:val="20"/>
              </w:rPr>
            </w:pPr>
            <w:r w:rsidRPr="00A55FCD">
              <w:rPr>
                <w:rFonts w:eastAsia="Arial"/>
                <w:i/>
                <w:color w:val="777777"/>
                <w:szCs w:val="20"/>
              </w:rPr>
              <w:t>&lt;Date&gt;</w:t>
            </w:r>
          </w:p>
        </w:tc>
        <w:tc>
          <w:tcPr>
            <w:tcW w:w="2017" w:type="dxa"/>
            <w:tcMar>
              <w:top w:w="48" w:type="dxa"/>
              <w:left w:w="55" w:type="dxa"/>
              <w:bottom w:w="48" w:type="dxa"/>
              <w:right w:w="55" w:type="dxa"/>
            </w:tcMar>
          </w:tcPr>
          <w:p w14:paraId="5908DC0E" w14:textId="77777777" w:rsidR="0048080A" w:rsidRPr="00A55FCD" w:rsidRDefault="00961957">
            <w:pPr>
              <w:rPr>
                <w:szCs w:val="20"/>
              </w:rPr>
            </w:pPr>
            <w:r w:rsidRPr="00A55FCD">
              <w:rPr>
                <w:rFonts w:eastAsia="Arial"/>
                <w:i/>
                <w:color w:val="777777"/>
                <w:szCs w:val="20"/>
              </w:rPr>
              <w:t>&lt;Reviewed by&gt;</w:t>
            </w:r>
          </w:p>
        </w:tc>
        <w:tc>
          <w:tcPr>
            <w:tcW w:w="2726" w:type="dxa"/>
            <w:tcMar>
              <w:top w:w="48" w:type="dxa"/>
              <w:left w:w="55" w:type="dxa"/>
              <w:bottom w:w="48" w:type="dxa"/>
              <w:right w:w="55" w:type="dxa"/>
            </w:tcMar>
          </w:tcPr>
          <w:p w14:paraId="43EEFA46" w14:textId="77777777" w:rsidR="0048080A" w:rsidRPr="00A55FCD" w:rsidRDefault="00961957">
            <w:pPr>
              <w:rPr>
                <w:szCs w:val="20"/>
              </w:rPr>
            </w:pPr>
            <w:r w:rsidRPr="00A55FCD">
              <w:rPr>
                <w:rFonts w:eastAsia="Arial"/>
                <w:i/>
                <w:color w:val="777777"/>
                <w:szCs w:val="20"/>
              </w:rPr>
              <w:t>&lt;Source / file locations verified&gt;</w:t>
            </w:r>
          </w:p>
        </w:tc>
        <w:tc>
          <w:tcPr>
            <w:tcW w:w="2726" w:type="dxa"/>
            <w:tcMar>
              <w:top w:w="48" w:type="dxa"/>
              <w:left w:w="55" w:type="dxa"/>
              <w:bottom w:w="48" w:type="dxa"/>
              <w:right w:w="55" w:type="dxa"/>
            </w:tcMar>
          </w:tcPr>
          <w:p w14:paraId="42042C91" w14:textId="77777777" w:rsidR="0048080A" w:rsidRPr="00A55FCD" w:rsidRDefault="00961957">
            <w:pPr>
              <w:rPr>
                <w:szCs w:val="20"/>
              </w:rPr>
            </w:pPr>
            <w:r w:rsidRPr="00A55FCD">
              <w:rPr>
                <w:rFonts w:eastAsia="Arial"/>
                <w:i/>
                <w:color w:val="777777"/>
                <w:szCs w:val="20"/>
              </w:rPr>
              <w:t>&lt;Changes / follow-up&gt;</w:t>
            </w:r>
          </w:p>
        </w:tc>
        <w:tc>
          <w:tcPr>
            <w:tcW w:w="2017" w:type="dxa"/>
            <w:tcMar>
              <w:top w:w="48" w:type="dxa"/>
              <w:left w:w="55" w:type="dxa"/>
              <w:bottom w:w="48" w:type="dxa"/>
              <w:right w:w="55" w:type="dxa"/>
            </w:tcMar>
          </w:tcPr>
          <w:p w14:paraId="352E880D" w14:textId="77777777" w:rsidR="0048080A" w:rsidRPr="00A55FCD" w:rsidRDefault="00961957">
            <w:pPr>
              <w:rPr>
                <w:szCs w:val="20"/>
              </w:rPr>
            </w:pPr>
            <w:r w:rsidRPr="00A55FCD">
              <w:rPr>
                <w:rFonts w:eastAsia="Arial"/>
                <w:i/>
                <w:color w:val="777777"/>
                <w:szCs w:val="20"/>
              </w:rPr>
              <w:t>&lt;Next review&gt;</w:t>
            </w:r>
          </w:p>
        </w:tc>
      </w:tr>
      <w:tr w:rsidR="0048080A" w:rsidRPr="00A55FCD" w14:paraId="596F6FEC" w14:textId="77777777" w:rsidTr="00A55FCD">
        <w:trPr>
          <w:cantSplit/>
          <w:trHeight w:val="529"/>
          <w:jc w:val="center"/>
        </w:trPr>
        <w:tc>
          <w:tcPr>
            <w:tcW w:w="2017" w:type="dxa"/>
            <w:shd w:val="clear" w:color="auto" w:fill="E7F1ED"/>
            <w:tcMar>
              <w:top w:w="48" w:type="dxa"/>
              <w:left w:w="55" w:type="dxa"/>
              <w:bottom w:w="48" w:type="dxa"/>
              <w:right w:w="55" w:type="dxa"/>
            </w:tcMar>
          </w:tcPr>
          <w:p w14:paraId="317CBADF" w14:textId="77777777" w:rsidR="0048080A" w:rsidRPr="00A55FCD" w:rsidRDefault="00961957">
            <w:pPr>
              <w:rPr>
                <w:szCs w:val="20"/>
              </w:rPr>
            </w:pPr>
            <w:r w:rsidRPr="00A55FCD">
              <w:rPr>
                <w:rFonts w:eastAsia="Arial"/>
                <w:i/>
                <w:color w:val="777777"/>
                <w:szCs w:val="20"/>
              </w:rPr>
              <w:t>&lt;Date&gt;</w:t>
            </w:r>
          </w:p>
        </w:tc>
        <w:tc>
          <w:tcPr>
            <w:tcW w:w="2017" w:type="dxa"/>
            <w:tcMar>
              <w:top w:w="48" w:type="dxa"/>
              <w:left w:w="55" w:type="dxa"/>
              <w:bottom w:w="48" w:type="dxa"/>
              <w:right w:w="55" w:type="dxa"/>
            </w:tcMar>
          </w:tcPr>
          <w:p w14:paraId="1919C745" w14:textId="77777777" w:rsidR="0048080A" w:rsidRPr="00A55FCD" w:rsidRDefault="00961957">
            <w:pPr>
              <w:rPr>
                <w:szCs w:val="20"/>
              </w:rPr>
            </w:pPr>
            <w:r w:rsidRPr="00A55FCD">
              <w:rPr>
                <w:rFonts w:eastAsia="Arial"/>
                <w:i/>
                <w:color w:val="777777"/>
                <w:szCs w:val="20"/>
              </w:rPr>
              <w:t>&lt;Reviewed by&gt;</w:t>
            </w:r>
          </w:p>
        </w:tc>
        <w:tc>
          <w:tcPr>
            <w:tcW w:w="2726" w:type="dxa"/>
            <w:tcMar>
              <w:top w:w="48" w:type="dxa"/>
              <w:left w:w="55" w:type="dxa"/>
              <w:bottom w:w="48" w:type="dxa"/>
              <w:right w:w="55" w:type="dxa"/>
            </w:tcMar>
          </w:tcPr>
          <w:p w14:paraId="0CFE55C5" w14:textId="77777777" w:rsidR="0048080A" w:rsidRPr="00A55FCD" w:rsidRDefault="00961957">
            <w:pPr>
              <w:rPr>
                <w:szCs w:val="20"/>
              </w:rPr>
            </w:pPr>
            <w:r w:rsidRPr="00A55FCD">
              <w:rPr>
                <w:rFonts w:eastAsia="Arial"/>
                <w:i/>
                <w:color w:val="777777"/>
                <w:szCs w:val="20"/>
              </w:rPr>
              <w:t>&lt;Source / file locations verified&gt;</w:t>
            </w:r>
          </w:p>
        </w:tc>
        <w:tc>
          <w:tcPr>
            <w:tcW w:w="2726" w:type="dxa"/>
            <w:tcMar>
              <w:top w:w="48" w:type="dxa"/>
              <w:left w:w="55" w:type="dxa"/>
              <w:bottom w:w="48" w:type="dxa"/>
              <w:right w:w="55" w:type="dxa"/>
            </w:tcMar>
          </w:tcPr>
          <w:p w14:paraId="142D26C8" w14:textId="77777777" w:rsidR="0048080A" w:rsidRPr="00A55FCD" w:rsidRDefault="00961957">
            <w:pPr>
              <w:rPr>
                <w:szCs w:val="20"/>
              </w:rPr>
            </w:pPr>
            <w:r w:rsidRPr="00A55FCD">
              <w:rPr>
                <w:rFonts w:eastAsia="Arial"/>
                <w:i/>
                <w:color w:val="777777"/>
                <w:szCs w:val="20"/>
              </w:rPr>
              <w:t>&lt;Changes / follow-up&gt;</w:t>
            </w:r>
          </w:p>
        </w:tc>
        <w:tc>
          <w:tcPr>
            <w:tcW w:w="2017" w:type="dxa"/>
            <w:tcMar>
              <w:top w:w="48" w:type="dxa"/>
              <w:left w:w="55" w:type="dxa"/>
              <w:bottom w:w="48" w:type="dxa"/>
              <w:right w:w="55" w:type="dxa"/>
            </w:tcMar>
          </w:tcPr>
          <w:p w14:paraId="233593AF" w14:textId="77777777" w:rsidR="0048080A" w:rsidRPr="00A55FCD" w:rsidRDefault="00961957">
            <w:pPr>
              <w:rPr>
                <w:szCs w:val="20"/>
              </w:rPr>
            </w:pPr>
            <w:r w:rsidRPr="00A55FCD">
              <w:rPr>
                <w:rFonts w:eastAsia="Arial"/>
                <w:i/>
                <w:color w:val="777777"/>
                <w:szCs w:val="20"/>
              </w:rPr>
              <w:t>&lt;Next review&gt;</w:t>
            </w:r>
          </w:p>
        </w:tc>
      </w:tr>
    </w:tbl>
    <w:p w14:paraId="5584701F" w14:textId="77777777" w:rsidR="00961957" w:rsidRDefault="00961957"/>
    <w:sectPr w:rsidR="00961957" w:rsidSect="00034616">
      <w:headerReference w:type="default" r:id="rId9"/>
      <w:footerReference w:type="default" r:id="rId10"/>
      <w:pgSz w:w="12240" w:h="15840"/>
      <w:pgMar w:top="648" w:right="792" w:bottom="691"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F3343" w14:textId="77777777" w:rsidR="00961957" w:rsidRDefault="00961957">
      <w:pPr>
        <w:spacing w:after="0" w:line="240" w:lineRule="auto"/>
      </w:pPr>
      <w:r>
        <w:separator/>
      </w:r>
    </w:p>
  </w:endnote>
  <w:endnote w:type="continuationSeparator" w:id="0">
    <w:p w14:paraId="27AD9256" w14:textId="77777777" w:rsidR="00961957" w:rsidRDefault="00961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B9351" w14:textId="3DADBFEA" w:rsidR="0048080A" w:rsidRDefault="00961957">
    <w:pPr>
      <w:pStyle w:val="Footer"/>
      <w:jc w:val="center"/>
    </w:pPr>
    <w:r>
      <w:rPr>
        <w:rFonts w:eastAsia="Arial"/>
        <w:color w:val="666666"/>
        <w:sz w:val="15"/>
      </w:rPr>
      <w:t xml:space="preserve">Healthcare Coalition of Maine | www.mainehccs.org | Planning Resource | Page </w:t>
    </w:r>
    <w:r>
      <w:rPr>
        <w:rFonts w:eastAsia="Arial"/>
        <w:color w:val="666666"/>
        <w:sz w:val="16"/>
      </w:rPr>
      <w:fldChar w:fldCharType="begin"/>
    </w:r>
    <w:r>
      <w:rPr>
        <w:rFonts w:eastAsia="Arial"/>
        <w:color w:val="666666"/>
        <w:sz w:val="16"/>
      </w:rPr>
      <w:instrText xml:space="preserve"> PAGE </w:instrText>
    </w:r>
    <w:r w:rsidR="001E0447">
      <w:rPr>
        <w:rFonts w:eastAsia="Arial"/>
        <w:color w:val="666666"/>
        <w:sz w:val="16"/>
      </w:rPr>
      <w:fldChar w:fldCharType="separate"/>
    </w:r>
    <w:r w:rsidR="001E0447">
      <w:rPr>
        <w:rFonts w:eastAsia="Arial"/>
        <w:noProof/>
        <w:color w:val="666666"/>
        <w:sz w:val="16"/>
      </w:rPr>
      <w:t>1</w:t>
    </w:r>
    <w:r>
      <w:rPr>
        <w:rFonts w:eastAsia="Arial"/>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E43DF" w14:textId="77777777" w:rsidR="00961957" w:rsidRDefault="00961957">
      <w:pPr>
        <w:spacing w:after="0" w:line="240" w:lineRule="auto"/>
      </w:pPr>
      <w:r>
        <w:separator/>
      </w:r>
    </w:p>
  </w:footnote>
  <w:footnote w:type="continuationSeparator" w:id="0">
    <w:p w14:paraId="49A34F8B" w14:textId="77777777" w:rsidR="00961957" w:rsidRDefault="009619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11AB0" w14:textId="77777777" w:rsidR="0048080A" w:rsidRDefault="00961957">
    <w:pPr>
      <w:pStyle w:val="Header"/>
      <w:pBdr>
        <w:bottom w:val="single" w:sz="6" w:space="3" w:color="E6532F"/>
      </w:pBdr>
      <w:spacing w:after="20"/>
      <w:jc w:val="right"/>
    </w:pPr>
    <w:r>
      <w:rPr>
        <w:rFonts w:eastAsia="Arial"/>
        <w:b/>
        <w:color w:val="006747"/>
        <w:sz w:val="16"/>
      </w:rPr>
      <w:t>HEALTHCARE COALITION OF MAINE | UNIVERSAL SUPPORTING DOCUMENTATION INDEX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51960808">
    <w:abstractNumId w:val="8"/>
  </w:num>
  <w:num w:numId="2" w16cid:durableId="382220123">
    <w:abstractNumId w:val="6"/>
  </w:num>
  <w:num w:numId="3" w16cid:durableId="10617086">
    <w:abstractNumId w:val="5"/>
  </w:num>
  <w:num w:numId="4" w16cid:durableId="2063670397">
    <w:abstractNumId w:val="4"/>
  </w:num>
  <w:num w:numId="5" w16cid:durableId="1468861469">
    <w:abstractNumId w:val="7"/>
  </w:num>
  <w:num w:numId="6" w16cid:durableId="895891148">
    <w:abstractNumId w:val="3"/>
  </w:num>
  <w:num w:numId="7" w16cid:durableId="1728644354">
    <w:abstractNumId w:val="2"/>
  </w:num>
  <w:num w:numId="8" w16cid:durableId="151726155">
    <w:abstractNumId w:val="1"/>
  </w:num>
  <w:num w:numId="9" w16cid:durableId="2008248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0447"/>
    <w:rsid w:val="0029639D"/>
    <w:rsid w:val="00326F90"/>
    <w:rsid w:val="0048080A"/>
    <w:rsid w:val="00961957"/>
    <w:rsid w:val="00A55FCD"/>
    <w:rsid w:val="00AA1D8D"/>
    <w:rsid w:val="00B47730"/>
    <w:rsid w:val="00CB0664"/>
    <w:rsid w:val="00DE1AB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4CD9269-7EFC-4091-A8BA-AE6F759E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Dieterich, Hannah</cp:lastModifiedBy>
  <cp:revision>3</cp:revision>
  <dcterms:created xsi:type="dcterms:W3CDTF">2013-12-23T23:15:00Z</dcterms:created>
  <dcterms:modified xsi:type="dcterms:W3CDTF">2026-09-08T17:44:00Z</dcterms:modified>
  <cp:category/>
</cp:coreProperties>
</file>