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5E8BA" w14:textId="77777777" w:rsidR="00282991" w:rsidRDefault="00FE4586">
      <w:pPr>
        <w:jc w:val="center"/>
      </w:pPr>
      <w:r>
        <w:rPr>
          <w:noProof/>
        </w:rPr>
        <w:drawing>
          <wp:inline distT="0" distB="0" distL="0" distR="0" wp14:anchorId="0201934D" wp14:editId="117CAA13">
            <wp:extent cx="1417320" cy="12494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8"/>
                    <a:stretch>
                      <a:fillRect/>
                    </a:stretch>
                  </pic:blipFill>
                  <pic:spPr>
                    <a:xfrm>
                      <a:off x="0" y="0"/>
                      <a:ext cx="1417320" cy="1249479"/>
                    </a:xfrm>
                    <a:prstGeom prst="rect">
                      <a:avLst/>
                    </a:prstGeom>
                  </pic:spPr>
                </pic:pic>
              </a:graphicData>
            </a:graphic>
          </wp:inline>
        </w:drawing>
      </w:r>
    </w:p>
    <w:p w14:paraId="266E06BB" w14:textId="77777777" w:rsidR="00282991" w:rsidRDefault="00FE4586">
      <w:pPr>
        <w:spacing w:after="20"/>
        <w:jc w:val="center"/>
      </w:pPr>
      <w:r>
        <w:rPr>
          <w:rFonts w:eastAsia="Arial" w:cs="Arial"/>
          <w:b/>
          <w:color w:val="015A41"/>
          <w:sz w:val="24"/>
        </w:rPr>
        <w:t>HEALTHCARE COALITION OF MAINE</w:t>
      </w:r>
    </w:p>
    <w:p w14:paraId="660501A2" w14:textId="77777777" w:rsidR="00282991" w:rsidRDefault="00FE4586">
      <w:pPr>
        <w:spacing w:after="0"/>
        <w:jc w:val="center"/>
      </w:pPr>
      <w:r>
        <w:rPr>
          <w:rFonts w:eastAsia="Arial" w:cs="Arial"/>
          <w:b/>
          <w:color w:val="015A41"/>
          <w:sz w:val="33"/>
        </w:rPr>
        <w:t>END-STAGE RENAL DISEASE (ESRD) / DIALYSIS FACILITY</w:t>
      </w:r>
    </w:p>
    <w:p w14:paraId="691C8B8D" w14:textId="77777777" w:rsidR="00282991" w:rsidRDefault="00FE4586">
      <w:pPr>
        <w:spacing w:after="20"/>
        <w:jc w:val="center"/>
      </w:pPr>
      <w:r>
        <w:rPr>
          <w:rFonts w:eastAsia="Arial" w:cs="Arial"/>
          <w:b/>
          <w:color w:val="015A41"/>
          <w:sz w:val="46"/>
        </w:rPr>
        <w:t>EMERGENCY OPERATIONS PLAN</w:t>
      </w:r>
    </w:p>
    <w:p w14:paraId="0722890D" w14:textId="77777777" w:rsidR="00282991" w:rsidRDefault="00FE4586">
      <w:pPr>
        <w:spacing w:after="140"/>
        <w:jc w:val="center"/>
      </w:pPr>
      <w:r>
        <w:rPr>
          <w:rFonts w:eastAsia="Arial" w:cs="Arial"/>
          <w:b/>
          <w:color w:val="E63B07"/>
          <w:sz w:val="26"/>
        </w:rPr>
        <w:t>Template and Planning Resource</w:t>
      </w:r>
    </w:p>
    <w:tbl>
      <w:tblPr>
        <w:tblW w:w="0" w:type="auto"/>
        <w:jc w:val="center"/>
        <w:tblLayout w:type="fixed"/>
        <w:tblLook w:val="04A0" w:firstRow="1" w:lastRow="0" w:firstColumn="1" w:lastColumn="0" w:noHBand="0" w:noVBand="1"/>
      </w:tblPr>
      <w:tblGrid>
        <w:gridCol w:w="3600"/>
        <w:gridCol w:w="7200"/>
      </w:tblGrid>
      <w:tr w:rsidR="00282991" w14:paraId="5804C677" w14:textId="77777777">
        <w:trPr>
          <w:cantSplit/>
          <w:tblHeader/>
          <w:jc w:val="center"/>
        </w:trPr>
        <w:tc>
          <w:tcPr>
            <w:tcW w:w="360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2F06F9E" w14:textId="77777777" w:rsidR="00282991" w:rsidRDefault="00FE4586">
            <w:pPr>
              <w:spacing w:after="0"/>
            </w:pPr>
            <w:r>
              <w:rPr>
                <w:rFonts w:eastAsia="Arial" w:cs="Arial"/>
                <w:b/>
                <w:color w:val="FFFFFF"/>
                <w:sz w:val="18"/>
              </w:rPr>
              <w:t>Field</w:t>
            </w:r>
          </w:p>
        </w:tc>
        <w:tc>
          <w:tcPr>
            <w:tcW w:w="720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CF6ED91" w14:textId="77777777" w:rsidR="00282991" w:rsidRDefault="00FE4586">
            <w:pPr>
              <w:spacing w:after="0"/>
            </w:pPr>
            <w:r>
              <w:rPr>
                <w:rFonts w:eastAsia="Arial" w:cs="Arial"/>
                <w:b/>
                <w:color w:val="FFFFFF"/>
                <w:sz w:val="18"/>
              </w:rPr>
              <w:t>Facility Entry</w:t>
            </w:r>
          </w:p>
        </w:tc>
      </w:tr>
      <w:tr w:rsidR="00282991" w14:paraId="33E412B3"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A3EA78F" w14:textId="77777777" w:rsidR="00282991" w:rsidRDefault="00FE4586">
            <w:pPr>
              <w:spacing w:after="0"/>
            </w:pPr>
            <w:r>
              <w:rPr>
                <w:rFonts w:eastAsia="Arial" w:cs="Arial"/>
                <w:sz w:val="18"/>
              </w:rPr>
              <w:t>Facility / Legal Name</w:t>
            </w:r>
          </w:p>
        </w:tc>
        <w:tc>
          <w:tcPr>
            <w:tcW w:w="72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0AEFB1B" w14:textId="77777777" w:rsidR="00282991" w:rsidRDefault="00FE4586">
            <w:pPr>
              <w:spacing w:after="0"/>
            </w:pPr>
            <w:r>
              <w:rPr>
                <w:rFonts w:eastAsia="Arial" w:cs="Arial"/>
                <w:i/>
                <w:color w:val="707070"/>
                <w:sz w:val="20"/>
              </w:rPr>
              <w:t>&lt;Insert facility/legal name&gt;</w:t>
            </w:r>
          </w:p>
        </w:tc>
      </w:tr>
      <w:tr w:rsidR="00282991" w14:paraId="00D52D93"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FAE3957" w14:textId="77777777" w:rsidR="00282991" w:rsidRDefault="00FE4586">
            <w:pPr>
              <w:spacing w:after="0"/>
            </w:pPr>
            <w:r>
              <w:rPr>
                <w:rFonts w:eastAsia="Arial" w:cs="Arial"/>
                <w:sz w:val="18"/>
              </w:rPr>
              <w:t>DBA / Site Name</w:t>
            </w:r>
          </w:p>
        </w:tc>
        <w:tc>
          <w:tcPr>
            <w:tcW w:w="72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9DA900D" w14:textId="77777777" w:rsidR="00282991" w:rsidRDefault="00FE4586">
            <w:pPr>
              <w:spacing w:after="0"/>
            </w:pPr>
            <w:r>
              <w:rPr>
                <w:rFonts w:eastAsia="Arial" w:cs="Arial"/>
                <w:i/>
                <w:color w:val="707070"/>
                <w:sz w:val="20"/>
              </w:rPr>
              <w:t>&lt;Insert DBA/site name&gt;</w:t>
            </w:r>
          </w:p>
        </w:tc>
      </w:tr>
      <w:tr w:rsidR="00282991" w14:paraId="100273F2"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D4214A1" w14:textId="77777777" w:rsidR="00282991" w:rsidRDefault="00FE4586">
            <w:pPr>
              <w:spacing w:after="0"/>
            </w:pPr>
            <w:r>
              <w:rPr>
                <w:rFonts w:eastAsia="Arial" w:cs="Arial"/>
                <w:sz w:val="18"/>
              </w:rPr>
              <w:t>Physical Address</w:t>
            </w:r>
          </w:p>
        </w:tc>
        <w:tc>
          <w:tcPr>
            <w:tcW w:w="72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B1E2F1E" w14:textId="77777777" w:rsidR="00282991" w:rsidRDefault="00FE4586">
            <w:pPr>
              <w:spacing w:after="0"/>
            </w:pPr>
            <w:r>
              <w:rPr>
                <w:rFonts w:eastAsia="Arial" w:cs="Arial"/>
                <w:i/>
                <w:color w:val="707070"/>
                <w:sz w:val="20"/>
              </w:rPr>
              <w:t>&lt;Insert&gt;</w:t>
            </w:r>
          </w:p>
        </w:tc>
      </w:tr>
      <w:tr w:rsidR="00282991" w14:paraId="13738171"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926C535" w14:textId="77777777" w:rsidR="00282991" w:rsidRDefault="00FE4586">
            <w:pPr>
              <w:spacing w:after="0"/>
            </w:pPr>
            <w:r>
              <w:rPr>
                <w:rFonts w:eastAsia="Arial" w:cs="Arial"/>
                <w:sz w:val="18"/>
              </w:rPr>
              <w:t>Maine ESRD License / CMS CCN</w:t>
            </w:r>
          </w:p>
        </w:tc>
        <w:tc>
          <w:tcPr>
            <w:tcW w:w="72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F68683B" w14:textId="77777777" w:rsidR="00282991" w:rsidRDefault="00FE4586">
            <w:pPr>
              <w:spacing w:after="0"/>
            </w:pPr>
            <w:r>
              <w:rPr>
                <w:rFonts w:eastAsia="Arial" w:cs="Arial"/>
                <w:i/>
                <w:color w:val="707070"/>
                <w:sz w:val="20"/>
              </w:rPr>
              <w:t>&lt;Insert&gt;</w:t>
            </w:r>
          </w:p>
        </w:tc>
      </w:tr>
      <w:tr w:rsidR="00282991" w14:paraId="125D7012"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1399601" w14:textId="77777777" w:rsidR="00282991" w:rsidRDefault="00FE4586">
            <w:pPr>
              <w:spacing w:after="0"/>
            </w:pPr>
            <w:r>
              <w:rPr>
                <w:rFonts w:eastAsia="Arial" w:cs="Arial"/>
                <w:sz w:val="18"/>
              </w:rPr>
              <w:t>Plan Date / Revision</w:t>
            </w:r>
          </w:p>
        </w:tc>
        <w:tc>
          <w:tcPr>
            <w:tcW w:w="72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93C88EB" w14:textId="77777777" w:rsidR="00282991" w:rsidRDefault="00FE4586">
            <w:pPr>
              <w:spacing w:after="0"/>
            </w:pPr>
            <w:r>
              <w:rPr>
                <w:rFonts w:eastAsia="Arial" w:cs="Arial"/>
                <w:i/>
                <w:color w:val="707070"/>
                <w:sz w:val="20"/>
              </w:rPr>
              <w:t>&lt;Insert&gt;</w:t>
            </w:r>
          </w:p>
        </w:tc>
      </w:tr>
      <w:tr w:rsidR="00282991" w14:paraId="15D690EC"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5A12E12" w14:textId="77777777" w:rsidR="00282991" w:rsidRDefault="00FE4586">
            <w:pPr>
              <w:spacing w:after="0"/>
            </w:pPr>
            <w:r>
              <w:rPr>
                <w:rFonts w:eastAsia="Arial" w:cs="Arial"/>
                <w:sz w:val="18"/>
              </w:rPr>
              <w:t>Supersedes</w:t>
            </w:r>
          </w:p>
        </w:tc>
        <w:tc>
          <w:tcPr>
            <w:tcW w:w="72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3711F9D" w14:textId="77777777" w:rsidR="00282991" w:rsidRDefault="00FE4586">
            <w:pPr>
              <w:spacing w:after="0"/>
            </w:pPr>
            <w:r>
              <w:rPr>
                <w:rFonts w:eastAsia="Arial" w:cs="Arial"/>
                <w:i/>
                <w:color w:val="707070"/>
                <w:sz w:val="20"/>
              </w:rPr>
              <w:t>&lt;Insert previous version or N/A&gt;</w:t>
            </w:r>
          </w:p>
        </w:tc>
      </w:tr>
      <w:tr w:rsidR="00282991" w14:paraId="429A2BAD"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3825AC4" w14:textId="77777777" w:rsidR="00282991" w:rsidRDefault="00FE4586">
            <w:pPr>
              <w:spacing w:after="0"/>
            </w:pPr>
            <w:r>
              <w:rPr>
                <w:rFonts w:eastAsia="Arial" w:cs="Arial"/>
                <w:sz w:val="18"/>
              </w:rPr>
              <w:t>Required CMS EP Review Cycle</w:t>
            </w:r>
          </w:p>
        </w:tc>
        <w:tc>
          <w:tcPr>
            <w:tcW w:w="72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AE0F16A" w14:textId="77777777" w:rsidR="00282991" w:rsidRDefault="00FE4586">
            <w:pPr>
              <w:spacing w:after="0"/>
            </w:pPr>
            <w:r>
              <w:rPr>
                <w:rFonts w:eastAsia="Arial" w:cs="Arial"/>
                <w:sz w:val="18"/>
              </w:rPr>
              <w:t>At least every 2 years under 42 CFR §494.62; update sooner when changes, exercises, actual events, or new hazards warrant.</w:t>
            </w:r>
          </w:p>
        </w:tc>
      </w:tr>
    </w:tbl>
    <w:p w14:paraId="2F8A6038" w14:textId="77777777" w:rsidR="00282991" w:rsidRDefault="00282991">
      <w:pPr>
        <w:spacing w:after="20"/>
      </w:pPr>
    </w:p>
    <w:p w14:paraId="6A9A0C0C" w14:textId="77777777" w:rsidR="00282991" w:rsidRDefault="00FE4586">
      <w:pPr>
        <w:spacing w:after="40"/>
        <w:jc w:val="center"/>
      </w:pPr>
      <w:r>
        <w:rPr>
          <w:rFonts w:eastAsia="Arial" w:cs="Arial"/>
          <w:b/>
          <w:color w:val="E63B07"/>
          <w:sz w:val="19"/>
        </w:rPr>
        <w:t>HCC-ME 2026 Edition | Updated September 2026</w:t>
      </w:r>
    </w:p>
    <w:p w14:paraId="32CD220B" w14:textId="77777777" w:rsidR="00282991" w:rsidRDefault="00FE4586">
      <w:pPr>
        <w:spacing w:after="0"/>
        <w:jc w:val="center"/>
      </w:pPr>
      <w:r>
        <w:rPr>
          <w:rFonts w:eastAsia="Arial" w:cs="Arial"/>
          <w:i/>
          <w:sz w:val="17"/>
        </w:rPr>
        <w:t>Designed for Maine ESRD/dialysis facilities subject to 42 CFR §494.62, with supporting Part 494 Conditions for Coverage, Maine licensing, fire/life-safety, public-health, laboratory, and site-specific overlays as applicable.</w:t>
      </w:r>
    </w:p>
    <w:p w14:paraId="029FD93D" w14:textId="77777777" w:rsidR="00282991" w:rsidRDefault="00FE4586">
      <w:r>
        <w:br w:type="page"/>
      </w:r>
    </w:p>
    <w:p w14:paraId="495DB973" w14:textId="77777777" w:rsidR="00282991" w:rsidRDefault="00FE4586">
      <w:pPr>
        <w:pStyle w:val="Heading1"/>
        <w:pBdr>
          <w:bottom w:val="single" w:sz="10" w:space="2" w:color="E63B07"/>
        </w:pBdr>
      </w:pPr>
      <w:r>
        <w:rPr>
          <w:rFonts w:ascii="Arial" w:eastAsia="Arial" w:hAnsi="Arial" w:cs="Arial"/>
        </w:rPr>
        <w:lastRenderedPageBreak/>
        <w:t>IMPORTANT USE &amp; REGULATORY DISCLAIMER</w:t>
      </w:r>
    </w:p>
    <w:tbl>
      <w:tblPr>
        <w:tblW w:w="0" w:type="auto"/>
        <w:jc w:val="center"/>
        <w:tblLook w:val="04A0" w:firstRow="1" w:lastRow="0" w:firstColumn="1" w:lastColumn="0" w:noHBand="0" w:noVBand="1"/>
      </w:tblPr>
      <w:tblGrid>
        <w:gridCol w:w="10800"/>
      </w:tblGrid>
      <w:tr w:rsidR="00282991" w14:paraId="3E7B4229" w14:textId="77777777">
        <w:trPr>
          <w:jc w:val="center"/>
        </w:trPr>
        <w:tc>
          <w:tcPr>
            <w:tcW w:w="10800" w:type="dxa"/>
            <w:shd w:val="clear" w:color="auto" w:fill="FBEDE7"/>
            <w:tcMar>
              <w:top w:w="90" w:type="dxa"/>
              <w:left w:w="100" w:type="dxa"/>
              <w:bottom w:w="90" w:type="dxa"/>
              <w:right w:w="100" w:type="dxa"/>
            </w:tcMar>
          </w:tcPr>
          <w:p w14:paraId="2BA044C7" w14:textId="77777777" w:rsidR="00282991" w:rsidRDefault="00FE4586">
            <w:pPr>
              <w:spacing w:after="0"/>
            </w:pPr>
            <w:r>
              <w:rPr>
                <w:rFonts w:eastAsia="Arial" w:cs="Arial"/>
                <w:b/>
                <w:color w:val="E63B07"/>
                <w:sz w:val="19"/>
              </w:rPr>
              <w:t xml:space="preserve">PLANNING RESOURCE ONLY </w:t>
            </w:r>
            <w:r>
              <w:rPr>
                <w:rFonts w:eastAsia="Arial" w:cs="Arial"/>
                <w:sz w:val="18"/>
              </w:rPr>
              <w:t>HCC-ME is not a regulatory, licensing, accreditation, survey, or enforcement authority. This optional template helps Maine ESRD/dialysis facilities organize emergency preparedness information and cross-reference applicable requirements. Current controlling law, regulation, code, program requirements, and official survey guidance govern if they differ from this resource.</w:t>
            </w:r>
          </w:p>
        </w:tc>
      </w:tr>
    </w:tbl>
    <w:p w14:paraId="19A5FDC2" w14:textId="77777777" w:rsidR="00282991" w:rsidRDefault="00282991">
      <w:pPr>
        <w:spacing w:after="20"/>
      </w:pPr>
    </w:p>
    <w:p w14:paraId="1004AD4F" w14:textId="77777777" w:rsidR="00282991" w:rsidRDefault="00FE4586">
      <w:pPr>
        <w:spacing w:after="100"/>
      </w:pPr>
      <w:r>
        <w:rPr>
          <w:rFonts w:eastAsia="Arial" w:cs="Arial"/>
        </w:rPr>
        <w:t>Each facility remains responsible for identifying and meeting all Federal, State of Maine, local, CMS certification, public-health, privacy, fire/building, accessibility, professional licensing, laboratory, accreditation, and organizational requirements that apply to its certification, services, site, patient population, and physical environment.</w:t>
      </w:r>
    </w:p>
    <w:tbl>
      <w:tblPr>
        <w:tblW w:w="0" w:type="auto"/>
        <w:jc w:val="center"/>
        <w:tblLook w:val="04A0" w:firstRow="1" w:lastRow="0" w:firstColumn="1" w:lastColumn="0" w:noHBand="0" w:noVBand="1"/>
      </w:tblPr>
      <w:tblGrid>
        <w:gridCol w:w="10800"/>
      </w:tblGrid>
      <w:tr w:rsidR="00282991" w14:paraId="30AAF4DC" w14:textId="77777777">
        <w:trPr>
          <w:jc w:val="center"/>
        </w:trPr>
        <w:tc>
          <w:tcPr>
            <w:tcW w:w="10800" w:type="dxa"/>
            <w:shd w:val="clear" w:color="auto" w:fill="FBEDE7"/>
            <w:tcMar>
              <w:top w:w="90" w:type="dxa"/>
              <w:left w:w="100" w:type="dxa"/>
              <w:bottom w:w="90" w:type="dxa"/>
              <w:right w:w="100" w:type="dxa"/>
            </w:tcMar>
          </w:tcPr>
          <w:p w14:paraId="1E795B29" w14:textId="77777777" w:rsidR="00282991" w:rsidRDefault="00FE4586">
            <w:pPr>
              <w:spacing w:after="0"/>
            </w:pPr>
            <w:r>
              <w:rPr>
                <w:rFonts w:eastAsia="Arial" w:cs="Arial"/>
                <w:b/>
                <w:color w:val="E63B07"/>
                <w:sz w:val="19"/>
              </w:rPr>
              <w:t xml:space="preserve">CURRENT SOURCES CONTROL </w:t>
            </w:r>
            <w:r>
              <w:rPr>
                <w:rFonts w:eastAsia="Arial" w:cs="Arial"/>
                <w:sz w:val="18"/>
              </w:rPr>
              <w:t>The current eCFR version of 42 CFR Part 494 and §494.62, CMS Appendix Z, current CMS Appendix H, Maine rules, Maine Office of State Fire Marshal/local AHJ requirements, and other applicable authority sources should be rechecked at each formal review and before a compliance decision.</w:t>
            </w:r>
          </w:p>
        </w:tc>
      </w:tr>
    </w:tbl>
    <w:p w14:paraId="298061E8" w14:textId="77777777" w:rsidR="00282991" w:rsidRDefault="00282991">
      <w:pPr>
        <w:spacing w:after="20"/>
      </w:pPr>
    </w:p>
    <w:p w14:paraId="3D38CDC9" w14:textId="77777777" w:rsidR="00282991" w:rsidRDefault="00FE4586">
      <w:pPr>
        <w:pStyle w:val="Heading2"/>
      </w:pPr>
      <w:r>
        <w:rPr>
          <w:rFonts w:ascii="Arial" w:eastAsia="Arial" w:hAnsi="Arial" w:cs="Arial"/>
        </w:rPr>
        <w:t>FACILITY ENTRY FORMAT</w:t>
      </w:r>
    </w:p>
    <w:p w14:paraId="473B5CF4" w14:textId="77777777" w:rsidR="00282991" w:rsidRDefault="00FE4586">
      <w:r>
        <w:rPr>
          <w:rFonts w:eastAsia="Arial" w:cs="Arial"/>
        </w:rPr>
        <w:t>Replace gray placeholder text with facility-specific information in Arial 12-point regular font. Large policies, rosters, maintenance records, agreements, clinical records, and confidential information may be incorporated by reference using the Supporting Documentation Index rather than embedded in broadly distributed copies of the EOP.</w:t>
      </w:r>
    </w:p>
    <w:tbl>
      <w:tblPr>
        <w:tblW w:w="0" w:type="auto"/>
        <w:jc w:val="center"/>
        <w:tblLayout w:type="fixed"/>
        <w:tblLook w:val="04A0" w:firstRow="1" w:lastRow="0" w:firstColumn="1" w:lastColumn="0" w:noHBand="0" w:noVBand="1"/>
      </w:tblPr>
      <w:tblGrid>
        <w:gridCol w:w="2592"/>
        <w:gridCol w:w="8208"/>
      </w:tblGrid>
      <w:tr w:rsidR="00282991" w14:paraId="3B72EC53" w14:textId="77777777">
        <w:trPr>
          <w:cantSplit/>
          <w:tblHeader/>
          <w:jc w:val="center"/>
        </w:trPr>
        <w:tc>
          <w:tcPr>
            <w:tcW w:w="259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B69DAAD" w14:textId="77777777" w:rsidR="00282991" w:rsidRDefault="00FE4586">
            <w:pPr>
              <w:spacing w:after="0"/>
            </w:pPr>
            <w:r>
              <w:rPr>
                <w:rFonts w:eastAsia="Arial" w:cs="Arial"/>
                <w:b/>
                <w:color w:val="FFFFFF"/>
                <w:sz w:val="17"/>
              </w:rPr>
              <w:t>Source / Requirement Layer</w:t>
            </w:r>
          </w:p>
        </w:tc>
        <w:tc>
          <w:tcPr>
            <w:tcW w:w="820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6F6F71D" w14:textId="77777777" w:rsidR="00282991" w:rsidRDefault="00FE4586">
            <w:pPr>
              <w:spacing w:after="0"/>
            </w:pPr>
            <w:r>
              <w:rPr>
                <w:rFonts w:eastAsia="Arial" w:cs="Arial"/>
                <w:b/>
                <w:color w:val="FFFFFF"/>
                <w:sz w:val="17"/>
              </w:rPr>
              <w:t>Use</w:t>
            </w:r>
          </w:p>
        </w:tc>
      </w:tr>
      <w:tr w:rsidR="00282991" w14:paraId="40D27BA3" w14:textId="77777777">
        <w:trPr>
          <w:cantSplit/>
          <w:jc w:val="center"/>
        </w:trPr>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2E10F5C" w14:textId="77777777" w:rsidR="00282991" w:rsidRDefault="00FE4586">
            <w:pPr>
              <w:spacing w:after="0"/>
            </w:pPr>
            <w:r>
              <w:rPr>
                <w:rFonts w:eastAsia="Arial" w:cs="Arial"/>
                <w:sz w:val="18"/>
              </w:rPr>
              <w:t>CMS / FEDERAL</w:t>
            </w:r>
          </w:p>
        </w:tc>
        <w:tc>
          <w:tcPr>
            <w:tcW w:w="82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F1702C7" w14:textId="77777777" w:rsidR="00282991" w:rsidRDefault="00FE4586">
            <w:pPr>
              <w:spacing w:after="0"/>
            </w:pPr>
            <w:r>
              <w:rPr>
                <w:rFonts w:eastAsia="Arial" w:cs="Arial"/>
                <w:sz w:val="18"/>
              </w:rPr>
              <w:t>42 CFR §494.62 Emergency Preparedness for ESRD facilities; CMS State Operations Manual Appendix Z. Core federal emergency preparedness layer.</w:t>
            </w:r>
          </w:p>
        </w:tc>
      </w:tr>
      <w:tr w:rsidR="00282991" w14:paraId="72A7B475" w14:textId="77777777">
        <w:trPr>
          <w:cantSplit/>
          <w:jc w:val="center"/>
        </w:trPr>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5DDF2E8" w14:textId="77777777" w:rsidR="00282991" w:rsidRDefault="00FE4586">
            <w:pPr>
              <w:spacing w:after="0"/>
            </w:pPr>
            <w:r>
              <w:rPr>
                <w:rFonts w:eastAsia="Arial" w:cs="Arial"/>
                <w:sz w:val="18"/>
              </w:rPr>
              <w:t>SUPPORTING FEDERAL</w:t>
            </w:r>
          </w:p>
        </w:tc>
        <w:tc>
          <w:tcPr>
            <w:tcW w:w="82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EBC8E31" w14:textId="77777777" w:rsidR="00282991" w:rsidRDefault="00FE4586">
            <w:pPr>
              <w:spacing w:after="0"/>
            </w:pPr>
            <w:r>
              <w:rPr>
                <w:rFonts w:eastAsia="Arial" w:cs="Arial"/>
                <w:sz w:val="18"/>
              </w:rPr>
              <w:t>42 CFR Part 494 and CMS Appendix H, including infection control, water/dialysate, physical environment, patient rights/plan of care, home dialysis, QAPI, personnel, records, governance, and emergency coverage.</w:t>
            </w:r>
          </w:p>
        </w:tc>
      </w:tr>
      <w:tr w:rsidR="00282991" w14:paraId="174DCDA4" w14:textId="77777777">
        <w:trPr>
          <w:cantSplit/>
          <w:jc w:val="center"/>
        </w:trPr>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6C2D15C" w14:textId="77777777" w:rsidR="00282991" w:rsidRDefault="00FE4586">
            <w:pPr>
              <w:spacing w:after="0"/>
            </w:pPr>
            <w:r>
              <w:rPr>
                <w:rFonts w:eastAsia="Arial" w:cs="Arial"/>
                <w:sz w:val="18"/>
              </w:rPr>
              <w:t>MAINE / LOCAL</w:t>
            </w:r>
          </w:p>
        </w:tc>
        <w:tc>
          <w:tcPr>
            <w:tcW w:w="82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AE67CC8" w14:textId="77777777" w:rsidR="00282991" w:rsidRDefault="00FE4586">
            <w:pPr>
              <w:spacing w:after="0"/>
            </w:pPr>
            <w:r>
              <w:rPr>
                <w:rFonts w:eastAsia="Arial" w:cs="Arial"/>
                <w:sz w:val="18"/>
              </w:rPr>
              <w:t>Maine DHHS/DLC ESRD licensure (10-144 CMR Ch. 126), 22 MRS §2042, Maine FMO/local AHJ, Maine CDC Ch. 258, and laboratory/professional licensing layers as applicable.</w:t>
            </w:r>
          </w:p>
        </w:tc>
      </w:tr>
      <w:tr w:rsidR="00282991" w14:paraId="11204E76" w14:textId="77777777">
        <w:trPr>
          <w:cantSplit/>
          <w:jc w:val="center"/>
        </w:trPr>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ED6BCE9" w14:textId="77777777" w:rsidR="00282991" w:rsidRDefault="00FE4586">
            <w:pPr>
              <w:spacing w:after="0"/>
            </w:pPr>
            <w:r>
              <w:rPr>
                <w:rFonts w:eastAsia="Arial" w:cs="Arial"/>
                <w:sz w:val="18"/>
              </w:rPr>
              <w:t>HCC-ME REC</w:t>
            </w:r>
          </w:p>
        </w:tc>
        <w:tc>
          <w:tcPr>
            <w:tcW w:w="82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F19F031" w14:textId="77777777" w:rsidR="00282991" w:rsidRDefault="00FE4586">
            <w:pPr>
              <w:spacing w:after="0"/>
            </w:pPr>
            <w:r>
              <w:rPr>
                <w:rFonts w:eastAsia="Arial" w:cs="Arial"/>
                <w:sz w:val="18"/>
              </w:rPr>
              <w:t>Operational readiness prompts suggested by HCC-ME. Recommended practice unless independently required by another authority.</w:t>
            </w:r>
          </w:p>
        </w:tc>
      </w:tr>
    </w:tbl>
    <w:p w14:paraId="1F6EC35C" w14:textId="77777777" w:rsidR="00282991" w:rsidRDefault="00282991">
      <w:pPr>
        <w:spacing w:after="20"/>
      </w:pPr>
    </w:p>
    <w:p w14:paraId="774966A0" w14:textId="77777777" w:rsidR="00282991" w:rsidRDefault="00FE4586">
      <w:r>
        <w:br w:type="page"/>
      </w:r>
    </w:p>
    <w:p w14:paraId="55F30FE5" w14:textId="77777777" w:rsidR="00282991" w:rsidRDefault="00FE4586">
      <w:pPr>
        <w:pStyle w:val="Heading1"/>
        <w:pBdr>
          <w:bottom w:val="single" w:sz="10" w:space="2" w:color="E63B07"/>
        </w:pBdr>
      </w:pPr>
      <w:r>
        <w:rPr>
          <w:rFonts w:ascii="Arial" w:eastAsia="Arial" w:hAnsi="Arial" w:cs="Arial"/>
        </w:rPr>
        <w:lastRenderedPageBreak/>
        <w:t>FACILITY APPLICABILITY PROFILE</w:t>
      </w:r>
    </w:p>
    <w:tbl>
      <w:tblPr>
        <w:tblW w:w="0" w:type="auto"/>
        <w:jc w:val="center"/>
        <w:tblLayout w:type="fixed"/>
        <w:tblLook w:val="04A0" w:firstRow="1" w:lastRow="0" w:firstColumn="1" w:lastColumn="0" w:noHBand="0" w:noVBand="1"/>
      </w:tblPr>
      <w:tblGrid>
        <w:gridCol w:w="3456"/>
        <w:gridCol w:w="7344"/>
      </w:tblGrid>
      <w:tr w:rsidR="00282991" w14:paraId="7CC5A9B7" w14:textId="77777777">
        <w:trPr>
          <w:cantSplit/>
          <w:tblHeader/>
          <w:jc w:val="center"/>
        </w:trPr>
        <w:tc>
          <w:tcPr>
            <w:tcW w:w="345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8B5A320" w14:textId="77777777" w:rsidR="00282991" w:rsidRDefault="00FE4586">
            <w:pPr>
              <w:spacing w:after="0"/>
            </w:pPr>
            <w:r>
              <w:rPr>
                <w:rFonts w:eastAsia="Arial" w:cs="Arial"/>
                <w:b/>
                <w:color w:val="FFFFFF"/>
                <w:sz w:val="17"/>
              </w:rPr>
              <w:t>Profile Element</w:t>
            </w:r>
          </w:p>
        </w:tc>
        <w:tc>
          <w:tcPr>
            <w:tcW w:w="734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B3FE1C9" w14:textId="77777777" w:rsidR="00282991" w:rsidRDefault="00FE4586">
            <w:pPr>
              <w:spacing w:after="0"/>
            </w:pPr>
            <w:r>
              <w:rPr>
                <w:rFonts w:eastAsia="Arial" w:cs="Arial"/>
                <w:b/>
                <w:color w:val="FFFFFF"/>
                <w:sz w:val="17"/>
              </w:rPr>
              <w:t>Facility Entry / Applicability</w:t>
            </w:r>
          </w:p>
        </w:tc>
      </w:tr>
      <w:tr w:rsidR="00282991" w14:paraId="5A26E80C"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60CDF8B" w14:textId="77777777" w:rsidR="00282991" w:rsidRDefault="00FE4586">
            <w:pPr>
              <w:spacing w:after="0"/>
            </w:pPr>
            <w:r>
              <w:rPr>
                <w:rFonts w:eastAsia="Arial" w:cs="Arial"/>
                <w:sz w:val="17"/>
              </w:rPr>
              <w:t>Legal / DBA name</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6E8C051" w14:textId="77777777" w:rsidR="00282991" w:rsidRDefault="00FE4586">
            <w:pPr>
              <w:spacing w:after="0"/>
            </w:pPr>
            <w:r>
              <w:rPr>
                <w:rFonts w:eastAsia="Arial" w:cs="Arial"/>
                <w:i/>
                <w:color w:val="707070"/>
                <w:sz w:val="20"/>
              </w:rPr>
              <w:t>&lt;Insert&gt;</w:t>
            </w:r>
          </w:p>
        </w:tc>
      </w:tr>
      <w:tr w:rsidR="00282991" w14:paraId="439BC57D"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1A101AF" w14:textId="77777777" w:rsidR="00282991" w:rsidRDefault="00FE4586">
            <w:pPr>
              <w:spacing w:after="0"/>
            </w:pPr>
            <w:r>
              <w:rPr>
                <w:rFonts w:eastAsia="Arial" w:cs="Arial"/>
                <w:sz w:val="17"/>
              </w:rPr>
              <w:t>Maine ESRD license # / expiration</w:t>
            </w:r>
          </w:p>
        </w:tc>
        <w:tc>
          <w:tcPr>
            <w:tcW w:w="73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8CA4A93" w14:textId="77777777" w:rsidR="00282991" w:rsidRDefault="00FE4586">
            <w:pPr>
              <w:spacing w:after="0"/>
            </w:pPr>
            <w:r>
              <w:rPr>
                <w:rFonts w:eastAsia="Arial" w:cs="Arial"/>
                <w:i/>
                <w:color w:val="707070"/>
                <w:sz w:val="20"/>
              </w:rPr>
              <w:t>&lt;Insert&gt;</w:t>
            </w:r>
          </w:p>
        </w:tc>
      </w:tr>
      <w:tr w:rsidR="00282991" w14:paraId="0FCBE1E6"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9F42F51" w14:textId="77777777" w:rsidR="00282991" w:rsidRDefault="00FE4586">
            <w:pPr>
              <w:spacing w:after="0"/>
            </w:pPr>
            <w:r>
              <w:rPr>
                <w:rFonts w:eastAsia="Arial" w:cs="Arial"/>
                <w:sz w:val="17"/>
              </w:rPr>
              <w:t>CMS Certification Number (CCN)</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7C80746" w14:textId="77777777" w:rsidR="00282991" w:rsidRDefault="00FE4586">
            <w:pPr>
              <w:spacing w:after="0"/>
            </w:pPr>
            <w:r>
              <w:rPr>
                <w:rFonts w:eastAsia="Arial" w:cs="Arial"/>
                <w:i/>
                <w:color w:val="707070"/>
                <w:sz w:val="20"/>
              </w:rPr>
              <w:t>&lt;Insert&gt;</w:t>
            </w:r>
          </w:p>
        </w:tc>
      </w:tr>
      <w:tr w:rsidR="00282991" w14:paraId="184FFDF0"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BA5E363" w14:textId="77777777" w:rsidR="00282991" w:rsidRDefault="00FE4586">
            <w:pPr>
              <w:spacing w:after="0"/>
            </w:pPr>
            <w:r>
              <w:rPr>
                <w:rFonts w:eastAsia="Arial" w:cs="Arial"/>
                <w:sz w:val="17"/>
              </w:rPr>
              <w:t>NPI / ownership entity</w:t>
            </w:r>
          </w:p>
        </w:tc>
        <w:tc>
          <w:tcPr>
            <w:tcW w:w="73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6111499" w14:textId="77777777" w:rsidR="00282991" w:rsidRDefault="00FE4586">
            <w:pPr>
              <w:spacing w:after="0"/>
            </w:pPr>
            <w:r>
              <w:rPr>
                <w:rFonts w:eastAsia="Arial" w:cs="Arial"/>
                <w:i/>
                <w:color w:val="707070"/>
                <w:sz w:val="20"/>
              </w:rPr>
              <w:t>&lt;Insert&gt;</w:t>
            </w:r>
          </w:p>
        </w:tc>
      </w:tr>
      <w:tr w:rsidR="00282991" w14:paraId="01057037"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FCD972F" w14:textId="77777777" w:rsidR="00282991" w:rsidRDefault="00FE4586">
            <w:pPr>
              <w:spacing w:after="0"/>
            </w:pPr>
            <w:r>
              <w:rPr>
                <w:rFonts w:eastAsia="Arial" w:cs="Arial"/>
                <w:sz w:val="17"/>
              </w:rPr>
              <w:t>Facility type</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D2DCC5B" w14:textId="77777777" w:rsidR="00282991" w:rsidRDefault="00FE4586">
            <w:pPr>
              <w:spacing w:after="0"/>
            </w:pPr>
            <w:r>
              <w:rPr>
                <w:rFonts w:eastAsia="Arial" w:cs="Arial"/>
                <w:i/>
                <w:color w:val="707070"/>
                <w:sz w:val="20"/>
              </w:rPr>
              <w:t>&lt;Independent / Hospital-based / SNF-based / Other&gt;</w:t>
            </w:r>
          </w:p>
        </w:tc>
      </w:tr>
      <w:tr w:rsidR="00282991" w14:paraId="0970D575"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8AEA773" w14:textId="77777777" w:rsidR="00282991" w:rsidRDefault="00FE4586">
            <w:pPr>
              <w:spacing w:after="0"/>
            </w:pPr>
            <w:r>
              <w:rPr>
                <w:rFonts w:eastAsia="Arial" w:cs="Arial"/>
                <w:sz w:val="17"/>
              </w:rPr>
              <w:t>Multi-facility / health system</w:t>
            </w:r>
          </w:p>
        </w:tc>
        <w:tc>
          <w:tcPr>
            <w:tcW w:w="73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F5ACCD4" w14:textId="77777777" w:rsidR="00282991" w:rsidRDefault="00FE4586">
            <w:pPr>
              <w:spacing w:after="0"/>
            </w:pPr>
            <w:r>
              <w:rPr>
                <w:rFonts w:eastAsia="Arial" w:cs="Arial"/>
                <w:i/>
                <w:color w:val="707070"/>
                <w:sz w:val="20"/>
              </w:rPr>
              <w:t>&lt;No / Yes: identify system&gt;</w:t>
            </w:r>
          </w:p>
        </w:tc>
      </w:tr>
      <w:tr w:rsidR="00282991" w14:paraId="4D3D05A4"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8B9A778" w14:textId="77777777" w:rsidR="00282991" w:rsidRDefault="00FE4586">
            <w:pPr>
              <w:spacing w:after="0"/>
            </w:pPr>
            <w:r>
              <w:rPr>
                <w:rFonts w:eastAsia="Arial" w:cs="Arial"/>
                <w:sz w:val="17"/>
              </w:rPr>
              <w:t>Services approved/provided</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55A88C1" w14:textId="77777777" w:rsidR="00282991" w:rsidRDefault="00FE4586">
            <w:pPr>
              <w:spacing w:after="0"/>
            </w:pPr>
            <w:r>
              <w:rPr>
                <w:rFonts w:eastAsia="Arial" w:cs="Arial"/>
                <w:i/>
                <w:color w:val="707070"/>
                <w:sz w:val="20"/>
              </w:rPr>
              <w:t>&lt;In-center HD / PD / HHD / Home training-support / Nursing-home dialysis / Other&gt;</w:t>
            </w:r>
          </w:p>
        </w:tc>
      </w:tr>
      <w:tr w:rsidR="00282991" w14:paraId="06013448"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90E40E4" w14:textId="77777777" w:rsidR="00282991" w:rsidRDefault="00FE4586">
            <w:pPr>
              <w:spacing w:after="0"/>
            </w:pPr>
            <w:r>
              <w:rPr>
                <w:rFonts w:eastAsia="Arial" w:cs="Arial"/>
                <w:sz w:val="17"/>
              </w:rPr>
              <w:t>Reuse practiced</w:t>
            </w:r>
          </w:p>
        </w:tc>
        <w:tc>
          <w:tcPr>
            <w:tcW w:w="73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2DC3C46" w14:textId="77777777" w:rsidR="00282991" w:rsidRDefault="00FE4586">
            <w:pPr>
              <w:spacing w:after="0"/>
            </w:pPr>
            <w:r>
              <w:rPr>
                <w:rFonts w:eastAsia="Arial" w:cs="Arial"/>
                <w:i/>
                <w:color w:val="707070"/>
                <w:sz w:val="20"/>
              </w:rPr>
              <w:t>&lt;No / Yes: Manual / Semi-automated / Automated&gt;</w:t>
            </w:r>
          </w:p>
        </w:tc>
      </w:tr>
      <w:tr w:rsidR="00282991" w14:paraId="6ED7C5E8"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73F6287" w14:textId="77777777" w:rsidR="00282991" w:rsidRDefault="00FE4586">
            <w:pPr>
              <w:spacing w:after="0"/>
            </w:pPr>
            <w:r>
              <w:rPr>
                <w:rFonts w:eastAsia="Arial" w:cs="Arial"/>
                <w:sz w:val="17"/>
              </w:rPr>
              <w:t>Patients / stations</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5B3D3F8" w14:textId="77777777" w:rsidR="00282991" w:rsidRDefault="00FE4586">
            <w:pPr>
              <w:spacing w:after="0"/>
            </w:pPr>
            <w:r>
              <w:rPr>
                <w:rFonts w:eastAsia="Arial" w:cs="Arial"/>
                <w:i/>
                <w:color w:val="707070"/>
                <w:sz w:val="20"/>
              </w:rPr>
              <w:t>&lt;Total patients / total stations / HD / home training / isolation&gt;</w:t>
            </w:r>
          </w:p>
        </w:tc>
      </w:tr>
      <w:tr w:rsidR="00282991" w14:paraId="3841D302"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6D035F0" w14:textId="77777777" w:rsidR="00282991" w:rsidRDefault="00FE4586">
            <w:pPr>
              <w:spacing w:after="0"/>
            </w:pPr>
            <w:r>
              <w:rPr>
                <w:rFonts w:eastAsia="Arial" w:cs="Arial"/>
                <w:sz w:val="17"/>
              </w:rPr>
              <w:t>Counties / geographic area served</w:t>
            </w:r>
          </w:p>
        </w:tc>
        <w:tc>
          <w:tcPr>
            <w:tcW w:w="73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CB21E50" w14:textId="77777777" w:rsidR="00282991" w:rsidRDefault="00FE4586">
            <w:pPr>
              <w:spacing w:after="0"/>
            </w:pPr>
            <w:r>
              <w:rPr>
                <w:rFonts w:eastAsia="Arial" w:cs="Arial"/>
                <w:i/>
                <w:color w:val="707070"/>
                <w:sz w:val="20"/>
              </w:rPr>
              <w:t>&lt;Insert&gt;</w:t>
            </w:r>
          </w:p>
        </w:tc>
      </w:tr>
      <w:tr w:rsidR="00282991" w14:paraId="1E5FCFEE"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048B570" w14:textId="77777777" w:rsidR="00282991" w:rsidRDefault="00FE4586">
            <w:pPr>
              <w:spacing w:after="0"/>
            </w:pPr>
            <w:r>
              <w:rPr>
                <w:rFonts w:eastAsia="Arial" w:cs="Arial"/>
                <w:sz w:val="17"/>
              </w:rPr>
              <w:t>Medical Director</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0656EFE" w14:textId="77777777" w:rsidR="00282991" w:rsidRDefault="00FE4586">
            <w:pPr>
              <w:spacing w:after="0"/>
            </w:pPr>
            <w:r>
              <w:rPr>
                <w:rFonts w:eastAsia="Arial" w:cs="Arial"/>
                <w:i/>
                <w:color w:val="707070"/>
                <w:sz w:val="20"/>
              </w:rPr>
              <w:t>&lt;Name / credential verification / nephrology qualification evidence&gt;</w:t>
            </w:r>
          </w:p>
        </w:tc>
      </w:tr>
      <w:tr w:rsidR="00282991" w14:paraId="20A6985F"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CB8A624" w14:textId="77777777" w:rsidR="00282991" w:rsidRDefault="00FE4586">
            <w:pPr>
              <w:spacing w:after="0"/>
            </w:pPr>
            <w:r>
              <w:rPr>
                <w:rFonts w:eastAsia="Arial" w:cs="Arial"/>
                <w:sz w:val="17"/>
              </w:rPr>
              <w:t>Administrator / CEO</w:t>
            </w:r>
          </w:p>
        </w:tc>
        <w:tc>
          <w:tcPr>
            <w:tcW w:w="73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2CA9443" w14:textId="77777777" w:rsidR="00282991" w:rsidRDefault="00FE4586">
            <w:pPr>
              <w:spacing w:after="0"/>
            </w:pPr>
            <w:r>
              <w:rPr>
                <w:rFonts w:eastAsia="Arial" w:cs="Arial"/>
                <w:i/>
                <w:color w:val="707070"/>
                <w:sz w:val="20"/>
              </w:rPr>
              <w:t>&lt;Insert&gt;</w:t>
            </w:r>
          </w:p>
        </w:tc>
      </w:tr>
      <w:tr w:rsidR="00282991" w14:paraId="3AD659B7"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23039AC" w14:textId="77777777" w:rsidR="00282991" w:rsidRDefault="00FE4586">
            <w:pPr>
              <w:spacing w:after="0"/>
            </w:pPr>
            <w:r>
              <w:rPr>
                <w:rFonts w:eastAsia="Arial" w:cs="Arial"/>
                <w:sz w:val="17"/>
              </w:rPr>
              <w:t>Nurse Manager / Charge Nurse</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F21480F" w14:textId="77777777" w:rsidR="00282991" w:rsidRDefault="00FE4586">
            <w:pPr>
              <w:spacing w:after="0"/>
            </w:pPr>
            <w:r>
              <w:rPr>
                <w:rFonts w:eastAsia="Arial" w:cs="Arial"/>
                <w:i/>
                <w:color w:val="707070"/>
                <w:sz w:val="20"/>
              </w:rPr>
              <w:t>&lt;Insert&gt;</w:t>
            </w:r>
          </w:p>
        </w:tc>
      </w:tr>
      <w:tr w:rsidR="00282991" w14:paraId="48D0DE0A"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C3C9B78" w14:textId="77777777" w:rsidR="00282991" w:rsidRDefault="00FE4586">
            <w:pPr>
              <w:spacing w:after="0"/>
            </w:pPr>
            <w:r>
              <w:rPr>
                <w:rFonts w:eastAsia="Arial" w:cs="Arial"/>
                <w:sz w:val="17"/>
              </w:rPr>
              <w:t>Emergency Preparedness Lead</w:t>
            </w:r>
          </w:p>
        </w:tc>
        <w:tc>
          <w:tcPr>
            <w:tcW w:w="73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C252A34" w14:textId="77777777" w:rsidR="00282991" w:rsidRDefault="00FE4586">
            <w:pPr>
              <w:spacing w:after="0"/>
            </w:pPr>
            <w:r>
              <w:rPr>
                <w:rFonts w:eastAsia="Arial" w:cs="Arial"/>
                <w:i/>
                <w:color w:val="707070"/>
                <w:sz w:val="20"/>
              </w:rPr>
              <w:t>&lt;Insert name / 24-7 contact&gt;</w:t>
            </w:r>
          </w:p>
        </w:tc>
      </w:tr>
      <w:tr w:rsidR="00282991" w14:paraId="68107DBB"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FE2F49C" w14:textId="77777777" w:rsidR="00282991" w:rsidRDefault="00FE4586">
            <w:pPr>
              <w:spacing w:after="0"/>
            </w:pPr>
            <w:r>
              <w:rPr>
                <w:rFonts w:eastAsia="Arial" w:cs="Arial"/>
                <w:sz w:val="17"/>
              </w:rPr>
              <w:t>Backup EP Lead</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0CEC962" w14:textId="77777777" w:rsidR="00282991" w:rsidRDefault="00FE4586">
            <w:pPr>
              <w:spacing w:after="0"/>
            </w:pPr>
            <w:r>
              <w:rPr>
                <w:rFonts w:eastAsia="Arial" w:cs="Arial"/>
                <w:i/>
                <w:color w:val="707070"/>
                <w:sz w:val="20"/>
              </w:rPr>
              <w:t>&lt;Insert&gt;</w:t>
            </w:r>
          </w:p>
        </w:tc>
      </w:tr>
      <w:tr w:rsidR="00282991" w14:paraId="21716E98"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BB45390" w14:textId="77777777" w:rsidR="00282991" w:rsidRDefault="00FE4586">
            <w:pPr>
              <w:spacing w:after="0"/>
            </w:pPr>
            <w:r>
              <w:rPr>
                <w:rFonts w:eastAsia="Arial" w:cs="Arial"/>
                <w:sz w:val="17"/>
              </w:rPr>
              <w:t>Water source / treatment system</w:t>
            </w:r>
          </w:p>
        </w:tc>
        <w:tc>
          <w:tcPr>
            <w:tcW w:w="73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FF692FB" w14:textId="77777777" w:rsidR="00282991" w:rsidRDefault="00FE4586">
            <w:pPr>
              <w:spacing w:after="0"/>
            </w:pPr>
            <w:r>
              <w:rPr>
                <w:rFonts w:eastAsia="Arial" w:cs="Arial"/>
                <w:i/>
                <w:color w:val="707070"/>
                <w:sz w:val="20"/>
              </w:rPr>
              <w:t>&lt;Municipal or well / RO-DI-other / emergency water plan location&gt;</w:t>
            </w:r>
          </w:p>
        </w:tc>
      </w:tr>
      <w:tr w:rsidR="00282991" w14:paraId="1ECE5ED7"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7AC74AB" w14:textId="77777777" w:rsidR="00282991" w:rsidRDefault="00FE4586">
            <w:pPr>
              <w:spacing w:after="0"/>
            </w:pPr>
            <w:r>
              <w:rPr>
                <w:rFonts w:eastAsia="Arial" w:cs="Arial"/>
                <w:sz w:val="17"/>
              </w:rPr>
              <w:t>Backup emergency generator</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E04877B" w14:textId="77777777" w:rsidR="00282991" w:rsidRDefault="00FE4586">
            <w:pPr>
              <w:spacing w:after="0"/>
            </w:pPr>
            <w:r>
              <w:rPr>
                <w:rFonts w:eastAsia="Arial" w:cs="Arial"/>
                <w:i/>
                <w:color w:val="707070"/>
                <w:sz w:val="20"/>
              </w:rPr>
              <w:t>&lt;Make/model / kW / fuel / monthly 30-min test log location&gt;</w:t>
            </w:r>
          </w:p>
        </w:tc>
      </w:tr>
      <w:tr w:rsidR="00282991" w14:paraId="32EADBD6"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E1919D2" w14:textId="77777777" w:rsidR="00282991" w:rsidRDefault="00FE4586">
            <w:pPr>
              <w:spacing w:after="0"/>
            </w:pPr>
            <w:r>
              <w:rPr>
                <w:rFonts w:eastAsia="Arial" w:cs="Arial"/>
                <w:sz w:val="17"/>
              </w:rPr>
              <w:t>Patient treatment-area grade-level exit</w:t>
            </w:r>
          </w:p>
        </w:tc>
        <w:tc>
          <w:tcPr>
            <w:tcW w:w="73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4008493" w14:textId="77777777" w:rsidR="00282991" w:rsidRDefault="00FE4586">
            <w:pPr>
              <w:spacing w:after="0"/>
            </w:pPr>
            <w:r>
              <w:rPr>
                <w:rFonts w:eastAsia="Arial" w:cs="Arial"/>
                <w:i/>
                <w:color w:val="707070"/>
                <w:sz w:val="20"/>
              </w:rPr>
              <w:t>&lt;Yes / No; if no, document §494.60(d)/(e) LSC/HCFC applicability&gt;</w:t>
            </w:r>
          </w:p>
        </w:tc>
      </w:tr>
      <w:tr w:rsidR="00282991" w14:paraId="17B167BB"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70071D0" w14:textId="77777777" w:rsidR="00282991" w:rsidRDefault="00FE4586">
            <w:pPr>
              <w:spacing w:after="0"/>
            </w:pPr>
            <w:r>
              <w:rPr>
                <w:rFonts w:eastAsia="Arial" w:cs="Arial"/>
                <w:sz w:val="17"/>
              </w:rPr>
              <w:t>Industrial high-hazard adjacency</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71B26EE" w14:textId="77777777" w:rsidR="00282991" w:rsidRDefault="00FE4586">
            <w:pPr>
              <w:spacing w:after="0"/>
            </w:pPr>
            <w:r>
              <w:rPr>
                <w:rFonts w:eastAsia="Arial" w:cs="Arial"/>
                <w:i/>
                <w:color w:val="707070"/>
                <w:sz w:val="20"/>
              </w:rPr>
              <w:t>&lt;No confirmed / concern-evaluate with AHJ / other&gt;</w:t>
            </w:r>
          </w:p>
        </w:tc>
      </w:tr>
      <w:tr w:rsidR="00282991" w14:paraId="75A89918"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BE540A9" w14:textId="77777777" w:rsidR="00282991" w:rsidRDefault="00FE4586">
            <w:pPr>
              <w:spacing w:after="0"/>
            </w:pPr>
            <w:r>
              <w:rPr>
                <w:rFonts w:eastAsia="Arial" w:cs="Arial"/>
                <w:sz w:val="17"/>
              </w:rPr>
              <w:t>Federal LSC survey layer</w:t>
            </w:r>
          </w:p>
        </w:tc>
        <w:tc>
          <w:tcPr>
            <w:tcW w:w="73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4EE510F" w14:textId="77777777" w:rsidR="00282991" w:rsidRDefault="00FE4586">
            <w:pPr>
              <w:spacing w:after="0"/>
            </w:pPr>
            <w:r>
              <w:rPr>
                <w:rFonts w:eastAsia="Arial" w:cs="Arial"/>
                <w:i/>
                <w:color w:val="707070"/>
                <w:sz w:val="20"/>
              </w:rPr>
              <w:t>&lt;CMS-2786U applies / grade-level exit exemption / hospital layer / needs determination&gt;</w:t>
            </w:r>
          </w:p>
        </w:tc>
      </w:tr>
      <w:tr w:rsidR="00282991" w14:paraId="0AC20198"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006163E" w14:textId="77777777" w:rsidR="00282991" w:rsidRDefault="00FE4586">
            <w:pPr>
              <w:spacing w:after="0"/>
            </w:pPr>
            <w:r>
              <w:rPr>
                <w:rFonts w:eastAsia="Arial" w:cs="Arial"/>
                <w:sz w:val="17"/>
              </w:rPr>
              <w:t>Maine FMO / local AHJ determination</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4903159" w14:textId="77777777" w:rsidR="00282991" w:rsidRDefault="00FE4586">
            <w:pPr>
              <w:spacing w:after="0"/>
            </w:pPr>
            <w:r>
              <w:rPr>
                <w:rFonts w:eastAsia="Arial" w:cs="Arial"/>
                <w:i/>
                <w:color w:val="707070"/>
                <w:sz w:val="20"/>
              </w:rPr>
              <w:t>&lt;Occupancy / permit / inspection record location&gt;</w:t>
            </w:r>
          </w:p>
        </w:tc>
      </w:tr>
      <w:tr w:rsidR="00282991" w14:paraId="179C096D"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FC3EB06" w14:textId="77777777" w:rsidR="00282991" w:rsidRDefault="00FE4586">
            <w:pPr>
              <w:spacing w:after="0"/>
            </w:pPr>
            <w:r>
              <w:rPr>
                <w:rFonts w:eastAsia="Arial" w:cs="Arial"/>
                <w:sz w:val="17"/>
              </w:rPr>
              <w:t>CLIA / Maine laboratory status</w:t>
            </w:r>
          </w:p>
        </w:tc>
        <w:tc>
          <w:tcPr>
            <w:tcW w:w="73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A1C37F9" w14:textId="77777777" w:rsidR="00282991" w:rsidRDefault="00FE4586">
            <w:pPr>
              <w:spacing w:after="0"/>
            </w:pPr>
            <w:r>
              <w:rPr>
                <w:rFonts w:eastAsia="Arial" w:cs="Arial"/>
                <w:i/>
                <w:color w:val="707070"/>
                <w:sz w:val="20"/>
              </w:rPr>
              <w:t>&lt;No onsite testing / Waiver / PPM / Compliance / Accreditation / certificate #&gt;</w:t>
            </w:r>
          </w:p>
        </w:tc>
      </w:tr>
      <w:tr w:rsidR="00282991" w14:paraId="4C1CCAA8"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8225664" w14:textId="77777777" w:rsidR="00282991" w:rsidRDefault="00FE4586">
            <w:pPr>
              <w:spacing w:after="0"/>
            </w:pPr>
            <w:r>
              <w:rPr>
                <w:rFonts w:eastAsia="Arial" w:cs="Arial"/>
                <w:sz w:val="17"/>
              </w:rPr>
              <w:t>ESRD Network / KCER contacts</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8591238" w14:textId="77777777" w:rsidR="00282991" w:rsidRDefault="00FE4586">
            <w:pPr>
              <w:spacing w:after="0"/>
            </w:pPr>
            <w:r>
              <w:rPr>
                <w:rFonts w:eastAsia="Arial" w:cs="Arial"/>
                <w:i/>
                <w:color w:val="707070"/>
                <w:sz w:val="20"/>
              </w:rPr>
              <w:t>&lt;Network / emergency-KCER resource process&gt;</w:t>
            </w:r>
          </w:p>
        </w:tc>
      </w:tr>
      <w:tr w:rsidR="00282991" w14:paraId="6EB53335"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797607B" w14:textId="77777777" w:rsidR="00282991" w:rsidRDefault="00FE4586">
            <w:pPr>
              <w:spacing w:after="0"/>
            </w:pPr>
            <w:r>
              <w:rPr>
                <w:rFonts w:eastAsia="Arial" w:cs="Arial"/>
                <w:sz w:val="17"/>
              </w:rPr>
              <w:t>Annual local public health / EMA contact</w:t>
            </w:r>
          </w:p>
        </w:tc>
        <w:tc>
          <w:tcPr>
            <w:tcW w:w="73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55D132B" w14:textId="77777777" w:rsidR="00282991" w:rsidRDefault="00FE4586">
            <w:pPr>
              <w:spacing w:after="0"/>
            </w:pPr>
            <w:r>
              <w:rPr>
                <w:rFonts w:eastAsia="Arial" w:cs="Arial"/>
                <w:i/>
                <w:color w:val="707070"/>
                <w:sz w:val="20"/>
              </w:rPr>
              <w:t>&lt;Agency / contact / date last confirmed&gt;</w:t>
            </w:r>
          </w:p>
        </w:tc>
      </w:tr>
      <w:tr w:rsidR="00282991" w14:paraId="4F6089EF"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87A693F" w14:textId="77777777" w:rsidR="00282991" w:rsidRDefault="00FE4586">
            <w:pPr>
              <w:spacing w:after="0"/>
            </w:pPr>
            <w:r>
              <w:rPr>
                <w:rFonts w:eastAsia="Arial" w:cs="Arial"/>
                <w:sz w:val="17"/>
              </w:rPr>
              <w:t>Unified health-system EP program</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B246C6E" w14:textId="77777777" w:rsidR="00282991" w:rsidRDefault="00FE4586">
            <w:pPr>
              <w:spacing w:after="0"/>
            </w:pPr>
            <w:r>
              <w:rPr>
                <w:rFonts w:eastAsia="Arial" w:cs="Arial"/>
                <w:i/>
                <w:color w:val="707070"/>
                <w:sz w:val="20"/>
              </w:rPr>
              <w:t>&lt;No / Yes - facility-specific participation/evidence location&gt;</w:t>
            </w:r>
          </w:p>
        </w:tc>
      </w:tr>
    </w:tbl>
    <w:p w14:paraId="459864B9" w14:textId="77777777" w:rsidR="00282991" w:rsidRDefault="00282991">
      <w:pPr>
        <w:spacing w:after="20"/>
      </w:pPr>
    </w:p>
    <w:tbl>
      <w:tblPr>
        <w:tblW w:w="0" w:type="auto"/>
        <w:jc w:val="center"/>
        <w:tblLook w:val="04A0" w:firstRow="1" w:lastRow="0" w:firstColumn="1" w:lastColumn="0" w:noHBand="0" w:noVBand="1"/>
      </w:tblPr>
      <w:tblGrid>
        <w:gridCol w:w="10800"/>
      </w:tblGrid>
      <w:tr w:rsidR="00282991" w14:paraId="42A25750" w14:textId="77777777">
        <w:trPr>
          <w:jc w:val="center"/>
        </w:trPr>
        <w:tc>
          <w:tcPr>
            <w:tcW w:w="10800" w:type="dxa"/>
            <w:shd w:val="clear" w:color="auto" w:fill="FBEDE7"/>
            <w:tcMar>
              <w:top w:w="90" w:type="dxa"/>
              <w:left w:w="100" w:type="dxa"/>
              <w:bottom w:w="90" w:type="dxa"/>
              <w:right w:w="100" w:type="dxa"/>
            </w:tcMar>
          </w:tcPr>
          <w:p w14:paraId="025CF151" w14:textId="77777777" w:rsidR="00282991" w:rsidRDefault="00FE4586">
            <w:pPr>
              <w:spacing w:after="0"/>
            </w:pPr>
            <w:r>
              <w:rPr>
                <w:rFonts w:eastAsia="Arial" w:cs="Arial"/>
                <w:b/>
                <w:color w:val="E63B07"/>
                <w:sz w:val="19"/>
              </w:rPr>
              <w:t xml:space="preserve">FIRE-SAFETY FORM CHECK </w:t>
            </w:r>
            <w:r>
              <w:rPr>
                <w:rFonts w:eastAsia="Arial" w:cs="Arial"/>
                <w:sz w:val="18"/>
              </w:rPr>
              <w:t>For ESRD, CMS-2786U (ASC &amp; ESRD) is the provider-specific federal fire-safety survey form when the federal Life Safety Code survey applies. If the facility is hospital-based or located in a mixed occupancy, document the applicable occupancy/separation determination and survey layer rather than assuming one form applies.</w:t>
            </w:r>
          </w:p>
        </w:tc>
      </w:tr>
    </w:tbl>
    <w:p w14:paraId="68FC7C51" w14:textId="77777777" w:rsidR="00282991" w:rsidRDefault="00282991">
      <w:pPr>
        <w:spacing w:after="20"/>
      </w:pPr>
    </w:p>
    <w:p w14:paraId="393A219E" w14:textId="77777777" w:rsidR="00282991" w:rsidRDefault="00FE4586">
      <w:r>
        <w:br w:type="page"/>
      </w:r>
    </w:p>
    <w:p w14:paraId="06287D59" w14:textId="77777777" w:rsidR="00282991" w:rsidRDefault="00FE4586">
      <w:pPr>
        <w:pStyle w:val="Heading1"/>
        <w:pBdr>
          <w:bottom w:val="single" w:sz="10" w:space="2" w:color="E63B07"/>
        </w:pBdr>
      </w:pPr>
      <w:r>
        <w:rPr>
          <w:rFonts w:ascii="Arial" w:eastAsia="Arial" w:hAnsi="Arial" w:cs="Arial"/>
        </w:rPr>
        <w:lastRenderedPageBreak/>
        <w:t>DIALYSIS SERVICES, PATIENT POPULATION &amp; OPERATIONAL DEPENDENCIES</w:t>
      </w:r>
    </w:p>
    <w:tbl>
      <w:tblPr>
        <w:tblW w:w="0" w:type="auto"/>
        <w:jc w:val="center"/>
        <w:tblLayout w:type="fixed"/>
        <w:tblLook w:val="04A0" w:firstRow="1" w:lastRow="0" w:firstColumn="1" w:lastColumn="0" w:noHBand="0" w:noVBand="1"/>
      </w:tblPr>
      <w:tblGrid>
        <w:gridCol w:w="3888"/>
        <w:gridCol w:w="6912"/>
      </w:tblGrid>
      <w:tr w:rsidR="00282991" w14:paraId="4721A623" w14:textId="77777777">
        <w:trPr>
          <w:cantSplit/>
          <w:tblHeader/>
          <w:jc w:val="center"/>
        </w:trPr>
        <w:tc>
          <w:tcPr>
            <w:tcW w:w="388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A5D75BB" w14:textId="77777777" w:rsidR="00282991" w:rsidRDefault="00FE4586">
            <w:pPr>
              <w:spacing w:after="0"/>
            </w:pPr>
            <w:r>
              <w:rPr>
                <w:rFonts w:eastAsia="Arial" w:cs="Arial"/>
                <w:b/>
                <w:color w:val="FFFFFF"/>
                <w:sz w:val="18"/>
              </w:rPr>
              <w:t>Service / Function</w:t>
            </w:r>
          </w:p>
        </w:tc>
        <w:tc>
          <w:tcPr>
            <w:tcW w:w="691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E7A5BD4" w14:textId="77777777" w:rsidR="00282991" w:rsidRDefault="00FE4586">
            <w:pPr>
              <w:spacing w:after="0"/>
            </w:pPr>
            <w:r>
              <w:rPr>
                <w:rFonts w:eastAsia="Arial" w:cs="Arial"/>
                <w:b/>
                <w:color w:val="FFFFFF"/>
                <w:sz w:val="18"/>
              </w:rPr>
              <w:t>Facility Profile</w:t>
            </w:r>
          </w:p>
        </w:tc>
      </w:tr>
      <w:tr w:rsidR="00282991" w14:paraId="45757424"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0EF698C" w14:textId="77777777" w:rsidR="00282991" w:rsidRDefault="00FE4586">
            <w:pPr>
              <w:spacing w:after="0"/>
            </w:pPr>
            <w:r>
              <w:rPr>
                <w:rFonts w:eastAsia="Arial" w:cs="Arial"/>
                <w:sz w:val="18"/>
              </w:rPr>
              <w:t>In-center hemodialysis</w:t>
            </w:r>
          </w:p>
        </w:tc>
        <w:tc>
          <w:tcPr>
            <w:tcW w:w="69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BB12216" w14:textId="77777777" w:rsidR="00282991" w:rsidRDefault="00FE4586">
            <w:pPr>
              <w:spacing w:after="0"/>
            </w:pPr>
            <w:r>
              <w:rPr>
                <w:rFonts w:eastAsia="Arial" w:cs="Arial"/>
                <w:i/>
                <w:color w:val="707070"/>
                <w:sz w:val="20"/>
              </w:rPr>
              <w:t>&lt;Schedule / stations / isolation / critical dependencies&gt;</w:t>
            </w:r>
          </w:p>
        </w:tc>
      </w:tr>
      <w:tr w:rsidR="00282991" w14:paraId="53654321"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5F5743A" w14:textId="77777777" w:rsidR="00282991" w:rsidRDefault="00FE4586">
            <w:pPr>
              <w:spacing w:after="0"/>
            </w:pPr>
            <w:r>
              <w:rPr>
                <w:rFonts w:eastAsia="Arial" w:cs="Arial"/>
                <w:sz w:val="18"/>
              </w:rPr>
              <w:t>Peritoneal dialysis</w:t>
            </w:r>
          </w:p>
        </w:tc>
        <w:tc>
          <w:tcPr>
            <w:tcW w:w="69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478A52A" w14:textId="77777777" w:rsidR="00282991" w:rsidRDefault="00FE4586">
            <w:pPr>
              <w:spacing w:after="0"/>
            </w:pPr>
            <w:r>
              <w:rPr>
                <w:rFonts w:eastAsia="Arial" w:cs="Arial"/>
                <w:i/>
                <w:color w:val="707070"/>
                <w:sz w:val="20"/>
              </w:rPr>
              <w:t>&lt;Insert or N/A&gt;</w:t>
            </w:r>
          </w:p>
        </w:tc>
      </w:tr>
      <w:tr w:rsidR="00282991" w14:paraId="112D7C1B"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ECD2107" w14:textId="77777777" w:rsidR="00282991" w:rsidRDefault="00FE4586">
            <w:pPr>
              <w:spacing w:after="0"/>
            </w:pPr>
            <w:r>
              <w:rPr>
                <w:rFonts w:eastAsia="Arial" w:cs="Arial"/>
                <w:sz w:val="18"/>
              </w:rPr>
              <w:t>Home hemodialysis</w:t>
            </w:r>
          </w:p>
        </w:tc>
        <w:tc>
          <w:tcPr>
            <w:tcW w:w="69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E78F3CA" w14:textId="77777777" w:rsidR="00282991" w:rsidRDefault="00FE4586">
            <w:pPr>
              <w:spacing w:after="0"/>
            </w:pPr>
            <w:r>
              <w:rPr>
                <w:rFonts w:eastAsia="Arial" w:cs="Arial"/>
                <w:i/>
                <w:color w:val="707070"/>
                <w:sz w:val="20"/>
              </w:rPr>
              <w:t>&lt;Insert or N/A&gt;</w:t>
            </w:r>
          </w:p>
        </w:tc>
      </w:tr>
      <w:tr w:rsidR="00282991" w14:paraId="53F33DEC"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8FEC49E" w14:textId="77777777" w:rsidR="00282991" w:rsidRDefault="00FE4586">
            <w:pPr>
              <w:spacing w:after="0"/>
            </w:pPr>
            <w:r>
              <w:rPr>
                <w:rFonts w:eastAsia="Arial" w:cs="Arial"/>
                <w:sz w:val="18"/>
              </w:rPr>
              <w:t>Home training/support</w:t>
            </w:r>
          </w:p>
        </w:tc>
        <w:tc>
          <w:tcPr>
            <w:tcW w:w="69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0C9ACB5" w14:textId="77777777" w:rsidR="00282991" w:rsidRDefault="00FE4586">
            <w:pPr>
              <w:spacing w:after="0"/>
            </w:pPr>
            <w:r>
              <w:rPr>
                <w:rFonts w:eastAsia="Arial" w:cs="Arial"/>
                <w:i/>
                <w:color w:val="707070"/>
                <w:sz w:val="20"/>
              </w:rPr>
              <w:t>&lt;Insert or N/A&gt;</w:t>
            </w:r>
          </w:p>
        </w:tc>
      </w:tr>
      <w:tr w:rsidR="00282991" w14:paraId="29504D21"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59B59FB" w14:textId="77777777" w:rsidR="00282991" w:rsidRDefault="00FE4586">
            <w:pPr>
              <w:spacing w:after="0"/>
            </w:pPr>
            <w:r>
              <w:rPr>
                <w:rFonts w:eastAsia="Arial" w:cs="Arial"/>
                <w:sz w:val="18"/>
              </w:rPr>
              <w:t>Nursing-home dialysis</w:t>
            </w:r>
          </w:p>
        </w:tc>
        <w:tc>
          <w:tcPr>
            <w:tcW w:w="69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3D7CFEC" w14:textId="77777777" w:rsidR="00282991" w:rsidRDefault="00FE4586">
            <w:pPr>
              <w:spacing w:after="0"/>
            </w:pPr>
            <w:r>
              <w:rPr>
                <w:rFonts w:eastAsia="Arial" w:cs="Arial"/>
                <w:i/>
                <w:color w:val="707070"/>
                <w:sz w:val="20"/>
              </w:rPr>
              <w:t>&lt;Insert or N/A&gt;</w:t>
            </w:r>
          </w:p>
        </w:tc>
      </w:tr>
      <w:tr w:rsidR="00282991" w14:paraId="230408C9"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8ABADE7" w14:textId="77777777" w:rsidR="00282991" w:rsidRDefault="00FE4586">
            <w:pPr>
              <w:spacing w:after="0"/>
            </w:pPr>
            <w:r>
              <w:rPr>
                <w:rFonts w:eastAsia="Arial" w:cs="Arial"/>
                <w:sz w:val="18"/>
              </w:rPr>
              <w:t>Reuse program</w:t>
            </w:r>
          </w:p>
        </w:tc>
        <w:tc>
          <w:tcPr>
            <w:tcW w:w="69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D3B3243" w14:textId="77777777" w:rsidR="00282991" w:rsidRDefault="00FE4586">
            <w:pPr>
              <w:spacing w:after="0"/>
            </w:pPr>
            <w:r>
              <w:rPr>
                <w:rFonts w:eastAsia="Arial" w:cs="Arial"/>
                <w:i/>
                <w:color w:val="707070"/>
                <w:sz w:val="20"/>
              </w:rPr>
              <w:t>&lt;Insert or N/A&gt;</w:t>
            </w:r>
          </w:p>
        </w:tc>
      </w:tr>
      <w:tr w:rsidR="00282991" w14:paraId="1AC8E3FA"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CD1D5B1" w14:textId="77777777" w:rsidR="00282991" w:rsidRDefault="00FE4586">
            <w:pPr>
              <w:spacing w:after="0"/>
            </w:pPr>
            <w:r>
              <w:rPr>
                <w:rFonts w:eastAsia="Arial" w:cs="Arial"/>
                <w:sz w:val="18"/>
              </w:rPr>
              <w:t>Laboratory / specimen services</w:t>
            </w:r>
          </w:p>
        </w:tc>
        <w:tc>
          <w:tcPr>
            <w:tcW w:w="69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8FFDCDD" w14:textId="77777777" w:rsidR="00282991" w:rsidRDefault="00FE4586">
            <w:pPr>
              <w:spacing w:after="0"/>
            </w:pPr>
            <w:r>
              <w:rPr>
                <w:rFonts w:eastAsia="Arial" w:cs="Arial"/>
                <w:i/>
                <w:color w:val="707070"/>
                <w:sz w:val="20"/>
              </w:rPr>
              <w:t>&lt;Insert or N/A&gt;</w:t>
            </w:r>
          </w:p>
        </w:tc>
      </w:tr>
      <w:tr w:rsidR="00282991" w14:paraId="4E1A0FD2"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7DEB18F" w14:textId="77777777" w:rsidR="00282991" w:rsidRDefault="00FE4586">
            <w:pPr>
              <w:spacing w:after="0"/>
            </w:pPr>
            <w:r>
              <w:rPr>
                <w:rFonts w:eastAsia="Arial" w:cs="Arial"/>
                <w:sz w:val="18"/>
              </w:rPr>
              <w:t>Medication / emergency drug functions</w:t>
            </w:r>
          </w:p>
        </w:tc>
        <w:tc>
          <w:tcPr>
            <w:tcW w:w="69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54E7638" w14:textId="77777777" w:rsidR="00282991" w:rsidRDefault="00FE4586">
            <w:pPr>
              <w:spacing w:after="0"/>
            </w:pPr>
            <w:r>
              <w:rPr>
                <w:rFonts w:eastAsia="Arial" w:cs="Arial"/>
                <w:i/>
                <w:color w:val="707070"/>
                <w:sz w:val="20"/>
              </w:rPr>
              <w:t>&lt;Insert&gt;</w:t>
            </w:r>
          </w:p>
        </w:tc>
      </w:tr>
      <w:tr w:rsidR="00282991" w14:paraId="1141CF11"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8DDBE15" w14:textId="77777777" w:rsidR="00282991" w:rsidRDefault="00FE4586">
            <w:pPr>
              <w:spacing w:after="0"/>
            </w:pPr>
            <w:r>
              <w:rPr>
                <w:rFonts w:eastAsia="Arial" w:cs="Arial"/>
                <w:sz w:val="18"/>
              </w:rPr>
              <w:t>Other renal services</w:t>
            </w:r>
          </w:p>
        </w:tc>
        <w:tc>
          <w:tcPr>
            <w:tcW w:w="69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DD220D1" w14:textId="77777777" w:rsidR="00282991" w:rsidRDefault="00FE4586">
            <w:pPr>
              <w:spacing w:after="0"/>
            </w:pPr>
            <w:r>
              <w:rPr>
                <w:rFonts w:eastAsia="Arial" w:cs="Arial"/>
                <w:i/>
                <w:color w:val="707070"/>
                <w:sz w:val="20"/>
              </w:rPr>
              <w:t>&lt;Insert or N/A&gt;</w:t>
            </w:r>
          </w:p>
        </w:tc>
      </w:tr>
    </w:tbl>
    <w:p w14:paraId="24B16A30" w14:textId="77777777" w:rsidR="00282991" w:rsidRDefault="00282991">
      <w:pPr>
        <w:spacing w:after="20"/>
      </w:pPr>
    </w:p>
    <w:p w14:paraId="454370F4" w14:textId="77777777" w:rsidR="00282991" w:rsidRDefault="00FE4586">
      <w:pPr>
        <w:pStyle w:val="Heading2"/>
      </w:pPr>
      <w:r>
        <w:rPr>
          <w:rFonts w:ascii="Arial" w:eastAsia="Arial" w:hAnsi="Arial" w:cs="Arial"/>
        </w:rPr>
        <w:t>Patient and Access/Functional Considerations</w:t>
      </w:r>
    </w:p>
    <w:tbl>
      <w:tblPr>
        <w:tblW w:w="0" w:type="auto"/>
        <w:jc w:val="center"/>
        <w:tblLayout w:type="fixed"/>
        <w:tblLook w:val="04A0" w:firstRow="1" w:lastRow="0" w:firstColumn="1" w:lastColumn="0" w:noHBand="0" w:noVBand="1"/>
      </w:tblPr>
      <w:tblGrid>
        <w:gridCol w:w="3888"/>
        <w:gridCol w:w="6912"/>
      </w:tblGrid>
      <w:tr w:rsidR="00282991" w14:paraId="5DB50957" w14:textId="77777777">
        <w:trPr>
          <w:cantSplit/>
          <w:tblHeader/>
          <w:jc w:val="center"/>
        </w:trPr>
        <w:tc>
          <w:tcPr>
            <w:tcW w:w="388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7511F5A" w14:textId="77777777" w:rsidR="00282991" w:rsidRDefault="00FE4586">
            <w:pPr>
              <w:spacing w:after="0"/>
            </w:pPr>
            <w:r>
              <w:rPr>
                <w:rFonts w:eastAsia="Arial" w:cs="Arial"/>
                <w:b/>
                <w:color w:val="FFFFFF"/>
                <w:sz w:val="17"/>
              </w:rPr>
              <w:t>Patient Need / Consideration</w:t>
            </w:r>
          </w:p>
        </w:tc>
        <w:tc>
          <w:tcPr>
            <w:tcW w:w="691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E2C89F4" w14:textId="77777777" w:rsidR="00282991" w:rsidRDefault="00FE4586">
            <w:pPr>
              <w:spacing w:after="0"/>
            </w:pPr>
            <w:r>
              <w:rPr>
                <w:rFonts w:eastAsia="Arial" w:cs="Arial"/>
                <w:b/>
                <w:color w:val="FFFFFF"/>
                <w:sz w:val="17"/>
              </w:rPr>
              <w:t>Facility Profile</w:t>
            </w:r>
          </w:p>
        </w:tc>
      </w:tr>
      <w:tr w:rsidR="00282991" w14:paraId="0F74C9CC"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5343530" w14:textId="77777777" w:rsidR="00282991" w:rsidRDefault="00FE4586">
            <w:pPr>
              <w:spacing w:after="0"/>
            </w:pPr>
            <w:r>
              <w:rPr>
                <w:rFonts w:eastAsia="Arial" w:cs="Arial"/>
                <w:sz w:val="18"/>
              </w:rPr>
              <w:t>Treatment frequency / time sensitivity</w:t>
            </w:r>
          </w:p>
        </w:tc>
        <w:tc>
          <w:tcPr>
            <w:tcW w:w="69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EE9191A" w14:textId="77777777" w:rsidR="00282991" w:rsidRDefault="00FE4586">
            <w:pPr>
              <w:spacing w:after="0"/>
            </w:pPr>
            <w:r>
              <w:rPr>
                <w:rFonts w:eastAsia="Arial" w:cs="Arial"/>
                <w:i/>
                <w:color w:val="707070"/>
                <w:sz w:val="20"/>
              </w:rPr>
              <w:t>&lt;Typical schedules / maximum acceptable interruption / escalation&gt;</w:t>
            </w:r>
          </w:p>
        </w:tc>
      </w:tr>
      <w:tr w:rsidR="00282991" w14:paraId="7FBD8CA3"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E6E584D" w14:textId="77777777" w:rsidR="00282991" w:rsidRDefault="00FE4586">
            <w:pPr>
              <w:spacing w:after="0"/>
            </w:pPr>
            <w:r>
              <w:rPr>
                <w:rFonts w:eastAsia="Arial" w:cs="Arial"/>
                <w:sz w:val="18"/>
              </w:rPr>
              <w:t>Transportation dependence</w:t>
            </w:r>
          </w:p>
        </w:tc>
        <w:tc>
          <w:tcPr>
            <w:tcW w:w="69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A3E3680" w14:textId="77777777" w:rsidR="00282991" w:rsidRDefault="00FE4586">
            <w:pPr>
              <w:spacing w:after="0"/>
            </w:pPr>
            <w:r>
              <w:rPr>
                <w:rFonts w:eastAsia="Arial" w:cs="Arial"/>
                <w:i/>
                <w:color w:val="707070"/>
                <w:sz w:val="20"/>
              </w:rPr>
              <w:t>&lt;Typical transportation partners / backup process&gt;</w:t>
            </w:r>
          </w:p>
        </w:tc>
      </w:tr>
      <w:tr w:rsidR="00282991" w14:paraId="414DDD9F"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C935A3" w14:textId="77777777" w:rsidR="00282991" w:rsidRDefault="00FE4586">
            <w:pPr>
              <w:spacing w:after="0"/>
            </w:pPr>
            <w:r>
              <w:rPr>
                <w:rFonts w:eastAsia="Arial" w:cs="Arial"/>
                <w:sz w:val="18"/>
              </w:rPr>
              <w:t>Limited mobility / evacuation assistance</w:t>
            </w:r>
          </w:p>
        </w:tc>
        <w:tc>
          <w:tcPr>
            <w:tcW w:w="69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31B81C3" w14:textId="77777777" w:rsidR="00282991" w:rsidRDefault="00FE4586">
            <w:pPr>
              <w:spacing w:after="0"/>
            </w:pPr>
            <w:r>
              <w:rPr>
                <w:rFonts w:eastAsia="Arial" w:cs="Arial"/>
                <w:i/>
                <w:color w:val="707070"/>
                <w:sz w:val="20"/>
              </w:rPr>
              <w:t>&lt;Typical needs / process&gt;</w:t>
            </w:r>
          </w:p>
        </w:tc>
      </w:tr>
      <w:tr w:rsidR="00282991" w14:paraId="19855922"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33BF70C" w14:textId="77777777" w:rsidR="00282991" w:rsidRDefault="00FE4586">
            <w:pPr>
              <w:spacing w:after="0"/>
            </w:pPr>
            <w:r>
              <w:rPr>
                <w:rFonts w:eastAsia="Arial" w:cs="Arial"/>
                <w:sz w:val="18"/>
              </w:rPr>
              <w:t>Vascular access / access-site considerations</w:t>
            </w:r>
          </w:p>
        </w:tc>
        <w:tc>
          <w:tcPr>
            <w:tcW w:w="69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E8182D8" w14:textId="77777777" w:rsidR="00282991" w:rsidRDefault="00FE4586">
            <w:pPr>
              <w:spacing w:after="0"/>
            </w:pPr>
            <w:r>
              <w:rPr>
                <w:rFonts w:eastAsia="Arial" w:cs="Arial"/>
                <w:i/>
                <w:color w:val="707070"/>
                <w:sz w:val="20"/>
              </w:rPr>
              <w:t>&lt;Insert&gt;</w:t>
            </w:r>
          </w:p>
        </w:tc>
      </w:tr>
      <w:tr w:rsidR="00282991" w14:paraId="2E09EB04"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BB93DD3" w14:textId="77777777" w:rsidR="00282991" w:rsidRDefault="00FE4586">
            <w:pPr>
              <w:spacing w:after="0"/>
            </w:pPr>
            <w:r>
              <w:rPr>
                <w:rFonts w:eastAsia="Arial" w:cs="Arial"/>
                <w:sz w:val="18"/>
              </w:rPr>
              <w:t>Home dialysis patients / caregivers</w:t>
            </w:r>
          </w:p>
        </w:tc>
        <w:tc>
          <w:tcPr>
            <w:tcW w:w="69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C85A4A3" w14:textId="77777777" w:rsidR="00282991" w:rsidRDefault="00FE4586">
            <w:pPr>
              <w:spacing w:after="0"/>
            </w:pPr>
            <w:r>
              <w:rPr>
                <w:rFonts w:eastAsia="Arial" w:cs="Arial"/>
                <w:i/>
                <w:color w:val="707070"/>
                <w:sz w:val="20"/>
              </w:rPr>
              <w:t>&lt;Insert or N/A&gt;</w:t>
            </w:r>
          </w:p>
        </w:tc>
      </w:tr>
      <w:tr w:rsidR="00282991" w14:paraId="628A2E10"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D89BE36" w14:textId="77777777" w:rsidR="00282991" w:rsidRDefault="00FE4586">
            <w:pPr>
              <w:spacing w:after="0"/>
            </w:pPr>
            <w:r>
              <w:rPr>
                <w:rFonts w:eastAsia="Arial" w:cs="Arial"/>
                <w:sz w:val="18"/>
              </w:rPr>
              <w:t>Limited English proficiency / accessible communication</w:t>
            </w:r>
          </w:p>
        </w:tc>
        <w:tc>
          <w:tcPr>
            <w:tcW w:w="69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852FB94" w14:textId="77777777" w:rsidR="00282991" w:rsidRDefault="00FE4586">
            <w:pPr>
              <w:spacing w:after="0"/>
            </w:pPr>
            <w:r>
              <w:rPr>
                <w:rFonts w:eastAsia="Arial" w:cs="Arial"/>
                <w:i/>
                <w:color w:val="707070"/>
                <w:sz w:val="20"/>
              </w:rPr>
              <w:t>&lt;Languages / interpreter / alternative format supports&gt;</w:t>
            </w:r>
          </w:p>
        </w:tc>
      </w:tr>
      <w:tr w:rsidR="00282991" w14:paraId="0B4EAD84"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A15F8B9" w14:textId="77777777" w:rsidR="00282991" w:rsidRDefault="00FE4586">
            <w:pPr>
              <w:spacing w:after="0"/>
            </w:pPr>
            <w:r>
              <w:rPr>
                <w:rFonts w:eastAsia="Arial" w:cs="Arial"/>
                <w:sz w:val="18"/>
              </w:rPr>
              <w:t>Cognitive / behavioral considerations</w:t>
            </w:r>
          </w:p>
        </w:tc>
        <w:tc>
          <w:tcPr>
            <w:tcW w:w="69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7F3B409" w14:textId="77777777" w:rsidR="00282991" w:rsidRDefault="00FE4586">
            <w:pPr>
              <w:spacing w:after="0"/>
            </w:pPr>
            <w:r>
              <w:rPr>
                <w:rFonts w:eastAsia="Arial" w:cs="Arial"/>
                <w:i/>
                <w:color w:val="707070"/>
                <w:sz w:val="20"/>
              </w:rPr>
              <w:t>&lt;Insert&gt;</w:t>
            </w:r>
          </w:p>
        </w:tc>
      </w:tr>
      <w:tr w:rsidR="00282991" w14:paraId="2AF9BBC7"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463582C" w14:textId="77777777" w:rsidR="00282991" w:rsidRDefault="00FE4586">
            <w:pPr>
              <w:spacing w:after="0"/>
            </w:pPr>
            <w:r>
              <w:rPr>
                <w:rFonts w:eastAsia="Arial" w:cs="Arial"/>
                <w:sz w:val="18"/>
              </w:rPr>
              <w:t>Nutrition / fluid needs during altered schedules</w:t>
            </w:r>
          </w:p>
        </w:tc>
        <w:tc>
          <w:tcPr>
            <w:tcW w:w="69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23A8B2A" w14:textId="77777777" w:rsidR="00282991" w:rsidRDefault="00FE4586">
            <w:pPr>
              <w:spacing w:after="0"/>
            </w:pPr>
            <w:r>
              <w:rPr>
                <w:rFonts w:eastAsia="Arial" w:cs="Arial"/>
                <w:i/>
                <w:color w:val="707070"/>
                <w:sz w:val="20"/>
              </w:rPr>
              <w:t>&lt;Facility process / education location&gt;</w:t>
            </w:r>
          </w:p>
        </w:tc>
      </w:tr>
      <w:tr w:rsidR="00282991" w14:paraId="340EF82A"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9A57BE3" w14:textId="77777777" w:rsidR="00282991" w:rsidRDefault="00FE4586">
            <w:pPr>
              <w:spacing w:after="0"/>
            </w:pPr>
            <w:r>
              <w:rPr>
                <w:rFonts w:eastAsia="Arial" w:cs="Arial"/>
                <w:sz w:val="18"/>
              </w:rPr>
              <w:t>Electricity-dependent home equipment</w:t>
            </w:r>
          </w:p>
        </w:tc>
        <w:tc>
          <w:tcPr>
            <w:tcW w:w="69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C8E8EF3" w14:textId="77777777" w:rsidR="00282991" w:rsidRDefault="00FE4586">
            <w:pPr>
              <w:spacing w:after="0"/>
            </w:pPr>
            <w:r>
              <w:rPr>
                <w:rFonts w:eastAsia="Arial" w:cs="Arial"/>
                <w:i/>
                <w:color w:val="707070"/>
                <w:sz w:val="20"/>
              </w:rPr>
              <w:t>&lt;Insert if applicable&gt;</w:t>
            </w:r>
          </w:p>
        </w:tc>
      </w:tr>
      <w:tr w:rsidR="00282991" w14:paraId="4E228F7F"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D532EB6" w14:textId="77777777" w:rsidR="00282991" w:rsidRDefault="00FE4586">
            <w:pPr>
              <w:spacing w:after="0"/>
            </w:pPr>
            <w:r>
              <w:rPr>
                <w:rFonts w:eastAsia="Arial" w:cs="Arial"/>
                <w:sz w:val="18"/>
              </w:rPr>
              <w:t>Other HVA-identified vulnerabilities</w:t>
            </w:r>
          </w:p>
        </w:tc>
        <w:tc>
          <w:tcPr>
            <w:tcW w:w="69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B33D296" w14:textId="77777777" w:rsidR="00282991" w:rsidRDefault="00FE4586">
            <w:pPr>
              <w:spacing w:after="0"/>
            </w:pPr>
            <w:r>
              <w:rPr>
                <w:rFonts w:eastAsia="Arial" w:cs="Arial"/>
                <w:i/>
                <w:color w:val="707070"/>
                <w:sz w:val="20"/>
              </w:rPr>
              <w:t>&lt;Insert&gt;</w:t>
            </w:r>
          </w:p>
        </w:tc>
      </w:tr>
    </w:tbl>
    <w:p w14:paraId="1EE7CE29" w14:textId="77777777" w:rsidR="00282991" w:rsidRDefault="00282991">
      <w:pPr>
        <w:spacing w:after="20"/>
      </w:pPr>
    </w:p>
    <w:tbl>
      <w:tblPr>
        <w:tblW w:w="0" w:type="auto"/>
        <w:jc w:val="center"/>
        <w:tblLook w:val="04A0" w:firstRow="1" w:lastRow="0" w:firstColumn="1" w:lastColumn="0" w:noHBand="0" w:noVBand="1"/>
      </w:tblPr>
      <w:tblGrid>
        <w:gridCol w:w="10800"/>
      </w:tblGrid>
      <w:tr w:rsidR="00282991" w14:paraId="5795B31D" w14:textId="77777777">
        <w:trPr>
          <w:jc w:val="center"/>
        </w:trPr>
        <w:tc>
          <w:tcPr>
            <w:tcW w:w="10800" w:type="dxa"/>
            <w:shd w:val="clear" w:color="auto" w:fill="E8F2EF"/>
            <w:tcMar>
              <w:top w:w="90" w:type="dxa"/>
              <w:left w:w="100" w:type="dxa"/>
              <w:bottom w:w="90" w:type="dxa"/>
              <w:right w:w="100" w:type="dxa"/>
            </w:tcMar>
          </w:tcPr>
          <w:p w14:paraId="3DDCB843" w14:textId="77777777" w:rsidR="00282991" w:rsidRDefault="00FE4586">
            <w:pPr>
              <w:spacing w:after="0"/>
            </w:pPr>
            <w:r>
              <w:rPr>
                <w:rFonts w:eastAsia="Arial" w:cs="Arial"/>
                <w:b/>
                <w:color w:val="015A41"/>
                <w:sz w:val="19"/>
              </w:rPr>
              <w:t xml:space="preserve">ESRD-SPECIFIC NOTE </w:t>
            </w:r>
            <w:r>
              <w:rPr>
                <w:rFonts w:eastAsia="Arial" w:cs="Arial"/>
                <w:sz w:val="18"/>
              </w:rPr>
              <w:t>The EOP should reflect the facility’s dialysis patient population, treatment frequency and time sensitivity, transportation needs, home-dialysis population when applicable, services the facility can provide during an emergency, and continuity of operations. Patient emergency preparedness orientation is a distinct ESRD requirement under §494.62(d)(3).</w:t>
            </w:r>
          </w:p>
        </w:tc>
      </w:tr>
    </w:tbl>
    <w:p w14:paraId="25053208" w14:textId="77777777" w:rsidR="00282991" w:rsidRDefault="00282991">
      <w:pPr>
        <w:spacing w:after="20"/>
      </w:pPr>
    </w:p>
    <w:p w14:paraId="535D3638" w14:textId="77777777" w:rsidR="00282991" w:rsidRDefault="00FE4586">
      <w:r>
        <w:br w:type="page"/>
      </w:r>
    </w:p>
    <w:p w14:paraId="39F5EFF7" w14:textId="77777777" w:rsidR="00282991" w:rsidRDefault="00FE4586">
      <w:pPr>
        <w:pStyle w:val="Heading1"/>
        <w:pBdr>
          <w:bottom w:val="single" w:sz="10" w:space="2" w:color="E63B07"/>
        </w:pBdr>
      </w:pPr>
      <w:r>
        <w:rPr>
          <w:rFonts w:ascii="Arial" w:eastAsia="Arial" w:hAnsi="Arial" w:cs="Arial"/>
        </w:rPr>
        <w:lastRenderedPageBreak/>
        <w:t>FACILITY NETWORK &amp; KEY EMERGENCY CONTACTS</w:t>
      </w:r>
    </w:p>
    <w:tbl>
      <w:tblPr>
        <w:tblW w:w="0" w:type="auto"/>
        <w:jc w:val="center"/>
        <w:tblLayout w:type="fixed"/>
        <w:tblLook w:val="04A0" w:firstRow="1" w:lastRow="0" w:firstColumn="1" w:lastColumn="0" w:noHBand="0" w:noVBand="1"/>
      </w:tblPr>
      <w:tblGrid>
        <w:gridCol w:w="3096"/>
        <w:gridCol w:w="2592"/>
        <w:gridCol w:w="2160"/>
        <w:gridCol w:w="2952"/>
      </w:tblGrid>
      <w:tr w:rsidR="00282991" w14:paraId="54124FD1" w14:textId="77777777">
        <w:trPr>
          <w:cantSplit/>
          <w:tblHeader/>
          <w:jc w:val="center"/>
        </w:trPr>
        <w:tc>
          <w:tcPr>
            <w:tcW w:w="309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B03A69B" w14:textId="77777777" w:rsidR="00282991" w:rsidRDefault="00FE4586">
            <w:pPr>
              <w:spacing w:after="0"/>
            </w:pPr>
            <w:r>
              <w:rPr>
                <w:rFonts w:eastAsia="Arial" w:cs="Arial"/>
                <w:b/>
                <w:color w:val="FFFFFF"/>
                <w:sz w:val="16"/>
              </w:rPr>
              <w:t>Agency / Partner</w:t>
            </w:r>
          </w:p>
        </w:tc>
        <w:tc>
          <w:tcPr>
            <w:tcW w:w="259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61B53E9" w14:textId="77777777" w:rsidR="00282991" w:rsidRDefault="00FE4586">
            <w:pPr>
              <w:spacing w:after="0"/>
            </w:pPr>
            <w:r>
              <w:rPr>
                <w:rFonts w:eastAsia="Arial" w:cs="Arial"/>
                <w:b/>
                <w:color w:val="FFFFFF"/>
                <w:sz w:val="16"/>
              </w:rPr>
              <w:t>Contact</w:t>
            </w:r>
          </w:p>
        </w:tc>
        <w:tc>
          <w:tcPr>
            <w:tcW w:w="216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16EF60D" w14:textId="77777777" w:rsidR="00282991" w:rsidRDefault="00FE4586">
            <w:pPr>
              <w:spacing w:after="0"/>
            </w:pPr>
            <w:r>
              <w:rPr>
                <w:rFonts w:eastAsia="Arial" w:cs="Arial"/>
                <w:b/>
                <w:color w:val="FFFFFF"/>
                <w:sz w:val="16"/>
              </w:rPr>
              <w:t>Phone</w:t>
            </w:r>
          </w:p>
        </w:tc>
        <w:tc>
          <w:tcPr>
            <w:tcW w:w="295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8E2137C" w14:textId="77777777" w:rsidR="00282991" w:rsidRDefault="00FE4586">
            <w:pPr>
              <w:spacing w:after="0"/>
            </w:pPr>
            <w:r>
              <w:rPr>
                <w:rFonts w:eastAsia="Arial" w:cs="Arial"/>
                <w:b/>
                <w:color w:val="FFFFFF"/>
                <w:sz w:val="16"/>
              </w:rPr>
              <w:t>Email / Method</w:t>
            </w:r>
          </w:p>
        </w:tc>
      </w:tr>
      <w:tr w:rsidR="00282991" w14:paraId="44570C3D" w14:textId="77777777">
        <w:trPr>
          <w:cantSplit/>
          <w:jc w:val="center"/>
        </w:trPr>
        <w:tc>
          <w:tcPr>
            <w:tcW w:w="30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D8CE19C" w14:textId="77777777" w:rsidR="00282991" w:rsidRDefault="00FE4586">
            <w:pPr>
              <w:spacing w:after="0"/>
            </w:pPr>
            <w:r>
              <w:rPr>
                <w:rFonts w:eastAsia="Arial" w:cs="Arial"/>
                <w:sz w:val="17"/>
              </w:rPr>
              <w:t>Local / County EMA</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0B811F7" w14:textId="77777777" w:rsidR="00282991" w:rsidRDefault="00FE4586">
            <w:pPr>
              <w:spacing w:after="0"/>
            </w:pPr>
            <w:r>
              <w:rPr>
                <w:rFonts w:eastAsia="Arial" w:cs="Arial"/>
                <w:i/>
                <w:color w:val="707070"/>
                <w:sz w:val="20"/>
              </w:rPr>
              <w:t>&lt;Contact&gt;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095E09C" w14:textId="77777777" w:rsidR="00282991" w:rsidRDefault="00FE4586">
            <w:pPr>
              <w:spacing w:after="0"/>
            </w:pPr>
            <w:r>
              <w:rPr>
                <w:rFonts w:eastAsia="Arial" w:cs="Arial"/>
                <w:i/>
                <w:color w:val="707070"/>
                <w:sz w:val="20"/>
              </w:rPr>
              <w:t>&lt;Phone / 24-7&gt;</w:t>
            </w:r>
          </w:p>
        </w:tc>
        <w:tc>
          <w:tcPr>
            <w:tcW w:w="29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0D69D24" w14:textId="77777777" w:rsidR="00282991" w:rsidRDefault="00FE4586">
            <w:pPr>
              <w:spacing w:after="0"/>
            </w:pPr>
            <w:r>
              <w:rPr>
                <w:rFonts w:eastAsia="Arial" w:cs="Arial"/>
                <w:i/>
                <w:color w:val="707070"/>
                <w:sz w:val="20"/>
              </w:rPr>
              <w:t>&lt;Email&gt;</w:t>
            </w:r>
          </w:p>
        </w:tc>
      </w:tr>
      <w:tr w:rsidR="00282991" w14:paraId="3FCB09B5" w14:textId="77777777">
        <w:trPr>
          <w:cantSplit/>
          <w:jc w:val="center"/>
        </w:trPr>
        <w:tc>
          <w:tcPr>
            <w:tcW w:w="30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A7D4B0D" w14:textId="77777777" w:rsidR="00282991" w:rsidRDefault="00FE4586">
            <w:pPr>
              <w:spacing w:after="0"/>
            </w:pPr>
            <w:r>
              <w:rPr>
                <w:rFonts w:eastAsia="Arial" w:cs="Arial"/>
                <w:sz w:val="17"/>
              </w:rPr>
              <w:t>Local Public Health / Maine CDC</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3B518FA" w14:textId="77777777" w:rsidR="00282991" w:rsidRDefault="00FE4586">
            <w:pPr>
              <w:spacing w:after="0"/>
            </w:pPr>
            <w:r>
              <w:rPr>
                <w:rFonts w:eastAsia="Arial" w:cs="Arial"/>
                <w:i/>
                <w:color w:val="707070"/>
                <w:sz w:val="20"/>
              </w:rPr>
              <w:t>&lt;Contact&gt;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58BEDD6" w14:textId="77777777" w:rsidR="00282991" w:rsidRDefault="00FE4586">
            <w:pPr>
              <w:spacing w:after="0"/>
            </w:pPr>
            <w:r>
              <w:rPr>
                <w:rFonts w:eastAsia="Arial" w:cs="Arial"/>
                <w:i/>
                <w:color w:val="707070"/>
                <w:sz w:val="20"/>
              </w:rPr>
              <w:t>&lt;Phone&gt;</w:t>
            </w:r>
          </w:p>
        </w:tc>
        <w:tc>
          <w:tcPr>
            <w:tcW w:w="29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42FFB5E" w14:textId="77777777" w:rsidR="00282991" w:rsidRDefault="00FE4586">
            <w:pPr>
              <w:spacing w:after="0"/>
            </w:pPr>
            <w:r>
              <w:rPr>
                <w:rFonts w:eastAsia="Arial" w:cs="Arial"/>
                <w:i/>
                <w:color w:val="707070"/>
                <w:sz w:val="20"/>
              </w:rPr>
              <w:t>&lt;Email&gt;</w:t>
            </w:r>
          </w:p>
        </w:tc>
      </w:tr>
      <w:tr w:rsidR="00282991" w14:paraId="00F3A1B2" w14:textId="77777777">
        <w:trPr>
          <w:cantSplit/>
          <w:jc w:val="center"/>
        </w:trPr>
        <w:tc>
          <w:tcPr>
            <w:tcW w:w="30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B40464F" w14:textId="77777777" w:rsidR="00282991" w:rsidRDefault="00FE4586">
            <w:pPr>
              <w:spacing w:after="0"/>
            </w:pPr>
            <w:r>
              <w:rPr>
                <w:rFonts w:eastAsia="Arial" w:cs="Arial"/>
                <w:sz w:val="17"/>
              </w:rPr>
              <w:t>Fire / EMS</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BD63193" w14:textId="77777777" w:rsidR="00282991" w:rsidRDefault="00FE4586">
            <w:pPr>
              <w:spacing w:after="0"/>
            </w:pPr>
            <w:r>
              <w:rPr>
                <w:rFonts w:eastAsia="Arial" w:cs="Arial"/>
                <w:i/>
                <w:color w:val="707070"/>
                <w:sz w:val="20"/>
              </w:rPr>
              <w:t>&lt;Contact&gt;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3388509" w14:textId="77777777" w:rsidR="00282991" w:rsidRDefault="00FE4586">
            <w:pPr>
              <w:spacing w:after="0"/>
            </w:pPr>
            <w:r>
              <w:rPr>
                <w:rFonts w:eastAsia="Arial" w:cs="Arial"/>
                <w:i/>
                <w:color w:val="707070"/>
                <w:sz w:val="20"/>
              </w:rPr>
              <w:t>&lt;Phone&gt;</w:t>
            </w:r>
          </w:p>
        </w:tc>
        <w:tc>
          <w:tcPr>
            <w:tcW w:w="29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A545953" w14:textId="77777777" w:rsidR="00282991" w:rsidRDefault="00FE4586">
            <w:pPr>
              <w:spacing w:after="0"/>
            </w:pPr>
            <w:r>
              <w:rPr>
                <w:rFonts w:eastAsia="Arial" w:cs="Arial"/>
                <w:i/>
                <w:color w:val="707070"/>
                <w:sz w:val="20"/>
              </w:rPr>
              <w:t>&lt;Email&gt;</w:t>
            </w:r>
          </w:p>
        </w:tc>
      </w:tr>
      <w:tr w:rsidR="00282991" w14:paraId="76C8DB3E" w14:textId="77777777">
        <w:trPr>
          <w:cantSplit/>
          <w:jc w:val="center"/>
        </w:trPr>
        <w:tc>
          <w:tcPr>
            <w:tcW w:w="30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D8EDA4C" w14:textId="77777777" w:rsidR="00282991" w:rsidRDefault="00FE4586">
            <w:pPr>
              <w:spacing w:after="0"/>
            </w:pPr>
            <w:r>
              <w:rPr>
                <w:rFonts w:eastAsia="Arial" w:cs="Arial"/>
                <w:sz w:val="17"/>
              </w:rPr>
              <w:t>Law Enforcement</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C5944AB" w14:textId="77777777" w:rsidR="00282991" w:rsidRDefault="00FE4586">
            <w:pPr>
              <w:spacing w:after="0"/>
            </w:pPr>
            <w:r>
              <w:rPr>
                <w:rFonts w:eastAsia="Arial" w:cs="Arial"/>
                <w:i/>
                <w:color w:val="707070"/>
                <w:sz w:val="20"/>
              </w:rPr>
              <w:t>&lt;Contact&gt;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7AC15CB" w14:textId="77777777" w:rsidR="00282991" w:rsidRDefault="00FE4586">
            <w:pPr>
              <w:spacing w:after="0"/>
            </w:pPr>
            <w:r>
              <w:rPr>
                <w:rFonts w:eastAsia="Arial" w:cs="Arial"/>
                <w:i/>
                <w:color w:val="707070"/>
                <w:sz w:val="20"/>
              </w:rPr>
              <w:t>&lt;Phone&gt;</w:t>
            </w:r>
          </w:p>
        </w:tc>
        <w:tc>
          <w:tcPr>
            <w:tcW w:w="29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FCD01BE" w14:textId="77777777" w:rsidR="00282991" w:rsidRDefault="00FE4586">
            <w:pPr>
              <w:spacing w:after="0"/>
            </w:pPr>
            <w:r>
              <w:rPr>
                <w:rFonts w:eastAsia="Arial" w:cs="Arial"/>
                <w:i/>
                <w:color w:val="707070"/>
                <w:sz w:val="20"/>
              </w:rPr>
              <w:t>&lt;Email&gt;</w:t>
            </w:r>
          </w:p>
        </w:tc>
      </w:tr>
      <w:tr w:rsidR="00282991" w14:paraId="2B5A6260" w14:textId="77777777">
        <w:trPr>
          <w:cantSplit/>
          <w:jc w:val="center"/>
        </w:trPr>
        <w:tc>
          <w:tcPr>
            <w:tcW w:w="30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28FD83B" w14:textId="77777777" w:rsidR="00282991" w:rsidRDefault="00FE4586">
            <w:pPr>
              <w:spacing w:after="0"/>
            </w:pPr>
            <w:r>
              <w:rPr>
                <w:rFonts w:eastAsia="Arial" w:cs="Arial"/>
                <w:sz w:val="17"/>
              </w:rPr>
              <w:t>Maine DHHS / DLC</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36708E8" w14:textId="77777777" w:rsidR="00282991" w:rsidRDefault="00FE4586">
            <w:pPr>
              <w:spacing w:after="0"/>
            </w:pPr>
            <w:r>
              <w:rPr>
                <w:rFonts w:eastAsia="Arial" w:cs="Arial"/>
                <w:i/>
                <w:color w:val="707070"/>
                <w:sz w:val="20"/>
              </w:rPr>
              <w:t>&lt;Contact/unit&gt;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2CD6BF9" w14:textId="77777777" w:rsidR="00282991" w:rsidRDefault="00FE4586">
            <w:pPr>
              <w:spacing w:after="0"/>
            </w:pPr>
            <w:r>
              <w:rPr>
                <w:rFonts w:eastAsia="Arial" w:cs="Arial"/>
                <w:i/>
                <w:color w:val="707070"/>
                <w:sz w:val="20"/>
              </w:rPr>
              <w:t>&lt;Phone&gt;</w:t>
            </w:r>
          </w:p>
        </w:tc>
        <w:tc>
          <w:tcPr>
            <w:tcW w:w="29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DB3F211" w14:textId="77777777" w:rsidR="00282991" w:rsidRDefault="00FE4586">
            <w:pPr>
              <w:spacing w:after="0"/>
            </w:pPr>
            <w:r>
              <w:rPr>
                <w:rFonts w:eastAsia="Arial" w:cs="Arial"/>
                <w:i/>
                <w:color w:val="707070"/>
                <w:sz w:val="20"/>
              </w:rPr>
              <w:t>&lt;Email&gt;</w:t>
            </w:r>
          </w:p>
        </w:tc>
      </w:tr>
      <w:tr w:rsidR="00282991" w14:paraId="035100CA" w14:textId="77777777">
        <w:trPr>
          <w:cantSplit/>
          <w:jc w:val="center"/>
        </w:trPr>
        <w:tc>
          <w:tcPr>
            <w:tcW w:w="30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57CBB71" w14:textId="77777777" w:rsidR="00282991" w:rsidRDefault="00FE4586">
            <w:pPr>
              <w:spacing w:after="0"/>
            </w:pPr>
            <w:r>
              <w:rPr>
                <w:rFonts w:eastAsia="Arial" w:cs="Arial"/>
                <w:sz w:val="17"/>
              </w:rPr>
              <w:t>HCC-ME District Liaison</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D2FAB3A" w14:textId="77777777" w:rsidR="00282991" w:rsidRDefault="00FE4586">
            <w:pPr>
              <w:spacing w:after="0"/>
            </w:pPr>
            <w:r>
              <w:rPr>
                <w:rFonts w:eastAsia="Arial" w:cs="Arial"/>
                <w:i/>
                <w:color w:val="707070"/>
                <w:sz w:val="20"/>
              </w:rPr>
              <w:t>&lt;Contact&gt;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8C8AD5C" w14:textId="77777777" w:rsidR="00282991" w:rsidRDefault="00FE4586">
            <w:pPr>
              <w:spacing w:after="0"/>
            </w:pPr>
            <w:r>
              <w:rPr>
                <w:rFonts w:eastAsia="Arial" w:cs="Arial"/>
                <w:i/>
                <w:color w:val="707070"/>
                <w:sz w:val="20"/>
              </w:rPr>
              <w:t>&lt;Phone&gt;</w:t>
            </w:r>
          </w:p>
        </w:tc>
        <w:tc>
          <w:tcPr>
            <w:tcW w:w="29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5AF5B5F" w14:textId="77777777" w:rsidR="00282991" w:rsidRDefault="00FE4586">
            <w:pPr>
              <w:spacing w:after="0"/>
            </w:pPr>
            <w:r>
              <w:rPr>
                <w:rFonts w:eastAsia="Arial" w:cs="Arial"/>
                <w:i/>
                <w:color w:val="707070"/>
                <w:sz w:val="20"/>
              </w:rPr>
              <w:t>&lt;Email&gt;</w:t>
            </w:r>
          </w:p>
        </w:tc>
      </w:tr>
      <w:tr w:rsidR="00282991" w14:paraId="7F971369" w14:textId="77777777">
        <w:trPr>
          <w:cantSplit/>
          <w:jc w:val="center"/>
        </w:trPr>
        <w:tc>
          <w:tcPr>
            <w:tcW w:w="30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597FE7A" w14:textId="77777777" w:rsidR="00282991" w:rsidRDefault="00FE4586">
            <w:pPr>
              <w:spacing w:after="0"/>
            </w:pPr>
            <w:r>
              <w:rPr>
                <w:rFonts w:eastAsia="Arial" w:cs="Arial"/>
                <w:sz w:val="17"/>
              </w:rPr>
              <w:t>ESRD Network / KCER</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30A77E6" w14:textId="77777777" w:rsidR="00282991" w:rsidRDefault="00FE4586">
            <w:pPr>
              <w:spacing w:after="0"/>
            </w:pPr>
            <w:r>
              <w:rPr>
                <w:rFonts w:eastAsia="Arial" w:cs="Arial"/>
                <w:i/>
                <w:color w:val="707070"/>
                <w:sz w:val="20"/>
              </w:rPr>
              <w:t>&lt;Contact&gt;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3A67A6A" w14:textId="77777777" w:rsidR="00282991" w:rsidRDefault="00FE4586">
            <w:pPr>
              <w:spacing w:after="0"/>
            </w:pPr>
            <w:r>
              <w:rPr>
                <w:rFonts w:eastAsia="Arial" w:cs="Arial"/>
                <w:i/>
                <w:color w:val="707070"/>
                <w:sz w:val="20"/>
              </w:rPr>
              <w:t>&lt;Phone&gt;</w:t>
            </w:r>
          </w:p>
        </w:tc>
        <w:tc>
          <w:tcPr>
            <w:tcW w:w="29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4B2EF67" w14:textId="77777777" w:rsidR="00282991" w:rsidRDefault="00FE4586">
            <w:pPr>
              <w:spacing w:after="0"/>
            </w:pPr>
            <w:r>
              <w:rPr>
                <w:rFonts w:eastAsia="Arial" w:cs="Arial"/>
                <w:i/>
                <w:color w:val="707070"/>
                <w:sz w:val="20"/>
              </w:rPr>
              <w:t>&lt;Method&gt;</w:t>
            </w:r>
          </w:p>
        </w:tc>
      </w:tr>
      <w:tr w:rsidR="00282991" w14:paraId="0CBABF26" w14:textId="77777777">
        <w:trPr>
          <w:cantSplit/>
          <w:jc w:val="center"/>
        </w:trPr>
        <w:tc>
          <w:tcPr>
            <w:tcW w:w="30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1D0B0E8" w14:textId="77777777" w:rsidR="00282991" w:rsidRDefault="00FE4586">
            <w:pPr>
              <w:spacing w:after="0"/>
            </w:pPr>
            <w:r>
              <w:rPr>
                <w:rFonts w:eastAsia="Arial" w:cs="Arial"/>
                <w:sz w:val="17"/>
              </w:rPr>
              <w:t>Primary hospital / ED</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E1FA799" w14:textId="77777777" w:rsidR="00282991" w:rsidRDefault="00FE4586">
            <w:pPr>
              <w:spacing w:after="0"/>
            </w:pPr>
            <w:r>
              <w:rPr>
                <w:rFonts w:eastAsia="Arial" w:cs="Arial"/>
                <w:i/>
                <w:color w:val="707070"/>
                <w:sz w:val="20"/>
              </w:rPr>
              <w:t>&lt;Contact&gt;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F6D60F7" w14:textId="77777777" w:rsidR="00282991" w:rsidRDefault="00FE4586">
            <w:pPr>
              <w:spacing w:after="0"/>
            </w:pPr>
            <w:r>
              <w:rPr>
                <w:rFonts w:eastAsia="Arial" w:cs="Arial"/>
                <w:i/>
                <w:color w:val="707070"/>
                <w:sz w:val="20"/>
              </w:rPr>
              <w:t>&lt;Phone&gt;</w:t>
            </w:r>
          </w:p>
        </w:tc>
        <w:tc>
          <w:tcPr>
            <w:tcW w:w="29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22DA90A" w14:textId="77777777" w:rsidR="00282991" w:rsidRDefault="00FE4586">
            <w:pPr>
              <w:spacing w:after="0"/>
            </w:pPr>
            <w:r>
              <w:rPr>
                <w:rFonts w:eastAsia="Arial" w:cs="Arial"/>
                <w:i/>
                <w:color w:val="707070"/>
                <w:sz w:val="20"/>
              </w:rPr>
              <w:t>&lt;Email&gt;</w:t>
            </w:r>
          </w:p>
        </w:tc>
      </w:tr>
      <w:tr w:rsidR="00282991" w14:paraId="618254F6" w14:textId="77777777">
        <w:trPr>
          <w:cantSplit/>
          <w:jc w:val="center"/>
        </w:trPr>
        <w:tc>
          <w:tcPr>
            <w:tcW w:w="30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343D876" w14:textId="77777777" w:rsidR="00282991" w:rsidRDefault="00FE4586">
            <w:pPr>
              <w:spacing w:after="0"/>
            </w:pPr>
            <w:r>
              <w:rPr>
                <w:rFonts w:eastAsia="Arial" w:cs="Arial"/>
                <w:sz w:val="17"/>
              </w:rPr>
              <w:t>Alternate dialysis facility #1</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CD427E6" w14:textId="77777777" w:rsidR="00282991" w:rsidRDefault="00FE4586">
            <w:pPr>
              <w:spacing w:after="0"/>
            </w:pPr>
            <w:r>
              <w:rPr>
                <w:rFonts w:eastAsia="Arial" w:cs="Arial"/>
                <w:i/>
                <w:color w:val="707070"/>
                <w:sz w:val="20"/>
              </w:rPr>
              <w:t>&lt;Contact&gt;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20B4DF0" w14:textId="77777777" w:rsidR="00282991" w:rsidRDefault="00FE4586">
            <w:pPr>
              <w:spacing w:after="0"/>
            </w:pPr>
            <w:r>
              <w:rPr>
                <w:rFonts w:eastAsia="Arial" w:cs="Arial"/>
                <w:i/>
                <w:color w:val="707070"/>
                <w:sz w:val="20"/>
              </w:rPr>
              <w:t>&lt;Phone&gt;</w:t>
            </w:r>
          </w:p>
        </w:tc>
        <w:tc>
          <w:tcPr>
            <w:tcW w:w="29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6B9D08C" w14:textId="77777777" w:rsidR="00282991" w:rsidRDefault="00FE4586">
            <w:pPr>
              <w:spacing w:after="0"/>
            </w:pPr>
            <w:r>
              <w:rPr>
                <w:rFonts w:eastAsia="Arial" w:cs="Arial"/>
                <w:i/>
                <w:color w:val="707070"/>
                <w:sz w:val="20"/>
              </w:rPr>
              <w:t>&lt;Email&gt;</w:t>
            </w:r>
          </w:p>
        </w:tc>
      </w:tr>
      <w:tr w:rsidR="00282991" w14:paraId="65CDC05D" w14:textId="77777777">
        <w:trPr>
          <w:cantSplit/>
          <w:jc w:val="center"/>
        </w:trPr>
        <w:tc>
          <w:tcPr>
            <w:tcW w:w="30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00253DB" w14:textId="77777777" w:rsidR="00282991" w:rsidRDefault="00FE4586">
            <w:pPr>
              <w:spacing w:after="0"/>
            </w:pPr>
            <w:r>
              <w:rPr>
                <w:rFonts w:eastAsia="Arial" w:cs="Arial"/>
                <w:sz w:val="17"/>
              </w:rPr>
              <w:t>Alternate dialysis facility #2</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457E760" w14:textId="77777777" w:rsidR="00282991" w:rsidRDefault="00FE4586">
            <w:pPr>
              <w:spacing w:after="0"/>
            </w:pPr>
            <w:r>
              <w:rPr>
                <w:rFonts w:eastAsia="Arial" w:cs="Arial"/>
                <w:i/>
                <w:color w:val="707070"/>
                <w:sz w:val="20"/>
              </w:rPr>
              <w:t>&lt;Contact&gt;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B544084" w14:textId="77777777" w:rsidR="00282991" w:rsidRDefault="00FE4586">
            <w:pPr>
              <w:spacing w:after="0"/>
            </w:pPr>
            <w:r>
              <w:rPr>
                <w:rFonts w:eastAsia="Arial" w:cs="Arial"/>
                <w:i/>
                <w:color w:val="707070"/>
                <w:sz w:val="20"/>
              </w:rPr>
              <w:t>&lt;Phone&gt;</w:t>
            </w:r>
          </w:p>
        </w:tc>
        <w:tc>
          <w:tcPr>
            <w:tcW w:w="29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A3BDE58" w14:textId="77777777" w:rsidR="00282991" w:rsidRDefault="00FE4586">
            <w:pPr>
              <w:spacing w:after="0"/>
            </w:pPr>
            <w:r>
              <w:rPr>
                <w:rFonts w:eastAsia="Arial" w:cs="Arial"/>
                <w:i/>
                <w:color w:val="707070"/>
                <w:sz w:val="20"/>
              </w:rPr>
              <w:t>&lt;Email&gt;</w:t>
            </w:r>
          </w:p>
        </w:tc>
      </w:tr>
      <w:tr w:rsidR="00282991" w14:paraId="37DD7DF7" w14:textId="77777777">
        <w:trPr>
          <w:cantSplit/>
          <w:jc w:val="center"/>
        </w:trPr>
        <w:tc>
          <w:tcPr>
            <w:tcW w:w="30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159AD4B" w14:textId="77777777" w:rsidR="00282991" w:rsidRDefault="00FE4586">
            <w:pPr>
              <w:spacing w:after="0"/>
            </w:pPr>
            <w:r>
              <w:rPr>
                <w:rFonts w:eastAsia="Arial" w:cs="Arial"/>
                <w:sz w:val="17"/>
              </w:rPr>
              <w:t>Transportation partner</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859D33E" w14:textId="77777777" w:rsidR="00282991" w:rsidRDefault="00FE4586">
            <w:pPr>
              <w:spacing w:after="0"/>
            </w:pPr>
            <w:r>
              <w:rPr>
                <w:rFonts w:eastAsia="Arial" w:cs="Arial"/>
                <w:i/>
                <w:color w:val="707070"/>
                <w:sz w:val="20"/>
              </w:rPr>
              <w:t>&lt;Contact&gt;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9099F74" w14:textId="77777777" w:rsidR="00282991" w:rsidRDefault="00FE4586">
            <w:pPr>
              <w:spacing w:after="0"/>
            </w:pPr>
            <w:r>
              <w:rPr>
                <w:rFonts w:eastAsia="Arial" w:cs="Arial"/>
                <w:i/>
                <w:color w:val="707070"/>
                <w:sz w:val="20"/>
              </w:rPr>
              <w:t>&lt;Phone&gt;</w:t>
            </w:r>
          </w:p>
        </w:tc>
        <w:tc>
          <w:tcPr>
            <w:tcW w:w="29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1370C3F" w14:textId="77777777" w:rsidR="00282991" w:rsidRDefault="00FE4586">
            <w:pPr>
              <w:spacing w:after="0"/>
            </w:pPr>
            <w:r>
              <w:rPr>
                <w:rFonts w:eastAsia="Arial" w:cs="Arial"/>
                <w:i/>
                <w:color w:val="707070"/>
                <w:sz w:val="20"/>
              </w:rPr>
              <w:t>&lt;Email&gt;</w:t>
            </w:r>
          </w:p>
        </w:tc>
      </w:tr>
      <w:tr w:rsidR="00282991" w14:paraId="07B9A920" w14:textId="77777777">
        <w:trPr>
          <w:cantSplit/>
          <w:jc w:val="center"/>
        </w:trPr>
        <w:tc>
          <w:tcPr>
            <w:tcW w:w="30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7364599" w14:textId="77777777" w:rsidR="00282991" w:rsidRDefault="00FE4586">
            <w:pPr>
              <w:spacing w:after="0"/>
            </w:pPr>
            <w:r>
              <w:rPr>
                <w:rFonts w:eastAsia="Arial" w:cs="Arial"/>
                <w:sz w:val="17"/>
              </w:rPr>
              <w:t>Electric utility</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818CDDC" w14:textId="77777777" w:rsidR="00282991" w:rsidRDefault="00FE4586">
            <w:pPr>
              <w:spacing w:after="0"/>
            </w:pPr>
            <w:r>
              <w:rPr>
                <w:rFonts w:eastAsia="Arial" w:cs="Arial"/>
                <w:i/>
                <w:color w:val="707070"/>
                <w:sz w:val="20"/>
              </w:rPr>
              <w:t>&lt;Contact&gt;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A9E2B24" w14:textId="77777777" w:rsidR="00282991" w:rsidRDefault="00FE4586">
            <w:pPr>
              <w:spacing w:after="0"/>
            </w:pPr>
            <w:r>
              <w:rPr>
                <w:rFonts w:eastAsia="Arial" w:cs="Arial"/>
                <w:i/>
                <w:color w:val="707070"/>
                <w:sz w:val="20"/>
              </w:rPr>
              <w:t>&lt;Phone&gt;</w:t>
            </w:r>
          </w:p>
        </w:tc>
        <w:tc>
          <w:tcPr>
            <w:tcW w:w="29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0E9E316" w14:textId="77777777" w:rsidR="00282991" w:rsidRDefault="00FE4586">
            <w:pPr>
              <w:spacing w:after="0"/>
            </w:pPr>
            <w:r>
              <w:rPr>
                <w:rFonts w:eastAsia="Arial" w:cs="Arial"/>
                <w:i/>
                <w:color w:val="707070"/>
                <w:sz w:val="20"/>
              </w:rPr>
              <w:t>&lt;Email&gt;</w:t>
            </w:r>
          </w:p>
        </w:tc>
      </w:tr>
      <w:tr w:rsidR="00282991" w14:paraId="50EDD8BE" w14:textId="77777777">
        <w:trPr>
          <w:cantSplit/>
          <w:jc w:val="center"/>
        </w:trPr>
        <w:tc>
          <w:tcPr>
            <w:tcW w:w="30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899D3D7" w14:textId="77777777" w:rsidR="00282991" w:rsidRDefault="00FE4586">
            <w:pPr>
              <w:spacing w:after="0"/>
            </w:pPr>
            <w:r>
              <w:rPr>
                <w:rFonts w:eastAsia="Arial" w:cs="Arial"/>
                <w:sz w:val="17"/>
              </w:rPr>
              <w:t>Water utility / supplier</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060C72E" w14:textId="77777777" w:rsidR="00282991" w:rsidRDefault="00FE4586">
            <w:pPr>
              <w:spacing w:after="0"/>
            </w:pPr>
            <w:r>
              <w:rPr>
                <w:rFonts w:eastAsia="Arial" w:cs="Arial"/>
                <w:i/>
                <w:color w:val="707070"/>
                <w:sz w:val="20"/>
              </w:rPr>
              <w:t>&lt;Contact&gt;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BC61516" w14:textId="77777777" w:rsidR="00282991" w:rsidRDefault="00FE4586">
            <w:pPr>
              <w:spacing w:after="0"/>
            </w:pPr>
            <w:r>
              <w:rPr>
                <w:rFonts w:eastAsia="Arial" w:cs="Arial"/>
                <w:i/>
                <w:color w:val="707070"/>
                <w:sz w:val="20"/>
              </w:rPr>
              <w:t>&lt;Phone&gt;</w:t>
            </w:r>
          </w:p>
        </w:tc>
        <w:tc>
          <w:tcPr>
            <w:tcW w:w="29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923E3FA" w14:textId="77777777" w:rsidR="00282991" w:rsidRDefault="00FE4586">
            <w:pPr>
              <w:spacing w:after="0"/>
            </w:pPr>
            <w:r>
              <w:rPr>
                <w:rFonts w:eastAsia="Arial" w:cs="Arial"/>
                <w:i/>
                <w:color w:val="707070"/>
                <w:sz w:val="20"/>
              </w:rPr>
              <w:t>&lt;Email&gt;</w:t>
            </w:r>
          </w:p>
        </w:tc>
      </w:tr>
      <w:tr w:rsidR="00282991" w14:paraId="010F7F22" w14:textId="77777777">
        <w:trPr>
          <w:cantSplit/>
          <w:jc w:val="center"/>
        </w:trPr>
        <w:tc>
          <w:tcPr>
            <w:tcW w:w="30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FA0D294" w14:textId="77777777" w:rsidR="00282991" w:rsidRDefault="00FE4586">
            <w:pPr>
              <w:spacing w:after="0"/>
            </w:pPr>
            <w:r>
              <w:rPr>
                <w:rFonts w:eastAsia="Arial" w:cs="Arial"/>
                <w:sz w:val="17"/>
              </w:rPr>
              <w:t>Water-treatment vendor</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7BB64A2" w14:textId="77777777" w:rsidR="00282991" w:rsidRDefault="00FE4586">
            <w:pPr>
              <w:spacing w:after="0"/>
            </w:pPr>
            <w:r>
              <w:rPr>
                <w:rFonts w:eastAsia="Arial" w:cs="Arial"/>
                <w:i/>
                <w:color w:val="707070"/>
                <w:sz w:val="20"/>
              </w:rPr>
              <w:t>&lt;Contact&gt;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B109822" w14:textId="77777777" w:rsidR="00282991" w:rsidRDefault="00FE4586">
            <w:pPr>
              <w:spacing w:after="0"/>
            </w:pPr>
            <w:r>
              <w:rPr>
                <w:rFonts w:eastAsia="Arial" w:cs="Arial"/>
                <w:i/>
                <w:color w:val="707070"/>
                <w:sz w:val="20"/>
              </w:rPr>
              <w:t>&lt;Phone&gt;</w:t>
            </w:r>
          </w:p>
        </w:tc>
        <w:tc>
          <w:tcPr>
            <w:tcW w:w="29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6A91ECD" w14:textId="77777777" w:rsidR="00282991" w:rsidRDefault="00FE4586">
            <w:pPr>
              <w:spacing w:after="0"/>
            </w:pPr>
            <w:r>
              <w:rPr>
                <w:rFonts w:eastAsia="Arial" w:cs="Arial"/>
                <w:i/>
                <w:color w:val="707070"/>
                <w:sz w:val="20"/>
              </w:rPr>
              <w:t>&lt;Email&gt;</w:t>
            </w:r>
          </w:p>
        </w:tc>
      </w:tr>
      <w:tr w:rsidR="00282991" w14:paraId="6FD828D2" w14:textId="77777777">
        <w:trPr>
          <w:cantSplit/>
          <w:jc w:val="center"/>
        </w:trPr>
        <w:tc>
          <w:tcPr>
            <w:tcW w:w="30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A8CFAF7" w14:textId="77777777" w:rsidR="00282991" w:rsidRDefault="00FE4586">
            <w:pPr>
              <w:spacing w:after="0"/>
            </w:pPr>
            <w:r>
              <w:rPr>
                <w:rFonts w:eastAsia="Arial" w:cs="Arial"/>
                <w:sz w:val="17"/>
              </w:rPr>
              <w:t>Dialysis equipment vendor</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D84B7BE" w14:textId="77777777" w:rsidR="00282991" w:rsidRDefault="00FE4586">
            <w:pPr>
              <w:spacing w:after="0"/>
            </w:pPr>
            <w:r>
              <w:rPr>
                <w:rFonts w:eastAsia="Arial" w:cs="Arial"/>
                <w:i/>
                <w:color w:val="707070"/>
                <w:sz w:val="20"/>
              </w:rPr>
              <w:t>&lt;Contact&gt;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789A315" w14:textId="77777777" w:rsidR="00282991" w:rsidRDefault="00FE4586">
            <w:pPr>
              <w:spacing w:after="0"/>
            </w:pPr>
            <w:r>
              <w:rPr>
                <w:rFonts w:eastAsia="Arial" w:cs="Arial"/>
                <w:i/>
                <w:color w:val="707070"/>
                <w:sz w:val="20"/>
              </w:rPr>
              <w:t>&lt;Phone&gt;</w:t>
            </w:r>
          </w:p>
        </w:tc>
        <w:tc>
          <w:tcPr>
            <w:tcW w:w="29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64212CD" w14:textId="77777777" w:rsidR="00282991" w:rsidRDefault="00FE4586">
            <w:pPr>
              <w:spacing w:after="0"/>
            </w:pPr>
            <w:r>
              <w:rPr>
                <w:rFonts w:eastAsia="Arial" w:cs="Arial"/>
                <w:i/>
                <w:color w:val="707070"/>
                <w:sz w:val="20"/>
              </w:rPr>
              <w:t>&lt;Email&gt;</w:t>
            </w:r>
          </w:p>
        </w:tc>
      </w:tr>
      <w:tr w:rsidR="00282991" w14:paraId="699AE0A5" w14:textId="77777777">
        <w:trPr>
          <w:cantSplit/>
          <w:jc w:val="center"/>
        </w:trPr>
        <w:tc>
          <w:tcPr>
            <w:tcW w:w="30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2A30523" w14:textId="77777777" w:rsidR="00282991" w:rsidRDefault="00FE4586">
            <w:pPr>
              <w:spacing w:after="0"/>
            </w:pPr>
            <w:r>
              <w:rPr>
                <w:rFonts w:eastAsia="Arial" w:cs="Arial"/>
                <w:sz w:val="17"/>
              </w:rPr>
              <w:t>IT / EHR vendor</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308EB80" w14:textId="77777777" w:rsidR="00282991" w:rsidRDefault="00FE4586">
            <w:pPr>
              <w:spacing w:after="0"/>
            </w:pPr>
            <w:r>
              <w:rPr>
                <w:rFonts w:eastAsia="Arial" w:cs="Arial"/>
                <w:i/>
                <w:color w:val="707070"/>
                <w:sz w:val="20"/>
              </w:rPr>
              <w:t>&lt;Contact&gt;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83F7AE6" w14:textId="77777777" w:rsidR="00282991" w:rsidRDefault="00FE4586">
            <w:pPr>
              <w:spacing w:after="0"/>
            </w:pPr>
            <w:r>
              <w:rPr>
                <w:rFonts w:eastAsia="Arial" w:cs="Arial"/>
                <w:i/>
                <w:color w:val="707070"/>
                <w:sz w:val="20"/>
              </w:rPr>
              <w:t>&lt;Phone&gt;</w:t>
            </w:r>
          </w:p>
        </w:tc>
        <w:tc>
          <w:tcPr>
            <w:tcW w:w="29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65A8486" w14:textId="77777777" w:rsidR="00282991" w:rsidRDefault="00FE4586">
            <w:pPr>
              <w:spacing w:after="0"/>
            </w:pPr>
            <w:r>
              <w:rPr>
                <w:rFonts w:eastAsia="Arial" w:cs="Arial"/>
                <w:i/>
                <w:color w:val="707070"/>
                <w:sz w:val="20"/>
              </w:rPr>
              <w:t>&lt;Email&gt;</w:t>
            </w:r>
          </w:p>
        </w:tc>
      </w:tr>
      <w:tr w:rsidR="00282991" w14:paraId="0985AD59" w14:textId="77777777">
        <w:trPr>
          <w:cantSplit/>
          <w:jc w:val="center"/>
        </w:trPr>
        <w:tc>
          <w:tcPr>
            <w:tcW w:w="30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5A8FD38" w14:textId="77777777" w:rsidR="00282991" w:rsidRDefault="00FE4586">
            <w:pPr>
              <w:spacing w:after="0"/>
            </w:pPr>
            <w:r>
              <w:rPr>
                <w:rFonts w:eastAsia="Arial" w:cs="Arial"/>
                <w:sz w:val="17"/>
              </w:rPr>
              <w:t>Generator / fuel vendor</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F074108" w14:textId="77777777" w:rsidR="00282991" w:rsidRDefault="00FE4586">
            <w:pPr>
              <w:spacing w:after="0"/>
            </w:pPr>
            <w:r>
              <w:rPr>
                <w:rFonts w:eastAsia="Arial" w:cs="Arial"/>
                <w:i/>
                <w:color w:val="707070"/>
                <w:sz w:val="20"/>
              </w:rPr>
              <w:t>&lt;Contact&gt;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456BB22" w14:textId="77777777" w:rsidR="00282991" w:rsidRDefault="00FE4586">
            <w:pPr>
              <w:spacing w:after="0"/>
            </w:pPr>
            <w:r>
              <w:rPr>
                <w:rFonts w:eastAsia="Arial" w:cs="Arial"/>
                <w:i/>
                <w:color w:val="707070"/>
                <w:sz w:val="20"/>
              </w:rPr>
              <w:t>&lt;Phone&gt;</w:t>
            </w:r>
          </w:p>
        </w:tc>
        <w:tc>
          <w:tcPr>
            <w:tcW w:w="29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E55B822" w14:textId="77777777" w:rsidR="00282991" w:rsidRDefault="00FE4586">
            <w:pPr>
              <w:spacing w:after="0"/>
            </w:pPr>
            <w:r>
              <w:rPr>
                <w:rFonts w:eastAsia="Arial" w:cs="Arial"/>
                <w:i/>
                <w:color w:val="707070"/>
                <w:sz w:val="20"/>
              </w:rPr>
              <w:t>&lt;Email&gt;</w:t>
            </w:r>
          </w:p>
        </w:tc>
      </w:tr>
      <w:tr w:rsidR="00282991" w14:paraId="6B378163" w14:textId="77777777">
        <w:trPr>
          <w:cantSplit/>
          <w:jc w:val="center"/>
        </w:trPr>
        <w:tc>
          <w:tcPr>
            <w:tcW w:w="30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857DD43" w14:textId="77777777" w:rsidR="00282991" w:rsidRDefault="00FE4586">
            <w:pPr>
              <w:spacing w:after="0"/>
            </w:pPr>
            <w:r>
              <w:rPr>
                <w:rFonts w:eastAsia="Arial" w:cs="Arial"/>
                <w:sz w:val="17"/>
              </w:rPr>
              <w:t>Other critical vendor</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DD03A72" w14:textId="77777777" w:rsidR="00282991" w:rsidRDefault="00FE4586">
            <w:pPr>
              <w:spacing w:after="0"/>
            </w:pPr>
            <w:r>
              <w:rPr>
                <w:rFonts w:eastAsia="Arial" w:cs="Arial"/>
                <w:i/>
                <w:color w:val="707070"/>
                <w:sz w:val="20"/>
              </w:rPr>
              <w:t>&lt;Contact&gt;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85ED87F" w14:textId="77777777" w:rsidR="00282991" w:rsidRDefault="00FE4586">
            <w:pPr>
              <w:spacing w:after="0"/>
            </w:pPr>
            <w:r>
              <w:rPr>
                <w:rFonts w:eastAsia="Arial" w:cs="Arial"/>
                <w:i/>
                <w:color w:val="707070"/>
                <w:sz w:val="20"/>
              </w:rPr>
              <w:t>&lt;Phone&gt;</w:t>
            </w:r>
          </w:p>
        </w:tc>
        <w:tc>
          <w:tcPr>
            <w:tcW w:w="29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9A432A4" w14:textId="77777777" w:rsidR="00282991" w:rsidRDefault="00FE4586">
            <w:pPr>
              <w:spacing w:after="0"/>
            </w:pPr>
            <w:r>
              <w:rPr>
                <w:rFonts w:eastAsia="Arial" w:cs="Arial"/>
                <w:i/>
                <w:color w:val="707070"/>
                <w:sz w:val="20"/>
              </w:rPr>
              <w:t>&lt;Email&gt;</w:t>
            </w:r>
          </w:p>
        </w:tc>
      </w:tr>
    </w:tbl>
    <w:p w14:paraId="4B6B9B90" w14:textId="77777777" w:rsidR="00282991" w:rsidRDefault="00282991">
      <w:pPr>
        <w:spacing w:after="20"/>
      </w:pPr>
    </w:p>
    <w:tbl>
      <w:tblPr>
        <w:tblW w:w="0" w:type="auto"/>
        <w:jc w:val="center"/>
        <w:tblLook w:val="04A0" w:firstRow="1" w:lastRow="0" w:firstColumn="1" w:lastColumn="0" w:noHBand="0" w:noVBand="1"/>
      </w:tblPr>
      <w:tblGrid>
        <w:gridCol w:w="10800"/>
      </w:tblGrid>
      <w:tr w:rsidR="00282991" w14:paraId="641BAD13" w14:textId="77777777">
        <w:trPr>
          <w:jc w:val="center"/>
        </w:trPr>
        <w:tc>
          <w:tcPr>
            <w:tcW w:w="10800" w:type="dxa"/>
            <w:shd w:val="clear" w:color="auto" w:fill="E8F2EF"/>
            <w:tcMar>
              <w:top w:w="90" w:type="dxa"/>
              <w:left w:w="100" w:type="dxa"/>
              <w:bottom w:w="90" w:type="dxa"/>
              <w:right w:w="100" w:type="dxa"/>
            </w:tcMar>
          </w:tcPr>
          <w:p w14:paraId="7A3BD307" w14:textId="77777777" w:rsidR="00282991" w:rsidRDefault="00FE4586">
            <w:pPr>
              <w:spacing w:after="0"/>
            </w:pPr>
            <w:r>
              <w:rPr>
                <w:rFonts w:eastAsia="Arial" w:cs="Arial"/>
                <w:b/>
                <w:color w:val="015A41"/>
                <w:sz w:val="19"/>
              </w:rPr>
              <w:t xml:space="preserve">CMS COMMUNICATION PLAN </w:t>
            </w:r>
            <w:r>
              <w:rPr>
                <w:rFonts w:eastAsia="Arial" w:cs="Arial"/>
                <w:sz w:val="18"/>
              </w:rPr>
              <w:t>Maintain required contacts and primary/alternate methods in accordance with 42 CFR §494.62(c). Personal staff phone numbers and patient-identifiable information should be kept in secured systems and referenced by controlled location.</w:t>
            </w:r>
          </w:p>
        </w:tc>
      </w:tr>
    </w:tbl>
    <w:p w14:paraId="14CBA3B9" w14:textId="77777777" w:rsidR="00282991" w:rsidRDefault="00282991">
      <w:pPr>
        <w:spacing w:after="20"/>
      </w:pPr>
    </w:p>
    <w:p w14:paraId="6354A04F" w14:textId="77777777" w:rsidR="00282991" w:rsidRDefault="00FE4586">
      <w:r>
        <w:br w:type="page"/>
      </w:r>
    </w:p>
    <w:p w14:paraId="4096E811" w14:textId="77777777" w:rsidR="00282991" w:rsidRDefault="00FE4586">
      <w:pPr>
        <w:pStyle w:val="Heading1"/>
        <w:pBdr>
          <w:bottom w:val="single" w:sz="10" w:space="2" w:color="E63B07"/>
        </w:pBdr>
      </w:pPr>
      <w:r>
        <w:rPr>
          <w:rFonts w:ascii="Arial" w:eastAsia="Arial" w:hAnsi="Arial" w:cs="Arial"/>
        </w:rPr>
        <w:lastRenderedPageBreak/>
        <w:t>PLAN APPROVAL &amp; BIENNIAL CMS REVIEW</w:t>
      </w:r>
    </w:p>
    <w:tbl>
      <w:tblPr>
        <w:tblW w:w="0" w:type="auto"/>
        <w:jc w:val="center"/>
        <w:tblLayout w:type="fixed"/>
        <w:tblLook w:val="04A0" w:firstRow="1" w:lastRow="0" w:firstColumn="1" w:lastColumn="0" w:noHBand="0" w:noVBand="1"/>
      </w:tblPr>
      <w:tblGrid>
        <w:gridCol w:w="2880"/>
        <w:gridCol w:w="3168"/>
        <w:gridCol w:w="3168"/>
        <w:gridCol w:w="1584"/>
      </w:tblGrid>
      <w:tr w:rsidR="00282991" w14:paraId="6DA3B725" w14:textId="77777777">
        <w:trPr>
          <w:cantSplit/>
          <w:tblHeader/>
          <w:jc w:val="center"/>
        </w:trPr>
        <w:tc>
          <w:tcPr>
            <w:tcW w:w="288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851A731" w14:textId="77777777" w:rsidR="00282991" w:rsidRDefault="00FE4586">
            <w:pPr>
              <w:spacing w:after="0"/>
            </w:pPr>
            <w:r>
              <w:rPr>
                <w:rFonts w:eastAsia="Arial" w:cs="Arial"/>
                <w:b/>
                <w:color w:val="FFFFFF"/>
                <w:sz w:val="17"/>
              </w:rPr>
              <w:t>Approver Role</w:t>
            </w:r>
          </w:p>
        </w:tc>
        <w:tc>
          <w:tcPr>
            <w:tcW w:w="316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F880CE4" w14:textId="77777777" w:rsidR="00282991" w:rsidRDefault="00FE4586">
            <w:pPr>
              <w:spacing w:after="0"/>
            </w:pPr>
            <w:r>
              <w:rPr>
                <w:rFonts w:eastAsia="Arial" w:cs="Arial"/>
                <w:b/>
                <w:color w:val="FFFFFF"/>
                <w:sz w:val="17"/>
              </w:rPr>
              <w:t>Name / Title</w:t>
            </w:r>
          </w:p>
        </w:tc>
        <w:tc>
          <w:tcPr>
            <w:tcW w:w="316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1637E0A" w14:textId="77777777" w:rsidR="00282991" w:rsidRDefault="00FE4586">
            <w:pPr>
              <w:spacing w:after="0"/>
            </w:pPr>
            <w:r>
              <w:rPr>
                <w:rFonts w:eastAsia="Arial" w:cs="Arial"/>
                <w:b/>
                <w:color w:val="FFFFFF"/>
                <w:sz w:val="17"/>
              </w:rPr>
              <w:t>Approval</w:t>
            </w:r>
          </w:p>
        </w:tc>
        <w:tc>
          <w:tcPr>
            <w:tcW w:w="158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0E71F2B" w14:textId="77777777" w:rsidR="00282991" w:rsidRDefault="00FE4586">
            <w:pPr>
              <w:spacing w:after="0"/>
            </w:pPr>
            <w:r>
              <w:rPr>
                <w:rFonts w:eastAsia="Arial" w:cs="Arial"/>
                <w:b/>
                <w:color w:val="FFFFFF"/>
                <w:sz w:val="17"/>
              </w:rPr>
              <w:t>Date</w:t>
            </w:r>
          </w:p>
        </w:tc>
      </w:tr>
      <w:tr w:rsidR="00282991" w14:paraId="660F6962"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CB5F077" w14:textId="77777777" w:rsidR="00282991" w:rsidRDefault="00FE4586">
            <w:pPr>
              <w:spacing w:after="0"/>
            </w:pPr>
            <w:r>
              <w:rPr>
                <w:rFonts w:eastAsia="Arial" w:cs="Arial"/>
                <w:sz w:val="17"/>
              </w:rPr>
              <w:t>Administrator / CEO</w:t>
            </w:r>
          </w:p>
        </w:tc>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AD6DFF8" w14:textId="77777777" w:rsidR="00282991" w:rsidRDefault="00FE4586">
            <w:pPr>
              <w:spacing w:after="0"/>
            </w:pPr>
            <w:r>
              <w:rPr>
                <w:rFonts w:eastAsia="Arial" w:cs="Arial"/>
                <w:i/>
                <w:color w:val="707070"/>
                <w:sz w:val="20"/>
              </w:rPr>
              <w:t>&lt;Insert&gt;</w:t>
            </w:r>
          </w:p>
        </w:tc>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05B05AA" w14:textId="77777777" w:rsidR="00282991" w:rsidRDefault="00FE4586">
            <w:pPr>
              <w:spacing w:after="0"/>
            </w:pPr>
            <w:r>
              <w:rPr>
                <w:rFonts w:eastAsia="Arial" w:cs="Arial"/>
                <w:i/>
                <w:color w:val="707070"/>
                <w:sz w:val="20"/>
              </w:rPr>
              <w:t>&lt;Signature / electronic approval&gt;</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EF4F2B3" w14:textId="77777777" w:rsidR="00282991" w:rsidRDefault="00FE4586">
            <w:pPr>
              <w:spacing w:after="0"/>
            </w:pPr>
            <w:r>
              <w:rPr>
                <w:rFonts w:eastAsia="Arial" w:cs="Arial"/>
                <w:i/>
                <w:color w:val="707070"/>
                <w:sz w:val="20"/>
              </w:rPr>
              <w:t>&lt;Date&gt;</w:t>
            </w:r>
          </w:p>
        </w:tc>
      </w:tr>
      <w:tr w:rsidR="00282991" w14:paraId="678DD83F"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84AC2D1" w14:textId="77777777" w:rsidR="00282991" w:rsidRDefault="00FE4586">
            <w:pPr>
              <w:spacing w:after="0"/>
            </w:pPr>
            <w:r>
              <w:rPr>
                <w:rFonts w:eastAsia="Arial" w:cs="Arial"/>
                <w:sz w:val="17"/>
              </w:rPr>
              <w:t>Medical Director</w:t>
            </w:r>
          </w:p>
        </w:tc>
        <w:tc>
          <w:tcPr>
            <w:tcW w:w="31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720D38B" w14:textId="77777777" w:rsidR="00282991" w:rsidRDefault="00FE4586">
            <w:pPr>
              <w:spacing w:after="0"/>
            </w:pPr>
            <w:r>
              <w:rPr>
                <w:rFonts w:eastAsia="Arial" w:cs="Arial"/>
                <w:i/>
                <w:color w:val="707070"/>
                <w:sz w:val="20"/>
              </w:rPr>
              <w:t>&lt;Insert&gt;</w:t>
            </w:r>
          </w:p>
        </w:tc>
        <w:tc>
          <w:tcPr>
            <w:tcW w:w="31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1607301" w14:textId="77777777" w:rsidR="00282991" w:rsidRDefault="00FE4586">
            <w:pPr>
              <w:spacing w:after="0"/>
            </w:pPr>
            <w:r>
              <w:rPr>
                <w:rFonts w:eastAsia="Arial" w:cs="Arial"/>
                <w:i/>
                <w:color w:val="707070"/>
                <w:sz w:val="20"/>
              </w:rPr>
              <w:t>&lt;Signature / electronic approval&gt;</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C28E2B4" w14:textId="77777777" w:rsidR="00282991" w:rsidRDefault="00FE4586">
            <w:pPr>
              <w:spacing w:after="0"/>
            </w:pPr>
            <w:r>
              <w:rPr>
                <w:rFonts w:eastAsia="Arial" w:cs="Arial"/>
                <w:i/>
                <w:color w:val="707070"/>
                <w:sz w:val="20"/>
              </w:rPr>
              <w:t>&lt;Date&gt;</w:t>
            </w:r>
          </w:p>
        </w:tc>
      </w:tr>
      <w:tr w:rsidR="00282991" w14:paraId="7F38BAE5"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7ADE651" w14:textId="77777777" w:rsidR="00282991" w:rsidRDefault="00FE4586">
            <w:pPr>
              <w:spacing w:after="0"/>
            </w:pPr>
            <w:r>
              <w:rPr>
                <w:rFonts w:eastAsia="Arial" w:cs="Arial"/>
                <w:sz w:val="17"/>
              </w:rPr>
              <w:t>Nurse Manager / Clinical Lead</w:t>
            </w:r>
          </w:p>
        </w:tc>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5698DCF" w14:textId="77777777" w:rsidR="00282991" w:rsidRDefault="00FE4586">
            <w:pPr>
              <w:spacing w:after="0"/>
            </w:pPr>
            <w:r>
              <w:rPr>
                <w:rFonts w:eastAsia="Arial" w:cs="Arial"/>
                <w:i/>
                <w:color w:val="707070"/>
                <w:sz w:val="20"/>
              </w:rPr>
              <w:t>&lt;Insert&gt;</w:t>
            </w:r>
          </w:p>
        </w:tc>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D723CFA" w14:textId="77777777" w:rsidR="00282991" w:rsidRDefault="00FE4586">
            <w:pPr>
              <w:spacing w:after="0"/>
            </w:pPr>
            <w:r>
              <w:rPr>
                <w:rFonts w:eastAsia="Arial" w:cs="Arial"/>
                <w:i/>
                <w:color w:val="707070"/>
                <w:sz w:val="20"/>
              </w:rPr>
              <w:t>&lt;Signature / electronic approval&gt;</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29A298C" w14:textId="77777777" w:rsidR="00282991" w:rsidRDefault="00FE4586">
            <w:pPr>
              <w:spacing w:after="0"/>
            </w:pPr>
            <w:r>
              <w:rPr>
                <w:rFonts w:eastAsia="Arial" w:cs="Arial"/>
                <w:i/>
                <w:color w:val="707070"/>
                <w:sz w:val="20"/>
              </w:rPr>
              <w:t>&lt;Date&gt;</w:t>
            </w:r>
          </w:p>
        </w:tc>
      </w:tr>
      <w:tr w:rsidR="00282991" w14:paraId="04E622A2"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E66D7A1" w14:textId="77777777" w:rsidR="00282991" w:rsidRDefault="00FE4586">
            <w:pPr>
              <w:spacing w:after="0"/>
            </w:pPr>
            <w:r>
              <w:rPr>
                <w:rFonts w:eastAsia="Arial" w:cs="Arial"/>
                <w:sz w:val="17"/>
              </w:rPr>
              <w:t>Emergency Preparedness Lead</w:t>
            </w:r>
          </w:p>
        </w:tc>
        <w:tc>
          <w:tcPr>
            <w:tcW w:w="31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A6B1FD2" w14:textId="77777777" w:rsidR="00282991" w:rsidRDefault="00FE4586">
            <w:pPr>
              <w:spacing w:after="0"/>
            </w:pPr>
            <w:r>
              <w:rPr>
                <w:rFonts w:eastAsia="Arial" w:cs="Arial"/>
                <w:i/>
                <w:color w:val="707070"/>
                <w:sz w:val="20"/>
              </w:rPr>
              <w:t>&lt;Insert&gt;</w:t>
            </w:r>
          </w:p>
        </w:tc>
        <w:tc>
          <w:tcPr>
            <w:tcW w:w="31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AB07715" w14:textId="77777777" w:rsidR="00282991" w:rsidRDefault="00FE4586">
            <w:pPr>
              <w:spacing w:after="0"/>
            </w:pPr>
            <w:r>
              <w:rPr>
                <w:rFonts w:eastAsia="Arial" w:cs="Arial"/>
                <w:i/>
                <w:color w:val="707070"/>
                <w:sz w:val="20"/>
              </w:rPr>
              <w:t>&lt;Signature / electronic approval&gt;</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ED53884" w14:textId="77777777" w:rsidR="00282991" w:rsidRDefault="00FE4586">
            <w:pPr>
              <w:spacing w:after="0"/>
            </w:pPr>
            <w:r>
              <w:rPr>
                <w:rFonts w:eastAsia="Arial" w:cs="Arial"/>
                <w:i/>
                <w:color w:val="707070"/>
                <w:sz w:val="20"/>
              </w:rPr>
              <w:t>&lt;Date&gt;</w:t>
            </w:r>
          </w:p>
        </w:tc>
      </w:tr>
      <w:tr w:rsidR="00282991" w14:paraId="3E63B9F3"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BCB4BF0" w14:textId="77777777" w:rsidR="00282991" w:rsidRDefault="00FE4586">
            <w:pPr>
              <w:spacing w:after="0"/>
            </w:pPr>
            <w:r>
              <w:rPr>
                <w:rFonts w:eastAsia="Arial" w:cs="Arial"/>
                <w:sz w:val="17"/>
              </w:rPr>
              <w:t>Facilities / Safety Lead</w:t>
            </w:r>
          </w:p>
        </w:tc>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12CFAAD" w14:textId="77777777" w:rsidR="00282991" w:rsidRDefault="00FE4586">
            <w:pPr>
              <w:spacing w:after="0"/>
            </w:pPr>
            <w:r>
              <w:rPr>
                <w:rFonts w:eastAsia="Arial" w:cs="Arial"/>
                <w:i/>
                <w:color w:val="707070"/>
                <w:sz w:val="20"/>
              </w:rPr>
              <w:t>&lt;Insert&gt;</w:t>
            </w:r>
          </w:p>
        </w:tc>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5997314" w14:textId="77777777" w:rsidR="00282991" w:rsidRDefault="00FE4586">
            <w:pPr>
              <w:spacing w:after="0"/>
            </w:pPr>
            <w:r>
              <w:rPr>
                <w:rFonts w:eastAsia="Arial" w:cs="Arial"/>
                <w:i/>
                <w:color w:val="707070"/>
                <w:sz w:val="20"/>
              </w:rPr>
              <w:t>&lt;Signature / electronic approval&gt;</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AE06A87" w14:textId="77777777" w:rsidR="00282991" w:rsidRDefault="00FE4586">
            <w:pPr>
              <w:spacing w:after="0"/>
            </w:pPr>
            <w:r>
              <w:rPr>
                <w:rFonts w:eastAsia="Arial" w:cs="Arial"/>
                <w:i/>
                <w:color w:val="707070"/>
                <w:sz w:val="20"/>
              </w:rPr>
              <w:t>&lt;Date&gt;</w:t>
            </w:r>
          </w:p>
        </w:tc>
      </w:tr>
      <w:tr w:rsidR="00282991" w14:paraId="138EA3B0"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2E17154" w14:textId="77777777" w:rsidR="00282991" w:rsidRDefault="00FE4586">
            <w:pPr>
              <w:spacing w:after="0"/>
            </w:pPr>
            <w:r>
              <w:rPr>
                <w:rFonts w:eastAsia="Arial" w:cs="Arial"/>
                <w:sz w:val="17"/>
              </w:rPr>
              <w:t>IT / Security Lead</w:t>
            </w:r>
          </w:p>
        </w:tc>
        <w:tc>
          <w:tcPr>
            <w:tcW w:w="31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DC55305" w14:textId="77777777" w:rsidR="00282991" w:rsidRDefault="00FE4586">
            <w:pPr>
              <w:spacing w:after="0"/>
            </w:pPr>
            <w:r>
              <w:rPr>
                <w:rFonts w:eastAsia="Arial" w:cs="Arial"/>
                <w:i/>
                <w:color w:val="707070"/>
                <w:sz w:val="20"/>
              </w:rPr>
              <w:t>&lt;Insert&gt;</w:t>
            </w:r>
          </w:p>
        </w:tc>
        <w:tc>
          <w:tcPr>
            <w:tcW w:w="31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60EC6CD" w14:textId="77777777" w:rsidR="00282991" w:rsidRDefault="00FE4586">
            <w:pPr>
              <w:spacing w:after="0"/>
            </w:pPr>
            <w:r>
              <w:rPr>
                <w:rFonts w:eastAsia="Arial" w:cs="Arial"/>
                <w:i/>
                <w:color w:val="707070"/>
                <w:sz w:val="20"/>
              </w:rPr>
              <w:t>&lt;Signature / electronic approval&gt;</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FED742C" w14:textId="77777777" w:rsidR="00282991" w:rsidRDefault="00FE4586">
            <w:pPr>
              <w:spacing w:after="0"/>
            </w:pPr>
            <w:r>
              <w:rPr>
                <w:rFonts w:eastAsia="Arial" w:cs="Arial"/>
                <w:i/>
                <w:color w:val="707070"/>
                <w:sz w:val="20"/>
              </w:rPr>
              <w:t>&lt;Date&gt;</w:t>
            </w:r>
          </w:p>
        </w:tc>
      </w:tr>
      <w:tr w:rsidR="00282991" w14:paraId="68B3F709"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22A5966" w14:textId="77777777" w:rsidR="00282991" w:rsidRDefault="00FE4586">
            <w:pPr>
              <w:spacing w:after="0"/>
            </w:pPr>
            <w:r>
              <w:rPr>
                <w:rFonts w:eastAsia="Arial" w:cs="Arial"/>
                <w:sz w:val="17"/>
              </w:rPr>
              <w:t>Other Required Approver</w:t>
            </w:r>
          </w:p>
        </w:tc>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DB47C51" w14:textId="77777777" w:rsidR="00282991" w:rsidRDefault="00FE4586">
            <w:pPr>
              <w:spacing w:after="0"/>
            </w:pPr>
            <w:r>
              <w:rPr>
                <w:rFonts w:eastAsia="Arial" w:cs="Arial"/>
                <w:i/>
                <w:color w:val="707070"/>
                <w:sz w:val="20"/>
              </w:rPr>
              <w:t>&lt;Insert or N/A&gt;</w:t>
            </w:r>
          </w:p>
        </w:tc>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011F63B" w14:textId="77777777" w:rsidR="00282991" w:rsidRDefault="00FE4586">
            <w:pPr>
              <w:spacing w:after="0"/>
            </w:pPr>
            <w:r>
              <w:rPr>
                <w:rFonts w:eastAsia="Arial" w:cs="Arial"/>
                <w:i/>
                <w:color w:val="707070"/>
                <w:sz w:val="20"/>
              </w:rPr>
              <w:t>&lt;Signature / electronic approval&gt;</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C20283A" w14:textId="77777777" w:rsidR="00282991" w:rsidRDefault="00FE4586">
            <w:pPr>
              <w:spacing w:after="0"/>
            </w:pPr>
            <w:r>
              <w:rPr>
                <w:rFonts w:eastAsia="Arial" w:cs="Arial"/>
                <w:i/>
                <w:color w:val="707070"/>
                <w:sz w:val="20"/>
              </w:rPr>
              <w:t>&lt;Date&gt;</w:t>
            </w:r>
          </w:p>
        </w:tc>
      </w:tr>
    </w:tbl>
    <w:p w14:paraId="5B18F66D" w14:textId="77777777" w:rsidR="00282991" w:rsidRDefault="00282991">
      <w:pPr>
        <w:spacing w:after="20"/>
      </w:pPr>
    </w:p>
    <w:tbl>
      <w:tblPr>
        <w:tblW w:w="0" w:type="auto"/>
        <w:jc w:val="center"/>
        <w:tblLayout w:type="fixed"/>
        <w:tblLook w:val="04A0" w:firstRow="1" w:lastRow="0" w:firstColumn="1" w:lastColumn="0" w:noHBand="0" w:noVBand="1"/>
      </w:tblPr>
      <w:tblGrid>
        <w:gridCol w:w="3456"/>
        <w:gridCol w:w="7344"/>
      </w:tblGrid>
      <w:tr w:rsidR="00282991" w14:paraId="16DA88A8" w14:textId="77777777">
        <w:trPr>
          <w:cantSplit/>
          <w:tblHeader/>
          <w:jc w:val="center"/>
        </w:trPr>
        <w:tc>
          <w:tcPr>
            <w:tcW w:w="345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7B28B7D" w14:textId="77777777" w:rsidR="00282991" w:rsidRDefault="00FE4586">
            <w:pPr>
              <w:spacing w:after="0"/>
            </w:pPr>
            <w:r>
              <w:rPr>
                <w:rFonts w:eastAsia="Arial" w:cs="Arial"/>
                <w:b/>
                <w:color w:val="FFFFFF"/>
                <w:sz w:val="17"/>
              </w:rPr>
              <w:t>Field</w:t>
            </w:r>
          </w:p>
        </w:tc>
        <w:tc>
          <w:tcPr>
            <w:tcW w:w="734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79E16B9" w14:textId="77777777" w:rsidR="00282991" w:rsidRDefault="00FE4586">
            <w:pPr>
              <w:spacing w:after="0"/>
            </w:pPr>
            <w:r>
              <w:rPr>
                <w:rFonts w:eastAsia="Arial" w:cs="Arial"/>
                <w:b/>
                <w:color w:val="FFFFFF"/>
                <w:sz w:val="17"/>
              </w:rPr>
              <w:t>Facility Entry</w:t>
            </w:r>
          </w:p>
        </w:tc>
      </w:tr>
      <w:tr w:rsidR="00282991" w14:paraId="35445A20"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8B95984" w14:textId="77777777" w:rsidR="00282991" w:rsidRDefault="00FE4586">
            <w:pPr>
              <w:spacing w:after="0"/>
            </w:pPr>
            <w:r>
              <w:rPr>
                <w:rFonts w:eastAsia="Arial" w:cs="Arial"/>
                <w:sz w:val="18"/>
              </w:rPr>
              <w:t>Responsible Plan Owner</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9ABF78A" w14:textId="77777777" w:rsidR="00282991" w:rsidRDefault="00FE4586">
            <w:pPr>
              <w:spacing w:after="0"/>
            </w:pPr>
            <w:r>
              <w:rPr>
                <w:rFonts w:eastAsia="Arial" w:cs="Arial"/>
                <w:i/>
                <w:color w:val="707070"/>
                <w:sz w:val="20"/>
              </w:rPr>
              <w:t>&lt;Insert&gt;</w:t>
            </w:r>
          </w:p>
        </w:tc>
      </w:tr>
      <w:tr w:rsidR="00282991" w14:paraId="0F2CE11F"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A42542B" w14:textId="77777777" w:rsidR="00282991" w:rsidRDefault="00FE4586">
            <w:pPr>
              <w:spacing w:after="0"/>
            </w:pPr>
            <w:r>
              <w:rPr>
                <w:rFonts w:eastAsia="Arial" w:cs="Arial"/>
                <w:sz w:val="18"/>
              </w:rPr>
              <w:t>Last Formal CMS EP Review</w:t>
            </w:r>
          </w:p>
        </w:tc>
        <w:tc>
          <w:tcPr>
            <w:tcW w:w="73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DA3C797" w14:textId="77777777" w:rsidR="00282991" w:rsidRDefault="00FE4586">
            <w:pPr>
              <w:spacing w:after="0"/>
            </w:pPr>
            <w:r>
              <w:rPr>
                <w:rFonts w:eastAsia="Arial" w:cs="Arial"/>
                <w:i/>
                <w:color w:val="707070"/>
                <w:sz w:val="20"/>
              </w:rPr>
              <w:t>&lt;Insert&gt;</w:t>
            </w:r>
          </w:p>
        </w:tc>
      </w:tr>
      <w:tr w:rsidR="00282991" w14:paraId="0B973C2F"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7C52014" w14:textId="77777777" w:rsidR="00282991" w:rsidRDefault="00FE4586">
            <w:pPr>
              <w:spacing w:after="0"/>
            </w:pPr>
            <w:r>
              <w:rPr>
                <w:rFonts w:eastAsia="Arial" w:cs="Arial"/>
                <w:sz w:val="18"/>
              </w:rPr>
              <w:t>Next CMS EP Review Due</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06C737B" w14:textId="77777777" w:rsidR="00282991" w:rsidRDefault="00FE4586">
            <w:pPr>
              <w:spacing w:after="0"/>
            </w:pPr>
            <w:r>
              <w:rPr>
                <w:rFonts w:eastAsia="Arial" w:cs="Arial"/>
                <w:i/>
                <w:color w:val="707070"/>
                <w:sz w:val="20"/>
              </w:rPr>
              <w:t>&lt;Insert - no later than 2 years&gt;</w:t>
            </w:r>
          </w:p>
        </w:tc>
      </w:tr>
      <w:tr w:rsidR="00282991" w14:paraId="43A45BF5"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3EC8C59" w14:textId="77777777" w:rsidR="00282991" w:rsidRDefault="00FE4586">
            <w:pPr>
              <w:spacing w:after="0"/>
            </w:pPr>
            <w:r>
              <w:rPr>
                <w:rFonts w:eastAsia="Arial" w:cs="Arial"/>
                <w:sz w:val="18"/>
              </w:rPr>
              <w:t>Interim Revision Triggers</w:t>
            </w:r>
          </w:p>
        </w:tc>
        <w:tc>
          <w:tcPr>
            <w:tcW w:w="73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4D111CA" w14:textId="77777777" w:rsidR="00282991" w:rsidRDefault="00FE4586">
            <w:pPr>
              <w:spacing w:after="0"/>
            </w:pPr>
            <w:r>
              <w:rPr>
                <w:rFonts w:eastAsia="Arial" w:cs="Arial"/>
                <w:sz w:val="18"/>
              </w:rPr>
              <w:t>Changes in HVA, services/modalities, patient population, site/building, staffing, water system, generator, equipment, agreements, laws/rules, exercises, actual events, or other material changes.</w:t>
            </w:r>
          </w:p>
        </w:tc>
      </w:tr>
      <w:tr w:rsidR="00282991" w14:paraId="37840B4C"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3689D39" w14:textId="77777777" w:rsidR="00282991" w:rsidRDefault="00FE4586">
            <w:pPr>
              <w:spacing w:after="0"/>
            </w:pPr>
            <w:r>
              <w:rPr>
                <w:rFonts w:eastAsia="Arial" w:cs="Arial"/>
                <w:sz w:val="18"/>
              </w:rPr>
              <w:t>State licensure / survey cross-reference</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F6457AB" w14:textId="77777777" w:rsidR="00282991" w:rsidRDefault="00FE4586">
            <w:pPr>
              <w:spacing w:after="0"/>
            </w:pPr>
            <w:r>
              <w:rPr>
                <w:rFonts w:eastAsia="Arial" w:cs="Arial"/>
                <w:i/>
                <w:color w:val="707070"/>
                <w:sz w:val="20"/>
              </w:rPr>
              <w:t>&lt;Insert current Maine license and most recent survey evidence location&gt;</w:t>
            </w:r>
          </w:p>
        </w:tc>
      </w:tr>
      <w:tr w:rsidR="00282991" w14:paraId="416F6A40"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FB223B8" w14:textId="77777777" w:rsidR="00282991" w:rsidRDefault="00FE4586">
            <w:pPr>
              <w:spacing w:after="0"/>
            </w:pPr>
            <w:r>
              <w:rPr>
                <w:rFonts w:eastAsia="Arial" w:cs="Arial"/>
                <w:sz w:val="18"/>
              </w:rPr>
              <w:t>QAPI cross-reference</w:t>
            </w:r>
          </w:p>
        </w:tc>
        <w:tc>
          <w:tcPr>
            <w:tcW w:w="73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0114420" w14:textId="77777777" w:rsidR="00282991" w:rsidRDefault="00FE4586">
            <w:pPr>
              <w:spacing w:after="0"/>
            </w:pPr>
            <w:r>
              <w:rPr>
                <w:rFonts w:eastAsia="Arial" w:cs="Arial"/>
                <w:i/>
                <w:color w:val="707070"/>
                <w:sz w:val="20"/>
              </w:rPr>
              <w:t>&lt;Insert QAPI/AAR corrective action review location&gt;</w:t>
            </w:r>
          </w:p>
        </w:tc>
      </w:tr>
    </w:tbl>
    <w:p w14:paraId="6A4BDEEE" w14:textId="77777777" w:rsidR="00282991" w:rsidRDefault="00282991">
      <w:pPr>
        <w:spacing w:after="20"/>
      </w:pPr>
    </w:p>
    <w:tbl>
      <w:tblPr>
        <w:tblW w:w="0" w:type="auto"/>
        <w:jc w:val="center"/>
        <w:tblLook w:val="04A0" w:firstRow="1" w:lastRow="0" w:firstColumn="1" w:lastColumn="0" w:noHBand="0" w:noVBand="1"/>
      </w:tblPr>
      <w:tblGrid>
        <w:gridCol w:w="10800"/>
      </w:tblGrid>
      <w:tr w:rsidR="00282991" w14:paraId="4F1A2058" w14:textId="77777777">
        <w:trPr>
          <w:jc w:val="center"/>
        </w:trPr>
        <w:tc>
          <w:tcPr>
            <w:tcW w:w="10800" w:type="dxa"/>
            <w:shd w:val="clear" w:color="auto" w:fill="E8F2EF"/>
            <w:tcMar>
              <w:top w:w="90" w:type="dxa"/>
              <w:left w:w="100" w:type="dxa"/>
              <w:bottom w:w="90" w:type="dxa"/>
              <w:right w:w="100" w:type="dxa"/>
            </w:tcMar>
          </w:tcPr>
          <w:p w14:paraId="7BB44DD0" w14:textId="77777777" w:rsidR="00282991" w:rsidRDefault="00FE4586">
            <w:pPr>
              <w:spacing w:after="0"/>
            </w:pPr>
            <w:r>
              <w:rPr>
                <w:rFonts w:eastAsia="Arial" w:cs="Arial"/>
                <w:b/>
                <w:color w:val="015A41"/>
                <w:sz w:val="19"/>
              </w:rPr>
              <w:t xml:space="preserve">CMS REQUIRED </w:t>
            </w:r>
            <w:r>
              <w:rPr>
                <w:rFonts w:eastAsia="Arial" w:cs="Arial"/>
                <w:sz w:val="18"/>
              </w:rPr>
              <w:t>The ESRD emergency plan, emergency preparedness policies/procedures, communication plan, and training/testing/patient orientation program must be evaluated/reviewed and updated at least every 2 years, with interim updates when needed. Significant policy/procedure updates should be followed by appropriate training.</w:t>
            </w:r>
          </w:p>
        </w:tc>
      </w:tr>
    </w:tbl>
    <w:p w14:paraId="3857AC82" w14:textId="77777777" w:rsidR="00282991" w:rsidRDefault="00282991">
      <w:pPr>
        <w:spacing w:after="20"/>
      </w:pPr>
    </w:p>
    <w:p w14:paraId="1681B738" w14:textId="77777777" w:rsidR="00282991" w:rsidRDefault="00FE4586">
      <w:r>
        <w:br w:type="page"/>
      </w:r>
    </w:p>
    <w:p w14:paraId="095E9778" w14:textId="77777777" w:rsidR="00282991" w:rsidRDefault="00FE4586">
      <w:pPr>
        <w:pStyle w:val="Heading1"/>
        <w:pBdr>
          <w:bottom w:val="single" w:sz="10" w:space="2" w:color="E63B07"/>
        </w:pBdr>
      </w:pPr>
      <w:r>
        <w:rPr>
          <w:rFonts w:ascii="Arial" w:eastAsia="Arial" w:hAnsi="Arial" w:cs="Arial"/>
        </w:rPr>
        <w:lastRenderedPageBreak/>
        <w:t>RECORD OF CHANGES</w:t>
      </w:r>
    </w:p>
    <w:tbl>
      <w:tblPr>
        <w:tblW w:w="0" w:type="auto"/>
        <w:jc w:val="center"/>
        <w:tblLayout w:type="fixed"/>
        <w:tblLook w:val="04A0" w:firstRow="1" w:lastRow="0" w:firstColumn="1" w:lastColumn="0" w:noHBand="0" w:noVBand="1"/>
      </w:tblPr>
      <w:tblGrid>
        <w:gridCol w:w="1008"/>
        <w:gridCol w:w="1584"/>
        <w:gridCol w:w="2016"/>
        <w:gridCol w:w="5040"/>
        <w:gridCol w:w="1152"/>
      </w:tblGrid>
      <w:tr w:rsidR="00282991" w14:paraId="5B7A8854" w14:textId="77777777">
        <w:trPr>
          <w:cantSplit/>
          <w:tblHeader/>
          <w:jc w:val="center"/>
        </w:trPr>
        <w:tc>
          <w:tcPr>
            <w:tcW w:w="100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CE58BF2" w14:textId="77777777" w:rsidR="00282991" w:rsidRDefault="00FE4586">
            <w:pPr>
              <w:spacing w:after="0"/>
            </w:pPr>
            <w:r>
              <w:rPr>
                <w:rFonts w:eastAsia="Arial" w:cs="Arial"/>
                <w:b/>
                <w:color w:val="FFFFFF"/>
                <w:sz w:val="17"/>
              </w:rPr>
              <w:t>Change #</w:t>
            </w:r>
          </w:p>
        </w:tc>
        <w:tc>
          <w:tcPr>
            <w:tcW w:w="158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D3682FA" w14:textId="77777777" w:rsidR="00282991" w:rsidRDefault="00FE4586">
            <w:pPr>
              <w:spacing w:after="0"/>
            </w:pPr>
            <w:r>
              <w:rPr>
                <w:rFonts w:eastAsia="Arial" w:cs="Arial"/>
                <w:b/>
                <w:color w:val="FFFFFF"/>
                <w:sz w:val="17"/>
              </w:rPr>
              <w:t>Date</w:t>
            </w:r>
          </w:p>
        </w:tc>
        <w:tc>
          <w:tcPr>
            <w:tcW w:w="201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F4B9647" w14:textId="77777777" w:rsidR="00282991" w:rsidRDefault="00FE4586">
            <w:pPr>
              <w:spacing w:after="0"/>
            </w:pPr>
            <w:r>
              <w:rPr>
                <w:rFonts w:eastAsia="Arial" w:cs="Arial"/>
                <w:b/>
                <w:color w:val="FFFFFF"/>
                <w:sz w:val="17"/>
              </w:rPr>
              <w:t>Section / Page</w:t>
            </w:r>
          </w:p>
        </w:tc>
        <w:tc>
          <w:tcPr>
            <w:tcW w:w="504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1D0D305" w14:textId="77777777" w:rsidR="00282991" w:rsidRDefault="00FE4586">
            <w:pPr>
              <w:spacing w:after="0"/>
            </w:pPr>
            <w:r>
              <w:rPr>
                <w:rFonts w:eastAsia="Arial" w:cs="Arial"/>
                <w:b/>
                <w:color w:val="FFFFFF"/>
                <w:sz w:val="17"/>
              </w:rPr>
              <w:t>Description</w:t>
            </w:r>
          </w:p>
        </w:tc>
        <w:tc>
          <w:tcPr>
            <w:tcW w:w="115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33C4D9F" w14:textId="77777777" w:rsidR="00282991" w:rsidRDefault="00FE4586">
            <w:pPr>
              <w:spacing w:after="0"/>
            </w:pPr>
            <w:r>
              <w:rPr>
                <w:rFonts w:eastAsia="Arial" w:cs="Arial"/>
                <w:b/>
                <w:color w:val="FFFFFF"/>
                <w:sz w:val="17"/>
              </w:rPr>
              <w:t>Initials</w:t>
            </w:r>
          </w:p>
        </w:tc>
      </w:tr>
      <w:tr w:rsidR="00282991" w14:paraId="4B6D2EE2" w14:textId="77777777">
        <w:trPr>
          <w:cantSplit/>
          <w:jc w:val="center"/>
        </w:trPr>
        <w:tc>
          <w:tcPr>
            <w:tcW w:w="10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6CCE7DE" w14:textId="77777777" w:rsidR="00282991" w:rsidRDefault="00FE4586">
            <w:pPr>
              <w:spacing w:after="0"/>
            </w:pPr>
            <w:r>
              <w:rPr>
                <w:rFonts w:eastAsia="Arial" w:cs="Arial"/>
                <w:sz w:val="17"/>
              </w:rPr>
              <w:t>1</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DE7F1F5" w14:textId="77777777" w:rsidR="00282991" w:rsidRDefault="00FE4586">
            <w:pPr>
              <w:spacing w:after="0"/>
            </w:pPr>
            <w:r>
              <w:rPr>
                <w:rFonts w:eastAsia="Arial" w:cs="Arial"/>
                <w:i/>
                <w:color w:val="707070"/>
                <w:sz w:val="20"/>
              </w:rPr>
              <w:t>&lt;Date&gt;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63A3AB1" w14:textId="77777777" w:rsidR="00282991" w:rsidRDefault="00FE4586">
            <w:pPr>
              <w:spacing w:after="0"/>
            </w:pPr>
            <w:r>
              <w:rPr>
                <w:rFonts w:eastAsia="Arial" w:cs="Arial"/>
                <w:i/>
                <w:color w:val="707070"/>
                <w:sz w:val="20"/>
              </w:rPr>
              <w:t>&lt;Section&gt;</w:t>
            </w:r>
          </w:p>
        </w:tc>
        <w:tc>
          <w:tcPr>
            <w:tcW w:w="50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2EA675A" w14:textId="77777777" w:rsidR="00282991" w:rsidRDefault="00FE4586">
            <w:pPr>
              <w:spacing w:after="0"/>
            </w:pPr>
            <w:r>
              <w:rPr>
                <w:rFonts w:eastAsia="Arial" w:cs="Arial"/>
                <w:i/>
                <w:color w:val="707070"/>
                <w:sz w:val="20"/>
              </w:rPr>
              <w:t>&lt;Description&gt;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58BB360" w14:textId="77777777" w:rsidR="00282991" w:rsidRDefault="00FE4586">
            <w:pPr>
              <w:spacing w:after="0"/>
            </w:pPr>
            <w:r>
              <w:rPr>
                <w:rFonts w:eastAsia="Arial" w:cs="Arial"/>
                <w:i/>
                <w:color w:val="707070"/>
                <w:sz w:val="20"/>
              </w:rPr>
              <w:t>&lt;Initials&gt;</w:t>
            </w:r>
          </w:p>
        </w:tc>
      </w:tr>
      <w:tr w:rsidR="00282991" w14:paraId="2A108A20" w14:textId="77777777">
        <w:trPr>
          <w:cantSplit/>
          <w:jc w:val="center"/>
        </w:trPr>
        <w:tc>
          <w:tcPr>
            <w:tcW w:w="10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6AC791B" w14:textId="77777777" w:rsidR="00282991" w:rsidRDefault="00FE4586">
            <w:pPr>
              <w:spacing w:after="0"/>
            </w:pPr>
            <w:r>
              <w:rPr>
                <w:rFonts w:eastAsia="Arial" w:cs="Arial"/>
                <w:sz w:val="17"/>
              </w:rPr>
              <w:t>2</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1AED4F5" w14:textId="77777777" w:rsidR="00282991" w:rsidRDefault="00FE4586">
            <w:pPr>
              <w:spacing w:after="0"/>
            </w:pPr>
            <w:r>
              <w:rPr>
                <w:rFonts w:eastAsia="Arial" w:cs="Arial"/>
                <w:i/>
                <w:color w:val="707070"/>
                <w:sz w:val="20"/>
              </w:rPr>
              <w:t>&lt;Date&gt;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B2C6DCD" w14:textId="77777777" w:rsidR="00282991" w:rsidRDefault="00FE4586">
            <w:pPr>
              <w:spacing w:after="0"/>
            </w:pPr>
            <w:r>
              <w:rPr>
                <w:rFonts w:eastAsia="Arial" w:cs="Arial"/>
                <w:i/>
                <w:color w:val="707070"/>
                <w:sz w:val="20"/>
              </w:rPr>
              <w:t>&lt;Section&gt;</w:t>
            </w:r>
          </w:p>
        </w:tc>
        <w:tc>
          <w:tcPr>
            <w:tcW w:w="50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27D5784" w14:textId="77777777" w:rsidR="00282991" w:rsidRDefault="00FE4586">
            <w:pPr>
              <w:spacing w:after="0"/>
            </w:pPr>
            <w:r>
              <w:rPr>
                <w:rFonts w:eastAsia="Arial" w:cs="Arial"/>
                <w:i/>
                <w:color w:val="707070"/>
                <w:sz w:val="20"/>
              </w:rPr>
              <w:t>&lt;Description&gt;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D936182" w14:textId="77777777" w:rsidR="00282991" w:rsidRDefault="00FE4586">
            <w:pPr>
              <w:spacing w:after="0"/>
            </w:pPr>
            <w:r>
              <w:rPr>
                <w:rFonts w:eastAsia="Arial" w:cs="Arial"/>
                <w:i/>
                <w:color w:val="707070"/>
                <w:sz w:val="20"/>
              </w:rPr>
              <w:t>&lt;Initials&gt;</w:t>
            </w:r>
          </w:p>
        </w:tc>
      </w:tr>
      <w:tr w:rsidR="00282991" w14:paraId="365F6B68" w14:textId="77777777">
        <w:trPr>
          <w:cantSplit/>
          <w:jc w:val="center"/>
        </w:trPr>
        <w:tc>
          <w:tcPr>
            <w:tcW w:w="10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78FB58E" w14:textId="77777777" w:rsidR="00282991" w:rsidRDefault="00FE4586">
            <w:pPr>
              <w:spacing w:after="0"/>
            </w:pPr>
            <w:r>
              <w:rPr>
                <w:rFonts w:eastAsia="Arial" w:cs="Arial"/>
                <w:sz w:val="17"/>
              </w:rPr>
              <w:t>3</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F34F0D0" w14:textId="77777777" w:rsidR="00282991" w:rsidRDefault="00FE4586">
            <w:pPr>
              <w:spacing w:after="0"/>
            </w:pPr>
            <w:r>
              <w:rPr>
                <w:rFonts w:eastAsia="Arial" w:cs="Arial"/>
                <w:i/>
                <w:color w:val="707070"/>
                <w:sz w:val="20"/>
              </w:rPr>
              <w:t>&lt;Date&gt;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D072870" w14:textId="77777777" w:rsidR="00282991" w:rsidRDefault="00FE4586">
            <w:pPr>
              <w:spacing w:after="0"/>
            </w:pPr>
            <w:r>
              <w:rPr>
                <w:rFonts w:eastAsia="Arial" w:cs="Arial"/>
                <w:i/>
                <w:color w:val="707070"/>
                <w:sz w:val="20"/>
              </w:rPr>
              <w:t>&lt;Section&gt;</w:t>
            </w:r>
          </w:p>
        </w:tc>
        <w:tc>
          <w:tcPr>
            <w:tcW w:w="50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6A73877" w14:textId="77777777" w:rsidR="00282991" w:rsidRDefault="00FE4586">
            <w:pPr>
              <w:spacing w:after="0"/>
            </w:pPr>
            <w:r>
              <w:rPr>
                <w:rFonts w:eastAsia="Arial" w:cs="Arial"/>
                <w:i/>
                <w:color w:val="707070"/>
                <w:sz w:val="20"/>
              </w:rPr>
              <w:t>&lt;Description&gt;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82DF6BD" w14:textId="77777777" w:rsidR="00282991" w:rsidRDefault="00FE4586">
            <w:pPr>
              <w:spacing w:after="0"/>
            </w:pPr>
            <w:r>
              <w:rPr>
                <w:rFonts w:eastAsia="Arial" w:cs="Arial"/>
                <w:i/>
                <w:color w:val="707070"/>
                <w:sz w:val="20"/>
              </w:rPr>
              <w:t>&lt;Initials&gt;</w:t>
            </w:r>
          </w:p>
        </w:tc>
      </w:tr>
      <w:tr w:rsidR="00282991" w14:paraId="098C0EA6" w14:textId="77777777">
        <w:trPr>
          <w:cantSplit/>
          <w:jc w:val="center"/>
        </w:trPr>
        <w:tc>
          <w:tcPr>
            <w:tcW w:w="10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5A837D9" w14:textId="77777777" w:rsidR="00282991" w:rsidRDefault="00FE4586">
            <w:pPr>
              <w:spacing w:after="0"/>
            </w:pPr>
            <w:r>
              <w:rPr>
                <w:rFonts w:eastAsia="Arial" w:cs="Arial"/>
                <w:sz w:val="17"/>
              </w:rPr>
              <w:t>4</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17322C0" w14:textId="77777777" w:rsidR="00282991" w:rsidRDefault="00FE4586">
            <w:pPr>
              <w:spacing w:after="0"/>
            </w:pPr>
            <w:r>
              <w:rPr>
                <w:rFonts w:eastAsia="Arial" w:cs="Arial"/>
                <w:i/>
                <w:color w:val="707070"/>
                <w:sz w:val="20"/>
              </w:rPr>
              <w:t>&lt;Date&gt;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908EBF3" w14:textId="77777777" w:rsidR="00282991" w:rsidRDefault="00FE4586">
            <w:pPr>
              <w:spacing w:after="0"/>
            </w:pPr>
            <w:r>
              <w:rPr>
                <w:rFonts w:eastAsia="Arial" w:cs="Arial"/>
                <w:i/>
                <w:color w:val="707070"/>
                <w:sz w:val="20"/>
              </w:rPr>
              <w:t>&lt;Section&gt;</w:t>
            </w:r>
          </w:p>
        </w:tc>
        <w:tc>
          <w:tcPr>
            <w:tcW w:w="50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650BF11" w14:textId="77777777" w:rsidR="00282991" w:rsidRDefault="00FE4586">
            <w:pPr>
              <w:spacing w:after="0"/>
            </w:pPr>
            <w:r>
              <w:rPr>
                <w:rFonts w:eastAsia="Arial" w:cs="Arial"/>
                <w:i/>
                <w:color w:val="707070"/>
                <w:sz w:val="20"/>
              </w:rPr>
              <w:t>&lt;Description&gt;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2BEB755" w14:textId="77777777" w:rsidR="00282991" w:rsidRDefault="00FE4586">
            <w:pPr>
              <w:spacing w:after="0"/>
            </w:pPr>
            <w:r>
              <w:rPr>
                <w:rFonts w:eastAsia="Arial" w:cs="Arial"/>
                <w:i/>
                <w:color w:val="707070"/>
                <w:sz w:val="20"/>
              </w:rPr>
              <w:t>&lt;Initials&gt;</w:t>
            </w:r>
          </w:p>
        </w:tc>
      </w:tr>
      <w:tr w:rsidR="00282991" w14:paraId="072B7CE3" w14:textId="77777777">
        <w:trPr>
          <w:cantSplit/>
          <w:jc w:val="center"/>
        </w:trPr>
        <w:tc>
          <w:tcPr>
            <w:tcW w:w="10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D1AB6D1" w14:textId="77777777" w:rsidR="00282991" w:rsidRDefault="00FE4586">
            <w:pPr>
              <w:spacing w:after="0"/>
            </w:pPr>
            <w:r>
              <w:rPr>
                <w:rFonts w:eastAsia="Arial" w:cs="Arial"/>
                <w:sz w:val="17"/>
              </w:rPr>
              <w:t>5</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4E458D3" w14:textId="77777777" w:rsidR="00282991" w:rsidRDefault="00FE4586">
            <w:pPr>
              <w:spacing w:after="0"/>
            </w:pPr>
            <w:r>
              <w:rPr>
                <w:rFonts w:eastAsia="Arial" w:cs="Arial"/>
                <w:i/>
                <w:color w:val="707070"/>
                <w:sz w:val="20"/>
              </w:rPr>
              <w:t>&lt;Date&gt;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7307BE2" w14:textId="77777777" w:rsidR="00282991" w:rsidRDefault="00FE4586">
            <w:pPr>
              <w:spacing w:after="0"/>
            </w:pPr>
            <w:r>
              <w:rPr>
                <w:rFonts w:eastAsia="Arial" w:cs="Arial"/>
                <w:i/>
                <w:color w:val="707070"/>
                <w:sz w:val="20"/>
              </w:rPr>
              <w:t>&lt;Section&gt;</w:t>
            </w:r>
          </w:p>
        </w:tc>
        <w:tc>
          <w:tcPr>
            <w:tcW w:w="50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A0D4FCB" w14:textId="77777777" w:rsidR="00282991" w:rsidRDefault="00FE4586">
            <w:pPr>
              <w:spacing w:after="0"/>
            </w:pPr>
            <w:r>
              <w:rPr>
                <w:rFonts w:eastAsia="Arial" w:cs="Arial"/>
                <w:i/>
                <w:color w:val="707070"/>
                <w:sz w:val="20"/>
              </w:rPr>
              <w:t>&lt;Description&gt;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BBAC52F" w14:textId="77777777" w:rsidR="00282991" w:rsidRDefault="00FE4586">
            <w:pPr>
              <w:spacing w:after="0"/>
            </w:pPr>
            <w:r>
              <w:rPr>
                <w:rFonts w:eastAsia="Arial" w:cs="Arial"/>
                <w:i/>
                <w:color w:val="707070"/>
                <w:sz w:val="20"/>
              </w:rPr>
              <w:t>&lt;Initials&gt;</w:t>
            </w:r>
          </w:p>
        </w:tc>
      </w:tr>
      <w:tr w:rsidR="00282991" w14:paraId="1FFB7A77" w14:textId="77777777">
        <w:trPr>
          <w:cantSplit/>
          <w:jc w:val="center"/>
        </w:trPr>
        <w:tc>
          <w:tcPr>
            <w:tcW w:w="10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A62B7A7" w14:textId="77777777" w:rsidR="00282991" w:rsidRDefault="00FE4586">
            <w:pPr>
              <w:spacing w:after="0"/>
            </w:pPr>
            <w:r>
              <w:rPr>
                <w:rFonts w:eastAsia="Arial" w:cs="Arial"/>
                <w:sz w:val="17"/>
              </w:rPr>
              <w:t>6</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82C5B6F" w14:textId="77777777" w:rsidR="00282991" w:rsidRDefault="00FE4586">
            <w:pPr>
              <w:spacing w:after="0"/>
            </w:pPr>
            <w:r>
              <w:rPr>
                <w:rFonts w:eastAsia="Arial" w:cs="Arial"/>
                <w:i/>
                <w:color w:val="707070"/>
                <w:sz w:val="20"/>
              </w:rPr>
              <w:t>&lt;Date&gt;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8BC7C07" w14:textId="77777777" w:rsidR="00282991" w:rsidRDefault="00FE4586">
            <w:pPr>
              <w:spacing w:after="0"/>
            </w:pPr>
            <w:r>
              <w:rPr>
                <w:rFonts w:eastAsia="Arial" w:cs="Arial"/>
                <w:i/>
                <w:color w:val="707070"/>
                <w:sz w:val="20"/>
              </w:rPr>
              <w:t>&lt;Section&gt;</w:t>
            </w:r>
          </w:p>
        </w:tc>
        <w:tc>
          <w:tcPr>
            <w:tcW w:w="50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1EEF60F" w14:textId="77777777" w:rsidR="00282991" w:rsidRDefault="00FE4586">
            <w:pPr>
              <w:spacing w:after="0"/>
            </w:pPr>
            <w:r>
              <w:rPr>
                <w:rFonts w:eastAsia="Arial" w:cs="Arial"/>
                <w:i/>
                <w:color w:val="707070"/>
                <w:sz w:val="20"/>
              </w:rPr>
              <w:t>&lt;Description&gt;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76244F0" w14:textId="77777777" w:rsidR="00282991" w:rsidRDefault="00FE4586">
            <w:pPr>
              <w:spacing w:after="0"/>
            </w:pPr>
            <w:r>
              <w:rPr>
                <w:rFonts w:eastAsia="Arial" w:cs="Arial"/>
                <w:i/>
                <w:color w:val="707070"/>
                <w:sz w:val="20"/>
              </w:rPr>
              <w:t>&lt;Initials&gt;</w:t>
            </w:r>
          </w:p>
        </w:tc>
      </w:tr>
      <w:tr w:rsidR="00282991" w14:paraId="60501C6D" w14:textId="77777777">
        <w:trPr>
          <w:cantSplit/>
          <w:jc w:val="center"/>
        </w:trPr>
        <w:tc>
          <w:tcPr>
            <w:tcW w:w="10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D95F875" w14:textId="77777777" w:rsidR="00282991" w:rsidRDefault="00FE4586">
            <w:pPr>
              <w:spacing w:after="0"/>
            </w:pPr>
            <w:r>
              <w:rPr>
                <w:rFonts w:eastAsia="Arial" w:cs="Arial"/>
                <w:sz w:val="17"/>
              </w:rPr>
              <w:t>7</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D695015" w14:textId="77777777" w:rsidR="00282991" w:rsidRDefault="00FE4586">
            <w:pPr>
              <w:spacing w:after="0"/>
            </w:pPr>
            <w:r>
              <w:rPr>
                <w:rFonts w:eastAsia="Arial" w:cs="Arial"/>
                <w:i/>
                <w:color w:val="707070"/>
                <w:sz w:val="20"/>
              </w:rPr>
              <w:t>&lt;Date&gt;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C321C94" w14:textId="77777777" w:rsidR="00282991" w:rsidRDefault="00FE4586">
            <w:pPr>
              <w:spacing w:after="0"/>
            </w:pPr>
            <w:r>
              <w:rPr>
                <w:rFonts w:eastAsia="Arial" w:cs="Arial"/>
                <w:i/>
                <w:color w:val="707070"/>
                <w:sz w:val="20"/>
              </w:rPr>
              <w:t>&lt;Section&gt;</w:t>
            </w:r>
          </w:p>
        </w:tc>
        <w:tc>
          <w:tcPr>
            <w:tcW w:w="50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97F49A3" w14:textId="77777777" w:rsidR="00282991" w:rsidRDefault="00FE4586">
            <w:pPr>
              <w:spacing w:after="0"/>
            </w:pPr>
            <w:r>
              <w:rPr>
                <w:rFonts w:eastAsia="Arial" w:cs="Arial"/>
                <w:i/>
                <w:color w:val="707070"/>
                <w:sz w:val="20"/>
              </w:rPr>
              <w:t>&lt;Description&gt;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338ACF5" w14:textId="77777777" w:rsidR="00282991" w:rsidRDefault="00FE4586">
            <w:pPr>
              <w:spacing w:after="0"/>
            </w:pPr>
            <w:r>
              <w:rPr>
                <w:rFonts w:eastAsia="Arial" w:cs="Arial"/>
                <w:i/>
                <w:color w:val="707070"/>
                <w:sz w:val="20"/>
              </w:rPr>
              <w:t>&lt;Initials&gt;</w:t>
            </w:r>
          </w:p>
        </w:tc>
      </w:tr>
      <w:tr w:rsidR="00282991" w14:paraId="286D36AC" w14:textId="77777777">
        <w:trPr>
          <w:cantSplit/>
          <w:jc w:val="center"/>
        </w:trPr>
        <w:tc>
          <w:tcPr>
            <w:tcW w:w="10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C5F7150" w14:textId="77777777" w:rsidR="00282991" w:rsidRDefault="00FE4586">
            <w:pPr>
              <w:spacing w:after="0"/>
            </w:pPr>
            <w:r>
              <w:rPr>
                <w:rFonts w:eastAsia="Arial" w:cs="Arial"/>
                <w:sz w:val="17"/>
              </w:rPr>
              <w:t>8</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48B0398" w14:textId="77777777" w:rsidR="00282991" w:rsidRDefault="00FE4586">
            <w:pPr>
              <w:spacing w:after="0"/>
            </w:pPr>
            <w:r>
              <w:rPr>
                <w:rFonts w:eastAsia="Arial" w:cs="Arial"/>
                <w:i/>
                <w:color w:val="707070"/>
                <w:sz w:val="20"/>
              </w:rPr>
              <w:t>&lt;Date&gt;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415D00A" w14:textId="77777777" w:rsidR="00282991" w:rsidRDefault="00FE4586">
            <w:pPr>
              <w:spacing w:after="0"/>
            </w:pPr>
            <w:r>
              <w:rPr>
                <w:rFonts w:eastAsia="Arial" w:cs="Arial"/>
                <w:i/>
                <w:color w:val="707070"/>
                <w:sz w:val="20"/>
              </w:rPr>
              <w:t>&lt;Section&gt;</w:t>
            </w:r>
          </w:p>
        </w:tc>
        <w:tc>
          <w:tcPr>
            <w:tcW w:w="50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3DABFD0" w14:textId="77777777" w:rsidR="00282991" w:rsidRDefault="00FE4586">
            <w:pPr>
              <w:spacing w:after="0"/>
            </w:pPr>
            <w:r>
              <w:rPr>
                <w:rFonts w:eastAsia="Arial" w:cs="Arial"/>
                <w:i/>
                <w:color w:val="707070"/>
                <w:sz w:val="20"/>
              </w:rPr>
              <w:t>&lt;Description&gt;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9FD6089" w14:textId="77777777" w:rsidR="00282991" w:rsidRDefault="00FE4586">
            <w:pPr>
              <w:spacing w:after="0"/>
            </w:pPr>
            <w:r>
              <w:rPr>
                <w:rFonts w:eastAsia="Arial" w:cs="Arial"/>
                <w:i/>
                <w:color w:val="707070"/>
                <w:sz w:val="20"/>
              </w:rPr>
              <w:t>&lt;Initials&gt;</w:t>
            </w:r>
          </w:p>
        </w:tc>
      </w:tr>
      <w:tr w:rsidR="00282991" w14:paraId="001EA305" w14:textId="77777777">
        <w:trPr>
          <w:cantSplit/>
          <w:jc w:val="center"/>
        </w:trPr>
        <w:tc>
          <w:tcPr>
            <w:tcW w:w="10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0D7223B" w14:textId="77777777" w:rsidR="00282991" w:rsidRDefault="00FE4586">
            <w:pPr>
              <w:spacing w:after="0"/>
            </w:pPr>
            <w:r>
              <w:rPr>
                <w:rFonts w:eastAsia="Arial" w:cs="Arial"/>
                <w:sz w:val="17"/>
              </w:rPr>
              <w:t>9</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848D852" w14:textId="77777777" w:rsidR="00282991" w:rsidRDefault="00FE4586">
            <w:pPr>
              <w:spacing w:after="0"/>
            </w:pPr>
            <w:r>
              <w:rPr>
                <w:rFonts w:eastAsia="Arial" w:cs="Arial"/>
                <w:i/>
                <w:color w:val="707070"/>
                <w:sz w:val="20"/>
              </w:rPr>
              <w:t>&lt;Date&gt;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D9FA60A" w14:textId="77777777" w:rsidR="00282991" w:rsidRDefault="00FE4586">
            <w:pPr>
              <w:spacing w:after="0"/>
            </w:pPr>
            <w:r>
              <w:rPr>
                <w:rFonts w:eastAsia="Arial" w:cs="Arial"/>
                <w:i/>
                <w:color w:val="707070"/>
                <w:sz w:val="20"/>
              </w:rPr>
              <w:t>&lt;Section&gt;</w:t>
            </w:r>
          </w:p>
        </w:tc>
        <w:tc>
          <w:tcPr>
            <w:tcW w:w="50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0B1DAA5" w14:textId="77777777" w:rsidR="00282991" w:rsidRDefault="00FE4586">
            <w:pPr>
              <w:spacing w:after="0"/>
            </w:pPr>
            <w:r>
              <w:rPr>
                <w:rFonts w:eastAsia="Arial" w:cs="Arial"/>
                <w:i/>
                <w:color w:val="707070"/>
                <w:sz w:val="20"/>
              </w:rPr>
              <w:t>&lt;Description&gt;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21DE672" w14:textId="77777777" w:rsidR="00282991" w:rsidRDefault="00FE4586">
            <w:pPr>
              <w:spacing w:after="0"/>
            </w:pPr>
            <w:r>
              <w:rPr>
                <w:rFonts w:eastAsia="Arial" w:cs="Arial"/>
                <w:i/>
                <w:color w:val="707070"/>
                <w:sz w:val="20"/>
              </w:rPr>
              <w:t>&lt;Initials&gt;</w:t>
            </w:r>
          </w:p>
        </w:tc>
      </w:tr>
      <w:tr w:rsidR="00282991" w14:paraId="65D3CB5A" w14:textId="77777777">
        <w:trPr>
          <w:cantSplit/>
          <w:jc w:val="center"/>
        </w:trPr>
        <w:tc>
          <w:tcPr>
            <w:tcW w:w="10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260B72E" w14:textId="77777777" w:rsidR="00282991" w:rsidRDefault="00FE4586">
            <w:pPr>
              <w:spacing w:after="0"/>
            </w:pPr>
            <w:r>
              <w:rPr>
                <w:rFonts w:eastAsia="Arial" w:cs="Arial"/>
                <w:sz w:val="17"/>
              </w:rPr>
              <w:t>10</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3603AAD" w14:textId="77777777" w:rsidR="00282991" w:rsidRDefault="00FE4586">
            <w:pPr>
              <w:spacing w:after="0"/>
            </w:pPr>
            <w:r>
              <w:rPr>
                <w:rFonts w:eastAsia="Arial" w:cs="Arial"/>
                <w:i/>
                <w:color w:val="707070"/>
                <w:sz w:val="20"/>
              </w:rPr>
              <w:t>&lt;Date&gt;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DB7D457" w14:textId="77777777" w:rsidR="00282991" w:rsidRDefault="00FE4586">
            <w:pPr>
              <w:spacing w:after="0"/>
            </w:pPr>
            <w:r>
              <w:rPr>
                <w:rFonts w:eastAsia="Arial" w:cs="Arial"/>
                <w:i/>
                <w:color w:val="707070"/>
                <w:sz w:val="20"/>
              </w:rPr>
              <w:t>&lt;Section&gt;</w:t>
            </w:r>
          </w:p>
        </w:tc>
        <w:tc>
          <w:tcPr>
            <w:tcW w:w="50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059F11C" w14:textId="77777777" w:rsidR="00282991" w:rsidRDefault="00FE4586">
            <w:pPr>
              <w:spacing w:after="0"/>
            </w:pPr>
            <w:r>
              <w:rPr>
                <w:rFonts w:eastAsia="Arial" w:cs="Arial"/>
                <w:i/>
                <w:color w:val="707070"/>
                <w:sz w:val="20"/>
              </w:rPr>
              <w:t>&lt;Description&gt;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583A167" w14:textId="77777777" w:rsidR="00282991" w:rsidRDefault="00FE4586">
            <w:pPr>
              <w:spacing w:after="0"/>
            </w:pPr>
            <w:r>
              <w:rPr>
                <w:rFonts w:eastAsia="Arial" w:cs="Arial"/>
                <w:i/>
                <w:color w:val="707070"/>
                <w:sz w:val="20"/>
              </w:rPr>
              <w:t>&lt;Initials&gt;</w:t>
            </w:r>
          </w:p>
        </w:tc>
      </w:tr>
    </w:tbl>
    <w:p w14:paraId="092D1ADC" w14:textId="77777777" w:rsidR="00282991" w:rsidRDefault="00282991">
      <w:pPr>
        <w:spacing w:after="20"/>
      </w:pPr>
    </w:p>
    <w:p w14:paraId="226C1143" w14:textId="77777777" w:rsidR="00282991" w:rsidRDefault="00FE4586">
      <w:pPr>
        <w:pStyle w:val="Heading1"/>
        <w:pBdr>
          <w:bottom w:val="single" w:sz="10" w:space="2" w:color="E63B07"/>
        </w:pBdr>
      </w:pPr>
      <w:r>
        <w:rPr>
          <w:rFonts w:ascii="Arial" w:eastAsia="Arial" w:hAnsi="Arial" w:cs="Arial"/>
        </w:rPr>
        <w:t>RECORD OF DISTRIBUTION / CONTROLLED ACCESS</w:t>
      </w:r>
    </w:p>
    <w:tbl>
      <w:tblPr>
        <w:tblW w:w="0" w:type="auto"/>
        <w:jc w:val="center"/>
        <w:tblLayout w:type="fixed"/>
        <w:tblLook w:val="04A0" w:firstRow="1" w:lastRow="0" w:firstColumn="1" w:lastColumn="0" w:noHBand="0" w:noVBand="1"/>
      </w:tblPr>
      <w:tblGrid>
        <w:gridCol w:w="2880"/>
        <w:gridCol w:w="3600"/>
        <w:gridCol w:w="1584"/>
        <w:gridCol w:w="2736"/>
      </w:tblGrid>
      <w:tr w:rsidR="00282991" w14:paraId="31A7BD98" w14:textId="77777777">
        <w:trPr>
          <w:cantSplit/>
          <w:tblHeader/>
          <w:jc w:val="center"/>
        </w:trPr>
        <w:tc>
          <w:tcPr>
            <w:tcW w:w="288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6DEF8AE" w14:textId="77777777" w:rsidR="00282991" w:rsidRDefault="00FE4586">
            <w:pPr>
              <w:spacing w:after="0"/>
            </w:pPr>
            <w:r>
              <w:rPr>
                <w:rFonts w:eastAsia="Arial" w:cs="Arial"/>
                <w:b/>
                <w:color w:val="FFFFFF"/>
                <w:sz w:val="17"/>
              </w:rPr>
              <w:t>Recipient / Role</w:t>
            </w:r>
          </w:p>
        </w:tc>
        <w:tc>
          <w:tcPr>
            <w:tcW w:w="360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2F6EDAC" w14:textId="77777777" w:rsidR="00282991" w:rsidRDefault="00FE4586">
            <w:pPr>
              <w:spacing w:after="0"/>
            </w:pPr>
            <w:r>
              <w:rPr>
                <w:rFonts w:eastAsia="Arial" w:cs="Arial"/>
                <w:b/>
                <w:color w:val="FFFFFF"/>
                <w:sz w:val="17"/>
              </w:rPr>
              <w:t>Department / Agency</w:t>
            </w:r>
          </w:p>
        </w:tc>
        <w:tc>
          <w:tcPr>
            <w:tcW w:w="158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608BDBE" w14:textId="77777777" w:rsidR="00282991" w:rsidRDefault="00FE4586">
            <w:pPr>
              <w:spacing w:after="0"/>
            </w:pPr>
            <w:r>
              <w:rPr>
                <w:rFonts w:eastAsia="Arial" w:cs="Arial"/>
                <w:b/>
                <w:color w:val="FFFFFF"/>
                <w:sz w:val="17"/>
              </w:rPr>
              <w:t>Date</w:t>
            </w:r>
          </w:p>
        </w:tc>
        <w:tc>
          <w:tcPr>
            <w:tcW w:w="273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8640F31" w14:textId="77777777" w:rsidR="00282991" w:rsidRDefault="00FE4586">
            <w:pPr>
              <w:spacing w:after="0"/>
            </w:pPr>
            <w:r>
              <w:rPr>
                <w:rFonts w:eastAsia="Arial" w:cs="Arial"/>
                <w:b/>
                <w:color w:val="FFFFFF"/>
                <w:sz w:val="17"/>
              </w:rPr>
              <w:t>Copy / Access</w:t>
            </w:r>
          </w:p>
        </w:tc>
      </w:tr>
      <w:tr w:rsidR="00282991" w14:paraId="2AF4D8AE"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B212E30" w14:textId="77777777" w:rsidR="00282991" w:rsidRDefault="00FE4586">
            <w:pPr>
              <w:spacing w:after="0"/>
            </w:pPr>
            <w:r>
              <w:rPr>
                <w:rFonts w:eastAsia="Arial" w:cs="Arial"/>
                <w:i/>
                <w:color w:val="707070"/>
                <w:sz w:val="20"/>
              </w:rPr>
              <w:t>&lt;Insert&gt;</w:t>
            </w:r>
          </w:p>
        </w:tc>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2F5A33C"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483E652" w14:textId="77777777" w:rsidR="00282991" w:rsidRDefault="00FE4586">
            <w:pPr>
              <w:spacing w:after="0"/>
            </w:pPr>
            <w:r>
              <w:rPr>
                <w:rFonts w:eastAsia="Arial" w:cs="Arial"/>
                <w:i/>
                <w:color w:val="707070"/>
                <w:sz w:val="20"/>
              </w:rPr>
              <w:t>&lt;Date&gt;</w:t>
            </w:r>
          </w:p>
        </w:tc>
        <w:tc>
          <w:tcPr>
            <w:tcW w:w="27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327DA78" w14:textId="77777777" w:rsidR="00282991" w:rsidRDefault="00FE4586">
            <w:pPr>
              <w:spacing w:after="0"/>
            </w:pPr>
            <w:r>
              <w:rPr>
                <w:rFonts w:eastAsia="Arial" w:cs="Arial"/>
                <w:i/>
                <w:color w:val="707070"/>
                <w:sz w:val="20"/>
              </w:rPr>
              <w:t>&lt;Controlled / read-only / hard copy&gt;</w:t>
            </w:r>
          </w:p>
        </w:tc>
      </w:tr>
      <w:tr w:rsidR="00282991" w14:paraId="4B5C7365"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E294FB3" w14:textId="77777777" w:rsidR="00282991" w:rsidRDefault="00FE4586">
            <w:pPr>
              <w:spacing w:after="0"/>
            </w:pPr>
            <w:r>
              <w:rPr>
                <w:rFonts w:eastAsia="Arial" w:cs="Arial"/>
                <w:i/>
                <w:color w:val="707070"/>
                <w:sz w:val="20"/>
              </w:rPr>
              <w:t>&lt;Insert&gt;</w:t>
            </w:r>
          </w:p>
        </w:tc>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1E35141"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8B11289" w14:textId="77777777" w:rsidR="00282991" w:rsidRDefault="00FE4586">
            <w:pPr>
              <w:spacing w:after="0"/>
            </w:pPr>
            <w:r>
              <w:rPr>
                <w:rFonts w:eastAsia="Arial" w:cs="Arial"/>
                <w:i/>
                <w:color w:val="707070"/>
                <w:sz w:val="20"/>
              </w:rPr>
              <w:t>&lt;Date&gt;</w:t>
            </w:r>
          </w:p>
        </w:tc>
        <w:tc>
          <w:tcPr>
            <w:tcW w:w="27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C210F7F" w14:textId="77777777" w:rsidR="00282991" w:rsidRDefault="00FE4586">
            <w:pPr>
              <w:spacing w:after="0"/>
            </w:pPr>
            <w:r>
              <w:rPr>
                <w:rFonts w:eastAsia="Arial" w:cs="Arial"/>
                <w:i/>
                <w:color w:val="707070"/>
                <w:sz w:val="20"/>
              </w:rPr>
              <w:t>&lt;Controlled / read-only / hard copy&gt;</w:t>
            </w:r>
          </w:p>
        </w:tc>
      </w:tr>
      <w:tr w:rsidR="00282991" w14:paraId="04F92BD6"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4C3D810" w14:textId="77777777" w:rsidR="00282991" w:rsidRDefault="00FE4586">
            <w:pPr>
              <w:spacing w:after="0"/>
            </w:pPr>
            <w:r>
              <w:rPr>
                <w:rFonts w:eastAsia="Arial" w:cs="Arial"/>
                <w:i/>
                <w:color w:val="707070"/>
                <w:sz w:val="20"/>
              </w:rPr>
              <w:t>&lt;Insert&gt;</w:t>
            </w:r>
          </w:p>
        </w:tc>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844A6A4"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CB9D0B2" w14:textId="77777777" w:rsidR="00282991" w:rsidRDefault="00FE4586">
            <w:pPr>
              <w:spacing w:after="0"/>
            </w:pPr>
            <w:r>
              <w:rPr>
                <w:rFonts w:eastAsia="Arial" w:cs="Arial"/>
                <w:i/>
                <w:color w:val="707070"/>
                <w:sz w:val="20"/>
              </w:rPr>
              <w:t>&lt;Date&gt;</w:t>
            </w:r>
          </w:p>
        </w:tc>
        <w:tc>
          <w:tcPr>
            <w:tcW w:w="27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F8824D0" w14:textId="77777777" w:rsidR="00282991" w:rsidRDefault="00FE4586">
            <w:pPr>
              <w:spacing w:after="0"/>
            </w:pPr>
            <w:r>
              <w:rPr>
                <w:rFonts w:eastAsia="Arial" w:cs="Arial"/>
                <w:i/>
                <w:color w:val="707070"/>
                <w:sz w:val="20"/>
              </w:rPr>
              <w:t>&lt;Controlled / read-only / hard copy&gt;</w:t>
            </w:r>
          </w:p>
        </w:tc>
      </w:tr>
      <w:tr w:rsidR="00282991" w14:paraId="63E6686B"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6137646" w14:textId="77777777" w:rsidR="00282991" w:rsidRDefault="00FE4586">
            <w:pPr>
              <w:spacing w:after="0"/>
            </w:pPr>
            <w:r>
              <w:rPr>
                <w:rFonts w:eastAsia="Arial" w:cs="Arial"/>
                <w:i/>
                <w:color w:val="707070"/>
                <w:sz w:val="20"/>
              </w:rPr>
              <w:t>&lt;Insert&gt;</w:t>
            </w:r>
          </w:p>
        </w:tc>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3AD4ADA"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A1D447D" w14:textId="77777777" w:rsidR="00282991" w:rsidRDefault="00FE4586">
            <w:pPr>
              <w:spacing w:after="0"/>
            </w:pPr>
            <w:r>
              <w:rPr>
                <w:rFonts w:eastAsia="Arial" w:cs="Arial"/>
                <w:i/>
                <w:color w:val="707070"/>
                <w:sz w:val="20"/>
              </w:rPr>
              <w:t>&lt;Date&gt;</w:t>
            </w:r>
          </w:p>
        </w:tc>
        <w:tc>
          <w:tcPr>
            <w:tcW w:w="27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FD9718F" w14:textId="77777777" w:rsidR="00282991" w:rsidRDefault="00FE4586">
            <w:pPr>
              <w:spacing w:after="0"/>
            </w:pPr>
            <w:r>
              <w:rPr>
                <w:rFonts w:eastAsia="Arial" w:cs="Arial"/>
                <w:i/>
                <w:color w:val="707070"/>
                <w:sz w:val="20"/>
              </w:rPr>
              <w:t>&lt;Controlled / read-only / hard copy&gt;</w:t>
            </w:r>
          </w:p>
        </w:tc>
      </w:tr>
      <w:tr w:rsidR="00282991" w14:paraId="03D14594"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940B92D" w14:textId="77777777" w:rsidR="00282991" w:rsidRDefault="00FE4586">
            <w:pPr>
              <w:spacing w:after="0"/>
            </w:pPr>
            <w:r>
              <w:rPr>
                <w:rFonts w:eastAsia="Arial" w:cs="Arial"/>
                <w:i/>
                <w:color w:val="707070"/>
                <w:sz w:val="20"/>
              </w:rPr>
              <w:t>&lt;Insert&gt;</w:t>
            </w:r>
          </w:p>
        </w:tc>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30CA0D4"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682C8AB" w14:textId="77777777" w:rsidR="00282991" w:rsidRDefault="00FE4586">
            <w:pPr>
              <w:spacing w:after="0"/>
            </w:pPr>
            <w:r>
              <w:rPr>
                <w:rFonts w:eastAsia="Arial" w:cs="Arial"/>
                <w:i/>
                <w:color w:val="707070"/>
                <w:sz w:val="20"/>
              </w:rPr>
              <w:t>&lt;Date&gt;</w:t>
            </w:r>
          </w:p>
        </w:tc>
        <w:tc>
          <w:tcPr>
            <w:tcW w:w="27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259384B" w14:textId="77777777" w:rsidR="00282991" w:rsidRDefault="00FE4586">
            <w:pPr>
              <w:spacing w:after="0"/>
            </w:pPr>
            <w:r>
              <w:rPr>
                <w:rFonts w:eastAsia="Arial" w:cs="Arial"/>
                <w:i/>
                <w:color w:val="707070"/>
                <w:sz w:val="20"/>
              </w:rPr>
              <w:t>&lt;Controlled / read-only / hard copy&gt;</w:t>
            </w:r>
          </w:p>
        </w:tc>
      </w:tr>
      <w:tr w:rsidR="00282991" w14:paraId="1D7B2A48"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E66F850" w14:textId="77777777" w:rsidR="00282991" w:rsidRDefault="00FE4586">
            <w:pPr>
              <w:spacing w:after="0"/>
            </w:pPr>
            <w:r>
              <w:rPr>
                <w:rFonts w:eastAsia="Arial" w:cs="Arial"/>
                <w:i/>
                <w:color w:val="707070"/>
                <w:sz w:val="20"/>
              </w:rPr>
              <w:t>&lt;Insert&gt;</w:t>
            </w:r>
          </w:p>
        </w:tc>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F50DBB9"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C0A06B2" w14:textId="77777777" w:rsidR="00282991" w:rsidRDefault="00FE4586">
            <w:pPr>
              <w:spacing w:after="0"/>
            </w:pPr>
            <w:r>
              <w:rPr>
                <w:rFonts w:eastAsia="Arial" w:cs="Arial"/>
                <w:i/>
                <w:color w:val="707070"/>
                <w:sz w:val="20"/>
              </w:rPr>
              <w:t>&lt;Date&gt;</w:t>
            </w:r>
          </w:p>
        </w:tc>
        <w:tc>
          <w:tcPr>
            <w:tcW w:w="27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7AFC73D" w14:textId="77777777" w:rsidR="00282991" w:rsidRDefault="00FE4586">
            <w:pPr>
              <w:spacing w:after="0"/>
            </w:pPr>
            <w:r>
              <w:rPr>
                <w:rFonts w:eastAsia="Arial" w:cs="Arial"/>
                <w:i/>
                <w:color w:val="707070"/>
                <w:sz w:val="20"/>
              </w:rPr>
              <w:t>&lt;Controlled / read-only / hard copy&gt;</w:t>
            </w:r>
          </w:p>
        </w:tc>
      </w:tr>
    </w:tbl>
    <w:p w14:paraId="1911CBB3" w14:textId="77777777" w:rsidR="00282991" w:rsidRDefault="00282991">
      <w:pPr>
        <w:spacing w:after="20"/>
      </w:pPr>
    </w:p>
    <w:tbl>
      <w:tblPr>
        <w:tblW w:w="0" w:type="auto"/>
        <w:jc w:val="center"/>
        <w:tblLook w:val="04A0" w:firstRow="1" w:lastRow="0" w:firstColumn="1" w:lastColumn="0" w:noHBand="0" w:noVBand="1"/>
      </w:tblPr>
      <w:tblGrid>
        <w:gridCol w:w="10800"/>
      </w:tblGrid>
      <w:tr w:rsidR="00282991" w14:paraId="1D653578" w14:textId="77777777">
        <w:trPr>
          <w:jc w:val="center"/>
        </w:trPr>
        <w:tc>
          <w:tcPr>
            <w:tcW w:w="10800" w:type="dxa"/>
            <w:shd w:val="clear" w:color="auto" w:fill="E8F2EF"/>
            <w:tcMar>
              <w:top w:w="90" w:type="dxa"/>
              <w:left w:w="100" w:type="dxa"/>
              <w:bottom w:w="90" w:type="dxa"/>
              <w:right w:w="100" w:type="dxa"/>
            </w:tcMar>
          </w:tcPr>
          <w:p w14:paraId="5AC046B3" w14:textId="77777777" w:rsidR="00282991" w:rsidRDefault="00FE4586">
            <w:pPr>
              <w:spacing w:after="0"/>
            </w:pPr>
            <w:r>
              <w:rPr>
                <w:rFonts w:eastAsia="Arial" w:cs="Arial"/>
                <w:b/>
                <w:color w:val="015A41"/>
                <w:sz w:val="19"/>
              </w:rPr>
              <w:t xml:space="preserve">PRIVACY / SECURITY </w:t>
            </w:r>
            <w:r>
              <w:rPr>
                <w:rFonts w:eastAsia="Arial" w:cs="Arial"/>
                <w:sz w:val="18"/>
              </w:rPr>
              <w:t>Do not place patient-identifiable information, unrestricted employee personal contacts, passwords, security-system codes, or other sensitive information in broadly distributed copies of the EOP. Reference secured controlled locations.</w:t>
            </w:r>
          </w:p>
        </w:tc>
      </w:tr>
    </w:tbl>
    <w:p w14:paraId="4EC0FA69" w14:textId="77777777" w:rsidR="00282991" w:rsidRDefault="00282991">
      <w:pPr>
        <w:spacing w:after="20"/>
      </w:pPr>
    </w:p>
    <w:p w14:paraId="5C53625D" w14:textId="77777777" w:rsidR="00282991" w:rsidRDefault="00FE4586">
      <w:r>
        <w:br w:type="page"/>
      </w:r>
    </w:p>
    <w:p w14:paraId="05F169EC" w14:textId="77777777" w:rsidR="00282991" w:rsidRDefault="00FE4586">
      <w:pPr>
        <w:pStyle w:val="Heading1"/>
        <w:pBdr>
          <w:bottom w:val="single" w:sz="10" w:space="2" w:color="E63B07"/>
        </w:pBdr>
      </w:pPr>
      <w:r>
        <w:rPr>
          <w:rFonts w:ascii="Arial" w:eastAsia="Arial" w:hAnsi="Arial" w:cs="Arial"/>
        </w:rPr>
        <w:lastRenderedPageBreak/>
        <w:t>TABLE OF CONTENTS - STANDARD HCC-ME ESRD/DIALYSIS STRUCTURE</w:t>
      </w:r>
    </w:p>
    <w:tbl>
      <w:tblPr>
        <w:tblW w:w="0" w:type="auto"/>
        <w:jc w:val="center"/>
        <w:tblLayout w:type="fixed"/>
        <w:tblLook w:val="04A0" w:firstRow="1" w:lastRow="0" w:firstColumn="1" w:lastColumn="0" w:noHBand="0" w:noVBand="1"/>
      </w:tblPr>
      <w:tblGrid>
        <w:gridCol w:w="1296"/>
        <w:gridCol w:w="9504"/>
      </w:tblGrid>
      <w:tr w:rsidR="00282991" w14:paraId="3BA37EC2" w14:textId="77777777">
        <w:trPr>
          <w:cantSplit/>
          <w:tblHeader/>
          <w:jc w:val="center"/>
        </w:trPr>
        <w:tc>
          <w:tcPr>
            <w:tcW w:w="129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97937F0" w14:textId="77777777" w:rsidR="00282991" w:rsidRDefault="00FE4586">
            <w:pPr>
              <w:spacing w:after="0"/>
            </w:pPr>
            <w:r>
              <w:rPr>
                <w:rFonts w:eastAsia="Arial" w:cs="Arial"/>
                <w:b/>
                <w:color w:val="FFFFFF"/>
                <w:sz w:val="18"/>
              </w:rPr>
              <w:t>Section</w:t>
            </w:r>
          </w:p>
        </w:tc>
        <w:tc>
          <w:tcPr>
            <w:tcW w:w="950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A63A450" w14:textId="77777777" w:rsidR="00282991" w:rsidRDefault="00FE4586">
            <w:pPr>
              <w:spacing w:after="0"/>
            </w:pPr>
            <w:r>
              <w:rPr>
                <w:rFonts w:eastAsia="Arial" w:cs="Arial"/>
                <w:b/>
                <w:color w:val="FFFFFF"/>
                <w:sz w:val="18"/>
              </w:rPr>
              <w:t>Title</w:t>
            </w:r>
          </w:p>
        </w:tc>
      </w:tr>
      <w:tr w:rsidR="00282991" w14:paraId="0646CFD9" w14:textId="77777777">
        <w:trPr>
          <w:cantSplit/>
          <w:jc w:val="center"/>
        </w:trPr>
        <w:tc>
          <w:tcPr>
            <w:tcW w:w="12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A42AF52" w14:textId="77777777" w:rsidR="00282991" w:rsidRDefault="00FE4586">
            <w:pPr>
              <w:spacing w:after="0"/>
            </w:pPr>
            <w:r>
              <w:rPr>
                <w:rFonts w:eastAsia="Arial" w:cs="Arial"/>
                <w:sz w:val="18"/>
              </w:rPr>
              <w:t>1</w:t>
            </w:r>
          </w:p>
        </w:tc>
        <w:tc>
          <w:tcPr>
            <w:tcW w:w="95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B4CA445" w14:textId="77777777" w:rsidR="00282991" w:rsidRDefault="00FE4586">
            <w:pPr>
              <w:spacing w:after="0"/>
            </w:pPr>
            <w:r>
              <w:rPr>
                <w:rFonts w:eastAsia="Arial" w:cs="Arial"/>
                <w:sz w:val="18"/>
              </w:rPr>
              <w:t>INTRODUCTION</w:t>
            </w:r>
          </w:p>
        </w:tc>
      </w:tr>
      <w:tr w:rsidR="00282991" w14:paraId="4C2211BC" w14:textId="77777777">
        <w:trPr>
          <w:cantSplit/>
          <w:jc w:val="center"/>
        </w:trPr>
        <w:tc>
          <w:tcPr>
            <w:tcW w:w="12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5A07712" w14:textId="77777777" w:rsidR="00282991" w:rsidRDefault="00FE4586">
            <w:pPr>
              <w:spacing w:after="0"/>
            </w:pPr>
            <w:r>
              <w:rPr>
                <w:rFonts w:eastAsia="Arial" w:cs="Arial"/>
                <w:sz w:val="18"/>
              </w:rPr>
              <w:t>2</w:t>
            </w:r>
          </w:p>
        </w:tc>
        <w:tc>
          <w:tcPr>
            <w:tcW w:w="95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804D311" w14:textId="77777777" w:rsidR="00282991" w:rsidRDefault="00FE4586">
            <w:pPr>
              <w:spacing w:after="0"/>
            </w:pPr>
            <w:r>
              <w:rPr>
                <w:rFonts w:eastAsia="Arial" w:cs="Arial"/>
                <w:sz w:val="18"/>
              </w:rPr>
              <w:t>ADMINISTRATION</w:t>
            </w:r>
          </w:p>
        </w:tc>
      </w:tr>
      <w:tr w:rsidR="00282991" w14:paraId="27165974" w14:textId="77777777">
        <w:trPr>
          <w:cantSplit/>
          <w:jc w:val="center"/>
        </w:trPr>
        <w:tc>
          <w:tcPr>
            <w:tcW w:w="12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20F3BFA" w14:textId="77777777" w:rsidR="00282991" w:rsidRDefault="00FE4586">
            <w:pPr>
              <w:spacing w:after="0"/>
            </w:pPr>
            <w:r>
              <w:rPr>
                <w:rFonts w:eastAsia="Arial" w:cs="Arial"/>
                <w:sz w:val="18"/>
              </w:rPr>
              <w:t>3</w:t>
            </w:r>
          </w:p>
        </w:tc>
        <w:tc>
          <w:tcPr>
            <w:tcW w:w="95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D7CC821" w14:textId="77777777" w:rsidR="00282991" w:rsidRDefault="00FE4586">
            <w:pPr>
              <w:spacing w:after="0"/>
            </w:pPr>
            <w:r>
              <w:rPr>
                <w:rFonts w:eastAsia="Arial" w:cs="Arial"/>
                <w:sz w:val="18"/>
              </w:rPr>
              <w:t>SITUATION / RISK ASSESSMENT</w:t>
            </w:r>
          </w:p>
        </w:tc>
      </w:tr>
      <w:tr w:rsidR="00282991" w14:paraId="02E8D75F" w14:textId="77777777">
        <w:trPr>
          <w:cantSplit/>
          <w:jc w:val="center"/>
        </w:trPr>
        <w:tc>
          <w:tcPr>
            <w:tcW w:w="12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F728B36" w14:textId="77777777" w:rsidR="00282991" w:rsidRDefault="00FE4586">
            <w:pPr>
              <w:spacing w:after="0"/>
            </w:pPr>
            <w:r>
              <w:rPr>
                <w:rFonts w:eastAsia="Arial" w:cs="Arial"/>
                <w:sz w:val="18"/>
              </w:rPr>
              <w:t>4</w:t>
            </w:r>
          </w:p>
        </w:tc>
        <w:tc>
          <w:tcPr>
            <w:tcW w:w="95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85368D1" w14:textId="77777777" w:rsidR="00282991" w:rsidRDefault="00FE4586">
            <w:pPr>
              <w:spacing w:after="0"/>
            </w:pPr>
            <w:r>
              <w:rPr>
                <w:rFonts w:eastAsia="Arial" w:cs="Arial"/>
                <w:sz w:val="18"/>
              </w:rPr>
              <w:t>CONCEPT OF OPERATIONS</w:t>
            </w:r>
          </w:p>
        </w:tc>
      </w:tr>
      <w:tr w:rsidR="00282991" w14:paraId="1BBC7896" w14:textId="77777777">
        <w:trPr>
          <w:cantSplit/>
          <w:jc w:val="center"/>
        </w:trPr>
        <w:tc>
          <w:tcPr>
            <w:tcW w:w="12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99B08E4" w14:textId="77777777" w:rsidR="00282991" w:rsidRDefault="00FE4586">
            <w:pPr>
              <w:spacing w:after="0"/>
            </w:pPr>
            <w:r>
              <w:rPr>
                <w:rFonts w:eastAsia="Arial" w:cs="Arial"/>
                <w:sz w:val="18"/>
              </w:rPr>
              <w:t>5</w:t>
            </w:r>
          </w:p>
        </w:tc>
        <w:tc>
          <w:tcPr>
            <w:tcW w:w="95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BB0E135" w14:textId="77777777" w:rsidR="00282991" w:rsidRDefault="00FE4586">
            <w:pPr>
              <w:spacing w:after="0"/>
            </w:pPr>
            <w:r>
              <w:rPr>
                <w:rFonts w:eastAsia="Arial" w:cs="Arial"/>
                <w:sz w:val="18"/>
              </w:rPr>
              <w:t>ROLES AND RESPONSIBILITIES</w:t>
            </w:r>
          </w:p>
        </w:tc>
      </w:tr>
      <w:tr w:rsidR="00282991" w14:paraId="4C41CA19" w14:textId="77777777">
        <w:trPr>
          <w:cantSplit/>
          <w:jc w:val="center"/>
        </w:trPr>
        <w:tc>
          <w:tcPr>
            <w:tcW w:w="12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86ACD2A" w14:textId="77777777" w:rsidR="00282991" w:rsidRDefault="00FE4586">
            <w:pPr>
              <w:spacing w:after="0"/>
            </w:pPr>
            <w:r>
              <w:rPr>
                <w:rFonts w:eastAsia="Arial" w:cs="Arial"/>
                <w:sz w:val="18"/>
              </w:rPr>
              <w:t>6</w:t>
            </w:r>
          </w:p>
        </w:tc>
        <w:tc>
          <w:tcPr>
            <w:tcW w:w="95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44D805A" w14:textId="77777777" w:rsidR="00282991" w:rsidRDefault="00FE4586">
            <w:pPr>
              <w:spacing w:after="0"/>
            </w:pPr>
            <w:r>
              <w:rPr>
                <w:rFonts w:eastAsia="Arial" w:cs="Arial"/>
                <w:sz w:val="18"/>
              </w:rPr>
              <w:t>COMMAND AND COORDINATION</w:t>
            </w:r>
          </w:p>
        </w:tc>
      </w:tr>
      <w:tr w:rsidR="00282991" w14:paraId="5E80729D" w14:textId="77777777">
        <w:trPr>
          <w:cantSplit/>
          <w:jc w:val="center"/>
        </w:trPr>
        <w:tc>
          <w:tcPr>
            <w:tcW w:w="12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2F2ECEA" w14:textId="77777777" w:rsidR="00282991" w:rsidRDefault="00FE4586">
            <w:pPr>
              <w:spacing w:after="0"/>
            </w:pPr>
            <w:r>
              <w:rPr>
                <w:rFonts w:eastAsia="Arial" w:cs="Arial"/>
                <w:sz w:val="18"/>
              </w:rPr>
              <w:t>7</w:t>
            </w:r>
          </w:p>
        </w:tc>
        <w:tc>
          <w:tcPr>
            <w:tcW w:w="95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C777998" w14:textId="77777777" w:rsidR="00282991" w:rsidRDefault="00FE4586">
            <w:pPr>
              <w:spacing w:after="0"/>
            </w:pPr>
            <w:r>
              <w:rPr>
                <w:rFonts w:eastAsia="Arial" w:cs="Arial"/>
                <w:sz w:val="18"/>
              </w:rPr>
              <w:t>RESOURCES AND ASSETS</w:t>
            </w:r>
          </w:p>
        </w:tc>
      </w:tr>
      <w:tr w:rsidR="00282991" w14:paraId="6E48B1FC" w14:textId="77777777">
        <w:trPr>
          <w:cantSplit/>
          <w:jc w:val="center"/>
        </w:trPr>
        <w:tc>
          <w:tcPr>
            <w:tcW w:w="12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0B9EC4C" w14:textId="77777777" w:rsidR="00282991" w:rsidRDefault="00FE4586">
            <w:pPr>
              <w:spacing w:after="0"/>
            </w:pPr>
            <w:r>
              <w:rPr>
                <w:rFonts w:eastAsia="Arial" w:cs="Arial"/>
                <w:sz w:val="18"/>
              </w:rPr>
              <w:t>8</w:t>
            </w:r>
          </w:p>
        </w:tc>
        <w:tc>
          <w:tcPr>
            <w:tcW w:w="95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7AACB5D" w14:textId="77777777" w:rsidR="00282991" w:rsidRDefault="00FE4586">
            <w:pPr>
              <w:spacing w:after="0"/>
            </w:pPr>
            <w:r>
              <w:rPr>
                <w:rFonts w:eastAsia="Arial" w:cs="Arial"/>
                <w:sz w:val="18"/>
              </w:rPr>
              <w:t>MANAGEMENT OF STAFF &amp; VOLUNTEERS</w:t>
            </w:r>
          </w:p>
        </w:tc>
      </w:tr>
      <w:tr w:rsidR="00282991" w14:paraId="2566D3A7" w14:textId="77777777">
        <w:trPr>
          <w:cantSplit/>
          <w:jc w:val="center"/>
        </w:trPr>
        <w:tc>
          <w:tcPr>
            <w:tcW w:w="12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5E0F805" w14:textId="77777777" w:rsidR="00282991" w:rsidRDefault="00FE4586">
            <w:pPr>
              <w:spacing w:after="0"/>
            </w:pPr>
            <w:r>
              <w:rPr>
                <w:rFonts w:eastAsia="Arial" w:cs="Arial"/>
                <w:sz w:val="18"/>
              </w:rPr>
              <w:t>9</w:t>
            </w:r>
          </w:p>
        </w:tc>
        <w:tc>
          <w:tcPr>
            <w:tcW w:w="95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297D22C" w14:textId="77777777" w:rsidR="00282991" w:rsidRDefault="00FE4586">
            <w:pPr>
              <w:spacing w:after="0"/>
            </w:pPr>
            <w:r>
              <w:rPr>
                <w:rFonts w:eastAsia="Arial" w:cs="Arial"/>
                <w:sz w:val="18"/>
              </w:rPr>
              <w:t>MANAGEMENT OF PATIENTS &amp; DIALYSIS SERVICES</w:t>
            </w:r>
          </w:p>
        </w:tc>
      </w:tr>
      <w:tr w:rsidR="00282991" w14:paraId="1FA05F47" w14:textId="77777777">
        <w:trPr>
          <w:cantSplit/>
          <w:jc w:val="center"/>
        </w:trPr>
        <w:tc>
          <w:tcPr>
            <w:tcW w:w="12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4D27632" w14:textId="77777777" w:rsidR="00282991" w:rsidRDefault="00FE4586">
            <w:pPr>
              <w:spacing w:after="0"/>
            </w:pPr>
            <w:r>
              <w:rPr>
                <w:rFonts w:eastAsia="Arial" w:cs="Arial"/>
                <w:sz w:val="18"/>
              </w:rPr>
              <w:t>10</w:t>
            </w:r>
          </w:p>
        </w:tc>
        <w:tc>
          <w:tcPr>
            <w:tcW w:w="95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90D55C6" w14:textId="77777777" w:rsidR="00282991" w:rsidRDefault="00FE4586">
            <w:pPr>
              <w:spacing w:after="0"/>
            </w:pPr>
            <w:r>
              <w:rPr>
                <w:rFonts w:eastAsia="Arial" w:cs="Arial"/>
                <w:sz w:val="18"/>
              </w:rPr>
              <w:t>WATER, DIALYSATE, UTILITIES, PHYSICAL PLANT &amp; SUPPLIES</w:t>
            </w:r>
          </w:p>
        </w:tc>
      </w:tr>
      <w:tr w:rsidR="00282991" w14:paraId="6B28D12B" w14:textId="77777777">
        <w:trPr>
          <w:cantSplit/>
          <w:jc w:val="center"/>
        </w:trPr>
        <w:tc>
          <w:tcPr>
            <w:tcW w:w="12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673F22B" w14:textId="77777777" w:rsidR="00282991" w:rsidRDefault="00FE4586">
            <w:pPr>
              <w:spacing w:after="0"/>
            </w:pPr>
            <w:r>
              <w:rPr>
                <w:rFonts w:eastAsia="Arial" w:cs="Arial"/>
                <w:sz w:val="18"/>
              </w:rPr>
              <w:t>11</w:t>
            </w:r>
          </w:p>
        </w:tc>
        <w:tc>
          <w:tcPr>
            <w:tcW w:w="95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91E517D" w14:textId="77777777" w:rsidR="00282991" w:rsidRDefault="00FE4586">
            <w:pPr>
              <w:spacing w:after="0"/>
            </w:pPr>
            <w:r>
              <w:rPr>
                <w:rFonts w:eastAsia="Arial" w:cs="Arial"/>
                <w:sz w:val="18"/>
              </w:rPr>
              <w:t>COMMUNICATIONS &amp; INFORMATION SYSTEMS</w:t>
            </w:r>
          </w:p>
        </w:tc>
      </w:tr>
      <w:tr w:rsidR="00282991" w14:paraId="623DF1E8" w14:textId="77777777">
        <w:trPr>
          <w:cantSplit/>
          <w:jc w:val="center"/>
        </w:trPr>
        <w:tc>
          <w:tcPr>
            <w:tcW w:w="12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7ED57A2" w14:textId="77777777" w:rsidR="00282991" w:rsidRDefault="00FE4586">
            <w:pPr>
              <w:spacing w:after="0"/>
            </w:pPr>
            <w:r>
              <w:rPr>
                <w:rFonts w:eastAsia="Arial" w:cs="Arial"/>
                <w:sz w:val="18"/>
              </w:rPr>
              <w:t>12</w:t>
            </w:r>
          </w:p>
        </w:tc>
        <w:tc>
          <w:tcPr>
            <w:tcW w:w="95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747A2D1" w14:textId="77777777" w:rsidR="00282991" w:rsidRDefault="00FE4586">
            <w:pPr>
              <w:spacing w:after="0"/>
            </w:pPr>
            <w:r>
              <w:rPr>
                <w:rFonts w:eastAsia="Arial" w:cs="Arial"/>
                <w:sz w:val="18"/>
              </w:rPr>
              <w:t>EVACUATION, SHELTER-IN-PLACE, TREATMENT INTERRUPTION &amp; CLOSURE</w:t>
            </w:r>
          </w:p>
        </w:tc>
      </w:tr>
      <w:tr w:rsidR="00282991" w14:paraId="3C7172B2" w14:textId="77777777">
        <w:trPr>
          <w:cantSplit/>
          <w:jc w:val="center"/>
        </w:trPr>
        <w:tc>
          <w:tcPr>
            <w:tcW w:w="12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D764425" w14:textId="77777777" w:rsidR="00282991" w:rsidRDefault="00FE4586">
            <w:pPr>
              <w:spacing w:after="0"/>
            </w:pPr>
            <w:r>
              <w:rPr>
                <w:rFonts w:eastAsia="Arial" w:cs="Arial"/>
                <w:sz w:val="18"/>
              </w:rPr>
              <w:t>13</w:t>
            </w:r>
          </w:p>
        </w:tc>
        <w:tc>
          <w:tcPr>
            <w:tcW w:w="95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D212ABD" w14:textId="77777777" w:rsidR="00282991" w:rsidRDefault="00FE4586">
            <w:pPr>
              <w:spacing w:after="0"/>
            </w:pPr>
            <w:r>
              <w:rPr>
                <w:rFonts w:eastAsia="Arial" w:cs="Arial"/>
                <w:sz w:val="18"/>
              </w:rPr>
              <w:t>RECOVERY, CONTINUITY &amp; QAPI</w:t>
            </w:r>
          </w:p>
        </w:tc>
      </w:tr>
      <w:tr w:rsidR="00282991" w14:paraId="6EE9EF74" w14:textId="77777777">
        <w:trPr>
          <w:cantSplit/>
          <w:jc w:val="center"/>
        </w:trPr>
        <w:tc>
          <w:tcPr>
            <w:tcW w:w="12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749EEED" w14:textId="77777777" w:rsidR="00282991" w:rsidRDefault="00FE4586">
            <w:pPr>
              <w:spacing w:after="0"/>
            </w:pPr>
            <w:r>
              <w:rPr>
                <w:rFonts w:eastAsia="Arial" w:cs="Arial"/>
                <w:sz w:val="18"/>
              </w:rPr>
              <w:t>14</w:t>
            </w:r>
          </w:p>
        </w:tc>
        <w:tc>
          <w:tcPr>
            <w:tcW w:w="95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A5FF941" w14:textId="77777777" w:rsidR="00282991" w:rsidRDefault="00FE4586">
            <w:pPr>
              <w:spacing w:after="0"/>
            </w:pPr>
            <w:r>
              <w:rPr>
                <w:rFonts w:eastAsia="Arial" w:cs="Arial"/>
                <w:sz w:val="18"/>
              </w:rPr>
              <w:t>GLOSSARY</w:t>
            </w:r>
          </w:p>
        </w:tc>
      </w:tr>
      <w:tr w:rsidR="00282991" w14:paraId="11BBBB45" w14:textId="77777777">
        <w:trPr>
          <w:cantSplit/>
          <w:jc w:val="center"/>
        </w:trPr>
        <w:tc>
          <w:tcPr>
            <w:tcW w:w="12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F9421DD" w14:textId="77777777" w:rsidR="00282991" w:rsidRDefault="00FE4586">
            <w:pPr>
              <w:spacing w:after="0"/>
            </w:pPr>
            <w:r>
              <w:rPr>
                <w:rFonts w:eastAsia="Arial" w:cs="Arial"/>
                <w:sz w:val="18"/>
              </w:rPr>
              <w:t>15</w:t>
            </w:r>
          </w:p>
        </w:tc>
        <w:tc>
          <w:tcPr>
            <w:tcW w:w="95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0E3E458" w14:textId="77777777" w:rsidR="00282991" w:rsidRDefault="00FE4586">
            <w:pPr>
              <w:spacing w:after="0"/>
            </w:pPr>
            <w:r>
              <w:rPr>
                <w:rFonts w:eastAsia="Arial" w:cs="Arial"/>
                <w:sz w:val="18"/>
              </w:rPr>
              <w:t>ACRONYMS</w:t>
            </w:r>
          </w:p>
        </w:tc>
      </w:tr>
      <w:tr w:rsidR="00282991" w14:paraId="0952DB2C" w14:textId="77777777">
        <w:trPr>
          <w:cantSplit/>
          <w:jc w:val="center"/>
        </w:trPr>
        <w:tc>
          <w:tcPr>
            <w:tcW w:w="12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A0BFB7D" w14:textId="77777777" w:rsidR="00282991" w:rsidRDefault="00FE4586">
            <w:pPr>
              <w:spacing w:after="0"/>
            </w:pPr>
            <w:r>
              <w:rPr>
                <w:rFonts w:eastAsia="Arial" w:cs="Arial"/>
                <w:sz w:val="18"/>
              </w:rPr>
              <w:t>16</w:t>
            </w:r>
          </w:p>
        </w:tc>
        <w:tc>
          <w:tcPr>
            <w:tcW w:w="95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8BBD7CE" w14:textId="77777777" w:rsidR="00282991" w:rsidRDefault="00FE4586">
            <w:pPr>
              <w:spacing w:after="0"/>
            </w:pPr>
            <w:r>
              <w:rPr>
                <w:rFonts w:eastAsia="Arial" w:cs="Arial"/>
                <w:sz w:val="18"/>
              </w:rPr>
              <w:t>ATTACHMENTS &amp; SUPPORTING DOCUMENTATION</w:t>
            </w:r>
          </w:p>
        </w:tc>
      </w:tr>
      <w:tr w:rsidR="00282991" w14:paraId="1790DA42" w14:textId="77777777">
        <w:trPr>
          <w:cantSplit/>
          <w:jc w:val="center"/>
        </w:trPr>
        <w:tc>
          <w:tcPr>
            <w:tcW w:w="12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AAED896" w14:textId="77777777" w:rsidR="00282991" w:rsidRDefault="00FE4586">
            <w:pPr>
              <w:spacing w:after="0"/>
            </w:pPr>
            <w:r>
              <w:rPr>
                <w:rFonts w:eastAsia="Arial" w:cs="Arial"/>
                <w:sz w:val="18"/>
              </w:rPr>
              <w:t>17</w:t>
            </w:r>
          </w:p>
        </w:tc>
        <w:tc>
          <w:tcPr>
            <w:tcW w:w="95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0B7D5C6" w14:textId="77777777" w:rsidR="00282991" w:rsidRDefault="00FE4586">
            <w:pPr>
              <w:spacing w:after="0"/>
            </w:pPr>
            <w:r>
              <w:rPr>
                <w:rFonts w:eastAsia="Arial" w:cs="Arial"/>
                <w:sz w:val="18"/>
              </w:rPr>
              <w:t>ANNEXES</w:t>
            </w:r>
          </w:p>
        </w:tc>
      </w:tr>
      <w:tr w:rsidR="00282991" w14:paraId="49E25396" w14:textId="77777777">
        <w:trPr>
          <w:cantSplit/>
          <w:jc w:val="center"/>
        </w:trPr>
        <w:tc>
          <w:tcPr>
            <w:tcW w:w="12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B11DAD6" w14:textId="77777777" w:rsidR="00282991" w:rsidRDefault="00FE4586">
            <w:pPr>
              <w:spacing w:after="0"/>
            </w:pPr>
            <w:r>
              <w:rPr>
                <w:rFonts w:eastAsia="Arial" w:cs="Arial"/>
                <w:sz w:val="18"/>
              </w:rPr>
              <w:t>18</w:t>
            </w:r>
          </w:p>
        </w:tc>
        <w:tc>
          <w:tcPr>
            <w:tcW w:w="95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7051ACF" w14:textId="77777777" w:rsidR="00282991" w:rsidRDefault="00FE4586">
            <w:pPr>
              <w:spacing w:after="0"/>
            </w:pPr>
            <w:r>
              <w:rPr>
                <w:rFonts w:eastAsia="Arial" w:cs="Arial"/>
                <w:sz w:val="18"/>
              </w:rPr>
              <w:t>INCIDENT-SPECIFIC APPENDICES</w:t>
            </w:r>
          </w:p>
        </w:tc>
      </w:tr>
      <w:tr w:rsidR="00282991" w14:paraId="4A4947B0" w14:textId="77777777">
        <w:trPr>
          <w:cantSplit/>
          <w:jc w:val="center"/>
        </w:trPr>
        <w:tc>
          <w:tcPr>
            <w:tcW w:w="12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AAD79E9" w14:textId="77777777" w:rsidR="00282991" w:rsidRDefault="00FE4586">
            <w:pPr>
              <w:spacing w:after="0"/>
            </w:pPr>
            <w:r>
              <w:rPr>
                <w:rFonts w:eastAsia="Arial" w:cs="Arial"/>
                <w:sz w:val="18"/>
              </w:rPr>
              <w:t>19</w:t>
            </w:r>
          </w:p>
        </w:tc>
        <w:tc>
          <w:tcPr>
            <w:tcW w:w="95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C2AA002" w14:textId="77777777" w:rsidR="00282991" w:rsidRDefault="00FE4586">
            <w:pPr>
              <w:spacing w:after="0"/>
            </w:pPr>
            <w:r>
              <w:rPr>
                <w:rFonts w:eastAsia="Arial" w:cs="Arial"/>
                <w:sz w:val="18"/>
              </w:rPr>
              <w:t>OFFICIAL SOURCES &amp; VERSION REFERENCES</w:t>
            </w:r>
          </w:p>
        </w:tc>
      </w:tr>
    </w:tbl>
    <w:p w14:paraId="78501868" w14:textId="77777777" w:rsidR="00282991" w:rsidRDefault="00282991">
      <w:pPr>
        <w:spacing w:after="20"/>
      </w:pPr>
    </w:p>
    <w:p w14:paraId="33C53615" w14:textId="77777777" w:rsidR="00282991" w:rsidRDefault="00FE4586">
      <w:r>
        <w:rPr>
          <w:rFonts w:eastAsia="Arial" w:cs="Arial"/>
          <w:i/>
          <w:color w:val="707070"/>
          <w:sz w:val="18"/>
        </w:rPr>
        <w:t>After facility customization, update Word navigation/TOC fields and page references before final adoption.</w:t>
      </w:r>
    </w:p>
    <w:p w14:paraId="2FB8977A" w14:textId="77777777" w:rsidR="00282991" w:rsidRDefault="00FE4586">
      <w:r>
        <w:br w:type="page"/>
      </w:r>
    </w:p>
    <w:p w14:paraId="5797E09C" w14:textId="77777777" w:rsidR="00282991" w:rsidRDefault="00FE4586">
      <w:pPr>
        <w:pStyle w:val="Heading1"/>
        <w:pBdr>
          <w:bottom w:val="single" w:sz="10" w:space="2" w:color="E63B07"/>
        </w:pBdr>
      </w:pPr>
      <w:r>
        <w:rPr>
          <w:rFonts w:ascii="Arial" w:eastAsia="Arial" w:hAnsi="Arial" w:cs="Arial"/>
        </w:rPr>
        <w:lastRenderedPageBreak/>
        <w:t>1. INTRODUCTION</w:t>
      </w:r>
    </w:p>
    <w:tbl>
      <w:tblPr>
        <w:tblW w:w="0" w:type="auto"/>
        <w:jc w:val="center"/>
        <w:tblLook w:val="04A0" w:firstRow="1" w:lastRow="0" w:firstColumn="1" w:lastColumn="0" w:noHBand="0" w:noVBand="1"/>
      </w:tblPr>
      <w:tblGrid>
        <w:gridCol w:w="10800"/>
      </w:tblGrid>
      <w:tr w:rsidR="00282991" w14:paraId="61DCFEB9" w14:textId="77777777">
        <w:trPr>
          <w:jc w:val="center"/>
        </w:trPr>
        <w:tc>
          <w:tcPr>
            <w:tcW w:w="10800" w:type="dxa"/>
            <w:shd w:val="clear" w:color="auto" w:fill="E8F2EF"/>
            <w:tcMar>
              <w:top w:w="90" w:type="dxa"/>
              <w:left w:w="100" w:type="dxa"/>
              <w:bottom w:w="90" w:type="dxa"/>
              <w:right w:w="100" w:type="dxa"/>
            </w:tcMar>
          </w:tcPr>
          <w:p w14:paraId="7890B0D6" w14:textId="77777777" w:rsidR="00282991" w:rsidRDefault="00FE4586">
            <w:pPr>
              <w:spacing w:after="0"/>
            </w:pPr>
            <w:r>
              <w:rPr>
                <w:rFonts w:eastAsia="Arial" w:cs="Arial"/>
                <w:b/>
                <w:color w:val="015A41"/>
                <w:sz w:val="19"/>
              </w:rPr>
              <w:t xml:space="preserve">REGULATORY BASIS </w:t>
            </w:r>
            <w:r>
              <w:rPr>
                <w:rFonts w:eastAsia="Arial" w:cs="Arial"/>
                <w:sz w:val="18"/>
              </w:rPr>
              <w:t>42 CFR §494.62(a); CMS Appendix Z. Supporting references include 42 CFR Part 494, CMS Appendix H, and applicable Maine/local requirements.</w:t>
            </w:r>
          </w:p>
        </w:tc>
      </w:tr>
    </w:tbl>
    <w:p w14:paraId="7624D825" w14:textId="77777777" w:rsidR="00282991" w:rsidRDefault="00282991">
      <w:pPr>
        <w:spacing w:after="20"/>
      </w:pPr>
    </w:p>
    <w:p w14:paraId="7E84F494" w14:textId="77777777" w:rsidR="00282991" w:rsidRDefault="00FE4586">
      <w:pPr>
        <w:pStyle w:val="Heading2"/>
      </w:pPr>
      <w:r>
        <w:rPr>
          <w:rFonts w:ascii="Arial" w:eastAsia="Arial" w:hAnsi="Arial" w:cs="Arial"/>
        </w:rPr>
        <w:t>A. Purpose</w:t>
      </w:r>
    </w:p>
    <w:p w14:paraId="4DA7DCC2" w14:textId="77777777" w:rsidR="00282991" w:rsidRDefault="00FE4586">
      <w:r>
        <w:rPr>
          <w:rFonts w:eastAsia="Arial" w:cs="Arial"/>
        </w:rPr>
        <w:t>The &lt;Insert facility name&gt; Emergency Operations Plan (EOP) is an all-hazards plan for preparing for, responding to, maintaining essential dialysis services during, and recovering from emergencies that could affect patient safety, treatment continuity, staff, water/dialysate systems, infrastructure, access, service delivery, or facility operations.</w:t>
      </w:r>
    </w:p>
    <w:p w14:paraId="3BCCD638" w14:textId="77777777" w:rsidR="00282991" w:rsidRDefault="00FE4586">
      <w:pPr>
        <w:pStyle w:val="Heading2"/>
      </w:pPr>
      <w:r>
        <w:rPr>
          <w:rFonts w:ascii="Arial" w:eastAsia="Arial" w:hAnsi="Arial" w:cs="Arial"/>
        </w:rPr>
        <w:t>B. Scope</w:t>
      </w:r>
    </w:p>
    <w:p w14:paraId="3C42F0B8" w14:textId="77777777" w:rsidR="00282991" w:rsidRDefault="00FE4586">
      <w:r>
        <w:rPr>
          <w:rFonts w:eastAsia="Arial" w:cs="Arial"/>
        </w:rPr>
        <w:t>This EOP applies to &lt;insert sites, treatment areas, home-dialysis programs, contracted functions, and other covered operations&gt;. It addresses staff, individuals providing services under arrangement, volunteers, patients, caregivers, visitors, and other persons affected by ESRD facility operations as appropriate.</w:t>
      </w:r>
    </w:p>
    <w:p w14:paraId="6F199C88" w14:textId="77777777" w:rsidR="00282991" w:rsidRDefault="00FE4586">
      <w:pPr>
        <w:pStyle w:val="Heading2"/>
      </w:pPr>
      <w:r>
        <w:rPr>
          <w:rFonts w:ascii="Arial" w:eastAsia="Arial" w:hAnsi="Arial" w:cs="Arial"/>
        </w:rPr>
        <w:t>C. Planning Assumptions</w:t>
      </w:r>
    </w:p>
    <w:p w14:paraId="4496F781" w14:textId="77777777" w:rsidR="00282991" w:rsidRDefault="00FE4586">
      <w:pPr>
        <w:pStyle w:val="ListBullet"/>
        <w:spacing w:after="40"/>
      </w:pPr>
      <w:r>
        <w:rPr>
          <w:rFonts w:eastAsia="Arial" w:cs="Arial"/>
          <w:sz w:val="20"/>
        </w:rPr>
        <w:t>Emergencies may affect the dialysis facility internally, the surrounding community, or both.</w:t>
      </w:r>
    </w:p>
    <w:p w14:paraId="6EA1F17E" w14:textId="77777777" w:rsidR="00282991" w:rsidRDefault="00FE4586">
      <w:pPr>
        <w:pStyle w:val="ListBullet"/>
        <w:spacing w:after="40"/>
      </w:pPr>
      <w:r>
        <w:rPr>
          <w:rFonts w:eastAsia="Arial" w:cs="Arial"/>
          <w:sz w:val="20"/>
        </w:rPr>
        <w:t>The facility may need to interrupt or shorten treatment, shelter in place, evacuate, close temporarily, alter schedules, redirect/transfer patients, or use an alternate care approach when permitted.</w:t>
      </w:r>
    </w:p>
    <w:p w14:paraId="55BA629D" w14:textId="77777777" w:rsidR="00282991" w:rsidRDefault="00FE4586">
      <w:pPr>
        <w:pStyle w:val="ListBullet"/>
        <w:spacing w:after="40"/>
      </w:pPr>
      <w:r>
        <w:rPr>
          <w:rFonts w:eastAsia="Arial" w:cs="Arial"/>
          <w:sz w:val="20"/>
        </w:rPr>
        <w:t>Normal staffing, water supply/treatment, power, communications, transportation, IT/EHR, dialysis equipment, dialysate, medications, vendors, and supplies may be disrupted.</w:t>
      </w:r>
    </w:p>
    <w:p w14:paraId="6A65F3FA" w14:textId="77777777" w:rsidR="00282991" w:rsidRDefault="00FE4586">
      <w:pPr>
        <w:pStyle w:val="ListBullet"/>
        <w:spacing w:after="40"/>
      </w:pPr>
      <w:r>
        <w:rPr>
          <w:rFonts w:eastAsia="Arial" w:cs="Arial"/>
          <w:sz w:val="20"/>
        </w:rPr>
        <w:t>The facility will use primary and alternate methods for critical functions when normal systems are unavailable.</w:t>
      </w:r>
    </w:p>
    <w:p w14:paraId="644DC0F1" w14:textId="77777777" w:rsidR="00282991" w:rsidRDefault="00FE4586">
      <w:pPr>
        <w:pStyle w:val="ListBullet"/>
        <w:spacing w:after="40"/>
      </w:pPr>
      <w:r>
        <w:rPr>
          <w:rFonts w:eastAsia="Arial" w:cs="Arial"/>
          <w:sz w:val="20"/>
        </w:rPr>
        <w:t>Staff and patients will receive emergency preparedness education/training appropriate to their roles and responsibilities.</w:t>
      </w:r>
    </w:p>
    <w:p w14:paraId="15EFD8D0" w14:textId="77777777" w:rsidR="00282991" w:rsidRDefault="00FE4586">
      <w:pPr>
        <w:pStyle w:val="Heading2"/>
      </w:pPr>
      <w:r>
        <w:rPr>
          <w:rFonts w:ascii="Arial" w:eastAsia="Arial" w:hAnsi="Arial" w:cs="Arial"/>
        </w:rPr>
        <w:t>D. Relationship to Supporting Plans</w:t>
      </w:r>
    </w:p>
    <w:p w14:paraId="2D5D4F52" w14:textId="77777777" w:rsidR="00282991" w:rsidRDefault="00FE4586">
      <w:r>
        <w:rPr>
          <w:rFonts w:eastAsia="Arial" w:cs="Arial"/>
        </w:rPr>
        <w:t>The EOP may incorporate controlled policies, procedures, water-treatment technical plans, fire/life-safety plans, infection-control plans, IT/cyber downtime procedures, vendor agreements, alternate dialysis/transport arrangements, hospital agreements, emergency equipment/drug readiness procedures, patient orientation materials, home-dialysis contingency plans, floor plans, and other supporting materials by reference. The facility must be able to produce written evidence showing where applicable requirements</w:t>
      </w:r>
      <w:r>
        <w:rPr>
          <w:rFonts w:eastAsia="Arial" w:cs="Arial"/>
        </w:rPr>
        <w:t xml:space="preserve"> are addressed.</w:t>
      </w:r>
    </w:p>
    <w:p w14:paraId="6FB8D99F" w14:textId="77777777" w:rsidR="00282991" w:rsidRDefault="00FE4586">
      <w:r>
        <w:br w:type="page"/>
      </w:r>
    </w:p>
    <w:p w14:paraId="2181AAFD" w14:textId="77777777" w:rsidR="00282991" w:rsidRDefault="00FE4586">
      <w:pPr>
        <w:pStyle w:val="Heading1"/>
        <w:pBdr>
          <w:bottom w:val="single" w:sz="10" w:space="2" w:color="E63B07"/>
        </w:pBdr>
      </w:pPr>
      <w:r>
        <w:rPr>
          <w:rFonts w:ascii="Arial" w:eastAsia="Arial" w:hAnsi="Arial" w:cs="Arial"/>
        </w:rPr>
        <w:lastRenderedPageBreak/>
        <w:t>2. ADMINISTRATION</w:t>
      </w:r>
    </w:p>
    <w:tbl>
      <w:tblPr>
        <w:tblW w:w="0" w:type="auto"/>
        <w:jc w:val="center"/>
        <w:tblLook w:val="04A0" w:firstRow="1" w:lastRow="0" w:firstColumn="1" w:lastColumn="0" w:noHBand="0" w:noVBand="1"/>
      </w:tblPr>
      <w:tblGrid>
        <w:gridCol w:w="10800"/>
      </w:tblGrid>
      <w:tr w:rsidR="00282991" w14:paraId="631C7C98" w14:textId="77777777">
        <w:trPr>
          <w:jc w:val="center"/>
        </w:trPr>
        <w:tc>
          <w:tcPr>
            <w:tcW w:w="10800" w:type="dxa"/>
            <w:shd w:val="clear" w:color="auto" w:fill="E8F2EF"/>
            <w:tcMar>
              <w:top w:w="90" w:type="dxa"/>
              <w:left w:w="100" w:type="dxa"/>
              <w:bottom w:w="90" w:type="dxa"/>
              <w:right w:w="100" w:type="dxa"/>
            </w:tcMar>
          </w:tcPr>
          <w:p w14:paraId="06897A10" w14:textId="77777777" w:rsidR="00282991" w:rsidRDefault="00FE4586">
            <w:pPr>
              <w:spacing w:after="0"/>
            </w:pPr>
            <w:r>
              <w:rPr>
                <w:rFonts w:eastAsia="Arial" w:cs="Arial"/>
                <w:b/>
                <w:color w:val="015A41"/>
                <w:sz w:val="19"/>
              </w:rPr>
              <w:t xml:space="preserve">REGULATORY BASIS </w:t>
            </w:r>
            <w:r>
              <w:rPr>
                <w:rFonts w:eastAsia="Arial" w:cs="Arial"/>
                <w:sz w:val="18"/>
              </w:rPr>
              <w:t>42 CFR §494.62; CMS Appendix Z; supporting 42 CFR Part 494 and applicable Maine/local layers.</w:t>
            </w:r>
          </w:p>
        </w:tc>
      </w:tr>
    </w:tbl>
    <w:p w14:paraId="56E4C9AE" w14:textId="77777777" w:rsidR="00282991" w:rsidRDefault="00282991">
      <w:pPr>
        <w:spacing w:after="20"/>
      </w:pPr>
    </w:p>
    <w:p w14:paraId="2219F8B9" w14:textId="77777777" w:rsidR="00282991" w:rsidRDefault="00FE4586">
      <w:pPr>
        <w:pStyle w:val="Heading2"/>
      </w:pPr>
      <w:r>
        <w:rPr>
          <w:rFonts w:ascii="Arial" w:eastAsia="Arial" w:hAnsi="Arial" w:cs="Arial"/>
        </w:rPr>
        <w:t>A. Emergency Preparedness Program</w:t>
      </w:r>
    </w:p>
    <w:p w14:paraId="596782E2" w14:textId="77777777" w:rsidR="00282991" w:rsidRDefault="00FE4586">
      <w:r>
        <w:rPr>
          <w:rFonts w:eastAsia="Arial" w:cs="Arial"/>
        </w:rPr>
        <w:t>The &lt;Insert facility name&gt; maintains an emergency preparedness program consisting of: (1) an emergency plan based on facility- and community-based risk assessments; (2) emergency preparedness policies and procedures; (3) a communication plan; and (4) a training and testing program that includes patient emergency preparedness orientation/training. These core elements are maintained under 42 CFR §494.62.</w:t>
      </w:r>
    </w:p>
    <w:p w14:paraId="73150259" w14:textId="77777777" w:rsidR="00282991" w:rsidRDefault="00FE4586">
      <w:pPr>
        <w:pStyle w:val="Heading2"/>
      </w:pPr>
      <w:r>
        <w:rPr>
          <w:rFonts w:ascii="Arial" w:eastAsia="Arial" w:hAnsi="Arial" w:cs="Arial"/>
        </w:rPr>
        <w:t>B. Review, Maintenance &amp; Testing Cycle</w:t>
      </w:r>
    </w:p>
    <w:p w14:paraId="0807FFE7" w14:textId="77777777" w:rsidR="00282991" w:rsidRDefault="00FE4586">
      <w:r>
        <w:rPr>
          <w:rFonts w:eastAsia="Arial" w:cs="Arial"/>
        </w:rPr>
        <w:t>The emergency plan, policies/procedures, communication plan, and training/testing/patient orientation program will be evaluated/reviewed and updated at least every 2 years. Interim updates will be made when material changes, exercises, actual events, or new hazards make current information inaccurate or unsafe.</w:t>
      </w:r>
    </w:p>
    <w:tbl>
      <w:tblPr>
        <w:tblW w:w="0" w:type="auto"/>
        <w:jc w:val="center"/>
        <w:tblLook w:val="04A0" w:firstRow="1" w:lastRow="0" w:firstColumn="1" w:lastColumn="0" w:noHBand="0" w:noVBand="1"/>
      </w:tblPr>
      <w:tblGrid>
        <w:gridCol w:w="10800"/>
      </w:tblGrid>
      <w:tr w:rsidR="00282991" w14:paraId="7A88B995" w14:textId="77777777">
        <w:trPr>
          <w:jc w:val="center"/>
        </w:trPr>
        <w:tc>
          <w:tcPr>
            <w:tcW w:w="10800" w:type="dxa"/>
            <w:shd w:val="clear" w:color="auto" w:fill="E8F2EF"/>
            <w:tcMar>
              <w:top w:w="90" w:type="dxa"/>
              <w:left w:w="100" w:type="dxa"/>
              <w:bottom w:w="90" w:type="dxa"/>
              <w:right w:w="100" w:type="dxa"/>
            </w:tcMar>
          </w:tcPr>
          <w:p w14:paraId="35F1063A" w14:textId="77777777" w:rsidR="00282991" w:rsidRDefault="00FE4586">
            <w:pPr>
              <w:spacing w:after="0"/>
            </w:pPr>
            <w:r>
              <w:rPr>
                <w:rFonts w:eastAsia="Arial" w:cs="Arial"/>
                <w:b/>
                <w:color w:val="015A41"/>
                <w:sz w:val="19"/>
              </w:rPr>
              <w:t xml:space="preserve">CMS TESTING CYCLE </w:t>
            </w:r>
            <w:r>
              <w:rPr>
                <w:rFonts w:eastAsia="Arial" w:cs="Arial"/>
                <w:sz w:val="18"/>
              </w:rPr>
              <w:t>The facility conducts an emergency-plan testing exercise annually. At least every 2 years, it participates in a community-based full-scale exercise when accessible or conducts an individual facility-based functional exercise when a community exercise is not accessible. In the opposite year, it conducts another qualifying exercise such as a second full-scale/functional exercise, mock disaster drill, or facilitator-led tabletop/workshop. A qualifying actual emergency requiring EOP activation may support the n</w:t>
            </w:r>
            <w:r>
              <w:rPr>
                <w:rFonts w:eastAsia="Arial" w:cs="Arial"/>
                <w:sz w:val="18"/>
              </w:rPr>
              <w:t>ext full-scale/functional exercise exemption; the opposite-year exercise requirement is still tracked.</w:t>
            </w:r>
          </w:p>
        </w:tc>
      </w:tr>
    </w:tbl>
    <w:p w14:paraId="6A447326" w14:textId="77777777" w:rsidR="00282991" w:rsidRDefault="00282991">
      <w:pPr>
        <w:spacing w:after="20"/>
      </w:pPr>
    </w:p>
    <w:p w14:paraId="5F0279E8" w14:textId="77777777" w:rsidR="00282991" w:rsidRDefault="00FE4586">
      <w:pPr>
        <w:pStyle w:val="Heading2"/>
      </w:pPr>
      <w:r>
        <w:rPr>
          <w:rFonts w:ascii="Arial" w:eastAsia="Arial" w:hAnsi="Arial" w:cs="Arial"/>
        </w:rPr>
        <w:t>C. Authorities &amp; References</w:t>
      </w:r>
    </w:p>
    <w:p w14:paraId="7D0B91D8" w14:textId="77777777" w:rsidR="00282991" w:rsidRDefault="00FE4586">
      <w:pPr>
        <w:pStyle w:val="ListBullet"/>
        <w:spacing w:after="40"/>
      </w:pPr>
      <w:r>
        <w:rPr>
          <w:rFonts w:eastAsia="Arial" w:cs="Arial"/>
          <w:sz w:val="20"/>
        </w:rPr>
        <w:t>42 CFR §494.62 - ESRD Emergency Preparedness</w:t>
      </w:r>
    </w:p>
    <w:p w14:paraId="3FE70022" w14:textId="77777777" w:rsidR="00282991" w:rsidRDefault="00FE4586">
      <w:pPr>
        <w:pStyle w:val="ListBullet"/>
        <w:spacing w:after="40"/>
      </w:pPr>
      <w:r>
        <w:rPr>
          <w:rFonts w:eastAsia="Arial" w:cs="Arial"/>
          <w:sz w:val="20"/>
        </w:rPr>
        <w:t>CMS State Operations Manual Appendix Z - Emergency Preparedness</w:t>
      </w:r>
    </w:p>
    <w:p w14:paraId="1BFCEB26" w14:textId="77777777" w:rsidR="00282991" w:rsidRDefault="00FE4586">
      <w:pPr>
        <w:pStyle w:val="ListBullet"/>
        <w:spacing w:after="40"/>
      </w:pPr>
      <w:r>
        <w:rPr>
          <w:rFonts w:eastAsia="Arial" w:cs="Arial"/>
          <w:sz w:val="20"/>
        </w:rPr>
        <w:t>42 CFR Part 494 and CMS Appendix H - ESRD Conditions for Coverage and survey guidance</w:t>
      </w:r>
    </w:p>
    <w:p w14:paraId="50D5DFA1" w14:textId="77777777" w:rsidR="00282991" w:rsidRDefault="00FE4586">
      <w:pPr>
        <w:pStyle w:val="ListBullet"/>
        <w:spacing w:after="40"/>
      </w:pPr>
      <w:r>
        <w:rPr>
          <w:rFonts w:eastAsia="Arial" w:cs="Arial"/>
          <w:sz w:val="20"/>
        </w:rPr>
        <w:t>Maine DHHS Division of Licensing &amp; Certification / 10-144 CMR Chapter 126</w:t>
      </w:r>
    </w:p>
    <w:p w14:paraId="37F100A0" w14:textId="77777777" w:rsidR="00282991" w:rsidRDefault="00FE4586">
      <w:pPr>
        <w:pStyle w:val="ListBullet"/>
        <w:spacing w:after="40"/>
      </w:pPr>
      <w:r>
        <w:rPr>
          <w:rFonts w:eastAsia="Arial" w:cs="Arial"/>
          <w:sz w:val="20"/>
        </w:rPr>
        <w:t>22 MRS §2042 - Maine ESRD licensing and backup generator provisions</w:t>
      </w:r>
    </w:p>
    <w:p w14:paraId="33B1CB80" w14:textId="77777777" w:rsidR="00282991" w:rsidRDefault="00FE4586">
      <w:pPr>
        <w:pStyle w:val="ListBullet"/>
        <w:spacing w:after="40"/>
      </w:pPr>
      <w:r>
        <w:rPr>
          <w:rFonts w:eastAsia="Arial" w:cs="Arial"/>
          <w:sz w:val="20"/>
        </w:rPr>
        <w:t>Maine Office of State Fire Marshal / local AHJ requirements</w:t>
      </w:r>
    </w:p>
    <w:p w14:paraId="46D8AB04" w14:textId="77777777" w:rsidR="00282991" w:rsidRDefault="00FE4586">
      <w:pPr>
        <w:pStyle w:val="ListBullet"/>
        <w:spacing w:after="40"/>
      </w:pPr>
      <w:r>
        <w:rPr>
          <w:rFonts w:eastAsia="Arial" w:cs="Arial"/>
          <w:sz w:val="20"/>
        </w:rPr>
        <w:t>Maine CDC public-health reporting requirements</w:t>
      </w:r>
    </w:p>
    <w:p w14:paraId="0125972B" w14:textId="77777777" w:rsidR="00282991" w:rsidRDefault="00FE4586">
      <w:pPr>
        <w:pStyle w:val="ListBullet"/>
        <w:spacing w:after="40"/>
      </w:pPr>
      <w:r>
        <w:rPr>
          <w:rFonts w:eastAsia="Arial" w:cs="Arial"/>
          <w:sz w:val="20"/>
        </w:rPr>
        <w:t>Facility policies, contracts, agreements, risk assessments, QAPI and accreditation requirements, if applicable</w:t>
      </w:r>
    </w:p>
    <w:p w14:paraId="1A24F084" w14:textId="77777777" w:rsidR="00282991" w:rsidRDefault="00FE4586">
      <w:pPr>
        <w:pStyle w:val="Heading2"/>
      </w:pPr>
      <w:r>
        <w:rPr>
          <w:rFonts w:ascii="Arial" w:eastAsia="Arial" w:hAnsi="Arial" w:cs="Arial"/>
        </w:rPr>
        <w:t>D. Program Governance</w:t>
      </w:r>
    </w:p>
    <w:tbl>
      <w:tblPr>
        <w:tblW w:w="0" w:type="auto"/>
        <w:jc w:val="center"/>
        <w:tblLayout w:type="fixed"/>
        <w:tblLook w:val="04A0" w:firstRow="1" w:lastRow="0" w:firstColumn="1" w:lastColumn="0" w:noHBand="0" w:noVBand="1"/>
      </w:tblPr>
      <w:tblGrid>
        <w:gridCol w:w="3600"/>
        <w:gridCol w:w="7200"/>
      </w:tblGrid>
      <w:tr w:rsidR="00282991" w14:paraId="554CD60F" w14:textId="77777777">
        <w:trPr>
          <w:cantSplit/>
          <w:tblHeader/>
          <w:jc w:val="center"/>
        </w:trPr>
        <w:tc>
          <w:tcPr>
            <w:tcW w:w="360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62BABA8" w14:textId="77777777" w:rsidR="00282991" w:rsidRDefault="00FE4586">
            <w:pPr>
              <w:spacing w:after="0"/>
            </w:pPr>
            <w:r>
              <w:rPr>
                <w:rFonts w:eastAsia="Arial" w:cs="Arial"/>
                <w:b/>
                <w:color w:val="FFFFFF"/>
                <w:sz w:val="17"/>
              </w:rPr>
              <w:t>Field</w:t>
            </w:r>
          </w:p>
        </w:tc>
        <w:tc>
          <w:tcPr>
            <w:tcW w:w="720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46517C0" w14:textId="77777777" w:rsidR="00282991" w:rsidRDefault="00FE4586">
            <w:pPr>
              <w:spacing w:after="0"/>
            </w:pPr>
            <w:r>
              <w:rPr>
                <w:rFonts w:eastAsia="Arial" w:cs="Arial"/>
                <w:b/>
                <w:color w:val="FFFFFF"/>
                <w:sz w:val="17"/>
              </w:rPr>
              <w:t>Facility Entry</w:t>
            </w:r>
          </w:p>
        </w:tc>
      </w:tr>
      <w:tr w:rsidR="00282991" w14:paraId="3B17CDC9"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FBCF392" w14:textId="77777777" w:rsidR="00282991" w:rsidRDefault="00FE4586">
            <w:pPr>
              <w:spacing w:after="0"/>
            </w:pPr>
            <w:r>
              <w:rPr>
                <w:rFonts w:eastAsia="Arial" w:cs="Arial"/>
                <w:sz w:val="18"/>
              </w:rPr>
              <w:t>Emergency Preparedness Program Lead</w:t>
            </w:r>
          </w:p>
        </w:tc>
        <w:tc>
          <w:tcPr>
            <w:tcW w:w="72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ED922C6" w14:textId="77777777" w:rsidR="00282991" w:rsidRDefault="00FE4586">
            <w:pPr>
              <w:spacing w:after="0"/>
            </w:pPr>
            <w:r>
              <w:rPr>
                <w:rFonts w:eastAsia="Arial" w:cs="Arial"/>
                <w:i/>
                <w:color w:val="707070"/>
                <w:sz w:val="20"/>
              </w:rPr>
              <w:t>&lt;Insert&gt;</w:t>
            </w:r>
          </w:p>
        </w:tc>
      </w:tr>
      <w:tr w:rsidR="00282991" w14:paraId="384A51C9"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B3E7947" w14:textId="77777777" w:rsidR="00282991" w:rsidRDefault="00FE4586">
            <w:pPr>
              <w:spacing w:after="0"/>
            </w:pPr>
            <w:r>
              <w:rPr>
                <w:rFonts w:eastAsia="Arial" w:cs="Arial"/>
                <w:sz w:val="18"/>
              </w:rPr>
              <w:t>Backup Lead</w:t>
            </w:r>
          </w:p>
        </w:tc>
        <w:tc>
          <w:tcPr>
            <w:tcW w:w="72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6BF69CA" w14:textId="77777777" w:rsidR="00282991" w:rsidRDefault="00FE4586">
            <w:pPr>
              <w:spacing w:after="0"/>
            </w:pPr>
            <w:r>
              <w:rPr>
                <w:rFonts w:eastAsia="Arial" w:cs="Arial"/>
                <w:i/>
                <w:color w:val="707070"/>
                <w:sz w:val="20"/>
              </w:rPr>
              <w:t>&lt;Insert&gt;</w:t>
            </w:r>
          </w:p>
        </w:tc>
      </w:tr>
      <w:tr w:rsidR="00282991" w14:paraId="30DCCD6A"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63058F9" w14:textId="77777777" w:rsidR="00282991" w:rsidRDefault="00FE4586">
            <w:pPr>
              <w:spacing w:after="0"/>
            </w:pPr>
            <w:r>
              <w:rPr>
                <w:rFonts w:eastAsia="Arial" w:cs="Arial"/>
                <w:sz w:val="18"/>
              </w:rPr>
              <w:t>Leadership Oversight Group</w:t>
            </w:r>
          </w:p>
        </w:tc>
        <w:tc>
          <w:tcPr>
            <w:tcW w:w="72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7D210D6" w14:textId="77777777" w:rsidR="00282991" w:rsidRDefault="00FE4586">
            <w:pPr>
              <w:spacing w:after="0"/>
            </w:pPr>
            <w:r>
              <w:rPr>
                <w:rFonts w:eastAsia="Arial" w:cs="Arial"/>
                <w:i/>
                <w:color w:val="707070"/>
                <w:sz w:val="20"/>
              </w:rPr>
              <w:t>&lt;Insert committee / leadership team&gt;</w:t>
            </w:r>
          </w:p>
        </w:tc>
      </w:tr>
      <w:tr w:rsidR="00282991" w14:paraId="65CADDC4"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1C13606" w14:textId="77777777" w:rsidR="00282991" w:rsidRDefault="00FE4586">
            <w:pPr>
              <w:spacing w:after="0"/>
            </w:pPr>
            <w:r>
              <w:rPr>
                <w:rFonts w:eastAsia="Arial" w:cs="Arial"/>
                <w:sz w:val="18"/>
              </w:rPr>
              <w:t>Formal Review Participants</w:t>
            </w:r>
          </w:p>
        </w:tc>
        <w:tc>
          <w:tcPr>
            <w:tcW w:w="72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C4247D8" w14:textId="77777777" w:rsidR="00282991" w:rsidRDefault="00FE4586">
            <w:pPr>
              <w:spacing w:after="0"/>
            </w:pPr>
            <w:r>
              <w:rPr>
                <w:rFonts w:eastAsia="Arial" w:cs="Arial"/>
                <w:i/>
                <w:color w:val="707070"/>
                <w:sz w:val="20"/>
              </w:rPr>
              <w:t>&lt;Administrator, Medical Director, Nurse Manager, EP, Facilities, IT, Infection Prevention, Social Work, Dietitian, Home Program, others as applicable&gt;</w:t>
            </w:r>
          </w:p>
        </w:tc>
      </w:tr>
      <w:tr w:rsidR="00282991" w14:paraId="677E0E8E"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2AAA02A" w14:textId="77777777" w:rsidR="00282991" w:rsidRDefault="00FE4586">
            <w:pPr>
              <w:spacing w:after="0"/>
            </w:pPr>
            <w:r>
              <w:rPr>
                <w:rFonts w:eastAsia="Arial" w:cs="Arial"/>
                <w:sz w:val="18"/>
              </w:rPr>
              <w:t>Unified / Integrated System Program</w:t>
            </w:r>
          </w:p>
        </w:tc>
        <w:tc>
          <w:tcPr>
            <w:tcW w:w="72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6CF3DAE" w14:textId="77777777" w:rsidR="00282991" w:rsidRDefault="00FE4586">
            <w:pPr>
              <w:spacing w:after="0"/>
            </w:pPr>
            <w:r>
              <w:rPr>
                <w:rFonts w:eastAsia="Arial" w:cs="Arial"/>
                <w:i/>
                <w:color w:val="707070"/>
                <w:sz w:val="20"/>
              </w:rPr>
              <w:t>&lt;Yes / No; if yes, document active facility participation under §494.62(e)&gt;</w:t>
            </w:r>
          </w:p>
        </w:tc>
      </w:tr>
      <w:tr w:rsidR="00282991" w14:paraId="5BC57D93"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A014F53" w14:textId="77777777" w:rsidR="00282991" w:rsidRDefault="00FE4586">
            <w:pPr>
              <w:spacing w:after="0"/>
            </w:pPr>
            <w:r>
              <w:rPr>
                <w:rFonts w:eastAsia="Arial" w:cs="Arial"/>
                <w:sz w:val="18"/>
              </w:rPr>
              <w:t>Medical Director P&amp;P oversight</w:t>
            </w:r>
          </w:p>
        </w:tc>
        <w:tc>
          <w:tcPr>
            <w:tcW w:w="72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F4D1904" w14:textId="77777777" w:rsidR="00282991" w:rsidRDefault="00FE4586">
            <w:pPr>
              <w:spacing w:after="0"/>
            </w:pPr>
            <w:r>
              <w:rPr>
                <w:rFonts w:eastAsia="Arial" w:cs="Arial"/>
                <w:i/>
                <w:color w:val="707070"/>
                <w:sz w:val="20"/>
              </w:rPr>
              <w:t>&lt;Controlled approval/review location&gt;</w:t>
            </w:r>
          </w:p>
        </w:tc>
      </w:tr>
    </w:tbl>
    <w:p w14:paraId="426F6969" w14:textId="77777777" w:rsidR="00282991" w:rsidRDefault="00282991">
      <w:pPr>
        <w:spacing w:after="20"/>
      </w:pPr>
    </w:p>
    <w:p w14:paraId="472BC865" w14:textId="77777777" w:rsidR="00282991" w:rsidRDefault="00FE4586">
      <w:pPr>
        <w:pStyle w:val="Heading2"/>
      </w:pPr>
      <w:r>
        <w:rPr>
          <w:rFonts w:ascii="Arial" w:eastAsia="Arial" w:hAnsi="Arial" w:cs="Arial"/>
        </w:rPr>
        <w:t>E. Regulatory Alignment</w:t>
      </w:r>
    </w:p>
    <w:p w14:paraId="75B3B011" w14:textId="77777777" w:rsidR="00282991" w:rsidRDefault="00FE4586">
      <w:r>
        <w:rPr>
          <w:rFonts w:eastAsia="Arial" w:cs="Arial"/>
        </w:rPr>
        <w:t>Use Attachment A (Regulatory &amp; EOP Crosswalk), Attachment C (Policies &amp; Procedures Index), and the Supporting Documentation Index to document where each CMS, supporting Federal, Maine, fire/building, laboratory, professional licensing, and organizational requirement or evidence item is maintained.</w:t>
      </w:r>
    </w:p>
    <w:p w14:paraId="0976732A" w14:textId="77777777" w:rsidR="00282991" w:rsidRDefault="00FE4586">
      <w:r>
        <w:br w:type="page"/>
      </w:r>
    </w:p>
    <w:p w14:paraId="202CD6D2" w14:textId="77777777" w:rsidR="00282991" w:rsidRDefault="00FE4586">
      <w:pPr>
        <w:pStyle w:val="Heading1"/>
        <w:pBdr>
          <w:bottom w:val="single" w:sz="10" w:space="2" w:color="E63B07"/>
        </w:pBdr>
      </w:pPr>
      <w:r>
        <w:rPr>
          <w:rFonts w:ascii="Arial" w:eastAsia="Arial" w:hAnsi="Arial" w:cs="Arial"/>
        </w:rPr>
        <w:lastRenderedPageBreak/>
        <w:t>3. SITUATION / RISK ASSESSMENT</w:t>
      </w:r>
    </w:p>
    <w:tbl>
      <w:tblPr>
        <w:tblW w:w="0" w:type="auto"/>
        <w:jc w:val="center"/>
        <w:tblLook w:val="04A0" w:firstRow="1" w:lastRow="0" w:firstColumn="1" w:lastColumn="0" w:noHBand="0" w:noVBand="1"/>
      </w:tblPr>
      <w:tblGrid>
        <w:gridCol w:w="10800"/>
      </w:tblGrid>
      <w:tr w:rsidR="00282991" w14:paraId="10F1E88F" w14:textId="77777777">
        <w:trPr>
          <w:jc w:val="center"/>
        </w:trPr>
        <w:tc>
          <w:tcPr>
            <w:tcW w:w="10800" w:type="dxa"/>
            <w:shd w:val="clear" w:color="auto" w:fill="E8F2EF"/>
            <w:tcMar>
              <w:top w:w="90" w:type="dxa"/>
              <w:left w:w="100" w:type="dxa"/>
              <w:bottom w:w="90" w:type="dxa"/>
              <w:right w:w="100" w:type="dxa"/>
            </w:tcMar>
          </w:tcPr>
          <w:p w14:paraId="7339F17B" w14:textId="77777777" w:rsidR="00282991" w:rsidRDefault="00FE4586">
            <w:pPr>
              <w:spacing w:after="0"/>
            </w:pPr>
            <w:r>
              <w:rPr>
                <w:rFonts w:eastAsia="Arial" w:cs="Arial"/>
                <w:b/>
                <w:color w:val="015A41"/>
                <w:sz w:val="19"/>
              </w:rPr>
              <w:t xml:space="preserve">REGULATORY BASIS </w:t>
            </w:r>
            <w:r>
              <w:rPr>
                <w:rFonts w:eastAsia="Arial" w:cs="Arial"/>
                <w:sz w:val="18"/>
              </w:rPr>
              <w:t>42 CFR §494.62(a)(1) and CMS ESRD emergency preparedness guidance. The plan must include documented facility- and community-based all-hazards risk assessments and strategies for identified events.</w:t>
            </w:r>
          </w:p>
        </w:tc>
      </w:tr>
    </w:tbl>
    <w:p w14:paraId="2B736694" w14:textId="77777777" w:rsidR="00282991" w:rsidRDefault="00282991">
      <w:pPr>
        <w:spacing w:after="20"/>
      </w:pPr>
    </w:p>
    <w:p w14:paraId="05331130" w14:textId="77777777" w:rsidR="00282991" w:rsidRDefault="00FE4586">
      <w:pPr>
        <w:pStyle w:val="Heading2"/>
      </w:pPr>
      <w:r>
        <w:rPr>
          <w:rFonts w:ascii="Arial" w:eastAsia="Arial" w:hAnsi="Arial" w:cs="Arial"/>
        </w:rPr>
        <w:t>A. Facility-Based Risk Assessment / HVA</w:t>
      </w:r>
    </w:p>
    <w:tbl>
      <w:tblPr>
        <w:tblW w:w="0" w:type="auto"/>
        <w:jc w:val="center"/>
        <w:tblLayout w:type="fixed"/>
        <w:tblLook w:val="04A0" w:firstRow="1" w:lastRow="0" w:firstColumn="1" w:lastColumn="0" w:noHBand="0" w:noVBand="1"/>
      </w:tblPr>
      <w:tblGrid>
        <w:gridCol w:w="3456"/>
        <w:gridCol w:w="7344"/>
      </w:tblGrid>
      <w:tr w:rsidR="00282991" w14:paraId="293843AA" w14:textId="77777777">
        <w:trPr>
          <w:cantSplit/>
          <w:tblHeader/>
          <w:jc w:val="center"/>
        </w:trPr>
        <w:tc>
          <w:tcPr>
            <w:tcW w:w="345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327149D" w14:textId="77777777" w:rsidR="00282991" w:rsidRDefault="00FE4586">
            <w:pPr>
              <w:spacing w:after="0"/>
            </w:pPr>
            <w:r>
              <w:rPr>
                <w:rFonts w:eastAsia="Arial" w:cs="Arial"/>
                <w:b/>
                <w:color w:val="FFFFFF"/>
                <w:sz w:val="18"/>
              </w:rPr>
              <w:t>Field</w:t>
            </w:r>
          </w:p>
        </w:tc>
        <w:tc>
          <w:tcPr>
            <w:tcW w:w="734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D4E8B06" w14:textId="77777777" w:rsidR="00282991" w:rsidRDefault="00FE4586">
            <w:pPr>
              <w:spacing w:after="0"/>
            </w:pPr>
            <w:r>
              <w:rPr>
                <w:rFonts w:eastAsia="Arial" w:cs="Arial"/>
                <w:b/>
                <w:color w:val="FFFFFF"/>
                <w:sz w:val="18"/>
              </w:rPr>
              <w:t>Facility Entry</w:t>
            </w:r>
          </w:p>
        </w:tc>
      </w:tr>
      <w:tr w:rsidR="00282991" w14:paraId="0F1CCB59"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E88AC78" w14:textId="77777777" w:rsidR="00282991" w:rsidRDefault="00FE4586">
            <w:pPr>
              <w:spacing w:after="0"/>
            </w:pPr>
            <w:r>
              <w:rPr>
                <w:rFonts w:eastAsia="Arial" w:cs="Arial"/>
                <w:sz w:val="18"/>
              </w:rPr>
              <w:t>Assessment tool / methodology</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C4D5E06" w14:textId="77777777" w:rsidR="00282991" w:rsidRDefault="00FE4586">
            <w:pPr>
              <w:spacing w:after="0"/>
            </w:pPr>
            <w:r>
              <w:rPr>
                <w:rFonts w:eastAsia="Arial" w:cs="Arial"/>
                <w:i/>
                <w:color w:val="707070"/>
                <w:sz w:val="20"/>
              </w:rPr>
              <w:t>&lt;Insert&gt;</w:t>
            </w:r>
          </w:p>
        </w:tc>
      </w:tr>
      <w:tr w:rsidR="00282991" w14:paraId="71711983"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EB1CD87" w14:textId="77777777" w:rsidR="00282991" w:rsidRDefault="00FE4586">
            <w:pPr>
              <w:spacing w:after="0"/>
            </w:pPr>
            <w:r>
              <w:rPr>
                <w:rFonts w:eastAsia="Arial" w:cs="Arial"/>
                <w:sz w:val="18"/>
              </w:rPr>
              <w:t>Assessment date</w:t>
            </w:r>
          </w:p>
        </w:tc>
        <w:tc>
          <w:tcPr>
            <w:tcW w:w="73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62696B9" w14:textId="77777777" w:rsidR="00282991" w:rsidRDefault="00FE4586">
            <w:pPr>
              <w:spacing w:after="0"/>
            </w:pPr>
            <w:r>
              <w:rPr>
                <w:rFonts w:eastAsia="Arial" w:cs="Arial"/>
                <w:i/>
                <w:color w:val="707070"/>
                <w:sz w:val="20"/>
              </w:rPr>
              <w:t>&lt;Insert&gt;</w:t>
            </w:r>
          </w:p>
        </w:tc>
      </w:tr>
      <w:tr w:rsidR="00282991" w14:paraId="744A379D"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AEC9C6C" w14:textId="77777777" w:rsidR="00282991" w:rsidRDefault="00FE4586">
            <w:pPr>
              <w:spacing w:after="0"/>
            </w:pPr>
            <w:r>
              <w:rPr>
                <w:rFonts w:eastAsia="Arial" w:cs="Arial"/>
                <w:sz w:val="18"/>
              </w:rPr>
              <w:t>Assessment owner/team</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2398905" w14:textId="77777777" w:rsidR="00282991" w:rsidRDefault="00FE4586">
            <w:pPr>
              <w:spacing w:after="0"/>
            </w:pPr>
            <w:r>
              <w:rPr>
                <w:rFonts w:eastAsia="Arial" w:cs="Arial"/>
                <w:i/>
                <w:color w:val="707070"/>
                <w:sz w:val="20"/>
              </w:rPr>
              <w:t>&lt;Insert&gt;</w:t>
            </w:r>
          </w:p>
        </w:tc>
      </w:tr>
      <w:tr w:rsidR="00282991" w14:paraId="672F9389"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E448815" w14:textId="77777777" w:rsidR="00282991" w:rsidRDefault="00FE4586">
            <w:pPr>
              <w:spacing w:after="0"/>
            </w:pPr>
            <w:r>
              <w:rPr>
                <w:rFonts w:eastAsia="Arial" w:cs="Arial"/>
                <w:sz w:val="18"/>
              </w:rPr>
              <w:t>Next scheduled review</w:t>
            </w:r>
          </w:p>
        </w:tc>
        <w:tc>
          <w:tcPr>
            <w:tcW w:w="73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6257CC0" w14:textId="77777777" w:rsidR="00282991" w:rsidRDefault="00FE4586">
            <w:pPr>
              <w:spacing w:after="0"/>
            </w:pPr>
            <w:r>
              <w:rPr>
                <w:rFonts w:eastAsia="Arial" w:cs="Arial"/>
                <w:i/>
                <w:color w:val="707070"/>
                <w:sz w:val="20"/>
              </w:rPr>
              <w:t>&lt;Insert&gt;</w:t>
            </w:r>
          </w:p>
        </w:tc>
      </w:tr>
      <w:tr w:rsidR="00282991" w14:paraId="76EDFC75"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73BDB0B" w14:textId="77777777" w:rsidR="00282991" w:rsidRDefault="00FE4586">
            <w:pPr>
              <w:spacing w:after="0"/>
            </w:pPr>
            <w:r>
              <w:rPr>
                <w:rFonts w:eastAsia="Arial" w:cs="Arial"/>
                <w:sz w:val="18"/>
              </w:rPr>
              <w:t>Controlled location</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E4EFA88" w14:textId="77777777" w:rsidR="00282991" w:rsidRDefault="00FE4586">
            <w:pPr>
              <w:spacing w:after="0"/>
            </w:pPr>
            <w:r>
              <w:rPr>
                <w:rFonts w:eastAsia="Arial" w:cs="Arial"/>
                <w:i/>
                <w:color w:val="707070"/>
                <w:sz w:val="20"/>
              </w:rPr>
              <w:t>&lt;Insert&gt;</w:t>
            </w:r>
          </w:p>
        </w:tc>
      </w:tr>
    </w:tbl>
    <w:p w14:paraId="22FB1888" w14:textId="77777777" w:rsidR="00282991" w:rsidRDefault="00282991">
      <w:pPr>
        <w:spacing w:after="20"/>
      </w:pPr>
    </w:p>
    <w:p w14:paraId="15E8CEFC" w14:textId="77777777" w:rsidR="00282991" w:rsidRDefault="00FE4586">
      <w:pPr>
        <w:pStyle w:val="Heading2"/>
      </w:pPr>
      <w:r>
        <w:rPr>
          <w:rFonts w:ascii="Arial" w:eastAsia="Arial" w:hAnsi="Arial" w:cs="Arial"/>
        </w:rPr>
        <w:t>B. Community-Based Risk Assessment</w:t>
      </w:r>
    </w:p>
    <w:tbl>
      <w:tblPr>
        <w:tblW w:w="0" w:type="auto"/>
        <w:jc w:val="center"/>
        <w:tblLayout w:type="fixed"/>
        <w:tblLook w:val="04A0" w:firstRow="1" w:lastRow="0" w:firstColumn="1" w:lastColumn="0" w:noHBand="0" w:noVBand="1"/>
      </w:tblPr>
      <w:tblGrid>
        <w:gridCol w:w="4032"/>
        <w:gridCol w:w="6768"/>
      </w:tblGrid>
      <w:tr w:rsidR="00282991" w14:paraId="766891B0" w14:textId="77777777">
        <w:trPr>
          <w:cantSplit/>
          <w:tblHeader/>
          <w:jc w:val="center"/>
        </w:trPr>
        <w:tc>
          <w:tcPr>
            <w:tcW w:w="403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F594828" w14:textId="77777777" w:rsidR="00282991" w:rsidRDefault="00FE4586">
            <w:pPr>
              <w:spacing w:after="0"/>
            </w:pPr>
            <w:r>
              <w:rPr>
                <w:rFonts w:eastAsia="Arial" w:cs="Arial"/>
                <w:b/>
                <w:color w:val="FFFFFF"/>
                <w:sz w:val="18"/>
              </w:rPr>
              <w:t>Source</w:t>
            </w:r>
          </w:p>
        </w:tc>
        <w:tc>
          <w:tcPr>
            <w:tcW w:w="676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F31D942" w14:textId="77777777" w:rsidR="00282991" w:rsidRDefault="00FE4586">
            <w:pPr>
              <w:spacing w:after="0"/>
            </w:pPr>
            <w:r>
              <w:rPr>
                <w:rFonts w:eastAsia="Arial" w:cs="Arial"/>
                <w:b/>
                <w:color w:val="FFFFFF"/>
                <w:sz w:val="18"/>
              </w:rPr>
              <w:t>Facility Entry</w:t>
            </w:r>
          </w:p>
        </w:tc>
      </w:tr>
      <w:tr w:rsidR="00282991" w14:paraId="75B88E82"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4AA0F8A" w14:textId="77777777" w:rsidR="00282991" w:rsidRDefault="00FE4586">
            <w:pPr>
              <w:spacing w:after="0"/>
            </w:pPr>
            <w:r>
              <w:rPr>
                <w:rFonts w:eastAsia="Arial" w:cs="Arial"/>
                <w:sz w:val="18"/>
              </w:rPr>
              <w:t>County / local EMA HVA or hazard plan</w:t>
            </w:r>
          </w:p>
        </w:tc>
        <w:tc>
          <w:tcPr>
            <w:tcW w:w="67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B22EBB0" w14:textId="77777777" w:rsidR="00282991" w:rsidRDefault="00FE4586">
            <w:pPr>
              <w:spacing w:after="0"/>
            </w:pPr>
            <w:r>
              <w:rPr>
                <w:rFonts w:eastAsia="Arial" w:cs="Arial"/>
                <w:i/>
                <w:color w:val="707070"/>
                <w:sz w:val="20"/>
              </w:rPr>
              <w:t>&lt;Source / date / location&gt;</w:t>
            </w:r>
          </w:p>
        </w:tc>
      </w:tr>
      <w:tr w:rsidR="00282991" w14:paraId="5654A394"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4400DAF" w14:textId="77777777" w:rsidR="00282991" w:rsidRDefault="00FE4586">
            <w:pPr>
              <w:spacing w:after="0"/>
            </w:pPr>
            <w:r>
              <w:rPr>
                <w:rFonts w:eastAsia="Arial" w:cs="Arial"/>
                <w:sz w:val="18"/>
              </w:rPr>
              <w:t>Maine hazard / public-health sources</w:t>
            </w:r>
          </w:p>
        </w:tc>
        <w:tc>
          <w:tcPr>
            <w:tcW w:w="67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859C12C" w14:textId="77777777" w:rsidR="00282991" w:rsidRDefault="00FE4586">
            <w:pPr>
              <w:spacing w:after="0"/>
            </w:pPr>
            <w:r>
              <w:rPr>
                <w:rFonts w:eastAsia="Arial" w:cs="Arial"/>
                <w:i/>
                <w:color w:val="707070"/>
                <w:sz w:val="20"/>
              </w:rPr>
              <w:t>&lt;Source / date / location&gt;</w:t>
            </w:r>
          </w:p>
        </w:tc>
      </w:tr>
      <w:tr w:rsidR="00282991" w14:paraId="42E4A5E3"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8144281" w14:textId="77777777" w:rsidR="00282991" w:rsidRDefault="00FE4586">
            <w:pPr>
              <w:spacing w:after="0"/>
            </w:pPr>
            <w:r>
              <w:rPr>
                <w:rFonts w:eastAsia="Arial" w:cs="Arial"/>
                <w:sz w:val="18"/>
              </w:rPr>
              <w:t>Utility / infrastructure risk sources</w:t>
            </w:r>
          </w:p>
        </w:tc>
        <w:tc>
          <w:tcPr>
            <w:tcW w:w="67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C480B42" w14:textId="77777777" w:rsidR="00282991" w:rsidRDefault="00FE4586">
            <w:pPr>
              <w:spacing w:after="0"/>
            </w:pPr>
            <w:r>
              <w:rPr>
                <w:rFonts w:eastAsia="Arial" w:cs="Arial"/>
                <w:i/>
                <w:color w:val="707070"/>
                <w:sz w:val="20"/>
              </w:rPr>
              <w:t>&lt;Insert&gt;</w:t>
            </w:r>
          </w:p>
        </w:tc>
      </w:tr>
      <w:tr w:rsidR="00282991" w14:paraId="533355A3"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8BCD72C" w14:textId="77777777" w:rsidR="00282991" w:rsidRDefault="00FE4586">
            <w:pPr>
              <w:spacing w:after="0"/>
            </w:pPr>
            <w:r>
              <w:rPr>
                <w:rFonts w:eastAsia="Arial" w:cs="Arial"/>
                <w:sz w:val="18"/>
              </w:rPr>
              <w:t>Community partner input</w:t>
            </w:r>
          </w:p>
        </w:tc>
        <w:tc>
          <w:tcPr>
            <w:tcW w:w="67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F97876D" w14:textId="77777777" w:rsidR="00282991" w:rsidRDefault="00FE4586">
            <w:pPr>
              <w:spacing w:after="0"/>
            </w:pPr>
            <w:r>
              <w:rPr>
                <w:rFonts w:eastAsia="Arial" w:cs="Arial"/>
                <w:i/>
                <w:color w:val="707070"/>
                <w:sz w:val="20"/>
              </w:rPr>
              <w:t>&lt;Insert&gt;</w:t>
            </w:r>
          </w:p>
        </w:tc>
      </w:tr>
      <w:tr w:rsidR="00282991" w14:paraId="135A9965"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3691D69" w14:textId="77777777" w:rsidR="00282991" w:rsidRDefault="00FE4586">
            <w:pPr>
              <w:spacing w:after="0"/>
            </w:pPr>
            <w:r>
              <w:rPr>
                <w:rFonts w:eastAsia="Arial" w:cs="Arial"/>
                <w:sz w:val="18"/>
              </w:rPr>
              <w:t>HCC-ME / coalition planning sources</w:t>
            </w:r>
          </w:p>
        </w:tc>
        <w:tc>
          <w:tcPr>
            <w:tcW w:w="67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29A4520" w14:textId="77777777" w:rsidR="00282991" w:rsidRDefault="00FE4586">
            <w:pPr>
              <w:spacing w:after="0"/>
            </w:pPr>
            <w:r>
              <w:rPr>
                <w:rFonts w:eastAsia="Arial" w:cs="Arial"/>
                <w:i/>
                <w:color w:val="707070"/>
                <w:sz w:val="20"/>
              </w:rPr>
              <w:t>&lt;Insert if used&gt;</w:t>
            </w:r>
          </w:p>
        </w:tc>
      </w:tr>
    </w:tbl>
    <w:p w14:paraId="15BB7715" w14:textId="77777777" w:rsidR="00282991" w:rsidRDefault="00282991">
      <w:pPr>
        <w:spacing w:after="20"/>
      </w:pPr>
    </w:p>
    <w:p w14:paraId="53D42DBB" w14:textId="77777777" w:rsidR="00282991" w:rsidRDefault="00FE4586">
      <w:pPr>
        <w:pStyle w:val="Heading2"/>
      </w:pPr>
      <w:r>
        <w:rPr>
          <w:rFonts w:ascii="Arial" w:eastAsia="Arial" w:hAnsi="Arial" w:cs="Arial"/>
        </w:rPr>
        <w:t>C. Priority Hazards &amp; Strategies</w:t>
      </w:r>
    </w:p>
    <w:tbl>
      <w:tblPr>
        <w:tblW w:w="0" w:type="auto"/>
        <w:jc w:val="center"/>
        <w:tblLayout w:type="fixed"/>
        <w:tblLook w:val="04A0" w:firstRow="1" w:lastRow="0" w:firstColumn="1" w:lastColumn="0" w:noHBand="0" w:noVBand="1"/>
      </w:tblPr>
      <w:tblGrid>
        <w:gridCol w:w="5040"/>
        <w:gridCol w:w="1872"/>
        <w:gridCol w:w="3888"/>
      </w:tblGrid>
      <w:tr w:rsidR="00282991" w14:paraId="584F4DF0" w14:textId="77777777">
        <w:trPr>
          <w:cantSplit/>
          <w:tblHeader/>
          <w:jc w:val="center"/>
        </w:trPr>
        <w:tc>
          <w:tcPr>
            <w:tcW w:w="504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DEB3541" w14:textId="77777777" w:rsidR="00282991" w:rsidRDefault="00FE4586">
            <w:pPr>
              <w:spacing w:after="0"/>
            </w:pPr>
            <w:r>
              <w:rPr>
                <w:rFonts w:eastAsia="Arial" w:cs="Arial"/>
                <w:b/>
                <w:color w:val="FFFFFF"/>
                <w:sz w:val="17"/>
              </w:rPr>
              <w:t>Hazard / Scenario</w:t>
            </w:r>
          </w:p>
        </w:tc>
        <w:tc>
          <w:tcPr>
            <w:tcW w:w="187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366BBAF" w14:textId="77777777" w:rsidR="00282991" w:rsidRDefault="00FE4586">
            <w:pPr>
              <w:spacing w:after="0"/>
            </w:pPr>
            <w:r>
              <w:rPr>
                <w:rFonts w:eastAsia="Arial" w:cs="Arial"/>
                <w:b/>
                <w:color w:val="FFFFFF"/>
                <w:sz w:val="17"/>
              </w:rPr>
              <w:t>HVA Rating</w:t>
            </w:r>
          </w:p>
        </w:tc>
        <w:tc>
          <w:tcPr>
            <w:tcW w:w="388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73ADD79" w14:textId="77777777" w:rsidR="00282991" w:rsidRDefault="00FE4586">
            <w:pPr>
              <w:spacing w:after="0"/>
            </w:pPr>
            <w:r>
              <w:rPr>
                <w:rFonts w:eastAsia="Arial" w:cs="Arial"/>
                <w:b/>
                <w:color w:val="FFFFFF"/>
                <w:sz w:val="17"/>
              </w:rPr>
              <w:t>Primary Strategy / Annex</w:t>
            </w:r>
          </w:p>
        </w:tc>
      </w:tr>
      <w:tr w:rsidR="00282991" w14:paraId="65E31021" w14:textId="77777777">
        <w:trPr>
          <w:cantSplit/>
          <w:jc w:val="center"/>
        </w:trPr>
        <w:tc>
          <w:tcPr>
            <w:tcW w:w="50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56DC800" w14:textId="77777777" w:rsidR="00282991" w:rsidRDefault="00FE4586">
            <w:pPr>
              <w:spacing w:after="0"/>
            </w:pPr>
            <w:r>
              <w:rPr>
                <w:rFonts w:eastAsia="Arial" w:cs="Arial"/>
                <w:sz w:val="17"/>
              </w:rPr>
              <w:t>Fire / smoke / building evacuation</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F9EA3B6" w14:textId="77777777" w:rsidR="00282991" w:rsidRDefault="00FE4586">
            <w:pPr>
              <w:spacing w:after="0"/>
            </w:pPr>
            <w:r>
              <w:rPr>
                <w:rFonts w:eastAsia="Arial" w:cs="Arial"/>
                <w:i/>
                <w:color w:val="707070"/>
                <w:sz w:val="20"/>
              </w:rPr>
              <w:t>&lt;Insert&gt;</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3FB2C65" w14:textId="77777777" w:rsidR="00282991" w:rsidRDefault="00FE4586">
            <w:pPr>
              <w:spacing w:after="0"/>
            </w:pPr>
            <w:r>
              <w:rPr>
                <w:rFonts w:eastAsia="Arial" w:cs="Arial"/>
                <w:i/>
                <w:color w:val="707070"/>
                <w:sz w:val="20"/>
              </w:rPr>
              <w:t>&lt;Insert&gt;</w:t>
            </w:r>
          </w:p>
        </w:tc>
      </w:tr>
      <w:tr w:rsidR="00282991" w14:paraId="5D88EEF6" w14:textId="77777777">
        <w:trPr>
          <w:cantSplit/>
          <w:jc w:val="center"/>
        </w:trPr>
        <w:tc>
          <w:tcPr>
            <w:tcW w:w="50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2EEC257" w14:textId="77777777" w:rsidR="00282991" w:rsidRDefault="00FE4586">
            <w:pPr>
              <w:spacing w:after="0"/>
            </w:pPr>
            <w:r>
              <w:rPr>
                <w:rFonts w:eastAsia="Arial" w:cs="Arial"/>
                <w:sz w:val="17"/>
              </w:rPr>
              <w:t>Dialysis equipment failure / care-related emergency</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CA26337" w14:textId="77777777" w:rsidR="00282991" w:rsidRDefault="00FE4586">
            <w:pPr>
              <w:spacing w:after="0"/>
            </w:pPr>
            <w:r>
              <w:rPr>
                <w:rFonts w:eastAsia="Arial" w:cs="Arial"/>
                <w:i/>
                <w:color w:val="707070"/>
                <w:sz w:val="20"/>
              </w:rPr>
              <w:t>&lt;Insert&gt;</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CC50620" w14:textId="77777777" w:rsidR="00282991" w:rsidRDefault="00FE4586">
            <w:pPr>
              <w:spacing w:after="0"/>
            </w:pPr>
            <w:r>
              <w:rPr>
                <w:rFonts w:eastAsia="Arial" w:cs="Arial"/>
                <w:i/>
                <w:color w:val="707070"/>
                <w:sz w:val="20"/>
              </w:rPr>
              <w:t>&lt;Insert&gt;</w:t>
            </w:r>
          </w:p>
        </w:tc>
      </w:tr>
      <w:tr w:rsidR="00282991" w14:paraId="63AB34C0" w14:textId="77777777">
        <w:trPr>
          <w:cantSplit/>
          <w:jc w:val="center"/>
        </w:trPr>
        <w:tc>
          <w:tcPr>
            <w:tcW w:w="50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9443E96" w14:textId="77777777" w:rsidR="00282991" w:rsidRDefault="00FE4586">
            <w:pPr>
              <w:spacing w:after="0"/>
            </w:pPr>
            <w:r>
              <w:rPr>
                <w:rFonts w:eastAsia="Arial" w:cs="Arial"/>
                <w:sz w:val="17"/>
              </w:rPr>
              <w:t>Extended power / generator / HVAC failure</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A21FDEB" w14:textId="77777777" w:rsidR="00282991" w:rsidRDefault="00FE4586">
            <w:pPr>
              <w:spacing w:after="0"/>
            </w:pPr>
            <w:r>
              <w:rPr>
                <w:rFonts w:eastAsia="Arial" w:cs="Arial"/>
                <w:i/>
                <w:color w:val="707070"/>
                <w:sz w:val="20"/>
              </w:rPr>
              <w:t>&lt;Insert&gt;</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5172320" w14:textId="77777777" w:rsidR="00282991" w:rsidRDefault="00FE4586">
            <w:pPr>
              <w:spacing w:after="0"/>
            </w:pPr>
            <w:r>
              <w:rPr>
                <w:rFonts w:eastAsia="Arial" w:cs="Arial"/>
                <w:i/>
                <w:color w:val="707070"/>
                <w:sz w:val="20"/>
              </w:rPr>
              <w:t>&lt;Insert&gt;</w:t>
            </w:r>
          </w:p>
        </w:tc>
      </w:tr>
      <w:tr w:rsidR="00282991" w14:paraId="2AD0CB49" w14:textId="77777777">
        <w:trPr>
          <w:cantSplit/>
          <w:jc w:val="center"/>
        </w:trPr>
        <w:tc>
          <w:tcPr>
            <w:tcW w:w="50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A139772" w14:textId="77777777" w:rsidR="00282991" w:rsidRDefault="00FE4586">
            <w:pPr>
              <w:spacing w:after="0"/>
            </w:pPr>
            <w:r>
              <w:rPr>
                <w:rFonts w:eastAsia="Arial" w:cs="Arial"/>
                <w:sz w:val="17"/>
              </w:rPr>
              <w:t>Water supply interruption / water-treatment failure / contamination</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CA5C742" w14:textId="77777777" w:rsidR="00282991" w:rsidRDefault="00FE4586">
            <w:pPr>
              <w:spacing w:after="0"/>
            </w:pPr>
            <w:r>
              <w:rPr>
                <w:rFonts w:eastAsia="Arial" w:cs="Arial"/>
                <w:i/>
                <w:color w:val="707070"/>
                <w:sz w:val="20"/>
              </w:rPr>
              <w:t>&lt;Insert&gt;</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ED9F676" w14:textId="77777777" w:rsidR="00282991" w:rsidRDefault="00FE4586">
            <w:pPr>
              <w:spacing w:after="0"/>
            </w:pPr>
            <w:r>
              <w:rPr>
                <w:rFonts w:eastAsia="Arial" w:cs="Arial"/>
                <w:i/>
                <w:color w:val="707070"/>
                <w:sz w:val="20"/>
              </w:rPr>
              <w:t>&lt;Insert&gt;</w:t>
            </w:r>
          </w:p>
        </w:tc>
      </w:tr>
      <w:tr w:rsidR="00282991" w14:paraId="50DF926A" w14:textId="77777777">
        <w:trPr>
          <w:cantSplit/>
          <w:jc w:val="center"/>
        </w:trPr>
        <w:tc>
          <w:tcPr>
            <w:tcW w:w="50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7136EC3" w14:textId="77777777" w:rsidR="00282991" w:rsidRDefault="00FE4586">
            <w:pPr>
              <w:spacing w:after="0"/>
            </w:pPr>
            <w:r>
              <w:rPr>
                <w:rFonts w:eastAsia="Arial" w:cs="Arial"/>
                <w:sz w:val="17"/>
              </w:rPr>
              <w:t>Natural disaster / severe winter weather / storm</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F8CEE01" w14:textId="77777777" w:rsidR="00282991" w:rsidRDefault="00FE4586">
            <w:pPr>
              <w:spacing w:after="0"/>
            </w:pPr>
            <w:r>
              <w:rPr>
                <w:rFonts w:eastAsia="Arial" w:cs="Arial"/>
                <w:i/>
                <w:color w:val="707070"/>
                <w:sz w:val="20"/>
              </w:rPr>
              <w:t>&lt;Insert&gt;</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C937AEC" w14:textId="77777777" w:rsidR="00282991" w:rsidRDefault="00FE4586">
            <w:pPr>
              <w:spacing w:after="0"/>
            </w:pPr>
            <w:r>
              <w:rPr>
                <w:rFonts w:eastAsia="Arial" w:cs="Arial"/>
                <w:i/>
                <w:color w:val="707070"/>
                <w:sz w:val="20"/>
              </w:rPr>
              <w:t>&lt;Insert&gt;</w:t>
            </w:r>
          </w:p>
        </w:tc>
      </w:tr>
      <w:tr w:rsidR="00282991" w14:paraId="69310A40" w14:textId="77777777">
        <w:trPr>
          <w:cantSplit/>
          <w:jc w:val="center"/>
        </w:trPr>
        <w:tc>
          <w:tcPr>
            <w:tcW w:w="50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C00CED1" w14:textId="77777777" w:rsidR="00282991" w:rsidRDefault="00FE4586">
            <w:pPr>
              <w:spacing w:after="0"/>
            </w:pPr>
            <w:r>
              <w:rPr>
                <w:rFonts w:eastAsia="Arial" w:cs="Arial"/>
                <w:sz w:val="17"/>
              </w:rPr>
              <w:t>Emerging infectious disease / outbreak</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60AE764" w14:textId="77777777" w:rsidR="00282991" w:rsidRDefault="00FE4586">
            <w:pPr>
              <w:spacing w:after="0"/>
            </w:pPr>
            <w:r>
              <w:rPr>
                <w:rFonts w:eastAsia="Arial" w:cs="Arial"/>
                <w:i/>
                <w:color w:val="707070"/>
                <w:sz w:val="20"/>
              </w:rPr>
              <w:t>&lt;Insert&gt;</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B5BBB65" w14:textId="77777777" w:rsidR="00282991" w:rsidRDefault="00FE4586">
            <w:pPr>
              <w:spacing w:after="0"/>
            </w:pPr>
            <w:r>
              <w:rPr>
                <w:rFonts w:eastAsia="Arial" w:cs="Arial"/>
                <w:i/>
                <w:color w:val="707070"/>
                <w:sz w:val="20"/>
              </w:rPr>
              <w:t>&lt;Insert&gt;</w:t>
            </w:r>
          </w:p>
        </w:tc>
      </w:tr>
      <w:tr w:rsidR="00282991" w14:paraId="42A13E04" w14:textId="77777777">
        <w:trPr>
          <w:cantSplit/>
          <w:jc w:val="center"/>
        </w:trPr>
        <w:tc>
          <w:tcPr>
            <w:tcW w:w="50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9631D0F" w14:textId="77777777" w:rsidR="00282991" w:rsidRDefault="00FE4586">
            <w:pPr>
              <w:spacing w:after="0"/>
            </w:pPr>
            <w:r>
              <w:rPr>
                <w:rFonts w:eastAsia="Arial" w:cs="Arial"/>
                <w:sz w:val="17"/>
              </w:rPr>
              <w:t>Cyberattack / EHR or network downtime</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A5E79D5" w14:textId="77777777" w:rsidR="00282991" w:rsidRDefault="00FE4586">
            <w:pPr>
              <w:spacing w:after="0"/>
            </w:pPr>
            <w:r>
              <w:rPr>
                <w:rFonts w:eastAsia="Arial" w:cs="Arial"/>
                <w:i/>
                <w:color w:val="707070"/>
                <w:sz w:val="20"/>
              </w:rPr>
              <w:t>&lt;Insert&gt;</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5748863" w14:textId="77777777" w:rsidR="00282991" w:rsidRDefault="00FE4586">
            <w:pPr>
              <w:spacing w:after="0"/>
            </w:pPr>
            <w:r>
              <w:rPr>
                <w:rFonts w:eastAsia="Arial" w:cs="Arial"/>
                <w:i/>
                <w:color w:val="707070"/>
                <w:sz w:val="20"/>
              </w:rPr>
              <w:t>&lt;Insert&gt;</w:t>
            </w:r>
          </w:p>
        </w:tc>
      </w:tr>
      <w:tr w:rsidR="00282991" w14:paraId="3B99AE11" w14:textId="77777777">
        <w:trPr>
          <w:cantSplit/>
          <w:jc w:val="center"/>
        </w:trPr>
        <w:tc>
          <w:tcPr>
            <w:tcW w:w="50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ED5098D" w14:textId="77777777" w:rsidR="00282991" w:rsidRDefault="00FE4586">
            <w:pPr>
              <w:spacing w:after="0"/>
            </w:pPr>
            <w:r>
              <w:rPr>
                <w:rFonts w:eastAsia="Arial" w:cs="Arial"/>
                <w:sz w:val="17"/>
              </w:rPr>
              <w:t>Supply-chain / dialysis supplies disruption</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DDC47DC" w14:textId="77777777" w:rsidR="00282991" w:rsidRDefault="00FE4586">
            <w:pPr>
              <w:spacing w:after="0"/>
            </w:pPr>
            <w:r>
              <w:rPr>
                <w:rFonts w:eastAsia="Arial" w:cs="Arial"/>
                <w:i/>
                <w:color w:val="707070"/>
                <w:sz w:val="20"/>
              </w:rPr>
              <w:t>&lt;Insert&gt;</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6BD6A09" w14:textId="77777777" w:rsidR="00282991" w:rsidRDefault="00FE4586">
            <w:pPr>
              <w:spacing w:after="0"/>
            </w:pPr>
            <w:r>
              <w:rPr>
                <w:rFonts w:eastAsia="Arial" w:cs="Arial"/>
                <w:i/>
                <w:color w:val="707070"/>
                <w:sz w:val="20"/>
              </w:rPr>
              <w:t>&lt;Insert&gt;</w:t>
            </w:r>
          </w:p>
        </w:tc>
      </w:tr>
      <w:tr w:rsidR="00282991" w14:paraId="032059E0" w14:textId="77777777">
        <w:trPr>
          <w:cantSplit/>
          <w:jc w:val="center"/>
        </w:trPr>
        <w:tc>
          <w:tcPr>
            <w:tcW w:w="50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1B79101" w14:textId="77777777" w:rsidR="00282991" w:rsidRDefault="00FE4586">
            <w:pPr>
              <w:spacing w:after="0"/>
            </w:pPr>
            <w:r>
              <w:rPr>
                <w:rFonts w:eastAsia="Arial" w:cs="Arial"/>
                <w:sz w:val="17"/>
              </w:rPr>
              <w:t>Transportation / access disruption</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A428A23" w14:textId="77777777" w:rsidR="00282991" w:rsidRDefault="00FE4586">
            <w:pPr>
              <w:spacing w:after="0"/>
            </w:pPr>
            <w:r>
              <w:rPr>
                <w:rFonts w:eastAsia="Arial" w:cs="Arial"/>
                <w:i/>
                <w:color w:val="707070"/>
                <w:sz w:val="20"/>
              </w:rPr>
              <w:t>&lt;Insert&gt;</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5BA3216" w14:textId="77777777" w:rsidR="00282991" w:rsidRDefault="00FE4586">
            <w:pPr>
              <w:spacing w:after="0"/>
            </w:pPr>
            <w:r>
              <w:rPr>
                <w:rFonts w:eastAsia="Arial" w:cs="Arial"/>
                <w:i/>
                <w:color w:val="707070"/>
                <w:sz w:val="20"/>
              </w:rPr>
              <w:t>&lt;Insert&gt;</w:t>
            </w:r>
          </w:p>
        </w:tc>
      </w:tr>
      <w:tr w:rsidR="00282991" w14:paraId="09E35691" w14:textId="77777777">
        <w:trPr>
          <w:cantSplit/>
          <w:jc w:val="center"/>
        </w:trPr>
        <w:tc>
          <w:tcPr>
            <w:tcW w:w="50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B249ECD" w14:textId="77777777" w:rsidR="00282991" w:rsidRDefault="00FE4586">
            <w:pPr>
              <w:spacing w:after="0"/>
            </w:pPr>
            <w:r>
              <w:rPr>
                <w:rFonts w:eastAsia="Arial" w:cs="Arial"/>
                <w:sz w:val="17"/>
              </w:rPr>
              <w:t>Active threat / violence / security incident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6ECC956" w14:textId="77777777" w:rsidR="00282991" w:rsidRDefault="00FE4586">
            <w:pPr>
              <w:spacing w:after="0"/>
            </w:pPr>
            <w:r>
              <w:rPr>
                <w:rFonts w:eastAsia="Arial" w:cs="Arial"/>
                <w:i/>
                <w:color w:val="707070"/>
                <w:sz w:val="20"/>
              </w:rPr>
              <w:t>&lt;Insert&gt;</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4F4AED1" w14:textId="77777777" w:rsidR="00282991" w:rsidRDefault="00FE4586">
            <w:pPr>
              <w:spacing w:after="0"/>
            </w:pPr>
            <w:r>
              <w:rPr>
                <w:rFonts w:eastAsia="Arial" w:cs="Arial"/>
                <w:i/>
                <w:color w:val="707070"/>
                <w:sz w:val="20"/>
              </w:rPr>
              <w:t>&lt;Insert&gt;</w:t>
            </w:r>
          </w:p>
        </w:tc>
      </w:tr>
      <w:tr w:rsidR="00282991" w14:paraId="4AE0A5FC" w14:textId="77777777">
        <w:trPr>
          <w:cantSplit/>
          <w:jc w:val="center"/>
        </w:trPr>
        <w:tc>
          <w:tcPr>
            <w:tcW w:w="50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17CB135" w14:textId="77777777" w:rsidR="00282991" w:rsidRDefault="00FE4586">
            <w:pPr>
              <w:spacing w:after="0"/>
            </w:pPr>
            <w:r>
              <w:rPr>
                <w:rFonts w:eastAsia="Arial" w:cs="Arial"/>
                <w:sz w:val="17"/>
              </w:rPr>
              <w:t>Hazardous materials / indoor air / environmental event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7A72D1C" w14:textId="77777777" w:rsidR="00282991" w:rsidRDefault="00FE4586">
            <w:pPr>
              <w:spacing w:after="0"/>
            </w:pPr>
            <w:r>
              <w:rPr>
                <w:rFonts w:eastAsia="Arial" w:cs="Arial"/>
                <w:i/>
                <w:color w:val="707070"/>
                <w:sz w:val="20"/>
              </w:rPr>
              <w:t>&lt;Insert&gt;</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37A6E27" w14:textId="77777777" w:rsidR="00282991" w:rsidRDefault="00FE4586">
            <w:pPr>
              <w:spacing w:after="0"/>
            </w:pPr>
            <w:r>
              <w:rPr>
                <w:rFonts w:eastAsia="Arial" w:cs="Arial"/>
                <w:i/>
                <w:color w:val="707070"/>
                <w:sz w:val="20"/>
              </w:rPr>
              <w:t>&lt;Insert&gt;</w:t>
            </w:r>
          </w:p>
        </w:tc>
      </w:tr>
      <w:tr w:rsidR="00282991" w14:paraId="239F8F5F" w14:textId="77777777">
        <w:trPr>
          <w:cantSplit/>
          <w:jc w:val="center"/>
        </w:trPr>
        <w:tc>
          <w:tcPr>
            <w:tcW w:w="50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74C89E4" w14:textId="77777777" w:rsidR="00282991" w:rsidRDefault="00FE4586">
            <w:pPr>
              <w:spacing w:after="0"/>
            </w:pPr>
            <w:r>
              <w:rPr>
                <w:rFonts w:eastAsia="Arial" w:cs="Arial"/>
                <w:sz w:val="17"/>
              </w:rPr>
              <w:t>Other locally identified hazard</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E52C566" w14:textId="77777777" w:rsidR="00282991" w:rsidRDefault="00FE4586">
            <w:pPr>
              <w:spacing w:after="0"/>
            </w:pPr>
            <w:r>
              <w:rPr>
                <w:rFonts w:eastAsia="Arial" w:cs="Arial"/>
                <w:i/>
                <w:color w:val="707070"/>
                <w:sz w:val="20"/>
              </w:rPr>
              <w:t>&lt;Insert&gt;</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86B9E2B" w14:textId="77777777" w:rsidR="00282991" w:rsidRDefault="00FE4586">
            <w:pPr>
              <w:spacing w:after="0"/>
            </w:pPr>
            <w:r>
              <w:rPr>
                <w:rFonts w:eastAsia="Arial" w:cs="Arial"/>
                <w:i/>
                <w:color w:val="707070"/>
                <w:sz w:val="20"/>
              </w:rPr>
              <w:t>&lt;Insert&gt;</w:t>
            </w:r>
          </w:p>
        </w:tc>
      </w:tr>
    </w:tbl>
    <w:p w14:paraId="3B4BE862" w14:textId="77777777" w:rsidR="00282991" w:rsidRDefault="00282991">
      <w:pPr>
        <w:spacing w:after="20"/>
      </w:pPr>
    </w:p>
    <w:p w14:paraId="6A1ECC45" w14:textId="77777777" w:rsidR="00282991" w:rsidRDefault="00FE4586">
      <w:pPr>
        <w:pStyle w:val="Heading2"/>
      </w:pPr>
      <w:r>
        <w:rPr>
          <w:rFonts w:ascii="Arial" w:eastAsia="Arial" w:hAnsi="Arial" w:cs="Arial"/>
        </w:rPr>
        <w:t>D. Reassessment Triggers</w:t>
      </w:r>
    </w:p>
    <w:p w14:paraId="27FBE124" w14:textId="30E4F70E" w:rsidR="00282991" w:rsidRDefault="00FE4586">
      <w:r>
        <w:rPr>
          <w:rFonts w:eastAsia="Arial" w:cs="Arial"/>
        </w:rPr>
        <w:t>The facility should reconsider the HVA when major facility/service changes, modality changes, actual events, exercises, new community risks, infrastructure/water-system changes, significant IT/vendor changes, or changes in patient population/service delivery could alter preparedness priorities.</w:t>
      </w:r>
    </w:p>
    <w:p w14:paraId="04F8FCD2" w14:textId="77777777" w:rsidR="00282991" w:rsidRDefault="00FE4586">
      <w:pPr>
        <w:pStyle w:val="Heading1"/>
        <w:pBdr>
          <w:bottom w:val="single" w:sz="10" w:space="2" w:color="E63B07"/>
        </w:pBdr>
      </w:pPr>
      <w:r>
        <w:rPr>
          <w:rFonts w:ascii="Arial" w:eastAsia="Arial" w:hAnsi="Arial" w:cs="Arial"/>
        </w:rPr>
        <w:lastRenderedPageBreak/>
        <w:t>4. CONCEPT OF OPERATIONS</w:t>
      </w:r>
    </w:p>
    <w:tbl>
      <w:tblPr>
        <w:tblW w:w="0" w:type="auto"/>
        <w:jc w:val="center"/>
        <w:tblLook w:val="04A0" w:firstRow="1" w:lastRow="0" w:firstColumn="1" w:lastColumn="0" w:noHBand="0" w:noVBand="1"/>
      </w:tblPr>
      <w:tblGrid>
        <w:gridCol w:w="10800"/>
      </w:tblGrid>
      <w:tr w:rsidR="00282991" w14:paraId="45F0CE13" w14:textId="77777777">
        <w:trPr>
          <w:jc w:val="center"/>
        </w:trPr>
        <w:tc>
          <w:tcPr>
            <w:tcW w:w="10800" w:type="dxa"/>
            <w:shd w:val="clear" w:color="auto" w:fill="E8F2EF"/>
            <w:tcMar>
              <w:top w:w="90" w:type="dxa"/>
              <w:left w:w="100" w:type="dxa"/>
              <w:bottom w:w="90" w:type="dxa"/>
              <w:right w:w="100" w:type="dxa"/>
            </w:tcMar>
          </w:tcPr>
          <w:p w14:paraId="5F07B67D" w14:textId="77777777" w:rsidR="00282991" w:rsidRDefault="00FE4586">
            <w:pPr>
              <w:spacing w:after="0"/>
            </w:pPr>
            <w:r>
              <w:rPr>
                <w:rFonts w:eastAsia="Arial" w:cs="Arial"/>
                <w:b/>
                <w:color w:val="015A41"/>
                <w:sz w:val="19"/>
              </w:rPr>
              <w:t xml:space="preserve">REGULATORY BASIS </w:t>
            </w:r>
            <w:r>
              <w:rPr>
                <w:rFonts w:eastAsia="Arial" w:cs="Arial"/>
                <w:sz w:val="18"/>
              </w:rPr>
              <w:t>42 CFR §494.62(a), with policies/procedures at §494.62(b).</w:t>
            </w:r>
          </w:p>
        </w:tc>
      </w:tr>
    </w:tbl>
    <w:p w14:paraId="421E81A0" w14:textId="77777777" w:rsidR="00282991" w:rsidRDefault="00282991">
      <w:pPr>
        <w:spacing w:after="20"/>
      </w:pPr>
    </w:p>
    <w:p w14:paraId="275F9EFC" w14:textId="77777777" w:rsidR="00282991" w:rsidRDefault="00FE4586">
      <w:pPr>
        <w:pStyle w:val="Heading2"/>
      </w:pPr>
      <w:r>
        <w:rPr>
          <w:rFonts w:ascii="Arial" w:eastAsia="Arial" w:hAnsi="Arial" w:cs="Arial"/>
        </w:rPr>
        <w:t>A. Incident Phases</w:t>
      </w:r>
    </w:p>
    <w:tbl>
      <w:tblPr>
        <w:tblW w:w="0" w:type="auto"/>
        <w:jc w:val="center"/>
        <w:tblLayout w:type="fixed"/>
        <w:tblLook w:val="04A0" w:firstRow="1" w:lastRow="0" w:firstColumn="1" w:lastColumn="0" w:noHBand="0" w:noVBand="1"/>
      </w:tblPr>
      <w:tblGrid>
        <w:gridCol w:w="2160"/>
        <w:gridCol w:w="8640"/>
      </w:tblGrid>
      <w:tr w:rsidR="00282991" w14:paraId="355677C3" w14:textId="77777777">
        <w:trPr>
          <w:cantSplit/>
          <w:tblHeader/>
          <w:jc w:val="center"/>
        </w:trPr>
        <w:tc>
          <w:tcPr>
            <w:tcW w:w="216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A62E471" w14:textId="77777777" w:rsidR="00282991" w:rsidRDefault="00FE4586">
            <w:pPr>
              <w:spacing w:after="0"/>
            </w:pPr>
            <w:r>
              <w:rPr>
                <w:rFonts w:eastAsia="Arial" w:cs="Arial"/>
                <w:b/>
                <w:color w:val="FFFFFF"/>
                <w:sz w:val="18"/>
              </w:rPr>
              <w:t>Phase</w:t>
            </w:r>
          </w:p>
        </w:tc>
        <w:tc>
          <w:tcPr>
            <w:tcW w:w="864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EE2940C" w14:textId="77777777" w:rsidR="00282991" w:rsidRDefault="00FE4586">
            <w:pPr>
              <w:spacing w:after="0"/>
            </w:pPr>
            <w:r>
              <w:rPr>
                <w:rFonts w:eastAsia="Arial" w:cs="Arial"/>
                <w:b/>
                <w:color w:val="FFFFFF"/>
                <w:sz w:val="18"/>
              </w:rPr>
              <w:t>Facility Approach</w:t>
            </w:r>
          </w:p>
        </w:tc>
      </w:tr>
      <w:tr w:rsidR="00282991" w14:paraId="24D2DB4D"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13D40CA" w14:textId="77777777" w:rsidR="00282991" w:rsidRDefault="00FE4586">
            <w:pPr>
              <w:spacing w:after="0"/>
            </w:pPr>
            <w:r>
              <w:rPr>
                <w:rFonts w:eastAsia="Arial" w:cs="Arial"/>
                <w:sz w:val="18"/>
              </w:rPr>
              <w:t>Mitigation</w:t>
            </w:r>
          </w:p>
        </w:tc>
        <w:tc>
          <w:tcPr>
            <w:tcW w:w="86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5EB7421" w14:textId="77777777" w:rsidR="00282991" w:rsidRDefault="00FE4586">
            <w:pPr>
              <w:spacing w:after="0"/>
            </w:pPr>
            <w:r>
              <w:rPr>
                <w:rFonts w:eastAsia="Arial" w:cs="Arial"/>
                <w:i/>
                <w:color w:val="707070"/>
                <w:sz w:val="20"/>
              </w:rPr>
              <w:t>&lt;Risk reduction / prevention strategies&gt;</w:t>
            </w:r>
          </w:p>
        </w:tc>
      </w:tr>
      <w:tr w:rsidR="00282991" w14:paraId="6DB7B32E"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833CD1F" w14:textId="77777777" w:rsidR="00282991" w:rsidRDefault="00FE4586">
            <w:pPr>
              <w:spacing w:after="0"/>
            </w:pPr>
            <w:r>
              <w:rPr>
                <w:rFonts w:eastAsia="Arial" w:cs="Arial"/>
                <w:sz w:val="18"/>
              </w:rPr>
              <w:t>Preparedness</w:t>
            </w:r>
          </w:p>
        </w:tc>
        <w:tc>
          <w:tcPr>
            <w:tcW w:w="86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651084A" w14:textId="77777777" w:rsidR="00282991" w:rsidRDefault="00FE4586">
            <w:pPr>
              <w:spacing w:after="0"/>
            </w:pPr>
            <w:r>
              <w:rPr>
                <w:rFonts w:eastAsia="Arial" w:cs="Arial"/>
                <w:i/>
                <w:color w:val="707070"/>
                <w:sz w:val="20"/>
              </w:rPr>
              <w:t>&lt;Plans, training, patient orientation, exercises, agreements, supplies&gt;</w:t>
            </w:r>
          </w:p>
        </w:tc>
      </w:tr>
      <w:tr w:rsidR="00282991" w14:paraId="7439E97F"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B61E3AC" w14:textId="77777777" w:rsidR="00282991" w:rsidRDefault="00FE4586">
            <w:pPr>
              <w:spacing w:after="0"/>
            </w:pPr>
            <w:r>
              <w:rPr>
                <w:rFonts w:eastAsia="Arial" w:cs="Arial"/>
                <w:sz w:val="18"/>
              </w:rPr>
              <w:t>Response</w:t>
            </w:r>
          </w:p>
        </w:tc>
        <w:tc>
          <w:tcPr>
            <w:tcW w:w="86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5680FFB" w14:textId="77777777" w:rsidR="00282991" w:rsidRDefault="00FE4586">
            <w:pPr>
              <w:spacing w:after="0"/>
            </w:pPr>
            <w:r>
              <w:rPr>
                <w:rFonts w:eastAsia="Arial" w:cs="Arial"/>
                <w:i/>
                <w:color w:val="707070"/>
                <w:sz w:val="20"/>
              </w:rPr>
              <w:t>&lt;Activation, protective actions, dialysis continuity, patient safety, coordination&gt;</w:t>
            </w:r>
          </w:p>
        </w:tc>
      </w:tr>
      <w:tr w:rsidR="00282991" w14:paraId="6E022C3E"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CBF9AC1" w14:textId="77777777" w:rsidR="00282991" w:rsidRDefault="00FE4586">
            <w:pPr>
              <w:spacing w:after="0"/>
            </w:pPr>
            <w:r>
              <w:rPr>
                <w:rFonts w:eastAsia="Arial" w:cs="Arial"/>
                <w:sz w:val="18"/>
              </w:rPr>
              <w:t>Recovery</w:t>
            </w:r>
          </w:p>
        </w:tc>
        <w:tc>
          <w:tcPr>
            <w:tcW w:w="86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DA0D46E" w14:textId="77777777" w:rsidR="00282991" w:rsidRDefault="00FE4586">
            <w:pPr>
              <w:spacing w:after="0"/>
            </w:pPr>
            <w:r>
              <w:rPr>
                <w:rFonts w:eastAsia="Arial" w:cs="Arial"/>
                <w:i/>
                <w:color w:val="707070"/>
                <w:sz w:val="20"/>
              </w:rPr>
              <w:t>&lt;Restoration, continuity, AAR/QAPI, plan updates&gt;</w:t>
            </w:r>
          </w:p>
        </w:tc>
      </w:tr>
    </w:tbl>
    <w:p w14:paraId="64682DC6" w14:textId="77777777" w:rsidR="00282991" w:rsidRDefault="00282991">
      <w:pPr>
        <w:spacing w:after="20"/>
      </w:pPr>
    </w:p>
    <w:p w14:paraId="0BB0EA76" w14:textId="77777777" w:rsidR="00282991" w:rsidRDefault="00FE4586">
      <w:pPr>
        <w:pStyle w:val="Heading2"/>
      </w:pPr>
      <w:r>
        <w:rPr>
          <w:rFonts w:ascii="Arial" w:eastAsia="Arial" w:hAnsi="Arial" w:cs="Arial"/>
        </w:rPr>
        <w:t>B. Plan Activation</w:t>
      </w:r>
    </w:p>
    <w:tbl>
      <w:tblPr>
        <w:tblW w:w="0" w:type="auto"/>
        <w:jc w:val="center"/>
        <w:tblLayout w:type="fixed"/>
        <w:tblLook w:val="04A0" w:firstRow="1" w:lastRow="0" w:firstColumn="1" w:lastColumn="0" w:noHBand="0" w:noVBand="1"/>
      </w:tblPr>
      <w:tblGrid>
        <w:gridCol w:w="2304"/>
        <w:gridCol w:w="3024"/>
        <w:gridCol w:w="2304"/>
        <w:gridCol w:w="3168"/>
      </w:tblGrid>
      <w:tr w:rsidR="00282991" w14:paraId="20E9A2CA" w14:textId="77777777">
        <w:trPr>
          <w:cantSplit/>
          <w:tblHeader/>
          <w:jc w:val="center"/>
        </w:trPr>
        <w:tc>
          <w:tcPr>
            <w:tcW w:w="230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D1F6911" w14:textId="77777777" w:rsidR="00282991" w:rsidRDefault="00FE4586">
            <w:pPr>
              <w:spacing w:after="0"/>
            </w:pPr>
            <w:r>
              <w:rPr>
                <w:rFonts w:eastAsia="Arial" w:cs="Arial"/>
                <w:b/>
                <w:color w:val="FFFFFF"/>
                <w:sz w:val="17"/>
              </w:rPr>
              <w:t>Activation Level</w:t>
            </w:r>
          </w:p>
        </w:tc>
        <w:tc>
          <w:tcPr>
            <w:tcW w:w="302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90E6D7E" w14:textId="77777777" w:rsidR="00282991" w:rsidRDefault="00FE4586">
            <w:pPr>
              <w:spacing w:after="0"/>
            </w:pPr>
            <w:r>
              <w:rPr>
                <w:rFonts w:eastAsia="Arial" w:cs="Arial"/>
                <w:b/>
                <w:color w:val="FFFFFF"/>
                <w:sz w:val="17"/>
              </w:rPr>
              <w:t>Triggers</w:t>
            </w:r>
          </w:p>
        </w:tc>
        <w:tc>
          <w:tcPr>
            <w:tcW w:w="230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98B5D15" w14:textId="77777777" w:rsidR="00282991" w:rsidRDefault="00FE4586">
            <w:pPr>
              <w:spacing w:after="0"/>
            </w:pPr>
            <w:r>
              <w:rPr>
                <w:rFonts w:eastAsia="Arial" w:cs="Arial"/>
                <w:b/>
                <w:color w:val="FFFFFF"/>
                <w:sz w:val="17"/>
              </w:rPr>
              <w:t>Authority</w:t>
            </w:r>
          </w:p>
        </w:tc>
        <w:tc>
          <w:tcPr>
            <w:tcW w:w="316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27EAE19" w14:textId="77777777" w:rsidR="00282991" w:rsidRDefault="00FE4586">
            <w:pPr>
              <w:spacing w:after="0"/>
            </w:pPr>
            <w:r>
              <w:rPr>
                <w:rFonts w:eastAsia="Arial" w:cs="Arial"/>
                <w:b/>
                <w:color w:val="FFFFFF"/>
                <w:sz w:val="17"/>
              </w:rPr>
              <w:t>Initial Actions</w:t>
            </w:r>
          </w:p>
        </w:tc>
      </w:tr>
      <w:tr w:rsidR="00282991" w14:paraId="06E5E599"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E16F194" w14:textId="77777777" w:rsidR="00282991" w:rsidRDefault="00FE4586">
            <w:pPr>
              <w:spacing w:after="0"/>
            </w:pPr>
            <w:r>
              <w:rPr>
                <w:rFonts w:eastAsia="Arial" w:cs="Arial"/>
                <w:sz w:val="17"/>
              </w:rPr>
              <w:t>Level 1 - Monitoring</w:t>
            </w:r>
          </w:p>
        </w:tc>
        <w:tc>
          <w:tcPr>
            <w:tcW w:w="302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13E9E93" w14:textId="77777777" w:rsidR="00282991" w:rsidRDefault="00FE4586">
            <w:pPr>
              <w:spacing w:after="0"/>
            </w:pPr>
            <w:r>
              <w:rPr>
                <w:rFonts w:eastAsia="Arial" w:cs="Arial"/>
                <w:i/>
                <w:color w:val="707070"/>
                <w:sz w:val="20"/>
              </w:rPr>
              <w:t>&lt;Triggers&gt;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A561EC8" w14:textId="77777777" w:rsidR="00282991" w:rsidRDefault="00FE4586">
            <w:pPr>
              <w:spacing w:after="0"/>
            </w:pPr>
            <w:r>
              <w:rPr>
                <w:rFonts w:eastAsia="Arial" w:cs="Arial"/>
                <w:i/>
                <w:color w:val="707070"/>
                <w:sz w:val="20"/>
              </w:rPr>
              <w:t>&lt;Authority&gt;</w:t>
            </w:r>
          </w:p>
        </w:tc>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4E7AD08" w14:textId="77777777" w:rsidR="00282991" w:rsidRDefault="00FE4586">
            <w:pPr>
              <w:spacing w:after="0"/>
            </w:pPr>
            <w:r>
              <w:rPr>
                <w:rFonts w:eastAsia="Arial" w:cs="Arial"/>
                <w:i/>
                <w:color w:val="707070"/>
                <w:sz w:val="20"/>
              </w:rPr>
              <w:t>&lt;Actions&gt;</w:t>
            </w:r>
          </w:p>
        </w:tc>
      </w:tr>
      <w:tr w:rsidR="00282991" w14:paraId="2AEF6505"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CA5E251" w14:textId="77777777" w:rsidR="00282991" w:rsidRDefault="00FE4586">
            <w:pPr>
              <w:spacing w:after="0"/>
            </w:pPr>
            <w:r>
              <w:rPr>
                <w:rFonts w:eastAsia="Arial" w:cs="Arial"/>
                <w:sz w:val="17"/>
              </w:rPr>
              <w:t>Level 2 - Partial Activation</w:t>
            </w:r>
          </w:p>
        </w:tc>
        <w:tc>
          <w:tcPr>
            <w:tcW w:w="302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2E81F0F" w14:textId="77777777" w:rsidR="00282991" w:rsidRDefault="00FE4586">
            <w:pPr>
              <w:spacing w:after="0"/>
            </w:pPr>
            <w:r>
              <w:rPr>
                <w:rFonts w:eastAsia="Arial" w:cs="Arial"/>
                <w:i/>
                <w:color w:val="707070"/>
                <w:sz w:val="20"/>
              </w:rPr>
              <w:t>&lt;Triggers&gt;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DFC4FEC" w14:textId="77777777" w:rsidR="00282991" w:rsidRDefault="00FE4586">
            <w:pPr>
              <w:spacing w:after="0"/>
            </w:pPr>
            <w:r>
              <w:rPr>
                <w:rFonts w:eastAsia="Arial" w:cs="Arial"/>
                <w:i/>
                <w:color w:val="707070"/>
                <w:sz w:val="20"/>
              </w:rPr>
              <w:t>&lt;Authority&gt;</w:t>
            </w:r>
          </w:p>
        </w:tc>
        <w:tc>
          <w:tcPr>
            <w:tcW w:w="31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39309E5" w14:textId="77777777" w:rsidR="00282991" w:rsidRDefault="00FE4586">
            <w:pPr>
              <w:spacing w:after="0"/>
            </w:pPr>
            <w:r>
              <w:rPr>
                <w:rFonts w:eastAsia="Arial" w:cs="Arial"/>
                <w:i/>
                <w:color w:val="707070"/>
                <w:sz w:val="20"/>
              </w:rPr>
              <w:t>&lt;Actions&gt;</w:t>
            </w:r>
          </w:p>
        </w:tc>
      </w:tr>
      <w:tr w:rsidR="00282991" w14:paraId="0E04212B"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D032797" w14:textId="77777777" w:rsidR="00282991" w:rsidRDefault="00FE4586">
            <w:pPr>
              <w:spacing w:after="0"/>
            </w:pPr>
            <w:r>
              <w:rPr>
                <w:rFonts w:eastAsia="Arial" w:cs="Arial"/>
                <w:sz w:val="17"/>
              </w:rPr>
              <w:t>Level 3 - Full Activation</w:t>
            </w:r>
          </w:p>
        </w:tc>
        <w:tc>
          <w:tcPr>
            <w:tcW w:w="302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D129D3A" w14:textId="77777777" w:rsidR="00282991" w:rsidRDefault="00FE4586">
            <w:pPr>
              <w:spacing w:after="0"/>
            </w:pPr>
            <w:r>
              <w:rPr>
                <w:rFonts w:eastAsia="Arial" w:cs="Arial"/>
                <w:i/>
                <w:color w:val="707070"/>
                <w:sz w:val="20"/>
              </w:rPr>
              <w:t>&lt;Triggers&gt;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E269DF4" w14:textId="77777777" w:rsidR="00282991" w:rsidRDefault="00FE4586">
            <w:pPr>
              <w:spacing w:after="0"/>
            </w:pPr>
            <w:r>
              <w:rPr>
                <w:rFonts w:eastAsia="Arial" w:cs="Arial"/>
                <w:i/>
                <w:color w:val="707070"/>
                <w:sz w:val="20"/>
              </w:rPr>
              <w:t>&lt;Authority&gt;</w:t>
            </w:r>
          </w:p>
        </w:tc>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A8651FC" w14:textId="77777777" w:rsidR="00282991" w:rsidRDefault="00FE4586">
            <w:pPr>
              <w:spacing w:after="0"/>
            </w:pPr>
            <w:r>
              <w:rPr>
                <w:rFonts w:eastAsia="Arial" w:cs="Arial"/>
                <w:i/>
                <w:color w:val="707070"/>
                <w:sz w:val="20"/>
              </w:rPr>
              <w:t>&lt;Actions&gt;</w:t>
            </w:r>
          </w:p>
        </w:tc>
      </w:tr>
    </w:tbl>
    <w:p w14:paraId="4F792265" w14:textId="77777777" w:rsidR="00282991" w:rsidRDefault="00282991">
      <w:pPr>
        <w:spacing w:after="20"/>
      </w:pPr>
    </w:p>
    <w:p w14:paraId="75296A3C" w14:textId="77777777" w:rsidR="00282991" w:rsidRDefault="00FE4586">
      <w:pPr>
        <w:pStyle w:val="Heading2"/>
      </w:pPr>
      <w:r>
        <w:rPr>
          <w:rFonts w:ascii="Arial" w:eastAsia="Arial" w:hAnsi="Arial" w:cs="Arial"/>
        </w:rPr>
        <w:t>C. Protective Action Decisions</w:t>
      </w:r>
    </w:p>
    <w:p w14:paraId="50DD6F11" w14:textId="77777777" w:rsidR="00282991" w:rsidRDefault="00FE4586">
      <w:r>
        <w:rPr>
          <w:rFonts w:eastAsia="Arial" w:cs="Arial"/>
        </w:rPr>
        <w:t>The Incident Lead or designated successor will determine whether to continue, alter, shorten, or stop dialysis; shelter in place; evacuate; close or reduce services; activate alternate dialysis/receiving arrangements; redirect/transfer patients; or take other protective actions based on patient needs, treatment status, water/dialysate conditions, equipment, building/site conditions, utilities, staffing, transportation, weather, public-health/emergency-official guidance, and available resources.</w:t>
      </w:r>
    </w:p>
    <w:p w14:paraId="59FAAEF9" w14:textId="77777777" w:rsidR="00282991" w:rsidRDefault="00FE4586">
      <w:pPr>
        <w:pStyle w:val="Heading2"/>
      </w:pPr>
      <w:r>
        <w:rPr>
          <w:rFonts w:ascii="Arial" w:eastAsia="Arial" w:hAnsi="Arial" w:cs="Arial"/>
        </w:rPr>
        <w:t>D. Demobilization / Return to Normal</w:t>
      </w:r>
    </w:p>
    <w:p w14:paraId="01177175" w14:textId="77777777" w:rsidR="00282991" w:rsidRDefault="00FE4586">
      <w:pPr>
        <w:spacing w:after="20"/>
      </w:pPr>
      <w:r>
        <w:rPr>
          <w:rFonts w:eastAsia="Arial" w:cs="Arial"/>
          <w:color w:val="BBBBBB"/>
          <w:sz w:val="16"/>
        </w:rPr>
        <w:t>__________________________________________________________________________________________________</w:t>
      </w:r>
    </w:p>
    <w:p w14:paraId="7B6857AA" w14:textId="77777777" w:rsidR="00282991" w:rsidRDefault="00FE4586">
      <w:pPr>
        <w:spacing w:after="20"/>
      </w:pPr>
      <w:r>
        <w:rPr>
          <w:rFonts w:eastAsia="Arial" w:cs="Arial"/>
          <w:color w:val="BBBBBB"/>
          <w:sz w:val="16"/>
        </w:rPr>
        <w:t>__________________________________________________________________________________________________</w:t>
      </w:r>
    </w:p>
    <w:p w14:paraId="6CF7FD82" w14:textId="77777777" w:rsidR="00282991" w:rsidRDefault="00FE4586">
      <w:pPr>
        <w:spacing w:after="20"/>
      </w:pPr>
      <w:r>
        <w:rPr>
          <w:rFonts w:eastAsia="Arial" w:cs="Arial"/>
          <w:color w:val="BBBBBB"/>
          <w:sz w:val="16"/>
        </w:rPr>
        <w:t>__________________________________________________________________________________________________</w:t>
      </w:r>
    </w:p>
    <w:p w14:paraId="00C54710" w14:textId="77777777" w:rsidR="00282991" w:rsidRDefault="00FE4586">
      <w:pPr>
        <w:spacing w:after="20"/>
      </w:pPr>
      <w:r>
        <w:rPr>
          <w:rFonts w:eastAsia="Arial" w:cs="Arial"/>
          <w:color w:val="BBBBBB"/>
          <w:sz w:val="16"/>
        </w:rPr>
        <w:t>__________________________________________________________________________________________________</w:t>
      </w:r>
    </w:p>
    <w:p w14:paraId="2B43D468" w14:textId="77777777" w:rsidR="00282991" w:rsidRDefault="00FE4586">
      <w:pPr>
        <w:spacing w:after="20"/>
      </w:pPr>
      <w:r>
        <w:rPr>
          <w:rFonts w:eastAsia="Arial" w:cs="Arial"/>
          <w:color w:val="BBBBBB"/>
          <w:sz w:val="16"/>
        </w:rPr>
        <w:t>__________________________________________________________________________________________________</w:t>
      </w:r>
    </w:p>
    <w:p w14:paraId="643857F9" w14:textId="77777777" w:rsidR="00282991" w:rsidRDefault="00FE4586">
      <w:r>
        <w:br w:type="page"/>
      </w:r>
    </w:p>
    <w:p w14:paraId="6093C7A8" w14:textId="77777777" w:rsidR="00282991" w:rsidRDefault="00FE4586">
      <w:pPr>
        <w:pStyle w:val="Heading1"/>
        <w:pBdr>
          <w:bottom w:val="single" w:sz="10" w:space="2" w:color="E63B07"/>
        </w:pBdr>
      </w:pPr>
      <w:r>
        <w:rPr>
          <w:rFonts w:ascii="Arial" w:eastAsia="Arial" w:hAnsi="Arial" w:cs="Arial"/>
        </w:rPr>
        <w:lastRenderedPageBreak/>
        <w:t>5. ROLES AND RESPONSIBILITIES</w:t>
      </w:r>
    </w:p>
    <w:tbl>
      <w:tblPr>
        <w:tblW w:w="0" w:type="auto"/>
        <w:jc w:val="center"/>
        <w:tblLayout w:type="fixed"/>
        <w:tblLook w:val="04A0" w:firstRow="1" w:lastRow="0" w:firstColumn="1" w:lastColumn="0" w:noHBand="0" w:noVBand="1"/>
      </w:tblPr>
      <w:tblGrid>
        <w:gridCol w:w="3240"/>
        <w:gridCol w:w="7560"/>
      </w:tblGrid>
      <w:tr w:rsidR="00282991" w14:paraId="37DE896B" w14:textId="77777777">
        <w:trPr>
          <w:cantSplit/>
          <w:tblHeader/>
          <w:jc w:val="center"/>
        </w:trPr>
        <w:tc>
          <w:tcPr>
            <w:tcW w:w="324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05F523F" w14:textId="77777777" w:rsidR="00282991" w:rsidRDefault="00FE4586">
            <w:pPr>
              <w:spacing w:after="0"/>
            </w:pPr>
            <w:r>
              <w:rPr>
                <w:rFonts w:eastAsia="Arial" w:cs="Arial"/>
                <w:b/>
                <w:color w:val="FFFFFF"/>
                <w:sz w:val="17"/>
              </w:rPr>
              <w:t>Role / Function</w:t>
            </w:r>
          </w:p>
        </w:tc>
        <w:tc>
          <w:tcPr>
            <w:tcW w:w="756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3E3090A" w14:textId="77777777" w:rsidR="00282991" w:rsidRDefault="00FE4586">
            <w:pPr>
              <w:spacing w:after="0"/>
            </w:pPr>
            <w:r>
              <w:rPr>
                <w:rFonts w:eastAsia="Arial" w:cs="Arial"/>
                <w:b/>
                <w:color w:val="FFFFFF"/>
                <w:sz w:val="17"/>
              </w:rPr>
              <w:t>Core Emergency Responsibilities</w:t>
            </w:r>
          </w:p>
        </w:tc>
      </w:tr>
      <w:tr w:rsidR="00282991" w14:paraId="044BD2FD" w14:textId="77777777">
        <w:trPr>
          <w:cantSplit/>
          <w:jc w:val="center"/>
        </w:trPr>
        <w:tc>
          <w:tcPr>
            <w:tcW w:w="32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F4A9DF8" w14:textId="77777777" w:rsidR="00282991" w:rsidRDefault="00FE4586">
            <w:pPr>
              <w:spacing w:after="0"/>
            </w:pPr>
            <w:r>
              <w:rPr>
                <w:rFonts w:eastAsia="Arial" w:cs="Arial"/>
                <w:sz w:val="17"/>
              </w:rPr>
              <w:t>Administrator / CEO</w:t>
            </w:r>
          </w:p>
        </w:tc>
        <w:tc>
          <w:tcPr>
            <w:tcW w:w="75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C9B139B" w14:textId="77777777" w:rsidR="00282991" w:rsidRDefault="00FE4586">
            <w:pPr>
              <w:spacing w:after="0"/>
            </w:pPr>
            <w:r>
              <w:rPr>
                <w:rFonts w:eastAsia="Arial" w:cs="Arial"/>
                <w:sz w:val="17"/>
              </w:rPr>
              <w:t>Executive authority; continuity and closure decisions; external coordination; resource authorization.</w:t>
            </w:r>
          </w:p>
        </w:tc>
      </w:tr>
      <w:tr w:rsidR="00282991" w14:paraId="2868E6BC" w14:textId="77777777">
        <w:trPr>
          <w:cantSplit/>
          <w:jc w:val="center"/>
        </w:trPr>
        <w:tc>
          <w:tcPr>
            <w:tcW w:w="32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BE9F7CB" w14:textId="77777777" w:rsidR="00282991" w:rsidRDefault="00FE4586">
            <w:pPr>
              <w:spacing w:after="0"/>
            </w:pPr>
            <w:r>
              <w:rPr>
                <w:rFonts w:eastAsia="Arial" w:cs="Arial"/>
                <w:sz w:val="17"/>
              </w:rPr>
              <w:t>Emergency Preparedness Lead</w:t>
            </w:r>
          </w:p>
        </w:tc>
        <w:tc>
          <w:tcPr>
            <w:tcW w:w="75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9D41651" w14:textId="77777777" w:rsidR="00282991" w:rsidRDefault="00FE4586">
            <w:pPr>
              <w:spacing w:after="0"/>
            </w:pPr>
            <w:r>
              <w:rPr>
                <w:rFonts w:eastAsia="Arial" w:cs="Arial"/>
                <w:sz w:val="17"/>
              </w:rPr>
              <w:t>Maintains EOP/HVA; coordinates readiness, training/testing, patient orientation evidence, documentation, exercises and AAR/IP.</w:t>
            </w:r>
          </w:p>
        </w:tc>
      </w:tr>
      <w:tr w:rsidR="00282991" w14:paraId="65E56C5E" w14:textId="77777777">
        <w:trPr>
          <w:cantSplit/>
          <w:jc w:val="center"/>
        </w:trPr>
        <w:tc>
          <w:tcPr>
            <w:tcW w:w="32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B6894CF" w14:textId="77777777" w:rsidR="00282991" w:rsidRDefault="00FE4586">
            <w:pPr>
              <w:spacing w:after="0"/>
            </w:pPr>
            <w:r>
              <w:rPr>
                <w:rFonts w:eastAsia="Arial" w:cs="Arial"/>
                <w:sz w:val="17"/>
              </w:rPr>
              <w:t>Medical Director</w:t>
            </w:r>
          </w:p>
        </w:tc>
        <w:tc>
          <w:tcPr>
            <w:tcW w:w="75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621B339" w14:textId="77777777" w:rsidR="00282991" w:rsidRDefault="00FE4586">
            <w:pPr>
              <w:spacing w:after="0"/>
            </w:pPr>
            <w:r>
              <w:rPr>
                <w:rFonts w:eastAsia="Arial" w:cs="Arial"/>
                <w:sz w:val="17"/>
              </w:rPr>
              <w:t>Clinical governance; patient safety and continuity; clinical policies; emergency coverage; medical decisions and oversight.</w:t>
            </w:r>
          </w:p>
        </w:tc>
      </w:tr>
      <w:tr w:rsidR="00282991" w14:paraId="68592790" w14:textId="77777777">
        <w:trPr>
          <w:cantSplit/>
          <w:jc w:val="center"/>
        </w:trPr>
        <w:tc>
          <w:tcPr>
            <w:tcW w:w="32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D7B4A1C" w14:textId="77777777" w:rsidR="00282991" w:rsidRDefault="00FE4586">
            <w:pPr>
              <w:spacing w:after="0"/>
            </w:pPr>
            <w:r>
              <w:rPr>
                <w:rFonts w:eastAsia="Arial" w:cs="Arial"/>
                <w:sz w:val="17"/>
              </w:rPr>
              <w:t>Nurse Manager / Charge Nurse</w:t>
            </w:r>
          </w:p>
        </w:tc>
        <w:tc>
          <w:tcPr>
            <w:tcW w:w="75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DD6E697" w14:textId="77777777" w:rsidR="00282991" w:rsidRDefault="00FE4586">
            <w:pPr>
              <w:spacing w:after="0"/>
            </w:pPr>
            <w:r>
              <w:rPr>
                <w:rFonts w:eastAsia="Arial" w:cs="Arial"/>
                <w:sz w:val="17"/>
              </w:rPr>
              <w:t>Clinical operations, treatment priorities, safe interruption/disconnection, staffing, emergency equipment/drugs, transfers and clinical communications.</w:t>
            </w:r>
          </w:p>
        </w:tc>
      </w:tr>
      <w:tr w:rsidR="00282991" w14:paraId="2E82F482" w14:textId="77777777">
        <w:trPr>
          <w:cantSplit/>
          <w:jc w:val="center"/>
        </w:trPr>
        <w:tc>
          <w:tcPr>
            <w:tcW w:w="32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F4FB121" w14:textId="77777777" w:rsidR="00282991" w:rsidRDefault="00FE4586">
            <w:pPr>
              <w:spacing w:after="0"/>
            </w:pPr>
            <w:r>
              <w:rPr>
                <w:rFonts w:eastAsia="Arial" w:cs="Arial"/>
                <w:sz w:val="17"/>
              </w:rPr>
              <w:t>Technical / Biomedical Lead</w:t>
            </w:r>
          </w:p>
        </w:tc>
        <w:tc>
          <w:tcPr>
            <w:tcW w:w="75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F4B1574" w14:textId="77777777" w:rsidR="00282991" w:rsidRDefault="00FE4586">
            <w:pPr>
              <w:spacing w:after="0"/>
            </w:pPr>
            <w:r>
              <w:rPr>
                <w:rFonts w:eastAsia="Arial" w:cs="Arial"/>
                <w:sz w:val="17"/>
              </w:rPr>
              <w:t>Dialysis equipment readiness, alarms, maintenance, technical response and vendor coordination.</w:t>
            </w:r>
          </w:p>
        </w:tc>
      </w:tr>
      <w:tr w:rsidR="00282991" w14:paraId="5C216E0F" w14:textId="77777777">
        <w:trPr>
          <w:cantSplit/>
          <w:jc w:val="center"/>
        </w:trPr>
        <w:tc>
          <w:tcPr>
            <w:tcW w:w="32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0EAF252" w14:textId="77777777" w:rsidR="00282991" w:rsidRDefault="00FE4586">
            <w:pPr>
              <w:spacing w:after="0"/>
            </w:pPr>
            <w:r>
              <w:rPr>
                <w:rFonts w:eastAsia="Arial" w:cs="Arial"/>
                <w:sz w:val="17"/>
              </w:rPr>
              <w:t>Water Treatment Lead</w:t>
            </w:r>
          </w:p>
        </w:tc>
        <w:tc>
          <w:tcPr>
            <w:tcW w:w="75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05F1E7E" w14:textId="77777777" w:rsidR="00282991" w:rsidRDefault="00FE4586">
            <w:pPr>
              <w:spacing w:after="0"/>
            </w:pPr>
            <w:r>
              <w:rPr>
                <w:rFonts w:eastAsia="Arial" w:cs="Arial"/>
                <w:sz w:val="17"/>
              </w:rPr>
              <w:t>Water source/treatment monitoring, alarms, contamination/failure response, restoration verification and technical records.</w:t>
            </w:r>
          </w:p>
        </w:tc>
      </w:tr>
      <w:tr w:rsidR="00282991" w14:paraId="1E8F6756" w14:textId="77777777">
        <w:trPr>
          <w:cantSplit/>
          <w:jc w:val="center"/>
        </w:trPr>
        <w:tc>
          <w:tcPr>
            <w:tcW w:w="32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9882EB0" w14:textId="77777777" w:rsidR="00282991" w:rsidRDefault="00FE4586">
            <w:pPr>
              <w:spacing w:after="0"/>
            </w:pPr>
            <w:r>
              <w:rPr>
                <w:rFonts w:eastAsia="Arial" w:cs="Arial"/>
                <w:sz w:val="17"/>
              </w:rPr>
              <w:t>Facilities / Safety Lead</w:t>
            </w:r>
          </w:p>
        </w:tc>
        <w:tc>
          <w:tcPr>
            <w:tcW w:w="75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873D3C1" w14:textId="77777777" w:rsidR="00282991" w:rsidRDefault="00FE4586">
            <w:pPr>
              <w:spacing w:after="0"/>
            </w:pPr>
            <w:r>
              <w:rPr>
                <w:rFonts w:eastAsia="Arial" w:cs="Arial"/>
                <w:sz w:val="17"/>
              </w:rPr>
              <w:t>Building conditions, utilities, generator/fuel, egress, fire/life safety, repair vendors, FMO/AHJ coordination.</w:t>
            </w:r>
          </w:p>
        </w:tc>
      </w:tr>
      <w:tr w:rsidR="00282991" w14:paraId="41D97D4F" w14:textId="77777777">
        <w:trPr>
          <w:cantSplit/>
          <w:jc w:val="center"/>
        </w:trPr>
        <w:tc>
          <w:tcPr>
            <w:tcW w:w="32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E7C0802" w14:textId="77777777" w:rsidR="00282991" w:rsidRDefault="00FE4586">
            <w:pPr>
              <w:spacing w:after="0"/>
            </w:pPr>
            <w:r>
              <w:rPr>
                <w:rFonts w:eastAsia="Arial" w:cs="Arial"/>
                <w:sz w:val="17"/>
              </w:rPr>
              <w:t>IT / Security Lead</w:t>
            </w:r>
          </w:p>
        </w:tc>
        <w:tc>
          <w:tcPr>
            <w:tcW w:w="75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74C36A6" w14:textId="77777777" w:rsidR="00282991" w:rsidRDefault="00FE4586">
            <w:pPr>
              <w:spacing w:after="0"/>
            </w:pPr>
            <w:r>
              <w:rPr>
                <w:rFonts w:eastAsia="Arial" w:cs="Arial"/>
                <w:sz w:val="17"/>
              </w:rPr>
              <w:t>EHR/network/telecommunications continuity, cybersecurity response, downtime and data restoration.</w:t>
            </w:r>
          </w:p>
        </w:tc>
      </w:tr>
      <w:tr w:rsidR="00282991" w14:paraId="20E9AACA" w14:textId="77777777">
        <w:trPr>
          <w:cantSplit/>
          <w:jc w:val="center"/>
        </w:trPr>
        <w:tc>
          <w:tcPr>
            <w:tcW w:w="32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FA9150B" w14:textId="77777777" w:rsidR="00282991" w:rsidRDefault="00FE4586">
            <w:pPr>
              <w:spacing w:after="0"/>
            </w:pPr>
            <w:r>
              <w:rPr>
                <w:rFonts w:eastAsia="Arial" w:cs="Arial"/>
                <w:sz w:val="17"/>
              </w:rPr>
              <w:t>Infection Prevention Lead</w:t>
            </w:r>
          </w:p>
        </w:tc>
        <w:tc>
          <w:tcPr>
            <w:tcW w:w="75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4991C91" w14:textId="77777777" w:rsidR="00282991" w:rsidRDefault="00FE4586">
            <w:pPr>
              <w:spacing w:after="0"/>
            </w:pPr>
            <w:r>
              <w:rPr>
                <w:rFonts w:eastAsia="Arial" w:cs="Arial"/>
                <w:sz w:val="17"/>
              </w:rPr>
              <w:t>Outbreak/EID planning, infection-control continuity, PPE, surveillance/reporting, patient/staff communications.</w:t>
            </w:r>
          </w:p>
        </w:tc>
      </w:tr>
      <w:tr w:rsidR="00282991" w14:paraId="397E4360" w14:textId="77777777">
        <w:trPr>
          <w:cantSplit/>
          <w:jc w:val="center"/>
        </w:trPr>
        <w:tc>
          <w:tcPr>
            <w:tcW w:w="32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F49BF21" w14:textId="77777777" w:rsidR="00282991" w:rsidRDefault="00FE4586">
            <w:pPr>
              <w:spacing w:after="0"/>
            </w:pPr>
            <w:r>
              <w:rPr>
                <w:rFonts w:eastAsia="Arial" w:cs="Arial"/>
                <w:sz w:val="17"/>
              </w:rPr>
              <w:t>Social Worker / Patient Support</w:t>
            </w:r>
          </w:p>
        </w:tc>
        <w:tc>
          <w:tcPr>
            <w:tcW w:w="75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B36343A" w14:textId="77777777" w:rsidR="00282991" w:rsidRDefault="00FE4586">
            <w:pPr>
              <w:spacing w:after="0"/>
            </w:pPr>
            <w:r>
              <w:rPr>
                <w:rFonts w:eastAsia="Arial" w:cs="Arial"/>
                <w:sz w:val="17"/>
              </w:rPr>
              <w:t>Transportation, psychosocial, access/functional needs, patient education/support and continuity coordination.</w:t>
            </w:r>
          </w:p>
        </w:tc>
      </w:tr>
      <w:tr w:rsidR="00282991" w14:paraId="16246859" w14:textId="77777777">
        <w:trPr>
          <w:cantSplit/>
          <w:jc w:val="center"/>
        </w:trPr>
        <w:tc>
          <w:tcPr>
            <w:tcW w:w="32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BEB9D75" w14:textId="77777777" w:rsidR="00282991" w:rsidRDefault="00FE4586">
            <w:pPr>
              <w:spacing w:after="0"/>
            </w:pPr>
            <w:r>
              <w:rPr>
                <w:rFonts w:eastAsia="Arial" w:cs="Arial"/>
                <w:sz w:val="17"/>
              </w:rPr>
              <w:t>Dietitian</w:t>
            </w:r>
          </w:p>
        </w:tc>
        <w:tc>
          <w:tcPr>
            <w:tcW w:w="75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9045457" w14:textId="77777777" w:rsidR="00282991" w:rsidRDefault="00FE4586">
            <w:pPr>
              <w:spacing w:after="0"/>
            </w:pPr>
            <w:r>
              <w:rPr>
                <w:rFonts w:eastAsia="Arial" w:cs="Arial"/>
                <w:sz w:val="17"/>
              </w:rPr>
              <w:t>Renal nutrition/fluid continuity support during altered schedules and emergencies within role.</w:t>
            </w:r>
          </w:p>
        </w:tc>
      </w:tr>
      <w:tr w:rsidR="00282991" w14:paraId="783E1342" w14:textId="77777777">
        <w:trPr>
          <w:cantSplit/>
          <w:jc w:val="center"/>
        </w:trPr>
        <w:tc>
          <w:tcPr>
            <w:tcW w:w="32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DC3D08A" w14:textId="77777777" w:rsidR="00282991" w:rsidRDefault="00FE4586">
            <w:pPr>
              <w:spacing w:after="0"/>
            </w:pPr>
            <w:r>
              <w:rPr>
                <w:rFonts w:eastAsia="Arial" w:cs="Arial"/>
                <w:sz w:val="17"/>
              </w:rPr>
              <w:t>Home Dialysis Lead - if applicable</w:t>
            </w:r>
          </w:p>
        </w:tc>
        <w:tc>
          <w:tcPr>
            <w:tcW w:w="75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C23E612" w14:textId="77777777" w:rsidR="00282991" w:rsidRDefault="00FE4586">
            <w:pPr>
              <w:spacing w:after="0"/>
            </w:pPr>
            <w:r>
              <w:rPr>
                <w:rFonts w:eastAsia="Arial" w:cs="Arial"/>
                <w:sz w:val="17"/>
              </w:rPr>
              <w:t>Emergency backup dialysis planning, patient/caregiver support, equipment/supply continuity and alternate treatment coordination.</w:t>
            </w:r>
          </w:p>
        </w:tc>
      </w:tr>
      <w:tr w:rsidR="00282991" w14:paraId="44A3A41B" w14:textId="77777777">
        <w:trPr>
          <w:cantSplit/>
          <w:jc w:val="center"/>
        </w:trPr>
        <w:tc>
          <w:tcPr>
            <w:tcW w:w="32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075B933" w14:textId="77777777" w:rsidR="00282991" w:rsidRDefault="00FE4586">
            <w:pPr>
              <w:spacing w:after="0"/>
            </w:pPr>
            <w:r>
              <w:rPr>
                <w:rFonts w:eastAsia="Arial" w:cs="Arial"/>
                <w:sz w:val="17"/>
              </w:rPr>
              <w:t>Finance / Administration</w:t>
            </w:r>
          </w:p>
        </w:tc>
        <w:tc>
          <w:tcPr>
            <w:tcW w:w="75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F4E947F" w14:textId="77777777" w:rsidR="00282991" w:rsidRDefault="00FE4586">
            <w:pPr>
              <w:spacing w:after="0"/>
            </w:pPr>
            <w:r>
              <w:rPr>
                <w:rFonts w:eastAsia="Arial" w:cs="Arial"/>
                <w:sz w:val="17"/>
              </w:rPr>
              <w:t>Emergency purchases, expense tracking, contracts, documentation, insurance/recovery support.</w:t>
            </w:r>
          </w:p>
        </w:tc>
      </w:tr>
      <w:tr w:rsidR="00282991" w14:paraId="21BA3DB0" w14:textId="77777777">
        <w:trPr>
          <w:cantSplit/>
          <w:jc w:val="center"/>
        </w:trPr>
        <w:tc>
          <w:tcPr>
            <w:tcW w:w="32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4DB6830" w14:textId="77777777" w:rsidR="00282991" w:rsidRDefault="00FE4586">
            <w:pPr>
              <w:spacing w:after="0"/>
            </w:pPr>
            <w:r>
              <w:rPr>
                <w:rFonts w:eastAsia="Arial" w:cs="Arial"/>
                <w:sz w:val="17"/>
              </w:rPr>
              <w:t>All Staff</w:t>
            </w:r>
          </w:p>
        </w:tc>
        <w:tc>
          <w:tcPr>
            <w:tcW w:w="75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038E51D" w14:textId="77777777" w:rsidR="00282991" w:rsidRDefault="00FE4586">
            <w:pPr>
              <w:spacing w:after="0"/>
            </w:pPr>
            <w:r>
              <w:rPr>
                <w:rFonts w:eastAsia="Arial" w:cs="Arial"/>
                <w:sz w:val="17"/>
              </w:rPr>
              <w:t>Know assigned role, tracking/accountability, evacuation/SIP actions, communication methods, patient emergency instructions, and reporting expectations.</w:t>
            </w:r>
          </w:p>
        </w:tc>
      </w:tr>
    </w:tbl>
    <w:p w14:paraId="00DD4C9A" w14:textId="77777777" w:rsidR="00282991" w:rsidRDefault="00282991">
      <w:pPr>
        <w:spacing w:after="20"/>
      </w:pPr>
    </w:p>
    <w:p w14:paraId="44D072A2" w14:textId="77777777" w:rsidR="00282991" w:rsidRDefault="00FE4586">
      <w:pPr>
        <w:pStyle w:val="Heading2"/>
      </w:pPr>
      <w:r>
        <w:rPr>
          <w:rFonts w:ascii="Arial" w:eastAsia="Arial" w:hAnsi="Arial" w:cs="Arial"/>
        </w:rPr>
        <w:t>A. Delegations of Authority</w:t>
      </w:r>
    </w:p>
    <w:tbl>
      <w:tblPr>
        <w:tblW w:w="0" w:type="auto"/>
        <w:jc w:val="center"/>
        <w:tblLayout w:type="fixed"/>
        <w:tblLook w:val="04A0" w:firstRow="1" w:lastRow="0" w:firstColumn="1" w:lastColumn="0" w:noHBand="0" w:noVBand="1"/>
      </w:tblPr>
      <w:tblGrid>
        <w:gridCol w:w="2448"/>
        <w:gridCol w:w="2016"/>
        <w:gridCol w:w="1872"/>
        <w:gridCol w:w="1872"/>
        <w:gridCol w:w="2592"/>
      </w:tblGrid>
      <w:tr w:rsidR="00282991" w14:paraId="7BA5949A" w14:textId="77777777">
        <w:trPr>
          <w:cantSplit/>
          <w:tblHeader/>
          <w:jc w:val="center"/>
        </w:trPr>
        <w:tc>
          <w:tcPr>
            <w:tcW w:w="244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BCA7DA8" w14:textId="77777777" w:rsidR="00282991" w:rsidRDefault="00FE4586">
            <w:pPr>
              <w:spacing w:after="0"/>
            </w:pPr>
            <w:r>
              <w:rPr>
                <w:rFonts w:eastAsia="Arial" w:cs="Arial"/>
                <w:b/>
                <w:color w:val="FFFFFF"/>
                <w:sz w:val="16"/>
              </w:rPr>
              <w:t>Authority / Decision</w:t>
            </w:r>
          </w:p>
        </w:tc>
        <w:tc>
          <w:tcPr>
            <w:tcW w:w="201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2435BF0" w14:textId="77777777" w:rsidR="00282991" w:rsidRDefault="00FE4586">
            <w:pPr>
              <w:spacing w:after="0"/>
            </w:pPr>
            <w:r>
              <w:rPr>
                <w:rFonts w:eastAsia="Arial" w:cs="Arial"/>
                <w:b/>
                <w:color w:val="FFFFFF"/>
                <w:sz w:val="16"/>
              </w:rPr>
              <w:t>Primary Role</w:t>
            </w:r>
          </w:p>
        </w:tc>
        <w:tc>
          <w:tcPr>
            <w:tcW w:w="187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D2AF216" w14:textId="77777777" w:rsidR="00282991" w:rsidRDefault="00FE4586">
            <w:pPr>
              <w:spacing w:after="0"/>
            </w:pPr>
            <w:r>
              <w:rPr>
                <w:rFonts w:eastAsia="Arial" w:cs="Arial"/>
                <w:b/>
                <w:color w:val="FFFFFF"/>
                <w:sz w:val="16"/>
              </w:rPr>
              <w:t>Successor 1</w:t>
            </w:r>
          </w:p>
        </w:tc>
        <w:tc>
          <w:tcPr>
            <w:tcW w:w="187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395FF0D" w14:textId="77777777" w:rsidR="00282991" w:rsidRDefault="00FE4586">
            <w:pPr>
              <w:spacing w:after="0"/>
            </w:pPr>
            <w:r>
              <w:rPr>
                <w:rFonts w:eastAsia="Arial" w:cs="Arial"/>
                <w:b/>
                <w:color w:val="FFFFFF"/>
                <w:sz w:val="16"/>
              </w:rPr>
              <w:t>Successor 2</w:t>
            </w:r>
          </w:p>
        </w:tc>
        <w:tc>
          <w:tcPr>
            <w:tcW w:w="259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C664D04" w14:textId="77777777" w:rsidR="00282991" w:rsidRDefault="00FE4586">
            <w:pPr>
              <w:spacing w:after="0"/>
            </w:pPr>
            <w:r>
              <w:rPr>
                <w:rFonts w:eastAsia="Arial" w:cs="Arial"/>
                <w:b/>
                <w:color w:val="FFFFFF"/>
                <w:sz w:val="16"/>
              </w:rPr>
              <w:t>Limits / Notes</w:t>
            </w:r>
          </w:p>
        </w:tc>
      </w:tr>
      <w:tr w:rsidR="00282991" w14:paraId="269178F2"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A42C56B" w14:textId="77777777" w:rsidR="00282991" w:rsidRDefault="00FE4586">
            <w:pPr>
              <w:spacing w:after="0"/>
            </w:pPr>
            <w:r>
              <w:rPr>
                <w:rFonts w:eastAsia="Arial" w:cs="Arial"/>
                <w:sz w:val="16"/>
              </w:rPr>
              <w:t>Activate EOP</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E9C5BE3"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F7DC7EB"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76B3B8B"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7D80DAD" w14:textId="77777777" w:rsidR="00282991" w:rsidRDefault="00FE4586">
            <w:pPr>
              <w:spacing w:after="0"/>
            </w:pPr>
            <w:r>
              <w:rPr>
                <w:rFonts w:eastAsia="Arial" w:cs="Arial"/>
                <w:i/>
                <w:color w:val="707070"/>
                <w:sz w:val="20"/>
              </w:rPr>
              <w:t>&lt;Insert&gt;</w:t>
            </w:r>
          </w:p>
        </w:tc>
      </w:tr>
      <w:tr w:rsidR="00282991" w14:paraId="5578C650"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5D9A040" w14:textId="77777777" w:rsidR="00282991" w:rsidRDefault="00FE4586">
            <w:pPr>
              <w:spacing w:after="0"/>
            </w:pPr>
            <w:r>
              <w:rPr>
                <w:rFonts w:eastAsia="Arial" w:cs="Arial"/>
                <w:sz w:val="16"/>
              </w:rPr>
              <w:t>Alter / suspend treatment schedule</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8E583E6"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80207CB"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0F1A654"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186A51A" w14:textId="77777777" w:rsidR="00282991" w:rsidRDefault="00FE4586">
            <w:pPr>
              <w:spacing w:after="0"/>
            </w:pPr>
            <w:r>
              <w:rPr>
                <w:rFonts w:eastAsia="Arial" w:cs="Arial"/>
                <w:i/>
                <w:color w:val="707070"/>
                <w:sz w:val="20"/>
              </w:rPr>
              <w:t>&lt;Insert&gt;</w:t>
            </w:r>
          </w:p>
        </w:tc>
      </w:tr>
      <w:tr w:rsidR="00282991" w14:paraId="77FF7FB0"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55CCC3F" w14:textId="77777777" w:rsidR="00282991" w:rsidRDefault="00FE4586">
            <w:pPr>
              <w:spacing w:after="0"/>
            </w:pPr>
            <w:r>
              <w:rPr>
                <w:rFonts w:eastAsia="Arial" w:cs="Arial"/>
                <w:sz w:val="16"/>
              </w:rPr>
              <w:t>Evacuate / shelter</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41456EB"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B573A88"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C6D3FFC"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63C7273" w14:textId="77777777" w:rsidR="00282991" w:rsidRDefault="00FE4586">
            <w:pPr>
              <w:spacing w:after="0"/>
            </w:pPr>
            <w:r>
              <w:rPr>
                <w:rFonts w:eastAsia="Arial" w:cs="Arial"/>
                <w:i/>
                <w:color w:val="707070"/>
                <w:sz w:val="20"/>
              </w:rPr>
              <w:t>&lt;Insert&gt;</w:t>
            </w:r>
          </w:p>
        </w:tc>
      </w:tr>
      <w:tr w:rsidR="00282991" w14:paraId="32427633"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FD281F1" w14:textId="77777777" w:rsidR="00282991" w:rsidRDefault="00FE4586">
            <w:pPr>
              <w:spacing w:after="0"/>
            </w:pPr>
            <w:r>
              <w:rPr>
                <w:rFonts w:eastAsia="Arial" w:cs="Arial"/>
                <w:sz w:val="16"/>
              </w:rPr>
              <w:t>Close facility / redirect patients</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9CFCFE4"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46759C2"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BEB51F3"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DB3B563" w14:textId="77777777" w:rsidR="00282991" w:rsidRDefault="00FE4586">
            <w:pPr>
              <w:spacing w:after="0"/>
            </w:pPr>
            <w:r>
              <w:rPr>
                <w:rFonts w:eastAsia="Arial" w:cs="Arial"/>
                <w:i/>
                <w:color w:val="707070"/>
                <w:sz w:val="20"/>
              </w:rPr>
              <w:t>&lt;Insert&gt;</w:t>
            </w:r>
          </w:p>
        </w:tc>
      </w:tr>
      <w:tr w:rsidR="00282991" w14:paraId="70D3777B"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ABD5732" w14:textId="77777777" w:rsidR="00282991" w:rsidRDefault="00FE4586">
            <w:pPr>
              <w:spacing w:after="0"/>
            </w:pPr>
            <w:r>
              <w:rPr>
                <w:rFonts w:eastAsia="Arial" w:cs="Arial"/>
                <w:sz w:val="16"/>
              </w:rPr>
              <w:t>Emergency spending</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CC6FCBF"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8DAEE39"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1F1DB73"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67C7CFC" w14:textId="77777777" w:rsidR="00282991" w:rsidRDefault="00FE4586">
            <w:pPr>
              <w:spacing w:after="0"/>
            </w:pPr>
            <w:r>
              <w:rPr>
                <w:rFonts w:eastAsia="Arial" w:cs="Arial"/>
                <w:i/>
                <w:color w:val="707070"/>
                <w:sz w:val="20"/>
              </w:rPr>
              <w:t>&lt;Insert&gt;</w:t>
            </w:r>
          </w:p>
        </w:tc>
      </w:tr>
      <w:tr w:rsidR="00282991" w14:paraId="5DDE6C3F"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B9BA2C4" w14:textId="77777777" w:rsidR="00282991" w:rsidRDefault="00FE4586">
            <w:pPr>
              <w:spacing w:after="0"/>
            </w:pPr>
            <w:r>
              <w:rPr>
                <w:rFonts w:eastAsia="Arial" w:cs="Arial"/>
                <w:sz w:val="16"/>
              </w:rPr>
              <w:t>Public messaging</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CC0276D"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2B53B92"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DBB01A4"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A3AD3DC" w14:textId="77777777" w:rsidR="00282991" w:rsidRDefault="00FE4586">
            <w:pPr>
              <w:spacing w:after="0"/>
            </w:pPr>
            <w:r>
              <w:rPr>
                <w:rFonts w:eastAsia="Arial" w:cs="Arial"/>
                <w:i/>
                <w:color w:val="707070"/>
                <w:sz w:val="20"/>
              </w:rPr>
              <w:t>&lt;Insert&gt;</w:t>
            </w:r>
          </w:p>
        </w:tc>
      </w:tr>
      <w:tr w:rsidR="00282991" w14:paraId="6F70E97E"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8EB981C" w14:textId="77777777" w:rsidR="00282991" w:rsidRDefault="00FE4586">
            <w:pPr>
              <w:spacing w:after="0"/>
            </w:pPr>
            <w:r>
              <w:rPr>
                <w:rFonts w:eastAsia="Arial" w:cs="Arial"/>
                <w:sz w:val="16"/>
              </w:rPr>
              <w:t>Activate alternate dialysis agreements</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137413D"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FCE9D8B"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47EDC47"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1D55029" w14:textId="77777777" w:rsidR="00282991" w:rsidRDefault="00FE4586">
            <w:pPr>
              <w:spacing w:after="0"/>
            </w:pPr>
            <w:r>
              <w:rPr>
                <w:rFonts w:eastAsia="Arial" w:cs="Arial"/>
                <w:i/>
                <w:color w:val="707070"/>
                <w:sz w:val="20"/>
              </w:rPr>
              <w:t>&lt;Insert&gt;</w:t>
            </w:r>
          </w:p>
        </w:tc>
      </w:tr>
    </w:tbl>
    <w:p w14:paraId="59BA743F" w14:textId="77777777" w:rsidR="00282991" w:rsidRDefault="00282991">
      <w:pPr>
        <w:spacing w:after="20"/>
      </w:pPr>
    </w:p>
    <w:p w14:paraId="610A6DD3" w14:textId="77777777" w:rsidR="00282991" w:rsidRDefault="00FE4586">
      <w:pPr>
        <w:pStyle w:val="Heading2"/>
      </w:pPr>
      <w:r>
        <w:rPr>
          <w:rFonts w:ascii="Arial" w:eastAsia="Arial" w:hAnsi="Arial" w:cs="Arial"/>
        </w:rPr>
        <w:t>B. Succession</w:t>
      </w:r>
    </w:p>
    <w:p w14:paraId="682428CB" w14:textId="77777777" w:rsidR="00282991" w:rsidRDefault="00FE4586">
      <w:r>
        <w:rPr>
          <w:rFonts w:eastAsia="Arial" w:cs="Arial"/>
        </w:rPr>
        <w:t>Succession plans identify who assumes critical leadership, clinical, water-treatment, technical, and operational functions when normal leaders are unavailable. The facility will maintain an accessible current succession list and ensure successors understand assigned authorities and responsibilities.</w:t>
      </w:r>
    </w:p>
    <w:p w14:paraId="4E3DD839" w14:textId="77777777" w:rsidR="00282991" w:rsidRDefault="00FE4586">
      <w:r>
        <w:br w:type="page"/>
      </w:r>
    </w:p>
    <w:p w14:paraId="359CF2CD" w14:textId="77777777" w:rsidR="00282991" w:rsidRDefault="00FE4586">
      <w:pPr>
        <w:pStyle w:val="Heading1"/>
        <w:pBdr>
          <w:bottom w:val="single" w:sz="10" w:space="2" w:color="E63B07"/>
        </w:pBdr>
      </w:pPr>
      <w:r>
        <w:rPr>
          <w:rFonts w:ascii="Arial" w:eastAsia="Arial" w:hAnsi="Arial" w:cs="Arial"/>
        </w:rPr>
        <w:lastRenderedPageBreak/>
        <w:t>6. COMMAND AND COORDINATION</w:t>
      </w:r>
    </w:p>
    <w:tbl>
      <w:tblPr>
        <w:tblW w:w="0" w:type="auto"/>
        <w:jc w:val="center"/>
        <w:tblLook w:val="04A0" w:firstRow="1" w:lastRow="0" w:firstColumn="1" w:lastColumn="0" w:noHBand="0" w:noVBand="1"/>
      </w:tblPr>
      <w:tblGrid>
        <w:gridCol w:w="10800"/>
      </w:tblGrid>
      <w:tr w:rsidR="00282991" w14:paraId="74F5EC52" w14:textId="77777777">
        <w:trPr>
          <w:jc w:val="center"/>
        </w:trPr>
        <w:tc>
          <w:tcPr>
            <w:tcW w:w="10800" w:type="dxa"/>
            <w:shd w:val="clear" w:color="auto" w:fill="E8F2EF"/>
            <w:tcMar>
              <w:top w:w="90" w:type="dxa"/>
              <w:left w:w="100" w:type="dxa"/>
              <w:bottom w:w="90" w:type="dxa"/>
              <w:right w:w="100" w:type="dxa"/>
            </w:tcMar>
          </w:tcPr>
          <w:p w14:paraId="611B721F" w14:textId="77777777" w:rsidR="00282991" w:rsidRDefault="00FE4586">
            <w:pPr>
              <w:spacing w:after="0"/>
            </w:pPr>
            <w:r>
              <w:rPr>
                <w:rFonts w:eastAsia="Arial" w:cs="Arial"/>
                <w:b/>
                <w:color w:val="015A41"/>
                <w:sz w:val="19"/>
              </w:rPr>
              <w:t xml:space="preserve">REGULATORY BASIS </w:t>
            </w:r>
            <w:r>
              <w:rPr>
                <w:rFonts w:eastAsia="Arial" w:cs="Arial"/>
                <w:sz w:val="18"/>
              </w:rPr>
              <w:t>42 CFR §494.62(a), §494.62(c), and §494.62(e) if using a unified/integrated system program.</w:t>
            </w:r>
          </w:p>
        </w:tc>
      </w:tr>
    </w:tbl>
    <w:p w14:paraId="1977F68F" w14:textId="77777777" w:rsidR="00282991" w:rsidRDefault="00282991">
      <w:pPr>
        <w:spacing w:after="20"/>
      </w:pPr>
    </w:p>
    <w:p w14:paraId="2A3A8DAA" w14:textId="77777777" w:rsidR="00282991" w:rsidRDefault="00FE4586">
      <w:pPr>
        <w:pStyle w:val="Heading2"/>
      </w:pPr>
      <w:r>
        <w:rPr>
          <w:rFonts w:ascii="Arial" w:eastAsia="Arial" w:hAnsi="Arial" w:cs="Arial"/>
        </w:rPr>
        <w:t>A. Incident Management Structure</w:t>
      </w:r>
    </w:p>
    <w:tbl>
      <w:tblPr>
        <w:tblW w:w="0" w:type="auto"/>
        <w:jc w:val="center"/>
        <w:tblLayout w:type="fixed"/>
        <w:tblLook w:val="04A0" w:firstRow="1" w:lastRow="0" w:firstColumn="1" w:lastColumn="0" w:noHBand="0" w:noVBand="1"/>
      </w:tblPr>
      <w:tblGrid>
        <w:gridCol w:w="2448"/>
        <w:gridCol w:w="2880"/>
        <w:gridCol w:w="5472"/>
      </w:tblGrid>
      <w:tr w:rsidR="00282991" w14:paraId="6ADB09CB" w14:textId="77777777">
        <w:trPr>
          <w:cantSplit/>
          <w:tblHeader/>
          <w:jc w:val="center"/>
        </w:trPr>
        <w:tc>
          <w:tcPr>
            <w:tcW w:w="244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35971B3" w14:textId="77777777" w:rsidR="00282991" w:rsidRDefault="00FE4586">
            <w:pPr>
              <w:spacing w:after="0"/>
            </w:pPr>
            <w:r>
              <w:rPr>
                <w:rFonts w:eastAsia="Arial" w:cs="Arial"/>
                <w:b/>
                <w:color w:val="FFFFFF"/>
                <w:sz w:val="16"/>
              </w:rPr>
              <w:t>Function</w:t>
            </w:r>
          </w:p>
        </w:tc>
        <w:tc>
          <w:tcPr>
            <w:tcW w:w="288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96BA9AF" w14:textId="77777777" w:rsidR="00282991" w:rsidRDefault="00FE4586">
            <w:pPr>
              <w:spacing w:after="0"/>
            </w:pPr>
            <w:r>
              <w:rPr>
                <w:rFonts w:eastAsia="Arial" w:cs="Arial"/>
                <w:b/>
                <w:color w:val="FFFFFF"/>
                <w:sz w:val="16"/>
              </w:rPr>
              <w:t>Assigned Role / Backup</w:t>
            </w:r>
          </w:p>
        </w:tc>
        <w:tc>
          <w:tcPr>
            <w:tcW w:w="547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2596740" w14:textId="77777777" w:rsidR="00282991" w:rsidRDefault="00FE4586">
            <w:pPr>
              <w:spacing w:after="0"/>
            </w:pPr>
            <w:r>
              <w:rPr>
                <w:rFonts w:eastAsia="Arial" w:cs="Arial"/>
                <w:b/>
                <w:color w:val="FFFFFF"/>
                <w:sz w:val="16"/>
              </w:rPr>
              <w:t>Primary Responsibilities</w:t>
            </w:r>
          </w:p>
        </w:tc>
      </w:tr>
      <w:tr w:rsidR="00282991" w14:paraId="5EC60786"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013A136" w14:textId="77777777" w:rsidR="00282991" w:rsidRDefault="00FE4586">
            <w:pPr>
              <w:spacing w:after="0"/>
            </w:pPr>
            <w:r>
              <w:rPr>
                <w:rFonts w:eastAsia="Arial" w:cs="Arial"/>
                <w:sz w:val="17"/>
              </w:rPr>
              <w:t>Incident Lead</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C1C872F" w14:textId="77777777" w:rsidR="00282991" w:rsidRDefault="00FE4586">
            <w:pPr>
              <w:spacing w:after="0"/>
            </w:pPr>
            <w:r>
              <w:rPr>
                <w:rFonts w:eastAsia="Arial" w:cs="Arial"/>
                <w:i/>
                <w:color w:val="707070"/>
                <w:sz w:val="20"/>
              </w:rPr>
              <w:t>&lt;Insert&gt;</w:t>
            </w:r>
          </w:p>
        </w:tc>
        <w:tc>
          <w:tcPr>
            <w:tcW w:w="54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D7AE593" w14:textId="77777777" w:rsidR="00282991" w:rsidRDefault="00FE4586">
            <w:pPr>
              <w:spacing w:after="0"/>
            </w:pPr>
            <w:r>
              <w:rPr>
                <w:rFonts w:eastAsia="Arial" w:cs="Arial"/>
                <w:sz w:val="17"/>
              </w:rPr>
              <w:t>Overall direction, priorities, coordination</w:t>
            </w:r>
          </w:p>
        </w:tc>
      </w:tr>
      <w:tr w:rsidR="00282991" w14:paraId="344D974A"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E1B98B0" w14:textId="77777777" w:rsidR="00282991" w:rsidRDefault="00FE4586">
            <w:pPr>
              <w:spacing w:after="0"/>
            </w:pPr>
            <w:r>
              <w:rPr>
                <w:rFonts w:eastAsia="Arial" w:cs="Arial"/>
                <w:sz w:val="17"/>
              </w:rPr>
              <w:t>Clinical Operations</w:t>
            </w:r>
          </w:p>
        </w:tc>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3BD7F31" w14:textId="77777777" w:rsidR="00282991" w:rsidRDefault="00FE4586">
            <w:pPr>
              <w:spacing w:after="0"/>
            </w:pPr>
            <w:r>
              <w:rPr>
                <w:rFonts w:eastAsia="Arial" w:cs="Arial"/>
                <w:i/>
                <w:color w:val="707070"/>
                <w:sz w:val="20"/>
              </w:rPr>
              <w:t>&lt;Insert&gt;</w:t>
            </w:r>
          </w:p>
        </w:tc>
        <w:tc>
          <w:tcPr>
            <w:tcW w:w="54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7C539F8" w14:textId="77777777" w:rsidR="00282991" w:rsidRDefault="00FE4586">
            <w:pPr>
              <w:spacing w:after="0"/>
            </w:pPr>
            <w:r>
              <w:rPr>
                <w:rFonts w:eastAsia="Arial" w:cs="Arial"/>
                <w:sz w:val="17"/>
              </w:rPr>
              <w:t>Dialysis patient safety, treatment continuity, safe interruption, transfer</w:t>
            </w:r>
          </w:p>
        </w:tc>
      </w:tr>
      <w:tr w:rsidR="00282991" w14:paraId="7676B623"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FB1D491" w14:textId="77777777" w:rsidR="00282991" w:rsidRDefault="00FE4586">
            <w:pPr>
              <w:spacing w:after="0"/>
            </w:pPr>
            <w:r>
              <w:rPr>
                <w:rFonts w:eastAsia="Arial" w:cs="Arial"/>
                <w:sz w:val="17"/>
              </w:rPr>
              <w:t>Technical / Water</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4347A9F" w14:textId="77777777" w:rsidR="00282991" w:rsidRDefault="00FE4586">
            <w:pPr>
              <w:spacing w:after="0"/>
            </w:pPr>
            <w:r>
              <w:rPr>
                <w:rFonts w:eastAsia="Arial" w:cs="Arial"/>
                <w:i/>
                <w:color w:val="707070"/>
                <w:sz w:val="20"/>
              </w:rPr>
              <w:t>&lt;Insert&gt;</w:t>
            </w:r>
          </w:p>
        </w:tc>
        <w:tc>
          <w:tcPr>
            <w:tcW w:w="54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C50E539" w14:textId="77777777" w:rsidR="00282991" w:rsidRDefault="00FE4586">
            <w:pPr>
              <w:spacing w:after="0"/>
            </w:pPr>
            <w:r>
              <w:rPr>
                <w:rFonts w:eastAsia="Arial" w:cs="Arial"/>
                <w:sz w:val="17"/>
              </w:rPr>
              <w:t>Water treatment, dialysis equipment, technical systems</w:t>
            </w:r>
          </w:p>
        </w:tc>
      </w:tr>
      <w:tr w:rsidR="00282991" w14:paraId="5CFCB9CD"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336556D" w14:textId="77777777" w:rsidR="00282991" w:rsidRDefault="00FE4586">
            <w:pPr>
              <w:spacing w:after="0"/>
            </w:pPr>
            <w:r>
              <w:rPr>
                <w:rFonts w:eastAsia="Arial" w:cs="Arial"/>
                <w:sz w:val="17"/>
              </w:rPr>
              <w:t>Operations / Logistics</w:t>
            </w:r>
          </w:p>
        </w:tc>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678020E" w14:textId="77777777" w:rsidR="00282991" w:rsidRDefault="00FE4586">
            <w:pPr>
              <w:spacing w:after="0"/>
            </w:pPr>
            <w:r>
              <w:rPr>
                <w:rFonts w:eastAsia="Arial" w:cs="Arial"/>
                <w:i/>
                <w:color w:val="707070"/>
                <w:sz w:val="20"/>
              </w:rPr>
              <w:t>&lt;Insert&gt;</w:t>
            </w:r>
          </w:p>
        </w:tc>
        <w:tc>
          <w:tcPr>
            <w:tcW w:w="54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4F38331" w14:textId="77777777" w:rsidR="00282991" w:rsidRDefault="00FE4586">
            <w:pPr>
              <w:spacing w:after="0"/>
            </w:pPr>
            <w:r>
              <w:rPr>
                <w:rFonts w:eastAsia="Arial" w:cs="Arial"/>
                <w:sz w:val="17"/>
              </w:rPr>
              <w:t>Facilities, generator, supplies, vendors, transport</w:t>
            </w:r>
          </w:p>
        </w:tc>
      </w:tr>
      <w:tr w:rsidR="00282991" w14:paraId="65878586"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670E6DB" w14:textId="77777777" w:rsidR="00282991" w:rsidRDefault="00FE4586">
            <w:pPr>
              <w:spacing w:after="0"/>
            </w:pPr>
            <w:r>
              <w:rPr>
                <w:rFonts w:eastAsia="Arial" w:cs="Arial"/>
                <w:sz w:val="17"/>
              </w:rPr>
              <w:t>Safety / Security</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455434B" w14:textId="77777777" w:rsidR="00282991" w:rsidRDefault="00FE4586">
            <w:pPr>
              <w:spacing w:after="0"/>
            </w:pPr>
            <w:r>
              <w:rPr>
                <w:rFonts w:eastAsia="Arial" w:cs="Arial"/>
                <w:i/>
                <w:color w:val="707070"/>
                <w:sz w:val="20"/>
              </w:rPr>
              <w:t>&lt;Insert&gt;</w:t>
            </w:r>
          </w:p>
        </w:tc>
        <w:tc>
          <w:tcPr>
            <w:tcW w:w="54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6033EA8" w14:textId="77777777" w:rsidR="00282991" w:rsidRDefault="00FE4586">
            <w:pPr>
              <w:spacing w:after="0"/>
            </w:pPr>
            <w:r>
              <w:rPr>
                <w:rFonts w:eastAsia="Arial" w:cs="Arial"/>
                <w:sz w:val="17"/>
              </w:rPr>
              <w:t>Life safety, site security, hazards</w:t>
            </w:r>
          </w:p>
        </w:tc>
      </w:tr>
      <w:tr w:rsidR="00282991" w14:paraId="77799797"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B1A655C" w14:textId="77777777" w:rsidR="00282991" w:rsidRDefault="00FE4586">
            <w:pPr>
              <w:spacing w:after="0"/>
            </w:pPr>
            <w:r>
              <w:rPr>
                <w:rFonts w:eastAsia="Arial" w:cs="Arial"/>
                <w:sz w:val="17"/>
              </w:rPr>
              <w:t>Planning / Documentation</w:t>
            </w:r>
          </w:p>
        </w:tc>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EAF41AD" w14:textId="77777777" w:rsidR="00282991" w:rsidRDefault="00FE4586">
            <w:pPr>
              <w:spacing w:after="0"/>
            </w:pPr>
            <w:r>
              <w:rPr>
                <w:rFonts w:eastAsia="Arial" w:cs="Arial"/>
                <w:i/>
                <w:color w:val="707070"/>
                <w:sz w:val="20"/>
              </w:rPr>
              <w:t>&lt;Insert&gt;</w:t>
            </w:r>
          </w:p>
        </w:tc>
        <w:tc>
          <w:tcPr>
            <w:tcW w:w="54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4778017" w14:textId="77777777" w:rsidR="00282991" w:rsidRDefault="00FE4586">
            <w:pPr>
              <w:spacing w:after="0"/>
            </w:pPr>
            <w:r>
              <w:rPr>
                <w:rFonts w:eastAsia="Arial" w:cs="Arial"/>
                <w:sz w:val="17"/>
              </w:rPr>
              <w:t>Situation status, action planning, tracking, records, AAR</w:t>
            </w:r>
          </w:p>
        </w:tc>
      </w:tr>
      <w:tr w:rsidR="00282991" w14:paraId="4E1D8CA2"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EB986A0" w14:textId="77777777" w:rsidR="00282991" w:rsidRDefault="00FE4586">
            <w:pPr>
              <w:spacing w:after="0"/>
            </w:pPr>
            <w:r>
              <w:rPr>
                <w:rFonts w:eastAsia="Arial" w:cs="Arial"/>
                <w:sz w:val="17"/>
              </w:rPr>
              <w:t>Communications / Liaison</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E6E6AE2" w14:textId="77777777" w:rsidR="00282991" w:rsidRDefault="00FE4586">
            <w:pPr>
              <w:spacing w:after="0"/>
            </w:pPr>
            <w:r>
              <w:rPr>
                <w:rFonts w:eastAsia="Arial" w:cs="Arial"/>
                <w:i/>
                <w:color w:val="707070"/>
                <w:sz w:val="20"/>
              </w:rPr>
              <w:t>&lt;Insert&gt;</w:t>
            </w:r>
          </w:p>
        </w:tc>
        <w:tc>
          <w:tcPr>
            <w:tcW w:w="54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D075A3B" w14:textId="77777777" w:rsidR="00282991" w:rsidRDefault="00FE4586">
            <w:pPr>
              <w:spacing w:after="0"/>
            </w:pPr>
            <w:r>
              <w:rPr>
                <w:rFonts w:eastAsia="Arial" w:cs="Arial"/>
                <w:sz w:val="17"/>
              </w:rPr>
              <w:t>Staff/patient/partner communications</w:t>
            </w:r>
          </w:p>
        </w:tc>
      </w:tr>
      <w:tr w:rsidR="00282991" w14:paraId="232038BD"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EA8FEC9" w14:textId="77777777" w:rsidR="00282991" w:rsidRDefault="00FE4586">
            <w:pPr>
              <w:spacing w:after="0"/>
            </w:pPr>
            <w:r>
              <w:rPr>
                <w:rFonts w:eastAsia="Arial" w:cs="Arial"/>
                <w:sz w:val="17"/>
              </w:rPr>
              <w:t>Finance / Administration</w:t>
            </w:r>
          </w:p>
        </w:tc>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443605B" w14:textId="77777777" w:rsidR="00282991" w:rsidRDefault="00FE4586">
            <w:pPr>
              <w:spacing w:after="0"/>
            </w:pPr>
            <w:r>
              <w:rPr>
                <w:rFonts w:eastAsia="Arial" w:cs="Arial"/>
                <w:i/>
                <w:color w:val="707070"/>
                <w:sz w:val="20"/>
              </w:rPr>
              <w:t>&lt;Insert&gt;</w:t>
            </w:r>
          </w:p>
        </w:tc>
        <w:tc>
          <w:tcPr>
            <w:tcW w:w="54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7D435C8" w14:textId="77777777" w:rsidR="00282991" w:rsidRDefault="00FE4586">
            <w:pPr>
              <w:spacing w:after="0"/>
            </w:pPr>
            <w:r>
              <w:rPr>
                <w:rFonts w:eastAsia="Arial" w:cs="Arial"/>
                <w:sz w:val="17"/>
              </w:rPr>
              <w:t>Purchasing, contracts, cost tracking</w:t>
            </w:r>
          </w:p>
        </w:tc>
      </w:tr>
    </w:tbl>
    <w:p w14:paraId="262D6089" w14:textId="77777777" w:rsidR="00282991" w:rsidRDefault="00282991">
      <w:pPr>
        <w:spacing w:after="20"/>
      </w:pPr>
    </w:p>
    <w:p w14:paraId="35DD3240" w14:textId="77777777" w:rsidR="00282991" w:rsidRDefault="00FE4586">
      <w:pPr>
        <w:pStyle w:val="Heading2"/>
      </w:pPr>
      <w:r>
        <w:rPr>
          <w:rFonts w:ascii="Arial" w:eastAsia="Arial" w:hAnsi="Arial" w:cs="Arial"/>
        </w:rPr>
        <w:t>B. Emergency Operations / Coordination Location</w:t>
      </w:r>
    </w:p>
    <w:tbl>
      <w:tblPr>
        <w:tblW w:w="0" w:type="auto"/>
        <w:jc w:val="center"/>
        <w:tblLayout w:type="fixed"/>
        <w:tblLook w:val="04A0" w:firstRow="1" w:lastRow="0" w:firstColumn="1" w:lastColumn="0" w:noHBand="0" w:noVBand="1"/>
      </w:tblPr>
      <w:tblGrid>
        <w:gridCol w:w="4032"/>
        <w:gridCol w:w="6768"/>
      </w:tblGrid>
      <w:tr w:rsidR="00282991" w14:paraId="7E392A14" w14:textId="77777777">
        <w:trPr>
          <w:cantSplit/>
          <w:tblHeader/>
          <w:jc w:val="center"/>
        </w:trPr>
        <w:tc>
          <w:tcPr>
            <w:tcW w:w="403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1DD89DC" w14:textId="77777777" w:rsidR="00282991" w:rsidRDefault="00FE4586">
            <w:pPr>
              <w:spacing w:after="0"/>
            </w:pPr>
            <w:r>
              <w:rPr>
                <w:rFonts w:eastAsia="Arial" w:cs="Arial"/>
                <w:b/>
                <w:color w:val="FFFFFF"/>
                <w:sz w:val="18"/>
              </w:rPr>
              <w:t>Field</w:t>
            </w:r>
          </w:p>
        </w:tc>
        <w:tc>
          <w:tcPr>
            <w:tcW w:w="676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AFE70C6" w14:textId="77777777" w:rsidR="00282991" w:rsidRDefault="00FE4586">
            <w:pPr>
              <w:spacing w:after="0"/>
            </w:pPr>
            <w:r>
              <w:rPr>
                <w:rFonts w:eastAsia="Arial" w:cs="Arial"/>
                <w:b/>
                <w:color w:val="FFFFFF"/>
                <w:sz w:val="18"/>
              </w:rPr>
              <w:t>Facility Entry</w:t>
            </w:r>
          </w:p>
        </w:tc>
      </w:tr>
      <w:tr w:rsidR="00282991" w14:paraId="489F2D32"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210436A" w14:textId="77777777" w:rsidR="00282991" w:rsidRDefault="00FE4586">
            <w:pPr>
              <w:spacing w:after="0"/>
            </w:pPr>
            <w:r>
              <w:rPr>
                <w:rFonts w:eastAsia="Arial" w:cs="Arial"/>
                <w:sz w:val="18"/>
              </w:rPr>
              <w:t>Primary command/coordination location</w:t>
            </w:r>
          </w:p>
        </w:tc>
        <w:tc>
          <w:tcPr>
            <w:tcW w:w="67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4F726FA" w14:textId="77777777" w:rsidR="00282991" w:rsidRDefault="00FE4586">
            <w:pPr>
              <w:spacing w:after="0"/>
            </w:pPr>
            <w:r>
              <w:rPr>
                <w:rFonts w:eastAsia="Arial" w:cs="Arial"/>
                <w:i/>
                <w:color w:val="707070"/>
                <w:sz w:val="20"/>
              </w:rPr>
              <w:t>&lt;Insert&gt;</w:t>
            </w:r>
          </w:p>
        </w:tc>
      </w:tr>
      <w:tr w:rsidR="00282991" w14:paraId="30A30E21"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D95B20E" w14:textId="77777777" w:rsidR="00282991" w:rsidRDefault="00FE4586">
            <w:pPr>
              <w:spacing w:after="0"/>
            </w:pPr>
            <w:r>
              <w:rPr>
                <w:rFonts w:eastAsia="Arial" w:cs="Arial"/>
                <w:sz w:val="18"/>
              </w:rPr>
              <w:t>Alternate location</w:t>
            </w:r>
          </w:p>
        </w:tc>
        <w:tc>
          <w:tcPr>
            <w:tcW w:w="67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2DC833A" w14:textId="77777777" w:rsidR="00282991" w:rsidRDefault="00FE4586">
            <w:pPr>
              <w:spacing w:after="0"/>
            </w:pPr>
            <w:r>
              <w:rPr>
                <w:rFonts w:eastAsia="Arial" w:cs="Arial"/>
                <w:i/>
                <w:color w:val="707070"/>
                <w:sz w:val="20"/>
              </w:rPr>
              <w:t>&lt;Insert&gt;</w:t>
            </w:r>
          </w:p>
        </w:tc>
      </w:tr>
      <w:tr w:rsidR="00282991" w14:paraId="343337B2"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A61DB75" w14:textId="77777777" w:rsidR="00282991" w:rsidRDefault="00FE4586">
            <w:pPr>
              <w:spacing w:after="0"/>
            </w:pPr>
            <w:r>
              <w:rPr>
                <w:rFonts w:eastAsia="Arial" w:cs="Arial"/>
                <w:sz w:val="18"/>
              </w:rPr>
              <w:t>Virtual/remote coordination method</w:t>
            </w:r>
          </w:p>
        </w:tc>
        <w:tc>
          <w:tcPr>
            <w:tcW w:w="67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72CFEAF" w14:textId="77777777" w:rsidR="00282991" w:rsidRDefault="00FE4586">
            <w:pPr>
              <w:spacing w:after="0"/>
            </w:pPr>
            <w:r>
              <w:rPr>
                <w:rFonts w:eastAsia="Arial" w:cs="Arial"/>
                <w:i/>
                <w:color w:val="707070"/>
                <w:sz w:val="20"/>
              </w:rPr>
              <w:t>&lt;Insert&gt;</w:t>
            </w:r>
          </w:p>
        </w:tc>
      </w:tr>
      <w:tr w:rsidR="00282991" w14:paraId="5741CF6D"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BEC8361" w14:textId="77777777" w:rsidR="00282991" w:rsidRDefault="00FE4586">
            <w:pPr>
              <w:spacing w:after="0"/>
            </w:pPr>
            <w:r>
              <w:rPr>
                <w:rFonts w:eastAsia="Arial" w:cs="Arial"/>
                <w:sz w:val="18"/>
              </w:rPr>
              <w:t>Activation supplies/equipment</w:t>
            </w:r>
          </w:p>
        </w:tc>
        <w:tc>
          <w:tcPr>
            <w:tcW w:w="67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B78E04E" w14:textId="77777777" w:rsidR="00282991" w:rsidRDefault="00FE4586">
            <w:pPr>
              <w:spacing w:after="0"/>
            </w:pPr>
            <w:r>
              <w:rPr>
                <w:rFonts w:eastAsia="Arial" w:cs="Arial"/>
                <w:i/>
                <w:color w:val="707070"/>
                <w:sz w:val="20"/>
              </w:rPr>
              <w:t>&lt;Insert&gt;</w:t>
            </w:r>
          </w:p>
        </w:tc>
      </w:tr>
      <w:tr w:rsidR="00282991" w14:paraId="0F151E18"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2BF6031" w14:textId="77777777" w:rsidR="00282991" w:rsidRDefault="00FE4586">
            <w:pPr>
              <w:spacing w:after="0"/>
            </w:pPr>
            <w:r>
              <w:rPr>
                <w:rFonts w:eastAsia="Arial" w:cs="Arial"/>
                <w:sz w:val="18"/>
              </w:rPr>
              <w:t>Situation board / status reporting location</w:t>
            </w:r>
          </w:p>
        </w:tc>
        <w:tc>
          <w:tcPr>
            <w:tcW w:w="67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2D9F83D" w14:textId="77777777" w:rsidR="00282991" w:rsidRDefault="00FE4586">
            <w:pPr>
              <w:spacing w:after="0"/>
            </w:pPr>
            <w:r>
              <w:rPr>
                <w:rFonts w:eastAsia="Arial" w:cs="Arial"/>
                <w:i/>
                <w:color w:val="707070"/>
                <w:sz w:val="20"/>
              </w:rPr>
              <w:t>&lt;Insert&gt;</w:t>
            </w:r>
          </w:p>
        </w:tc>
      </w:tr>
    </w:tbl>
    <w:p w14:paraId="383041B5" w14:textId="77777777" w:rsidR="00282991" w:rsidRDefault="00282991">
      <w:pPr>
        <w:spacing w:after="20"/>
      </w:pPr>
    </w:p>
    <w:p w14:paraId="2E557F11" w14:textId="77777777" w:rsidR="00282991" w:rsidRDefault="00FE4586">
      <w:pPr>
        <w:pStyle w:val="Heading2"/>
      </w:pPr>
      <w:r>
        <w:rPr>
          <w:rFonts w:ascii="Arial" w:eastAsia="Arial" w:hAnsi="Arial" w:cs="Arial"/>
        </w:rPr>
        <w:t>C. External Coordination</w:t>
      </w:r>
    </w:p>
    <w:p w14:paraId="20F87F80" w14:textId="77777777" w:rsidR="00282991" w:rsidRDefault="00FE4586">
      <w:pPr>
        <w:pStyle w:val="ListBullet"/>
        <w:spacing w:after="40"/>
      </w:pPr>
      <w:r>
        <w:rPr>
          <w:rFonts w:eastAsia="Arial" w:cs="Arial"/>
          <w:sz w:val="20"/>
        </w:rPr>
        <w:t>Local/county emergency management and Incident Command/EOC as appropriate.</w:t>
      </w:r>
    </w:p>
    <w:p w14:paraId="7840208C" w14:textId="77777777" w:rsidR="00282991" w:rsidRDefault="00FE4586">
      <w:pPr>
        <w:pStyle w:val="ListBullet"/>
        <w:spacing w:after="40"/>
      </w:pPr>
      <w:r>
        <w:rPr>
          <w:rFonts w:eastAsia="Arial" w:cs="Arial"/>
          <w:sz w:val="20"/>
        </w:rPr>
        <w:t>Maine CDC/public health for outbreaks, reportable conditions, and public-health guidance.</w:t>
      </w:r>
    </w:p>
    <w:p w14:paraId="4F2D8CE6" w14:textId="77777777" w:rsidR="00282991" w:rsidRDefault="00FE4586">
      <w:pPr>
        <w:pStyle w:val="ListBullet"/>
        <w:spacing w:after="40"/>
      </w:pPr>
      <w:r>
        <w:rPr>
          <w:rFonts w:eastAsia="Arial" w:cs="Arial"/>
          <w:sz w:val="20"/>
        </w:rPr>
        <w:t>Fire/EMS/law enforcement for immediate response and site safety.</w:t>
      </w:r>
    </w:p>
    <w:p w14:paraId="21833F14" w14:textId="77777777" w:rsidR="00282991" w:rsidRDefault="00FE4586">
      <w:pPr>
        <w:pStyle w:val="ListBullet"/>
        <w:spacing w:after="40"/>
      </w:pPr>
      <w:r>
        <w:rPr>
          <w:rFonts w:eastAsia="Arial" w:cs="Arial"/>
          <w:sz w:val="20"/>
        </w:rPr>
        <w:t>Alternate dialysis facilities, receiving hospital, transportation partners, utilities, ESRD Network/KCER, vendors, and other healthcare partners as applicable.</w:t>
      </w:r>
    </w:p>
    <w:p w14:paraId="4317AED8" w14:textId="77777777" w:rsidR="00282991" w:rsidRDefault="00FE4586">
      <w:pPr>
        <w:pStyle w:val="ListBullet"/>
        <w:spacing w:after="40"/>
      </w:pPr>
      <w:r>
        <w:rPr>
          <w:rFonts w:eastAsia="Arial" w:cs="Arial"/>
          <w:sz w:val="20"/>
        </w:rPr>
        <w:t>HCC-ME and EMResource when used for situational awareness or resource coordination; coalition participation does not replace required regulatory reporting.</w:t>
      </w:r>
    </w:p>
    <w:p w14:paraId="7E9B605E" w14:textId="77777777" w:rsidR="00282991" w:rsidRDefault="00FE4586">
      <w:pPr>
        <w:pStyle w:val="Heading2"/>
      </w:pPr>
      <w:r>
        <w:rPr>
          <w:rFonts w:ascii="Arial" w:eastAsia="Arial" w:hAnsi="Arial" w:cs="Arial"/>
        </w:rPr>
        <w:t>D. Annual Public Health / EMA Contact</w:t>
      </w:r>
    </w:p>
    <w:p w14:paraId="29CCF66D" w14:textId="77777777" w:rsidR="00282991" w:rsidRDefault="00FE4586">
      <w:r>
        <w:rPr>
          <w:rFonts w:eastAsia="Arial" w:cs="Arial"/>
        </w:rPr>
        <w:t>At least annually, the facility will document contact with local public health and emergency management officials to confirm those agencies are aware of facility emergency needs and the facility knows how to contact them.</w:t>
      </w:r>
    </w:p>
    <w:p w14:paraId="37168C3D" w14:textId="77777777" w:rsidR="00282991" w:rsidRDefault="00FE4586">
      <w:pPr>
        <w:pStyle w:val="Heading2"/>
      </w:pPr>
      <w:r>
        <w:rPr>
          <w:rFonts w:ascii="Arial" w:eastAsia="Arial" w:hAnsi="Arial" w:cs="Arial"/>
        </w:rPr>
        <w:t>E. Unified / Integrated Healthcare System Program - If Applicable</w:t>
      </w:r>
    </w:p>
    <w:p w14:paraId="770ED56D" w14:textId="77777777" w:rsidR="00282991" w:rsidRDefault="00FE4586">
      <w:r>
        <w:rPr>
          <w:rFonts w:eastAsia="Arial" w:cs="Arial"/>
        </w:rPr>
        <w:t>If the ESRD facility participates in a unified/integrated emergency preparedness program, retain evidence of active facility participation; facility-specific risk assessment; consideration of unique circumstances, patient population, location and services; integrated policies, communication and training/testing that meet ESRD requirements; and the facility’s ability to actively implement the program.</w:t>
      </w:r>
    </w:p>
    <w:p w14:paraId="0F1EAB90" w14:textId="77777777" w:rsidR="00282991" w:rsidRDefault="00FE4586">
      <w:r>
        <w:br w:type="page"/>
      </w:r>
    </w:p>
    <w:p w14:paraId="26A87B9F" w14:textId="77777777" w:rsidR="00282991" w:rsidRDefault="00FE4586">
      <w:pPr>
        <w:pStyle w:val="Heading1"/>
        <w:pBdr>
          <w:bottom w:val="single" w:sz="10" w:space="2" w:color="E63B07"/>
        </w:pBdr>
      </w:pPr>
      <w:r>
        <w:rPr>
          <w:rFonts w:ascii="Arial" w:eastAsia="Arial" w:hAnsi="Arial" w:cs="Arial"/>
        </w:rPr>
        <w:lastRenderedPageBreak/>
        <w:t>7. RESOURCES AND ASSETS</w:t>
      </w:r>
    </w:p>
    <w:p w14:paraId="289B411B" w14:textId="77777777" w:rsidR="00282991" w:rsidRDefault="00FE4586">
      <w:pPr>
        <w:pStyle w:val="Heading2"/>
      </w:pPr>
      <w:r>
        <w:rPr>
          <w:rFonts w:ascii="Arial" w:eastAsia="Arial" w:hAnsi="Arial" w:cs="Arial"/>
        </w:rPr>
        <w:t>A. Critical Resource Priorities</w:t>
      </w:r>
    </w:p>
    <w:tbl>
      <w:tblPr>
        <w:tblW w:w="0" w:type="auto"/>
        <w:jc w:val="center"/>
        <w:tblLayout w:type="fixed"/>
        <w:tblLook w:val="04A0" w:firstRow="1" w:lastRow="0" w:firstColumn="1" w:lastColumn="0" w:noHBand="0" w:noVBand="1"/>
      </w:tblPr>
      <w:tblGrid>
        <w:gridCol w:w="3888"/>
        <w:gridCol w:w="6912"/>
      </w:tblGrid>
      <w:tr w:rsidR="00282991" w14:paraId="52156031" w14:textId="77777777">
        <w:trPr>
          <w:cantSplit/>
          <w:tblHeader/>
          <w:jc w:val="center"/>
        </w:trPr>
        <w:tc>
          <w:tcPr>
            <w:tcW w:w="388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71D6114" w14:textId="77777777" w:rsidR="00282991" w:rsidRDefault="00FE4586">
            <w:pPr>
              <w:spacing w:after="0"/>
            </w:pPr>
            <w:r>
              <w:rPr>
                <w:rFonts w:eastAsia="Arial" w:cs="Arial"/>
                <w:b/>
                <w:color w:val="FFFFFF"/>
                <w:sz w:val="17"/>
              </w:rPr>
              <w:t>Resource</w:t>
            </w:r>
          </w:p>
        </w:tc>
        <w:tc>
          <w:tcPr>
            <w:tcW w:w="691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D2225E9" w14:textId="77777777" w:rsidR="00282991" w:rsidRDefault="00FE4586">
            <w:pPr>
              <w:spacing w:after="0"/>
            </w:pPr>
            <w:r>
              <w:rPr>
                <w:rFonts w:eastAsia="Arial" w:cs="Arial"/>
                <w:b/>
                <w:color w:val="FFFFFF"/>
                <w:sz w:val="17"/>
              </w:rPr>
              <w:t>Facility Planning Content</w:t>
            </w:r>
          </w:p>
        </w:tc>
      </w:tr>
      <w:tr w:rsidR="00282991" w14:paraId="2DC5247E"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9181E15" w14:textId="77777777" w:rsidR="00282991" w:rsidRDefault="00FE4586">
            <w:pPr>
              <w:spacing w:after="0"/>
            </w:pPr>
            <w:r>
              <w:rPr>
                <w:rFonts w:eastAsia="Arial" w:cs="Arial"/>
                <w:sz w:val="18"/>
              </w:rPr>
              <w:t>Potable / treatment water</w:t>
            </w:r>
          </w:p>
        </w:tc>
        <w:tc>
          <w:tcPr>
            <w:tcW w:w="69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D46BCC8" w14:textId="77777777" w:rsidR="00282991" w:rsidRDefault="00FE4586">
            <w:pPr>
              <w:spacing w:after="0"/>
            </w:pPr>
            <w:r>
              <w:rPr>
                <w:rFonts w:eastAsia="Arial" w:cs="Arial"/>
                <w:i/>
                <w:color w:val="707070"/>
                <w:sz w:val="20"/>
              </w:rPr>
              <w:t>&lt;Normal source / emergency source / capacity / conservation / transfer threshold&gt;</w:t>
            </w:r>
          </w:p>
        </w:tc>
      </w:tr>
      <w:tr w:rsidR="00282991" w14:paraId="59601C60"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F15B575" w14:textId="77777777" w:rsidR="00282991" w:rsidRDefault="00FE4586">
            <w:pPr>
              <w:spacing w:after="0"/>
            </w:pPr>
            <w:r>
              <w:rPr>
                <w:rFonts w:eastAsia="Arial" w:cs="Arial"/>
                <w:sz w:val="18"/>
              </w:rPr>
              <w:t>Water-treatment consumables</w:t>
            </w:r>
          </w:p>
        </w:tc>
        <w:tc>
          <w:tcPr>
            <w:tcW w:w="69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EDF58D7" w14:textId="77777777" w:rsidR="00282991" w:rsidRDefault="00FE4586">
            <w:pPr>
              <w:spacing w:after="0"/>
            </w:pPr>
            <w:r>
              <w:rPr>
                <w:rFonts w:eastAsia="Arial" w:cs="Arial"/>
                <w:i/>
                <w:color w:val="707070"/>
                <w:sz w:val="20"/>
              </w:rPr>
              <w:t>&lt;Filters / disinfectants / test supplies / alternate source&gt;</w:t>
            </w:r>
          </w:p>
        </w:tc>
      </w:tr>
      <w:tr w:rsidR="00282991" w14:paraId="40E3F919"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72D7AD8" w14:textId="77777777" w:rsidR="00282991" w:rsidRDefault="00FE4586">
            <w:pPr>
              <w:spacing w:after="0"/>
            </w:pPr>
            <w:r>
              <w:rPr>
                <w:rFonts w:eastAsia="Arial" w:cs="Arial"/>
                <w:sz w:val="18"/>
              </w:rPr>
              <w:t>Dialyzers / bloodlines / concentrates / dialysate</w:t>
            </w:r>
          </w:p>
        </w:tc>
        <w:tc>
          <w:tcPr>
            <w:tcW w:w="69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6CEA6DC" w14:textId="77777777" w:rsidR="00282991" w:rsidRDefault="00FE4586">
            <w:pPr>
              <w:spacing w:after="0"/>
            </w:pPr>
            <w:r>
              <w:rPr>
                <w:rFonts w:eastAsia="Arial" w:cs="Arial"/>
                <w:i/>
                <w:color w:val="707070"/>
                <w:sz w:val="20"/>
              </w:rPr>
              <w:t>&lt;Minimum stock / vendor / alternate source&gt;</w:t>
            </w:r>
          </w:p>
        </w:tc>
      </w:tr>
      <w:tr w:rsidR="00282991" w14:paraId="7F5989C7"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4D8103F" w14:textId="77777777" w:rsidR="00282991" w:rsidRDefault="00FE4586">
            <w:pPr>
              <w:spacing w:after="0"/>
            </w:pPr>
            <w:r>
              <w:rPr>
                <w:rFonts w:eastAsia="Arial" w:cs="Arial"/>
                <w:sz w:val="18"/>
              </w:rPr>
              <w:t>Normal saline / medications</w:t>
            </w:r>
          </w:p>
        </w:tc>
        <w:tc>
          <w:tcPr>
            <w:tcW w:w="69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FF40465" w14:textId="77777777" w:rsidR="00282991" w:rsidRDefault="00FE4586">
            <w:pPr>
              <w:spacing w:after="0"/>
            </w:pPr>
            <w:r>
              <w:rPr>
                <w:rFonts w:eastAsia="Arial" w:cs="Arial"/>
                <w:i/>
                <w:color w:val="707070"/>
                <w:sz w:val="20"/>
              </w:rPr>
              <w:t>&lt;Minimum stock / vendor / emergency source&gt;</w:t>
            </w:r>
          </w:p>
        </w:tc>
      </w:tr>
      <w:tr w:rsidR="00282991" w14:paraId="2A672276"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907977F" w14:textId="77777777" w:rsidR="00282991" w:rsidRDefault="00FE4586">
            <w:pPr>
              <w:spacing w:after="0"/>
            </w:pPr>
            <w:r>
              <w:rPr>
                <w:rFonts w:eastAsia="Arial" w:cs="Arial"/>
                <w:sz w:val="18"/>
              </w:rPr>
              <w:t>Emergency equipment / drugs</w:t>
            </w:r>
          </w:p>
        </w:tc>
        <w:tc>
          <w:tcPr>
            <w:tcW w:w="69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34BB4E3" w14:textId="77777777" w:rsidR="00282991" w:rsidRDefault="00FE4586">
            <w:pPr>
              <w:spacing w:after="0"/>
            </w:pPr>
            <w:r>
              <w:rPr>
                <w:rFonts w:eastAsia="Arial" w:cs="Arial"/>
                <w:i/>
                <w:color w:val="707070"/>
                <w:sz w:val="20"/>
              </w:rPr>
              <w:t>&lt;Oxygen / airways / suction / AED-defibrillator / resuscitator / emergency drugs&gt;</w:t>
            </w:r>
          </w:p>
        </w:tc>
      </w:tr>
      <w:tr w:rsidR="00282991" w14:paraId="2A9750F3"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1A1D2F8" w14:textId="77777777" w:rsidR="00282991" w:rsidRDefault="00FE4586">
            <w:pPr>
              <w:spacing w:after="0"/>
            </w:pPr>
            <w:r>
              <w:rPr>
                <w:rFonts w:eastAsia="Arial" w:cs="Arial"/>
                <w:sz w:val="18"/>
              </w:rPr>
              <w:t>PPE / infection-control supplies</w:t>
            </w:r>
          </w:p>
        </w:tc>
        <w:tc>
          <w:tcPr>
            <w:tcW w:w="69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8276696" w14:textId="77777777" w:rsidR="00282991" w:rsidRDefault="00FE4586">
            <w:pPr>
              <w:spacing w:after="0"/>
            </w:pPr>
            <w:r>
              <w:rPr>
                <w:rFonts w:eastAsia="Arial" w:cs="Arial"/>
                <w:i/>
                <w:color w:val="707070"/>
                <w:sz w:val="20"/>
              </w:rPr>
              <w:t>&lt;Minimum stock / vendor / contingency&gt;</w:t>
            </w:r>
          </w:p>
        </w:tc>
      </w:tr>
      <w:tr w:rsidR="00282991" w14:paraId="7ADAE037"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A09468F" w14:textId="77777777" w:rsidR="00282991" w:rsidRDefault="00FE4586">
            <w:pPr>
              <w:spacing w:after="0"/>
            </w:pPr>
            <w:r>
              <w:rPr>
                <w:rFonts w:eastAsia="Arial" w:cs="Arial"/>
                <w:sz w:val="18"/>
              </w:rPr>
              <w:t>Generator fuel / portable power</w:t>
            </w:r>
          </w:p>
        </w:tc>
        <w:tc>
          <w:tcPr>
            <w:tcW w:w="69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0E48BFB" w14:textId="77777777" w:rsidR="00282991" w:rsidRDefault="00FE4586">
            <w:pPr>
              <w:spacing w:after="0"/>
            </w:pPr>
            <w:r>
              <w:rPr>
                <w:rFonts w:eastAsia="Arial" w:cs="Arial"/>
                <w:i/>
                <w:color w:val="707070"/>
                <w:sz w:val="20"/>
              </w:rPr>
              <w:t>&lt;Fuel source / runtime / reorder trigger&gt;</w:t>
            </w:r>
          </w:p>
        </w:tc>
      </w:tr>
      <w:tr w:rsidR="00282991" w14:paraId="1BDE6E96"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9D89B7C" w14:textId="77777777" w:rsidR="00282991" w:rsidRDefault="00FE4586">
            <w:pPr>
              <w:spacing w:after="0"/>
            </w:pPr>
            <w:r>
              <w:rPr>
                <w:rFonts w:eastAsia="Arial" w:cs="Arial"/>
                <w:sz w:val="18"/>
              </w:rPr>
              <w:t>Paper downtime / tracking supplies</w:t>
            </w:r>
          </w:p>
        </w:tc>
        <w:tc>
          <w:tcPr>
            <w:tcW w:w="69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5D1C77A" w14:textId="77777777" w:rsidR="00282991" w:rsidRDefault="00FE4586">
            <w:pPr>
              <w:spacing w:after="0"/>
            </w:pPr>
            <w:r>
              <w:rPr>
                <w:rFonts w:eastAsia="Arial" w:cs="Arial"/>
                <w:i/>
                <w:color w:val="707070"/>
                <w:sz w:val="20"/>
              </w:rPr>
              <w:t>&lt;Insert&gt;</w:t>
            </w:r>
          </w:p>
        </w:tc>
      </w:tr>
      <w:tr w:rsidR="00282991" w14:paraId="4A425941"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F452D1C" w14:textId="77777777" w:rsidR="00282991" w:rsidRDefault="00FE4586">
            <w:pPr>
              <w:spacing w:after="0"/>
            </w:pPr>
            <w:r>
              <w:rPr>
                <w:rFonts w:eastAsia="Arial" w:cs="Arial"/>
                <w:sz w:val="18"/>
              </w:rPr>
              <w:t>Home dialysis emergency supplies - if applicable</w:t>
            </w:r>
          </w:p>
        </w:tc>
        <w:tc>
          <w:tcPr>
            <w:tcW w:w="69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BE062FD" w14:textId="77777777" w:rsidR="00282991" w:rsidRDefault="00FE4586">
            <w:pPr>
              <w:spacing w:after="0"/>
            </w:pPr>
            <w:r>
              <w:rPr>
                <w:rFonts w:eastAsia="Arial" w:cs="Arial"/>
                <w:i/>
                <w:color w:val="707070"/>
                <w:sz w:val="20"/>
              </w:rPr>
              <w:t>&lt;Insert&gt;</w:t>
            </w:r>
          </w:p>
        </w:tc>
      </w:tr>
      <w:tr w:rsidR="00282991" w14:paraId="22144443"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E66E82E" w14:textId="77777777" w:rsidR="00282991" w:rsidRDefault="00FE4586">
            <w:pPr>
              <w:spacing w:after="0"/>
            </w:pPr>
            <w:r>
              <w:rPr>
                <w:rFonts w:eastAsia="Arial" w:cs="Arial"/>
                <w:sz w:val="18"/>
              </w:rPr>
              <w:t>Other essential resources</w:t>
            </w:r>
          </w:p>
        </w:tc>
        <w:tc>
          <w:tcPr>
            <w:tcW w:w="69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CE6172E" w14:textId="77777777" w:rsidR="00282991" w:rsidRDefault="00FE4586">
            <w:pPr>
              <w:spacing w:after="0"/>
            </w:pPr>
            <w:r>
              <w:rPr>
                <w:rFonts w:eastAsia="Arial" w:cs="Arial"/>
                <w:i/>
                <w:color w:val="707070"/>
                <w:sz w:val="20"/>
              </w:rPr>
              <w:t>&lt;Insert&gt;</w:t>
            </w:r>
          </w:p>
        </w:tc>
      </w:tr>
    </w:tbl>
    <w:p w14:paraId="7E8B7E40" w14:textId="77777777" w:rsidR="00282991" w:rsidRDefault="00282991">
      <w:pPr>
        <w:spacing w:after="20"/>
      </w:pPr>
    </w:p>
    <w:p w14:paraId="48775B21" w14:textId="77777777" w:rsidR="00282991" w:rsidRDefault="00FE4586">
      <w:pPr>
        <w:pStyle w:val="Heading2"/>
      </w:pPr>
      <w:r>
        <w:rPr>
          <w:rFonts w:ascii="Arial" w:eastAsia="Arial" w:hAnsi="Arial" w:cs="Arial"/>
        </w:rPr>
        <w:t>B. Vendor / Supply Chain Continuity</w:t>
      </w:r>
    </w:p>
    <w:tbl>
      <w:tblPr>
        <w:tblW w:w="0" w:type="auto"/>
        <w:jc w:val="center"/>
        <w:tblLayout w:type="fixed"/>
        <w:tblLook w:val="04A0" w:firstRow="1" w:lastRow="0" w:firstColumn="1" w:lastColumn="0" w:noHBand="0" w:noVBand="1"/>
      </w:tblPr>
      <w:tblGrid>
        <w:gridCol w:w="2160"/>
        <w:gridCol w:w="2016"/>
        <w:gridCol w:w="2160"/>
        <w:gridCol w:w="2592"/>
        <w:gridCol w:w="1872"/>
      </w:tblGrid>
      <w:tr w:rsidR="00282991" w14:paraId="3F708DAD" w14:textId="77777777">
        <w:trPr>
          <w:cantSplit/>
          <w:tblHeader/>
          <w:jc w:val="center"/>
        </w:trPr>
        <w:tc>
          <w:tcPr>
            <w:tcW w:w="216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5EFE0D3" w14:textId="77777777" w:rsidR="00282991" w:rsidRDefault="00FE4586">
            <w:pPr>
              <w:spacing w:after="0"/>
            </w:pPr>
            <w:r>
              <w:rPr>
                <w:rFonts w:eastAsia="Arial" w:cs="Arial"/>
                <w:b/>
                <w:color w:val="FFFFFF"/>
                <w:sz w:val="15"/>
              </w:rPr>
              <w:t>Vendor / Resource</w:t>
            </w:r>
          </w:p>
        </w:tc>
        <w:tc>
          <w:tcPr>
            <w:tcW w:w="201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E90BE57" w14:textId="77777777" w:rsidR="00282991" w:rsidRDefault="00FE4586">
            <w:pPr>
              <w:spacing w:after="0"/>
            </w:pPr>
            <w:r>
              <w:rPr>
                <w:rFonts w:eastAsia="Arial" w:cs="Arial"/>
                <w:b/>
                <w:color w:val="FFFFFF"/>
                <w:sz w:val="15"/>
              </w:rPr>
              <w:t>Primary Contact</w:t>
            </w:r>
          </w:p>
        </w:tc>
        <w:tc>
          <w:tcPr>
            <w:tcW w:w="216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1E2F895" w14:textId="77777777" w:rsidR="00282991" w:rsidRDefault="00FE4586">
            <w:pPr>
              <w:spacing w:after="0"/>
            </w:pPr>
            <w:r>
              <w:rPr>
                <w:rFonts w:eastAsia="Arial" w:cs="Arial"/>
                <w:b/>
                <w:color w:val="FFFFFF"/>
                <w:sz w:val="15"/>
              </w:rPr>
              <w:t>Alternate Source</w:t>
            </w:r>
          </w:p>
        </w:tc>
        <w:tc>
          <w:tcPr>
            <w:tcW w:w="259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B673209" w14:textId="77777777" w:rsidR="00282991" w:rsidRDefault="00FE4586">
            <w:pPr>
              <w:spacing w:after="0"/>
            </w:pPr>
            <w:r>
              <w:rPr>
                <w:rFonts w:eastAsia="Arial" w:cs="Arial"/>
                <w:b/>
                <w:color w:val="FFFFFF"/>
                <w:sz w:val="15"/>
              </w:rPr>
              <w:t>Emergency Terms / Lead Time</w:t>
            </w:r>
          </w:p>
        </w:tc>
        <w:tc>
          <w:tcPr>
            <w:tcW w:w="187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0F76F2A" w14:textId="77777777" w:rsidR="00282991" w:rsidRDefault="00FE4586">
            <w:pPr>
              <w:spacing w:after="0"/>
            </w:pPr>
            <w:r>
              <w:rPr>
                <w:rFonts w:eastAsia="Arial" w:cs="Arial"/>
                <w:b/>
                <w:color w:val="FFFFFF"/>
                <w:sz w:val="15"/>
              </w:rPr>
              <w:t>Record Location</w:t>
            </w:r>
          </w:p>
        </w:tc>
      </w:tr>
      <w:tr w:rsidR="00282991" w14:paraId="07B83F2D"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BF80382"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4AB6E03"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FA8567C"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80AB462"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DB6C535" w14:textId="77777777" w:rsidR="00282991" w:rsidRDefault="00FE4586">
            <w:pPr>
              <w:spacing w:after="0"/>
            </w:pPr>
            <w:r>
              <w:rPr>
                <w:rFonts w:eastAsia="Arial" w:cs="Arial"/>
                <w:i/>
                <w:color w:val="707070"/>
                <w:sz w:val="20"/>
              </w:rPr>
              <w:t>&lt;Insert&gt;</w:t>
            </w:r>
          </w:p>
        </w:tc>
      </w:tr>
      <w:tr w:rsidR="00282991" w14:paraId="1AD5CAF9"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25C4850"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94EE9EB"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370D9CE"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B6069DB"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CC9F556" w14:textId="77777777" w:rsidR="00282991" w:rsidRDefault="00FE4586">
            <w:pPr>
              <w:spacing w:after="0"/>
            </w:pPr>
            <w:r>
              <w:rPr>
                <w:rFonts w:eastAsia="Arial" w:cs="Arial"/>
                <w:i/>
                <w:color w:val="707070"/>
                <w:sz w:val="20"/>
              </w:rPr>
              <w:t>&lt;Insert&gt;</w:t>
            </w:r>
          </w:p>
        </w:tc>
      </w:tr>
      <w:tr w:rsidR="00282991" w14:paraId="6C6405C4"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6D86722"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6F9516E"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B5A6C7"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4CBF483"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F7025B9" w14:textId="77777777" w:rsidR="00282991" w:rsidRDefault="00FE4586">
            <w:pPr>
              <w:spacing w:after="0"/>
            </w:pPr>
            <w:r>
              <w:rPr>
                <w:rFonts w:eastAsia="Arial" w:cs="Arial"/>
                <w:i/>
                <w:color w:val="707070"/>
                <w:sz w:val="20"/>
              </w:rPr>
              <w:t>&lt;Insert&gt;</w:t>
            </w:r>
          </w:p>
        </w:tc>
      </w:tr>
      <w:tr w:rsidR="00282991" w14:paraId="449B4857"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43E2F0E"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0A019DA"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90CC45E"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9D633E0"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990D729" w14:textId="77777777" w:rsidR="00282991" w:rsidRDefault="00FE4586">
            <w:pPr>
              <w:spacing w:after="0"/>
            </w:pPr>
            <w:r>
              <w:rPr>
                <w:rFonts w:eastAsia="Arial" w:cs="Arial"/>
                <w:i/>
                <w:color w:val="707070"/>
                <w:sz w:val="20"/>
              </w:rPr>
              <w:t>&lt;Insert&gt;</w:t>
            </w:r>
          </w:p>
        </w:tc>
      </w:tr>
      <w:tr w:rsidR="00282991" w14:paraId="675E6E95"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433029B"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3F7B55A"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0F4E448"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DE68CE6"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0B83F39" w14:textId="77777777" w:rsidR="00282991" w:rsidRDefault="00FE4586">
            <w:pPr>
              <w:spacing w:after="0"/>
            </w:pPr>
            <w:r>
              <w:rPr>
                <w:rFonts w:eastAsia="Arial" w:cs="Arial"/>
                <w:i/>
                <w:color w:val="707070"/>
                <w:sz w:val="20"/>
              </w:rPr>
              <w:t>&lt;Insert&gt;</w:t>
            </w:r>
          </w:p>
        </w:tc>
      </w:tr>
      <w:tr w:rsidR="00282991" w14:paraId="1720D564"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CC53427"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46E96D5"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19D3AFA"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7EC5B3E"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1752BDE" w14:textId="77777777" w:rsidR="00282991" w:rsidRDefault="00FE4586">
            <w:pPr>
              <w:spacing w:after="0"/>
            </w:pPr>
            <w:r>
              <w:rPr>
                <w:rFonts w:eastAsia="Arial" w:cs="Arial"/>
                <w:i/>
                <w:color w:val="707070"/>
                <w:sz w:val="20"/>
              </w:rPr>
              <w:t>&lt;Insert&gt;</w:t>
            </w:r>
          </w:p>
        </w:tc>
      </w:tr>
      <w:tr w:rsidR="00282991" w14:paraId="74C78AB9"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1A72CD3"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56F9023"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3F987BA"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6D8AB76"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1368CE3" w14:textId="77777777" w:rsidR="00282991" w:rsidRDefault="00FE4586">
            <w:pPr>
              <w:spacing w:after="0"/>
            </w:pPr>
            <w:r>
              <w:rPr>
                <w:rFonts w:eastAsia="Arial" w:cs="Arial"/>
                <w:i/>
                <w:color w:val="707070"/>
                <w:sz w:val="20"/>
              </w:rPr>
              <w:t>&lt;Insert&gt;</w:t>
            </w:r>
          </w:p>
        </w:tc>
      </w:tr>
      <w:tr w:rsidR="00282991" w14:paraId="63EEA2EE"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621C622"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8BAC19E"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FA2BE3D"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168FD1C"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3C2D193" w14:textId="77777777" w:rsidR="00282991" w:rsidRDefault="00FE4586">
            <w:pPr>
              <w:spacing w:after="0"/>
            </w:pPr>
            <w:r>
              <w:rPr>
                <w:rFonts w:eastAsia="Arial" w:cs="Arial"/>
                <w:i/>
                <w:color w:val="707070"/>
                <w:sz w:val="20"/>
              </w:rPr>
              <w:t>&lt;Insert&gt;</w:t>
            </w:r>
          </w:p>
        </w:tc>
      </w:tr>
    </w:tbl>
    <w:p w14:paraId="54ED7CF2" w14:textId="77777777" w:rsidR="00282991" w:rsidRDefault="00282991">
      <w:pPr>
        <w:spacing w:after="20"/>
      </w:pPr>
    </w:p>
    <w:p w14:paraId="35DF2CC0" w14:textId="77777777" w:rsidR="00282991" w:rsidRDefault="00FE4586">
      <w:pPr>
        <w:pStyle w:val="Heading2"/>
      </w:pPr>
      <w:r>
        <w:rPr>
          <w:rFonts w:ascii="Arial" w:eastAsia="Arial" w:hAnsi="Arial" w:cs="Arial"/>
        </w:rPr>
        <w:t>C. Mutual Aid / Agreements / Arrangements</w:t>
      </w:r>
    </w:p>
    <w:p w14:paraId="4DC49D9D" w14:textId="77777777" w:rsidR="00282991" w:rsidRDefault="00FE4586">
      <w:r>
        <w:rPr>
          <w:rFonts w:eastAsia="Arial" w:cs="Arial"/>
        </w:rPr>
        <w:t>Document alternate dialysis/receiving arrangements, hospital emergency coverage, transportation, vendor, utility, water-supply, home-dialysis support, reciprocal support, and other continuity agreements as applicable. Because a single receiving partner may not be able to accept all affected patients, the facility should identify more than one receiving option where feasible.</w:t>
      </w:r>
    </w:p>
    <w:p w14:paraId="0ADF5E0A" w14:textId="77777777" w:rsidR="00282991" w:rsidRDefault="00FE4586">
      <w:r>
        <w:br w:type="page"/>
      </w:r>
    </w:p>
    <w:p w14:paraId="36275C7B" w14:textId="77777777" w:rsidR="00282991" w:rsidRDefault="00FE4586">
      <w:pPr>
        <w:pStyle w:val="Heading1"/>
        <w:pBdr>
          <w:bottom w:val="single" w:sz="10" w:space="2" w:color="E63B07"/>
        </w:pBdr>
      </w:pPr>
      <w:r>
        <w:rPr>
          <w:rFonts w:ascii="Arial" w:eastAsia="Arial" w:hAnsi="Arial" w:cs="Arial"/>
        </w:rPr>
        <w:lastRenderedPageBreak/>
        <w:t>8. MANAGEMENT OF STAFF &amp; VOLUNTEERS</w:t>
      </w:r>
    </w:p>
    <w:tbl>
      <w:tblPr>
        <w:tblW w:w="0" w:type="auto"/>
        <w:jc w:val="center"/>
        <w:tblLook w:val="04A0" w:firstRow="1" w:lastRow="0" w:firstColumn="1" w:lastColumn="0" w:noHBand="0" w:noVBand="1"/>
      </w:tblPr>
      <w:tblGrid>
        <w:gridCol w:w="10800"/>
      </w:tblGrid>
      <w:tr w:rsidR="00282991" w14:paraId="51C7CCF0" w14:textId="77777777">
        <w:trPr>
          <w:jc w:val="center"/>
        </w:trPr>
        <w:tc>
          <w:tcPr>
            <w:tcW w:w="10800" w:type="dxa"/>
            <w:shd w:val="clear" w:color="auto" w:fill="E8F2EF"/>
            <w:tcMar>
              <w:top w:w="90" w:type="dxa"/>
              <w:left w:w="100" w:type="dxa"/>
              <w:bottom w:w="90" w:type="dxa"/>
              <w:right w:w="100" w:type="dxa"/>
            </w:tcMar>
          </w:tcPr>
          <w:p w14:paraId="1F13B307" w14:textId="77777777" w:rsidR="00282991" w:rsidRDefault="00FE4586">
            <w:pPr>
              <w:spacing w:after="0"/>
            </w:pPr>
            <w:r>
              <w:rPr>
                <w:rFonts w:eastAsia="Arial" w:cs="Arial"/>
                <w:b/>
                <w:color w:val="015A41"/>
                <w:sz w:val="19"/>
              </w:rPr>
              <w:t xml:space="preserve">REGULATORY BASIS </w:t>
            </w:r>
            <w:r>
              <w:rPr>
                <w:rFonts w:eastAsia="Arial" w:cs="Arial"/>
                <w:sz w:val="18"/>
              </w:rPr>
              <w:t>42 CFR §494.62(b)(5), §494.62(d)(1), §494.140 and applicable State licensure/scope requirements.</w:t>
            </w:r>
          </w:p>
        </w:tc>
      </w:tr>
    </w:tbl>
    <w:p w14:paraId="790DF245" w14:textId="77777777" w:rsidR="00282991" w:rsidRDefault="00282991">
      <w:pPr>
        <w:spacing w:after="20"/>
      </w:pPr>
    </w:p>
    <w:p w14:paraId="27142E2A" w14:textId="77777777" w:rsidR="00282991" w:rsidRDefault="00FE4586">
      <w:pPr>
        <w:pStyle w:val="Heading2"/>
      </w:pPr>
      <w:r>
        <w:rPr>
          <w:rFonts w:ascii="Arial" w:eastAsia="Arial" w:hAnsi="Arial" w:cs="Arial"/>
        </w:rPr>
        <w:t>A. Emergency Staffing Strategies</w:t>
      </w:r>
    </w:p>
    <w:tbl>
      <w:tblPr>
        <w:tblW w:w="0" w:type="auto"/>
        <w:jc w:val="center"/>
        <w:tblLayout w:type="fixed"/>
        <w:tblLook w:val="04A0" w:firstRow="1" w:lastRow="0" w:firstColumn="1" w:lastColumn="0" w:noHBand="0" w:noVBand="1"/>
      </w:tblPr>
      <w:tblGrid>
        <w:gridCol w:w="3888"/>
        <w:gridCol w:w="6912"/>
      </w:tblGrid>
      <w:tr w:rsidR="00282991" w14:paraId="2B6B863E" w14:textId="77777777">
        <w:trPr>
          <w:cantSplit/>
          <w:tblHeader/>
          <w:jc w:val="center"/>
        </w:trPr>
        <w:tc>
          <w:tcPr>
            <w:tcW w:w="388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C3BC6B7" w14:textId="77777777" w:rsidR="00282991" w:rsidRDefault="00FE4586">
            <w:pPr>
              <w:spacing w:after="0"/>
            </w:pPr>
            <w:r>
              <w:rPr>
                <w:rFonts w:eastAsia="Arial" w:cs="Arial"/>
                <w:b/>
                <w:color w:val="FFFFFF"/>
                <w:sz w:val="17"/>
              </w:rPr>
              <w:t>Strategy</w:t>
            </w:r>
          </w:p>
        </w:tc>
        <w:tc>
          <w:tcPr>
            <w:tcW w:w="691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C4342EF" w14:textId="77777777" w:rsidR="00282991" w:rsidRDefault="00FE4586">
            <w:pPr>
              <w:spacing w:after="0"/>
            </w:pPr>
            <w:r>
              <w:rPr>
                <w:rFonts w:eastAsia="Arial" w:cs="Arial"/>
                <w:b/>
                <w:color w:val="FFFFFF"/>
                <w:sz w:val="17"/>
              </w:rPr>
              <w:t>Facility Process / Controlled Location</w:t>
            </w:r>
          </w:p>
        </w:tc>
      </w:tr>
      <w:tr w:rsidR="00282991" w14:paraId="3D031099"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709D3EF" w14:textId="77777777" w:rsidR="00282991" w:rsidRDefault="00FE4586">
            <w:pPr>
              <w:spacing w:after="0"/>
            </w:pPr>
            <w:r>
              <w:rPr>
                <w:rFonts w:eastAsia="Arial" w:cs="Arial"/>
                <w:sz w:val="17"/>
              </w:rPr>
              <w:t>Staff call-back / notification</w:t>
            </w:r>
          </w:p>
        </w:tc>
        <w:tc>
          <w:tcPr>
            <w:tcW w:w="69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F1468BE" w14:textId="77777777" w:rsidR="00282991" w:rsidRDefault="00FE4586">
            <w:pPr>
              <w:spacing w:after="0"/>
            </w:pPr>
            <w:r>
              <w:rPr>
                <w:rFonts w:eastAsia="Arial" w:cs="Arial"/>
                <w:i/>
                <w:color w:val="707070"/>
                <w:sz w:val="20"/>
              </w:rPr>
              <w:t>&lt;Insert&gt;</w:t>
            </w:r>
          </w:p>
        </w:tc>
      </w:tr>
      <w:tr w:rsidR="00282991" w14:paraId="30897E24"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9A093AD" w14:textId="77777777" w:rsidR="00282991" w:rsidRDefault="00FE4586">
            <w:pPr>
              <w:spacing w:after="0"/>
            </w:pPr>
            <w:r>
              <w:rPr>
                <w:rFonts w:eastAsia="Arial" w:cs="Arial"/>
                <w:sz w:val="17"/>
              </w:rPr>
              <w:t>Cross-coverage / reassignment</w:t>
            </w:r>
          </w:p>
        </w:tc>
        <w:tc>
          <w:tcPr>
            <w:tcW w:w="69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04E225F" w14:textId="77777777" w:rsidR="00282991" w:rsidRDefault="00FE4586">
            <w:pPr>
              <w:spacing w:after="0"/>
            </w:pPr>
            <w:r>
              <w:rPr>
                <w:rFonts w:eastAsia="Arial" w:cs="Arial"/>
                <w:i/>
                <w:color w:val="707070"/>
                <w:sz w:val="20"/>
              </w:rPr>
              <w:t>&lt;Insert&gt;</w:t>
            </w:r>
          </w:p>
        </w:tc>
      </w:tr>
      <w:tr w:rsidR="00282991" w14:paraId="59AA62AA"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B8E693" w14:textId="77777777" w:rsidR="00282991" w:rsidRDefault="00FE4586">
            <w:pPr>
              <w:spacing w:after="0"/>
            </w:pPr>
            <w:r>
              <w:rPr>
                <w:rFonts w:eastAsia="Arial" w:cs="Arial"/>
                <w:sz w:val="17"/>
              </w:rPr>
              <w:t>Contracted / agency staffing</w:t>
            </w:r>
          </w:p>
        </w:tc>
        <w:tc>
          <w:tcPr>
            <w:tcW w:w="69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172516C" w14:textId="77777777" w:rsidR="00282991" w:rsidRDefault="00FE4586">
            <w:pPr>
              <w:spacing w:after="0"/>
            </w:pPr>
            <w:r>
              <w:rPr>
                <w:rFonts w:eastAsia="Arial" w:cs="Arial"/>
                <w:i/>
                <w:color w:val="707070"/>
                <w:sz w:val="20"/>
              </w:rPr>
              <w:t>&lt;Insert&gt;</w:t>
            </w:r>
          </w:p>
        </w:tc>
      </w:tr>
      <w:tr w:rsidR="00282991" w14:paraId="22343D9B"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8980A11" w14:textId="77777777" w:rsidR="00282991" w:rsidRDefault="00FE4586">
            <w:pPr>
              <w:spacing w:after="0"/>
            </w:pPr>
            <w:r>
              <w:rPr>
                <w:rFonts w:eastAsia="Arial" w:cs="Arial"/>
                <w:sz w:val="17"/>
              </w:rPr>
              <w:t>Volunteer use</w:t>
            </w:r>
          </w:p>
        </w:tc>
        <w:tc>
          <w:tcPr>
            <w:tcW w:w="69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BC7271B" w14:textId="77777777" w:rsidR="00282991" w:rsidRDefault="00FE4586">
            <w:pPr>
              <w:spacing w:after="0"/>
            </w:pPr>
            <w:r>
              <w:rPr>
                <w:rFonts w:eastAsia="Arial" w:cs="Arial"/>
                <w:i/>
                <w:color w:val="707070"/>
                <w:sz w:val="20"/>
              </w:rPr>
              <w:t>&lt;Insert&gt;</w:t>
            </w:r>
          </w:p>
        </w:tc>
      </w:tr>
      <w:tr w:rsidR="00282991" w14:paraId="5827A264"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92C3475" w14:textId="77777777" w:rsidR="00282991" w:rsidRDefault="00FE4586">
            <w:pPr>
              <w:spacing w:after="0"/>
            </w:pPr>
            <w:r>
              <w:rPr>
                <w:rFonts w:eastAsia="Arial" w:cs="Arial"/>
                <w:sz w:val="17"/>
              </w:rPr>
              <w:t>State/Federally designated health professionals</w:t>
            </w:r>
          </w:p>
        </w:tc>
        <w:tc>
          <w:tcPr>
            <w:tcW w:w="69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FE53B7B" w14:textId="77777777" w:rsidR="00282991" w:rsidRDefault="00FE4586">
            <w:pPr>
              <w:spacing w:after="0"/>
            </w:pPr>
            <w:r>
              <w:rPr>
                <w:rFonts w:eastAsia="Arial" w:cs="Arial"/>
                <w:i/>
                <w:color w:val="707070"/>
                <w:sz w:val="20"/>
              </w:rPr>
              <w:t>&lt;Integration process&gt;</w:t>
            </w:r>
          </w:p>
        </w:tc>
      </w:tr>
      <w:tr w:rsidR="00282991" w14:paraId="7FB62809"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38DC5D3" w14:textId="77777777" w:rsidR="00282991" w:rsidRDefault="00FE4586">
            <w:pPr>
              <w:spacing w:after="0"/>
            </w:pPr>
            <w:r>
              <w:rPr>
                <w:rFonts w:eastAsia="Arial" w:cs="Arial"/>
                <w:sz w:val="17"/>
              </w:rPr>
              <w:t>Credential / identity verification</w:t>
            </w:r>
          </w:p>
        </w:tc>
        <w:tc>
          <w:tcPr>
            <w:tcW w:w="69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0EAEDEA" w14:textId="77777777" w:rsidR="00282991" w:rsidRDefault="00FE4586">
            <w:pPr>
              <w:spacing w:after="0"/>
            </w:pPr>
            <w:r>
              <w:rPr>
                <w:rFonts w:eastAsia="Arial" w:cs="Arial"/>
                <w:i/>
                <w:color w:val="707070"/>
                <w:sz w:val="20"/>
              </w:rPr>
              <w:t>&lt;Insert&gt;</w:t>
            </w:r>
          </w:p>
        </w:tc>
      </w:tr>
      <w:tr w:rsidR="00282991" w14:paraId="7522DC6C"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A2ACF31" w14:textId="77777777" w:rsidR="00282991" w:rsidRDefault="00FE4586">
            <w:pPr>
              <w:spacing w:after="0"/>
            </w:pPr>
            <w:r>
              <w:rPr>
                <w:rFonts w:eastAsia="Arial" w:cs="Arial"/>
                <w:sz w:val="17"/>
              </w:rPr>
              <w:t>Licensure / certification / competency verification</w:t>
            </w:r>
          </w:p>
        </w:tc>
        <w:tc>
          <w:tcPr>
            <w:tcW w:w="69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75B5043" w14:textId="77777777" w:rsidR="00282991" w:rsidRDefault="00FE4586">
            <w:pPr>
              <w:spacing w:after="0"/>
            </w:pPr>
            <w:r>
              <w:rPr>
                <w:rFonts w:eastAsia="Arial" w:cs="Arial"/>
                <w:i/>
                <w:color w:val="707070"/>
                <w:sz w:val="20"/>
              </w:rPr>
              <w:t>&lt;Insert&gt;</w:t>
            </w:r>
          </w:p>
        </w:tc>
      </w:tr>
      <w:tr w:rsidR="00282991" w14:paraId="430D8018"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56F2361" w14:textId="77777777" w:rsidR="00282991" w:rsidRDefault="00FE4586">
            <w:pPr>
              <w:spacing w:after="0"/>
            </w:pPr>
            <w:r>
              <w:rPr>
                <w:rFonts w:eastAsia="Arial" w:cs="Arial"/>
                <w:sz w:val="17"/>
              </w:rPr>
              <w:t>Scope-of-practice / supervision</w:t>
            </w:r>
          </w:p>
        </w:tc>
        <w:tc>
          <w:tcPr>
            <w:tcW w:w="69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3AD1BBA" w14:textId="77777777" w:rsidR="00282991" w:rsidRDefault="00FE4586">
            <w:pPr>
              <w:spacing w:after="0"/>
            </w:pPr>
            <w:r>
              <w:rPr>
                <w:rFonts w:eastAsia="Arial" w:cs="Arial"/>
                <w:i/>
                <w:color w:val="707070"/>
                <w:sz w:val="20"/>
              </w:rPr>
              <w:t>&lt;Insert&gt;</w:t>
            </w:r>
          </w:p>
        </w:tc>
      </w:tr>
      <w:tr w:rsidR="00282991" w14:paraId="2477274C"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7F7E42B" w14:textId="77777777" w:rsidR="00282991" w:rsidRDefault="00FE4586">
            <w:pPr>
              <w:spacing w:after="0"/>
            </w:pPr>
            <w:r>
              <w:rPr>
                <w:rFonts w:eastAsia="Arial" w:cs="Arial"/>
                <w:sz w:val="17"/>
              </w:rPr>
              <w:t>Minimum RN / charge coverage priorities</w:t>
            </w:r>
          </w:p>
        </w:tc>
        <w:tc>
          <w:tcPr>
            <w:tcW w:w="69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BF94273" w14:textId="77777777" w:rsidR="00282991" w:rsidRDefault="00FE4586">
            <w:pPr>
              <w:spacing w:after="0"/>
            </w:pPr>
            <w:r>
              <w:rPr>
                <w:rFonts w:eastAsia="Arial" w:cs="Arial"/>
                <w:i/>
                <w:color w:val="707070"/>
                <w:sz w:val="20"/>
              </w:rPr>
              <w:t>&lt;Insert&gt;</w:t>
            </w:r>
          </w:p>
        </w:tc>
      </w:tr>
      <w:tr w:rsidR="00282991" w14:paraId="586763A6"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A2B4948" w14:textId="77777777" w:rsidR="00282991" w:rsidRDefault="00FE4586">
            <w:pPr>
              <w:spacing w:after="0"/>
            </w:pPr>
            <w:r>
              <w:rPr>
                <w:rFonts w:eastAsia="Arial" w:cs="Arial"/>
                <w:sz w:val="17"/>
              </w:rPr>
              <w:t>Fatigue / relief staffing</w:t>
            </w:r>
          </w:p>
        </w:tc>
        <w:tc>
          <w:tcPr>
            <w:tcW w:w="69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9A70B40" w14:textId="77777777" w:rsidR="00282991" w:rsidRDefault="00FE4586">
            <w:pPr>
              <w:spacing w:after="0"/>
            </w:pPr>
            <w:r>
              <w:rPr>
                <w:rFonts w:eastAsia="Arial" w:cs="Arial"/>
                <w:i/>
                <w:color w:val="707070"/>
                <w:sz w:val="20"/>
              </w:rPr>
              <w:t>&lt;Insert&gt;</w:t>
            </w:r>
          </w:p>
        </w:tc>
      </w:tr>
      <w:tr w:rsidR="00282991" w14:paraId="333D6264"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166C980" w14:textId="77777777" w:rsidR="00282991" w:rsidRDefault="00FE4586">
            <w:pPr>
              <w:spacing w:after="0"/>
            </w:pPr>
            <w:r>
              <w:rPr>
                <w:rFonts w:eastAsia="Arial" w:cs="Arial"/>
                <w:sz w:val="17"/>
              </w:rPr>
              <w:t>Transportation / lodging / childcare support</w:t>
            </w:r>
          </w:p>
        </w:tc>
        <w:tc>
          <w:tcPr>
            <w:tcW w:w="69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F4CE015" w14:textId="77777777" w:rsidR="00282991" w:rsidRDefault="00FE4586">
            <w:pPr>
              <w:spacing w:after="0"/>
            </w:pPr>
            <w:r>
              <w:rPr>
                <w:rFonts w:eastAsia="Arial" w:cs="Arial"/>
                <w:i/>
                <w:color w:val="707070"/>
                <w:sz w:val="20"/>
              </w:rPr>
              <w:t>&lt;Insert if planned&gt;</w:t>
            </w:r>
          </w:p>
        </w:tc>
      </w:tr>
      <w:tr w:rsidR="00282991" w14:paraId="197E10DB" w14:textId="77777777">
        <w:trPr>
          <w:cantSplit/>
          <w:jc w:val="center"/>
        </w:trPr>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4F46B39" w14:textId="77777777" w:rsidR="00282991" w:rsidRDefault="00FE4586">
            <w:pPr>
              <w:spacing w:after="0"/>
            </w:pPr>
            <w:r>
              <w:rPr>
                <w:rFonts w:eastAsia="Arial" w:cs="Arial"/>
                <w:sz w:val="17"/>
              </w:rPr>
              <w:t>Staff behavioral health / safety support</w:t>
            </w:r>
          </w:p>
        </w:tc>
        <w:tc>
          <w:tcPr>
            <w:tcW w:w="69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FC23BD4" w14:textId="77777777" w:rsidR="00282991" w:rsidRDefault="00FE4586">
            <w:pPr>
              <w:spacing w:after="0"/>
            </w:pPr>
            <w:r>
              <w:rPr>
                <w:rFonts w:eastAsia="Arial" w:cs="Arial"/>
                <w:i/>
                <w:color w:val="707070"/>
                <w:sz w:val="20"/>
              </w:rPr>
              <w:t>&lt;Insert&gt;</w:t>
            </w:r>
          </w:p>
        </w:tc>
      </w:tr>
    </w:tbl>
    <w:p w14:paraId="1459570F" w14:textId="77777777" w:rsidR="00282991" w:rsidRDefault="00282991">
      <w:pPr>
        <w:spacing w:after="20"/>
      </w:pPr>
    </w:p>
    <w:p w14:paraId="426DA873" w14:textId="77777777" w:rsidR="00282991" w:rsidRDefault="00FE4586">
      <w:pPr>
        <w:pStyle w:val="Heading2"/>
      </w:pPr>
      <w:r>
        <w:rPr>
          <w:rFonts w:ascii="Arial" w:eastAsia="Arial" w:hAnsi="Arial" w:cs="Arial"/>
        </w:rPr>
        <w:t>B. Staff Accountability / Tracking</w:t>
      </w:r>
    </w:p>
    <w:p w14:paraId="03E420FE" w14:textId="77777777" w:rsidR="00282991" w:rsidRDefault="00FE4586">
      <w:r>
        <w:rPr>
          <w:rFonts w:eastAsia="Arial" w:cs="Arial"/>
        </w:rPr>
        <w:t>The facility will maintain a system to track the location of on-duty staff during and after an emergency. If staff are relocated, the specific receiving facility or other location will be documented. The tracking method will remain usable during power/network outages through a hard-copy or other alternate process.</w:t>
      </w:r>
    </w:p>
    <w:p w14:paraId="61D26240" w14:textId="77777777" w:rsidR="00282991" w:rsidRDefault="00FE4586">
      <w:pPr>
        <w:pStyle w:val="Heading2"/>
      </w:pPr>
      <w:r>
        <w:rPr>
          <w:rFonts w:ascii="Arial" w:eastAsia="Arial" w:hAnsi="Arial" w:cs="Arial"/>
        </w:rPr>
        <w:t>C. Training &amp; Competency Requirements</w:t>
      </w:r>
    </w:p>
    <w:p w14:paraId="5F101102" w14:textId="77777777" w:rsidR="00282991" w:rsidRDefault="00FE4586">
      <w:pPr>
        <w:pStyle w:val="ListBullet"/>
        <w:spacing w:after="40"/>
      </w:pPr>
      <w:r>
        <w:rPr>
          <w:rFonts w:eastAsia="Arial" w:cs="Arial"/>
          <w:sz w:val="20"/>
        </w:rPr>
        <w:t>Initial emergency preparedness training for all new and existing staff, individuals providing services under arrangement, and volunteers consistent with expected roles.</w:t>
      </w:r>
    </w:p>
    <w:p w14:paraId="066958D0" w14:textId="77777777" w:rsidR="00282991" w:rsidRDefault="00FE4586">
      <w:pPr>
        <w:pStyle w:val="ListBullet"/>
        <w:spacing w:after="40"/>
      </w:pPr>
      <w:r>
        <w:rPr>
          <w:rFonts w:eastAsia="Arial" w:cs="Arial"/>
          <w:sz w:val="20"/>
        </w:rPr>
        <w:t>Emergency preparedness training at least every 2 years and when policies/procedures are significantly updated.</w:t>
      </w:r>
    </w:p>
    <w:p w14:paraId="1280EA4C" w14:textId="77777777" w:rsidR="00282991" w:rsidRDefault="00FE4586">
      <w:pPr>
        <w:pStyle w:val="ListBullet"/>
        <w:spacing w:after="40"/>
      </w:pPr>
      <w:r>
        <w:rPr>
          <w:rFonts w:eastAsia="Arial" w:cs="Arial"/>
          <w:sz w:val="20"/>
        </w:rPr>
        <w:t>Staff demonstrate knowledge of what patients should do, where to go (including geographic evacuation), whom to contact, the alternate emergency phone number, and safe dialysis machine disconnection expectations.</w:t>
      </w:r>
    </w:p>
    <w:p w14:paraId="76A92B11" w14:textId="77777777" w:rsidR="00282991" w:rsidRDefault="00FE4586">
      <w:pPr>
        <w:pStyle w:val="ListBullet"/>
        <w:spacing w:after="40"/>
      </w:pPr>
      <w:r>
        <w:rPr>
          <w:rFonts w:eastAsia="Arial" w:cs="Arial"/>
          <w:sz w:val="20"/>
        </w:rPr>
        <w:t>Patient care staff maintain current CPR certification; nursing staff are trained in use of emergency equipment and emergency drugs.</w:t>
      </w:r>
    </w:p>
    <w:p w14:paraId="52E613A0" w14:textId="77777777" w:rsidR="00282991" w:rsidRDefault="00FE4586">
      <w:pPr>
        <w:pStyle w:val="ListBullet"/>
        <w:spacing w:after="40"/>
      </w:pPr>
      <w:r>
        <w:rPr>
          <w:rFonts w:eastAsia="Arial" w:cs="Arial"/>
          <w:sz w:val="20"/>
        </w:rPr>
        <w:t>Training is documented and reflects the HVA, EOP, P&amp;Ps, communication plan, treatment continuity/transfer, alternate dialysis locations, evacuation and applicable infectious-disease/PPE procedures.</w:t>
      </w:r>
    </w:p>
    <w:p w14:paraId="5F8BC30E" w14:textId="77777777" w:rsidR="00282991" w:rsidRDefault="00FE4586">
      <w:pPr>
        <w:pStyle w:val="ListBullet"/>
      </w:pPr>
      <w:r>
        <w:t>Emergency staffing and altered operations will continue to meet applicable ESRD personnel requirements. An RN responsible for nursing care will be present whenever in-center dialysis patients are being treated, with charge coverage and emergency roles consistent with verified licensure, competency, scope of practice, supervision requirements, and any valid emergency waiver or flexibility.</w:t>
      </w:r>
    </w:p>
    <w:p w14:paraId="0FC6D970" w14:textId="77777777" w:rsidR="00282991" w:rsidRDefault="00FE4586">
      <w:r>
        <w:br w:type="page"/>
      </w:r>
    </w:p>
    <w:p w14:paraId="5A905FFF" w14:textId="77777777" w:rsidR="00282991" w:rsidRDefault="00FE4586">
      <w:pPr>
        <w:pStyle w:val="Heading1"/>
        <w:pBdr>
          <w:bottom w:val="single" w:sz="10" w:space="2" w:color="E63B07"/>
        </w:pBdr>
      </w:pPr>
      <w:r>
        <w:rPr>
          <w:rFonts w:ascii="Arial" w:eastAsia="Arial" w:hAnsi="Arial" w:cs="Arial"/>
        </w:rPr>
        <w:lastRenderedPageBreak/>
        <w:t>9. MANAGEMENT OF PATIENTS &amp; DIALYSIS SERVICES</w:t>
      </w:r>
    </w:p>
    <w:tbl>
      <w:tblPr>
        <w:tblW w:w="0" w:type="auto"/>
        <w:jc w:val="center"/>
        <w:tblLook w:val="04A0" w:firstRow="1" w:lastRow="0" w:firstColumn="1" w:lastColumn="0" w:noHBand="0" w:noVBand="1"/>
      </w:tblPr>
      <w:tblGrid>
        <w:gridCol w:w="10800"/>
      </w:tblGrid>
      <w:tr w:rsidR="00282991" w14:paraId="27DC2F34" w14:textId="77777777">
        <w:trPr>
          <w:jc w:val="center"/>
        </w:trPr>
        <w:tc>
          <w:tcPr>
            <w:tcW w:w="10800" w:type="dxa"/>
            <w:shd w:val="clear" w:color="auto" w:fill="E8F2EF"/>
            <w:tcMar>
              <w:top w:w="90" w:type="dxa"/>
              <w:left w:w="100" w:type="dxa"/>
              <w:bottom w:w="90" w:type="dxa"/>
              <w:right w:w="100" w:type="dxa"/>
            </w:tcMar>
          </w:tcPr>
          <w:p w14:paraId="6FBFB052" w14:textId="77777777" w:rsidR="00282991" w:rsidRDefault="00FE4586">
            <w:pPr>
              <w:spacing w:after="0"/>
            </w:pPr>
            <w:r>
              <w:rPr>
                <w:rFonts w:eastAsia="Arial" w:cs="Arial"/>
                <w:b/>
                <w:color w:val="015A41"/>
                <w:sz w:val="19"/>
              </w:rPr>
              <w:t xml:space="preserve">REGULATORY BASIS </w:t>
            </w:r>
            <w:r>
              <w:rPr>
                <w:rFonts w:eastAsia="Arial" w:cs="Arial"/>
                <w:sz w:val="18"/>
              </w:rPr>
              <w:t>42 CFR §494.62(a), §494.62(b)(1)-(9), §494.62(d)(3), and supporting Part 494 requirements including §§494.70, 494.80/90, 494.100, 494.170, and 494.180(g).</w:t>
            </w:r>
          </w:p>
        </w:tc>
      </w:tr>
    </w:tbl>
    <w:p w14:paraId="450BA9A5" w14:textId="77777777" w:rsidR="00282991" w:rsidRDefault="00282991">
      <w:pPr>
        <w:spacing w:after="20"/>
      </w:pPr>
    </w:p>
    <w:p w14:paraId="6B77EAEB" w14:textId="77777777" w:rsidR="00282991" w:rsidRDefault="00FE4586">
      <w:pPr>
        <w:pStyle w:val="Heading2"/>
      </w:pPr>
      <w:r>
        <w:rPr>
          <w:rFonts w:ascii="Arial" w:eastAsia="Arial" w:hAnsi="Arial" w:cs="Arial"/>
        </w:rPr>
        <w:t>A. Treatment Continuity / Prioritization</w:t>
      </w:r>
    </w:p>
    <w:tbl>
      <w:tblPr>
        <w:tblW w:w="0" w:type="auto"/>
        <w:jc w:val="center"/>
        <w:tblLayout w:type="fixed"/>
        <w:tblLook w:val="04A0" w:firstRow="1" w:lastRow="0" w:firstColumn="1" w:lastColumn="0" w:noHBand="0" w:noVBand="1"/>
      </w:tblPr>
      <w:tblGrid>
        <w:gridCol w:w="2376"/>
        <w:gridCol w:w="1656"/>
        <w:gridCol w:w="1656"/>
        <w:gridCol w:w="2304"/>
        <w:gridCol w:w="2880"/>
      </w:tblGrid>
      <w:tr w:rsidR="00282991" w14:paraId="5C831EC6" w14:textId="77777777">
        <w:trPr>
          <w:cantSplit/>
          <w:tblHeader/>
          <w:jc w:val="center"/>
        </w:trPr>
        <w:tc>
          <w:tcPr>
            <w:tcW w:w="237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27C1A40" w14:textId="77777777" w:rsidR="00282991" w:rsidRDefault="00FE4586">
            <w:pPr>
              <w:spacing w:after="0"/>
            </w:pPr>
            <w:r>
              <w:rPr>
                <w:rFonts w:eastAsia="Arial" w:cs="Arial"/>
                <w:b/>
                <w:color w:val="FFFFFF"/>
                <w:sz w:val="15"/>
              </w:rPr>
              <w:t>Service / Patient Need</w:t>
            </w:r>
          </w:p>
        </w:tc>
        <w:tc>
          <w:tcPr>
            <w:tcW w:w="165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E080436" w14:textId="77777777" w:rsidR="00282991" w:rsidRDefault="00FE4586">
            <w:pPr>
              <w:spacing w:after="0"/>
            </w:pPr>
            <w:r>
              <w:rPr>
                <w:rFonts w:eastAsia="Arial" w:cs="Arial"/>
                <w:b/>
                <w:color w:val="FFFFFF"/>
                <w:sz w:val="15"/>
              </w:rPr>
              <w:t>Continue</w:t>
            </w:r>
          </w:p>
        </w:tc>
        <w:tc>
          <w:tcPr>
            <w:tcW w:w="165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49641F1" w14:textId="77777777" w:rsidR="00282991" w:rsidRDefault="00FE4586">
            <w:pPr>
              <w:spacing w:after="0"/>
            </w:pPr>
            <w:r>
              <w:rPr>
                <w:rFonts w:eastAsia="Arial" w:cs="Arial"/>
                <w:b/>
                <w:color w:val="FFFFFF"/>
                <w:sz w:val="15"/>
              </w:rPr>
              <w:t>Modify</w:t>
            </w:r>
          </w:p>
        </w:tc>
        <w:tc>
          <w:tcPr>
            <w:tcW w:w="230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36C887B" w14:textId="77777777" w:rsidR="00282991" w:rsidRDefault="00FE4586">
            <w:pPr>
              <w:spacing w:after="0"/>
            </w:pPr>
            <w:r>
              <w:rPr>
                <w:rFonts w:eastAsia="Arial" w:cs="Arial"/>
                <w:b/>
                <w:color w:val="FFFFFF"/>
                <w:sz w:val="15"/>
              </w:rPr>
              <w:t>Suspend / Redirect</w:t>
            </w:r>
          </w:p>
        </w:tc>
        <w:tc>
          <w:tcPr>
            <w:tcW w:w="288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5BC868F" w14:textId="77777777" w:rsidR="00282991" w:rsidRDefault="00FE4586">
            <w:pPr>
              <w:spacing w:after="0"/>
            </w:pPr>
            <w:r>
              <w:rPr>
                <w:rFonts w:eastAsia="Arial" w:cs="Arial"/>
                <w:b/>
                <w:color w:val="FFFFFF"/>
                <w:sz w:val="15"/>
              </w:rPr>
              <w:t>Alternate Method / Referral</w:t>
            </w:r>
          </w:p>
        </w:tc>
      </w:tr>
      <w:tr w:rsidR="00282991" w14:paraId="54664346" w14:textId="77777777">
        <w:trPr>
          <w:cantSplit/>
          <w:jc w:val="center"/>
        </w:trPr>
        <w:tc>
          <w:tcPr>
            <w:tcW w:w="237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D407177" w14:textId="77777777" w:rsidR="00282991" w:rsidRDefault="00FE4586">
            <w:pPr>
              <w:spacing w:after="0"/>
            </w:pPr>
            <w:r>
              <w:rPr>
                <w:rFonts w:eastAsia="Arial" w:cs="Arial"/>
                <w:i/>
                <w:color w:val="707070"/>
                <w:sz w:val="20"/>
              </w:rPr>
              <w:t>&lt;In-center HD&gt;</w:t>
            </w:r>
          </w:p>
        </w:tc>
        <w:tc>
          <w:tcPr>
            <w:tcW w:w="16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C4DAC69" w14:textId="77777777" w:rsidR="00282991" w:rsidRDefault="00FE4586">
            <w:pPr>
              <w:spacing w:after="0"/>
            </w:pPr>
            <w:r>
              <w:rPr>
                <w:rFonts w:eastAsia="Arial" w:cs="Arial"/>
                <w:i/>
                <w:color w:val="707070"/>
                <w:sz w:val="20"/>
              </w:rPr>
              <w:t>&lt;Insert&gt;</w:t>
            </w:r>
          </w:p>
        </w:tc>
        <w:tc>
          <w:tcPr>
            <w:tcW w:w="16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ADC0B3D"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6A80DDC" w14:textId="77777777" w:rsidR="00282991" w:rsidRDefault="00FE4586">
            <w:pPr>
              <w:spacing w:after="0"/>
            </w:pPr>
            <w:r>
              <w:rPr>
                <w:rFonts w:eastAsia="Arial" w:cs="Arial"/>
                <w:i/>
                <w:color w:val="707070"/>
                <w:sz w:val="20"/>
              </w:rPr>
              <w:t>&lt;Insert&gt;</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8287D93" w14:textId="77777777" w:rsidR="00282991" w:rsidRDefault="00FE4586">
            <w:pPr>
              <w:spacing w:after="0"/>
            </w:pPr>
            <w:r>
              <w:rPr>
                <w:rFonts w:eastAsia="Arial" w:cs="Arial"/>
                <w:i/>
                <w:color w:val="707070"/>
                <w:sz w:val="20"/>
              </w:rPr>
              <w:t>&lt;Insert&gt;</w:t>
            </w:r>
          </w:p>
        </w:tc>
      </w:tr>
      <w:tr w:rsidR="00282991" w14:paraId="49CEDA03" w14:textId="77777777">
        <w:trPr>
          <w:cantSplit/>
          <w:jc w:val="center"/>
        </w:trPr>
        <w:tc>
          <w:tcPr>
            <w:tcW w:w="237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22FAA38" w14:textId="77777777" w:rsidR="00282991" w:rsidRDefault="00FE4586">
            <w:pPr>
              <w:spacing w:after="0"/>
            </w:pPr>
            <w:r>
              <w:rPr>
                <w:rFonts w:eastAsia="Arial" w:cs="Arial"/>
                <w:i/>
                <w:color w:val="707070"/>
                <w:sz w:val="20"/>
              </w:rPr>
              <w:t>&lt;Home support&gt;</w:t>
            </w:r>
          </w:p>
        </w:tc>
        <w:tc>
          <w:tcPr>
            <w:tcW w:w="16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9A225B9" w14:textId="77777777" w:rsidR="00282991" w:rsidRDefault="00FE4586">
            <w:pPr>
              <w:spacing w:after="0"/>
            </w:pPr>
            <w:r>
              <w:rPr>
                <w:rFonts w:eastAsia="Arial" w:cs="Arial"/>
                <w:i/>
                <w:color w:val="707070"/>
                <w:sz w:val="20"/>
              </w:rPr>
              <w:t>&lt;Insert&gt;</w:t>
            </w:r>
          </w:p>
        </w:tc>
        <w:tc>
          <w:tcPr>
            <w:tcW w:w="16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C8DFBF4"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E079FFF" w14:textId="77777777" w:rsidR="00282991" w:rsidRDefault="00FE4586">
            <w:pPr>
              <w:spacing w:after="0"/>
            </w:pPr>
            <w:r>
              <w:rPr>
                <w:rFonts w:eastAsia="Arial" w:cs="Arial"/>
                <w:i/>
                <w:color w:val="707070"/>
                <w:sz w:val="20"/>
              </w:rPr>
              <w:t>&lt;Insert&gt;</w:t>
            </w:r>
          </w:p>
        </w:tc>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591EA1C" w14:textId="77777777" w:rsidR="00282991" w:rsidRDefault="00FE4586">
            <w:pPr>
              <w:spacing w:after="0"/>
            </w:pPr>
            <w:r>
              <w:rPr>
                <w:rFonts w:eastAsia="Arial" w:cs="Arial"/>
                <w:i/>
                <w:color w:val="707070"/>
                <w:sz w:val="20"/>
              </w:rPr>
              <w:t>&lt;Insert&gt;</w:t>
            </w:r>
          </w:p>
        </w:tc>
      </w:tr>
      <w:tr w:rsidR="00282991" w14:paraId="1DBBEB59" w14:textId="77777777">
        <w:trPr>
          <w:cantSplit/>
          <w:jc w:val="center"/>
        </w:trPr>
        <w:tc>
          <w:tcPr>
            <w:tcW w:w="237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F8E7484" w14:textId="77777777" w:rsidR="00282991" w:rsidRDefault="00FE4586">
            <w:pPr>
              <w:spacing w:after="0"/>
            </w:pPr>
            <w:r>
              <w:rPr>
                <w:rFonts w:eastAsia="Arial" w:cs="Arial"/>
                <w:i/>
                <w:color w:val="707070"/>
                <w:sz w:val="20"/>
              </w:rPr>
              <w:t>&lt;Urgent dialysis need&gt;</w:t>
            </w:r>
          </w:p>
        </w:tc>
        <w:tc>
          <w:tcPr>
            <w:tcW w:w="16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718B41C" w14:textId="77777777" w:rsidR="00282991" w:rsidRDefault="00FE4586">
            <w:pPr>
              <w:spacing w:after="0"/>
            </w:pPr>
            <w:r>
              <w:rPr>
                <w:rFonts w:eastAsia="Arial" w:cs="Arial"/>
                <w:i/>
                <w:color w:val="707070"/>
                <w:sz w:val="20"/>
              </w:rPr>
              <w:t>&lt;Insert&gt;</w:t>
            </w:r>
          </w:p>
        </w:tc>
        <w:tc>
          <w:tcPr>
            <w:tcW w:w="16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9C26CF0"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2DA1A10" w14:textId="77777777" w:rsidR="00282991" w:rsidRDefault="00FE4586">
            <w:pPr>
              <w:spacing w:after="0"/>
            </w:pPr>
            <w:r>
              <w:rPr>
                <w:rFonts w:eastAsia="Arial" w:cs="Arial"/>
                <w:i/>
                <w:color w:val="707070"/>
                <w:sz w:val="20"/>
              </w:rPr>
              <w:t>&lt;Insert&gt;</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426C0B6" w14:textId="77777777" w:rsidR="00282991" w:rsidRDefault="00FE4586">
            <w:pPr>
              <w:spacing w:after="0"/>
            </w:pPr>
            <w:r>
              <w:rPr>
                <w:rFonts w:eastAsia="Arial" w:cs="Arial"/>
                <w:i/>
                <w:color w:val="707070"/>
                <w:sz w:val="20"/>
              </w:rPr>
              <w:t>&lt;Insert&gt;</w:t>
            </w:r>
          </w:p>
        </w:tc>
      </w:tr>
      <w:tr w:rsidR="00282991" w14:paraId="63BE0EA6" w14:textId="77777777">
        <w:trPr>
          <w:cantSplit/>
          <w:jc w:val="center"/>
        </w:trPr>
        <w:tc>
          <w:tcPr>
            <w:tcW w:w="237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D407805" w14:textId="77777777" w:rsidR="00282991" w:rsidRDefault="00FE4586">
            <w:pPr>
              <w:spacing w:after="0"/>
            </w:pPr>
            <w:r>
              <w:rPr>
                <w:rFonts w:eastAsia="Arial" w:cs="Arial"/>
                <w:i/>
                <w:color w:val="707070"/>
                <w:sz w:val="20"/>
              </w:rPr>
              <w:t>&lt;Laboratory/clinical monitoring&gt;</w:t>
            </w:r>
          </w:p>
        </w:tc>
        <w:tc>
          <w:tcPr>
            <w:tcW w:w="16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D49249E" w14:textId="77777777" w:rsidR="00282991" w:rsidRDefault="00FE4586">
            <w:pPr>
              <w:spacing w:after="0"/>
            </w:pPr>
            <w:r>
              <w:rPr>
                <w:rFonts w:eastAsia="Arial" w:cs="Arial"/>
                <w:i/>
                <w:color w:val="707070"/>
                <w:sz w:val="20"/>
              </w:rPr>
              <w:t>&lt;Insert&gt;</w:t>
            </w:r>
          </w:p>
        </w:tc>
        <w:tc>
          <w:tcPr>
            <w:tcW w:w="16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A0EA235"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E7198CE" w14:textId="77777777" w:rsidR="00282991" w:rsidRDefault="00FE4586">
            <w:pPr>
              <w:spacing w:after="0"/>
            </w:pPr>
            <w:r>
              <w:rPr>
                <w:rFonts w:eastAsia="Arial" w:cs="Arial"/>
                <w:i/>
                <w:color w:val="707070"/>
                <w:sz w:val="20"/>
              </w:rPr>
              <w:t>&lt;Insert&gt;</w:t>
            </w:r>
          </w:p>
        </w:tc>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6FFF09A" w14:textId="77777777" w:rsidR="00282991" w:rsidRDefault="00FE4586">
            <w:pPr>
              <w:spacing w:after="0"/>
            </w:pPr>
            <w:r>
              <w:rPr>
                <w:rFonts w:eastAsia="Arial" w:cs="Arial"/>
                <w:i/>
                <w:color w:val="707070"/>
                <w:sz w:val="20"/>
              </w:rPr>
              <w:t>&lt;Insert&gt;</w:t>
            </w:r>
          </w:p>
        </w:tc>
      </w:tr>
      <w:tr w:rsidR="00282991" w14:paraId="68A4A1AC" w14:textId="77777777">
        <w:trPr>
          <w:cantSplit/>
          <w:jc w:val="center"/>
        </w:trPr>
        <w:tc>
          <w:tcPr>
            <w:tcW w:w="237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D44D3D2" w14:textId="77777777" w:rsidR="00282991" w:rsidRDefault="00FE4586">
            <w:pPr>
              <w:spacing w:after="0"/>
            </w:pPr>
            <w:r>
              <w:rPr>
                <w:rFonts w:eastAsia="Arial" w:cs="Arial"/>
                <w:i/>
                <w:color w:val="707070"/>
                <w:sz w:val="20"/>
              </w:rPr>
              <w:t>&lt;Other&gt;</w:t>
            </w:r>
          </w:p>
        </w:tc>
        <w:tc>
          <w:tcPr>
            <w:tcW w:w="16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47EC6C7" w14:textId="77777777" w:rsidR="00282991" w:rsidRDefault="00FE4586">
            <w:pPr>
              <w:spacing w:after="0"/>
            </w:pPr>
            <w:r>
              <w:rPr>
                <w:rFonts w:eastAsia="Arial" w:cs="Arial"/>
                <w:i/>
                <w:color w:val="707070"/>
                <w:sz w:val="20"/>
              </w:rPr>
              <w:t>&lt;Insert&gt;</w:t>
            </w:r>
          </w:p>
        </w:tc>
        <w:tc>
          <w:tcPr>
            <w:tcW w:w="16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E9C8F92"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73C8E42" w14:textId="77777777" w:rsidR="00282991" w:rsidRDefault="00FE4586">
            <w:pPr>
              <w:spacing w:after="0"/>
            </w:pPr>
            <w:r>
              <w:rPr>
                <w:rFonts w:eastAsia="Arial" w:cs="Arial"/>
                <w:i/>
                <w:color w:val="707070"/>
                <w:sz w:val="20"/>
              </w:rPr>
              <w:t>&lt;Insert&gt;</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92A58FC" w14:textId="77777777" w:rsidR="00282991" w:rsidRDefault="00FE4586">
            <w:pPr>
              <w:spacing w:after="0"/>
            </w:pPr>
            <w:r>
              <w:rPr>
                <w:rFonts w:eastAsia="Arial" w:cs="Arial"/>
                <w:i/>
                <w:color w:val="707070"/>
                <w:sz w:val="20"/>
              </w:rPr>
              <w:t>&lt;Insert&gt;</w:t>
            </w:r>
          </w:p>
        </w:tc>
      </w:tr>
    </w:tbl>
    <w:p w14:paraId="0EDB3381" w14:textId="77777777" w:rsidR="00282991" w:rsidRDefault="00282991">
      <w:pPr>
        <w:spacing w:after="20"/>
      </w:pPr>
    </w:p>
    <w:p w14:paraId="0A53A48C" w14:textId="77777777" w:rsidR="00282991" w:rsidRDefault="00FE4586">
      <w:pPr>
        <w:pStyle w:val="Heading2"/>
      </w:pPr>
      <w:r>
        <w:rPr>
          <w:rFonts w:ascii="Arial" w:eastAsia="Arial" w:hAnsi="Arial" w:cs="Arial"/>
        </w:rPr>
        <w:t>B. Treatment Interruption / Safe Disconnection</w:t>
      </w:r>
    </w:p>
    <w:p w14:paraId="45DC49AE" w14:textId="77777777" w:rsidR="00282991" w:rsidRDefault="00FE4586">
      <w:r>
        <w:rPr>
          <w:rFonts w:eastAsia="Arial" w:cs="Arial"/>
        </w:rPr>
        <w:t>The facility will maintain procedures for safe discontinuation/disconnection from dialysis when evacuation or abrupt treatment interruption is necessary. Procedures will identify staff responsibilities, patient needs, treatment status, access/bloodline considerations, emergency equipment, documentation and criteria for transfer to another dialysis facility or hospital to complete or obtain dialysis.</w:t>
      </w:r>
    </w:p>
    <w:p w14:paraId="2F03623E" w14:textId="77777777" w:rsidR="00282991" w:rsidRDefault="00FE4586">
      <w:pPr>
        <w:pStyle w:val="Heading2"/>
      </w:pPr>
      <w:r>
        <w:rPr>
          <w:rFonts w:ascii="Arial" w:eastAsia="Arial" w:hAnsi="Arial" w:cs="Arial"/>
        </w:rPr>
        <w:t>C. Patient Tracking &amp; Relocation</w:t>
      </w:r>
    </w:p>
    <w:p w14:paraId="2FDCA9AF" w14:textId="77777777" w:rsidR="00282991" w:rsidRDefault="00FE4586">
      <w:r>
        <w:rPr>
          <w:rFonts w:eastAsia="Arial" w:cs="Arial"/>
        </w:rPr>
        <w:t>A system will track sheltered patients during and after an emergency. If patients are relocated, the specific name and location of the receiving facility/other location will be documented. A downtime-capable backup process will be maintained.</w:t>
      </w:r>
    </w:p>
    <w:p w14:paraId="3F666B27" w14:textId="77777777" w:rsidR="00282991" w:rsidRDefault="00FE4586">
      <w:pPr>
        <w:pStyle w:val="Heading2"/>
      </w:pPr>
      <w:r>
        <w:rPr>
          <w:rFonts w:ascii="Arial" w:eastAsia="Arial" w:hAnsi="Arial" w:cs="Arial"/>
        </w:rPr>
        <w:t>D. Alternate Dialysis / Receiving Facility Arrangements &amp; Transportation</w:t>
      </w:r>
    </w:p>
    <w:p w14:paraId="57298312" w14:textId="77777777" w:rsidR="00282991" w:rsidRDefault="00FE4586">
      <w:r>
        <w:rPr>
          <w:rFonts w:eastAsia="Arial" w:cs="Arial"/>
        </w:rPr>
        <w:t>Arrangements will identify alternate dialysis and/or healthcare providers able to receive patients when this facility cannot provide care, with continuity expectations, contacts, capacity assumptions, modalities, activation steps and transportation arrangements. More than one receiving option should be maintained where feasible.</w:t>
      </w:r>
    </w:p>
    <w:p w14:paraId="6E962373" w14:textId="77777777" w:rsidR="00282991" w:rsidRDefault="00FE4586">
      <w:pPr>
        <w:pStyle w:val="Heading2"/>
      </w:pPr>
      <w:r>
        <w:rPr>
          <w:rFonts w:ascii="Arial" w:eastAsia="Arial" w:hAnsi="Arial" w:cs="Arial"/>
        </w:rPr>
        <w:t>E. Emergency Medical Assistance &amp; Immediate-Availability Equipment</w:t>
      </w:r>
    </w:p>
    <w:p w14:paraId="10DAF1C9" w14:textId="77777777" w:rsidR="00282991" w:rsidRDefault="00FE4586">
      <w:r>
        <w:rPr>
          <w:rFonts w:eastAsia="Arial" w:cs="Arial"/>
        </w:rPr>
        <w:t>The facility will define how EMS assistance is obtained and will cross-reference written patient/staff emergency medical-care instructions, the current physician emergency/on-call roster, and hospital agreement. Emergency equipment will be immediately available on the premises; at minimum, the process addresses oxygen, airways, suction, defibrillator/AED, artificial resuscitator and emergency drugs, with maintenance and storage checks.</w:t>
      </w:r>
    </w:p>
    <w:p w14:paraId="3A7A5B00" w14:textId="77777777" w:rsidR="00282991" w:rsidRDefault="00FE4586">
      <w:pPr>
        <w:pStyle w:val="Heading2"/>
      </w:pPr>
      <w:r>
        <w:rPr>
          <w:rFonts w:ascii="Arial" w:eastAsia="Arial" w:hAnsi="Arial" w:cs="Arial"/>
        </w:rPr>
        <w:t>F. Patient Emergency Preparedness Orientation &amp; Training</w:t>
      </w:r>
    </w:p>
    <w:tbl>
      <w:tblPr>
        <w:tblW w:w="0" w:type="auto"/>
        <w:jc w:val="center"/>
        <w:tblLayout w:type="fixed"/>
        <w:tblLook w:val="04A0" w:firstRow="1" w:lastRow="0" w:firstColumn="1" w:lastColumn="0" w:noHBand="0" w:noVBand="1"/>
      </w:tblPr>
      <w:tblGrid>
        <w:gridCol w:w="4608"/>
        <w:gridCol w:w="6192"/>
      </w:tblGrid>
      <w:tr w:rsidR="00282991" w14:paraId="78F684EA" w14:textId="77777777">
        <w:trPr>
          <w:cantSplit/>
          <w:tblHeader/>
          <w:jc w:val="center"/>
        </w:trPr>
        <w:tc>
          <w:tcPr>
            <w:tcW w:w="460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301E492" w14:textId="77777777" w:rsidR="00282991" w:rsidRDefault="00FE4586">
            <w:pPr>
              <w:spacing w:after="0"/>
            </w:pPr>
            <w:r>
              <w:rPr>
                <w:rFonts w:eastAsia="Arial" w:cs="Arial"/>
                <w:b/>
                <w:color w:val="FFFFFF"/>
                <w:sz w:val="17"/>
              </w:rPr>
              <w:t>Orientation Element</w:t>
            </w:r>
          </w:p>
        </w:tc>
        <w:tc>
          <w:tcPr>
            <w:tcW w:w="619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AAA7925" w14:textId="77777777" w:rsidR="00282991" w:rsidRDefault="00FE4586">
            <w:pPr>
              <w:spacing w:after="0"/>
            </w:pPr>
            <w:r>
              <w:rPr>
                <w:rFonts w:eastAsia="Arial" w:cs="Arial"/>
                <w:b/>
                <w:color w:val="FFFFFF"/>
                <w:sz w:val="17"/>
              </w:rPr>
              <w:t>Facility Process / Evidence</w:t>
            </w:r>
          </w:p>
        </w:tc>
      </w:tr>
      <w:tr w:rsidR="00282991" w14:paraId="7435C893"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455FB52" w14:textId="77777777" w:rsidR="00282991" w:rsidRDefault="00FE4586">
            <w:pPr>
              <w:spacing w:after="0"/>
            </w:pPr>
            <w:r>
              <w:rPr>
                <w:rFonts w:eastAsia="Arial" w:cs="Arial"/>
                <w:sz w:val="17"/>
              </w:rPr>
              <w:t>Emergency notification methods / what patients should do</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1974B70" w14:textId="77777777" w:rsidR="00282991" w:rsidRDefault="00FE4586">
            <w:pPr>
              <w:spacing w:after="0"/>
            </w:pPr>
            <w:r>
              <w:rPr>
                <w:rFonts w:eastAsia="Arial" w:cs="Arial"/>
                <w:i/>
                <w:color w:val="707070"/>
                <w:sz w:val="20"/>
              </w:rPr>
              <w:t>&lt;Insert&gt;</w:t>
            </w:r>
          </w:p>
        </w:tc>
      </w:tr>
      <w:tr w:rsidR="00282991" w14:paraId="1F6FA797"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E5C94C8" w14:textId="77777777" w:rsidR="00282991" w:rsidRDefault="00FE4586">
            <w:pPr>
              <w:spacing w:after="0"/>
            </w:pPr>
            <w:r>
              <w:rPr>
                <w:rFonts w:eastAsia="Arial" w:cs="Arial"/>
                <w:sz w:val="17"/>
              </w:rPr>
              <w:t>Where to go, including geographic evacuation</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0C48D5A" w14:textId="77777777" w:rsidR="00282991" w:rsidRDefault="00FE4586">
            <w:pPr>
              <w:spacing w:after="0"/>
            </w:pPr>
            <w:r>
              <w:rPr>
                <w:rFonts w:eastAsia="Arial" w:cs="Arial"/>
                <w:i/>
                <w:color w:val="707070"/>
                <w:sz w:val="20"/>
              </w:rPr>
              <w:t>&lt;Insert&gt;</w:t>
            </w:r>
          </w:p>
        </w:tc>
      </w:tr>
      <w:tr w:rsidR="00282991" w14:paraId="7819A25C"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97D02EE" w14:textId="77777777" w:rsidR="00282991" w:rsidRDefault="00FE4586">
            <w:pPr>
              <w:spacing w:after="0"/>
            </w:pPr>
            <w:r>
              <w:rPr>
                <w:rFonts w:eastAsia="Arial" w:cs="Arial"/>
                <w:sz w:val="17"/>
              </w:rPr>
              <w:t>Whom to contact</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BE62B57" w14:textId="77777777" w:rsidR="00282991" w:rsidRDefault="00FE4586">
            <w:pPr>
              <w:spacing w:after="0"/>
            </w:pPr>
            <w:r>
              <w:rPr>
                <w:rFonts w:eastAsia="Arial" w:cs="Arial"/>
                <w:i/>
                <w:color w:val="707070"/>
                <w:sz w:val="20"/>
              </w:rPr>
              <w:t>&lt;Insert&gt;</w:t>
            </w:r>
          </w:p>
        </w:tc>
      </w:tr>
      <w:tr w:rsidR="00282991" w14:paraId="63D297F7"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A76AA12" w14:textId="77777777" w:rsidR="00282991" w:rsidRDefault="00FE4586">
            <w:pPr>
              <w:spacing w:after="0"/>
            </w:pPr>
            <w:r>
              <w:rPr>
                <w:rFonts w:eastAsia="Arial" w:cs="Arial"/>
                <w:sz w:val="17"/>
              </w:rPr>
              <w:t>Alternate emergency phone number</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56737C1" w14:textId="77777777" w:rsidR="00282991" w:rsidRDefault="00FE4586">
            <w:pPr>
              <w:spacing w:after="0"/>
            </w:pPr>
            <w:r>
              <w:rPr>
                <w:rFonts w:eastAsia="Arial" w:cs="Arial"/>
                <w:i/>
                <w:color w:val="707070"/>
                <w:sz w:val="20"/>
              </w:rPr>
              <w:t>&lt;Insert&gt;</w:t>
            </w:r>
          </w:p>
        </w:tc>
      </w:tr>
      <w:tr w:rsidR="00282991" w14:paraId="5D164173"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11CC90E" w14:textId="77777777" w:rsidR="00282991" w:rsidRDefault="00FE4586">
            <w:pPr>
              <w:spacing w:after="0"/>
            </w:pPr>
            <w:r>
              <w:rPr>
                <w:rFonts w:eastAsia="Arial" w:cs="Arial"/>
                <w:sz w:val="17"/>
              </w:rPr>
              <w:t>Alternate treatment locations / transfer services</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859EE42" w14:textId="77777777" w:rsidR="00282991" w:rsidRDefault="00FE4586">
            <w:pPr>
              <w:spacing w:after="0"/>
            </w:pPr>
            <w:r>
              <w:rPr>
                <w:rFonts w:eastAsia="Arial" w:cs="Arial"/>
                <w:i/>
                <w:color w:val="707070"/>
                <w:sz w:val="20"/>
              </w:rPr>
              <w:t>&lt;Insert&gt;</w:t>
            </w:r>
          </w:p>
        </w:tc>
      </w:tr>
      <w:tr w:rsidR="00282991" w14:paraId="599B8B96"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9D9D310" w14:textId="77777777" w:rsidR="00282991" w:rsidRDefault="00FE4586">
            <w:pPr>
              <w:spacing w:after="0"/>
            </w:pPr>
            <w:r>
              <w:rPr>
                <w:rFonts w:eastAsia="Arial" w:cs="Arial"/>
                <w:sz w:val="17"/>
              </w:rPr>
              <w:t>Shelter-in-place expectations</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482D112" w14:textId="77777777" w:rsidR="00282991" w:rsidRDefault="00FE4586">
            <w:pPr>
              <w:spacing w:after="0"/>
            </w:pPr>
            <w:r>
              <w:rPr>
                <w:rFonts w:eastAsia="Arial" w:cs="Arial"/>
                <w:i/>
                <w:color w:val="707070"/>
                <w:sz w:val="20"/>
              </w:rPr>
              <w:t>&lt;Insert&gt;</w:t>
            </w:r>
          </w:p>
        </w:tc>
      </w:tr>
      <w:tr w:rsidR="00282991" w14:paraId="21FA578D"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F46D0A2" w14:textId="77777777" w:rsidR="00282991" w:rsidRDefault="00FE4586">
            <w:pPr>
              <w:spacing w:after="0"/>
            </w:pPr>
            <w:r>
              <w:rPr>
                <w:rFonts w:eastAsia="Arial" w:cs="Arial"/>
                <w:sz w:val="17"/>
              </w:rPr>
              <w:t>Safe dialysis machine disconnection</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ABEBA36" w14:textId="77777777" w:rsidR="00282991" w:rsidRDefault="00FE4586">
            <w:pPr>
              <w:spacing w:after="0"/>
            </w:pPr>
            <w:r>
              <w:rPr>
                <w:rFonts w:eastAsia="Arial" w:cs="Arial"/>
                <w:i/>
                <w:color w:val="707070"/>
                <w:sz w:val="20"/>
              </w:rPr>
              <w:t>&lt;Insert&gt;</w:t>
            </w:r>
          </w:p>
        </w:tc>
      </w:tr>
      <w:tr w:rsidR="00282991" w14:paraId="7F849E10"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BFD7CF7" w14:textId="77777777" w:rsidR="00282991" w:rsidRDefault="00FE4586">
            <w:pPr>
              <w:spacing w:after="0"/>
            </w:pPr>
            <w:r>
              <w:rPr>
                <w:rFonts w:eastAsia="Arial" w:cs="Arial"/>
                <w:sz w:val="17"/>
              </w:rPr>
              <w:t>HVA-specific hazards / KCER resources as appropriate</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6AFC0CE" w14:textId="77777777" w:rsidR="00282991" w:rsidRDefault="00FE4586">
            <w:pPr>
              <w:spacing w:after="0"/>
            </w:pPr>
            <w:r>
              <w:rPr>
                <w:rFonts w:eastAsia="Arial" w:cs="Arial"/>
                <w:i/>
                <w:color w:val="707070"/>
                <w:sz w:val="20"/>
              </w:rPr>
              <w:t>&lt;Insert&gt;</w:t>
            </w:r>
          </w:p>
        </w:tc>
      </w:tr>
      <w:tr w:rsidR="00282991" w14:paraId="5264F408"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DB0B5FD" w14:textId="77777777" w:rsidR="00282991" w:rsidRDefault="00FE4586">
            <w:pPr>
              <w:spacing w:after="0"/>
            </w:pPr>
            <w:r>
              <w:rPr>
                <w:rFonts w:eastAsia="Arial" w:cs="Arial"/>
                <w:sz w:val="17"/>
              </w:rPr>
              <w:t>Accessible formats / languages</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F426D39" w14:textId="77777777" w:rsidR="00282991" w:rsidRDefault="00FE4586">
            <w:pPr>
              <w:spacing w:after="0"/>
            </w:pPr>
            <w:r>
              <w:rPr>
                <w:rFonts w:eastAsia="Arial" w:cs="Arial"/>
                <w:i/>
                <w:color w:val="707070"/>
                <w:sz w:val="20"/>
              </w:rPr>
              <w:t>&lt;Insert&gt;</w:t>
            </w:r>
          </w:p>
        </w:tc>
      </w:tr>
      <w:tr w:rsidR="00282991" w14:paraId="3FC3C595"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5F2A5F6" w14:textId="77777777" w:rsidR="00282991" w:rsidRDefault="00FE4586">
            <w:pPr>
              <w:spacing w:after="0"/>
            </w:pPr>
            <w:r>
              <w:rPr>
                <w:rFonts w:eastAsia="Arial" w:cs="Arial"/>
                <w:sz w:val="17"/>
              </w:rPr>
              <w:lastRenderedPageBreak/>
              <w:t>Documentation of orientation</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8D573AE" w14:textId="77777777" w:rsidR="00282991" w:rsidRDefault="00FE4586">
            <w:pPr>
              <w:spacing w:after="0"/>
            </w:pPr>
            <w:r>
              <w:rPr>
                <w:rFonts w:eastAsia="Arial" w:cs="Arial"/>
                <w:i/>
                <w:color w:val="707070"/>
                <w:sz w:val="20"/>
              </w:rPr>
              <w:t>&lt;Insert&gt;</w:t>
            </w:r>
          </w:p>
        </w:tc>
      </w:tr>
    </w:tbl>
    <w:p w14:paraId="547FCA22" w14:textId="77777777" w:rsidR="00282991" w:rsidRDefault="00282991">
      <w:pPr>
        <w:spacing w:after="20"/>
      </w:pPr>
    </w:p>
    <w:p w14:paraId="457A4E7F" w14:textId="77777777" w:rsidR="00282991" w:rsidRDefault="00FE4586">
      <w:pPr>
        <w:pStyle w:val="Heading2"/>
      </w:pPr>
      <w:r>
        <w:rPr>
          <w:rFonts w:ascii="Arial" w:eastAsia="Arial" w:hAnsi="Arial" w:cs="Arial"/>
        </w:rPr>
        <w:t>G. Medical Documentation / EHR Downtime / Information Sharing</w:t>
      </w:r>
    </w:p>
    <w:p w14:paraId="0022374E" w14:textId="77777777" w:rsidR="00282991" w:rsidRDefault="00FE4586">
      <w:r>
        <w:rPr>
          <w:rFonts w:eastAsia="Arial" w:cs="Arial"/>
        </w:rPr>
        <w:t>The facility will preserve patient medical documentation, protect confidentiality, and secure/maintain availability of records during emergencies. Downtime procedures should support access to current dialysis prescription, medications, allergies, vascular access information, treatment records, labs, emergency contacts and other essential information; support permitted sharing with other providers for continuity; release information during evacuation as permitted by law; and provide general condition/locatio</w:t>
      </w:r>
      <w:r>
        <w:rPr>
          <w:rFonts w:eastAsia="Arial" w:cs="Arial"/>
        </w:rPr>
        <w:t>n information as permitted.</w:t>
      </w:r>
    </w:p>
    <w:p w14:paraId="3BB064A8" w14:textId="77777777" w:rsidR="00282991" w:rsidRDefault="00FE4586">
      <w:pPr>
        <w:pStyle w:val="Heading2"/>
      </w:pPr>
      <w:r>
        <w:rPr>
          <w:rFonts w:ascii="Arial" w:eastAsia="Arial" w:hAnsi="Arial" w:cs="Arial"/>
        </w:rPr>
        <w:t>H. Home Dialysis Continuity - If Applicable</w:t>
      </w:r>
    </w:p>
    <w:p w14:paraId="79125925" w14:textId="77777777" w:rsidR="00282991" w:rsidRDefault="00FE4586">
      <w:r>
        <w:rPr>
          <w:rFonts w:eastAsia="Arial" w:cs="Arial"/>
        </w:rPr>
        <w:t>The home dialysis program will identify emergency backup dialysis, patient/caregiver support, equipment and supply contingencies, communication, and continuity consistent with the facility’s certified home-dialysis services. Cross-reference applicable home-dialysis and nursing-home dialysis agreements/policies.</w:t>
      </w:r>
    </w:p>
    <w:p w14:paraId="4FF2E00B" w14:textId="77777777" w:rsidR="00282991" w:rsidRDefault="00FE4586">
      <w:pPr>
        <w:pStyle w:val="Heading2"/>
      </w:pPr>
      <w:r>
        <w:t>I. Special-Purpose / Temporary Dialysis Operations - If Applicable</w:t>
      </w:r>
    </w:p>
    <w:p w14:paraId="3389ECB9" w14:textId="77777777" w:rsidR="00282991" w:rsidRDefault="00FE4586">
      <w:r>
        <w:t>If emergency operations contemplate a special-purpose renal dialysis facility, temporary dialysis location, mobile/alternate treatment setting, or other location outside the facility’s normal certified operation, the facility will confirm the applicability of 42 CFR §494.120 and current CMS/Maine requirements before providing dialysis. This EOP does not independently authorize operation of an unapproved temporary dialysis facility or expansion beyond the scope allowed by applicable emergency waivers or appr</w:t>
      </w:r>
      <w:r>
        <w:t>ovals.</w:t>
      </w:r>
    </w:p>
    <w:p w14:paraId="4D4B502B" w14:textId="77777777" w:rsidR="00282991" w:rsidRDefault="00FE4586">
      <w:r>
        <w:br w:type="page"/>
      </w:r>
    </w:p>
    <w:p w14:paraId="5D4F6F17" w14:textId="77777777" w:rsidR="00282991" w:rsidRDefault="00FE4586">
      <w:pPr>
        <w:pStyle w:val="Heading2"/>
      </w:pPr>
      <w:r>
        <w:lastRenderedPageBreak/>
        <w:t>J. §1135 Waiver / Alternate Care Site Operations</w:t>
      </w:r>
    </w:p>
    <w:p w14:paraId="4B65ADA8" w14:textId="77777777" w:rsidR="00282991" w:rsidRDefault="00FE4586">
      <w:r>
        <w:t>Under 42 CFR §494.62(b)(7), the facility will maintain policies and procedures describing its role under a Secretary-declared §1135 waiver when providing care or treatment at an alternate care site identified by emergency management officials. Activation of this process does not itself authorize a temporary dialysis site; applicable CMS, State, local, licensure, credentialing, life-safety, and emergency-management requirements must be confirmed for the specific event and location.</w:t>
      </w:r>
    </w:p>
    <w:tbl>
      <w:tblPr>
        <w:tblW w:w="0" w:type="auto"/>
        <w:jc w:val="center"/>
        <w:tblLayout w:type="fixed"/>
        <w:tblLook w:val="04A0" w:firstRow="1" w:lastRow="0" w:firstColumn="1" w:lastColumn="0" w:noHBand="0" w:noVBand="1"/>
      </w:tblPr>
      <w:tblGrid>
        <w:gridCol w:w="3600"/>
        <w:gridCol w:w="7200"/>
      </w:tblGrid>
      <w:tr w:rsidR="00282991" w14:paraId="3E46DEB6" w14:textId="77777777">
        <w:trPr>
          <w:cantSplit/>
          <w:tblHeader/>
          <w:jc w:val="center"/>
        </w:trPr>
        <w:tc>
          <w:tcPr>
            <w:tcW w:w="360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6C3D9E1" w14:textId="77777777" w:rsidR="00282991" w:rsidRDefault="00FE4586">
            <w:pPr>
              <w:spacing w:after="0"/>
            </w:pPr>
            <w:r>
              <w:t>Planning Element</w:t>
            </w:r>
          </w:p>
        </w:tc>
        <w:tc>
          <w:tcPr>
            <w:tcW w:w="720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28A4A07" w14:textId="77777777" w:rsidR="00282991" w:rsidRDefault="00FE4586">
            <w:pPr>
              <w:spacing w:after="0"/>
            </w:pPr>
            <w:r>
              <w:t>Facility Process / Controlled Location</w:t>
            </w:r>
          </w:p>
        </w:tc>
      </w:tr>
      <w:tr w:rsidR="00282991" w14:paraId="5FFD7BD4"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FDAC2CF" w14:textId="77777777" w:rsidR="00282991" w:rsidRDefault="00FE4586">
            <w:pPr>
              <w:spacing w:after="0"/>
            </w:pPr>
            <w:r>
              <w:t>Trigger / declared emergency / waiver authority</w:t>
            </w:r>
          </w:p>
        </w:tc>
        <w:tc>
          <w:tcPr>
            <w:tcW w:w="72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6705F1B" w14:textId="77777777" w:rsidR="00282991" w:rsidRDefault="00FE4586">
            <w:pPr>
              <w:spacing w:after="0"/>
            </w:pPr>
            <w:r>
              <w:t>&lt;Insert declaration/waiver source and activation criteria&gt;</w:t>
            </w:r>
          </w:p>
        </w:tc>
      </w:tr>
      <w:tr w:rsidR="00282991" w14:paraId="05042AC1"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A8458DF" w14:textId="77777777" w:rsidR="00282991" w:rsidRDefault="00FE4586">
            <w:pPr>
              <w:spacing w:after="0"/>
            </w:pPr>
            <w:r>
              <w:t>Emergency management coordination</w:t>
            </w:r>
          </w:p>
        </w:tc>
        <w:tc>
          <w:tcPr>
            <w:tcW w:w="72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2522938" w14:textId="77777777" w:rsidR="00282991" w:rsidRDefault="00FE4586">
            <w:pPr>
              <w:spacing w:after="0"/>
            </w:pPr>
            <w:r>
              <w:t>&lt;Agency / official / alternate care site designation process&gt;</w:t>
            </w:r>
          </w:p>
        </w:tc>
      </w:tr>
      <w:tr w:rsidR="00282991" w14:paraId="2B974800"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BE8E6B0" w14:textId="77777777" w:rsidR="00282991" w:rsidRDefault="00FE4586">
            <w:pPr>
              <w:spacing w:after="0"/>
            </w:pPr>
            <w:r>
              <w:t>Alternate care site / location</w:t>
            </w:r>
          </w:p>
        </w:tc>
        <w:tc>
          <w:tcPr>
            <w:tcW w:w="72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0E6A6BD" w14:textId="77777777" w:rsidR="00282991" w:rsidRDefault="00FE4586">
            <w:pPr>
              <w:spacing w:after="0"/>
            </w:pPr>
            <w:r>
              <w:t>&lt;Insert location / approval / controlled documentation&gt;</w:t>
            </w:r>
          </w:p>
        </w:tc>
      </w:tr>
      <w:tr w:rsidR="00282991" w14:paraId="5224B39F"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5B1E956" w14:textId="77777777" w:rsidR="00282991" w:rsidRDefault="00FE4586">
            <w:pPr>
              <w:spacing w:after="0"/>
            </w:pPr>
            <w:r>
              <w:t>Dialysis services / modalities to be provided</w:t>
            </w:r>
          </w:p>
        </w:tc>
        <w:tc>
          <w:tcPr>
            <w:tcW w:w="72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5517C91" w14:textId="77777777" w:rsidR="00282991" w:rsidRDefault="00FE4586">
            <w:pPr>
              <w:spacing w:after="0"/>
            </w:pPr>
            <w:r>
              <w:t>&lt;Insert scope / patient eligibility / treatment priorities&gt;</w:t>
            </w:r>
          </w:p>
        </w:tc>
      </w:tr>
      <w:tr w:rsidR="00282991" w14:paraId="30A835AB"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50BB8CB" w14:textId="77777777" w:rsidR="00282991" w:rsidRDefault="00FE4586">
            <w:pPr>
              <w:spacing w:after="0"/>
            </w:pPr>
            <w:r>
              <w:t>Staffing / credentials / scope / supervision</w:t>
            </w:r>
          </w:p>
        </w:tc>
        <w:tc>
          <w:tcPr>
            <w:tcW w:w="72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DBD4261" w14:textId="77777777" w:rsidR="00282991" w:rsidRDefault="00FE4586">
            <w:pPr>
              <w:spacing w:after="0"/>
            </w:pPr>
            <w:r>
              <w:t>&lt;Insert staffing model / verification / waiver-flexibility process&gt;</w:t>
            </w:r>
          </w:p>
        </w:tc>
      </w:tr>
      <w:tr w:rsidR="00282991" w14:paraId="32DDE256"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01F9DF7" w14:textId="77777777" w:rsidR="00282991" w:rsidRDefault="00FE4586">
            <w:pPr>
              <w:spacing w:after="0"/>
            </w:pPr>
            <w:r>
              <w:t>Water / dialysate / utilities / environmental safety</w:t>
            </w:r>
          </w:p>
        </w:tc>
        <w:tc>
          <w:tcPr>
            <w:tcW w:w="72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7FBD317" w14:textId="77777777" w:rsidR="00282991" w:rsidRDefault="00FE4586">
            <w:pPr>
              <w:spacing w:after="0"/>
            </w:pPr>
            <w:r>
              <w:t>&lt;Insert capability verification / shutdown thresholds&gt;</w:t>
            </w:r>
          </w:p>
        </w:tc>
      </w:tr>
      <w:tr w:rsidR="00282991" w14:paraId="1EA58DF5"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540D3F0" w14:textId="77777777" w:rsidR="00282991" w:rsidRDefault="00FE4586">
            <w:pPr>
              <w:spacing w:after="0"/>
            </w:pPr>
            <w:r>
              <w:t>Dialysis machines / supplies / medications / emergency equipment</w:t>
            </w:r>
          </w:p>
        </w:tc>
        <w:tc>
          <w:tcPr>
            <w:tcW w:w="72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30F57BC" w14:textId="77777777" w:rsidR="00282991" w:rsidRDefault="00FE4586">
            <w:pPr>
              <w:spacing w:after="0"/>
            </w:pPr>
            <w:r>
              <w:t>&lt;Insert source / transport / readiness verification&gt;</w:t>
            </w:r>
          </w:p>
        </w:tc>
      </w:tr>
      <w:tr w:rsidR="00282991" w14:paraId="7CD5855F"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043AE7E" w14:textId="77777777" w:rsidR="00282991" w:rsidRDefault="00FE4586">
            <w:pPr>
              <w:spacing w:after="0"/>
            </w:pPr>
            <w:r>
              <w:t>Patient records / PHI / prescription / treatment information</w:t>
            </w:r>
          </w:p>
        </w:tc>
        <w:tc>
          <w:tcPr>
            <w:tcW w:w="72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F8A0458" w14:textId="77777777" w:rsidR="00282991" w:rsidRDefault="00FE4586">
            <w:pPr>
              <w:spacing w:after="0"/>
            </w:pPr>
            <w:r>
              <w:t>&lt;Insert downtime / transfer / privacy process&gt;</w:t>
            </w:r>
          </w:p>
        </w:tc>
      </w:tr>
      <w:tr w:rsidR="00282991" w14:paraId="435DECFE"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66A92D0" w14:textId="77777777" w:rsidR="00282991" w:rsidRDefault="00FE4586">
            <w:pPr>
              <w:spacing w:after="0"/>
            </w:pPr>
            <w:r>
              <w:t>Patient transportation / transfer / receiving facilities</w:t>
            </w:r>
          </w:p>
        </w:tc>
        <w:tc>
          <w:tcPr>
            <w:tcW w:w="72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18EEE6E" w14:textId="77777777" w:rsidR="00282991" w:rsidRDefault="00FE4586">
            <w:pPr>
              <w:spacing w:after="0"/>
            </w:pPr>
            <w:r>
              <w:t>&lt;Insert process / partners / contingencies&gt;</w:t>
            </w:r>
          </w:p>
        </w:tc>
      </w:tr>
      <w:tr w:rsidR="00282991" w14:paraId="3940286E"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559AFDB" w14:textId="77777777" w:rsidR="00282991" w:rsidRDefault="00FE4586">
            <w:pPr>
              <w:spacing w:after="0"/>
            </w:pPr>
            <w:r>
              <w:t>Communications / reporting / patient instructions</w:t>
            </w:r>
          </w:p>
        </w:tc>
        <w:tc>
          <w:tcPr>
            <w:tcW w:w="72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CBC2765" w14:textId="77777777" w:rsidR="00282991" w:rsidRDefault="00FE4586">
            <w:pPr>
              <w:spacing w:after="0"/>
            </w:pPr>
            <w:r>
              <w:t>&lt;Insert primary/alternate methods / AHJ reporting&gt;</w:t>
            </w:r>
          </w:p>
        </w:tc>
      </w:tr>
      <w:tr w:rsidR="00282991" w14:paraId="2FFC03C4"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D5BDC86" w14:textId="77777777" w:rsidR="00282991" w:rsidRDefault="00FE4586">
            <w:pPr>
              <w:spacing w:after="0"/>
            </w:pPr>
            <w:r>
              <w:t>Return to normal operations</w:t>
            </w:r>
          </w:p>
        </w:tc>
        <w:tc>
          <w:tcPr>
            <w:tcW w:w="72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827F557" w14:textId="77777777" w:rsidR="00282991" w:rsidRDefault="00FE4586">
            <w:pPr>
              <w:spacing w:after="0"/>
            </w:pPr>
            <w:r>
              <w:t>&lt;Criteria / authority / reconciliation / documentation when flexibilities end&gt;</w:t>
            </w:r>
          </w:p>
        </w:tc>
      </w:tr>
    </w:tbl>
    <w:p w14:paraId="7229451A" w14:textId="77777777" w:rsidR="00282991" w:rsidRDefault="00282991"/>
    <w:p w14:paraId="344CDA8D" w14:textId="77777777" w:rsidR="00282991" w:rsidRDefault="00FE4586">
      <w:pPr>
        <w:pStyle w:val="Heading1"/>
        <w:pBdr>
          <w:bottom w:val="single" w:sz="10" w:space="2" w:color="E63B07"/>
        </w:pBdr>
      </w:pPr>
      <w:r>
        <w:rPr>
          <w:rFonts w:ascii="Arial" w:eastAsia="Arial" w:hAnsi="Arial" w:cs="Arial"/>
        </w:rPr>
        <w:t>10. WATER, DIALYSATE, UTILITIES, PHYSICAL PLANT &amp; SUPPLIES</w:t>
      </w:r>
    </w:p>
    <w:tbl>
      <w:tblPr>
        <w:tblW w:w="0" w:type="auto"/>
        <w:jc w:val="center"/>
        <w:tblLook w:val="04A0" w:firstRow="1" w:lastRow="0" w:firstColumn="1" w:lastColumn="0" w:noHBand="0" w:noVBand="1"/>
      </w:tblPr>
      <w:tblGrid>
        <w:gridCol w:w="10800"/>
      </w:tblGrid>
      <w:tr w:rsidR="00282991" w14:paraId="730FA635" w14:textId="77777777">
        <w:trPr>
          <w:jc w:val="center"/>
        </w:trPr>
        <w:tc>
          <w:tcPr>
            <w:tcW w:w="10800" w:type="dxa"/>
            <w:shd w:val="clear" w:color="auto" w:fill="E8F2EF"/>
            <w:tcMar>
              <w:top w:w="90" w:type="dxa"/>
              <w:left w:w="100" w:type="dxa"/>
              <w:bottom w:w="90" w:type="dxa"/>
              <w:right w:w="100" w:type="dxa"/>
            </w:tcMar>
          </w:tcPr>
          <w:p w14:paraId="0369207A" w14:textId="77777777" w:rsidR="00282991" w:rsidRDefault="00FE4586">
            <w:pPr>
              <w:spacing w:after="0"/>
            </w:pPr>
            <w:r>
              <w:rPr>
                <w:rFonts w:eastAsia="Arial" w:cs="Arial"/>
                <w:b/>
                <w:color w:val="015A41"/>
                <w:sz w:val="19"/>
              </w:rPr>
              <w:t xml:space="preserve">SUPPORTING FEDERAL / STATE BASIS </w:t>
            </w:r>
            <w:r>
              <w:rPr>
                <w:rFonts w:eastAsia="Arial" w:cs="Arial"/>
                <w:sz w:val="18"/>
              </w:rPr>
              <w:t>42 CFR §§494.40 and 494.60; 22 MRS §2042(8)(C); CMS Appendix H; Maine FMO/local AHJ requirements as applicable. Water supply/treatment and emergency power are central ESRD operational dependencies.</w:t>
            </w:r>
          </w:p>
        </w:tc>
      </w:tr>
    </w:tbl>
    <w:p w14:paraId="3A6840CE" w14:textId="77777777" w:rsidR="00282991" w:rsidRDefault="00282991">
      <w:pPr>
        <w:spacing w:after="20"/>
      </w:pPr>
    </w:p>
    <w:p w14:paraId="4C8AFAEC" w14:textId="77777777" w:rsidR="00282991" w:rsidRDefault="00FE4586">
      <w:pPr>
        <w:pStyle w:val="Heading2"/>
      </w:pPr>
      <w:r>
        <w:rPr>
          <w:rFonts w:ascii="Arial" w:eastAsia="Arial" w:hAnsi="Arial" w:cs="Arial"/>
        </w:rPr>
        <w:t>A. Water &amp; Dialysate Continuity</w:t>
      </w:r>
    </w:p>
    <w:tbl>
      <w:tblPr>
        <w:tblW w:w="0" w:type="auto"/>
        <w:jc w:val="center"/>
        <w:tblLayout w:type="fixed"/>
        <w:tblLook w:val="04A0" w:firstRow="1" w:lastRow="0" w:firstColumn="1" w:lastColumn="0" w:noHBand="0" w:noVBand="1"/>
      </w:tblPr>
      <w:tblGrid>
        <w:gridCol w:w="3600"/>
        <w:gridCol w:w="7200"/>
      </w:tblGrid>
      <w:tr w:rsidR="00282991" w14:paraId="5CB3A510" w14:textId="77777777">
        <w:trPr>
          <w:cantSplit/>
          <w:tblHeader/>
          <w:jc w:val="center"/>
        </w:trPr>
        <w:tc>
          <w:tcPr>
            <w:tcW w:w="360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AC912A5" w14:textId="77777777" w:rsidR="00282991" w:rsidRDefault="00FE4586">
            <w:pPr>
              <w:spacing w:after="0"/>
            </w:pPr>
            <w:r>
              <w:rPr>
                <w:rFonts w:eastAsia="Arial" w:cs="Arial"/>
                <w:b/>
                <w:color w:val="FFFFFF"/>
                <w:sz w:val="17"/>
              </w:rPr>
              <w:t>System / Issue</w:t>
            </w:r>
          </w:p>
        </w:tc>
        <w:tc>
          <w:tcPr>
            <w:tcW w:w="720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EDCEE6D" w14:textId="77777777" w:rsidR="00282991" w:rsidRDefault="00FE4586">
            <w:pPr>
              <w:spacing w:after="0"/>
            </w:pPr>
            <w:r>
              <w:rPr>
                <w:rFonts w:eastAsia="Arial" w:cs="Arial"/>
                <w:b/>
                <w:color w:val="FFFFFF"/>
                <w:sz w:val="17"/>
              </w:rPr>
              <w:t>Facility Planning Content</w:t>
            </w:r>
          </w:p>
        </w:tc>
      </w:tr>
      <w:tr w:rsidR="00282991" w14:paraId="09C165C7"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2D02C01" w14:textId="77777777" w:rsidR="00282991" w:rsidRDefault="00FE4586">
            <w:pPr>
              <w:spacing w:after="0"/>
            </w:pPr>
            <w:r>
              <w:rPr>
                <w:rFonts w:eastAsia="Arial" w:cs="Arial"/>
                <w:sz w:val="17"/>
              </w:rPr>
              <w:t>Municipal / well water source</w:t>
            </w:r>
          </w:p>
        </w:tc>
        <w:tc>
          <w:tcPr>
            <w:tcW w:w="72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735105C" w14:textId="77777777" w:rsidR="00282991" w:rsidRDefault="00FE4586">
            <w:pPr>
              <w:spacing w:after="0"/>
            </w:pPr>
            <w:r>
              <w:rPr>
                <w:rFonts w:eastAsia="Arial" w:cs="Arial"/>
                <w:i/>
                <w:color w:val="707070"/>
                <w:sz w:val="20"/>
              </w:rPr>
              <w:t>&lt;Normal source / emergency contact / interruption response&gt;</w:t>
            </w:r>
          </w:p>
        </w:tc>
      </w:tr>
      <w:tr w:rsidR="00282991" w14:paraId="7B916F68"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B6A3A4A" w14:textId="77777777" w:rsidR="00282991" w:rsidRDefault="00FE4586">
            <w:pPr>
              <w:spacing w:after="0"/>
            </w:pPr>
            <w:r>
              <w:rPr>
                <w:rFonts w:eastAsia="Arial" w:cs="Arial"/>
                <w:sz w:val="17"/>
              </w:rPr>
              <w:t>Water-treatment system</w:t>
            </w:r>
          </w:p>
        </w:tc>
        <w:tc>
          <w:tcPr>
            <w:tcW w:w="72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54B0F2A" w14:textId="77777777" w:rsidR="00282991" w:rsidRDefault="00FE4586">
            <w:pPr>
              <w:spacing w:after="0"/>
            </w:pPr>
            <w:r>
              <w:rPr>
                <w:rFonts w:eastAsia="Arial" w:cs="Arial"/>
                <w:i/>
                <w:color w:val="707070"/>
                <w:sz w:val="20"/>
              </w:rPr>
              <w:t>&lt;RO/DI/other / capacity / alarms / critical components&gt;</w:t>
            </w:r>
          </w:p>
        </w:tc>
      </w:tr>
      <w:tr w:rsidR="00282991" w14:paraId="08987DDC"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56BEEFB" w14:textId="77777777" w:rsidR="00282991" w:rsidRDefault="00FE4586">
            <w:pPr>
              <w:spacing w:after="0"/>
            </w:pPr>
            <w:r>
              <w:rPr>
                <w:rFonts w:eastAsia="Arial" w:cs="Arial"/>
                <w:sz w:val="17"/>
              </w:rPr>
              <w:t>Water-treatment failure</w:t>
            </w:r>
          </w:p>
        </w:tc>
        <w:tc>
          <w:tcPr>
            <w:tcW w:w="72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8BBD2F2" w14:textId="77777777" w:rsidR="00282991" w:rsidRDefault="00FE4586">
            <w:pPr>
              <w:spacing w:after="0"/>
            </w:pPr>
            <w:r>
              <w:rPr>
                <w:rFonts w:eastAsia="Arial" w:cs="Arial"/>
                <w:i/>
                <w:color w:val="707070"/>
                <w:sz w:val="20"/>
              </w:rPr>
              <w:t>&lt;Shutdown / alternate treatment / transfer thresholds&gt;</w:t>
            </w:r>
          </w:p>
        </w:tc>
      </w:tr>
      <w:tr w:rsidR="00282991" w14:paraId="6F39762F"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D2122A2" w14:textId="77777777" w:rsidR="00282991" w:rsidRDefault="00FE4586">
            <w:pPr>
              <w:spacing w:after="0"/>
            </w:pPr>
            <w:r>
              <w:rPr>
                <w:rFonts w:eastAsia="Arial" w:cs="Arial"/>
                <w:sz w:val="17"/>
              </w:rPr>
              <w:t>Suspected contamination</w:t>
            </w:r>
          </w:p>
        </w:tc>
        <w:tc>
          <w:tcPr>
            <w:tcW w:w="72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B3A8627" w14:textId="77777777" w:rsidR="00282991" w:rsidRDefault="00FE4586">
            <w:pPr>
              <w:spacing w:after="0"/>
            </w:pPr>
            <w:r>
              <w:rPr>
                <w:rFonts w:eastAsia="Arial" w:cs="Arial"/>
                <w:i/>
                <w:color w:val="707070"/>
                <w:sz w:val="20"/>
              </w:rPr>
              <w:t>&lt;Immediate actions / testing / reporting / patient protection&gt;</w:t>
            </w:r>
          </w:p>
        </w:tc>
      </w:tr>
      <w:tr w:rsidR="00282991" w14:paraId="5F362766"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A77D81F" w14:textId="77777777" w:rsidR="00282991" w:rsidRDefault="00FE4586">
            <w:pPr>
              <w:spacing w:after="0"/>
            </w:pPr>
            <w:r>
              <w:rPr>
                <w:rFonts w:eastAsia="Arial" w:cs="Arial"/>
                <w:sz w:val="17"/>
              </w:rPr>
              <w:t>Monitoring / alarm failure</w:t>
            </w:r>
          </w:p>
        </w:tc>
        <w:tc>
          <w:tcPr>
            <w:tcW w:w="72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2AAD83B" w14:textId="77777777" w:rsidR="00282991" w:rsidRDefault="00FE4586">
            <w:pPr>
              <w:spacing w:after="0"/>
            </w:pPr>
            <w:r>
              <w:rPr>
                <w:rFonts w:eastAsia="Arial" w:cs="Arial"/>
                <w:i/>
                <w:color w:val="707070"/>
                <w:sz w:val="20"/>
              </w:rPr>
              <w:t>&lt;Manual/alternate monitoring / shutdown criteria&gt;</w:t>
            </w:r>
          </w:p>
        </w:tc>
      </w:tr>
      <w:tr w:rsidR="00282991" w14:paraId="7CB8E4E5"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B925756" w14:textId="77777777" w:rsidR="00282991" w:rsidRDefault="00FE4586">
            <w:pPr>
              <w:spacing w:after="0"/>
            </w:pPr>
            <w:r>
              <w:rPr>
                <w:rFonts w:eastAsia="Arial" w:cs="Arial"/>
                <w:sz w:val="17"/>
              </w:rPr>
              <w:t>Emergency water source</w:t>
            </w:r>
          </w:p>
        </w:tc>
        <w:tc>
          <w:tcPr>
            <w:tcW w:w="72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82D4B91" w14:textId="77777777" w:rsidR="00282991" w:rsidRDefault="00FE4586">
            <w:pPr>
              <w:spacing w:after="0"/>
            </w:pPr>
            <w:r>
              <w:rPr>
                <w:rFonts w:eastAsia="Arial" w:cs="Arial"/>
                <w:i/>
                <w:color w:val="707070"/>
                <w:sz w:val="20"/>
              </w:rPr>
              <w:t>&lt;Supplier / connection / quality verification / limitations&gt;</w:t>
            </w:r>
          </w:p>
        </w:tc>
      </w:tr>
      <w:tr w:rsidR="00282991" w14:paraId="1C4675FC"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C3222B2" w14:textId="77777777" w:rsidR="00282991" w:rsidRDefault="00FE4586">
            <w:pPr>
              <w:spacing w:after="0"/>
            </w:pPr>
            <w:r>
              <w:rPr>
                <w:rFonts w:eastAsia="Arial" w:cs="Arial"/>
                <w:sz w:val="17"/>
              </w:rPr>
              <w:t>Conservation / reduced operations</w:t>
            </w:r>
          </w:p>
        </w:tc>
        <w:tc>
          <w:tcPr>
            <w:tcW w:w="72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A69EA19" w14:textId="77777777" w:rsidR="00282991" w:rsidRDefault="00FE4586">
            <w:pPr>
              <w:spacing w:after="0"/>
            </w:pPr>
            <w:r>
              <w:rPr>
                <w:rFonts w:eastAsia="Arial" w:cs="Arial"/>
                <w:i/>
                <w:color w:val="707070"/>
                <w:sz w:val="20"/>
              </w:rPr>
              <w:t>&lt;Prioritization / schedule modification&gt;</w:t>
            </w:r>
          </w:p>
        </w:tc>
      </w:tr>
      <w:tr w:rsidR="00282991" w14:paraId="73242E3E"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629012A" w14:textId="77777777" w:rsidR="00282991" w:rsidRDefault="00FE4586">
            <w:pPr>
              <w:spacing w:after="0"/>
            </w:pPr>
            <w:r>
              <w:rPr>
                <w:rFonts w:eastAsia="Arial" w:cs="Arial"/>
                <w:sz w:val="17"/>
              </w:rPr>
              <w:lastRenderedPageBreak/>
              <w:t>Restoration verification</w:t>
            </w:r>
          </w:p>
        </w:tc>
        <w:tc>
          <w:tcPr>
            <w:tcW w:w="72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E1E8012" w14:textId="77777777" w:rsidR="00282991" w:rsidRDefault="00FE4586">
            <w:pPr>
              <w:spacing w:after="0"/>
            </w:pPr>
            <w:r>
              <w:rPr>
                <w:rFonts w:eastAsia="Arial" w:cs="Arial"/>
                <w:i/>
                <w:color w:val="707070"/>
                <w:sz w:val="20"/>
              </w:rPr>
              <w:t>&lt;Who verifies system safety before restarting dialysis&gt;</w:t>
            </w:r>
          </w:p>
        </w:tc>
      </w:tr>
      <w:tr w:rsidR="00282991" w14:paraId="408726E8"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E0EFC87" w14:textId="77777777" w:rsidR="00282991" w:rsidRDefault="00FE4586">
            <w:pPr>
              <w:spacing w:after="0"/>
            </w:pPr>
            <w:r>
              <w:t>Water-main break / major municipal distribution failure</w:t>
            </w:r>
          </w:p>
        </w:tc>
        <w:tc>
          <w:tcPr>
            <w:tcW w:w="72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FFAB890" w14:textId="77777777" w:rsidR="00282991" w:rsidRDefault="00FE4586">
            <w:pPr>
              <w:spacing w:after="0"/>
            </w:pPr>
            <w:r>
              <w:t>&lt;Immediate assessment / utility contact / alternate source / treatment suspension or transfer criteria&gt;</w:t>
            </w:r>
          </w:p>
        </w:tc>
      </w:tr>
      <w:tr w:rsidR="00282991" w14:paraId="0E766DD0"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BEC6DC5" w14:textId="77777777" w:rsidR="00282991" w:rsidRDefault="00FE4586">
            <w:pPr>
              <w:spacing w:after="0"/>
            </w:pPr>
            <w:r>
              <w:t>Sudden source-water quality change</w:t>
            </w:r>
          </w:p>
        </w:tc>
        <w:tc>
          <w:tcPr>
            <w:tcW w:w="72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83BF016" w14:textId="77777777" w:rsidR="00282991" w:rsidRDefault="00FE4586">
            <w:pPr>
              <w:spacing w:after="0"/>
            </w:pPr>
            <w:r>
              <w:t>&lt;Water-treatment response / testing / nephrology-clinical notification / treatment decision&gt;</w:t>
            </w:r>
          </w:p>
        </w:tc>
      </w:tr>
      <w:tr w:rsidR="00282991" w14:paraId="6B7E91B8"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05F74AA" w14:textId="77777777" w:rsidR="00282991" w:rsidRDefault="00FE4586">
            <w:pPr>
              <w:spacing w:after="0"/>
            </w:pPr>
            <w:r>
              <w:t>Critical water-treatment component failure</w:t>
            </w:r>
          </w:p>
        </w:tc>
        <w:tc>
          <w:tcPr>
            <w:tcW w:w="72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90B8F21" w14:textId="77777777" w:rsidR="00282991" w:rsidRDefault="00FE4586">
            <w:pPr>
              <w:spacing w:after="0"/>
            </w:pPr>
            <w:r>
              <w:t>&lt;Component bypass limits / repair / alternate treatment / transfer threshold&gt;</w:t>
            </w:r>
          </w:p>
        </w:tc>
      </w:tr>
      <w:tr w:rsidR="00282991" w14:paraId="6C03FBBF"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1A92A8A" w14:textId="77777777" w:rsidR="00282991" w:rsidRDefault="00FE4586">
            <w:pPr>
              <w:spacing w:after="0"/>
            </w:pPr>
            <w:r>
              <w:t>Chlorine / chloramine breakthrough</w:t>
            </w:r>
          </w:p>
        </w:tc>
        <w:tc>
          <w:tcPr>
            <w:tcW w:w="72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1D1E327" w14:textId="77777777" w:rsidR="00282991" w:rsidRDefault="00FE4586">
            <w:pPr>
              <w:spacing w:after="0"/>
            </w:pPr>
            <w:r>
              <w:t>&lt;Immediate corrective action / patient protection / treatment stop criteria / retesting before restart&gt;</w:t>
            </w:r>
          </w:p>
        </w:tc>
      </w:tr>
    </w:tbl>
    <w:p w14:paraId="6FDDD183" w14:textId="77777777" w:rsidR="00282991" w:rsidRDefault="00282991">
      <w:pPr>
        <w:spacing w:after="20"/>
      </w:pPr>
    </w:p>
    <w:p w14:paraId="2BBB7A90" w14:textId="77777777" w:rsidR="00282991" w:rsidRDefault="00FE4586">
      <w:pPr>
        <w:pStyle w:val="Heading2"/>
      </w:pPr>
      <w:r>
        <w:rPr>
          <w:rFonts w:ascii="Arial" w:eastAsia="Arial" w:hAnsi="Arial" w:cs="Arial"/>
        </w:rPr>
        <w:t>B. Critical Utilities / Infrastructure</w:t>
      </w:r>
    </w:p>
    <w:tbl>
      <w:tblPr>
        <w:tblW w:w="0" w:type="auto"/>
        <w:jc w:val="center"/>
        <w:tblLayout w:type="fixed"/>
        <w:tblLook w:val="04A0" w:firstRow="1" w:lastRow="0" w:firstColumn="1" w:lastColumn="0" w:noHBand="0" w:noVBand="1"/>
      </w:tblPr>
      <w:tblGrid>
        <w:gridCol w:w="3456"/>
        <w:gridCol w:w="7344"/>
      </w:tblGrid>
      <w:tr w:rsidR="00282991" w14:paraId="618070B5" w14:textId="77777777">
        <w:trPr>
          <w:cantSplit/>
          <w:tblHeader/>
          <w:jc w:val="center"/>
        </w:trPr>
        <w:tc>
          <w:tcPr>
            <w:tcW w:w="345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259B669" w14:textId="77777777" w:rsidR="00282991" w:rsidRDefault="00FE4586">
            <w:pPr>
              <w:spacing w:after="0"/>
            </w:pPr>
            <w:r>
              <w:rPr>
                <w:rFonts w:eastAsia="Arial" w:cs="Arial"/>
                <w:b/>
                <w:color w:val="FFFFFF"/>
                <w:sz w:val="17"/>
              </w:rPr>
              <w:t>System</w:t>
            </w:r>
          </w:p>
        </w:tc>
        <w:tc>
          <w:tcPr>
            <w:tcW w:w="734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6B7BAA7" w14:textId="77777777" w:rsidR="00282991" w:rsidRDefault="00FE4586">
            <w:pPr>
              <w:spacing w:after="0"/>
            </w:pPr>
            <w:r>
              <w:rPr>
                <w:rFonts w:eastAsia="Arial" w:cs="Arial"/>
                <w:b/>
                <w:color w:val="FFFFFF"/>
                <w:sz w:val="17"/>
              </w:rPr>
              <w:t>Facility Planning Content</w:t>
            </w:r>
          </w:p>
        </w:tc>
      </w:tr>
      <w:tr w:rsidR="00282991" w14:paraId="41238346"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770BA01" w14:textId="77777777" w:rsidR="00282991" w:rsidRDefault="00FE4586">
            <w:pPr>
              <w:spacing w:after="0"/>
            </w:pPr>
            <w:r>
              <w:rPr>
                <w:rFonts w:eastAsia="Arial" w:cs="Arial"/>
                <w:sz w:val="17"/>
              </w:rPr>
              <w:t>Electricity</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A9C8191" w14:textId="77777777" w:rsidR="00282991" w:rsidRDefault="00FE4586">
            <w:pPr>
              <w:spacing w:after="0"/>
            </w:pPr>
            <w:r>
              <w:rPr>
                <w:rFonts w:eastAsia="Arial" w:cs="Arial"/>
                <w:i/>
                <w:color w:val="707070"/>
                <w:sz w:val="20"/>
              </w:rPr>
              <w:t>&lt;Normal source / generator / transfer / shutdown thresholds&gt;</w:t>
            </w:r>
          </w:p>
        </w:tc>
      </w:tr>
      <w:tr w:rsidR="00282991" w14:paraId="19FFD33D"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A6FE7FA" w14:textId="77777777" w:rsidR="00282991" w:rsidRDefault="00FE4586">
            <w:pPr>
              <w:spacing w:after="0"/>
            </w:pPr>
            <w:r>
              <w:rPr>
                <w:rFonts w:eastAsia="Arial" w:cs="Arial"/>
                <w:sz w:val="17"/>
              </w:rPr>
              <w:t>Backup emergency generator</w:t>
            </w:r>
          </w:p>
        </w:tc>
        <w:tc>
          <w:tcPr>
            <w:tcW w:w="73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223299B" w14:textId="77777777" w:rsidR="00282991" w:rsidRDefault="00FE4586">
            <w:pPr>
              <w:spacing w:after="0"/>
            </w:pPr>
            <w:r>
              <w:rPr>
                <w:rFonts w:eastAsia="Arial" w:cs="Arial"/>
                <w:i/>
                <w:color w:val="707070"/>
                <w:sz w:val="20"/>
              </w:rPr>
              <w:t>&lt;Make/model / kW / fuel / served loads / monthly 30-min operation record&gt;</w:t>
            </w:r>
          </w:p>
        </w:tc>
      </w:tr>
      <w:tr w:rsidR="00282991" w14:paraId="73C0BB09"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65779EC" w14:textId="77777777" w:rsidR="00282991" w:rsidRDefault="00FE4586">
            <w:pPr>
              <w:spacing w:after="0"/>
            </w:pPr>
            <w:r>
              <w:rPr>
                <w:rFonts w:eastAsia="Arial" w:cs="Arial"/>
                <w:sz w:val="17"/>
              </w:rPr>
              <w:t>Fuel</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4ED0409" w14:textId="77777777" w:rsidR="00282991" w:rsidRDefault="00FE4586">
            <w:pPr>
              <w:spacing w:after="0"/>
            </w:pPr>
            <w:r>
              <w:rPr>
                <w:rFonts w:eastAsia="Arial" w:cs="Arial"/>
                <w:i/>
                <w:color w:val="707070"/>
                <w:sz w:val="20"/>
              </w:rPr>
              <w:t>&lt;On-hand / vendor / reorder trigger / delivery constraints&gt;</w:t>
            </w:r>
          </w:p>
        </w:tc>
      </w:tr>
      <w:tr w:rsidR="00282991" w14:paraId="14DDB516"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3D44C71" w14:textId="77777777" w:rsidR="00282991" w:rsidRDefault="00FE4586">
            <w:pPr>
              <w:spacing w:after="0"/>
            </w:pPr>
            <w:r>
              <w:rPr>
                <w:rFonts w:eastAsia="Arial" w:cs="Arial"/>
                <w:sz w:val="17"/>
              </w:rPr>
              <w:t>Heating / HVAC</w:t>
            </w:r>
          </w:p>
        </w:tc>
        <w:tc>
          <w:tcPr>
            <w:tcW w:w="73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28574C6" w14:textId="77777777" w:rsidR="00282991" w:rsidRDefault="00FE4586">
            <w:pPr>
              <w:spacing w:after="0"/>
            </w:pPr>
            <w:r>
              <w:rPr>
                <w:rFonts w:eastAsia="Arial" w:cs="Arial"/>
                <w:i/>
                <w:color w:val="707070"/>
                <w:sz w:val="20"/>
              </w:rPr>
              <w:t>&lt;Loss response / temperature monitoring / closure threshold&gt;</w:t>
            </w:r>
          </w:p>
        </w:tc>
      </w:tr>
      <w:tr w:rsidR="00282991" w14:paraId="0685C312"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878C8B6" w14:textId="77777777" w:rsidR="00282991" w:rsidRDefault="00FE4586">
            <w:pPr>
              <w:spacing w:after="0"/>
            </w:pPr>
            <w:r>
              <w:rPr>
                <w:rFonts w:eastAsia="Arial" w:cs="Arial"/>
                <w:sz w:val="17"/>
              </w:rPr>
              <w:t>Potable water / sewer</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CB8BF0A" w14:textId="77777777" w:rsidR="00282991" w:rsidRDefault="00FE4586">
            <w:pPr>
              <w:spacing w:after="0"/>
            </w:pPr>
            <w:r>
              <w:rPr>
                <w:rFonts w:eastAsia="Arial" w:cs="Arial"/>
                <w:i/>
                <w:color w:val="707070"/>
                <w:sz w:val="20"/>
              </w:rPr>
              <w:t>&lt;Contingency&gt;</w:t>
            </w:r>
          </w:p>
        </w:tc>
      </w:tr>
      <w:tr w:rsidR="00282991" w14:paraId="06456DB4"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4993452" w14:textId="77777777" w:rsidR="00282991" w:rsidRDefault="00FE4586">
            <w:pPr>
              <w:spacing w:after="0"/>
            </w:pPr>
            <w:r>
              <w:rPr>
                <w:rFonts w:eastAsia="Arial" w:cs="Arial"/>
                <w:sz w:val="17"/>
              </w:rPr>
              <w:t>Telephone / cellular</w:t>
            </w:r>
          </w:p>
        </w:tc>
        <w:tc>
          <w:tcPr>
            <w:tcW w:w="73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4792321" w14:textId="77777777" w:rsidR="00282991" w:rsidRDefault="00FE4586">
            <w:pPr>
              <w:spacing w:after="0"/>
            </w:pPr>
            <w:r>
              <w:rPr>
                <w:rFonts w:eastAsia="Arial" w:cs="Arial"/>
                <w:i/>
                <w:color w:val="707070"/>
                <w:sz w:val="20"/>
              </w:rPr>
              <w:t>&lt;Primary / alternate&gt;</w:t>
            </w:r>
          </w:p>
        </w:tc>
      </w:tr>
      <w:tr w:rsidR="00282991" w14:paraId="666A108F"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08E3529" w14:textId="77777777" w:rsidR="00282991" w:rsidRDefault="00FE4586">
            <w:pPr>
              <w:spacing w:after="0"/>
            </w:pPr>
            <w:r>
              <w:rPr>
                <w:rFonts w:eastAsia="Arial" w:cs="Arial"/>
                <w:sz w:val="17"/>
              </w:rPr>
              <w:t>Internet / network / EHR</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A9A2429" w14:textId="77777777" w:rsidR="00282991" w:rsidRDefault="00FE4586">
            <w:pPr>
              <w:spacing w:after="0"/>
            </w:pPr>
            <w:r>
              <w:rPr>
                <w:rFonts w:eastAsia="Arial" w:cs="Arial"/>
                <w:i/>
                <w:color w:val="707070"/>
                <w:sz w:val="20"/>
              </w:rPr>
              <w:t>&lt;Downtime / alternate&gt;</w:t>
            </w:r>
          </w:p>
        </w:tc>
      </w:tr>
      <w:tr w:rsidR="00282991" w14:paraId="16316365"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E0A2BB9" w14:textId="77777777" w:rsidR="00282991" w:rsidRDefault="00FE4586">
            <w:pPr>
              <w:spacing w:after="0"/>
            </w:pPr>
            <w:r>
              <w:rPr>
                <w:rFonts w:eastAsia="Arial" w:cs="Arial"/>
                <w:sz w:val="17"/>
              </w:rPr>
              <w:t>Security / access control</w:t>
            </w:r>
          </w:p>
        </w:tc>
        <w:tc>
          <w:tcPr>
            <w:tcW w:w="73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73C0FA8" w14:textId="77777777" w:rsidR="00282991" w:rsidRDefault="00FE4586">
            <w:pPr>
              <w:spacing w:after="0"/>
            </w:pPr>
            <w:r>
              <w:rPr>
                <w:rFonts w:eastAsia="Arial" w:cs="Arial"/>
                <w:i/>
                <w:color w:val="707070"/>
                <w:sz w:val="20"/>
              </w:rPr>
              <w:t>&lt;Manual override / keys / alarm&gt;</w:t>
            </w:r>
          </w:p>
        </w:tc>
      </w:tr>
      <w:tr w:rsidR="00282991" w14:paraId="75B9D833"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FBED87A" w14:textId="77777777" w:rsidR="00282991" w:rsidRDefault="00FE4586">
            <w:pPr>
              <w:spacing w:after="0"/>
            </w:pPr>
            <w:r>
              <w:rPr>
                <w:rFonts w:eastAsia="Arial" w:cs="Arial"/>
                <w:sz w:val="17"/>
              </w:rPr>
              <w:t>Fire alarm / sprinkler</w:t>
            </w:r>
          </w:p>
        </w:tc>
        <w:tc>
          <w:tcPr>
            <w:tcW w:w="73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783C8C3" w14:textId="77777777" w:rsidR="00282991" w:rsidRDefault="00FE4586">
            <w:pPr>
              <w:spacing w:after="0"/>
            </w:pPr>
            <w:r>
              <w:rPr>
                <w:rFonts w:eastAsia="Arial" w:cs="Arial"/>
                <w:i/>
                <w:color w:val="707070"/>
                <w:sz w:val="20"/>
              </w:rPr>
              <w:t>&lt;Impairment / AHJ process as applicable&gt;</w:t>
            </w:r>
          </w:p>
        </w:tc>
      </w:tr>
      <w:tr w:rsidR="00282991" w14:paraId="558340F6" w14:textId="77777777">
        <w:trPr>
          <w:cantSplit/>
          <w:jc w:val="center"/>
        </w:trPr>
        <w:tc>
          <w:tcPr>
            <w:tcW w:w="34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5A803ED" w14:textId="77777777" w:rsidR="00282991" w:rsidRDefault="00FE4586">
            <w:pPr>
              <w:spacing w:after="0"/>
            </w:pPr>
            <w:r>
              <w:rPr>
                <w:rFonts w:eastAsia="Arial" w:cs="Arial"/>
                <w:sz w:val="17"/>
              </w:rPr>
              <w:t>Medical gases / oxygen</w:t>
            </w:r>
          </w:p>
        </w:tc>
        <w:tc>
          <w:tcPr>
            <w:tcW w:w="73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9AB8E69" w14:textId="77777777" w:rsidR="00282991" w:rsidRDefault="00FE4586">
            <w:pPr>
              <w:spacing w:after="0"/>
            </w:pPr>
            <w:r>
              <w:rPr>
                <w:rFonts w:eastAsia="Arial" w:cs="Arial"/>
                <w:i/>
                <w:color w:val="707070"/>
                <w:sz w:val="20"/>
              </w:rPr>
              <w:t>&lt;Continuity / storage / alternate&gt;</w:t>
            </w:r>
          </w:p>
        </w:tc>
      </w:tr>
    </w:tbl>
    <w:p w14:paraId="27601002" w14:textId="77777777" w:rsidR="00282991" w:rsidRDefault="00282991">
      <w:pPr>
        <w:spacing w:after="20"/>
      </w:pPr>
    </w:p>
    <w:p w14:paraId="2B52F31F" w14:textId="77777777" w:rsidR="00282991" w:rsidRDefault="00FE4586">
      <w:pPr>
        <w:pStyle w:val="Heading2"/>
      </w:pPr>
      <w:r>
        <w:rPr>
          <w:rFonts w:ascii="Arial" w:eastAsia="Arial" w:hAnsi="Arial" w:cs="Arial"/>
        </w:rPr>
        <w:t>C. Dialysis Equipment / Preventive Maintenance</w:t>
      </w:r>
    </w:p>
    <w:tbl>
      <w:tblPr>
        <w:tblW w:w="0" w:type="auto"/>
        <w:jc w:val="center"/>
        <w:tblLayout w:type="fixed"/>
        <w:tblLook w:val="04A0" w:firstRow="1" w:lastRow="0" w:firstColumn="1" w:lastColumn="0" w:noHBand="0" w:noVBand="1"/>
      </w:tblPr>
      <w:tblGrid>
        <w:gridCol w:w="2304"/>
        <w:gridCol w:w="3312"/>
        <w:gridCol w:w="1584"/>
        <w:gridCol w:w="2304"/>
        <w:gridCol w:w="1296"/>
      </w:tblGrid>
      <w:tr w:rsidR="00282991" w14:paraId="56E0452C" w14:textId="77777777">
        <w:trPr>
          <w:cantSplit/>
          <w:tblHeader/>
          <w:jc w:val="center"/>
        </w:trPr>
        <w:tc>
          <w:tcPr>
            <w:tcW w:w="230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845B04C" w14:textId="77777777" w:rsidR="00282991" w:rsidRDefault="00FE4586">
            <w:pPr>
              <w:spacing w:after="0"/>
            </w:pPr>
            <w:r>
              <w:rPr>
                <w:rFonts w:eastAsia="Arial" w:cs="Arial"/>
                <w:b/>
                <w:color w:val="FFFFFF"/>
                <w:sz w:val="15"/>
              </w:rPr>
              <w:t>System / Equipment</w:t>
            </w:r>
          </w:p>
        </w:tc>
        <w:tc>
          <w:tcPr>
            <w:tcW w:w="331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4892AC1" w14:textId="77777777" w:rsidR="00282991" w:rsidRDefault="00FE4586">
            <w:pPr>
              <w:spacing w:after="0"/>
            </w:pPr>
            <w:r>
              <w:rPr>
                <w:rFonts w:eastAsia="Arial" w:cs="Arial"/>
                <w:b/>
                <w:color w:val="FFFFFF"/>
                <w:sz w:val="15"/>
              </w:rPr>
              <w:t>PM / Inspection Requirement</w:t>
            </w:r>
          </w:p>
        </w:tc>
        <w:tc>
          <w:tcPr>
            <w:tcW w:w="158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D39EB1A" w14:textId="77777777" w:rsidR="00282991" w:rsidRDefault="00FE4586">
            <w:pPr>
              <w:spacing w:after="0"/>
            </w:pPr>
            <w:r>
              <w:rPr>
                <w:rFonts w:eastAsia="Arial" w:cs="Arial"/>
                <w:b/>
                <w:color w:val="FFFFFF"/>
                <w:sz w:val="15"/>
              </w:rPr>
              <w:t>Owner</w:t>
            </w:r>
          </w:p>
        </w:tc>
        <w:tc>
          <w:tcPr>
            <w:tcW w:w="230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1FD3F1A" w14:textId="77777777" w:rsidR="00282991" w:rsidRDefault="00FE4586">
            <w:pPr>
              <w:spacing w:after="0"/>
            </w:pPr>
            <w:r>
              <w:rPr>
                <w:rFonts w:eastAsia="Arial" w:cs="Arial"/>
                <w:b/>
                <w:color w:val="FFFFFF"/>
                <w:sz w:val="15"/>
              </w:rPr>
              <w:t>Record Location</w:t>
            </w:r>
          </w:p>
        </w:tc>
        <w:tc>
          <w:tcPr>
            <w:tcW w:w="129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B6AAF9F" w14:textId="77777777" w:rsidR="00282991" w:rsidRDefault="00FE4586">
            <w:pPr>
              <w:spacing w:after="0"/>
            </w:pPr>
            <w:r>
              <w:rPr>
                <w:rFonts w:eastAsia="Arial" w:cs="Arial"/>
                <w:b/>
                <w:color w:val="FFFFFF"/>
                <w:sz w:val="15"/>
              </w:rPr>
              <w:t>Last Verified</w:t>
            </w:r>
          </w:p>
        </w:tc>
      </w:tr>
      <w:tr w:rsidR="00282991" w14:paraId="7EC8A0DA"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4CA7DBA" w14:textId="77777777" w:rsidR="00282991" w:rsidRDefault="00FE4586">
            <w:pPr>
              <w:spacing w:after="0"/>
            </w:pPr>
            <w:r>
              <w:rPr>
                <w:rFonts w:eastAsia="Arial" w:cs="Arial"/>
                <w:i/>
                <w:color w:val="707070"/>
                <w:sz w:val="20"/>
              </w:rPr>
              <w:t>&lt;Dialysis machines&gt;</w:t>
            </w:r>
          </w:p>
        </w:tc>
        <w:tc>
          <w:tcPr>
            <w:tcW w:w="33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746331F"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B23EB20" w14:textId="77777777" w:rsidR="00282991" w:rsidRDefault="00FE4586">
            <w:pPr>
              <w:spacing w:after="0"/>
            </w:pPr>
            <w:r>
              <w:rPr>
                <w:rFonts w:eastAsia="Arial" w:cs="Arial"/>
                <w:i/>
                <w:color w:val="707070"/>
                <w:sz w:val="20"/>
              </w:rPr>
              <w:t>&lt;Owner&gt;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C0013AD" w14:textId="77777777" w:rsidR="00282991" w:rsidRDefault="00FE4586">
            <w:pPr>
              <w:spacing w:after="0"/>
            </w:pPr>
            <w:r>
              <w:rPr>
                <w:rFonts w:eastAsia="Arial" w:cs="Arial"/>
                <w:i/>
                <w:color w:val="707070"/>
                <w:sz w:val="20"/>
              </w:rPr>
              <w:t>&lt;Location&gt;</w:t>
            </w:r>
          </w:p>
        </w:tc>
        <w:tc>
          <w:tcPr>
            <w:tcW w:w="12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9FFA0CD" w14:textId="77777777" w:rsidR="00282991" w:rsidRDefault="00FE4586">
            <w:pPr>
              <w:spacing w:after="0"/>
            </w:pPr>
            <w:r>
              <w:rPr>
                <w:rFonts w:eastAsia="Arial" w:cs="Arial"/>
                <w:i/>
                <w:color w:val="707070"/>
                <w:sz w:val="20"/>
              </w:rPr>
              <w:t>&lt;Date&gt;</w:t>
            </w:r>
          </w:p>
        </w:tc>
      </w:tr>
      <w:tr w:rsidR="00282991" w14:paraId="05E7B5A5"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1CFB6DD" w14:textId="77777777" w:rsidR="00282991" w:rsidRDefault="00FE4586">
            <w:pPr>
              <w:spacing w:after="0"/>
            </w:pPr>
            <w:r>
              <w:rPr>
                <w:rFonts w:eastAsia="Arial" w:cs="Arial"/>
                <w:i/>
                <w:color w:val="707070"/>
                <w:sz w:val="20"/>
              </w:rPr>
              <w:t>&lt;Water-treatment equipment&gt;</w:t>
            </w:r>
          </w:p>
        </w:tc>
        <w:tc>
          <w:tcPr>
            <w:tcW w:w="33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8A73D3D"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2E517DD" w14:textId="77777777" w:rsidR="00282991" w:rsidRDefault="00FE4586">
            <w:pPr>
              <w:spacing w:after="0"/>
            </w:pPr>
            <w:r>
              <w:rPr>
                <w:rFonts w:eastAsia="Arial" w:cs="Arial"/>
                <w:i/>
                <w:color w:val="707070"/>
                <w:sz w:val="20"/>
              </w:rPr>
              <w:t>&lt;Owner&gt;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9D156CC" w14:textId="77777777" w:rsidR="00282991" w:rsidRDefault="00FE4586">
            <w:pPr>
              <w:spacing w:after="0"/>
            </w:pPr>
            <w:r>
              <w:rPr>
                <w:rFonts w:eastAsia="Arial" w:cs="Arial"/>
                <w:i/>
                <w:color w:val="707070"/>
                <w:sz w:val="20"/>
              </w:rPr>
              <w:t>&lt;Location&gt;</w:t>
            </w:r>
          </w:p>
        </w:tc>
        <w:tc>
          <w:tcPr>
            <w:tcW w:w="12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EFB9DF6" w14:textId="77777777" w:rsidR="00282991" w:rsidRDefault="00FE4586">
            <w:pPr>
              <w:spacing w:after="0"/>
            </w:pPr>
            <w:r>
              <w:rPr>
                <w:rFonts w:eastAsia="Arial" w:cs="Arial"/>
                <w:i/>
                <w:color w:val="707070"/>
                <w:sz w:val="20"/>
              </w:rPr>
              <w:t>&lt;Date&gt;</w:t>
            </w:r>
          </w:p>
        </w:tc>
      </w:tr>
      <w:tr w:rsidR="00282991" w14:paraId="58BB07A4"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30352A" w14:textId="77777777" w:rsidR="00282991" w:rsidRDefault="00FE4586">
            <w:pPr>
              <w:spacing w:after="0"/>
            </w:pPr>
            <w:r>
              <w:rPr>
                <w:rFonts w:eastAsia="Arial" w:cs="Arial"/>
                <w:i/>
                <w:color w:val="707070"/>
                <w:sz w:val="20"/>
              </w:rPr>
              <w:t>&lt;Generator&gt;</w:t>
            </w:r>
          </w:p>
        </w:tc>
        <w:tc>
          <w:tcPr>
            <w:tcW w:w="33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57444E7" w14:textId="77777777" w:rsidR="00282991" w:rsidRDefault="00FE4586">
            <w:pPr>
              <w:spacing w:after="0"/>
            </w:pPr>
            <w:r>
              <w:rPr>
                <w:rFonts w:eastAsia="Arial" w:cs="Arial"/>
                <w:i/>
                <w:color w:val="707070"/>
                <w:sz w:val="20"/>
              </w:rPr>
              <w:t>&lt;Monthly 30-min operation + other required maintenance&gt;</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884380C" w14:textId="77777777" w:rsidR="00282991" w:rsidRDefault="00FE4586">
            <w:pPr>
              <w:spacing w:after="0"/>
            </w:pPr>
            <w:r>
              <w:rPr>
                <w:rFonts w:eastAsia="Arial" w:cs="Arial"/>
                <w:i/>
                <w:color w:val="707070"/>
                <w:sz w:val="20"/>
              </w:rPr>
              <w:t>&lt;Owner&gt;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366EDF1" w14:textId="77777777" w:rsidR="00282991" w:rsidRDefault="00FE4586">
            <w:pPr>
              <w:spacing w:after="0"/>
            </w:pPr>
            <w:r>
              <w:rPr>
                <w:rFonts w:eastAsia="Arial" w:cs="Arial"/>
                <w:i/>
                <w:color w:val="707070"/>
                <w:sz w:val="20"/>
              </w:rPr>
              <w:t>&lt;Location&gt;</w:t>
            </w:r>
          </w:p>
        </w:tc>
        <w:tc>
          <w:tcPr>
            <w:tcW w:w="12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EC2F843" w14:textId="77777777" w:rsidR="00282991" w:rsidRDefault="00FE4586">
            <w:pPr>
              <w:spacing w:after="0"/>
            </w:pPr>
            <w:r>
              <w:rPr>
                <w:rFonts w:eastAsia="Arial" w:cs="Arial"/>
                <w:i/>
                <w:color w:val="707070"/>
                <w:sz w:val="20"/>
              </w:rPr>
              <w:t>&lt;Date&gt;</w:t>
            </w:r>
          </w:p>
        </w:tc>
      </w:tr>
      <w:tr w:rsidR="00282991" w14:paraId="00011C86"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A210E99" w14:textId="77777777" w:rsidR="00282991" w:rsidRDefault="00FE4586">
            <w:pPr>
              <w:spacing w:after="0"/>
            </w:pPr>
            <w:r>
              <w:rPr>
                <w:rFonts w:eastAsia="Arial" w:cs="Arial"/>
                <w:i/>
                <w:color w:val="707070"/>
                <w:sz w:val="20"/>
              </w:rPr>
              <w:t>&lt;Emergency equipment&gt;</w:t>
            </w:r>
          </w:p>
        </w:tc>
        <w:tc>
          <w:tcPr>
            <w:tcW w:w="33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139CC44" w14:textId="77777777" w:rsidR="00282991" w:rsidRDefault="00FE4586">
            <w:pPr>
              <w:spacing w:after="0"/>
            </w:pPr>
            <w:r>
              <w:rPr>
                <w:rFonts w:eastAsia="Arial" w:cs="Arial"/>
                <w:i/>
                <w:color w:val="707070"/>
                <w:sz w:val="20"/>
              </w:rPr>
              <w:t>&lt;Manufacturer / facility process&gt;</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15E0786" w14:textId="77777777" w:rsidR="00282991" w:rsidRDefault="00FE4586">
            <w:pPr>
              <w:spacing w:after="0"/>
            </w:pPr>
            <w:r>
              <w:rPr>
                <w:rFonts w:eastAsia="Arial" w:cs="Arial"/>
                <w:i/>
                <w:color w:val="707070"/>
                <w:sz w:val="20"/>
              </w:rPr>
              <w:t>&lt;Owner&gt;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F5369B6" w14:textId="77777777" w:rsidR="00282991" w:rsidRDefault="00FE4586">
            <w:pPr>
              <w:spacing w:after="0"/>
            </w:pPr>
            <w:r>
              <w:rPr>
                <w:rFonts w:eastAsia="Arial" w:cs="Arial"/>
                <w:i/>
                <w:color w:val="707070"/>
                <w:sz w:val="20"/>
              </w:rPr>
              <w:t>&lt;Location&gt;</w:t>
            </w:r>
          </w:p>
        </w:tc>
        <w:tc>
          <w:tcPr>
            <w:tcW w:w="12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E0B3BC7" w14:textId="77777777" w:rsidR="00282991" w:rsidRDefault="00FE4586">
            <w:pPr>
              <w:spacing w:after="0"/>
            </w:pPr>
            <w:r>
              <w:rPr>
                <w:rFonts w:eastAsia="Arial" w:cs="Arial"/>
                <w:i/>
                <w:color w:val="707070"/>
                <w:sz w:val="20"/>
              </w:rPr>
              <w:t>&lt;Date&gt;</w:t>
            </w:r>
          </w:p>
        </w:tc>
      </w:tr>
      <w:tr w:rsidR="00282991" w14:paraId="4823FED5"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5AFE6A1" w14:textId="77777777" w:rsidR="00282991" w:rsidRDefault="00FE4586">
            <w:pPr>
              <w:spacing w:after="0"/>
            </w:pPr>
            <w:r>
              <w:rPr>
                <w:rFonts w:eastAsia="Arial" w:cs="Arial"/>
                <w:i/>
                <w:color w:val="707070"/>
                <w:sz w:val="20"/>
              </w:rPr>
              <w:t>&lt;Fire/life-safety systems&gt;</w:t>
            </w:r>
          </w:p>
        </w:tc>
        <w:tc>
          <w:tcPr>
            <w:tcW w:w="33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82F9B8D" w14:textId="77777777" w:rsidR="00282991" w:rsidRDefault="00FE4586">
            <w:pPr>
              <w:spacing w:after="0"/>
            </w:pPr>
            <w:r>
              <w:rPr>
                <w:rFonts w:eastAsia="Arial" w:cs="Arial"/>
                <w:i/>
                <w:color w:val="707070"/>
                <w:sz w:val="20"/>
              </w:rPr>
              <w:t>&lt;Applicable AHJ testing&gt;</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6F2CD7" w14:textId="77777777" w:rsidR="00282991" w:rsidRDefault="00FE4586">
            <w:pPr>
              <w:spacing w:after="0"/>
            </w:pPr>
            <w:r>
              <w:rPr>
                <w:rFonts w:eastAsia="Arial" w:cs="Arial"/>
                <w:i/>
                <w:color w:val="707070"/>
                <w:sz w:val="20"/>
              </w:rPr>
              <w:t>&lt;Owner&gt;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5180BEC" w14:textId="77777777" w:rsidR="00282991" w:rsidRDefault="00FE4586">
            <w:pPr>
              <w:spacing w:after="0"/>
            </w:pPr>
            <w:r>
              <w:rPr>
                <w:rFonts w:eastAsia="Arial" w:cs="Arial"/>
                <w:i/>
                <w:color w:val="707070"/>
                <w:sz w:val="20"/>
              </w:rPr>
              <w:t>&lt;Location&gt;</w:t>
            </w:r>
          </w:p>
        </w:tc>
        <w:tc>
          <w:tcPr>
            <w:tcW w:w="12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68E3213" w14:textId="77777777" w:rsidR="00282991" w:rsidRDefault="00FE4586">
            <w:pPr>
              <w:spacing w:after="0"/>
            </w:pPr>
            <w:r>
              <w:rPr>
                <w:rFonts w:eastAsia="Arial" w:cs="Arial"/>
                <w:i/>
                <w:color w:val="707070"/>
                <w:sz w:val="20"/>
              </w:rPr>
              <w:t>&lt;Date&gt;</w:t>
            </w:r>
          </w:p>
        </w:tc>
      </w:tr>
      <w:tr w:rsidR="00282991" w14:paraId="441202E4"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7F41C01" w14:textId="77777777" w:rsidR="00282991" w:rsidRDefault="00FE4586">
            <w:pPr>
              <w:spacing w:after="0"/>
            </w:pPr>
            <w:r>
              <w:rPr>
                <w:rFonts w:eastAsia="Arial" w:cs="Arial"/>
                <w:i/>
                <w:color w:val="707070"/>
                <w:sz w:val="20"/>
              </w:rPr>
              <w:t>&lt;Other&gt;</w:t>
            </w:r>
          </w:p>
        </w:tc>
        <w:tc>
          <w:tcPr>
            <w:tcW w:w="33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AE3180C"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51E5B5A" w14:textId="77777777" w:rsidR="00282991" w:rsidRDefault="00FE4586">
            <w:pPr>
              <w:spacing w:after="0"/>
            </w:pPr>
            <w:r>
              <w:rPr>
                <w:rFonts w:eastAsia="Arial" w:cs="Arial"/>
                <w:i/>
                <w:color w:val="707070"/>
                <w:sz w:val="20"/>
              </w:rPr>
              <w:t>&lt;Owner&gt;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8A3611E" w14:textId="77777777" w:rsidR="00282991" w:rsidRDefault="00FE4586">
            <w:pPr>
              <w:spacing w:after="0"/>
            </w:pPr>
            <w:r>
              <w:rPr>
                <w:rFonts w:eastAsia="Arial" w:cs="Arial"/>
                <w:i/>
                <w:color w:val="707070"/>
                <w:sz w:val="20"/>
              </w:rPr>
              <w:t>&lt;Location&gt;</w:t>
            </w:r>
          </w:p>
        </w:tc>
        <w:tc>
          <w:tcPr>
            <w:tcW w:w="12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ED17211" w14:textId="77777777" w:rsidR="00282991" w:rsidRDefault="00FE4586">
            <w:pPr>
              <w:spacing w:after="0"/>
            </w:pPr>
            <w:r>
              <w:rPr>
                <w:rFonts w:eastAsia="Arial" w:cs="Arial"/>
                <w:i/>
                <w:color w:val="707070"/>
                <w:sz w:val="20"/>
              </w:rPr>
              <w:t>&lt;Date&gt;</w:t>
            </w:r>
          </w:p>
        </w:tc>
      </w:tr>
    </w:tbl>
    <w:p w14:paraId="0205C377" w14:textId="77777777" w:rsidR="00282991" w:rsidRDefault="00282991">
      <w:pPr>
        <w:spacing w:after="20"/>
      </w:pPr>
    </w:p>
    <w:p w14:paraId="32286F84" w14:textId="77777777" w:rsidR="00282991" w:rsidRDefault="00FE4586">
      <w:pPr>
        <w:pStyle w:val="Heading2"/>
      </w:pPr>
      <w:r>
        <w:rPr>
          <w:rFonts w:ascii="Arial" w:eastAsia="Arial" w:hAnsi="Arial" w:cs="Arial"/>
        </w:rPr>
        <w:t>D. Fire / Building / Accessibility Applicability</w:t>
      </w:r>
    </w:p>
    <w:p w14:paraId="544AF924" w14:textId="77777777" w:rsidR="00282991" w:rsidRDefault="00FE4586">
      <w:r>
        <w:rPr>
          <w:rFonts w:eastAsia="Arial" w:cs="Arial"/>
        </w:rPr>
        <w:t>Document whether the patient treatment area has one or more exits directly outside at grade level. If not, address the federal §494.60(d)/(e) LSC/HCFC layer, including 2012 NFPA 101 Ambulatory Health Care Occupancy and applicable 2012 NFPA 99 provisions. When the federal ESRD LSC survey applies, CMS-2786U is the provider-specific survey form. Maintain the separate Maine FMO/local AHJ code layer, including current State-adopted editions, permits, inspections and corrective actions.</w:t>
      </w:r>
    </w:p>
    <w:tbl>
      <w:tblPr>
        <w:tblW w:w="0" w:type="auto"/>
        <w:jc w:val="center"/>
        <w:tblLook w:val="04A0" w:firstRow="1" w:lastRow="0" w:firstColumn="1" w:lastColumn="0" w:noHBand="0" w:noVBand="1"/>
      </w:tblPr>
      <w:tblGrid>
        <w:gridCol w:w="10800"/>
      </w:tblGrid>
      <w:tr w:rsidR="00282991" w14:paraId="75441537" w14:textId="77777777">
        <w:trPr>
          <w:jc w:val="center"/>
        </w:trPr>
        <w:tc>
          <w:tcPr>
            <w:tcW w:w="10800" w:type="dxa"/>
            <w:shd w:val="clear" w:color="auto" w:fill="FBEDE7"/>
            <w:tcMar>
              <w:top w:w="90" w:type="dxa"/>
              <w:left w:w="100" w:type="dxa"/>
              <w:bottom w:w="90" w:type="dxa"/>
              <w:right w:w="100" w:type="dxa"/>
            </w:tcMar>
          </w:tcPr>
          <w:p w14:paraId="5B44B0EB" w14:textId="77777777" w:rsidR="00282991" w:rsidRDefault="00FE4586">
            <w:pPr>
              <w:spacing w:after="0"/>
            </w:pPr>
            <w:r>
              <w:rPr>
                <w:rFonts w:eastAsia="Arial" w:cs="Arial"/>
                <w:b/>
                <w:color w:val="E63B07"/>
                <w:sz w:val="19"/>
              </w:rPr>
              <w:lastRenderedPageBreak/>
              <w:t xml:space="preserve">MAINE EMERGENCY GENERATOR </w:t>
            </w:r>
            <w:r>
              <w:rPr>
                <w:rFonts w:eastAsia="Arial" w:cs="Arial"/>
                <w:sz w:val="18"/>
              </w:rPr>
              <w:t>Maine statute requires ESRD facilities to have a backup emergency generator and to make it operational for at least one-half hour each month, with records retained. This State requirement is distinct from CMS E-0041 language used for other provider types.</w:t>
            </w:r>
          </w:p>
        </w:tc>
      </w:tr>
    </w:tbl>
    <w:p w14:paraId="4FEEC3C2" w14:textId="77777777" w:rsidR="00282991" w:rsidRDefault="00282991">
      <w:pPr>
        <w:spacing w:after="20"/>
      </w:pPr>
    </w:p>
    <w:p w14:paraId="15D8CF28" w14:textId="77777777" w:rsidR="00282991" w:rsidRDefault="00FE4586">
      <w:r>
        <w:br w:type="page"/>
      </w:r>
    </w:p>
    <w:p w14:paraId="398FF7AA" w14:textId="77777777" w:rsidR="00282991" w:rsidRDefault="00FE4586">
      <w:pPr>
        <w:pStyle w:val="Heading1"/>
        <w:pBdr>
          <w:bottom w:val="single" w:sz="10" w:space="2" w:color="E63B07"/>
        </w:pBdr>
      </w:pPr>
      <w:r>
        <w:rPr>
          <w:rFonts w:ascii="Arial" w:eastAsia="Arial" w:hAnsi="Arial" w:cs="Arial"/>
        </w:rPr>
        <w:lastRenderedPageBreak/>
        <w:t>11. COMMUNICATIONS &amp; INFORMATION SYSTEMS</w:t>
      </w:r>
    </w:p>
    <w:tbl>
      <w:tblPr>
        <w:tblW w:w="0" w:type="auto"/>
        <w:jc w:val="center"/>
        <w:tblLook w:val="04A0" w:firstRow="1" w:lastRow="0" w:firstColumn="1" w:lastColumn="0" w:noHBand="0" w:noVBand="1"/>
      </w:tblPr>
      <w:tblGrid>
        <w:gridCol w:w="10800"/>
      </w:tblGrid>
      <w:tr w:rsidR="00282991" w14:paraId="6CDCD438" w14:textId="77777777">
        <w:trPr>
          <w:jc w:val="center"/>
        </w:trPr>
        <w:tc>
          <w:tcPr>
            <w:tcW w:w="10800" w:type="dxa"/>
            <w:shd w:val="clear" w:color="auto" w:fill="E8F2EF"/>
            <w:tcMar>
              <w:top w:w="90" w:type="dxa"/>
              <w:left w:w="100" w:type="dxa"/>
              <w:bottom w:w="90" w:type="dxa"/>
              <w:right w:w="100" w:type="dxa"/>
            </w:tcMar>
          </w:tcPr>
          <w:p w14:paraId="631D0F32" w14:textId="77777777" w:rsidR="00282991" w:rsidRDefault="00FE4586">
            <w:pPr>
              <w:spacing w:after="0"/>
            </w:pPr>
            <w:r>
              <w:rPr>
                <w:rFonts w:eastAsia="Arial" w:cs="Arial"/>
                <w:b/>
                <w:color w:val="015A41"/>
                <w:sz w:val="19"/>
              </w:rPr>
              <w:t xml:space="preserve">REGULATORY BASIS </w:t>
            </w:r>
            <w:r>
              <w:rPr>
                <w:rFonts w:eastAsia="Arial" w:cs="Arial"/>
                <w:sz w:val="18"/>
              </w:rPr>
              <w:t>42 CFR §494.62(c)(1)-(7); CMS Appendix Z, with ESRD-specific communication requirements.</w:t>
            </w:r>
          </w:p>
        </w:tc>
      </w:tr>
    </w:tbl>
    <w:p w14:paraId="6EC64720" w14:textId="77777777" w:rsidR="00282991" w:rsidRDefault="00282991">
      <w:pPr>
        <w:spacing w:after="20"/>
      </w:pPr>
    </w:p>
    <w:p w14:paraId="47A38E49" w14:textId="77777777" w:rsidR="00282991" w:rsidRDefault="00FE4586">
      <w:pPr>
        <w:pStyle w:val="Heading2"/>
      </w:pPr>
      <w:r>
        <w:rPr>
          <w:rFonts w:ascii="Arial" w:eastAsia="Arial" w:hAnsi="Arial" w:cs="Arial"/>
        </w:rPr>
        <w:t>A. Required Communication Elements</w:t>
      </w:r>
    </w:p>
    <w:tbl>
      <w:tblPr>
        <w:tblW w:w="0" w:type="auto"/>
        <w:jc w:val="center"/>
        <w:tblLayout w:type="fixed"/>
        <w:tblLook w:val="04A0" w:firstRow="1" w:lastRow="0" w:firstColumn="1" w:lastColumn="0" w:noHBand="0" w:noVBand="1"/>
      </w:tblPr>
      <w:tblGrid>
        <w:gridCol w:w="4896"/>
        <w:gridCol w:w="5904"/>
      </w:tblGrid>
      <w:tr w:rsidR="00282991" w14:paraId="413B8084" w14:textId="77777777">
        <w:trPr>
          <w:cantSplit/>
          <w:tblHeader/>
          <w:jc w:val="center"/>
        </w:trPr>
        <w:tc>
          <w:tcPr>
            <w:tcW w:w="489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8966381" w14:textId="77777777" w:rsidR="00282991" w:rsidRDefault="00FE4586">
            <w:pPr>
              <w:spacing w:after="0"/>
            </w:pPr>
            <w:r>
              <w:rPr>
                <w:rFonts w:eastAsia="Arial" w:cs="Arial"/>
                <w:b/>
                <w:color w:val="FFFFFF"/>
                <w:sz w:val="17"/>
              </w:rPr>
              <w:t>Required Element</w:t>
            </w:r>
          </w:p>
        </w:tc>
        <w:tc>
          <w:tcPr>
            <w:tcW w:w="590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C7435A9" w14:textId="77777777" w:rsidR="00282991" w:rsidRDefault="00FE4586">
            <w:pPr>
              <w:spacing w:after="0"/>
            </w:pPr>
            <w:r>
              <w:rPr>
                <w:rFonts w:eastAsia="Arial" w:cs="Arial"/>
                <w:b/>
                <w:color w:val="FFFFFF"/>
                <w:sz w:val="17"/>
              </w:rPr>
              <w:t>Facility Entry / Controlled Location</w:t>
            </w:r>
          </w:p>
        </w:tc>
      </w:tr>
      <w:tr w:rsidR="00282991" w14:paraId="48EC1E23" w14:textId="77777777">
        <w:trPr>
          <w:cantSplit/>
          <w:jc w:val="center"/>
        </w:trPr>
        <w:tc>
          <w:tcPr>
            <w:tcW w:w="4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2BE25FE" w14:textId="77777777" w:rsidR="00282991" w:rsidRDefault="00FE4586">
            <w:pPr>
              <w:spacing w:after="0"/>
            </w:pPr>
            <w:r>
              <w:rPr>
                <w:rFonts w:eastAsia="Arial" w:cs="Arial"/>
                <w:sz w:val="17"/>
              </w:rPr>
              <w:t>Staff names/contact information</w:t>
            </w:r>
          </w:p>
        </w:tc>
        <w:tc>
          <w:tcPr>
            <w:tcW w:w="59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3C4332C" w14:textId="77777777" w:rsidR="00282991" w:rsidRDefault="00FE4586">
            <w:pPr>
              <w:spacing w:after="0"/>
            </w:pPr>
            <w:r>
              <w:rPr>
                <w:rFonts w:eastAsia="Arial" w:cs="Arial"/>
                <w:i/>
                <w:color w:val="707070"/>
                <w:sz w:val="20"/>
              </w:rPr>
              <w:t>&lt;Controlled directory location&gt;</w:t>
            </w:r>
          </w:p>
        </w:tc>
      </w:tr>
      <w:tr w:rsidR="00282991" w14:paraId="6FD15E96" w14:textId="77777777">
        <w:trPr>
          <w:cantSplit/>
          <w:jc w:val="center"/>
        </w:trPr>
        <w:tc>
          <w:tcPr>
            <w:tcW w:w="4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54D07FF" w14:textId="77777777" w:rsidR="00282991" w:rsidRDefault="00FE4586">
            <w:pPr>
              <w:spacing w:after="0"/>
            </w:pPr>
            <w:r>
              <w:rPr>
                <w:rFonts w:eastAsia="Arial" w:cs="Arial"/>
                <w:sz w:val="17"/>
              </w:rPr>
              <w:t>Entities providing services under arrangement</w:t>
            </w:r>
          </w:p>
        </w:tc>
        <w:tc>
          <w:tcPr>
            <w:tcW w:w="59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7388EF7" w14:textId="77777777" w:rsidR="00282991" w:rsidRDefault="00FE4586">
            <w:pPr>
              <w:spacing w:after="0"/>
            </w:pPr>
            <w:r>
              <w:rPr>
                <w:rFonts w:eastAsia="Arial" w:cs="Arial"/>
                <w:i/>
                <w:color w:val="707070"/>
                <w:sz w:val="20"/>
              </w:rPr>
              <w:t>&lt;Directory / contract index&gt;</w:t>
            </w:r>
          </w:p>
        </w:tc>
      </w:tr>
      <w:tr w:rsidR="00282991" w14:paraId="2572946C" w14:textId="77777777">
        <w:trPr>
          <w:cantSplit/>
          <w:jc w:val="center"/>
        </w:trPr>
        <w:tc>
          <w:tcPr>
            <w:tcW w:w="4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E269DEC" w14:textId="77777777" w:rsidR="00282991" w:rsidRDefault="00FE4586">
            <w:pPr>
              <w:spacing w:after="0"/>
            </w:pPr>
            <w:r>
              <w:rPr>
                <w:rFonts w:eastAsia="Arial" w:cs="Arial"/>
                <w:sz w:val="17"/>
              </w:rPr>
              <w:t>Patients' physicians</w:t>
            </w:r>
          </w:p>
        </w:tc>
        <w:tc>
          <w:tcPr>
            <w:tcW w:w="59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A854345" w14:textId="77777777" w:rsidR="00282991" w:rsidRDefault="00FE4586">
            <w:pPr>
              <w:spacing w:after="0"/>
            </w:pPr>
            <w:r>
              <w:rPr>
                <w:rFonts w:eastAsia="Arial" w:cs="Arial"/>
                <w:i/>
                <w:color w:val="707070"/>
                <w:sz w:val="20"/>
              </w:rPr>
              <w:t>&lt;Method / directory source&gt;</w:t>
            </w:r>
          </w:p>
        </w:tc>
      </w:tr>
      <w:tr w:rsidR="00282991" w14:paraId="169774FF" w14:textId="77777777">
        <w:trPr>
          <w:cantSplit/>
          <w:jc w:val="center"/>
        </w:trPr>
        <w:tc>
          <w:tcPr>
            <w:tcW w:w="4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7B4AB5B" w14:textId="77777777" w:rsidR="00282991" w:rsidRDefault="00FE4586">
            <w:pPr>
              <w:spacing w:after="0"/>
            </w:pPr>
            <w:r>
              <w:rPr>
                <w:rFonts w:eastAsia="Arial" w:cs="Arial"/>
                <w:sz w:val="17"/>
              </w:rPr>
              <w:t>Other dialysis facilities</w:t>
            </w:r>
          </w:p>
        </w:tc>
        <w:tc>
          <w:tcPr>
            <w:tcW w:w="59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91E9DC6" w14:textId="77777777" w:rsidR="00282991" w:rsidRDefault="00FE4586">
            <w:pPr>
              <w:spacing w:after="0"/>
            </w:pPr>
            <w:r>
              <w:rPr>
                <w:rFonts w:eastAsia="Arial" w:cs="Arial"/>
                <w:i/>
                <w:color w:val="707070"/>
                <w:sz w:val="20"/>
              </w:rPr>
              <w:t>&lt;Directory&gt;</w:t>
            </w:r>
          </w:p>
        </w:tc>
      </w:tr>
      <w:tr w:rsidR="00282991" w14:paraId="288027B3" w14:textId="77777777">
        <w:trPr>
          <w:cantSplit/>
          <w:jc w:val="center"/>
        </w:trPr>
        <w:tc>
          <w:tcPr>
            <w:tcW w:w="4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B7019BA" w14:textId="77777777" w:rsidR="00282991" w:rsidRDefault="00FE4586">
            <w:pPr>
              <w:spacing w:after="0"/>
            </w:pPr>
            <w:r>
              <w:rPr>
                <w:rFonts w:eastAsia="Arial" w:cs="Arial"/>
                <w:sz w:val="17"/>
              </w:rPr>
              <w:t>Volunteers</w:t>
            </w:r>
          </w:p>
        </w:tc>
        <w:tc>
          <w:tcPr>
            <w:tcW w:w="59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697CC2A" w14:textId="77777777" w:rsidR="00282991" w:rsidRDefault="00FE4586">
            <w:pPr>
              <w:spacing w:after="0"/>
            </w:pPr>
            <w:r>
              <w:rPr>
                <w:rFonts w:eastAsia="Arial" w:cs="Arial"/>
                <w:i/>
                <w:color w:val="707070"/>
                <w:sz w:val="20"/>
              </w:rPr>
              <w:t>&lt;Directory if used&gt;</w:t>
            </w:r>
          </w:p>
        </w:tc>
      </w:tr>
      <w:tr w:rsidR="00282991" w14:paraId="4916D45A" w14:textId="77777777">
        <w:trPr>
          <w:cantSplit/>
          <w:jc w:val="center"/>
        </w:trPr>
        <w:tc>
          <w:tcPr>
            <w:tcW w:w="4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77FB998" w14:textId="77777777" w:rsidR="00282991" w:rsidRDefault="00FE4586">
            <w:pPr>
              <w:spacing w:after="0"/>
            </w:pPr>
            <w:r>
              <w:rPr>
                <w:rFonts w:eastAsia="Arial" w:cs="Arial"/>
                <w:sz w:val="17"/>
              </w:rPr>
              <w:t>Federal/State/tribal/regional/local emergency preparedness staff</w:t>
            </w:r>
          </w:p>
        </w:tc>
        <w:tc>
          <w:tcPr>
            <w:tcW w:w="59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9FFE591" w14:textId="77777777" w:rsidR="00282991" w:rsidRDefault="00FE4586">
            <w:pPr>
              <w:spacing w:after="0"/>
            </w:pPr>
            <w:r>
              <w:rPr>
                <w:rFonts w:eastAsia="Arial" w:cs="Arial"/>
                <w:i/>
                <w:color w:val="707070"/>
                <w:sz w:val="20"/>
              </w:rPr>
              <w:t>&lt;Directory&gt;</w:t>
            </w:r>
          </w:p>
        </w:tc>
      </w:tr>
      <w:tr w:rsidR="00282991" w14:paraId="16C03F54" w14:textId="77777777">
        <w:trPr>
          <w:cantSplit/>
          <w:jc w:val="center"/>
        </w:trPr>
        <w:tc>
          <w:tcPr>
            <w:tcW w:w="4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BDD5106" w14:textId="77777777" w:rsidR="00282991" w:rsidRDefault="00FE4586">
            <w:pPr>
              <w:spacing w:after="0"/>
            </w:pPr>
            <w:r>
              <w:rPr>
                <w:rFonts w:eastAsia="Arial" w:cs="Arial"/>
                <w:sz w:val="17"/>
              </w:rPr>
              <w:t>Other sources of assistance</w:t>
            </w:r>
          </w:p>
        </w:tc>
        <w:tc>
          <w:tcPr>
            <w:tcW w:w="59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479FBDE" w14:textId="77777777" w:rsidR="00282991" w:rsidRDefault="00FE4586">
            <w:pPr>
              <w:spacing w:after="0"/>
            </w:pPr>
            <w:r>
              <w:rPr>
                <w:rFonts w:eastAsia="Arial" w:cs="Arial"/>
                <w:i/>
                <w:color w:val="707070"/>
                <w:sz w:val="20"/>
              </w:rPr>
              <w:t>&lt;Directory&gt;</w:t>
            </w:r>
          </w:p>
        </w:tc>
      </w:tr>
      <w:tr w:rsidR="00282991" w14:paraId="4F2830B8" w14:textId="77777777">
        <w:trPr>
          <w:cantSplit/>
          <w:jc w:val="center"/>
        </w:trPr>
        <w:tc>
          <w:tcPr>
            <w:tcW w:w="4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84A3E86" w14:textId="77777777" w:rsidR="00282991" w:rsidRDefault="00FE4586">
            <w:pPr>
              <w:spacing w:after="0"/>
            </w:pPr>
            <w:r>
              <w:rPr>
                <w:rFonts w:eastAsia="Arial" w:cs="Arial"/>
                <w:sz w:val="17"/>
              </w:rPr>
              <w:t>Primary/alternate staff communication methods</w:t>
            </w:r>
          </w:p>
        </w:tc>
        <w:tc>
          <w:tcPr>
            <w:tcW w:w="59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34D7FB0" w14:textId="77777777" w:rsidR="00282991" w:rsidRDefault="00FE4586">
            <w:pPr>
              <w:spacing w:after="0"/>
            </w:pPr>
            <w:r>
              <w:rPr>
                <w:rFonts w:eastAsia="Arial" w:cs="Arial"/>
                <w:i/>
                <w:color w:val="707070"/>
                <w:sz w:val="20"/>
              </w:rPr>
              <w:t>&lt;Insert&gt;</w:t>
            </w:r>
          </w:p>
        </w:tc>
      </w:tr>
      <w:tr w:rsidR="00282991" w14:paraId="26A1C48F" w14:textId="77777777">
        <w:trPr>
          <w:cantSplit/>
          <w:jc w:val="center"/>
        </w:trPr>
        <w:tc>
          <w:tcPr>
            <w:tcW w:w="4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3E1DC03" w14:textId="77777777" w:rsidR="00282991" w:rsidRDefault="00FE4586">
            <w:pPr>
              <w:spacing w:after="0"/>
            </w:pPr>
            <w:r>
              <w:rPr>
                <w:rFonts w:eastAsia="Arial" w:cs="Arial"/>
                <w:sz w:val="17"/>
              </w:rPr>
              <w:t>Primary/alternate emergency-agency communication methods</w:t>
            </w:r>
          </w:p>
        </w:tc>
        <w:tc>
          <w:tcPr>
            <w:tcW w:w="59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AC22F6A" w14:textId="77777777" w:rsidR="00282991" w:rsidRDefault="00FE4586">
            <w:pPr>
              <w:spacing w:after="0"/>
            </w:pPr>
            <w:r>
              <w:rPr>
                <w:rFonts w:eastAsia="Arial" w:cs="Arial"/>
                <w:i/>
                <w:color w:val="707070"/>
                <w:sz w:val="20"/>
              </w:rPr>
              <w:t>&lt;Insert&gt;</w:t>
            </w:r>
          </w:p>
        </w:tc>
      </w:tr>
      <w:tr w:rsidR="00282991" w14:paraId="38C1B324" w14:textId="77777777">
        <w:trPr>
          <w:cantSplit/>
          <w:jc w:val="center"/>
        </w:trPr>
        <w:tc>
          <w:tcPr>
            <w:tcW w:w="4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6FE6DA1" w14:textId="77777777" w:rsidR="00282991" w:rsidRDefault="00FE4586">
            <w:pPr>
              <w:spacing w:after="0"/>
            </w:pPr>
            <w:r>
              <w:rPr>
                <w:rFonts w:eastAsia="Arial" w:cs="Arial"/>
                <w:sz w:val="17"/>
              </w:rPr>
              <w:t>Patient information / medical documentation sharing</w:t>
            </w:r>
          </w:p>
        </w:tc>
        <w:tc>
          <w:tcPr>
            <w:tcW w:w="59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9C07E80" w14:textId="77777777" w:rsidR="00282991" w:rsidRDefault="00FE4586">
            <w:pPr>
              <w:spacing w:after="0"/>
            </w:pPr>
            <w:r>
              <w:rPr>
                <w:rFonts w:eastAsia="Arial" w:cs="Arial"/>
                <w:i/>
                <w:color w:val="707070"/>
                <w:sz w:val="20"/>
              </w:rPr>
              <w:t>&lt;Insert / privacy procedure&gt;</w:t>
            </w:r>
          </w:p>
        </w:tc>
      </w:tr>
      <w:tr w:rsidR="00282991" w14:paraId="53A981D8" w14:textId="77777777">
        <w:trPr>
          <w:cantSplit/>
          <w:jc w:val="center"/>
        </w:trPr>
        <w:tc>
          <w:tcPr>
            <w:tcW w:w="4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A024038" w14:textId="77777777" w:rsidR="00282991" w:rsidRDefault="00FE4586">
            <w:pPr>
              <w:spacing w:after="0"/>
            </w:pPr>
            <w:r>
              <w:rPr>
                <w:rFonts w:eastAsia="Arial" w:cs="Arial"/>
                <w:sz w:val="17"/>
              </w:rPr>
              <w:t>Patient information release during evacuation</w:t>
            </w:r>
          </w:p>
        </w:tc>
        <w:tc>
          <w:tcPr>
            <w:tcW w:w="59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366A3DF" w14:textId="77777777" w:rsidR="00282991" w:rsidRDefault="00FE4586">
            <w:pPr>
              <w:spacing w:after="0"/>
            </w:pPr>
            <w:r>
              <w:rPr>
                <w:rFonts w:eastAsia="Arial" w:cs="Arial"/>
                <w:i/>
                <w:color w:val="707070"/>
                <w:sz w:val="20"/>
              </w:rPr>
              <w:t>&lt;Insert / privacy procedure&gt;</w:t>
            </w:r>
          </w:p>
        </w:tc>
      </w:tr>
      <w:tr w:rsidR="00282991" w14:paraId="35C60715" w14:textId="77777777">
        <w:trPr>
          <w:cantSplit/>
          <w:jc w:val="center"/>
        </w:trPr>
        <w:tc>
          <w:tcPr>
            <w:tcW w:w="4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8E72186" w14:textId="77777777" w:rsidR="00282991" w:rsidRDefault="00FE4586">
            <w:pPr>
              <w:spacing w:after="0"/>
            </w:pPr>
            <w:r>
              <w:rPr>
                <w:rFonts w:eastAsia="Arial" w:cs="Arial"/>
                <w:sz w:val="17"/>
              </w:rPr>
              <w:t>General condition/location information process</w:t>
            </w:r>
          </w:p>
        </w:tc>
        <w:tc>
          <w:tcPr>
            <w:tcW w:w="59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5FDD44A" w14:textId="77777777" w:rsidR="00282991" w:rsidRDefault="00FE4586">
            <w:pPr>
              <w:spacing w:after="0"/>
            </w:pPr>
            <w:r>
              <w:rPr>
                <w:rFonts w:eastAsia="Arial" w:cs="Arial"/>
                <w:i/>
                <w:color w:val="707070"/>
                <w:sz w:val="20"/>
              </w:rPr>
              <w:t>&lt;Insert / privacy procedure&gt;</w:t>
            </w:r>
          </w:p>
        </w:tc>
      </w:tr>
      <w:tr w:rsidR="00282991" w14:paraId="12BF4CE5" w14:textId="77777777">
        <w:trPr>
          <w:cantSplit/>
          <w:jc w:val="center"/>
        </w:trPr>
        <w:tc>
          <w:tcPr>
            <w:tcW w:w="4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90A6F33" w14:textId="77777777" w:rsidR="00282991" w:rsidRDefault="00FE4586">
            <w:pPr>
              <w:spacing w:after="0"/>
            </w:pPr>
            <w:r>
              <w:rPr>
                <w:rFonts w:eastAsia="Arial" w:cs="Arial"/>
                <w:sz w:val="17"/>
              </w:rPr>
              <w:t>Report facility occupancy / needs / ability to assist</w:t>
            </w:r>
          </w:p>
        </w:tc>
        <w:tc>
          <w:tcPr>
            <w:tcW w:w="59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0589E56" w14:textId="77777777" w:rsidR="00282991" w:rsidRDefault="00FE4586">
            <w:pPr>
              <w:spacing w:after="0"/>
            </w:pPr>
            <w:r>
              <w:rPr>
                <w:rFonts w:eastAsia="Arial" w:cs="Arial"/>
                <w:i/>
                <w:color w:val="707070"/>
                <w:sz w:val="20"/>
              </w:rPr>
              <w:t>&lt;AHJ / Incident Command / EOC process&gt;</w:t>
            </w:r>
          </w:p>
        </w:tc>
      </w:tr>
    </w:tbl>
    <w:p w14:paraId="4FF5A636" w14:textId="77777777" w:rsidR="00282991" w:rsidRDefault="00282991">
      <w:pPr>
        <w:spacing w:after="20"/>
      </w:pPr>
    </w:p>
    <w:p w14:paraId="1DF6483A" w14:textId="77777777" w:rsidR="00282991" w:rsidRDefault="00FE4586">
      <w:pPr>
        <w:pStyle w:val="Heading2"/>
      </w:pPr>
      <w:r>
        <w:rPr>
          <w:rFonts w:ascii="Arial" w:eastAsia="Arial" w:hAnsi="Arial" w:cs="Arial"/>
        </w:rPr>
        <w:t>B. Communication Methods</w:t>
      </w:r>
    </w:p>
    <w:tbl>
      <w:tblPr>
        <w:tblW w:w="0" w:type="auto"/>
        <w:jc w:val="center"/>
        <w:tblLayout w:type="fixed"/>
        <w:tblLook w:val="04A0" w:firstRow="1" w:lastRow="0" w:firstColumn="1" w:lastColumn="0" w:noHBand="0" w:noVBand="1"/>
      </w:tblPr>
      <w:tblGrid>
        <w:gridCol w:w="2448"/>
        <w:gridCol w:w="2880"/>
        <w:gridCol w:w="2880"/>
        <w:gridCol w:w="2592"/>
      </w:tblGrid>
      <w:tr w:rsidR="00282991" w14:paraId="5E313460" w14:textId="77777777">
        <w:trPr>
          <w:cantSplit/>
          <w:tblHeader/>
          <w:jc w:val="center"/>
        </w:trPr>
        <w:tc>
          <w:tcPr>
            <w:tcW w:w="244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C3D8E0C" w14:textId="77777777" w:rsidR="00282991" w:rsidRDefault="00FE4586">
            <w:pPr>
              <w:spacing w:after="0"/>
            </w:pPr>
            <w:r>
              <w:rPr>
                <w:rFonts w:eastAsia="Arial" w:cs="Arial"/>
                <w:b/>
                <w:color w:val="FFFFFF"/>
                <w:sz w:val="16"/>
              </w:rPr>
              <w:t>Audience</w:t>
            </w:r>
          </w:p>
        </w:tc>
        <w:tc>
          <w:tcPr>
            <w:tcW w:w="288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07F25F2" w14:textId="77777777" w:rsidR="00282991" w:rsidRDefault="00FE4586">
            <w:pPr>
              <w:spacing w:after="0"/>
            </w:pPr>
            <w:r>
              <w:rPr>
                <w:rFonts w:eastAsia="Arial" w:cs="Arial"/>
                <w:b/>
                <w:color w:val="FFFFFF"/>
                <w:sz w:val="16"/>
              </w:rPr>
              <w:t>Primary Method</w:t>
            </w:r>
          </w:p>
        </w:tc>
        <w:tc>
          <w:tcPr>
            <w:tcW w:w="288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8DF889D" w14:textId="77777777" w:rsidR="00282991" w:rsidRDefault="00FE4586">
            <w:pPr>
              <w:spacing w:after="0"/>
            </w:pPr>
            <w:r>
              <w:rPr>
                <w:rFonts w:eastAsia="Arial" w:cs="Arial"/>
                <w:b/>
                <w:color w:val="FFFFFF"/>
                <w:sz w:val="16"/>
              </w:rPr>
              <w:t>Alternate Method</w:t>
            </w:r>
          </w:p>
        </w:tc>
        <w:tc>
          <w:tcPr>
            <w:tcW w:w="259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2889E64" w14:textId="77777777" w:rsidR="00282991" w:rsidRDefault="00FE4586">
            <w:pPr>
              <w:spacing w:after="0"/>
            </w:pPr>
            <w:r>
              <w:rPr>
                <w:rFonts w:eastAsia="Arial" w:cs="Arial"/>
                <w:b/>
                <w:color w:val="FFFFFF"/>
                <w:sz w:val="16"/>
              </w:rPr>
              <w:t>Responsible Role</w:t>
            </w:r>
          </w:p>
        </w:tc>
      </w:tr>
      <w:tr w:rsidR="00282991" w14:paraId="1FCF0E8C"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0B31CBF" w14:textId="77777777" w:rsidR="00282991" w:rsidRDefault="00FE4586">
            <w:pPr>
              <w:spacing w:after="0"/>
            </w:pPr>
            <w:r>
              <w:rPr>
                <w:rFonts w:eastAsia="Arial" w:cs="Arial"/>
                <w:sz w:val="17"/>
              </w:rPr>
              <w:t>Staff</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2628502" w14:textId="77777777" w:rsidR="00282991" w:rsidRDefault="00FE4586">
            <w:pPr>
              <w:spacing w:after="0"/>
            </w:pPr>
            <w:r>
              <w:rPr>
                <w:rFonts w:eastAsia="Arial" w:cs="Arial"/>
                <w:i/>
                <w:color w:val="707070"/>
                <w:sz w:val="20"/>
              </w:rPr>
              <w:t>&lt;Insert&gt;</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8956B5A"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7443C6D" w14:textId="77777777" w:rsidR="00282991" w:rsidRDefault="00FE4586">
            <w:pPr>
              <w:spacing w:after="0"/>
            </w:pPr>
            <w:r>
              <w:rPr>
                <w:rFonts w:eastAsia="Arial" w:cs="Arial"/>
                <w:i/>
                <w:color w:val="707070"/>
                <w:sz w:val="20"/>
              </w:rPr>
              <w:t>&lt;Insert&gt;</w:t>
            </w:r>
          </w:p>
        </w:tc>
      </w:tr>
      <w:tr w:rsidR="00282991" w14:paraId="449DA0FC"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56DC861" w14:textId="77777777" w:rsidR="00282991" w:rsidRDefault="00FE4586">
            <w:pPr>
              <w:spacing w:after="0"/>
            </w:pPr>
            <w:r>
              <w:rPr>
                <w:rFonts w:eastAsia="Arial" w:cs="Arial"/>
                <w:sz w:val="17"/>
              </w:rPr>
              <w:t>Patients / caregivers</w:t>
            </w:r>
          </w:p>
        </w:tc>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FAD21EE" w14:textId="77777777" w:rsidR="00282991" w:rsidRDefault="00FE4586">
            <w:pPr>
              <w:spacing w:after="0"/>
            </w:pPr>
            <w:r>
              <w:rPr>
                <w:rFonts w:eastAsia="Arial" w:cs="Arial"/>
                <w:i/>
                <w:color w:val="707070"/>
                <w:sz w:val="20"/>
              </w:rPr>
              <w:t>&lt;Insert&gt;</w:t>
            </w:r>
          </w:p>
        </w:tc>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FFB887E"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FB02C3B" w14:textId="77777777" w:rsidR="00282991" w:rsidRDefault="00FE4586">
            <w:pPr>
              <w:spacing w:after="0"/>
            </w:pPr>
            <w:r>
              <w:rPr>
                <w:rFonts w:eastAsia="Arial" w:cs="Arial"/>
                <w:i/>
                <w:color w:val="707070"/>
                <w:sz w:val="20"/>
              </w:rPr>
              <w:t>&lt;Insert&gt;</w:t>
            </w:r>
          </w:p>
        </w:tc>
      </w:tr>
      <w:tr w:rsidR="00282991" w14:paraId="46EC540B"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E35BD4F" w14:textId="77777777" w:rsidR="00282991" w:rsidRDefault="00FE4586">
            <w:pPr>
              <w:spacing w:after="0"/>
            </w:pPr>
            <w:r>
              <w:rPr>
                <w:rFonts w:eastAsia="Arial" w:cs="Arial"/>
                <w:sz w:val="17"/>
              </w:rPr>
              <w:t>Emergency officials</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EAC70C5" w14:textId="77777777" w:rsidR="00282991" w:rsidRDefault="00FE4586">
            <w:pPr>
              <w:spacing w:after="0"/>
            </w:pPr>
            <w:r>
              <w:rPr>
                <w:rFonts w:eastAsia="Arial" w:cs="Arial"/>
                <w:i/>
                <w:color w:val="707070"/>
                <w:sz w:val="20"/>
              </w:rPr>
              <w:t>&lt;Insert&gt;</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86EECCA"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27ED634" w14:textId="77777777" w:rsidR="00282991" w:rsidRDefault="00FE4586">
            <w:pPr>
              <w:spacing w:after="0"/>
            </w:pPr>
            <w:r>
              <w:rPr>
                <w:rFonts w:eastAsia="Arial" w:cs="Arial"/>
                <w:i/>
                <w:color w:val="707070"/>
                <w:sz w:val="20"/>
              </w:rPr>
              <w:t>&lt;Insert&gt;</w:t>
            </w:r>
          </w:p>
        </w:tc>
      </w:tr>
      <w:tr w:rsidR="00282991" w14:paraId="34CCC03A"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3610AF3" w14:textId="77777777" w:rsidR="00282991" w:rsidRDefault="00FE4586">
            <w:pPr>
              <w:spacing w:after="0"/>
            </w:pPr>
            <w:r>
              <w:rPr>
                <w:rFonts w:eastAsia="Arial" w:cs="Arial"/>
                <w:sz w:val="17"/>
              </w:rPr>
              <w:t>Alternate dialysis / hospital partners</w:t>
            </w:r>
          </w:p>
        </w:tc>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CEE0E20" w14:textId="77777777" w:rsidR="00282991" w:rsidRDefault="00FE4586">
            <w:pPr>
              <w:spacing w:after="0"/>
            </w:pPr>
            <w:r>
              <w:rPr>
                <w:rFonts w:eastAsia="Arial" w:cs="Arial"/>
                <w:i/>
                <w:color w:val="707070"/>
                <w:sz w:val="20"/>
              </w:rPr>
              <w:t>&lt;Insert&gt;</w:t>
            </w:r>
          </w:p>
        </w:tc>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3A0D997"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CC821FD" w14:textId="77777777" w:rsidR="00282991" w:rsidRDefault="00FE4586">
            <w:pPr>
              <w:spacing w:after="0"/>
            </w:pPr>
            <w:r>
              <w:rPr>
                <w:rFonts w:eastAsia="Arial" w:cs="Arial"/>
                <w:i/>
                <w:color w:val="707070"/>
                <w:sz w:val="20"/>
              </w:rPr>
              <w:t>&lt;Insert&gt;</w:t>
            </w:r>
          </w:p>
        </w:tc>
      </w:tr>
      <w:tr w:rsidR="00282991" w14:paraId="642BA0CB"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DF73854" w14:textId="77777777" w:rsidR="00282991" w:rsidRDefault="00FE4586">
            <w:pPr>
              <w:spacing w:after="0"/>
            </w:pPr>
            <w:r>
              <w:rPr>
                <w:rFonts w:eastAsia="Arial" w:cs="Arial"/>
                <w:sz w:val="17"/>
              </w:rPr>
              <w:t>Transportation partners</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038BE65" w14:textId="77777777" w:rsidR="00282991" w:rsidRDefault="00FE4586">
            <w:pPr>
              <w:spacing w:after="0"/>
            </w:pPr>
            <w:r>
              <w:rPr>
                <w:rFonts w:eastAsia="Arial" w:cs="Arial"/>
                <w:i/>
                <w:color w:val="707070"/>
                <w:sz w:val="20"/>
              </w:rPr>
              <w:t>&lt;Insert&gt;</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BECCDEF"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6A507DD" w14:textId="77777777" w:rsidR="00282991" w:rsidRDefault="00FE4586">
            <w:pPr>
              <w:spacing w:after="0"/>
            </w:pPr>
            <w:r>
              <w:rPr>
                <w:rFonts w:eastAsia="Arial" w:cs="Arial"/>
                <w:i/>
                <w:color w:val="707070"/>
                <w:sz w:val="20"/>
              </w:rPr>
              <w:t>&lt;Insert&gt;</w:t>
            </w:r>
          </w:p>
        </w:tc>
      </w:tr>
      <w:tr w:rsidR="00282991" w14:paraId="3A25C279"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8C48115" w14:textId="77777777" w:rsidR="00282991" w:rsidRDefault="00FE4586">
            <w:pPr>
              <w:spacing w:after="0"/>
            </w:pPr>
            <w:r>
              <w:rPr>
                <w:rFonts w:eastAsia="Arial" w:cs="Arial"/>
                <w:sz w:val="17"/>
              </w:rPr>
              <w:t>Vendors / utilities</w:t>
            </w:r>
          </w:p>
        </w:tc>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598EDB4" w14:textId="77777777" w:rsidR="00282991" w:rsidRDefault="00FE4586">
            <w:pPr>
              <w:spacing w:after="0"/>
            </w:pPr>
            <w:r>
              <w:rPr>
                <w:rFonts w:eastAsia="Arial" w:cs="Arial"/>
                <w:i/>
                <w:color w:val="707070"/>
                <w:sz w:val="20"/>
              </w:rPr>
              <w:t>&lt;Insert&gt;</w:t>
            </w:r>
          </w:p>
        </w:tc>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6E3DB98"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E6C41D1" w14:textId="77777777" w:rsidR="00282991" w:rsidRDefault="00FE4586">
            <w:pPr>
              <w:spacing w:after="0"/>
            </w:pPr>
            <w:r>
              <w:rPr>
                <w:rFonts w:eastAsia="Arial" w:cs="Arial"/>
                <w:i/>
                <w:color w:val="707070"/>
                <w:sz w:val="20"/>
              </w:rPr>
              <w:t>&lt;Insert&gt;</w:t>
            </w:r>
          </w:p>
        </w:tc>
      </w:tr>
      <w:tr w:rsidR="00282991" w14:paraId="6970CE51"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5A263BD" w14:textId="77777777" w:rsidR="00282991" w:rsidRDefault="00FE4586">
            <w:pPr>
              <w:spacing w:after="0"/>
            </w:pPr>
            <w:r>
              <w:rPr>
                <w:rFonts w:eastAsia="Arial" w:cs="Arial"/>
                <w:sz w:val="17"/>
              </w:rPr>
              <w:t>Media / public</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1D923F3" w14:textId="77777777" w:rsidR="00282991" w:rsidRDefault="00FE4586">
            <w:pPr>
              <w:spacing w:after="0"/>
            </w:pPr>
            <w:r>
              <w:rPr>
                <w:rFonts w:eastAsia="Arial" w:cs="Arial"/>
                <w:i/>
                <w:color w:val="707070"/>
                <w:sz w:val="20"/>
              </w:rPr>
              <w:t>&lt;Insert&gt;</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244F666"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AAD67B7" w14:textId="77777777" w:rsidR="00282991" w:rsidRDefault="00FE4586">
            <w:pPr>
              <w:spacing w:after="0"/>
            </w:pPr>
            <w:r>
              <w:rPr>
                <w:rFonts w:eastAsia="Arial" w:cs="Arial"/>
                <w:i/>
                <w:color w:val="707070"/>
                <w:sz w:val="20"/>
              </w:rPr>
              <w:t>&lt;Insert&gt;</w:t>
            </w:r>
          </w:p>
        </w:tc>
      </w:tr>
    </w:tbl>
    <w:p w14:paraId="27A7D690" w14:textId="77777777" w:rsidR="00282991" w:rsidRDefault="00282991">
      <w:pPr>
        <w:spacing w:after="20"/>
      </w:pPr>
    </w:p>
    <w:p w14:paraId="6CDF23AF" w14:textId="77777777" w:rsidR="00282991" w:rsidRDefault="00FE4586">
      <w:pPr>
        <w:pStyle w:val="Heading2"/>
      </w:pPr>
      <w:r>
        <w:rPr>
          <w:rFonts w:ascii="Arial" w:eastAsia="Arial" w:hAnsi="Arial" w:cs="Arial"/>
        </w:rPr>
        <w:t>C. Extended Communications Outage</w:t>
      </w:r>
    </w:p>
    <w:p w14:paraId="4768D474" w14:textId="77777777" w:rsidR="00282991" w:rsidRDefault="00FE4586">
      <w:r>
        <w:rPr>
          <w:rFonts w:eastAsia="Arial" w:cs="Arial"/>
        </w:rPr>
        <w:t>The facility will identify practical alternate communications for cellular/Internet/VoIP outages based on local connectivity and interoperability. Options may include radios, satellite communications, runners, alternate sites, emergency-agency pathways, or other methods supported by the HVA.</w:t>
      </w:r>
    </w:p>
    <w:p w14:paraId="1BAB44ED" w14:textId="77777777" w:rsidR="00282991" w:rsidRDefault="00FE4586">
      <w:pPr>
        <w:pStyle w:val="Heading2"/>
      </w:pPr>
      <w:r>
        <w:rPr>
          <w:rFonts w:ascii="Arial" w:eastAsia="Arial" w:hAnsi="Arial" w:cs="Arial"/>
        </w:rPr>
        <w:t>D. Situational Awareness / Reporting</w:t>
      </w:r>
    </w:p>
    <w:p w14:paraId="14800953" w14:textId="77777777" w:rsidR="00282991" w:rsidRDefault="00FE4586">
      <w:r>
        <w:rPr>
          <w:rFonts w:eastAsia="Arial" w:cs="Arial"/>
        </w:rPr>
        <w:t>The facility will define how it provides information about facility occupancy, needs, and ability to provide assistance to the authority having jurisdiction, Incident Command/EOC, or designee, and how HCC-ME/EMResource may be used when appropriate without replacing required regulatory reporting.</w:t>
      </w:r>
    </w:p>
    <w:p w14:paraId="0EF264BC" w14:textId="77777777" w:rsidR="00282991" w:rsidRDefault="00FE4586">
      <w:r>
        <w:br w:type="page"/>
      </w:r>
    </w:p>
    <w:p w14:paraId="040F40E4" w14:textId="77777777" w:rsidR="00282991" w:rsidRDefault="00FE4586">
      <w:pPr>
        <w:pStyle w:val="Heading1"/>
        <w:pBdr>
          <w:bottom w:val="single" w:sz="10" w:space="2" w:color="E63B07"/>
        </w:pBdr>
      </w:pPr>
      <w:r>
        <w:rPr>
          <w:rFonts w:ascii="Arial" w:eastAsia="Arial" w:hAnsi="Arial" w:cs="Arial"/>
        </w:rPr>
        <w:lastRenderedPageBreak/>
        <w:t>12. EVACUATION, SHELTER-IN-PLACE, TREATMENT INTERRUPTION &amp; CLOSURE</w:t>
      </w:r>
    </w:p>
    <w:tbl>
      <w:tblPr>
        <w:tblW w:w="0" w:type="auto"/>
        <w:jc w:val="center"/>
        <w:tblLook w:val="04A0" w:firstRow="1" w:lastRow="0" w:firstColumn="1" w:lastColumn="0" w:noHBand="0" w:noVBand="1"/>
      </w:tblPr>
      <w:tblGrid>
        <w:gridCol w:w="10800"/>
      </w:tblGrid>
      <w:tr w:rsidR="00282991" w14:paraId="1FD9C434" w14:textId="77777777">
        <w:trPr>
          <w:jc w:val="center"/>
        </w:trPr>
        <w:tc>
          <w:tcPr>
            <w:tcW w:w="10800" w:type="dxa"/>
            <w:shd w:val="clear" w:color="auto" w:fill="E8F2EF"/>
            <w:tcMar>
              <w:top w:w="90" w:type="dxa"/>
              <w:left w:w="100" w:type="dxa"/>
              <w:bottom w:w="90" w:type="dxa"/>
              <w:right w:w="100" w:type="dxa"/>
            </w:tcMar>
          </w:tcPr>
          <w:p w14:paraId="58390DF8" w14:textId="77777777" w:rsidR="00282991" w:rsidRDefault="00FE4586">
            <w:pPr>
              <w:spacing w:after="0"/>
            </w:pPr>
            <w:r>
              <w:rPr>
                <w:rFonts w:eastAsia="Arial" w:cs="Arial"/>
                <w:b/>
                <w:color w:val="015A41"/>
                <w:sz w:val="19"/>
              </w:rPr>
              <w:t xml:space="preserve">REGULATORY BASIS </w:t>
            </w:r>
            <w:r>
              <w:rPr>
                <w:rFonts w:eastAsia="Arial" w:cs="Arial"/>
                <w:sz w:val="18"/>
              </w:rPr>
              <w:t>42 CFR §494.62(b)(1)-(3) and ESRD CMS guidance. Staff/patient tracking, safe evacuation, shelter in place, and safe discontinuation/disconnection of dialysis are core elements.</w:t>
            </w:r>
          </w:p>
        </w:tc>
      </w:tr>
    </w:tbl>
    <w:p w14:paraId="0048C1F5" w14:textId="77777777" w:rsidR="00282991" w:rsidRDefault="00282991">
      <w:pPr>
        <w:spacing w:after="20"/>
      </w:pPr>
    </w:p>
    <w:p w14:paraId="024576ED" w14:textId="77777777" w:rsidR="00282991" w:rsidRDefault="00FE4586">
      <w:pPr>
        <w:pStyle w:val="Heading2"/>
      </w:pPr>
      <w:r>
        <w:rPr>
          <w:rFonts w:ascii="Arial" w:eastAsia="Arial" w:hAnsi="Arial" w:cs="Arial"/>
        </w:rPr>
        <w:t>A. Evacuation / Treatment-Interruption Decision Criteria</w:t>
      </w:r>
    </w:p>
    <w:p w14:paraId="3DF007F0" w14:textId="77777777" w:rsidR="00282991" w:rsidRDefault="00FE4586">
      <w:pPr>
        <w:spacing w:after="20"/>
      </w:pPr>
      <w:r>
        <w:rPr>
          <w:rFonts w:eastAsia="Arial" w:cs="Arial"/>
          <w:color w:val="BBBBBB"/>
          <w:sz w:val="16"/>
        </w:rPr>
        <w:t>__________________________________________________________________________________________________</w:t>
      </w:r>
    </w:p>
    <w:p w14:paraId="3C6D5FFD" w14:textId="77777777" w:rsidR="00282991" w:rsidRDefault="00FE4586">
      <w:pPr>
        <w:spacing w:after="20"/>
      </w:pPr>
      <w:r>
        <w:rPr>
          <w:rFonts w:eastAsia="Arial" w:cs="Arial"/>
          <w:color w:val="BBBBBB"/>
          <w:sz w:val="16"/>
        </w:rPr>
        <w:t>__________________________________________________________________________________________________</w:t>
      </w:r>
    </w:p>
    <w:p w14:paraId="4B083058" w14:textId="77777777" w:rsidR="00282991" w:rsidRDefault="00FE4586">
      <w:pPr>
        <w:spacing w:after="20"/>
      </w:pPr>
      <w:r>
        <w:rPr>
          <w:rFonts w:eastAsia="Arial" w:cs="Arial"/>
          <w:color w:val="BBBBBB"/>
          <w:sz w:val="16"/>
        </w:rPr>
        <w:t>__________________________________________________________________________________________________</w:t>
      </w:r>
    </w:p>
    <w:p w14:paraId="14338C18" w14:textId="77777777" w:rsidR="00282991" w:rsidRDefault="00FE4586">
      <w:pPr>
        <w:spacing w:after="20"/>
      </w:pPr>
      <w:r>
        <w:rPr>
          <w:rFonts w:eastAsia="Arial" w:cs="Arial"/>
          <w:color w:val="BBBBBB"/>
          <w:sz w:val="16"/>
        </w:rPr>
        <w:t>__________________________________________________________________________________________________</w:t>
      </w:r>
    </w:p>
    <w:p w14:paraId="18922C51" w14:textId="77777777" w:rsidR="00282991" w:rsidRDefault="00FE4586">
      <w:pPr>
        <w:pStyle w:val="Heading2"/>
      </w:pPr>
      <w:r>
        <w:rPr>
          <w:rFonts w:ascii="Arial" w:eastAsia="Arial" w:hAnsi="Arial" w:cs="Arial"/>
        </w:rPr>
        <w:t>B. Evacuation Routes / Patient Needs</w:t>
      </w:r>
    </w:p>
    <w:tbl>
      <w:tblPr>
        <w:tblW w:w="0" w:type="auto"/>
        <w:jc w:val="center"/>
        <w:tblLayout w:type="fixed"/>
        <w:tblLook w:val="04A0" w:firstRow="1" w:lastRow="0" w:firstColumn="1" w:lastColumn="0" w:noHBand="0" w:noVBand="1"/>
      </w:tblPr>
      <w:tblGrid>
        <w:gridCol w:w="4032"/>
        <w:gridCol w:w="6768"/>
      </w:tblGrid>
      <w:tr w:rsidR="00282991" w14:paraId="2F0A4FBB" w14:textId="77777777">
        <w:trPr>
          <w:cantSplit/>
          <w:tblHeader/>
          <w:jc w:val="center"/>
        </w:trPr>
        <w:tc>
          <w:tcPr>
            <w:tcW w:w="403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ABAF0B9" w14:textId="77777777" w:rsidR="00282991" w:rsidRDefault="00FE4586">
            <w:pPr>
              <w:spacing w:after="0"/>
            </w:pPr>
            <w:r>
              <w:rPr>
                <w:rFonts w:eastAsia="Arial" w:cs="Arial"/>
                <w:b/>
                <w:color w:val="FFFFFF"/>
                <w:sz w:val="17"/>
              </w:rPr>
              <w:t>Field</w:t>
            </w:r>
          </w:p>
        </w:tc>
        <w:tc>
          <w:tcPr>
            <w:tcW w:w="676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0B1C61F" w14:textId="77777777" w:rsidR="00282991" w:rsidRDefault="00FE4586">
            <w:pPr>
              <w:spacing w:after="0"/>
            </w:pPr>
            <w:r>
              <w:rPr>
                <w:rFonts w:eastAsia="Arial" w:cs="Arial"/>
                <w:b/>
                <w:color w:val="FFFFFF"/>
                <w:sz w:val="17"/>
              </w:rPr>
              <w:t>Facility Entry</w:t>
            </w:r>
          </w:p>
        </w:tc>
      </w:tr>
      <w:tr w:rsidR="00282991" w14:paraId="7E30DD9F"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9A182D0" w14:textId="77777777" w:rsidR="00282991" w:rsidRDefault="00FE4586">
            <w:pPr>
              <w:spacing w:after="0"/>
            </w:pPr>
            <w:r>
              <w:rPr>
                <w:rFonts w:eastAsia="Arial" w:cs="Arial"/>
                <w:sz w:val="17"/>
              </w:rPr>
              <w:t>Primary exits/routes</w:t>
            </w:r>
          </w:p>
        </w:tc>
        <w:tc>
          <w:tcPr>
            <w:tcW w:w="67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4244327" w14:textId="77777777" w:rsidR="00282991" w:rsidRDefault="00FE4586">
            <w:pPr>
              <w:spacing w:after="0"/>
            </w:pPr>
            <w:r>
              <w:rPr>
                <w:rFonts w:eastAsia="Arial" w:cs="Arial"/>
                <w:i/>
                <w:color w:val="707070"/>
                <w:sz w:val="20"/>
              </w:rPr>
              <w:t>&lt;Reference current map / location&gt;</w:t>
            </w:r>
          </w:p>
        </w:tc>
      </w:tr>
      <w:tr w:rsidR="00282991" w14:paraId="2B3B731C"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3B30E47" w14:textId="77777777" w:rsidR="00282991" w:rsidRDefault="00FE4586">
            <w:pPr>
              <w:spacing w:after="0"/>
            </w:pPr>
            <w:r>
              <w:rPr>
                <w:rFonts w:eastAsia="Arial" w:cs="Arial"/>
                <w:sz w:val="17"/>
              </w:rPr>
              <w:t>Alternate exits/routes</w:t>
            </w:r>
          </w:p>
        </w:tc>
        <w:tc>
          <w:tcPr>
            <w:tcW w:w="67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7379AD2" w14:textId="77777777" w:rsidR="00282991" w:rsidRDefault="00FE4586">
            <w:pPr>
              <w:spacing w:after="0"/>
            </w:pPr>
            <w:r>
              <w:rPr>
                <w:rFonts w:eastAsia="Arial" w:cs="Arial"/>
                <w:i/>
                <w:color w:val="707070"/>
                <w:sz w:val="20"/>
              </w:rPr>
              <w:t>&lt;Insert&gt;</w:t>
            </w:r>
          </w:p>
        </w:tc>
      </w:tr>
      <w:tr w:rsidR="00282991" w14:paraId="1F379B2A"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2BBC6BA" w14:textId="77777777" w:rsidR="00282991" w:rsidRDefault="00FE4586">
            <w:pPr>
              <w:spacing w:after="0"/>
            </w:pPr>
            <w:r>
              <w:rPr>
                <w:rFonts w:eastAsia="Arial" w:cs="Arial"/>
                <w:sz w:val="17"/>
              </w:rPr>
              <w:t>Assembly/accountability area</w:t>
            </w:r>
          </w:p>
        </w:tc>
        <w:tc>
          <w:tcPr>
            <w:tcW w:w="67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8C380F9" w14:textId="77777777" w:rsidR="00282991" w:rsidRDefault="00FE4586">
            <w:pPr>
              <w:spacing w:after="0"/>
            </w:pPr>
            <w:r>
              <w:rPr>
                <w:rFonts w:eastAsia="Arial" w:cs="Arial"/>
                <w:i/>
                <w:color w:val="707070"/>
                <w:sz w:val="20"/>
              </w:rPr>
              <w:t>&lt;Insert&gt;</w:t>
            </w:r>
          </w:p>
        </w:tc>
      </w:tr>
      <w:tr w:rsidR="00282991" w14:paraId="41BBA620"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3485168" w14:textId="77777777" w:rsidR="00282991" w:rsidRDefault="00FE4586">
            <w:pPr>
              <w:spacing w:after="0"/>
            </w:pPr>
            <w:r>
              <w:rPr>
                <w:rFonts w:eastAsia="Arial" w:cs="Arial"/>
                <w:sz w:val="17"/>
              </w:rPr>
              <w:t>Accessible evacuation provisions</w:t>
            </w:r>
          </w:p>
        </w:tc>
        <w:tc>
          <w:tcPr>
            <w:tcW w:w="67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867D0A1" w14:textId="77777777" w:rsidR="00282991" w:rsidRDefault="00FE4586">
            <w:pPr>
              <w:spacing w:after="0"/>
            </w:pPr>
            <w:r>
              <w:rPr>
                <w:rFonts w:eastAsia="Arial" w:cs="Arial"/>
                <w:i/>
                <w:color w:val="707070"/>
                <w:sz w:val="20"/>
              </w:rPr>
              <w:t>&lt;Insert&gt;</w:t>
            </w:r>
          </w:p>
        </w:tc>
      </w:tr>
      <w:tr w:rsidR="00282991" w14:paraId="3A499E40"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6E0FA5B" w14:textId="77777777" w:rsidR="00282991" w:rsidRDefault="00FE4586">
            <w:pPr>
              <w:spacing w:after="0"/>
            </w:pPr>
            <w:r>
              <w:rPr>
                <w:rFonts w:eastAsia="Arial" w:cs="Arial"/>
                <w:sz w:val="17"/>
              </w:rPr>
              <w:t>Patients requiring assistance</w:t>
            </w:r>
          </w:p>
        </w:tc>
        <w:tc>
          <w:tcPr>
            <w:tcW w:w="67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FF16202" w14:textId="77777777" w:rsidR="00282991" w:rsidRDefault="00FE4586">
            <w:pPr>
              <w:spacing w:after="0"/>
            </w:pPr>
            <w:r>
              <w:rPr>
                <w:rFonts w:eastAsia="Arial" w:cs="Arial"/>
                <w:i/>
                <w:color w:val="707070"/>
                <w:sz w:val="20"/>
              </w:rPr>
              <w:t>&lt;Process&gt;</w:t>
            </w:r>
          </w:p>
        </w:tc>
      </w:tr>
      <w:tr w:rsidR="00282991" w14:paraId="350AC991"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548C794" w14:textId="77777777" w:rsidR="00282991" w:rsidRDefault="00FE4586">
            <w:pPr>
              <w:spacing w:after="0"/>
            </w:pPr>
            <w:r>
              <w:rPr>
                <w:rFonts w:eastAsia="Arial" w:cs="Arial"/>
                <w:sz w:val="17"/>
              </w:rPr>
              <w:t>Safe dialysis discontinuation/disconnection</w:t>
            </w:r>
          </w:p>
        </w:tc>
        <w:tc>
          <w:tcPr>
            <w:tcW w:w="67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41D59CC" w14:textId="77777777" w:rsidR="00282991" w:rsidRDefault="00FE4586">
            <w:pPr>
              <w:spacing w:after="0"/>
            </w:pPr>
            <w:r>
              <w:rPr>
                <w:rFonts w:eastAsia="Arial" w:cs="Arial"/>
                <w:i/>
                <w:color w:val="707070"/>
                <w:sz w:val="20"/>
              </w:rPr>
              <w:t>&lt;Process&gt;</w:t>
            </w:r>
          </w:p>
        </w:tc>
      </w:tr>
      <w:tr w:rsidR="00282991" w14:paraId="2DB1DFAA"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9E38D13" w14:textId="77777777" w:rsidR="00282991" w:rsidRDefault="00FE4586">
            <w:pPr>
              <w:spacing w:after="0"/>
            </w:pPr>
            <w:r>
              <w:rPr>
                <w:rFonts w:eastAsia="Arial" w:cs="Arial"/>
                <w:sz w:val="17"/>
              </w:rPr>
              <w:t>Access/bloodline considerations</w:t>
            </w:r>
          </w:p>
        </w:tc>
        <w:tc>
          <w:tcPr>
            <w:tcW w:w="67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9A80418" w14:textId="77777777" w:rsidR="00282991" w:rsidRDefault="00FE4586">
            <w:pPr>
              <w:spacing w:after="0"/>
            </w:pPr>
            <w:r>
              <w:rPr>
                <w:rFonts w:eastAsia="Arial" w:cs="Arial"/>
                <w:i/>
                <w:color w:val="707070"/>
                <w:sz w:val="20"/>
              </w:rPr>
              <w:t>&lt;Process&gt;</w:t>
            </w:r>
          </w:p>
        </w:tc>
      </w:tr>
      <w:tr w:rsidR="00282991" w14:paraId="4336A1BD"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BDE5986" w14:textId="77777777" w:rsidR="00282991" w:rsidRDefault="00FE4586">
            <w:pPr>
              <w:spacing w:after="0"/>
            </w:pPr>
            <w:r>
              <w:rPr>
                <w:rFonts w:eastAsia="Arial" w:cs="Arial"/>
                <w:sz w:val="17"/>
              </w:rPr>
              <w:t>Emergency equipment / medications / records</w:t>
            </w:r>
          </w:p>
        </w:tc>
        <w:tc>
          <w:tcPr>
            <w:tcW w:w="67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C1D1836" w14:textId="77777777" w:rsidR="00282991" w:rsidRDefault="00FE4586">
            <w:pPr>
              <w:spacing w:after="0"/>
            </w:pPr>
            <w:r>
              <w:rPr>
                <w:rFonts w:eastAsia="Arial" w:cs="Arial"/>
                <w:i/>
                <w:color w:val="707070"/>
                <w:sz w:val="20"/>
              </w:rPr>
              <w:t>&lt;Process&gt;</w:t>
            </w:r>
          </w:p>
        </w:tc>
      </w:tr>
      <w:tr w:rsidR="00282991" w14:paraId="2E5CAE00"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1E7AC80" w14:textId="77777777" w:rsidR="00282991" w:rsidRDefault="00FE4586">
            <w:pPr>
              <w:spacing w:after="0"/>
            </w:pPr>
            <w:r>
              <w:rPr>
                <w:rFonts w:eastAsia="Arial" w:cs="Arial"/>
                <w:sz w:val="17"/>
              </w:rPr>
              <w:t>External assistance / EMS</w:t>
            </w:r>
          </w:p>
        </w:tc>
        <w:tc>
          <w:tcPr>
            <w:tcW w:w="67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FD16000" w14:textId="77777777" w:rsidR="00282991" w:rsidRDefault="00FE4586">
            <w:pPr>
              <w:spacing w:after="0"/>
            </w:pPr>
            <w:r>
              <w:rPr>
                <w:rFonts w:eastAsia="Arial" w:cs="Arial"/>
                <w:i/>
                <w:color w:val="707070"/>
                <w:sz w:val="20"/>
              </w:rPr>
              <w:t>&lt;Process&gt;</w:t>
            </w:r>
          </w:p>
        </w:tc>
      </w:tr>
      <w:tr w:rsidR="00282991" w14:paraId="664854C3"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48C1336" w14:textId="77777777" w:rsidR="00282991" w:rsidRDefault="00FE4586">
            <w:pPr>
              <w:spacing w:after="0"/>
            </w:pPr>
            <w:r>
              <w:rPr>
                <w:rFonts w:eastAsia="Arial" w:cs="Arial"/>
                <w:sz w:val="17"/>
              </w:rPr>
              <w:t>Alternate dialysis / hospital destinations</w:t>
            </w:r>
          </w:p>
        </w:tc>
        <w:tc>
          <w:tcPr>
            <w:tcW w:w="67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CC9D6F4" w14:textId="77777777" w:rsidR="00282991" w:rsidRDefault="00FE4586">
            <w:pPr>
              <w:spacing w:after="0"/>
            </w:pPr>
            <w:r>
              <w:rPr>
                <w:rFonts w:eastAsia="Arial" w:cs="Arial"/>
                <w:i/>
                <w:color w:val="707070"/>
                <w:sz w:val="20"/>
              </w:rPr>
              <w:t>&lt;Process&gt;</w:t>
            </w:r>
          </w:p>
        </w:tc>
      </w:tr>
      <w:tr w:rsidR="00282991" w14:paraId="505119C5"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FE89C12" w14:textId="77777777" w:rsidR="00282991" w:rsidRDefault="00FE4586">
            <w:pPr>
              <w:spacing w:after="0"/>
            </w:pPr>
            <w:r>
              <w:rPr>
                <w:rFonts w:eastAsia="Arial" w:cs="Arial"/>
                <w:sz w:val="17"/>
              </w:rPr>
              <w:t>Transportation</w:t>
            </w:r>
          </w:p>
        </w:tc>
        <w:tc>
          <w:tcPr>
            <w:tcW w:w="67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9B85993" w14:textId="77777777" w:rsidR="00282991" w:rsidRDefault="00FE4586">
            <w:pPr>
              <w:spacing w:after="0"/>
            </w:pPr>
            <w:r>
              <w:rPr>
                <w:rFonts w:eastAsia="Arial" w:cs="Arial"/>
                <w:i/>
                <w:color w:val="707070"/>
                <w:sz w:val="20"/>
              </w:rPr>
              <w:t>&lt;Process&gt;</w:t>
            </w:r>
          </w:p>
        </w:tc>
      </w:tr>
    </w:tbl>
    <w:p w14:paraId="52566B57" w14:textId="77777777" w:rsidR="00282991" w:rsidRDefault="00282991">
      <w:pPr>
        <w:spacing w:after="20"/>
      </w:pPr>
    </w:p>
    <w:p w14:paraId="5860BB1A" w14:textId="77777777" w:rsidR="00282991" w:rsidRDefault="00FE4586">
      <w:pPr>
        <w:pStyle w:val="Heading2"/>
      </w:pPr>
      <w:r>
        <w:rPr>
          <w:rFonts w:ascii="Arial" w:eastAsia="Arial" w:hAnsi="Arial" w:cs="Arial"/>
        </w:rPr>
        <w:t>C. Shelter-in-Place</w:t>
      </w:r>
    </w:p>
    <w:tbl>
      <w:tblPr>
        <w:tblW w:w="0" w:type="auto"/>
        <w:jc w:val="center"/>
        <w:tblLayout w:type="fixed"/>
        <w:tblLook w:val="04A0" w:firstRow="1" w:lastRow="0" w:firstColumn="1" w:lastColumn="0" w:noHBand="0" w:noVBand="1"/>
      </w:tblPr>
      <w:tblGrid>
        <w:gridCol w:w="4032"/>
        <w:gridCol w:w="6768"/>
      </w:tblGrid>
      <w:tr w:rsidR="00282991" w14:paraId="00B963F6" w14:textId="77777777">
        <w:trPr>
          <w:cantSplit/>
          <w:tblHeader/>
          <w:jc w:val="center"/>
        </w:trPr>
        <w:tc>
          <w:tcPr>
            <w:tcW w:w="403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1F6ADC3" w14:textId="77777777" w:rsidR="00282991" w:rsidRDefault="00FE4586">
            <w:pPr>
              <w:spacing w:after="0"/>
            </w:pPr>
            <w:r>
              <w:rPr>
                <w:rFonts w:eastAsia="Arial" w:cs="Arial"/>
                <w:b/>
                <w:color w:val="FFFFFF"/>
                <w:sz w:val="17"/>
              </w:rPr>
              <w:t>Field</w:t>
            </w:r>
          </w:p>
        </w:tc>
        <w:tc>
          <w:tcPr>
            <w:tcW w:w="676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F74D919" w14:textId="77777777" w:rsidR="00282991" w:rsidRDefault="00FE4586">
            <w:pPr>
              <w:spacing w:after="0"/>
            </w:pPr>
            <w:r>
              <w:rPr>
                <w:rFonts w:eastAsia="Arial" w:cs="Arial"/>
                <w:b/>
                <w:color w:val="FFFFFF"/>
                <w:sz w:val="17"/>
              </w:rPr>
              <w:t>Facility Entry</w:t>
            </w:r>
          </w:p>
        </w:tc>
      </w:tr>
      <w:tr w:rsidR="00282991" w14:paraId="2A8B21B5"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33C799B" w14:textId="77777777" w:rsidR="00282991" w:rsidRDefault="00FE4586">
            <w:pPr>
              <w:spacing w:after="0"/>
            </w:pPr>
            <w:r>
              <w:rPr>
                <w:rFonts w:eastAsia="Arial" w:cs="Arial"/>
                <w:sz w:val="17"/>
              </w:rPr>
              <w:t>Shelter criteria</w:t>
            </w:r>
          </w:p>
        </w:tc>
        <w:tc>
          <w:tcPr>
            <w:tcW w:w="67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21213B7" w14:textId="77777777" w:rsidR="00282991" w:rsidRDefault="00FE4586">
            <w:pPr>
              <w:spacing w:after="0"/>
            </w:pPr>
            <w:r>
              <w:rPr>
                <w:rFonts w:eastAsia="Arial" w:cs="Arial"/>
                <w:i/>
                <w:color w:val="707070"/>
                <w:sz w:val="20"/>
              </w:rPr>
              <w:t>&lt;Insert&gt;</w:t>
            </w:r>
          </w:p>
        </w:tc>
      </w:tr>
      <w:tr w:rsidR="00282991" w14:paraId="19AE9EC7"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698E882" w14:textId="77777777" w:rsidR="00282991" w:rsidRDefault="00FE4586">
            <w:pPr>
              <w:spacing w:after="0"/>
            </w:pPr>
            <w:r>
              <w:rPr>
                <w:rFonts w:eastAsia="Arial" w:cs="Arial"/>
                <w:sz w:val="17"/>
              </w:rPr>
              <w:t>Designated safer areas</w:t>
            </w:r>
          </w:p>
        </w:tc>
        <w:tc>
          <w:tcPr>
            <w:tcW w:w="67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31C8F35" w14:textId="77777777" w:rsidR="00282991" w:rsidRDefault="00FE4586">
            <w:pPr>
              <w:spacing w:after="0"/>
            </w:pPr>
            <w:r>
              <w:rPr>
                <w:rFonts w:eastAsia="Arial" w:cs="Arial"/>
                <w:i/>
                <w:color w:val="707070"/>
                <w:sz w:val="20"/>
              </w:rPr>
              <w:t>&lt;Insert&gt;</w:t>
            </w:r>
          </w:p>
        </w:tc>
      </w:tr>
      <w:tr w:rsidR="00282991" w14:paraId="4646BD50"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B0DE673" w14:textId="77777777" w:rsidR="00282991" w:rsidRDefault="00FE4586">
            <w:pPr>
              <w:spacing w:after="0"/>
            </w:pPr>
            <w:r>
              <w:rPr>
                <w:rFonts w:eastAsia="Arial" w:cs="Arial"/>
                <w:sz w:val="17"/>
              </w:rPr>
              <w:t>Who may remain</w:t>
            </w:r>
          </w:p>
        </w:tc>
        <w:tc>
          <w:tcPr>
            <w:tcW w:w="67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F4E9F6C" w14:textId="77777777" w:rsidR="00282991" w:rsidRDefault="00FE4586">
            <w:pPr>
              <w:spacing w:after="0"/>
            </w:pPr>
            <w:r>
              <w:rPr>
                <w:rFonts w:eastAsia="Arial" w:cs="Arial"/>
                <w:i/>
                <w:color w:val="707070"/>
                <w:sz w:val="20"/>
              </w:rPr>
              <w:t>&lt;Insert&gt;</w:t>
            </w:r>
          </w:p>
        </w:tc>
      </w:tr>
      <w:tr w:rsidR="00282991" w14:paraId="12ED5808"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2D9800E" w14:textId="77777777" w:rsidR="00282991" w:rsidRDefault="00FE4586">
            <w:pPr>
              <w:spacing w:after="0"/>
            </w:pPr>
            <w:r>
              <w:rPr>
                <w:rFonts w:eastAsia="Arial" w:cs="Arial"/>
                <w:sz w:val="17"/>
              </w:rPr>
              <w:t>Dialysis treatment status / continuation criteria</w:t>
            </w:r>
          </w:p>
        </w:tc>
        <w:tc>
          <w:tcPr>
            <w:tcW w:w="67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D125256" w14:textId="77777777" w:rsidR="00282991" w:rsidRDefault="00FE4586">
            <w:pPr>
              <w:spacing w:after="0"/>
            </w:pPr>
            <w:r>
              <w:rPr>
                <w:rFonts w:eastAsia="Arial" w:cs="Arial"/>
                <w:i/>
                <w:color w:val="707070"/>
                <w:sz w:val="20"/>
              </w:rPr>
              <w:t>&lt;Insert&gt;</w:t>
            </w:r>
          </w:p>
        </w:tc>
      </w:tr>
      <w:tr w:rsidR="00282991" w14:paraId="017387AD"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656D385" w14:textId="77777777" w:rsidR="00282991" w:rsidRDefault="00FE4586">
            <w:pPr>
              <w:spacing w:after="0"/>
            </w:pPr>
            <w:r>
              <w:rPr>
                <w:rFonts w:eastAsia="Arial" w:cs="Arial"/>
                <w:sz w:val="17"/>
              </w:rPr>
              <w:t>Staffing</w:t>
            </w:r>
          </w:p>
        </w:tc>
        <w:tc>
          <w:tcPr>
            <w:tcW w:w="67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BFD5A07" w14:textId="77777777" w:rsidR="00282991" w:rsidRDefault="00FE4586">
            <w:pPr>
              <w:spacing w:after="0"/>
            </w:pPr>
            <w:r>
              <w:rPr>
                <w:rFonts w:eastAsia="Arial" w:cs="Arial"/>
                <w:i/>
                <w:color w:val="707070"/>
                <w:sz w:val="20"/>
              </w:rPr>
              <w:t>&lt;Insert&gt;</w:t>
            </w:r>
          </w:p>
        </w:tc>
      </w:tr>
      <w:tr w:rsidR="00282991" w14:paraId="7DC7F3C2"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828B61D" w14:textId="77777777" w:rsidR="00282991" w:rsidRDefault="00FE4586">
            <w:pPr>
              <w:spacing w:after="0"/>
            </w:pPr>
            <w:r>
              <w:rPr>
                <w:rFonts w:eastAsia="Arial" w:cs="Arial"/>
                <w:sz w:val="17"/>
              </w:rPr>
              <w:t>Patient/staff tracking</w:t>
            </w:r>
          </w:p>
        </w:tc>
        <w:tc>
          <w:tcPr>
            <w:tcW w:w="67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CDF4E33" w14:textId="77777777" w:rsidR="00282991" w:rsidRDefault="00FE4586">
            <w:pPr>
              <w:spacing w:after="0"/>
            </w:pPr>
            <w:r>
              <w:rPr>
                <w:rFonts w:eastAsia="Arial" w:cs="Arial"/>
                <w:i/>
                <w:color w:val="707070"/>
                <w:sz w:val="20"/>
              </w:rPr>
              <w:t>&lt;Insert&gt;</w:t>
            </w:r>
          </w:p>
        </w:tc>
      </w:tr>
      <w:tr w:rsidR="00282991" w14:paraId="4061F657"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ADF55A1" w14:textId="77777777" w:rsidR="00282991" w:rsidRDefault="00FE4586">
            <w:pPr>
              <w:spacing w:after="0"/>
            </w:pPr>
            <w:r>
              <w:rPr>
                <w:rFonts w:eastAsia="Arial" w:cs="Arial"/>
                <w:sz w:val="17"/>
              </w:rPr>
              <w:t>Communications</w:t>
            </w:r>
          </w:p>
        </w:tc>
        <w:tc>
          <w:tcPr>
            <w:tcW w:w="67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4E500F0" w14:textId="77777777" w:rsidR="00282991" w:rsidRDefault="00FE4586">
            <w:pPr>
              <w:spacing w:after="0"/>
            </w:pPr>
            <w:r>
              <w:rPr>
                <w:rFonts w:eastAsia="Arial" w:cs="Arial"/>
                <w:i/>
                <w:color w:val="707070"/>
                <w:sz w:val="20"/>
              </w:rPr>
              <w:t>&lt;Insert&gt;</w:t>
            </w:r>
          </w:p>
        </w:tc>
      </w:tr>
      <w:tr w:rsidR="00282991" w14:paraId="0A9CCDB8"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9344AD0" w14:textId="77777777" w:rsidR="00282991" w:rsidRDefault="00FE4586">
            <w:pPr>
              <w:spacing w:after="0"/>
            </w:pPr>
            <w:r>
              <w:rPr>
                <w:rFonts w:eastAsia="Arial" w:cs="Arial"/>
                <w:sz w:val="17"/>
              </w:rPr>
              <w:t>Security / access</w:t>
            </w:r>
          </w:p>
        </w:tc>
        <w:tc>
          <w:tcPr>
            <w:tcW w:w="67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626D3EC" w14:textId="77777777" w:rsidR="00282991" w:rsidRDefault="00FE4586">
            <w:pPr>
              <w:spacing w:after="0"/>
            </w:pPr>
            <w:r>
              <w:rPr>
                <w:rFonts w:eastAsia="Arial" w:cs="Arial"/>
                <w:i/>
                <w:color w:val="707070"/>
                <w:sz w:val="20"/>
              </w:rPr>
              <w:t>&lt;Insert&gt;</w:t>
            </w:r>
          </w:p>
        </w:tc>
      </w:tr>
      <w:tr w:rsidR="00282991" w14:paraId="0A36EEDA"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C8CBC2C" w14:textId="77777777" w:rsidR="00282991" w:rsidRDefault="00FE4586">
            <w:pPr>
              <w:spacing w:after="0"/>
            </w:pPr>
            <w:r>
              <w:rPr>
                <w:rFonts w:eastAsia="Arial" w:cs="Arial"/>
                <w:sz w:val="17"/>
              </w:rPr>
              <w:t>Water / sanitation / supplies</w:t>
            </w:r>
          </w:p>
        </w:tc>
        <w:tc>
          <w:tcPr>
            <w:tcW w:w="67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E1BC3E4" w14:textId="77777777" w:rsidR="00282991" w:rsidRDefault="00FE4586">
            <w:pPr>
              <w:spacing w:after="0"/>
            </w:pPr>
            <w:r>
              <w:rPr>
                <w:rFonts w:eastAsia="Arial" w:cs="Arial"/>
                <w:i/>
                <w:color w:val="707070"/>
                <w:sz w:val="20"/>
              </w:rPr>
              <w:t>&lt;Insert&gt;</w:t>
            </w:r>
          </w:p>
        </w:tc>
      </w:tr>
      <w:tr w:rsidR="00282991" w14:paraId="3164BBE4"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875DFC2" w14:textId="77777777" w:rsidR="00282991" w:rsidRDefault="00FE4586">
            <w:pPr>
              <w:spacing w:after="0"/>
            </w:pPr>
            <w:r>
              <w:rPr>
                <w:rFonts w:eastAsia="Arial" w:cs="Arial"/>
                <w:sz w:val="17"/>
              </w:rPr>
              <w:t>Transition to evacuation / closure triggers</w:t>
            </w:r>
          </w:p>
        </w:tc>
        <w:tc>
          <w:tcPr>
            <w:tcW w:w="67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D160904" w14:textId="77777777" w:rsidR="00282991" w:rsidRDefault="00FE4586">
            <w:pPr>
              <w:spacing w:after="0"/>
            </w:pPr>
            <w:r>
              <w:rPr>
                <w:rFonts w:eastAsia="Arial" w:cs="Arial"/>
                <w:i/>
                <w:color w:val="707070"/>
                <w:sz w:val="20"/>
              </w:rPr>
              <w:t>&lt;Insert&gt;</w:t>
            </w:r>
          </w:p>
        </w:tc>
      </w:tr>
    </w:tbl>
    <w:p w14:paraId="0088E0B7" w14:textId="77777777" w:rsidR="00282991" w:rsidRDefault="00282991">
      <w:pPr>
        <w:spacing w:after="20"/>
      </w:pPr>
    </w:p>
    <w:p w14:paraId="1E217984" w14:textId="77777777" w:rsidR="00282991" w:rsidRDefault="00FE4586">
      <w:pPr>
        <w:pStyle w:val="Heading2"/>
      </w:pPr>
      <w:r>
        <w:rPr>
          <w:rFonts w:ascii="Arial" w:eastAsia="Arial" w:hAnsi="Arial" w:cs="Arial"/>
        </w:rPr>
        <w:t>D. Service Closure / Patient Redirection</w:t>
      </w:r>
    </w:p>
    <w:tbl>
      <w:tblPr>
        <w:tblW w:w="0" w:type="auto"/>
        <w:jc w:val="center"/>
        <w:tblLayout w:type="fixed"/>
        <w:tblLook w:val="04A0" w:firstRow="1" w:lastRow="0" w:firstColumn="1" w:lastColumn="0" w:noHBand="0" w:noVBand="1"/>
      </w:tblPr>
      <w:tblGrid>
        <w:gridCol w:w="1872"/>
        <w:gridCol w:w="2304"/>
        <w:gridCol w:w="2304"/>
        <w:gridCol w:w="2736"/>
        <w:gridCol w:w="1728"/>
      </w:tblGrid>
      <w:tr w:rsidR="00282991" w14:paraId="62F741D8" w14:textId="77777777">
        <w:trPr>
          <w:cantSplit/>
          <w:tblHeader/>
          <w:jc w:val="center"/>
        </w:trPr>
        <w:tc>
          <w:tcPr>
            <w:tcW w:w="187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53F76CE" w14:textId="77777777" w:rsidR="00282991" w:rsidRDefault="00FE4586">
            <w:pPr>
              <w:spacing w:after="0"/>
            </w:pPr>
            <w:r>
              <w:rPr>
                <w:rFonts w:eastAsia="Arial" w:cs="Arial"/>
                <w:b/>
                <w:color w:val="FFFFFF"/>
                <w:sz w:val="15"/>
              </w:rPr>
              <w:t>Closure Level</w:t>
            </w:r>
          </w:p>
        </w:tc>
        <w:tc>
          <w:tcPr>
            <w:tcW w:w="230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EBD5E24" w14:textId="77777777" w:rsidR="00282991" w:rsidRDefault="00FE4586">
            <w:pPr>
              <w:spacing w:after="0"/>
            </w:pPr>
            <w:r>
              <w:rPr>
                <w:rFonts w:eastAsia="Arial" w:cs="Arial"/>
                <w:b/>
                <w:color w:val="FFFFFF"/>
                <w:sz w:val="15"/>
              </w:rPr>
              <w:t>Trigger / Authority</w:t>
            </w:r>
          </w:p>
        </w:tc>
        <w:tc>
          <w:tcPr>
            <w:tcW w:w="230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1D16E18" w14:textId="77777777" w:rsidR="00282991" w:rsidRDefault="00FE4586">
            <w:pPr>
              <w:spacing w:after="0"/>
            </w:pPr>
            <w:r>
              <w:rPr>
                <w:rFonts w:eastAsia="Arial" w:cs="Arial"/>
                <w:b/>
                <w:color w:val="FFFFFF"/>
                <w:sz w:val="15"/>
              </w:rPr>
              <w:t>Patient Communication</w:t>
            </w:r>
          </w:p>
        </w:tc>
        <w:tc>
          <w:tcPr>
            <w:tcW w:w="273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A797D3E" w14:textId="77777777" w:rsidR="00282991" w:rsidRDefault="00FE4586">
            <w:pPr>
              <w:spacing w:after="0"/>
            </w:pPr>
            <w:r>
              <w:rPr>
                <w:rFonts w:eastAsia="Arial" w:cs="Arial"/>
                <w:b/>
                <w:color w:val="FFFFFF"/>
                <w:sz w:val="15"/>
              </w:rPr>
              <w:t>Service Redirection / Transfer</w:t>
            </w:r>
          </w:p>
        </w:tc>
        <w:tc>
          <w:tcPr>
            <w:tcW w:w="172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1C66400" w14:textId="77777777" w:rsidR="00282991" w:rsidRDefault="00FE4586">
            <w:pPr>
              <w:spacing w:after="0"/>
            </w:pPr>
            <w:r>
              <w:rPr>
                <w:rFonts w:eastAsia="Arial" w:cs="Arial"/>
                <w:b/>
                <w:color w:val="FFFFFF"/>
                <w:sz w:val="15"/>
              </w:rPr>
              <w:t>Reopening Criteria</w:t>
            </w:r>
          </w:p>
        </w:tc>
      </w:tr>
      <w:tr w:rsidR="00282991" w14:paraId="2D9F8B30"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2A5E066" w14:textId="77777777" w:rsidR="00282991" w:rsidRDefault="00FE4586">
            <w:pPr>
              <w:spacing w:after="0"/>
            </w:pPr>
            <w:r>
              <w:rPr>
                <w:rFonts w:eastAsia="Arial" w:cs="Arial"/>
                <w:sz w:val="16"/>
              </w:rPr>
              <w:t>Delayed opening</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09E763A"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A2A92B9" w14:textId="77777777" w:rsidR="00282991" w:rsidRDefault="00FE4586">
            <w:pPr>
              <w:spacing w:after="0"/>
            </w:pPr>
            <w:r>
              <w:rPr>
                <w:rFonts w:eastAsia="Arial" w:cs="Arial"/>
                <w:i/>
                <w:color w:val="707070"/>
                <w:sz w:val="20"/>
              </w:rPr>
              <w:t>&lt;Insert&gt;</w:t>
            </w:r>
          </w:p>
        </w:tc>
        <w:tc>
          <w:tcPr>
            <w:tcW w:w="27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E4B7C3B"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0E99FAD" w14:textId="77777777" w:rsidR="00282991" w:rsidRDefault="00FE4586">
            <w:pPr>
              <w:spacing w:after="0"/>
            </w:pPr>
            <w:r>
              <w:rPr>
                <w:rFonts w:eastAsia="Arial" w:cs="Arial"/>
                <w:i/>
                <w:color w:val="707070"/>
                <w:sz w:val="20"/>
              </w:rPr>
              <w:t>&lt;Insert&gt;</w:t>
            </w:r>
          </w:p>
        </w:tc>
      </w:tr>
      <w:tr w:rsidR="00282991" w14:paraId="26557D86"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CAB7405" w14:textId="77777777" w:rsidR="00282991" w:rsidRDefault="00FE4586">
            <w:pPr>
              <w:spacing w:after="0"/>
            </w:pPr>
            <w:r>
              <w:rPr>
                <w:rFonts w:eastAsia="Arial" w:cs="Arial"/>
                <w:sz w:val="16"/>
              </w:rPr>
              <w:lastRenderedPageBreak/>
              <w:t>Altered schedule / reduced capacity</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88EDDE0"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BE2B017" w14:textId="77777777" w:rsidR="00282991" w:rsidRDefault="00FE4586">
            <w:pPr>
              <w:spacing w:after="0"/>
            </w:pPr>
            <w:r>
              <w:rPr>
                <w:rFonts w:eastAsia="Arial" w:cs="Arial"/>
                <w:i/>
                <w:color w:val="707070"/>
                <w:sz w:val="20"/>
              </w:rPr>
              <w:t>&lt;Insert&gt;</w:t>
            </w:r>
          </w:p>
        </w:tc>
        <w:tc>
          <w:tcPr>
            <w:tcW w:w="27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28A5AC4"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0C8E712" w14:textId="77777777" w:rsidR="00282991" w:rsidRDefault="00FE4586">
            <w:pPr>
              <w:spacing w:after="0"/>
            </w:pPr>
            <w:r>
              <w:rPr>
                <w:rFonts w:eastAsia="Arial" w:cs="Arial"/>
                <w:i/>
                <w:color w:val="707070"/>
                <w:sz w:val="20"/>
              </w:rPr>
              <w:t>&lt;Insert&gt;</w:t>
            </w:r>
          </w:p>
        </w:tc>
      </w:tr>
      <w:tr w:rsidR="00282991" w14:paraId="19350D63"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8BD4B4E" w14:textId="77777777" w:rsidR="00282991" w:rsidRDefault="00FE4586">
            <w:pPr>
              <w:spacing w:after="0"/>
            </w:pPr>
            <w:r>
              <w:rPr>
                <w:rFonts w:eastAsia="Arial" w:cs="Arial"/>
                <w:sz w:val="16"/>
              </w:rPr>
              <w:t>Partial closure</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0FED011"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A81091F" w14:textId="77777777" w:rsidR="00282991" w:rsidRDefault="00FE4586">
            <w:pPr>
              <w:spacing w:after="0"/>
            </w:pPr>
            <w:r>
              <w:rPr>
                <w:rFonts w:eastAsia="Arial" w:cs="Arial"/>
                <w:i/>
                <w:color w:val="707070"/>
                <w:sz w:val="20"/>
              </w:rPr>
              <w:t>&lt;Insert&gt;</w:t>
            </w:r>
          </w:p>
        </w:tc>
        <w:tc>
          <w:tcPr>
            <w:tcW w:w="27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347C826"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3D62423" w14:textId="77777777" w:rsidR="00282991" w:rsidRDefault="00FE4586">
            <w:pPr>
              <w:spacing w:after="0"/>
            </w:pPr>
            <w:r>
              <w:rPr>
                <w:rFonts w:eastAsia="Arial" w:cs="Arial"/>
                <w:i/>
                <w:color w:val="707070"/>
                <w:sz w:val="20"/>
              </w:rPr>
              <w:t>&lt;Insert&gt;</w:t>
            </w:r>
          </w:p>
        </w:tc>
      </w:tr>
      <w:tr w:rsidR="00282991" w14:paraId="22458203"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34F4B0F" w14:textId="77777777" w:rsidR="00282991" w:rsidRDefault="00FE4586">
            <w:pPr>
              <w:spacing w:after="0"/>
            </w:pPr>
            <w:r>
              <w:rPr>
                <w:rFonts w:eastAsia="Arial" w:cs="Arial"/>
                <w:sz w:val="16"/>
              </w:rPr>
              <w:t>Full closure</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3FF4BDA"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40DB605" w14:textId="77777777" w:rsidR="00282991" w:rsidRDefault="00FE4586">
            <w:pPr>
              <w:spacing w:after="0"/>
            </w:pPr>
            <w:r>
              <w:rPr>
                <w:rFonts w:eastAsia="Arial" w:cs="Arial"/>
                <w:i/>
                <w:color w:val="707070"/>
                <w:sz w:val="20"/>
              </w:rPr>
              <w:t>&lt;Insert&gt;</w:t>
            </w:r>
          </w:p>
        </w:tc>
        <w:tc>
          <w:tcPr>
            <w:tcW w:w="27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D0CD71F"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0A5C362" w14:textId="77777777" w:rsidR="00282991" w:rsidRDefault="00FE4586">
            <w:pPr>
              <w:spacing w:after="0"/>
            </w:pPr>
            <w:r>
              <w:rPr>
                <w:rFonts w:eastAsia="Arial" w:cs="Arial"/>
                <w:i/>
                <w:color w:val="707070"/>
                <w:sz w:val="20"/>
              </w:rPr>
              <w:t>&lt;Insert&gt;</w:t>
            </w:r>
          </w:p>
        </w:tc>
      </w:tr>
    </w:tbl>
    <w:p w14:paraId="5F9966DC" w14:textId="77777777" w:rsidR="00282991" w:rsidRDefault="00282991">
      <w:pPr>
        <w:spacing w:after="20"/>
      </w:pPr>
    </w:p>
    <w:p w14:paraId="1B0BE17D" w14:textId="77777777" w:rsidR="00282991" w:rsidRDefault="00FE4586">
      <w:r>
        <w:br w:type="page"/>
      </w:r>
    </w:p>
    <w:p w14:paraId="31D62A8A" w14:textId="77777777" w:rsidR="00282991" w:rsidRDefault="00FE4586">
      <w:pPr>
        <w:pStyle w:val="Heading1"/>
        <w:pBdr>
          <w:bottom w:val="single" w:sz="10" w:space="2" w:color="E63B07"/>
        </w:pBdr>
      </w:pPr>
      <w:r>
        <w:rPr>
          <w:rFonts w:ascii="Arial" w:eastAsia="Arial" w:hAnsi="Arial" w:cs="Arial"/>
        </w:rPr>
        <w:lastRenderedPageBreak/>
        <w:t>13. RECOVERY, CONTINUITY &amp; QAPI</w:t>
      </w:r>
    </w:p>
    <w:tbl>
      <w:tblPr>
        <w:tblW w:w="0" w:type="auto"/>
        <w:jc w:val="center"/>
        <w:tblLook w:val="04A0" w:firstRow="1" w:lastRow="0" w:firstColumn="1" w:lastColumn="0" w:noHBand="0" w:noVBand="1"/>
      </w:tblPr>
      <w:tblGrid>
        <w:gridCol w:w="10800"/>
      </w:tblGrid>
      <w:tr w:rsidR="00282991" w14:paraId="01CD2714" w14:textId="77777777">
        <w:trPr>
          <w:jc w:val="center"/>
        </w:trPr>
        <w:tc>
          <w:tcPr>
            <w:tcW w:w="10800" w:type="dxa"/>
            <w:shd w:val="clear" w:color="auto" w:fill="E8F2EF"/>
            <w:tcMar>
              <w:top w:w="90" w:type="dxa"/>
              <w:left w:w="100" w:type="dxa"/>
              <w:bottom w:w="90" w:type="dxa"/>
              <w:right w:w="100" w:type="dxa"/>
            </w:tcMar>
          </w:tcPr>
          <w:p w14:paraId="002AB778" w14:textId="77777777" w:rsidR="00282991" w:rsidRDefault="00FE4586">
            <w:pPr>
              <w:spacing w:after="0"/>
            </w:pPr>
            <w:r>
              <w:rPr>
                <w:rFonts w:eastAsia="Arial" w:cs="Arial"/>
                <w:b/>
                <w:color w:val="015A41"/>
                <w:sz w:val="19"/>
              </w:rPr>
              <w:t xml:space="preserve">REGULATORY BASIS </w:t>
            </w:r>
            <w:r>
              <w:rPr>
                <w:rFonts w:eastAsia="Arial" w:cs="Arial"/>
                <w:sz w:val="18"/>
              </w:rPr>
              <w:t>42 CFR §494.62(d)(2) requires analysis/documentation of exercises and emergency events and plan revision as needed. Supporting §494.110 connects emergency-related corrective action to QAPI when appropriate.</w:t>
            </w:r>
          </w:p>
        </w:tc>
      </w:tr>
    </w:tbl>
    <w:p w14:paraId="3660CB63" w14:textId="77777777" w:rsidR="00282991" w:rsidRDefault="00282991">
      <w:pPr>
        <w:spacing w:after="20"/>
      </w:pPr>
    </w:p>
    <w:p w14:paraId="3A6761C1" w14:textId="77777777" w:rsidR="00282991" w:rsidRDefault="00FE4586">
      <w:pPr>
        <w:pStyle w:val="Heading2"/>
      </w:pPr>
      <w:r>
        <w:rPr>
          <w:rFonts w:ascii="Arial" w:eastAsia="Arial" w:hAnsi="Arial" w:cs="Arial"/>
        </w:rPr>
        <w:t>A. Re-entry / Reopening Criteria</w:t>
      </w:r>
    </w:p>
    <w:p w14:paraId="2B1E09FF" w14:textId="77777777" w:rsidR="00282991" w:rsidRDefault="00FE4586">
      <w:pPr>
        <w:spacing w:after="20"/>
      </w:pPr>
      <w:r>
        <w:rPr>
          <w:rFonts w:eastAsia="Arial" w:cs="Arial"/>
          <w:color w:val="BBBBBB"/>
          <w:sz w:val="16"/>
        </w:rPr>
        <w:t>__________________________________________________________________________________________________</w:t>
      </w:r>
    </w:p>
    <w:p w14:paraId="3A725028" w14:textId="77777777" w:rsidR="00282991" w:rsidRDefault="00FE4586">
      <w:pPr>
        <w:spacing w:after="20"/>
      </w:pPr>
      <w:r>
        <w:rPr>
          <w:rFonts w:eastAsia="Arial" w:cs="Arial"/>
          <w:color w:val="BBBBBB"/>
          <w:sz w:val="16"/>
        </w:rPr>
        <w:t>__________________________________________________________________________________________________</w:t>
      </w:r>
    </w:p>
    <w:p w14:paraId="4E79E42C" w14:textId="77777777" w:rsidR="00282991" w:rsidRDefault="00FE4586">
      <w:pPr>
        <w:spacing w:after="20"/>
      </w:pPr>
      <w:r>
        <w:rPr>
          <w:rFonts w:eastAsia="Arial" w:cs="Arial"/>
          <w:color w:val="BBBBBB"/>
          <w:sz w:val="16"/>
        </w:rPr>
        <w:t>__________________________________________________________________________________________________</w:t>
      </w:r>
    </w:p>
    <w:p w14:paraId="35335D6D" w14:textId="77777777" w:rsidR="00282991" w:rsidRDefault="00FE4586">
      <w:pPr>
        <w:spacing w:after="20"/>
      </w:pPr>
      <w:r>
        <w:rPr>
          <w:rFonts w:eastAsia="Arial" w:cs="Arial"/>
          <w:color w:val="BBBBBB"/>
          <w:sz w:val="16"/>
        </w:rPr>
        <w:t>__________________________________________________________________________________________________</w:t>
      </w:r>
    </w:p>
    <w:p w14:paraId="0E93F897" w14:textId="77777777" w:rsidR="00282991" w:rsidRDefault="00FE4586">
      <w:pPr>
        <w:pStyle w:val="Heading2"/>
      </w:pPr>
      <w:r>
        <w:rPr>
          <w:rFonts w:ascii="Arial" w:eastAsia="Arial" w:hAnsi="Arial" w:cs="Arial"/>
        </w:rPr>
        <w:t>B. Restoration Priorities</w:t>
      </w:r>
    </w:p>
    <w:tbl>
      <w:tblPr>
        <w:tblW w:w="0" w:type="auto"/>
        <w:jc w:val="center"/>
        <w:tblLayout w:type="fixed"/>
        <w:tblLook w:val="04A0" w:firstRow="1" w:lastRow="0" w:firstColumn="1" w:lastColumn="0" w:noHBand="0" w:noVBand="1"/>
      </w:tblPr>
      <w:tblGrid>
        <w:gridCol w:w="1152"/>
        <w:gridCol w:w="4320"/>
        <w:gridCol w:w="2304"/>
        <w:gridCol w:w="3024"/>
      </w:tblGrid>
      <w:tr w:rsidR="00282991" w14:paraId="63BD7A3F" w14:textId="77777777">
        <w:trPr>
          <w:cantSplit/>
          <w:tblHeader/>
          <w:jc w:val="center"/>
        </w:trPr>
        <w:tc>
          <w:tcPr>
            <w:tcW w:w="115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DB47219" w14:textId="77777777" w:rsidR="00282991" w:rsidRDefault="00FE4586">
            <w:pPr>
              <w:spacing w:after="0"/>
            </w:pPr>
            <w:r>
              <w:rPr>
                <w:rFonts w:eastAsia="Arial" w:cs="Arial"/>
                <w:b/>
                <w:color w:val="FFFFFF"/>
                <w:sz w:val="17"/>
              </w:rPr>
              <w:t>Priority</w:t>
            </w:r>
          </w:p>
        </w:tc>
        <w:tc>
          <w:tcPr>
            <w:tcW w:w="432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E8A2097" w14:textId="77777777" w:rsidR="00282991" w:rsidRDefault="00FE4586">
            <w:pPr>
              <w:spacing w:after="0"/>
            </w:pPr>
            <w:r>
              <w:rPr>
                <w:rFonts w:eastAsia="Arial" w:cs="Arial"/>
                <w:b/>
                <w:color w:val="FFFFFF"/>
                <w:sz w:val="17"/>
              </w:rPr>
              <w:t>System / Service</w:t>
            </w:r>
          </w:p>
        </w:tc>
        <w:tc>
          <w:tcPr>
            <w:tcW w:w="230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4113631" w14:textId="77777777" w:rsidR="00282991" w:rsidRDefault="00FE4586">
            <w:pPr>
              <w:spacing w:after="0"/>
            </w:pPr>
            <w:r>
              <w:rPr>
                <w:rFonts w:eastAsia="Arial" w:cs="Arial"/>
                <w:b/>
                <w:color w:val="FFFFFF"/>
                <w:sz w:val="17"/>
              </w:rPr>
              <w:t>Owner</w:t>
            </w:r>
          </w:p>
        </w:tc>
        <w:tc>
          <w:tcPr>
            <w:tcW w:w="302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358E105" w14:textId="77777777" w:rsidR="00282991" w:rsidRDefault="00FE4586">
            <w:pPr>
              <w:spacing w:after="0"/>
            </w:pPr>
            <w:r>
              <w:rPr>
                <w:rFonts w:eastAsia="Arial" w:cs="Arial"/>
                <w:b/>
                <w:color w:val="FFFFFF"/>
                <w:sz w:val="17"/>
              </w:rPr>
              <w:t>Target / Criteria</w:t>
            </w:r>
          </w:p>
        </w:tc>
      </w:tr>
      <w:tr w:rsidR="00282991" w14:paraId="233992F8"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7079F45" w14:textId="77777777" w:rsidR="00282991" w:rsidRDefault="00FE4586">
            <w:pPr>
              <w:spacing w:after="0"/>
            </w:pPr>
            <w:r>
              <w:rPr>
                <w:rFonts w:eastAsia="Arial" w:cs="Arial"/>
                <w:sz w:val="17"/>
              </w:rPr>
              <w:t>1</w:t>
            </w:r>
          </w:p>
        </w:tc>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A7618D8"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FA3FD33" w14:textId="77777777" w:rsidR="00282991" w:rsidRDefault="00FE4586">
            <w:pPr>
              <w:spacing w:after="0"/>
            </w:pPr>
            <w:r>
              <w:rPr>
                <w:rFonts w:eastAsia="Arial" w:cs="Arial"/>
                <w:i/>
                <w:color w:val="707070"/>
                <w:sz w:val="20"/>
              </w:rPr>
              <w:t>&lt;Insert&gt;</w:t>
            </w:r>
          </w:p>
        </w:tc>
        <w:tc>
          <w:tcPr>
            <w:tcW w:w="302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1354233" w14:textId="77777777" w:rsidR="00282991" w:rsidRDefault="00FE4586">
            <w:pPr>
              <w:spacing w:after="0"/>
            </w:pPr>
            <w:r>
              <w:rPr>
                <w:rFonts w:eastAsia="Arial" w:cs="Arial"/>
                <w:i/>
                <w:color w:val="707070"/>
                <w:sz w:val="20"/>
              </w:rPr>
              <w:t>&lt;Insert&gt;</w:t>
            </w:r>
          </w:p>
        </w:tc>
      </w:tr>
      <w:tr w:rsidR="00282991" w14:paraId="2B799648"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2C7F20F" w14:textId="77777777" w:rsidR="00282991" w:rsidRDefault="00FE4586">
            <w:pPr>
              <w:spacing w:after="0"/>
            </w:pPr>
            <w:r>
              <w:rPr>
                <w:rFonts w:eastAsia="Arial" w:cs="Arial"/>
                <w:sz w:val="17"/>
              </w:rPr>
              <w:t>2</w:t>
            </w:r>
          </w:p>
        </w:tc>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B9E0B9A"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9301159" w14:textId="77777777" w:rsidR="00282991" w:rsidRDefault="00FE4586">
            <w:pPr>
              <w:spacing w:after="0"/>
            </w:pPr>
            <w:r>
              <w:rPr>
                <w:rFonts w:eastAsia="Arial" w:cs="Arial"/>
                <w:i/>
                <w:color w:val="707070"/>
                <w:sz w:val="20"/>
              </w:rPr>
              <w:t>&lt;Insert&gt;</w:t>
            </w:r>
          </w:p>
        </w:tc>
        <w:tc>
          <w:tcPr>
            <w:tcW w:w="302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4166DA8" w14:textId="77777777" w:rsidR="00282991" w:rsidRDefault="00FE4586">
            <w:pPr>
              <w:spacing w:after="0"/>
            </w:pPr>
            <w:r>
              <w:rPr>
                <w:rFonts w:eastAsia="Arial" w:cs="Arial"/>
                <w:i/>
                <w:color w:val="707070"/>
                <w:sz w:val="20"/>
              </w:rPr>
              <w:t>&lt;Insert&gt;</w:t>
            </w:r>
          </w:p>
        </w:tc>
      </w:tr>
      <w:tr w:rsidR="00282991" w14:paraId="7213B051"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287103C" w14:textId="77777777" w:rsidR="00282991" w:rsidRDefault="00FE4586">
            <w:pPr>
              <w:spacing w:after="0"/>
            </w:pPr>
            <w:r>
              <w:rPr>
                <w:rFonts w:eastAsia="Arial" w:cs="Arial"/>
                <w:sz w:val="17"/>
              </w:rPr>
              <w:t>3</w:t>
            </w:r>
          </w:p>
        </w:tc>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286C3F5"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7187914" w14:textId="77777777" w:rsidR="00282991" w:rsidRDefault="00FE4586">
            <w:pPr>
              <w:spacing w:after="0"/>
            </w:pPr>
            <w:r>
              <w:rPr>
                <w:rFonts w:eastAsia="Arial" w:cs="Arial"/>
                <w:i/>
                <w:color w:val="707070"/>
                <w:sz w:val="20"/>
              </w:rPr>
              <w:t>&lt;Insert&gt;</w:t>
            </w:r>
          </w:p>
        </w:tc>
        <w:tc>
          <w:tcPr>
            <w:tcW w:w="302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0E9BD66" w14:textId="77777777" w:rsidR="00282991" w:rsidRDefault="00FE4586">
            <w:pPr>
              <w:spacing w:after="0"/>
            </w:pPr>
            <w:r>
              <w:rPr>
                <w:rFonts w:eastAsia="Arial" w:cs="Arial"/>
                <w:i/>
                <w:color w:val="707070"/>
                <w:sz w:val="20"/>
              </w:rPr>
              <w:t>&lt;Insert&gt;</w:t>
            </w:r>
          </w:p>
        </w:tc>
      </w:tr>
      <w:tr w:rsidR="00282991" w14:paraId="1FF0C0BD"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8601174" w14:textId="77777777" w:rsidR="00282991" w:rsidRDefault="00FE4586">
            <w:pPr>
              <w:spacing w:after="0"/>
            </w:pPr>
            <w:r>
              <w:rPr>
                <w:rFonts w:eastAsia="Arial" w:cs="Arial"/>
                <w:sz w:val="17"/>
              </w:rPr>
              <w:t>4</w:t>
            </w:r>
          </w:p>
        </w:tc>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88A7D10"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3EC9446" w14:textId="77777777" w:rsidR="00282991" w:rsidRDefault="00FE4586">
            <w:pPr>
              <w:spacing w:after="0"/>
            </w:pPr>
            <w:r>
              <w:rPr>
                <w:rFonts w:eastAsia="Arial" w:cs="Arial"/>
                <w:i/>
                <w:color w:val="707070"/>
                <w:sz w:val="20"/>
              </w:rPr>
              <w:t>&lt;Insert&gt;</w:t>
            </w:r>
          </w:p>
        </w:tc>
        <w:tc>
          <w:tcPr>
            <w:tcW w:w="302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6010383" w14:textId="77777777" w:rsidR="00282991" w:rsidRDefault="00FE4586">
            <w:pPr>
              <w:spacing w:after="0"/>
            </w:pPr>
            <w:r>
              <w:rPr>
                <w:rFonts w:eastAsia="Arial" w:cs="Arial"/>
                <w:i/>
                <w:color w:val="707070"/>
                <w:sz w:val="20"/>
              </w:rPr>
              <w:t>&lt;Insert&gt;</w:t>
            </w:r>
          </w:p>
        </w:tc>
      </w:tr>
      <w:tr w:rsidR="00282991" w14:paraId="5CDEA863"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21EC7C8" w14:textId="77777777" w:rsidR="00282991" w:rsidRDefault="00FE4586">
            <w:pPr>
              <w:spacing w:after="0"/>
            </w:pPr>
            <w:r>
              <w:rPr>
                <w:rFonts w:eastAsia="Arial" w:cs="Arial"/>
                <w:sz w:val="17"/>
              </w:rPr>
              <w:t>5</w:t>
            </w:r>
          </w:p>
        </w:tc>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1E33B8B"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700EF3" w14:textId="77777777" w:rsidR="00282991" w:rsidRDefault="00FE4586">
            <w:pPr>
              <w:spacing w:after="0"/>
            </w:pPr>
            <w:r>
              <w:rPr>
                <w:rFonts w:eastAsia="Arial" w:cs="Arial"/>
                <w:i/>
                <w:color w:val="707070"/>
                <w:sz w:val="20"/>
              </w:rPr>
              <w:t>&lt;Insert&gt;</w:t>
            </w:r>
          </w:p>
        </w:tc>
        <w:tc>
          <w:tcPr>
            <w:tcW w:w="302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6FA56BE" w14:textId="77777777" w:rsidR="00282991" w:rsidRDefault="00FE4586">
            <w:pPr>
              <w:spacing w:after="0"/>
            </w:pPr>
            <w:r>
              <w:rPr>
                <w:rFonts w:eastAsia="Arial" w:cs="Arial"/>
                <w:i/>
                <w:color w:val="707070"/>
                <w:sz w:val="20"/>
              </w:rPr>
              <w:t>&lt;Insert&gt;</w:t>
            </w:r>
          </w:p>
        </w:tc>
      </w:tr>
      <w:tr w:rsidR="00282991" w14:paraId="2A6E6E3A"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4EED759" w14:textId="77777777" w:rsidR="00282991" w:rsidRDefault="00FE4586">
            <w:pPr>
              <w:spacing w:after="0"/>
            </w:pPr>
            <w:r>
              <w:rPr>
                <w:rFonts w:eastAsia="Arial" w:cs="Arial"/>
                <w:sz w:val="17"/>
              </w:rPr>
              <w:t>6</w:t>
            </w:r>
          </w:p>
        </w:tc>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9C85510"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5741796" w14:textId="77777777" w:rsidR="00282991" w:rsidRDefault="00FE4586">
            <w:pPr>
              <w:spacing w:after="0"/>
            </w:pPr>
            <w:r>
              <w:rPr>
                <w:rFonts w:eastAsia="Arial" w:cs="Arial"/>
                <w:i/>
                <w:color w:val="707070"/>
                <w:sz w:val="20"/>
              </w:rPr>
              <w:t>&lt;Insert&gt;</w:t>
            </w:r>
          </w:p>
        </w:tc>
        <w:tc>
          <w:tcPr>
            <w:tcW w:w="302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1B9A7FD" w14:textId="77777777" w:rsidR="00282991" w:rsidRDefault="00FE4586">
            <w:pPr>
              <w:spacing w:after="0"/>
            </w:pPr>
            <w:r>
              <w:rPr>
                <w:rFonts w:eastAsia="Arial" w:cs="Arial"/>
                <w:i/>
                <w:color w:val="707070"/>
                <w:sz w:val="20"/>
              </w:rPr>
              <w:t>&lt;Insert&gt;</w:t>
            </w:r>
          </w:p>
        </w:tc>
      </w:tr>
    </w:tbl>
    <w:p w14:paraId="69876E53" w14:textId="77777777" w:rsidR="00282991" w:rsidRDefault="00282991">
      <w:pPr>
        <w:spacing w:after="20"/>
      </w:pPr>
    </w:p>
    <w:p w14:paraId="0BA05C65" w14:textId="77777777" w:rsidR="00282991" w:rsidRDefault="00FE4586">
      <w:pPr>
        <w:pStyle w:val="Heading2"/>
      </w:pPr>
      <w:r>
        <w:rPr>
          <w:rFonts w:ascii="Arial" w:eastAsia="Arial" w:hAnsi="Arial" w:cs="Arial"/>
        </w:rPr>
        <w:t>C. Patient Continuity / Follow-Up</w:t>
      </w:r>
    </w:p>
    <w:p w14:paraId="220533EF" w14:textId="77777777" w:rsidR="00282991" w:rsidRDefault="00FE4586">
      <w:pPr>
        <w:spacing w:after="20"/>
      </w:pPr>
      <w:r>
        <w:rPr>
          <w:rFonts w:eastAsia="Arial" w:cs="Arial"/>
          <w:color w:val="BBBBBB"/>
          <w:sz w:val="16"/>
        </w:rPr>
        <w:t>__________________________________________________________________________________________________</w:t>
      </w:r>
    </w:p>
    <w:p w14:paraId="3CA615DE" w14:textId="77777777" w:rsidR="00282991" w:rsidRDefault="00FE4586">
      <w:pPr>
        <w:spacing w:after="20"/>
      </w:pPr>
      <w:r>
        <w:rPr>
          <w:rFonts w:eastAsia="Arial" w:cs="Arial"/>
          <w:color w:val="BBBBBB"/>
          <w:sz w:val="16"/>
        </w:rPr>
        <w:t>__________________________________________________________________________________________________</w:t>
      </w:r>
    </w:p>
    <w:p w14:paraId="4AA1A869" w14:textId="77777777" w:rsidR="00282991" w:rsidRDefault="00FE4586">
      <w:pPr>
        <w:spacing w:after="20"/>
      </w:pPr>
      <w:r>
        <w:rPr>
          <w:rFonts w:eastAsia="Arial" w:cs="Arial"/>
          <w:color w:val="BBBBBB"/>
          <w:sz w:val="16"/>
        </w:rPr>
        <w:t>__________________________________________________________________________________________________</w:t>
      </w:r>
    </w:p>
    <w:p w14:paraId="36C697EA" w14:textId="77777777" w:rsidR="00282991" w:rsidRDefault="00FE4586">
      <w:pPr>
        <w:spacing w:after="20"/>
      </w:pPr>
      <w:r>
        <w:rPr>
          <w:rFonts w:eastAsia="Arial" w:cs="Arial"/>
          <w:color w:val="BBBBBB"/>
          <w:sz w:val="16"/>
        </w:rPr>
        <w:t>__________________________________________________________________________________________________</w:t>
      </w:r>
    </w:p>
    <w:p w14:paraId="7BBEC8B1" w14:textId="77777777" w:rsidR="00282991" w:rsidRDefault="00FE4586">
      <w:pPr>
        <w:pStyle w:val="Heading2"/>
      </w:pPr>
      <w:r>
        <w:rPr>
          <w:rFonts w:ascii="Arial" w:eastAsia="Arial" w:hAnsi="Arial" w:cs="Arial"/>
        </w:rPr>
        <w:t>D. Water / Dialysate / Equipment Restoration Verification</w:t>
      </w:r>
    </w:p>
    <w:p w14:paraId="61262296" w14:textId="77777777" w:rsidR="00282991" w:rsidRDefault="00FE4586">
      <w:pPr>
        <w:spacing w:after="20"/>
      </w:pPr>
      <w:r>
        <w:rPr>
          <w:rFonts w:eastAsia="Arial" w:cs="Arial"/>
          <w:color w:val="BBBBBB"/>
          <w:sz w:val="16"/>
        </w:rPr>
        <w:t>__________________________________________________________________________________________________</w:t>
      </w:r>
    </w:p>
    <w:p w14:paraId="0F09D11A" w14:textId="77777777" w:rsidR="00282991" w:rsidRDefault="00FE4586">
      <w:pPr>
        <w:spacing w:after="20"/>
      </w:pPr>
      <w:r>
        <w:rPr>
          <w:rFonts w:eastAsia="Arial" w:cs="Arial"/>
          <w:color w:val="BBBBBB"/>
          <w:sz w:val="16"/>
        </w:rPr>
        <w:t>__________________________________________________________________________________________________</w:t>
      </w:r>
    </w:p>
    <w:p w14:paraId="06A7888C" w14:textId="77777777" w:rsidR="00282991" w:rsidRDefault="00FE4586">
      <w:pPr>
        <w:spacing w:after="20"/>
      </w:pPr>
      <w:r>
        <w:rPr>
          <w:rFonts w:eastAsia="Arial" w:cs="Arial"/>
          <w:color w:val="BBBBBB"/>
          <w:sz w:val="16"/>
        </w:rPr>
        <w:t>__________________________________________________________________________________________________</w:t>
      </w:r>
    </w:p>
    <w:p w14:paraId="642E1BE1" w14:textId="77777777" w:rsidR="00282991" w:rsidRDefault="00FE4586">
      <w:pPr>
        <w:spacing w:after="20"/>
      </w:pPr>
      <w:r>
        <w:rPr>
          <w:rFonts w:eastAsia="Arial" w:cs="Arial"/>
          <w:color w:val="BBBBBB"/>
          <w:sz w:val="16"/>
        </w:rPr>
        <w:t>__________________________________________________________________________________________________</w:t>
      </w:r>
    </w:p>
    <w:p w14:paraId="57F06958" w14:textId="77777777" w:rsidR="00282991" w:rsidRDefault="00FE4586">
      <w:pPr>
        <w:pStyle w:val="Heading2"/>
      </w:pPr>
      <w:r>
        <w:rPr>
          <w:rFonts w:ascii="Arial" w:eastAsia="Arial" w:hAnsi="Arial" w:cs="Arial"/>
        </w:rPr>
        <w:t>E. Staff / Patient Support &amp; Debrief</w:t>
      </w:r>
    </w:p>
    <w:p w14:paraId="3D06304F" w14:textId="77777777" w:rsidR="00282991" w:rsidRDefault="00FE4586">
      <w:pPr>
        <w:spacing w:after="20"/>
      </w:pPr>
      <w:r>
        <w:rPr>
          <w:rFonts w:eastAsia="Arial" w:cs="Arial"/>
          <w:color w:val="BBBBBB"/>
          <w:sz w:val="16"/>
        </w:rPr>
        <w:t>__________________________________________________________________________________________________</w:t>
      </w:r>
    </w:p>
    <w:p w14:paraId="31780A49" w14:textId="77777777" w:rsidR="00282991" w:rsidRDefault="00FE4586">
      <w:pPr>
        <w:spacing w:after="20"/>
      </w:pPr>
      <w:r>
        <w:rPr>
          <w:rFonts w:eastAsia="Arial" w:cs="Arial"/>
          <w:color w:val="BBBBBB"/>
          <w:sz w:val="16"/>
        </w:rPr>
        <w:t>__________________________________________________________________________________________________</w:t>
      </w:r>
    </w:p>
    <w:p w14:paraId="652F6636" w14:textId="77777777" w:rsidR="00282991" w:rsidRDefault="00FE4586">
      <w:pPr>
        <w:spacing w:after="20"/>
      </w:pPr>
      <w:r>
        <w:rPr>
          <w:rFonts w:eastAsia="Arial" w:cs="Arial"/>
          <w:color w:val="BBBBBB"/>
          <w:sz w:val="16"/>
        </w:rPr>
        <w:t>__________________________________________________________________________________________________</w:t>
      </w:r>
    </w:p>
    <w:p w14:paraId="667121B2" w14:textId="77777777" w:rsidR="00282991" w:rsidRDefault="00FE4586">
      <w:pPr>
        <w:pStyle w:val="Heading2"/>
      </w:pPr>
      <w:r>
        <w:rPr>
          <w:rFonts w:ascii="Arial" w:eastAsia="Arial" w:hAnsi="Arial" w:cs="Arial"/>
        </w:rPr>
        <w:t>F. After-Action Review / Improvement / QAPI</w:t>
      </w:r>
    </w:p>
    <w:tbl>
      <w:tblPr>
        <w:tblW w:w="0" w:type="auto"/>
        <w:jc w:val="center"/>
        <w:tblLayout w:type="fixed"/>
        <w:tblLook w:val="04A0" w:firstRow="1" w:lastRow="0" w:firstColumn="1" w:lastColumn="0" w:noHBand="0" w:noVBand="1"/>
      </w:tblPr>
      <w:tblGrid>
        <w:gridCol w:w="2304"/>
        <w:gridCol w:w="3168"/>
        <w:gridCol w:w="1872"/>
        <w:gridCol w:w="2160"/>
        <w:gridCol w:w="2016"/>
      </w:tblGrid>
      <w:tr w:rsidR="00282991" w14:paraId="16857B27" w14:textId="77777777">
        <w:trPr>
          <w:cantSplit/>
          <w:tblHeader/>
          <w:jc w:val="center"/>
        </w:trPr>
        <w:tc>
          <w:tcPr>
            <w:tcW w:w="230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D26A214" w14:textId="77777777" w:rsidR="00282991" w:rsidRDefault="00FE4586">
            <w:pPr>
              <w:spacing w:after="0"/>
            </w:pPr>
            <w:r>
              <w:rPr>
                <w:rFonts w:eastAsia="Arial" w:cs="Arial"/>
                <w:b/>
                <w:color w:val="FFFFFF"/>
                <w:sz w:val="15"/>
              </w:rPr>
              <w:t>Finding / Strength</w:t>
            </w:r>
          </w:p>
        </w:tc>
        <w:tc>
          <w:tcPr>
            <w:tcW w:w="316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E2488C5" w14:textId="77777777" w:rsidR="00282991" w:rsidRDefault="00FE4586">
            <w:pPr>
              <w:spacing w:after="0"/>
            </w:pPr>
            <w:r>
              <w:rPr>
                <w:rFonts w:eastAsia="Arial" w:cs="Arial"/>
                <w:b/>
                <w:color w:val="FFFFFF"/>
                <w:sz w:val="15"/>
              </w:rPr>
              <w:t>Corrective Action / Sustainment</w:t>
            </w:r>
          </w:p>
        </w:tc>
        <w:tc>
          <w:tcPr>
            <w:tcW w:w="187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A9FCD8E" w14:textId="77777777" w:rsidR="00282991" w:rsidRDefault="00FE4586">
            <w:pPr>
              <w:spacing w:after="0"/>
            </w:pPr>
            <w:r>
              <w:rPr>
                <w:rFonts w:eastAsia="Arial" w:cs="Arial"/>
                <w:b/>
                <w:color w:val="FFFFFF"/>
                <w:sz w:val="15"/>
              </w:rPr>
              <w:t>Owner / Due</w:t>
            </w:r>
          </w:p>
        </w:tc>
        <w:tc>
          <w:tcPr>
            <w:tcW w:w="216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F9D67ED" w14:textId="77777777" w:rsidR="00282991" w:rsidRDefault="00FE4586">
            <w:pPr>
              <w:spacing w:after="0"/>
            </w:pPr>
            <w:r>
              <w:rPr>
                <w:rFonts w:eastAsia="Arial" w:cs="Arial"/>
                <w:b/>
                <w:color w:val="FFFFFF"/>
                <w:sz w:val="15"/>
              </w:rPr>
              <w:t>Completion Evidence</w:t>
            </w:r>
          </w:p>
        </w:tc>
        <w:tc>
          <w:tcPr>
            <w:tcW w:w="201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4A8B06F" w14:textId="77777777" w:rsidR="00282991" w:rsidRDefault="00FE4586">
            <w:pPr>
              <w:spacing w:after="0"/>
            </w:pPr>
            <w:r>
              <w:rPr>
                <w:rFonts w:eastAsia="Arial" w:cs="Arial"/>
                <w:b/>
                <w:color w:val="FFFFFF"/>
                <w:sz w:val="15"/>
              </w:rPr>
              <w:t>Retest / QAPI Validation</w:t>
            </w:r>
          </w:p>
        </w:tc>
      </w:tr>
      <w:tr w:rsidR="00282991" w14:paraId="18C4D73E"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9D23F11" w14:textId="77777777" w:rsidR="00282991" w:rsidRDefault="00FE4586">
            <w:pPr>
              <w:spacing w:after="0"/>
            </w:pPr>
            <w:r>
              <w:rPr>
                <w:rFonts w:eastAsia="Arial" w:cs="Arial"/>
                <w:i/>
                <w:color w:val="707070"/>
                <w:sz w:val="20"/>
              </w:rPr>
              <w:t>&lt;Insert&gt;</w:t>
            </w:r>
          </w:p>
        </w:tc>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1CA35FC"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585D0FA"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9AEC4C9"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0C0352C" w14:textId="77777777" w:rsidR="00282991" w:rsidRDefault="00FE4586">
            <w:pPr>
              <w:spacing w:after="0"/>
            </w:pPr>
            <w:r>
              <w:rPr>
                <w:rFonts w:eastAsia="Arial" w:cs="Arial"/>
                <w:i/>
                <w:color w:val="707070"/>
                <w:sz w:val="20"/>
              </w:rPr>
              <w:t>&lt;Insert&gt;</w:t>
            </w:r>
          </w:p>
        </w:tc>
      </w:tr>
      <w:tr w:rsidR="00282991" w14:paraId="65C3BC90"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2821B8C" w14:textId="77777777" w:rsidR="00282991" w:rsidRDefault="00FE4586">
            <w:pPr>
              <w:spacing w:after="0"/>
            </w:pPr>
            <w:r>
              <w:rPr>
                <w:rFonts w:eastAsia="Arial" w:cs="Arial"/>
                <w:i/>
                <w:color w:val="707070"/>
                <w:sz w:val="20"/>
              </w:rPr>
              <w:t>&lt;Insert&gt;</w:t>
            </w:r>
          </w:p>
        </w:tc>
        <w:tc>
          <w:tcPr>
            <w:tcW w:w="31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467A246"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6C93E27"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1625F7F"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5F65264" w14:textId="77777777" w:rsidR="00282991" w:rsidRDefault="00FE4586">
            <w:pPr>
              <w:spacing w:after="0"/>
            </w:pPr>
            <w:r>
              <w:rPr>
                <w:rFonts w:eastAsia="Arial" w:cs="Arial"/>
                <w:i/>
                <w:color w:val="707070"/>
                <w:sz w:val="20"/>
              </w:rPr>
              <w:t>&lt;Insert&gt;</w:t>
            </w:r>
          </w:p>
        </w:tc>
      </w:tr>
      <w:tr w:rsidR="00282991" w14:paraId="402016FC"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125D248" w14:textId="77777777" w:rsidR="00282991" w:rsidRDefault="00FE4586">
            <w:pPr>
              <w:spacing w:after="0"/>
            </w:pPr>
            <w:r>
              <w:rPr>
                <w:rFonts w:eastAsia="Arial" w:cs="Arial"/>
                <w:i/>
                <w:color w:val="707070"/>
                <w:sz w:val="20"/>
              </w:rPr>
              <w:t>&lt;Insert&gt;</w:t>
            </w:r>
          </w:p>
        </w:tc>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300D232"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18CB14B"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D7A37A7"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4B5DE5B" w14:textId="77777777" w:rsidR="00282991" w:rsidRDefault="00FE4586">
            <w:pPr>
              <w:spacing w:after="0"/>
            </w:pPr>
            <w:r>
              <w:rPr>
                <w:rFonts w:eastAsia="Arial" w:cs="Arial"/>
                <w:i/>
                <w:color w:val="707070"/>
                <w:sz w:val="20"/>
              </w:rPr>
              <w:t>&lt;Insert&gt;</w:t>
            </w:r>
          </w:p>
        </w:tc>
      </w:tr>
      <w:tr w:rsidR="00282991" w14:paraId="71326209"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A1E97CA" w14:textId="77777777" w:rsidR="00282991" w:rsidRDefault="00FE4586">
            <w:pPr>
              <w:spacing w:after="0"/>
            </w:pPr>
            <w:r>
              <w:rPr>
                <w:rFonts w:eastAsia="Arial" w:cs="Arial"/>
                <w:i/>
                <w:color w:val="707070"/>
                <w:sz w:val="20"/>
              </w:rPr>
              <w:t>&lt;Insert&gt;</w:t>
            </w:r>
          </w:p>
        </w:tc>
        <w:tc>
          <w:tcPr>
            <w:tcW w:w="31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2B1FCD7"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13DC9DB"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A7592E1"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B907DAD" w14:textId="77777777" w:rsidR="00282991" w:rsidRDefault="00FE4586">
            <w:pPr>
              <w:spacing w:after="0"/>
            </w:pPr>
            <w:r>
              <w:rPr>
                <w:rFonts w:eastAsia="Arial" w:cs="Arial"/>
                <w:i/>
                <w:color w:val="707070"/>
                <w:sz w:val="20"/>
              </w:rPr>
              <w:t>&lt;Insert&gt;</w:t>
            </w:r>
          </w:p>
        </w:tc>
      </w:tr>
      <w:tr w:rsidR="00282991" w14:paraId="6C683280"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4E7EDC7" w14:textId="77777777" w:rsidR="00282991" w:rsidRDefault="00FE4586">
            <w:pPr>
              <w:spacing w:after="0"/>
            </w:pPr>
            <w:r>
              <w:rPr>
                <w:rFonts w:eastAsia="Arial" w:cs="Arial"/>
                <w:i/>
                <w:color w:val="707070"/>
                <w:sz w:val="20"/>
              </w:rPr>
              <w:t>&lt;Insert&gt;</w:t>
            </w:r>
          </w:p>
        </w:tc>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099C488"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6157C0E"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1451F71"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3D423A5" w14:textId="77777777" w:rsidR="00282991" w:rsidRDefault="00FE4586">
            <w:pPr>
              <w:spacing w:after="0"/>
            </w:pPr>
            <w:r>
              <w:rPr>
                <w:rFonts w:eastAsia="Arial" w:cs="Arial"/>
                <w:i/>
                <w:color w:val="707070"/>
                <w:sz w:val="20"/>
              </w:rPr>
              <w:t>&lt;Insert&gt;</w:t>
            </w:r>
          </w:p>
        </w:tc>
      </w:tr>
      <w:tr w:rsidR="00282991" w14:paraId="02F7A2AD"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466563A" w14:textId="77777777" w:rsidR="00282991" w:rsidRDefault="00FE4586">
            <w:pPr>
              <w:spacing w:after="0"/>
            </w:pPr>
            <w:r>
              <w:rPr>
                <w:rFonts w:eastAsia="Arial" w:cs="Arial"/>
                <w:i/>
                <w:color w:val="707070"/>
                <w:sz w:val="20"/>
              </w:rPr>
              <w:t>&lt;Insert&gt;</w:t>
            </w:r>
          </w:p>
        </w:tc>
        <w:tc>
          <w:tcPr>
            <w:tcW w:w="31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506E77C"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4EB2FA0"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D8EF414"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0366CC5" w14:textId="77777777" w:rsidR="00282991" w:rsidRDefault="00FE4586">
            <w:pPr>
              <w:spacing w:after="0"/>
            </w:pPr>
            <w:r>
              <w:rPr>
                <w:rFonts w:eastAsia="Arial" w:cs="Arial"/>
                <w:i/>
                <w:color w:val="707070"/>
                <w:sz w:val="20"/>
              </w:rPr>
              <w:t>&lt;Insert&gt;</w:t>
            </w:r>
          </w:p>
        </w:tc>
      </w:tr>
    </w:tbl>
    <w:p w14:paraId="712889E8" w14:textId="77777777" w:rsidR="00282991" w:rsidRDefault="00282991">
      <w:pPr>
        <w:spacing w:after="20"/>
      </w:pPr>
    </w:p>
    <w:p w14:paraId="3B3F78ED" w14:textId="77777777" w:rsidR="00282991" w:rsidRDefault="00FE4586">
      <w:r>
        <w:br w:type="page"/>
      </w:r>
    </w:p>
    <w:p w14:paraId="0D0EFF62" w14:textId="77777777" w:rsidR="00282991" w:rsidRDefault="00FE4586">
      <w:pPr>
        <w:pStyle w:val="Heading1"/>
        <w:pBdr>
          <w:bottom w:val="single" w:sz="10" w:space="2" w:color="E63B07"/>
        </w:pBdr>
      </w:pPr>
      <w:r>
        <w:rPr>
          <w:rFonts w:ascii="Arial" w:eastAsia="Arial" w:hAnsi="Arial" w:cs="Arial"/>
        </w:rPr>
        <w:lastRenderedPageBreak/>
        <w:t>14. GLOSSARY</w:t>
      </w:r>
    </w:p>
    <w:tbl>
      <w:tblPr>
        <w:tblW w:w="0" w:type="auto"/>
        <w:jc w:val="center"/>
        <w:tblLayout w:type="fixed"/>
        <w:tblLook w:val="04A0" w:firstRow="1" w:lastRow="0" w:firstColumn="1" w:lastColumn="0" w:noHBand="0" w:noVBand="1"/>
      </w:tblPr>
      <w:tblGrid>
        <w:gridCol w:w="3312"/>
        <w:gridCol w:w="7488"/>
      </w:tblGrid>
      <w:tr w:rsidR="00282991" w14:paraId="5BFB02D6" w14:textId="77777777">
        <w:trPr>
          <w:cantSplit/>
          <w:tblHeader/>
          <w:jc w:val="center"/>
        </w:trPr>
        <w:tc>
          <w:tcPr>
            <w:tcW w:w="331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367F991" w14:textId="77777777" w:rsidR="00282991" w:rsidRDefault="00FE4586">
            <w:pPr>
              <w:spacing w:after="0"/>
            </w:pPr>
            <w:r>
              <w:rPr>
                <w:rFonts w:eastAsia="Arial" w:cs="Arial"/>
                <w:b/>
                <w:color w:val="FFFFFF"/>
                <w:sz w:val="17"/>
              </w:rPr>
              <w:t>Term</w:t>
            </w:r>
          </w:p>
        </w:tc>
        <w:tc>
          <w:tcPr>
            <w:tcW w:w="748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6DDF48A" w14:textId="77777777" w:rsidR="00282991" w:rsidRDefault="00FE4586">
            <w:pPr>
              <w:spacing w:after="0"/>
            </w:pPr>
            <w:r>
              <w:rPr>
                <w:rFonts w:eastAsia="Arial" w:cs="Arial"/>
                <w:b/>
                <w:color w:val="FFFFFF"/>
                <w:sz w:val="17"/>
              </w:rPr>
              <w:t>Definition</w:t>
            </w:r>
          </w:p>
        </w:tc>
      </w:tr>
      <w:tr w:rsidR="00282991" w14:paraId="3402A025" w14:textId="77777777">
        <w:trPr>
          <w:cantSplit/>
          <w:jc w:val="center"/>
        </w:trPr>
        <w:tc>
          <w:tcPr>
            <w:tcW w:w="33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7A8A821" w14:textId="77777777" w:rsidR="00282991" w:rsidRDefault="00FE4586">
            <w:pPr>
              <w:spacing w:after="0"/>
            </w:pPr>
            <w:r>
              <w:rPr>
                <w:rFonts w:eastAsia="Arial" w:cs="Arial"/>
                <w:sz w:val="17"/>
              </w:rPr>
              <w:t>All-Hazards Approach</w:t>
            </w:r>
          </w:p>
        </w:tc>
        <w:tc>
          <w:tcPr>
            <w:tcW w:w="74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C46D268" w14:textId="77777777" w:rsidR="00282991" w:rsidRDefault="00FE4586">
            <w:pPr>
              <w:spacing w:after="0"/>
            </w:pPr>
            <w:r>
              <w:rPr>
                <w:rFonts w:eastAsia="Arial" w:cs="Arial"/>
                <w:sz w:val="17"/>
              </w:rPr>
              <w:t>Integrated preparedness focused on capabilities that address natural, human-caused, facility, technology, clinical and emerging infectious-disease emergencies.</w:t>
            </w:r>
          </w:p>
        </w:tc>
      </w:tr>
      <w:tr w:rsidR="00282991" w14:paraId="0BF18EC5" w14:textId="77777777">
        <w:trPr>
          <w:cantSplit/>
          <w:jc w:val="center"/>
        </w:trPr>
        <w:tc>
          <w:tcPr>
            <w:tcW w:w="33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3C68667" w14:textId="77777777" w:rsidR="00282991" w:rsidRDefault="00FE4586">
            <w:pPr>
              <w:spacing w:after="0"/>
            </w:pPr>
            <w:r>
              <w:rPr>
                <w:rFonts w:eastAsia="Arial" w:cs="Arial"/>
                <w:sz w:val="17"/>
              </w:rPr>
              <w:t>After-Action Report / Improvement Plan (AAR/IP)</w:t>
            </w:r>
          </w:p>
        </w:tc>
        <w:tc>
          <w:tcPr>
            <w:tcW w:w="74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21F0AE3" w14:textId="77777777" w:rsidR="00282991" w:rsidRDefault="00FE4586">
            <w:pPr>
              <w:spacing w:after="0"/>
            </w:pPr>
            <w:r>
              <w:rPr>
                <w:rFonts w:eastAsia="Arial" w:cs="Arial"/>
                <w:sz w:val="17"/>
              </w:rPr>
              <w:t>Documentation of strengths, gaps, corrective actions, owners, due dates and improvement activities following an exercise or actual event.</w:t>
            </w:r>
          </w:p>
        </w:tc>
      </w:tr>
      <w:tr w:rsidR="00282991" w14:paraId="22F42442" w14:textId="77777777">
        <w:trPr>
          <w:cantSplit/>
          <w:jc w:val="center"/>
        </w:trPr>
        <w:tc>
          <w:tcPr>
            <w:tcW w:w="33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CFEC90C" w14:textId="77777777" w:rsidR="00282991" w:rsidRDefault="00FE4586">
            <w:pPr>
              <w:spacing w:after="0"/>
            </w:pPr>
            <w:r>
              <w:rPr>
                <w:rFonts w:eastAsia="Arial" w:cs="Arial"/>
                <w:sz w:val="17"/>
              </w:rPr>
              <w:t>Authority Having Jurisdiction (AHJ)</w:t>
            </w:r>
          </w:p>
        </w:tc>
        <w:tc>
          <w:tcPr>
            <w:tcW w:w="74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573B503" w14:textId="77777777" w:rsidR="00282991" w:rsidRDefault="00FE4586">
            <w:pPr>
              <w:spacing w:after="0"/>
            </w:pPr>
            <w:r>
              <w:rPr>
                <w:rFonts w:eastAsia="Arial" w:cs="Arial"/>
                <w:sz w:val="17"/>
              </w:rPr>
              <w:t>Agency or official with statutory/regulatory authority for a requirement, inspection or emergency action.</w:t>
            </w:r>
          </w:p>
        </w:tc>
      </w:tr>
      <w:tr w:rsidR="00282991" w14:paraId="29D2CDAD" w14:textId="77777777">
        <w:trPr>
          <w:cantSplit/>
          <w:jc w:val="center"/>
        </w:trPr>
        <w:tc>
          <w:tcPr>
            <w:tcW w:w="33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B1FCE99" w14:textId="77777777" w:rsidR="00282991" w:rsidRDefault="00FE4586">
            <w:pPr>
              <w:spacing w:after="0"/>
            </w:pPr>
            <w:r>
              <w:rPr>
                <w:rFonts w:eastAsia="Arial" w:cs="Arial"/>
                <w:sz w:val="17"/>
              </w:rPr>
              <w:t>Continuity of Operations (COOP)</w:t>
            </w:r>
          </w:p>
        </w:tc>
        <w:tc>
          <w:tcPr>
            <w:tcW w:w="74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E457628" w14:textId="77777777" w:rsidR="00282991" w:rsidRDefault="00FE4586">
            <w:pPr>
              <w:spacing w:after="0"/>
            </w:pPr>
            <w:r>
              <w:rPr>
                <w:rFonts w:eastAsia="Arial" w:cs="Arial"/>
                <w:sz w:val="17"/>
              </w:rPr>
              <w:t>Planning to sustain essential functions/services during disruption and restore normal operations.</w:t>
            </w:r>
          </w:p>
        </w:tc>
      </w:tr>
      <w:tr w:rsidR="00282991" w14:paraId="0BC77285" w14:textId="77777777">
        <w:trPr>
          <w:cantSplit/>
          <w:jc w:val="center"/>
        </w:trPr>
        <w:tc>
          <w:tcPr>
            <w:tcW w:w="33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72923F7" w14:textId="77777777" w:rsidR="00282991" w:rsidRDefault="00FE4586">
            <w:pPr>
              <w:spacing w:after="0"/>
            </w:pPr>
            <w:r>
              <w:rPr>
                <w:rFonts w:eastAsia="Arial" w:cs="Arial"/>
                <w:sz w:val="17"/>
              </w:rPr>
              <w:t>Dialysis Treatment Interruption</w:t>
            </w:r>
          </w:p>
        </w:tc>
        <w:tc>
          <w:tcPr>
            <w:tcW w:w="74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0558476" w14:textId="77777777" w:rsidR="00282991" w:rsidRDefault="00FE4586">
            <w:pPr>
              <w:spacing w:after="0"/>
            </w:pPr>
            <w:r>
              <w:rPr>
                <w:rFonts w:eastAsia="Arial" w:cs="Arial"/>
                <w:sz w:val="17"/>
              </w:rPr>
              <w:t>Unplanned shortening, discontinuation, delay or inability to provide the prescribed dialysis treatment, requiring clinical assessment and continuity action.</w:t>
            </w:r>
          </w:p>
        </w:tc>
      </w:tr>
      <w:tr w:rsidR="00282991" w14:paraId="6F2477A2" w14:textId="77777777">
        <w:trPr>
          <w:cantSplit/>
          <w:jc w:val="center"/>
        </w:trPr>
        <w:tc>
          <w:tcPr>
            <w:tcW w:w="33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D810F03" w14:textId="77777777" w:rsidR="00282991" w:rsidRDefault="00FE4586">
            <w:pPr>
              <w:spacing w:after="0"/>
            </w:pPr>
            <w:r>
              <w:rPr>
                <w:rFonts w:eastAsia="Arial" w:cs="Arial"/>
                <w:sz w:val="17"/>
              </w:rPr>
              <w:t>Emergency Operations Plan (EOP)</w:t>
            </w:r>
          </w:p>
        </w:tc>
        <w:tc>
          <w:tcPr>
            <w:tcW w:w="74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B29D6DB" w14:textId="77777777" w:rsidR="00282991" w:rsidRDefault="00FE4586">
            <w:pPr>
              <w:spacing w:after="0"/>
            </w:pPr>
            <w:r>
              <w:rPr>
                <w:rFonts w:eastAsia="Arial" w:cs="Arial"/>
                <w:sz w:val="17"/>
              </w:rPr>
              <w:t>Facility plan describing preparedness, response, continuity and recovery.</w:t>
            </w:r>
          </w:p>
        </w:tc>
      </w:tr>
      <w:tr w:rsidR="00282991" w14:paraId="0DF0811F" w14:textId="77777777">
        <w:trPr>
          <w:cantSplit/>
          <w:jc w:val="center"/>
        </w:trPr>
        <w:tc>
          <w:tcPr>
            <w:tcW w:w="33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50E6727" w14:textId="77777777" w:rsidR="00282991" w:rsidRDefault="00FE4586">
            <w:pPr>
              <w:spacing w:after="0"/>
            </w:pPr>
            <w:r>
              <w:rPr>
                <w:rFonts w:eastAsia="Arial" w:cs="Arial"/>
                <w:sz w:val="17"/>
              </w:rPr>
              <w:t>Hazard Vulnerability Analysis (HVA)</w:t>
            </w:r>
          </w:p>
        </w:tc>
        <w:tc>
          <w:tcPr>
            <w:tcW w:w="74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498332F" w14:textId="77777777" w:rsidR="00282991" w:rsidRDefault="00FE4586">
            <w:pPr>
              <w:spacing w:after="0"/>
            </w:pPr>
            <w:r>
              <w:rPr>
                <w:rFonts w:eastAsia="Arial" w:cs="Arial"/>
                <w:sz w:val="17"/>
              </w:rPr>
              <w:t>Structured assessment used to identify and prioritize hazards, vulnerabilities, impacts and preparedness needs.</w:t>
            </w:r>
          </w:p>
        </w:tc>
      </w:tr>
      <w:tr w:rsidR="00282991" w14:paraId="5BF5A455" w14:textId="77777777">
        <w:trPr>
          <w:cantSplit/>
          <w:jc w:val="center"/>
        </w:trPr>
        <w:tc>
          <w:tcPr>
            <w:tcW w:w="33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E963D3B" w14:textId="77777777" w:rsidR="00282991" w:rsidRDefault="00FE4586">
            <w:pPr>
              <w:spacing w:after="0"/>
            </w:pPr>
            <w:r>
              <w:rPr>
                <w:rFonts w:eastAsia="Arial" w:cs="Arial"/>
                <w:sz w:val="17"/>
              </w:rPr>
              <w:t>Home Dialysis</w:t>
            </w:r>
          </w:p>
        </w:tc>
        <w:tc>
          <w:tcPr>
            <w:tcW w:w="74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4B7D866" w14:textId="77777777" w:rsidR="00282991" w:rsidRDefault="00FE4586">
            <w:pPr>
              <w:spacing w:after="0"/>
            </w:pPr>
            <w:r>
              <w:rPr>
                <w:rFonts w:eastAsia="Arial" w:cs="Arial"/>
                <w:sz w:val="17"/>
              </w:rPr>
              <w:t>Home hemodialysis or peritoneal dialysis services supported by the certified facility, when applicable.</w:t>
            </w:r>
          </w:p>
        </w:tc>
      </w:tr>
      <w:tr w:rsidR="00282991" w14:paraId="094AA3B3" w14:textId="77777777">
        <w:trPr>
          <w:cantSplit/>
          <w:jc w:val="center"/>
        </w:trPr>
        <w:tc>
          <w:tcPr>
            <w:tcW w:w="33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9AE4491" w14:textId="77777777" w:rsidR="00282991" w:rsidRDefault="00FE4586">
            <w:pPr>
              <w:spacing w:after="0"/>
            </w:pPr>
            <w:r>
              <w:rPr>
                <w:rFonts w:eastAsia="Arial" w:cs="Arial"/>
                <w:sz w:val="17"/>
              </w:rPr>
              <w:t>Kidney Community Emergency Response (KCER)</w:t>
            </w:r>
          </w:p>
        </w:tc>
        <w:tc>
          <w:tcPr>
            <w:tcW w:w="74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D8959E6" w14:textId="77777777" w:rsidR="00282991" w:rsidRDefault="00FE4586">
            <w:pPr>
              <w:spacing w:after="0"/>
            </w:pPr>
            <w:r>
              <w:rPr>
                <w:rFonts w:eastAsia="Arial" w:cs="Arial"/>
                <w:sz w:val="17"/>
              </w:rPr>
              <w:t>Dialysis emergency preparedness resource referenced in CMS ESRD guidance.</w:t>
            </w:r>
          </w:p>
        </w:tc>
      </w:tr>
      <w:tr w:rsidR="00282991" w14:paraId="41251C46" w14:textId="77777777">
        <w:trPr>
          <w:cantSplit/>
          <w:jc w:val="center"/>
        </w:trPr>
        <w:tc>
          <w:tcPr>
            <w:tcW w:w="33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F76C706" w14:textId="77777777" w:rsidR="00282991" w:rsidRDefault="00FE4586">
            <w:pPr>
              <w:spacing w:after="0"/>
            </w:pPr>
            <w:r>
              <w:rPr>
                <w:rFonts w:eastAsia="Arial" w:cs="Arial"/>
                <w:sz w:val="17"/>
              </w:rPr>
              <w:t>Shelter-in-Place (SIP)</w:t>
            </w:r>
          </w:p>
        </w:tc>
        <w:tc>
          <w:tcPr>
            <w:tcW w:w="74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ABDDF1C" w14:textId="77777777" w:rsidR="00282991" w:rsidRDefault="00FE4586">
            <w:pPr>
              <w:spacing w:after="0"/>
            </w:pPr>
            <w:r>
              <w:rPr>
                <w:rFonts w:eastAsia="Arial" w:cs="Arial"/>
                <w:sz w:val="17"/>
              </w:rPr>
              <w:t>Remaining in a safer location within the facility rather than evacuating, with provisions for patient/staff needs and essential operations.</w:t>
            </w:r>
          </w:p>
        </w:tc>
      </w:tr>
      <w:tr w:rsidR="00282991" w14:paraId="5ADD528C" w14:textId="77777777">
        <w:trPr>
          <w:cantSplit/>
          <w:jc w:val="center"/>
        </w:trPr>
        <w:tc>
          <w:tcPr>
            <w:tcW w:w="33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7BA80DF" w14:textId="77777777" w:rsidR="00282991" w:rsidRDefault="00FE4586">
            <w:pPr>
              <w:spacing w:after="0"/>
            </w:pPr>
            <w:r>
              <w:rPr>
                <w:rFonts w:eastAsia="Arial" w:cs="Arial"/>
                <w:sz w:val="17"/>
              </w:rPr>
              <w:t>Succession</w:t>
            </w:r>
          </w:p>
        </w:tc>
        <w:tc>
          <w:tcPr>
            <w:tcW w:w="74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8EEC3E0" w14:textId="77777777" w:rsidR="00282991" w:rsidRDefault="00FE4586">
            <w:pPr>
              <w:spacing w:after="0"/>
            </w:pPr>
            <w:r>
              <w:rPr>
                <w:rFonts w:eastAsia="Arial" w:cs="Arial"/>
                <w:sz w:val="17"/>
              </w:rPr>
              <w:t>Order in which personnel assume leadership or critical functions when a primary leader is unavailable.</w:t>
            </w:r>
          </w:p>
        </w:tc>
      </w:tr>
      <w:tr w:rsidR="00282991" w14:paraId="6E8BCAF3" w14:textId="77777777">
        <w:trPr>
          <w:cantSplit/>
          <w:jc w:val="center"/>
        </w:trPr>
        <w:tc>
          <w:tcPr>
            <w:tcW w:w="33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7B4AD75" w14:textId="77777777" w:rsidR="00282991" w:rsidRDefault="00FE4586">
            <w:pPr>
              <w:spacing w:after="0"/>
            </w:pPr>
            <w:r>
              <w:rPr>
                <w:rFonts w:eastAsia="Arial" w:cs="Arial"/>
                <w:sz w:val="17"/>
              </w:rPr>
              <w:t>Water-Treatment System</w:t>
            </w:r>
          </w:p>
        </w:tc>
        <w:tc>
          <w:tcPr>
            <w:tcW w:w="74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96F5138" w14:textId="77777777" w:rsidR="00282991" w:rsidRDefault="00FE4586">
            <w:pPr>
              <w:spacing w:after="0"/>
            </w:pPr>
            <w:r>
              <w:rPr>
                <w:rFonts w:eastAsia="Arial" w:cs="Arial"/>
                <w:sz w:val="17"/>
              </w:rPr>
              <w:t>Facility system used to produce water meeting dialysis treatment requirements; emergency continuity must address failure, contamination and restoration verification.</w:t>
            </w:r>
          </w:p>
        </w:tc>
      </w:tr>
    </w:tbl>
    <w:p w14:paraId="03F5C4EA" w14:textId="77777777" w:rsidR="00282991" w:rsidRDefault="00282991">
      <w:pPr>
        <w:spacing w:after="20"/>
      </w:pPr>
    </w:p>
    <w:p w14:paraId="06900992" w14:textId="77777777" w:rsidR="00282991" w:rsidRDefault="00FE4586">
      <w:r>
        <w:br w:type="page"/>
      </w:r>
    </w:p>
    <w:p w14:paraId="5ECBE13B" w14:textId="77777777" w:rsidR="00282991" w:rsidRDefault="00FE4586">
      <w:pPr>
        <w:pStyle w:val="Heading1"/>
        <w:pBdr>
          <w:bottom w:val="single" w:sz="10" w:space="2" w:color="E63B07"/>
        </w:pBdr>
      </w:pPr>
      <w:r>
        <w:rPr>
          <w:rFonts w:ascii="Arial" w:eastAsia="Arial" w:hAnsi="Arial" w:cs="Arial"/>
        </w:rPr>
        <w:lastRenderedPageBreak/>
        <w:t>15. ACRONYMS</w:t>
      </w:r>
    </w:p>
    <w:tbl>
      <w:tblPr>
        <w:tblW w:w="0" w:type="auto"/>
        <w:jc w:val="center"/>
        <w:tblLayout w:type="fixed"/>
        <w:tblLook w:val="04A0" w:firstRow="1" w:lastRow="0" w:firstColumn="1" w:lastColumn="0" w:noHBand="0" w:noVBand="1"/>
      </w:tblPr>
      <w:tblGrid>
        <w:gridCol w:w="1872"/>
        <w:gridCol w:w="8928"/>
      </w:tblGrid>
      <w:tr w:rsidR="00282991" w14:paraId="3D97E010" w14:textId="77777777">
        <w:trPr>
          <w:cantSplit/>
          <w:tblHeader/>
          <w:jc w:val="center"/>
        </w:trPr>
        <w:tc>
          <w:tcPr>
            <w:tcW w:w="187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E8C814E" w14:textId="77777777" w:rsidR="00282991" w:rsidRDefault="00FE4586">
            <w:pPr>
              <w:spacing w:after="0"/>
            </w:pPr>
            <w:r>
              <w:rPr>
                <w:rFonts w:eastAsia="Arial" w:cs="Arial"/>
                <w:b/>
                <w:color w:val="FFFFFF"/>
                <w:sz w:val="17"/>
              </w:rPr>
              <w:t>Acronym</w:t>
            </w:r>
          </w:p>
        </w:tc>
        <w:tc>
          <w:tcPr>
            <w:tcW w:w="892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F496440" w14:textId="77777777" w:rsidR="00282991" w:rsidRDefault="00FE4586">
            <w:pPr>
              <w:spacing w:after="0"/>
            </w:pPr>
            <w:r>
              <w:rPr>
                <w:rFonts w:eastAsia="Arial" w:cs="Arial"/>
                <w:b/>
                <w:color w:val="FFFFFF"/>
                <w:sz w:val="17"/>
              </w:rPr>
              <w:t>Meaning</w:t>
            </w:r>
          </w:p>
        </w:tc>
      </w:tr>
      <w:tr w:rsidR="00282991" w14:paraId="33AA3FF0"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67BA68C" w14:textId="77777777" w:rsidR="00282991" w:rsidRDefault="00FE4586">
            <w:pPr>
              <w:spacing w:after="0"/>
            </w:pPr>
            <w:r>
              <w:rPr>
                <w:rFonts w:eastAsia="Arial" w:cs="Arial"/>
                <w:sz w:val="18"/>
              </w:rPr>
              <w:t>AAR/IP</w:t>
            </w:r>
          </w:p>
        </w:tc>
        <w:tc>
          <w:tcPr>
            <w:tcW w:w="89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0B10F71" w14:textId="77777777" w:rsidR="00282991" w:rsidRDefault="00FE4586">
            <w:pPr>
              <w:spacing w:after="0"/>
            </w:pPr>
            <w:r>
              <w:rPr>
                <w:rFonts w:eastAsia="Arial" w:cs="Arial"/>
                <w:sz w:val="18"/>
              </w:rPr>
              <w:t>After-Action Report / Improvement Plan</w:t>
            </w:r>
          </w:p>
        </w:tc>
      </w:tr>
      <w:tr w:rsidR="00282991" w14:paraId="164F7201"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563A485" w14:textId="77777777" w:rsidR="00282991" w:rsidRDefault="00FE4586">
            <w:pPr>
              <w:spacing w:after="0"/>
            </w:pPr>
            <w:r>
              <w:rPr>
                <w:rFonts w:eastAsia="Arial" w:cs="Arial"/>
                <w:sz w:val="18"/>
              </w:rPr>
              <w:t>AHJ</w:t>
            </w:r>
          </w:p>
        </w:tc>
        <w:tc>
          <w:tcPr>
            <w:tcW w:w="89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AAB3CFB" w14:textId="77777777" w:rsidR="00282991" w:rsidRDefault="00FE4586">
            <w:pPr>
              <w:spacing w:after="0"/>
            </w:pPr>
            <w:r>
              <w:rPr>
                <w:rFonts w:eastAsia="Arial" w:cs="Arial"/>
                <w:sz w:val="18"/>
              </w:rPr>
              <w:t>Authority Having Jurisdiction</w:t>
            </w:r>
          </w:p>
        </w:tc>
      </w:tr>
      <w:tr w:rsidR="00282991" w14:paraId="287D7DA3"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0D55DEB" w14:textId="77777777" w:rsidR="00282991" w:rsidRDefault="00FE4586">
            <w:pPr>
              <w:spacing w:after="0"/>
            </w:pPr>
            <w:r>
              <w:rPr>
                <w:rFonts w:eastAsia="Arial" w:cs="Arial"/>
                <w:sz w:val="18"/>
              </w:rPr>
              <w:t>CMS</w:t>
            </w:r>
          </w:p>
        </w:tc>
        <w:tc>
          <w:tcPr>
            <w:tcW w:w="89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480B3C6" w14:textId="77777777" w:rsidR="00282991" w:rsidRDefault="00FE4586">
            <w:pPr>
              <w:spacing w:after="0"/>
            </w:pPr>
            <w:r>
              <w:rPr>
                <w:rFonts w:eastAsia="Arial" w:cs="Arial"/>
                <w:sz w:val="18"/>
              </w:rPr>
              <w:t>Centers for Medicare &amp; Medicaid Services</w:t>
            </w:r>
          </w:p>
        </w:tc>
      </w:tr>
      <w:tr w:rsidR="00282991" w14:paraId="7DFB18D1"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14998DC" w14:textId="77777777" w:rsidR="00282991" w:rsidRDefault="00FE4586">
            <w:pPr>
              <w:spacing w:after="0"/>
            </w:pPr>
            <w:r>
              <w:rPr>
                <w:rFonts w:eastAsia="Arial" w:cs="Arial"/>
                <w:sz w:val="18"/>
              </w:rPr>
              <w:t>COOP</w:t>
            </w:r>
          </w:p>
        </w:tc>
        <w:tc>
          <w:tcPr>
            <w:tcW w:w="89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F7A32C9" w14:textId="77777777" w:rsidR="00282991" w:rsidRDefault="00FE4586">
            <w:pPr>
              <w:spacing w:after="0"/>
            </w:pPr>
            <w:r>
              <w:rPr>
                <w:rFonts w:eastAsia="Arial" w:cs="Arial"/>
                <w:sz w:val="18"/>
              </w:rPr>
              <w:t>Continuity of Operations</w:t>
            </w:r>
          </w:p>
        </w:tc>
      </w:tr>
      <w:tr w:rsidR="00282991" w14:paraId="50B2CEBA"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4F3F4ED" w14:textId="77777777" w:rsidR="00282991" w:rsidRDefault="00FE4586">
            <w:pPr>
              <w:spacing w:after="0"/>
            </w:pPr>
            <w:r>
              <w:rPr>
                <w:rFonts w:eastAsia="Arial" w:cs="Arial"/>
                <w:sz w:val="18"/>
              </w:rPr>
              <w:t>DLC</w:t>
            </w:r>
          </w:p>
        </w:tc>
        <w:tc>
          <w:tcPr>
            <w:tcW w:w="89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E07EA43" w14:textId="77777777" w:rsidR="00282991" w:rsidRDefault="00FE4586">
            <w:pPr>
              <w:spacing w:after="0"/>
            </w:pPr>
            <w:r>
              <w:rPr>
                <w:rFonts w:eastAsia="Arial" w:cs="Arial"/>
                <w:sz w:val="18"/>
              </w:rPr>
              <w:t>Maine DHHS Division of Licensing &amp; Certification</w:t>
            </w:r>
          </w:p>
        </w:tc>
      </w:tr>
      <w:tr w:rsidR="00282991" w14:paraId="051B9B09"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6B18CDC" w14:textId="77777777" w:rsidR="00282991" w:rsidRDefault="00FE4586">
            <w:pPr>
              <w:spacing w:after="0"/>
            </w:pPr>
            <w:r>
              <w:rPr>
                <w:rFonts w:eastAsia="Arial" w:cs="Arial"/>
                <w:sz w:val="18"/>
              </w:rPr>
              <w:t>EHR</w:t>
            </w:r>
          </w:p>
        </w:tc>
        <w:tc>
          <w:tcPr>
            <w:tcW w:w="89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475C537" w14:textId="77777777" w:rsidR="00282991" w:rsidRDefault="00FE4586">
            <w:pPr>
              <w:spacing w:after="0"/>
            </w:pPr>
            <w:r>
              <w:rPr>
                <w:rFonts w:eastAsia="Arial" w:cs="Arial"/>
                <w:sz w:val="18"/>
              </w:rPr>
              <w:t>Electronic Health Record</w:t>
            </w:r>
          </w:p>
        </w:tc>
      </w:tr>
      <w:tr w:rsidR="00282991" w14:paraId="29D7F265"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F1769C3" w14:textId="77777777" w:rsidR="00282991" w:rsidRDefault="00FE4586">
            <w:pPr>
              <w:spacing w:after="0"/>
            </w:pPr>
            <w:r>
              <w:rPr>
                <w:rFonts w:eastAsia="Arial" w:cs="Arial"/>
                <w:sz w:val="18"/>
              </w:rPr>
              <w:t>EMA</w:t>
            </w:r>
          </w:p>
        </w:tc>
        <w:tc>
          <w:tcPr>
            <w:tcW w:w="89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04107E1" w14:textId="77777777" w:rsidR="00282991" w:rsidRDefault="00FE4586">
            <w:pPr>
              <w:spacing w:after="0"/>
            </w:pPr>
            <w:r>
              <w:rPr>
                <w:rFonts w:eastAsia="Arial" w:cs="Arial"/>
                <w:sz w:val="18"/>
              </w:rPr>
              <w:t>Emergency Management Agency</w:t>
            </w:r>
          </w:p>
        </w:tc>
      </w:tr>
      <w:tr w:rsidR="00282991" w14:paraId="3AE10855"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C7AD43F" w14:textId="77777777" w:rsidR="00282991" w:rsidRDefault="00FE4586">
            <w:pPr>
              <w:spacing w:after="0"/>
            </w:pPr>
            <w:r>
              <w:rPr>
                <w:rFonts w:eastAsia="Arial" w:cs="Arial"/>
                <w:sz w:val="18"/>
              </w:rPr>
              <w:t>EOP</w:t>
            </w:r>
          </w:p>
        </w:tc>
        <w:tc>
          <w:tcPr>
            <w:tcW w:w="89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F2D60A2" w14:textId="77777777" w:rsidR="00282991" w:rsidRDefault="00FE4586">
            <w:pPr>
              <w:spacing w:after="0"/>
            </w:pPr>
            <w:r>
              <w:rPr>
                <w:rFonts w:eastAsia="Arial" w:cs="Arial"/>
                <w:sz w:val="18"/>
              </w:rPr>
              <w:t>Emergency Operations Plan</w:t>
            </w:r>
          </w:p>
        </w:tc>
      </w:tr>
      <w:tr w:rsidR="00282991" w14:paraId="61ADE5A1"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6098ADB" w14:textId="77777777" w:rsidR="00282991" w:rsidRDefault="00FE4586">
            <w:pPr>
              <w:spacing w:after="0"/>
            </w:pPr>
            <w:r>
              <w:rPr>
                <w:rFonts w:eastAsia="Arial" w:cs="Arial"/>
                <w:sz w:val="18"/>
              </w:rPr>
              <w:t>ESRD</w:t>
            </w:r>
          </w:p>
        </w:tc>
        <w:tc>
          <w:tcPr>
            <w:tcW w:w="89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720D591" w14:textId="77777777" w:rsidR="00282991" w:rsidRDefault="00FE4586">
            <w:pPr>
              <w:spacing w:after="0"/>
            </w:pPr>
            <w:r>
              <w:rPr>
                <w:rFonts w:eastAsia="Arial" w:cs="Arial"/>
                <w:sz w:val="18"/>
              </w:rPr>
              <w:t>End-Stage Renal Disease</w:t>
            </w:r>
          </w:p>
        </w:tc>
      </w:tr>
      <w:tr w:rsidR="00282991" w14:paraId="76FBBC30"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74F360A" w14:textId="77777777" w:rsidR="00282991" w:rsidRDefault="00FE4586">
            <w:pPr>
              <w:spacing w:after="0"/>
            </w:pPr>
            <w:r>
              <w:rPr>
                <w:rFonts w:eastAsia="Arial" w:cs="Arial"/>
                <w:sz w:val="18"/>
              </w:rPr>
              <w:t>FMO</w:t>
            </w:r>
          </w:p>
        </w:tc>
        <w:tc>
          <w:tcPr>
            <w:tcW w:w="89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4D914B1" w14:textId="77777777" w:rsidR="00282991" w:rsidRDefault="00FE4586">
            <w:pPr>
              <w:spacing w:after="0"/>
            </w:pPr>
            <w:r>
              <w:rPr>
                <w:rFonts w:eastAsia="Arial" w:cs="Arial"/>
                <w:sz w:val="18"/>
              </w:rPr>
              <w:t>Maine Office of State Fire Marshal</w:t>
            </w:r>
          </w:p>
        </w:tc>
      </w:tr>
      <w:tr w:rsidR="00282991" w14:paraId="5DB30143"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26F813D" w14:textId="77777777" w:rsidR="00282991" w:rsidRDefault="00FE4586">
            <w:pPr>
              <w:spacing w:after="0"/>
            </w:pPr>
            <w:r>
              <w:rPr>
                <w:rFonts w:eastAsia="Arial" w:cs="Arial"/>
                <w:sz w:val="18"/>
              </w:rPr>
              <w:t>HCC-ME</w:t>
            </w:r>
          </w:p>
        </w:tc>
        <w:tc>
          <w:tcPr>
            <w:tcW w:w="89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ABDC81D" w14:textId="77777777" w:rsidR="00282991" w:rsidRDefault="00FE4586">
            <w:pPr>
              <w:spacing w:after="0"/>
            </w:pPr>
            <w:r>
              <w:rPr>
                <w:rFonts w:eastAsia="Arial" w:cs="Arial"/>
                <w:sz w:val="18"/>
              </w:rPr>
              <w:t>Healthcare Coalition of Maine</w:t>
            </w:r>
          </w:p>
        </w:tc>
      </w:tr>
      <w:tr w:rsidR="00282991" w14:paraId="6EA9EC7D"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7444394" w14:textId="77777777" w:rsidR="00282991" w:rsidRDefault="00FE4586">
            <w:pPr>
              <w:spacing w:after="0"/>
            </w:pPr>
            <w:r>
              <w:rPr>
                <w:rFonts w:eastAsia="Arial" w:cs="Arial"/>
                <w:sz w:val="18"/>
              </w:rPr>
              <w:t>HHD</w:t>
            </w:r>
          </w:p>
        </w:tc>
        <w:tc>
          <w:tcPr>
            <w:tcW w:w="89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0E14F3E" w14:textId="77777777" w:rsidR="00282991" w:rsidRDefault="00FE4586">
            <w:pPr>
              <w:spacing w:after="0"/>
            </w:pPr>
            <w:r>
              <w:rPr>
                <w:rFonts w:eastAsia="Arial" w:cs="Arial"/>
                <w:sz w:val="18"/>
              </w:rPr>
              <w:t>Home Hemodialysis</w:t>
            </w:r>
          </w:p>
        </w:tc>
      </w:tr>
      <w:tr w:rsidR="00282991" w14:paraId="2F767199"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7E277FE" w14:textId="77777777" w:rsidR="00282991" w:rsidRDefault="00FE4586">
            <w:pPr>
              <w:spacing w:after="0"/>
            </w:pPr>
            <w:r>
              <w:rPr>
                <w:rFonts w:eastAsia="Arial" w:cs="Arial"/>
                <w:sz w:val="18"/>
              </w:rPr>
              <w:t>HVA</w:t>
            </w:r>
          </w:p>
        </w:tc>
        <w:tc>
          <w:tcPr>
            <w:tcW w:w="89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621F310" w14:textId="77777777" w:rsidR="00282991" w:rsidRDefault="00FE4586">
            <w:pPr>
              <w:spacing w:after="0"/>
            </w:pPr>
            <w:r>
              <w:rPr>
                <w:rFonts w:eastAsia="Arial" w:cs="Arial"/>
                <w:sz w:val="18"/>
              </w:rPr>
              <w:t>Hazard Vulnerability Analysis</w:t>
            </w:r>
          </w:p>
        </w:tc>
      </w:tr>
      <w:tr w:rsidR="00282991" w14:paraId="0D914BE3"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DF0CAAE" w14:textId="77777777" w:rsidR="00282991" w:rsidRDefault="00FE4586">
            <w:pPr>
              <w:spacing w:after="0"/>
            </w:pPr>
            <w:r>
              <w:rPr>
                <w:rFonts w:eastAsia="Arial" w:cs="Arial"/>
                <w:sz w:val="18"/>
              </w:rPr>
              <w:t>ICS</w:t>
            </w:r>
          </w:p>
        </w:tc>
        <w:tc>
          <w:tcPr>
            <w:tcW w:w="89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99C55B8" w14:textId="77777777" w:rsidR="00282991" w:rsidRDefault="00FE4586">
            <w:pPr>
              <w:spacing w:after="0"/>
            </w:pPr>
            <w:r>
              <w:rPr>
                <w:rFonts w:eastAsia="Arial" w:cs="Arial"/>
                <w:sz w:val="18"/>
              </w:rPr>
              <w:t>Incident Command System</w:t>
            </w:r>
          </w:p>
        </w:tc>
      </w:tr>
      <w:tr w:rsidR="00282991" w14:paraId="0AC9F328"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A19075A" w14:textId="77777777" w:rsidR="00282991" w:rsidRDefault="00FE4586">
            <w:pPr>
              <w:spacing w:after="0"/>
            </w:pPr>
            <w:r>
              <w:rPr>
                <w:rFonts w:eastAsia="Arial" w:cs="Arial"/>
                <w:sz w:val="18"/>
              </w:rPr>
              <w:t>KCER</w:t>
            </w:r>
          </w:p>
        </w:tc>
        <w:tc>
          <w:tcPr>
            <w:tcW w:w="89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D3BD0E6" w14:textId="77777777" w:rsidR="00282991" w:rsidRDefault="00FE4586">
            <w:pPr>
              <w:spacing w:after="0"/>
            </w:pPr>
            <w:r>
              <w:rPr>
                <w:rFonts w:eastAsia="Arial" w:cs="Arial"/>
                <w:sz w:val="18"/>
              </w:rPr>
              <w:t>Kidney Community Emergency Response</w:t>
            </w:r>
          </w:p>
        </w:tc>
      </w:tr>
      <w:tr w:rsidR="00282991" w14:paraId="541ACAA1"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081F2B8" w14:textId="77777777" w:rsidR="00282991" w:rsidRDefault="00FE4586">
            <w:pPr>
              <w:spacing w:after="0"/>
            </w:pPr>
            <w:r>
              <w:rPr>
                <w:rFonts w:eastAsia="Arial" w:cs="Arial"/>
                <w:sz w:val="18"/>
              </w:rPr>
              <w:t>LSC</w:t>
            </w:r>
          </w:p>
        </w:tc>
        <w:tc>
          <w:tcPr>
            <w:tcW w:w="89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4491E44" w14:textId="77777777" w:rsidR="00282991" w:rsidRDefault="00FE4586">
            <w:pPr>
              <w:spacing w:after="0"/>
            </w:pPr>
            <w:r>
              <w:rPr>
                <w:rFonts w:eastAsia="Arial" w:cs="Arial"/>
                <w:sz w:val="18"/>
              </w:rPr>
              <w:t>Life Safety Code</w:t>
            </w:r>
          </w:p>
        </w:tc>
      </w:tr>
      <w:tr w:rsidR="00282991" w14:paraId="67920DFF"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2DC631C" w14:textId="77777777" w:rsidR="00282991" w:rsidRDefault="00FE4586">
            <w:pPr>
              <w:spacing w:after="0"/>
            </w:pPr>
            <w:r>
              <w:rPr>
                <w:rFonts w:eastAsia="Arial" w:cs="Arial"/>
                <w:sz w:val="18"/>
              </w:rPr>
              <w:t>HCFC</w:t>
            </w:r>
          </w:p>
        </w:tc>
        <w:tc>
          <w:tcPr>
            <w:tcW w:w="89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BD2F871" w14:textId="77777777" w:rsidR="00282991" w:rsidRDefault="00FE4586">
            <w:pPr>
              <w:spacing w:after="0"/>
            </w:pPr>
            <w:r>
              <w:rPr>
                <w:rFonts w:eastAsia="Arial" w:cs="Arial"/>
                <w:sz w:val="18"/>
              </w:rPr>
              <w:t>Health Care Facilities Code</w:t>
            </w:r>
          </w:p>
        </w:tc>
      </w:tr>
      <w:tr w:rsidR="00282991" w14:paraId="0F5FC403"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92FCEB8" w14:textId="77777777" w:rsidR="00282991" w:rsidRDefault="00FE4586">
            <w:pPr>
              <w:spacing w:after="0"/>
            </w:pPr>
            <w:r>
              <w:rPr>
                <w:rFonts w:eastAsia="Arial" w:cs="Arial"/>
                <w:sz w:val="18"/>
              </w:rPr>
              <w:t>PD</w:t>
            </w:r>
          </w:p>
        </w:tc>
        <w:tc>
          <w:tcPr>
            <w:tcW w:w="89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A1A55F0" w14:textId="77777777" w:rsidR="00282991" w:rsidRDefault="00FE4586">
            <w:pPr>
              <w:spacing w:after="0"/>
            </w:pPr>
            <w:r>
              <w:rPr>
                <w:rFonts w:eastAsia="Arial" w:cs="Arial"/>
                <w:sz w:val="18"/>
              </w:rPr>
              <w:t>Peritoneal Dialysis</w:t>
            </w:r>
          </w:p>
        </w:tc>
      </w:tr>
      <w:tr w:rsidR="00282991" w14:paraId="0D715E67"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7EF692D" w14:textId="77777777" w:rsidR="00282991" w:rsidRDefault="00FE4586">
            <w:pPr>
              <w:spacing w:after="0"/>
            </w:pPr>
            <w:r>
              <w:rPr>
                <w:rFonts w:eastAsia="Arial" w:cs="Arial"/>
                <w:sz w:val="18"/>
              </w:rPr>
              <w:t>PCT</w:t>
            </w:r>
          </w:p>
        </w:tc>
        <w:tc>
          <w:tcPr>
            <w:tcW w:w="89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6A2C521" w14:textId="77777777" w:rsidR="00282991" w:rsidRDefault="00FE4586">
            <w:pPr>
              <w:spacing w:after="0"/>
            </w:pPr>
            <w:r>
              <w:rPr>
                <w:rFonts w:eastAsia="Arial" w:cs="Arial"/>
                <w:sz w:val="18"/>
              </w:rPr>
              <w:t>Patient Care Dialysis Technician</w:t>
            </w:r>
          </w:p>
        </w:tc>
      </w:tr>
      <w:tr w:rsidR="00282991" w14:paraId="61E83FFF"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13F5FF9" w14:textId="77777777" w:rsidR="00282991" w:rsidRDefault="00FE4586">
            <w:pPr>
              <w:spacing w:after="0"/>
            </w:pPr>
            <w:r>
              <w:rPr>
                <w:rFonts w:eastAsia="Arial" w:cs="Arial"/>
                <w:sz w:val="18"/>
              </w:rPr>
              <w:t>PPE</w:t>
            </w:r>
          </w:p>
        </w:tc>
        <w:tc>
          <w:tcPr>
            <w:tcW w:w="89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751A309" w14:textId="77777777" w:rsidR="00282991" w:rsidRDefault="00FE4586">
            <w:pPr>
              <w:spacing w:after="0"/>
            </w:pPr>
            <w:r>
              <w:rPr>
                <w:rFonts w:eastAsia="Arial" w:cs="Arial"/>
                <w:sz w:val="18"/>
              </w:rPr>
              <w:t>Personal Protective Equipment</w:t>
            </w:r>
          </w:p>
        </w:tc>
      </w:tr>
      <w:tr w:rsidR="00282991" w14:paraId="5A291C31"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EC0E87" w14:textId="77777777" w:rsidR="00282991" w:rsidRDefault="00FE4586">
            <w:pPr>
              <w:spacing w:after="0"/>
            </w:pPr>
            <w:r>
              <w:rPr>
                <w:rFonts w:eastAsia="Arial" w:cs="Arial"/>
                <w:sz w:val="18"/>
              </w:rPr>
              <w:t>QAPI</w:t>
            </w:r>
          </w:p>
        </w:tc>
        <w:tc>
          <w:tcPr>
            <w:tcW w:w="89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BF6124E" w14:textId="77777777" w:rsidR="00282991" w:rsidRDefault="00FE4586">
            <w:pPr>
              <w:spacing w:after="0"/>
            </w:pPr>
            <w:r>
              <w:rPr>
                <w:rFonts w:eastAsia="Arial" w:cs="Arial"/>
                <w:sz w:val="18"/>
              </w:rPr>
              <w:t>Quality Assessment and Performance Improvement</w:t>
            </w:r>
          </w:p>
        </w:tc>
      </w:tr>
      <w:tr w:rsidR="00282991" w14:paraId="2B47221C"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62B6654" w14:textId="77777777" w:rsidR="00282991" w:rsidRDefault="00FE4586">
            <w:pPr>
              <w:spacing w:after="0"/>
            </w:pPr>
            <w:r>
              <w:rPr>
                <w:rFonts w:eastAsia="Arial" w:cs="Arial"/>
                <w:sz w:val="18"/>
              </w:rPr>
              <w:t>RO</w:t>
            </w:r>
          </w:p>
        </w:tc>
        <w:tc>
          <w:tcPr>
            <w:tcW w:w="89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A019F3F" w14:textId="77777777" w:rsidR="00282991" w:rsidRDefault="00FE4586">
            <w:pPr>
              <w:spacing w:after="0"/>
            </w:pPr>
            <w:r>
              <w:rPr>
                <w:rFonts w:eastAsia="Arial" w:cs="Arial"/>
                <w:sz w:val="18"/>
              </w:rPr>
              <w:t>Reverse Osmosis</w:t>
            </w:r>
          </w:p>
        </w:tc>
      </w:tr>
      <w:tr w:rsidR="00282991" w14:paraId="28F37147"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2F44723" w14:textId="77777777" w:rsidR="00282991" w:rsidRDefault="00FE4586">
            <w:pPr>
              <w:spacing w:after="0"/>
            </w:pPr>
            <w:r>
              <w:rPr>
                <w:rFonts w:eastAsia="Arial" w:cs="Arial"/>
                <w:sz w:val="18"/>
              </w:rPr>
              <w:t>SIP</w:t>
            </w:r>
          </w:p>
        </w:tc>
        <w:tc>
          <w:tcPr>
            <w:tcW w:w="89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05A080B" w14:textId="77777777" w:rsidR="00282991" w:rsidRDefault="00FE4586">
            <w:pPr>
              <w:spacing w:after="0"/>
            </w:pPr>
            <w:r>
              <w:rPr>
                <w:rFonts w:eastAsia="Arial" w:cs="Arial"/>
                <w:sz w:val="18"/>
              </w:rPr>
              <w:t>Shelter-in-Place</w:t>
            </w:r>
          </w:p>
        </w:tc>
      </w:tr>
    </w:tbl>
    <w:p w14:paraId="1E4D7E1F" w14:textId="77777777" w:rsidR="00282991" w:rsidRDefault="00282991">
      <w:pPr>
        <w:spacing w:after="20"/>
      </w:pPr>
    </w:p>
    <w:p w14:paraId="1DEC3020" w14:textId="77777777" w:rsidR="00282991" w:rsidRDefault="00FE4586">
      <w:r>
        <w:br w:type="page"/>
      </w:r>
    </w:p>
    <w:p w14:paraId="08FEEC55" w14:textId="77777777" w:rsidR="00282991" w:rsidRDefault="00FE4586">
      <w:pPr>
        <w:pStyle w:val="Heading1"/>
        <w:pBdr>
          <w:bottom w:val="single" w:sz="10" w:space="2" w:color="E63B07"/>
        </w:pBdr>
      </w:pPr>
      <w:r>
        <w:rPr>
          <w:rFonts w:ascii="Arial" w:eastAsia="Arial" w:hAnsi="Arial" w:cs="Arial"/>
        </w:rPr>
        <w:lastRenderedPageBreak/>
        <w:t>16. ATTACHMENTS &amp; SUPPORTING DOCUMENTATION</w:t>
      </w:r>
    </w:p>
    <w:p w14:paraId="36BD2EE7" w14:textId="77777777" w:rsidR="00282991" w:rsidRDefault="00FE4586">
      <w:r>
        <w:rPr>
          <w:rFonts w:eastAsia="Arial" w:cs="Arial"/>
        </w:rPr>
        <w:t>Use this section to organize facility-specific evidence that supports the EOP. The master EOP should contain or clearly reference current documents needed during an emergency and for regulatory review. Patient-identifiable information, personnel records, security information, technical logs and routine maintenance files may be maintained in controlled systems provided their current location is documented and retrievable.</w:t>
      </w:r>
    </w:p>
    <w:tbl>
      <w:tblPr>
        <w:tblW w:w="0" w:type="auto"/>
        <w:jc w:val="center"/>
        <w:tblLayout w:type="fixed"/>
        <w:tblLook w:val="04A0" w:firstRow="1" w:lastRow="0" w:firstColumn="1" w:lastColumn="0" w:noHBand="0" w:noVBand="1"/>
      </w:tblPr>
      <w:tblGrid>
        <w:gridCol w:w="1440"/>
        <w:gridCol w:w="9360"/>
      </w:tblGrid>
      <w:tr w:rsidR="00282991" w14:paraId="75A9D845" w14:textId="77777777">
        <w:trPr>
          <w:cantSplit/>
          <w:tblHeader/>
          <w:jc w:val="center"/>
        </w:trPr>
        <w:tc>
          <w:tcPr>
            <w:tcW w:w="144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2BD2C56" w14:textId="77777777" w:rsidR="00282991" w:rsidRDefault="00FE4586">
            <w:pPr>
              <w:spacing w:after="0"/>
            </w:pPr>
            <w:r>
              <w:rPr>
                <w:rFonts w:eastAsia="Arial" w:cs="Arial"/>
                <w:b/>
                <w:color w:val="FFFFFF"/>
                <w:sz w:val="17"/>
              </w:rPr>
              <w:t>Attachment</w:t>
            </w:r>
          </w:p>
        </w:tc>
        <w:tc>
          <w:tcPr>
            <w:tcW w:w="936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E5A9F9A" w14:textId="77777777" w:rsidR="00282991" w:rsidRDefault="00FE4586">
            <w:pPr>
              <w:spacing w:after="0"/>
            </w:pPr>
            <w:r>
              <w:rPr>
                <w:rFonts w:eastAsia="Arial" w:cs="Arial"/>
                <w:b/>
                <w:color w:val="FFFFFF"/>
                <w:sz w:val="17"/>
              </w:rPr>
              <w:t>Documentation Category</w:t>
            </w:r>
          </w:p>
        </w:tc>
      </w:tr>
      <w:tr w:rsidR="00282991" w14:paraId="7CEE8608" w14:textId="77777777">
        <w:trPr>
          <w:cantSplit/>
          <w:jc w:val="center"/>
        </w:trPr>
        <w:tc>
          <w:tcPr>
            <w:tcW w:w="14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FDABCB1" w14:textId="77777777" w:rsidR="00282991" w:rsidRDefault="00FE4586">
            <w:pPr>
              <w:spacing w:after="0"/>
            </w:pPr>
            <w:r>
              <w:rPr>
                <w:rFonts w:eastAsia="Arial" w:cs="Arial"/>
                <w:sz w:val="18"/>
              </w:rPr>
              <w:t>A</w:t>
            </w:r>
          </w:p>
        </w:tc>
        <w:tc>
          <w:tcPr>
            <w:tcW w:w="93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5857BE3" w14:textId="77777777" w:rsidR="00282991" w:rsidRDefault="00FE4586">
            <w:pPr>
              <w:spacing w:after="0"/>
            </w:pPr>
            <w:r>
              <w:rPr>
                <w:rFonts w:eastAsia="Arial" w:cs="Arial"/>
                <w:sz w:val="18"/>
              </w:rPr>
              <w:t>Regulatory &amp; EOP Crosswalk</w:t>
            </w:r>
          </w:p>
        </w:tc>
      </w:tr>
      <w:tr w:rsidR="00282991" w14:paraId="049D6A54" w14:textId="77777777">
        <w:trPr>
          <w:cantSplit/>
          <w:jc w:val="center"/>
        </w:trPr>
        <w:tc>
          <w:tcPr>
            <w:tcW w:w="14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598E78D" w14:textId="77777777" w:rsidR="00282991" w:rsidRDefault="00FE4586">
            <w:pPr>
              <w:spacing w:after="0"/>
            </w:pPr>
            <w:r>
              <w:rPr>
                <w:rFonts w:eastAsia="Arial" w:cs="Arial"/>
                <w:sz w:val="18"/>
              </w:rPr>
              <w:t>B</w:t>
            </w:r>
          </w:p>
        </w:tc>
        <w:tc>
          <w:tcPr>
            <w:tcW w:w="93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5F7F5CC" w14:textId="77777777" w:rsidR="00282991" w:rsidRDefault="00FE4586">
            <w:pPr>
              <w:spacing w:after="0"/>
            </w:pPr>
            <w:r>
              <w:rPr>
                <w:rFonts w:eastAsia="Arial" w:cs="Arial"/>
                <w:sz w:val="18"/>
              </w:rPr>
              <w:t>Hazard Vulnerability Analysis / Risk Assessment</w:t>
            </w:r>
          </w:p>
        </w:tc>
      </w:tr>
      <w:tr w:rsidR="00282991" w14:paraId="27383D40" w14:textId="77777777">
        <w:trPr>
          <w:cantSplit/>
          <w:jc w:val="center"/>
        </w:trPr>
        <w:tc>
          <w:tcPr>
            <w:tcW w:w="14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604DC7A" w14:textId="77777777" w:rsidR="00282991" w:rsidRDefault="00FE4586">
            <w:pPr>
              <w:spacing w:after="0"/>
            </w:pPr>
            <w:r>
              <w:rPr>
                <w:rFonts w:eastAsia="Arial" w:cs="Arial"/>
                <w:sz w:val="18"/>
              </w:rPr>
              <w:t>C</w:t>
            </w:r>
          </w:p>
        </w:tc>
        <w:tc>
          <w:tcPr>
            <w:tcW w:w="93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38B047F" w14:textId="77777777" w:rsidR="00282991" w:rsidRDefault="00FE4586">
            <w:pPr>
              <w:spacing w:after="0"/>
            </w:pPr>
            <w:r>
              <w:rPr>
                <w:rFonts w:eastAsia="Arial" w:cs="Arial"/>
                <w:sz w:val="18"/>
              </w:rPr>
              <w:t>Emergency Preparedness Policies &amp; Procedures Index</w:t>
            </w:r>
          </w:p>
        </w:tc>
      </w:tr>
      <w:tr w:rsidR="00282991" w14:paraId="7220D691" w14:textId="77777777">
        <w:trPr>
          <w:cantSplit/>
          <w:jc w:val="center"/>
        </w:trPr>
        <w:tc>
          <w:tcPr>
            <w:tcW w:w="14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392942C" w14:textId="77777777" w:rsidR="00282991" w:rsidRDefault="00FE4586">
            <w:pPr>
              <w:spacing w:after="0"/>
            </w:pPr>
            <w:r>
              <w:rPr>
                <w:rFonts w:eastAsia="Arial" w:cs="Arial"/>
                <w:sz w:val="18"/>
              </w:rPr>
              <w:t>D</w:t>
            </w:r>
          </w:p>
        </w:tc>
        <w:tc>
          <w:tcPr>
            <w:tcW w:w="93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94B203F" w14:textId="77777777" w:rsidR="00282991" w:rsidRDefault="00FE4586">
            <w:pPr>
              <w:spacing w:after="0"/>
            </w:pPr>
            <w:r>
              <w:rPr>
                <w:rFonts w:eastAsia="Arial" w:cs="Arial"/>
                <w:sz w:val="18"/>
              </w:rPr>
              <w:t>Training, Exercise &amp; Patient Orientation Documentation</w:t>
            </w:r>
          </w:p>
        </w:tc>
      </w:tr>
      <w:tr w:rsidR="00282991" w14:paraId="0053BAA3" w14:textId="77777777">
        <w:trPr>
          <w:cantSplit/>
          <w:jc w:val="center"/>
        </w:trPr>
        <w:tc>
          <w:tcPr>
            <w:tcW w:w="14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0D47607" w14:textId="77777777" w:rsidR="00282991" w:rsidRDefault="00FE4586">
            <w:pPr>
              <w:spacing w:after="0"/>
            </w:pPr>
            <w:r>
              <w:rPr>
                <w:rFonts w:eastAsia="Arial" w:cs="Arial"/>
                <w:sz w:val="18"/>
              </w:rPr>
              <w:t>E</w:t>
            </w:r>
          </w:p>
        </w:tc>
        <w:tc>
          <w:tcPr>
            <w:tcW w:w="93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1C0E667" w14:textId="77777777" w:rsidR="00282991" w:rsidRDefault="00FE4586">
            <w:pPr>
              <w:spacing w:after="0"/>
            </w:pPr>
            <w:r>
              <w:rPr>
                <w:rFonts w:eastAsia="Arial" w:cs="Arial"/>
                <w:sz w:val="18"/>
              </w:rPr>
              <w:t>Emergency Contacts &amp; Communication Resources</w:t>
            </w:r>
          </w:p>
        </w:tc>
      </w:tr>
      <w:tr w:rsidR="00282991" w14:paraId="6F8260D1" w14:textId="77777777">
        <w:trPr>
          <w:cantSplit/>
          <w:jc w:val="center"/>
        </w:trPr>
        <w:tc>
          <w:tcPr>
            <w:tcW w:w="14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72BC20D" w14:textId="77777777" w:rsidR="00282991" w:rsidRDefault="00FE4586">
            <w:pPr>
              <w:spacing w:after="0"/>
            </w:pPr>
            <w:r>
              <w:rPr>
                <w:rFonts w:eastAsia="Arial" w:cs="Arial"/>
                <w:sz w:val="18"/>
              </w:rPr>
              <w:t>F</w:t>
            </w:r>
          </w:p>
        </w:tc>
        <w:tc>
          <w:tcPr>
            <w:tcW w:w="93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4C04776" w14:textId="77777777" w:rsidR="00282991" w:rsidRDefault="00FE4586">
            <w:pPr>
              <w:spacing w:after="0"/>
            </w:pPr>
            <w:r>
              <w:rPr>
                <w:rFonts w:eastAsia="Arial" w:cs="Arial"/>
                <w:sz w:val="18"/>
              </w:rPr>
              <w:t>Agreements / Alternate Dialysis / Transportation / Hospital Coverage</w:t>
            </w:r>
          </w:p>
        </w:tc>
      </w:tr>
      <w:tr w:rsidR="00282991" w14:paraId="107AF991" w14:textId="77777777">
        <w:trPr>
          <w:cantSplit/>
          <w:jc w:val="center"/>
        </w:trPr>
        <w:tc>
          <w:tcPr>
            <w:tcW w:w="14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7C921CA" w14:textId="77777777" w:rsidR="00282991" w:rsidRDefault="00FE4586">
            <w:pPr>
              <w:spacing w:after="0"/>
            </w:pPr>
            <w:r>
              <w:rPr>
                <w:rFonts w:eastAsia="Arial" w:cs="Arial"/>
                <w:sz w:val="18"/>
              </w:rPr>
              <w:t>G</w:t>
            </w:r>
          </w:p>
        </w:tc>
        <w:tc>
          <w:tcPr>
            <w:tcW w:w="93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A2249ED" w14:textId="77777777" w:rsidR="00282991" w:rsidRDefault="00FE4586">
            <w:pPr>
              <w:spacing w:after="0"/>
            </w:pPr>
            <w:r>
              <w:rPr>
                <w:rFonts w:eastAsia="Arial" w:cs="Arial"/>
                <w:sz w:val="18"/>
              </w:rPr>
              <w:t>Supply Chain &amp; Dialysis Resource Continuity</w:t>
            </w:r>
          </w:p>
        </w:tc>
      </w:tr>
      <w:tr w:rsidR="00282991" w14:paraId="47FC316A" w14:textId="77777777">
        <w:trPr>
          <w:cantSplit/>
          <w:jc w:val="center"/>
        </w:trPr>
        <w:tc>
          <w:tcPr>
            <w:tcW w:w="14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8C4FBE0" w14:textId="77777777" w:rsidR="00282991" w:rsidRDefault="00FE4586">
            <w:pPr>
              <w:spacing w:after="0"/>
            </w:pPr>
            <w:r>
              <w:rPr>
                <w:rFonts w:eastAsia="Arial" w:cs="Arial"/>
                <w:sz w:val="18"/>
              </w:rPr>
              <w:t>H</w:t>
            </w:r>
          </w:p>
        </w:tc>
        <w:tc>
          <w:tcPr>
            <w:tcW w:w="93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7FFB62A" w14:textId="77777777" w:rsidR="00282991" w:rsidRDefault="00FE4586">
            <w:pPr>
              <w:spacing w:after="0"/>
            </w:pPr>
            <w:r>
              <w:rPr>
                <w:rFonts w:eastAsia="Arial" w:cs="Arial"/>
                <w:sz w:val="18"/>
              </w:rPr>
              <w:t>Evacuation / Shelter-in-Place / Treatment Interruption / Tracking</w:t>
            </w:r>
          </w:p>
        </w:tc>
      </w:tr>
      <w:tr w:rsidR="00282991" w14:paraId="41C7233C" w14:textId="77777777">
        <w:trPr>
          <w:cantSplit/>
          <w:jc w:val="center"/>
        </w:trPr>
        <w:tc>
          <w:tcPr>
            <w:tcW w:w="14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1008647" w14:textId="77777777" w:rsidR="00282991" w:rsidRDefault="00FE4586">
            <w:pPr>
              <w:spacing w:after="0"/>
            </w:pPr>
            <w:r>
              <w:rPr>
                <w:rFonts w:eastAsia="Arial" w:cs="Arial"/>
                <w:sz w:val="18"/>
              </w:rPr>
              <w:t>I</w:t>
            </w:r>
          </w:p>
        </w:tc>
        <w:tc>
          <w:tcPr>
            <w:tcW w:w="93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C2C124E" w14:textId="77777777" w:rsidR="00282991" w:rsidRDefault="00FE4586">
            <w:pPr>
              <w:spacing w:after="0"/>
            </w:pPr>
            <w:r>
              <w:rPr>
                <w:rFonts w:eastAsia="Arial" w:cs="Arial"/>
                <w:sz w:val="18"/>
              </w:rPr>
              <w:t>Patient Continuity / Transfer / Tracking</w:t>
            </w:r>
          </w:p>
        </w:tc>
      </w:tr>
      <w:tr w:rsidR="00282991" w14:paraId="7AD5C13B" w14:textId="77777777">
        <w:trPr>
          <w:cantSplit/>
          <w:jc w:val="center"/>
        </w:trPr>
        <w:tc>
          <w:tcPr>
            <w:tcW w:w="14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F9F9A07" w14:textId="77777777" w:rsidR="00282991" w:rsidRDefault="00FE4586">
            <w:pPr>
              <w:spacing w:after="0"/>
            </w:pPr>
            <w:r>
              <w:rPr>
                <w:rFonts w:eastAsia="Arial" w:cs="Arial"/>
                <w:sz w:val="18"/>
              </w:rPr>
              <w:t>J</w:t>
            </w:r>
          </w:p>
        </w:tc>
        <w:tc>
          <w:tcPr>
            <w:tcW w:w="93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8E4C13A" w14:textId="77777777" w:rsidR="00282991" w:rsidRDefault="00FE4586">
            <w:pPr>
              <w:spacing w:after="0"/>
            </w:pPr>
            <w:r>
              <w:rPr>
                <w:rFonts w:eastAsia="Arial" w:cs="Arial"/>
                <w:sz w:val="18"/>
              </w:rPr>
              <w:t>Emergency Staffing &amp; Volunteers</w:t>
            </w:r>
          </w:p>
        </w:tc>
      </w:tr>
      <w:tr w:rsidR="00282991" w14:paraId="419DB986" w14:textId="77777777">
        <w:trPr>
          <w:cantSplit/>
          <w:jc w:val="center"/>
        </w:trPr>
        <w:tc>
          <w:tcPr>
            <w:tcW w:w="14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562FBAD" w14:textId="77777777" w:rsidR="00282991" w:rsidRDefault="00FE4586">
            <w:pPr>
              <w:spacing w:after="0"/>
            </w:pPr>
            <w:r>
              <w:rPr>
                <w:rFonts w:eastAsia="Arial" w:cs="Arial"/>
                <w:sz w:val="18"/>
              </w:rPr>
              <w:t>K</w:t>
            </w:r>
          </w:p>
        </w:tc>
        <w:tc>
          <w:tcPr>
            <w:tcW w:w="93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15E16CD" w14:textId="77777777" w:rsidR="00282991" w:rsidRDefault="00FE4586">
            <w:pPr>
              <w:spacing w:after="0"/>
            </w:pPr>
            <w:r>
              <w:rPr>
                <w:rFonts w:eastAsia="Arial" w:cs="Arial"/>
                <w:sz w:val="18"/>
              </w:rPr>
              <w:t>Medical Records / EHR Downtime</w:t>
            </w:r>
          </w:p>
        </w:tc>
      </w:tr>
      <w:tr w:rsidR="00282991" w14:paraId="6D2A4693" w14:textId="77777777">
        <w:trPr>
          <w:cantSplit/>
          <w:jc w:val="center"/>
        </w:trPr>
        <w:tc>
          <w:tcPr>
            <w:tcW w:w="14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AE317AE" w14:textId="77777777" w:rsidR="00282991" w:rsidRDefault="00FE4586">
            <w:pPr>
              <w:spacing w:after="0"/>
            </w:pPr>
            <w:r>
              <w:rPr>
                <w:rFonts w:eastAsia="Arial" w:cs="Arial"/>
                <w:sz w:val="18"/>
              </w:rPr>
              <w:t>L</w:t>
            </w:r>
          </w:p>
        </w:tc>
        <w:tc>
          <w:tcPr>
            <w:tcW w:w="93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5104B6C" w14:textId="77777777" w:rsidR="00282991" w:rsidRDefault="00FE4586">
            <w:pPr>
              <w:spacing w:after="0"/>
            </w:pPr>
            <w:r>
              <w:rPr>
                <w:rFonts w:eastAsia="Arial" w:cs="Arial"/>
                <w:sz w:val="18"/>
              </w:rPr>
              <w:t>Water / Dialysate / Utilities / Equipment / Generator</w:t>
            </w:r>
          </w:p>
        </w:tc>
      </w:tr>
      <w:tr w:rsidR="00282991" w14:paraId="0A07F7A9" w14:textId="77777777">
        <w:trPr>
          <w:cantSplit/>
          <w:jc w:val="center"/>
        </w:trPr>
        <w:tc>
          <w:tcPr>
            <w:tcW w:w="14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9E2552A" w14:textId="77777777" w:rsidR="00282991" w:rsidRDefault="00FE4586">
            <w:pPr>
              <w:spacing w:after="0"/>
            </w:pPr>
            <w:r>
              <w:rPr>
                <w:rFonts w:eastAsia="Arial" w:cs="Arial"/>
                <w:sz w:val="18"/>
              </w:rPr>
              <w:t>M</w:t>
            </w:r>
          </w:p>
        </w:tc>
        <w:tc>
          <w:tcPr>
            <w:tcW w:w="93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AE9E521" w14:textId="77777777" w:rsidR="00282991" w:rsidRDefault="00FE4586">
            <w:pPr>
              <w:spacing w:after="0"/>
            </w:pPr>
            <w:r>
              <w:rPr>
                <w:rFonts w:eastAsia="Arial" w:cs="Arial"/>
                <w:sz w:val="18"/>
              </w:rPr>
              <w:t>Fire / Life-Safety / Construction / Accessibility</w:t>
            </w:r>
          </w:p>
        </w:tc>
      </w:tr>
      <w:tr w:rsidR="00282991" w14:paraId="35052DC0" w14:textId="77777777">
        <w:trPr>
          <w:cantSplit/>
          <w:jc w:val="center"/>
        </w:trPr>
        <w:tc>
          <w:tcPr>
            <w:tcW w:w="14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EB4CB9C" w14:textId="77777777" w:rsidR="00282991" w:rsidRDefault="00FE4586">
            <w:pPr>
              <w:spacing w:after="0"/>
            </w:pPr>
            <w:r>
              <w:rPr>
                <w:rFonts w:eastAsia="Arial" w:cs="Arial"/>
                <w:sz w:val="18"/>
              </w:rPr>
              <w:t>N</w:t>
            </w:r>
          </w:p>
        </w:tc>
        <w:tc>
          <w:tcPr>
            <w:tcW w:w="93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8F408DF" w14:textId="77777777" w:rsidR="00282991" w:rsidRDefault="00FE4586">
            <w:pPr>
              <w:spacing w:after="0"/>
            </w:pPr>
            <w:r>
              <w:rPr>
                <w:rFonts w:eastAsia="Arial" w:cs="Arial"/>
                <w:sz w:val="18"/>
              </w:rPr>
              <w:t>Incident Management Forms</w:t>
            </w:r>
          </w:p>
        </w:tc>
      </w:tr>
      <w:tr w:rsidR="00282991" w14:paraId="41932E4B" w14:textId="77777777">
        <w:trPr>
          <w:cantSplit/>
          <w:jc w:val="center"/>
        </w:trPr>
        <w:tc>
          <w:tcPr>
            <w:tcW w:w="14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2B8F751" w14:textId="77777777" w:rsidR="00282991" w:rsidRDefault="00FE4586">
            <w:pPr>
              <w:spacing w:after="0"/>
            </w:pPr>
            <w:r>
              <w:rPr>
                <w:rFonts w:eastAsia="Arial" w:cs="Arial"/>
                <w:sz w:val="18"/>
              </w:rPr>
              <w:t>O</w:t>
            </w:r>
          </w:p>
        </w:tc>
        <w:tc>
          <w:tcPr>
            <w:tcW w:w="93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CF4ACBA" w14:textId="77777777" w:rsidR="00282991" w:rsidRDefault="00FE4586">
            <w:pPr>
              <w:spacing w:after="0"/>
            </w:pPr>
            <w:r>
              <w:rPr>
                <w:rFonts w:eastAsia="Arial" w:cs="Arial"/>
                <w:sz w:val="18"/>
              </w:rPr>
              <w:t>Recovery / AAR / QAPI Improvement Documentation</w:t>
            </w:r>
          </w:p>
        </w:tc>
      </w:tr>
      <w:tr w:rsidR="00282991" w14:paraId="58008B63" w14:textId="77777777">
        <w:trPr>
          <w:cantSplit/>
          <w:jc w:val="center"/>
        </w:trPr>
        <w:tc>
          <w:tcPr>
            <w:tcW w:w="14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663BB1A" w14:textId="77777777" w:rsidR="00282991" w:rsidRDefault="00FE4586">
            <w:pPr>
              <w:spacing w:after="0"/>
            </w:pPr>
            <w:r>
              <w:rPr>
                <w:rFonts w:eastAsia="Arial" w:cs="Arial"/>
                <w:sz w:val="18"/>
              </w:rPr>
              <w:t>P</w:t>
            </w:r>
          </w:p>
        </w:tc>
        <w:tc>
          <w:tcPr>
            <w:tcW w:w="93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B0DB5B3" w14:textId="77777777" w:rsidR="00282991" w:rsidRDefault="00FE4586">
            <w:pPr>
              <w:spacing w:after="0"/>
            </w:pPr>
            <w:r>
              <w:rPr>
                <w:rFonts w:eastAsia="Arial" w:cs="Arial"/>
                <w:sz w:val="18"/>
              </w:rPr>
              <w:t>Affiliated / Sister Site / Integrated System Information</w:t>
            </w:r>
          </w:p>
        </w:tc>
      </w:tr>
      <w:tr w:rsidR="00282991" w14:paraId="5BB8AAB7" w14:textId="77777777">
        <w:trPr>
          <w:cantSplit/>
          <w:jc w:val="center"/>
        </w:trPr>
        <w:tc>
          <w:tcPr>
            <w:tcW w:w="14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7F03C71" w14:textId="77777777" w:rsidR="00282991" w:rsidRDefault="00FE4586">
            <w:pPr>
              <w:spacing w:after="0"/>
            </w:pPr>
            <w:r>
              <w:rPr>
                <w:rFonts w:eastAsia="Arial" w:cs="Arial"/>
                <w:sz w:val="18"/>
              </w:rPr>
              <w:t>Q</w:t>
            </w:r>
          </w:p>
        </w:tc>
        <w:tc>
          <w:tcPr>
            <w:tcW w:w="93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64B8EF8" w14:textId="77777777" w:rsidR="00282991" w:rsidRDefault="00FE4586">
            <w:pPr>
              <w:spacing w:after="0"/>
            </w:pPr>
            <w:r>
              <w:rPr>
                <w:rFonts w:eastAsia="Arial" w:cs="Arial"/>
                <w:sz w:val="18"/>
              </w:rPr>
              <w:t>Home Dialysis Emergency Backup - If Applicable</w:t>
            </w:r>
          </w:p>
        </w:tc>
      </w:tr>
      <w:tr w:rsidR="00282991" w14:paraId="4FCE22B0" w14:textId="77777777">
        <w:trPr>
          <w:cantSplit/>
          <w:jc w:val="center"/>
        </w:trPr>
        <w:tc>
          <w:tcPr>
            <w:tcW w:w="14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67A1A87" w14:textId="77777777" w:rsidR="00282991" w:rsidRDefault="00FE4586">
            <w:pPr>
              <w:spacing w:after="0"/>
            </w:pPr>
            <w:r>
              <w:rPr>
                <w:rFonts w:eastAsia="Arial" w:cs="Arial"/>
                <w:sz w:val="18"/>
              </w:rPr>
              <w:t>R</w:t>
            </w:r>
          </w:p>
        </w:tc>
        <w:tc>
          <w:tcPr>
            <w:tcW w:w="93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5588409" w14:textId="77777777" w:rsidR="00282991" w:rsidRDefault="00FE4586">
            <w:pPr>
              <w:spacing w:after="0"/>
            </w:pPr>
            <w:r>
              <w:rPr>
                <w:rFonts w:eastAsia="Arial" w:cs="Arial"/>
                <w:sz w:val="18"/>
              </w:rPr>
              <w:t>Emergency Coverage / Physician Roster / Hospital Agreement</w:t>
            </w:r>
          </w:p>
        </w:tc>
      </w:tr>
      <w:tr w:rsidR="00282991" w14:paraId="3D3F632F" w14:textId="77777777">
        <w:trPr>
          <w:cantSplit/>
          <w:jc w:val="center"/>
        </w:trPr>
        <w:tc>
          <w:tcPr>
            <w:tcW w:w="14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215967A" w14:textId="77777777" w:rsidR="00282991" w:rsidRDefault="00FE4586">
            <w:pPr>
              <w:spacing w:after="0"/>
            </w:pPr>
            <w:r>
              <w:rPr>
                <w:rFonts w:eastAsia="Arial" w:cs="Arial"/>
                <w:sz w:val="18"/>
              </w:rPr>
              <w:t>S</w:t>
            </w:r>
          </w:p>
        </w:tc>
        <w:tc>
          <w:tcPr>
            <w:tcW w:w="93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13A8650" w14:textId="77777777" w:rsidR="00282991" w:rsidRDefault="00FE4586">
            <w:pPr>
              <w:spacing w:after="0"/>
            </w:pPr>
            <w:r>
              <w:rPr>
                <w:rFonts w:eastAsia="Arial" w:cs="Arial"/>
                <w:sz w:val="18"/>
              </w:rPr>
              <w:t>Licensure / Credentialing / Laboratory / Public Health Documentation</w:t>
            </w:r>
          </w:p>
        </w:tc>
      </w:tr>
      <w:tr w:rsidR="00282991" w14:paraId="3C371D15" w14:textId="77777777">
        <w:trPr>
          <w:cantSplit/>
          <w:jc w:val="center"/>
        </w:trPr>
        <w:tc>
          <w:tcPr>
            <w:tcW w:w="14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3CCDDCA" w14:textId="77777777" w:rsidR="00282991" w:rsidRDefault="00FE4586">
            <w:pPr>
              <w:spacing w:after="0"/>
            </w:pPr>
            <w:r>
              <w:rPr>
                <w:rFonts w:eastAsia="Arial" w:cs="Arial"/>
                <w:sz w:val="18"/>
              </w:rPr>
              <w:t>T</w:t>
            </w:r>
          </w:p>
        </w:tc>
        <w:tc>
          <w:tcPr>
            <w:tcW w:w="93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56559EA" w14:textId="77777777" w:rsidR="00282991" w:rsidRDefault="00FE4586">
            <w:pPr>
              <w:spacing w:after="0"/>
            </w:pPr>
            <w:r>
              <w:rPr>
                <w:rFonts w:eastAsia="Arial" w:cs="Arial"/>
                <w:sz w:val="18"/>
              </w:rPr>
              <w:t>Patient Emergency Preparedness Education / Orientation Records</w:t>
            </w:r>
          </w:p>
        </w:tc>
      </w:tr>
    </w:tbl>
    <w:p w14:paraId="29637583" w14:textId="77777777" w:rsidR="00282991" w:rsidRDefault="00282991">
      <w:pPr>
        <w:spacing w:after="20"/>
      </w:pPr>
    </w:p>
    <w:p w14:paraId="679FF5FC" w14:textId="77777777" w:rsidR="00282991" w:rsidRDefault="00FE4586">
      <w:pPr>
        <w:pStyle w:val="Heading2"/>
      </w:pPr>
      <w:r>
        <w:rPr>
          <w:rFonts w:ascii="Arial" w:eastAsia="Arial" w:hAnsi="Arial" w:cs="Arial"/>
        </w:rPr>
        <w:t>SUPPORTING DOCUMENTATION INDEX</w:t>
      </w:r>
    </w:p>
    <w:tbl>
      <w:tblPr>
        <w:tblW w:w="0" w:type="auto"/>
        <w:jc w:val="center"/>
        <w:tblLayout w:type="fixed"/>
        <w:tblLook w:val="04A0" w:firstRow="1" w:lastRow="0" w:firstColumn="1" w:lastColumn="0" w:noHBand="0" w:noVBand="1"/>
      </w:tblPr>
      <w:tblGrid>
        <w:gridCol w:w="720"/>
        <w:gridCol w:w="3600"/>
        <w:gridCol w:w="2592"/>
        <w:gridCol w:w="1728"/>
        <w:gridCol w:w="1872"/>
        <w:gridCol w:w="1152"/>
      </w:tblGrid>
      <w:tr w:rsidR="00282991" w:rsidRPr="003B7872" w14:paraId="39E24810" w14:textId="77777777">
        <w:trPr>
          <w:cantSplit/>
          <w:tblHeader/>
          <w:jc w:val="center"/>
        </w:trPr>
        <w:tc>
          <w:tcPr>
            <w:tcW w:w="72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EACA4C0" w14:textId="77777777" w:rsidR="00282991" w:rsidRPr="003B7872" w:rsidRDefault="00FE4586">
            <w:pPr>
              <w:spacing w:after="0"/>
              <w:rPr>
                <w:sz w:val="18"/>
                <w:szCs w:val="18"/>
              </w:rPr>
            </w:pPr>
            <w:r w:rsidRPr="003B7872">
              <w:rPr>
                <w:rFonts w:eastAsia="Arial" w:cs="Arial"/>
                <w:b/>
                <w:color w:val="FFFFFF"/>
                <w:sz w:val="18"/>
                <w:szCs w:val="18"/>
              </w:rPr>
              <w:t>Att.</w:t>
            </w:r>
          </w:p>
        </w:tc>
        <w:tc>
          <w:tcPr>
            <w:tcW w:w="360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03962A5" w14:textId="77777777" w:rsidR="00282991" w:rsidRPr="003B7872" w:rsidRDefault="00FE4586">
            <w:pPr>
              <w:spacing w:after="0"/>
              <w:rPr>
                <w:sz w:val="18"/>
                <w:szCs w:val="18"/>
              </w:rPr>
            </w:pPr>
            <w:r w:rsidRPr="003B7872">
              <w:rPr>
                <w:rFonts w:eastAsia="Arial" w:cs="Arial"/>
                <w:b/>
                <w:color w:val="FFFFFF"/>
                <w:sz w:val="18"/>
                <w:szCs w:val="18"/>
              </w:rPr>
              <w:t>Document / Evidence</w:t>
            </w:r>
          </w:p>
        </w:tc>
        <w:tc>
          <w:tcPr>
            <w:tcW w:w="259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48A2862" w14:textId="77777777" w:rsidR="00282991" w:rsidRPr="003B7872" w:rsidRDefault="00FE4586">
            <w:pPr>
              <w:spacing w:after="0"/>
              <w:rPr>
                <w:sz w:val="18"/>
                <w:szCs w:val="18"/>
              </w:rPr>
            </w:pPr>
            <w:r w:rsidRPr="003B7872">
              <w:rPr>
                <w:rFonts w:eastAsia="Arial" w:cs="Arial"/>
                <w:b/>
                <w:color w:val="FFFFFF"/>
                <w:sz w:val="18"/>
                <w:szCs w:val="18"/>
              </w:rPr>
              <w:t>Required / Basis</w:t>
            </w:r>
          </w:p>
        </w:tc>
        <w:tc>
          <w:tcPr>
            <w:tcW w:w="172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33C2CA3" w14:textId="77777777" w:rsidR="00282991" w:rsidRPr="003B7872" w:rsidRDefault="00FE4586">
            <w:pPr>
              <w:spacing w:after="0"/>
              <w:rPr>
                <w:sz w:val="18"/>
                <w:szCs w:val="18"/>
              </w:rPr>
            </w:pPr>
            <w:r w:rsidRPr="003B7872">
              <w:rPr>
                <w:rFonts w:eastAsia="Arial" w:cs="Arial"/>
                <w:b/>
                <w:color w:val="FFFFFF"/>
                <w:sz w:val="18"/>
                <w:szCs w:val="18"/>
              </w:rPr>
              <w:t>Owner</w:t>
            </w:r>
          </w:p>
        </w:tc>
        <w:tc>
          <w:tcPr>
            <w:tcW w:w="187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6895EED" w14:textId="77777777" w:rsidR="00282991" w:rsidRPr="003B7872" w:rsidRDefault="00FE4586">
            <w:pPr>
              <w:spacing w:after="0"/>
              <w:rPr>
                <w:sz w:val="18"/>
                <w:szCs w:val="18"/>
              </w:rPr>
            </w:pPr>
            <w:r w:rsidRPr="003B7872">
              <w:rPr>
                <w:rFonts w:eastAsia="Arial" w:cs="Arial"/>
                <w:b/>
                <w:color w:val="FFFFFF"/>
                <w:sz w:val="18"/>
                <w:szCs w:val="18"/>
              </w:rPr>
              <w:t>Storage Location</w:t>
            </w:r>
          </w:p>
        </w:tc>
        <w:tc>
          <w:tcPr>
            <w:tcW w:w="115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F0B91B9" w14:textId="77777777" w:rsidR="00282991" w:rsidRPr="003B7872" w:rsidRDefault="00FE4586">
            <w:pPr>
              <w:spacing w:after="0"/>
              <w:rPr>
                <w:sz w:val="18"/>
                <w:szCs w:val="18"/>
              </w:rPr>
            </w:pPr>
            <w:r w:rsidRPr="003B7872">
              <w:rPr>
                <w:rFonts w:eastAsia="Arial" w:cs="Arial"/>
                <w:b/>
                <w:color w:val="FFFFFF"/>
                <w:sz w:val="18"/>
                <w:szCs w:val="18"/>
              </w:rPr>
              <w:t>Verified</w:t>
            </w:r>
          </w:p>
        </w:tc>
      </w:tr>
      <w:tr w:rsidR="00282991" w:rsidRPr="003B7872" w14:paraId="2E632368" w14:textId="77777777">
        <w:trPr>
          <w:cantSplit/>
          <w:jc w:val="center"/>
        </w:trPr>
        <w:tc>
          <w:tcPr>
            <w:tcW w:w="7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8F37032" w14:textId="77777777" w:rsidR="00282991" w:rsidRPr="003B7872" w:rsidRDefault="00FE4586">
            <w:pPr>
              <w:spacing w:after="0"/>
              <w:rPr>
                <w:sz w:val="18"/>
                <w:szCs w:val="18"/>
              </w:rPr>
            </w:pPr>
            <w:r w:rsidRPr="003B7872">
              <w:rPr>
                <w:rFonts w:eastAsia="Arial" w:cs="Arial"/>
                <w:sz w:val="18"/>
                <w:szCs w:val="18"/>
              </w:rPr>
              <w:t>A</w:t>
            </w:r>
          </w:p>
        </w:tc>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E23F498" w14:textId="77777777" w:rsidR="00282991" w:rsidRPr="003B7872" w:rsidRDefault="00FE4586">
            <w:pPr>
              <w:spacing w:after="0"/>
              <w:rPr>
                <w:sz w:val="18"/>
                <w:szCs w:val="18"/>
              </w:rPr>
            </w:pPr>
            <w:r w:rsidRPr="003B7872">
              <w:rPr>
                <w:rFonts w:eastAsia="Arial" w:cs="Arial"/>
                <w:sz w:val="18"/>
                <w:szCs w:val="18"/>
              </w:rPr>
              <w:t>Current EOP approval / 2-year review record</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46B6187" w14:textId="77777777" w:rsidR="00282991" w:rsidRPr="003B7872" w:rsidRDefault="00FE4586">
            <w:pPr>
              <w:spacing w:after="0"/>
              <w:rPr>
                <w:sz w:val="18"/>
                <w:szCs w:val="18"/>
              </w:rPr>
            </w:pPr>
            <w:r w:rsidRPr="003B7872">
              <w:rPr>
                <w:rFonts w:eastAsia="Arial" w:cs="Arial"/>
                <w:sz w:val="18"/>
                <w:szCs w:val="18"/>
              </w:rPr>
              <w:t>§494.62</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689710D" w14:textId="77777777" w:rsidR="00282991" w:rsidRPr="003B7872" w:rsidRDefault="00FE4586">
            <w:pPr>
              <w:spacing w:after="0"/>
              <w:rPr>
                <w:sz w:val="18"/>
                <w:szCs w:val="18"/>
              </w:rPr>
            </w:pPr>
            <w:r w:rsidRPr="003B7872">
              <w:rPr>
                <w:rFonts w:eastAsia="Arial" w:cs="Arial"/>
                <w:sz w:val="18"/>
                <w:szCs w:val="18"/>
              </w:rPr>
              <w:t>Administration</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1C2E70C" w14:textId="77777777" w:rsidR="00282991" w:rsidRPr="003B7872" w:rsidRDefault="00FE4586">
            <w:pPr>
              <w:spacing w:after="0"/>
              <w:rPr>
                <w:sz w:val="18"/>
                <w:szCs w:val="18"/>
              </w:rPr>
            </w:pPr>
            <w:r w:rsidRPr="003B7872">
              <w:rPr>
                <w:rFonts w:eastAsia="Arial" w:cs="Arial"/>
                <w:i/>
                <w:color w:val="707070"/>
                <w:sz w:val="18"/>
                <w:szCs w:val="18"/>
              </w:rPr>
              <w:t>&lt;Location&gt;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D26A3B4" w14:textId="77777777" w:rsidR="00282991" w:rsidRPr="003B7872" w:rsidRDefault="00FE4586">
            <w:pPr>
              <w:spacing w:after="0"/>
              <w:rPr>
                <w:sz w:val="18"/>
                <w:szCs w:val="18"/>
              </w:rPr>
            </w:pPr>
            <w:r w:rsidRPr="003B7872">
              <w:rPr>
                <w:rFonts w:eastAsia="Arial" w:cs="Arial"/>
                <w:i/>
                <w:color w:val="707070"/>
                <w:sz w:val="18"/>
                <w:szCs w:val="18"/>
              </w:rPr>
              <w:t>&lt;Date&gt;</w:t>
            </w:r>
          </w:p>
        </w:tc>
      </w:tr>
      <w:tr w:rsidR="00282991" w:rsidRPr="003B7872" w14:paraId="4D50EF39" w14:textId="77777777">
        <w:trPr>
          <w:cantSplit/>
          <w:jc w:val="center"/>
        </w:trPr>
        <w:tc>
          <w:tcPr>
            <w:tcW w:w="7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C521FA7" w14:textId="77777777" w:rsidR="00282991" w:rsidRPr="003B7872" w:rsidRDefault="00FE4586">
            <w:pPr>
              <w:spacing w:after="0"/>
              <w:rPr>
                <w:sz w:val="18"/>
                <w:szCs w:val="18"/>
              </w:rPr>
            </w:pPr>
            <w:r w:rsidRPr="003B7872">
              <w:rPr>
                <w:rFonts w:eastAsia="Arial" w:cs="Arial"/>
                <w:sz w:val="18"/>
                <w:szCs w:val="18"/>
              </w:rPr>
              <w:t>B</w:t>
            </w:r>
          </w:p>
        </w:tc>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5951F75" w14:textId="77777777" w:rsidR="00282991" w:rsidRPr="003B7872" w:rsidRDefault="00FE4586">
            <w:pPr>
              <w:spacing w:after="0"/>
              <w:rPr>
                <w:sz w:val="18"/>
                <w:szCs w:val="18"/>
              </w:rPr>
            </w:pPr>
            <w:r w:rsidRPr="003B7872">
              <w:rPr>
                <w:rFonts w:eastAsia="Arial" w:cs="Arial"/>
                <w:sz w:val="18"/>
                <w:szCs w:val="18"/>
              </w:rPr>
              <w:t>Facility/community HVA</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4E4CAE2" w14:textId="77777777" w:rsidR="00282991" w:rsidRPr="003B7872" w:rsidRDefault="00FE4586">
            <w:pPr>
              <w:spacing w:after="0"/>
              <w:rPr>
                <w:sz w:val="18"/>
                <w:szCs w:val="18"/>
              </w:rPr>
            </w:pPr>
            <w:r w:rsidRPr="003B7872">
              <w:rPr>
                <w:rFonts w:eastAsia="Arial" w:cs="Arial"/>
                <w:sz w:val="18"/>
                <w:szCs w:val="18"/>
              </w:rPr>
              <w:t>§494.62(a)(1)</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84811D8" w14:textId="77777777" w:rsidR="00282991" w:rsidRPr="003B7872" w:rsidRDefault="00FE4586">
            <w:pPr>
              <w:spacing w:after="0"/>
              <w:rPr>
                <w:sz w:val="18"/>
                <w:szCs w:val="18"/>
              </w:rPr>
            </w:pPr>
            <w:r w:rsidRPr="003B7872">
              <w:rPr>
                <w:rFonts w:eastAsia="Arial" w:cs="Arial"/>
                <w:sz w:val="18"/>
                <w:szCs w:val="18"/>
              </w:rPr>
              <w:t>EP</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FE19230" w14:textId="77777777" w:rsidR="00282991" w:rsidRPr="003B7872" w:rsidRDefault="00FE4586">
            <w:pPr>
              <w:spacing w:after="0"/>
              <w:rPr>
                <w:sz w:val="18"/>
                <w:szCs w:val="18"/>
              </w:rPr>
            </w:pPr>
            <w:r w:rsidRPr="003B7872">
              <w:rPr>
                <w:rFonts w:eastAsia="Arial" w:cs="Arial"/>
                <w:i/>
                <w:color w:val="707070"/>
                <w:sz w:val="18"/>
                <w:szCs w:val="18"/>
              </w:rPr>
              <w:t>&lt;Location&gt;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BB22C0F" w14:textId="77777777" w:rsidR="00282991" w:rsidRPr="003B7872" w:rsidRDefault="00FE4586">
            <w:pPr>
              <w:spacing w:after="0"/>
              <w:rPr>
                <w:sz w:val="18"/>
                <w:szCs w:val="18"/>
              </w:rPr>
            </w:pPr>
            <w:r w:rsidRPr="003B7872">
              <w:rPr>
                <w:rFonts w:eastAsia="Arial" w:cs="Arial"/>
                <w:i/>
                <w:color w:val="707070"/>
                <w:sz w:val="18"/>
                <w:szCs w:val="18"/>
              </w:rPr>
              <w:t>&lt;Date&gt;</w:t>
            </w:r>
          </w:p>
        </w:tc>
      </w:tr>
      <w:tr w:rsidR="00282991" w:rsidRPr="003B7872" w14:paraId="43135D48" w14:textId="77777777">
        <w:trPr>
          <w:cantSplit/>
          <w:jc w:val="center"/>
        </w:trPr>
        <w:tc>
          <w:tcPr>
            <w:tcW w:w="7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4F64B41" w14:textId="77777777" w:rsidR="00282991" w:rsidRPr="003B7872" w:rsidRDefault="00FE4586">
            <w:pPr>
              <w:spacing w:after="0"/>
              <w:rPr>
                <w:sz w:val="18"/>
                <w:szCs w:val="18"/>
              </w:rPr>
            </w:pPr>
            <w:r w:rsidRPr="003B7872">
              <w:rPr>
                <w:rFonts w:eastAsia="Arial" w:cs="Arial"/>
                <w:sz w:val="18"/>
                <w:szCs w:val="18"/>
              </w:rPr>
              <w:t>C</w:t>
            </w:r>
          </w:p>
        </w:tc>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7B1C584" w14:textId="77777777" w:rsidR="00282991" w:rsidRPr="003B7872" w:rsidRDefault="00FE4586">
            <w:pPr>
              <w:spacing w:after="0"/>
              <w:rPr>
                <w:sz w:val="18"/>
                <w:szCs w:val="18"/>
              </w:rPr>
            </w:pPr>
            <w:r w:rsidRPr="003B7872">
              <w:rPr>
                <w:rFonts w:eastAsia="Arial" w:cs="Arial"/>
                <w:sz w:val="18"/>
                <w:szCs w:val="18"/>
              </w:rPr>
              <w:t>EP policies/procedures index</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9F34F0B" w14:textId="77777777" w:rsidR="00282991" w:rsidRPr="003B7872" w:rsidRDefault="00FE4586">
            <w:pPr>
              <w:spacing w:after="0"/>
              <w:rPr>
                <w:sz w:val="18"/>
                <w:szCs w:val="18"/>
              </w:rPr>
            </w:pPr>
            <w:r w:rsidRPr="003B7872">
              <w:rPr>
                <w:rFonts w:eastAsia="Arial" w:cs="Arial"/>
                <w:sz w:val="18"/>
                <w:szCs w:val="18"/>
              </w:rPr>
              <w:t>§494.62(b)</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62C16A9" w14:textId="77777777" w:rsidR="00282991" w:rsidRPr="003B7872" w:rsidRDefault="00FE4586">
            <w:pPr>
              <w:spacing w:after="0"/>
              <w:rPr>
                <w:sz w:val="18"/>
                <w:szCs w:val="18"/>
              </w:rPr>
            </w:pPr>
            <w:r w:rsidRPr="003B7872">
              <w:rPr>
                <w:rFonts w:eastAsia="Arial" w:cs="Arial"/>
                <w:sz w:val="18"/>
                <w:szCs w:val="18"/>
              </w:rPr>
              <w:t>Administration</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46E3E0B" w14:textId="77777777" w:rsidR="00282991" w:rsidRPr="003B7872" w:rsidRDefault="00FE4586">
            <w:pPr>
              <w:spacing w:after="0"/>
              <w:rPr>
                <w:sz w:val="18"/>
                <w:szCs w:val="18"/>
              </w:rPr>
            </w:pPr>
            <w:r w:rsidRPr="003B7872">
              <w:rPr>
                <w:rFonts w:eastAsia="Arial" w:cs="Arial"/>
                <w:i/>
                <w:color w:val="707070"/>
                <w:sz w:val="18"/>
                <w:szCs w:val="18"/>
              </w:rPr>
              <w:t>&lt;Location&gt;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44EEE28" w14:textId="77777777" w:rsidR="00282991" w:rsidRPr="003B7872" w:rsidRDefault="00FE4586">
            <w:pPr>
              <w:spacing w:after="0"/>
              <w:rPr>
                <w:sz w:val="18"/>
                <w:szCs w:val="18"/>
              </w:rPr>
            </w:pPr>
            <w:r w:rsidRPr="003B7872">
              <w:rPr>
                <w:rFonts w:eastAsia="Arial" w:cs="Arial"/>
                <w:i/>
                <w:color w:val="707070"/>
                <w:sz w:val="18"/>
                <w:szCs w:val="18"/>
              </w:rPr>
              <w:t>&lt;Date&gt;</w:t>
            </w:r>
          </w:p>
        </w:tc>
      </w:tr>
      <w:tr w:rsidR="00282991" w:rsidRPr="003B7872" w14:paraId="0F6457E6" w14:textId="77777777">
        <w:trPr>
          <w:cantSplit/>
          <w:jc w:val="center"/>
        </w:trPr>
        <w:tc>
          <w:tcPr>
            <w:tcW w:w="7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8EE6A72" w14:textId="77777777" w:rsidR="00282991" w:rsidRPr="003B7872" w:rsidRDefault="00FE4586">
            <w:pPr>
              <w:spacing w:after="0"/>
              <w:rPr>
                <w:sz w:val="18"/>
                <w:szCs w:val="18"/>
              </w:rPr>
            </w:pPr>
            <w:r w:rsidRPr="003B7872">
              <w:rPr>
                <w:rFonts w:eastAsia="Arial" w:cs="Arial"/>
                <w:sz w:val="18"/>
                <w:szCs w:val="18"/>
              </w:rPr>
              <w:t>D</w:t>
            </w:r>
          </w:p>
        </w:tc>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D7688B5" w14:textId="77777777" w:rsidR="00282991" w:rsidRPr="003B7872" w:rsidRDefault="00FE4586">
            <w:pPr>
              <w:spacing w:after="0"/>
              <w:rPr>
                <w:sz w:val="18"/>
                <w:szCs w:val="18"/>
              </w:rPr>
            </w:pPr>
            <w:r w:rsidRPr="003B7872">
              <w:rPr>
                <w:rFonts w:eastAsia="Arial" w:cs="Arial"/>
                <w:sz w:val="18"/>
                <w:szCs w:val="18"/>
              </w:rPr>
              <w:t>Staff training / exercise / patient orientation records</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76753CE" w14:textId="77777777" w:rsidR="00282991" w:rsidRPr="003B7872" w:rsidRDefault="00FE4586">
            <w:pPr>
              <w:spacing w:after="0"/>
              <w:rPr>
                <w:sz w:val="18"/>
                <w:szCs w:val="18"/>
              </w:rPr>
            </w:pPr>
            <w:r w:rsidRPr="003B7872">
              <w:rPr>
                <w:rFonts w:eastAsia="Arial" w:cs="Arial"/>
                <w:sz w:val="18"/>
                <w:szCs w:val="18"/>
              </w:rPr>
              <w:t>§494.62(d)</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206EDB0" w14:textId="77777777" w:rsidR="00282991" w:rsidRPr="003B7872" w:rsidRDefault="00FE4586">
            <w:pPr>
              <w:spacing w:after="0"/>
              <w:rPr>
                <w:sz w:val="18"/>
                <w:szCs w:val="18"/>
              </w:rPr>
            </w:pPr>
            <w:r w:rsidRPr="003B7872">
              <w:rPr>
                <w:rFonts w:eastAsia="Arial" w:cs="Arial"/>
                <w:sz w:val="18"/>
                <w:szCs w:val="18"/>
              </w:rPr>
              <w:t>EP / HR / Clinical</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ED94956" w14:textId="77777777" w:rsidR="00282991" w:rsidRPr="003B7872" w:rsidRDefault="00FE4586">
            <w:pPr>
              <w:spacing w:after="0"/>
              <w:rPr>
                <w:sz w:val="18"/>
                <w:szCs w:val="18"/>
              </w:rPr>
            </w:pPr>
            <w:r w:rsidRPr="003B7872">
              <w:rPr>
                <w:rFonts w:eastAsia="Arial" w:cs="Arial"/>
                <w:i/>
                <w:color w:val="707070"/>
                <w:sz w:val="18"/>
                <w:szCs w:val="18"/>
              </w:rPr>
              <w:t>&lt;Location&gt;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0DF3E44" w14:textId="77777777" w:rsidR="00282991" w:rsidRPr="003B7872" w:rsidRDefault="00FE4586">
            <w:pPr>
              <w:spacing w:after="0"/>
              <w:rPr>
                <w:sz w:val="18"/>
                <w:szCs w:val="18"/>
              </w:rPr>
            </w:pPr>
            <w:r w:rsidRPr="003B7872">
              <w:rPr>
                <w:rFonts w:eastAsia="Arial" w:cs="Arial"/>
                <w:i/>
                <w:color w:val="707070"/>
                <w:sz w:val="18"/>
                <w:szCs w:val="18"/>
              </w:rPr>
              <w:t>&lt;Date&gt;</w:t>
            </w:r>
          </w:p>
        </w:tc>
      </w:tr>
      <w:tr w:rsidR="00282991" w:rsidRPr="003B7872" w14:paraId="6D516231" w14:textId="77777777">
        <w:trPr>
          <w:cantSplit/>
          <w:jc w:val="center"/>
        </w:trPr>
        <w:tc>
          <w:tcPr>
            <w:tcW w:w="7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78CD7F1" w14:textId="77777777" w:rsidR="00282991" w:rsidRPr="003B7872" w:rsidRDefault="00FE4586">
            <w:pPr>
              <w:spacing w:after="0"/>
              <w:rPr>
                <w:sz w:val="18"/>
                <w:szCs w:val="18"/>
              </w:rPr>
            </w:pPr>
            <w:r w:rsidRPr="003B7872">
              <w:rPr>
                <w:rFonts w:eastAsia="Arial" w:cs="Arial"/>
                <w:sz w:val="18"/>
                <w:szCs w:val="18"/>
              </w:rPr>
              <w:t>E</w:t>
            </w:r>
          </w:p>
        </w:tc>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144FF2D" w14:textId="77777777" w:rsidR="00282991" w:rsidRPr="003B7872" w:rsidRDefault="00FE4586">
            <w:pPr>
              <w:spacing w:after="0"/>
              <w:rPr>
                <w:sz w:val="18"/>
                <w:szCs w:val="18"/>
              </w:rPr>
            </w:pPr>
            <w:r w:rsidRPr="003B7872">
              <w:rPr>
                <w:rFonts w:eastAsia="Arial" w:cs="Arial"/>
                <w:sz w:val="18"/>
                <w:szCs w:val="18"/>
              </w:rPr>
              <w:t>Required contact directory / alternate communications</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EFE092D" w14:textId="77777777" w:rsidR="00282991" w:rsidRPr="003B7872" w:rsidRDefault="00FE4586">
            <w:pPr>
              <w:spacing w:after="0"/>
              <w:rPr>
                <w:sz w:val="18"/>
                <w:szCs w:val="18"/>
              </w:rPr>
            </w:pPr>
            <w:r w:rsidRPr="003B7872">
              <w:rPr>
                <w:rFonts w:eastAsia="Arial" w:cs="Arial"/>
                <w:sz w:val="18"/>
                <w:szCs w:val="18"/>
              </w:rPr>
              <w:t>§494.62(c)</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2B2B870" w14:textId="77777777" w:rsidR="00282991" w:rsidRPr="003B7872" w:rsidRDefault="00FE4586">
            <w:pPr>
              <w:spacing w:after="0"/>
              <w:rPr>
                <w:sz w:val="18"/>
                <w:szCs w:val="18"/>
              </w:rPr>
            </w:pPr>
            <w:r w:rsidRPr="003B7872">
              <w:rPr>
                <w:rFonts w:eastAsia="Arial" w:cs="Arial"/>
                <w:sz w:val="18"/>
                <w:szCs w:val="18"/>
              </w:rPr>
              <w:t>Administration</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D5A5B8B" w14:textId="77777777" w:rsidR="00282991" w:rsidRPr="003B7872" w:rsidRDefault="00FE4586">
            <w:pPr>
              <w:spacing w:after="0"/>
              <w:rPr>
                <w:sz w:val="18"/>
                <w:szCs w:val="18"/>
              </w:rPr>
            </w:pPr>
            <w:r w:rsidRPr="003B7872">
              <w:rPr>
                <w:rFonts w:eastAsia="Arial" w:cs="Arial"/>
                <w:i/>
                <w:color w:val="707070"/>
                <w:sz w:val="18"/>
                <w:szCs w:val="18"/>
              </w:rPr>
              <w:t>&lt;Location&gt;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E76C431" w14:textId="77777777" w:rsidR="00282991" w:rsidRPr="003B7872" w:rsidRDefault="00FE4586">
            <w:pPr>
              <w:spacing w:after="0"/>
              <w:rPr>
                <w:sz w:val="18"/>
                <w:szCs w:val="18"/>
              </w:rPr>
            </w:pPr>
            <w:r w:rsidRPr="003B7872">
              <w:rPr>
                <w:rFonts w:eastAsia="Arial" w:cs="Arial"/>
                <w:i/>
                <w:color w:val="707070"/>
                <w:sz w:val="18"/>
                <w:szCs w:val="18"/>
              </w:rPr>
              <w:t>&lt;Date&gt;</w:t>
            </w:r>
          </w:p>
        </w:tc>
      </w:tr>
      <w:tr w:rsidR="00282991" w:rsidRPr="003B7872" w14:paraId="7E0917B0" w14:textId="77777777">
        <w:trPr>
          <w:cantSplit/>
          <w:jc w:val="center"/>
        </w:trPr>
        <w:tc>
          <w:tcPr>
            <w:tcW w:w="7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630DC32" w14:textId="77777777" w:rsidR="00282991" w:rsidRPr="003B7872" w:rsidRDefault="00FE4586">
            <w:pPr>
              <w:spacing w:after="0"/>
              <w:rPr>
                <w:sz w:val="18"/>
                <w:szCs w:val="18"/>
              </w:rPr>
            </w:pPr>
            <w:r w:rsidRPr="003B7872">
              <w:rPr>
                <w:rFonts w:eastAsia="Arial" w:cs="Arial"/>
                <w:sz w:val="18"/>
                <w:szCs w:val="18"/>
              </w:rPr>
              <w:t>F</w:t>
            </w:r>
          </w:p>
        </w:tc>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B7C67AA" w14:textId="77777777" w:rsidR="00282991" w:rsidRPr="003B7872" w:rsidRDefault="00FE4586">
            <w:pPr>
              <w:spacing w:after="0"/>
              <w:rPr>
                <w:sz w:val="18"/>
                <w:szCs w:val="18"/>
              </w:rPr>
            </w:pPr>
            <w:r w:rsidRPr="003B7872">
              <w:rPr>
                <w:rFonts w:eastAsia="Arial" w:cs="Arial"/>
                <w:sz w:val="18"/>
                <w:szCs w:val="18"/>
              </w:rPr>
              <w:t>Alternate dialysis / transportation / hospital agreements</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EA1EE79" w14:textId="77777777" w:rsidR="00282991" w:rsidRPr="003B7872" w:rsidRDefault="00FE4586">
            <w:pPr>
              <w:spacing w:after="0"/>
              <w:rPr>
                <w:sz w:val="18"/>
                <w:szCs w:val="18"/>
              </w:rPr>
            </w:pPr>
            <w:r w:rsidRPr="003B7872">
              <w:rPr>
                <w:rFonts w:eastAsia="Arial" w:cs="Arial"/>
                <w:sz w:val="18"/>
                <w:szCs w:val="18"/>
              </w:rPr>
              <w:t>§494.62(b)(6); §494.180(g)</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54692C3" w14:textId="77777777" w:rsidR="00282991" w:rsidRPr="003B7872" w:rsidRDefault="00FE4586">
            <w:pPr>
              <w:spacing w:after="0"/>
              <w:rPr>
                <w:sz w:val="18"/>
                <w:szCs w:val="18"/>
              </w:rPr>
            </w:pPr>
            <w:r w:rsidRPr="003B7872">
              <w:rPr>
                <w:rFonts w:eastAsia="Arial" w:cs="Arial"/>
                <w:sz w:val="18"/>
                <w:szCs w:val="18"/>
              </w:rPr>
              <w:t>Clinical / Admin</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F7937F5" w14:textId="77777777" w:rsidR="00282991" w:rsidRPr="003B7872" w:rsidRDefault="00FE4586">
            <w:pPr>
              <w:spacing w:after="0"/>
              <w:rPr>
                <w:sz w:val="18"/>
                <w:szCs w:val="18"/>
              </w:rPr>
            </w:pPr>
            <w:r w:rsidRPr="003B7872">
              <w:rPr>
                <w:rFonts w:eastAsia="Arial" w:cs="Arial"/>
                <w:i/>
                <w:color w:val="707070"/>
                <w:sz w:val="18"/>
                <w:szCs w:val="18"/>
              </w:rPr>
              <w:t>&lt;Location&gt;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86461CF" w14:textId="77777777" w:rsidR="00282991" w:rsidRPr="003B7872" w:rsidRDefault="00FE4586">
            <w:pPr>
              <w:spacing w:after="0"/>
              <w:rPr>
                <w:sz w:val="18"/>
                <w:szCs w:val="18"/>
              </w:rPr>
            </w:pPr>
            <w:r w:rsidRPr="003B7872">
              <w:rPr>
                <w:rFonts w:eastAsia="Arial" w:cs="Arial"/>
                <w:i/>
                <w:color w:val="707070"/>
                <w:sz w:val="18"/>
                <w:szCs w:val="18"/>
              </w:rPr>
              <w:t>&lt;Date&gt;</w:t>
            </w:r>
          </w:p>
        </w:tc>
      </w:tr>
      <w:tr w:rsidR="00282991" w:rsidRPr="003B7872" w14:paraId="1DC962C3" w14:textId="77777777">
        <w:trPr>
          <w:cantSplit/>
          <w:jc w:val="center"/>
        </w:trPr>
        <w:tc>
          <w:tcPr>
            <w:tcW w:w="7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DDEC4CE" w14:textId="77777777" w:rsidR="00282991" w:rsidRPr="003B7872" w:rsidRDefault="00FE4586">
            <w:pPr>
              <w:spacing w:after="0"/>
              <w:rPr>
                <w:sz w:val="18"/>
                <w:szCs w:val="18"/>
              </w:rPr>
            </w:pPr>
            <w:r w:rsidRPr="003B7872">
              <w:rPr>
                <w:rFonts w:eastAsia="Arial" w:cs="Arial"/>
                <w:sz w:val="18"/>
                <w:szCs w:val="18"/>
              </w:rPr>
              <w:t>K</w:t>
            </w:r>
          </w:p>
        </w:tc>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630F512" w14:textId="77777777" w:rsidR="00282991" w:rsidRPr="003B7872" w:rsidRDefault="00FE4586">
            <w:pPr>
              <w:spacing w:after="0"/>
              <w:rPr>
                <w:sz w:val="18"/>
                <w:szCs w:val="18"/>
              </w:rPr>
            </w:pPr>
            <w:r w:rsidRPr="003B7872">
              <w:rPr>
                <w:rFonts w:eastAsia="Arial" w:cs="Arial"/>
                <w:sz w:val="18"/>
                <w:szCs w:val="18"/>
              </w:rPr>
              <w:t>Medical records / EHR downtime procedure</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F366C09" w14:textId="77777777" w:rsidR="00282991" w:rsidRPr="003B7872" w:rsidRDefault="00FE4586">
            <w:pPr>
              <w:spacing w:after="0"/>
              <w:rPr>
                <w:sz w:val="18"/>
                <w:szCs w:val="18"/>
              </w:rPr>
            </w:pPr>
            <w:r w:rsidRPr="003B7872">
              <w:rPr>
                <w:rFonts w:eastAsia="Arial" w:cs="Arial"/>
                <w:sz w:val="18"/>
                <w:szCs w:val="18"/>
              </w:rPr>
              <w:t>§494.62(b)(4); §494.170</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DB6D76" w14:textId="77777777" w:rsidR="00282991" w:rsidRPr="003B7872" w:rsidRDefault="00FE4586">
            <w:pPr>
              <w:spacing w:after="0"/>
              <w:rPr>
                <w:sz w:val="18"/>
                <w:szCs w:val="18"/>
              </w:rPr>
            </w:pPr>
            <w:r w:rsidRPr="003B7872">
              <w:rPr>
                <w:rFonts w:eastAsia="Arial" w:cs="Arial"/>
                <w:sz w:val="18"/>
                <w:szCs w:val="18"/>
              </w:rPr>
              <w:t>HIM / IT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E0319B0" w14:textId="77777777" w:rsidR="00282991" w:rsidRPr="003B7872" w:rsidRDefault="00FE4586">
            <w:pPr>
              <w:spacing w:after="0"/>
              <w:rPr>
                <w:sz w:val="18"/>
                <w:szCs w:val="18"/>
              </w:rPr>
            </w:pPr>
            <w:r w:rsidRPr="003B7872">
              <w:rPr>
                <w:rFonts w:eastAsia="Arial" w:cs="Arial"/>
                <w:i/>
                <w:color w:val="707070"/>
                <w:sz w:val="18"/>
                <w:szCs w:val="18"/>
              </w:rPr>
              <w:t>&lt;Location&gt;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7FD5C44" w14:textId="77777777" w:rsidR="00282991" w:rsidRPr="003B7872" w:rsidRDefault="00FE4586">
            <w:pPr>
              <w:spacing w:after="0"/>
              <w:rPr>
                <w:sz w:val="18"/>
                <w:szCs w:val="18"/>
              </w:rPr>
            </w:pPr>
            <w:r w:rsidRPr="003B7872">
              <w:rPr>
                <w:rFonts w:eastAsia="Arial" w:cs="Arial"/>
                <w:i/>
                <w:color w:val="707070"/>
                <w:sz w:val="18"/>
                <w:szCs w:val="18"/>
              </w:rPr>
              <w:t>&lt;Date&gt;</w:t>
            </w:r>
          </w:p>
        </w:tc>
      </w:tr>
      <w:tr w:rsidR="00282991" w:rsidRPr="003B7872" w14:paraId="1761781D" w14:textId="77777777">
        <w:trPr>
          <w:cantSplit/>
          <w:jc w:val="center"/>
        </w:trPr>
        <w:tc>
          <w:tcPr>
            <w:tcW w:w="7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1DEA64F" w14:textId="77777777" w:rsidR="00282991" w:rsidRPr="003B7872" w:rsidRDefault="00FE4586">
            <w:pPr>
              <w:spacing w:after="0"/>
              <w:rPr>
                <w:sz w:val="18"/>
                <w:szCs w:val="18"/>
              </w:rPr>
            </w:pPr>
            <w:r w:rsidRPr="003B7872">
              <w:rPr>
                <w:rFonts w:eastAsia="Arial" w:cs="Arial"/>
                <w:sz w:val="18"/>
                <w:szCs w:val="18"/>
              </w:rPr>
              <w:t>L</w:t>
            </w:r>
          </w:p>
        </w:tc>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59F0BE0" w14:textId="77777777" w:rsidR="00282991" w:rsidRPr="003B7872" w:rsidRDefault="00FE4586">
            <w:pPr>
              <w:spacing w:after="0"/>
              <w:rPr>
                <w:sz w:val="18"/>
                <w:szCs w:val="18"/>
              </w:rPr>
            </w:pPr>
            <w:r w:rsidRPr="003B7872">
              <w:rPr>
                <w:rFonts w:eastAsia="Arial" w:cs="Arial"/>
                <w:sz w:val="18"/>
                <w:szCs w:val="18"/>
              </w:rPr>
              <w:t>Water/dialysate/equipment/generator logs</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1976EC9" w14:textId="77777777" w:rsidR="00282991" w:rsidRPr="003B7872" w:rsidRDefault="00FE4586">
            <w:pPr>
              <w:spacing w:after="0"/>
              <w:rPr>
                <w:sz w:val="18"/>
                <w:szCs w:val="18"/>
              </w:rPr>
            </w:pPr>
            <w:r w:rsidRPr="003B7872">
              <w:rPr>
                <w:rFonts w:eastAsia="Arial" w:cs="Arial"/>
                <w:sz w:val="18"/>
                <w:szCs w:val="18"/>
              </w:rPr>
              <w:t>§494.40; §494.60; 22 MRS §2042</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981E9C3" w14:textId="77777777" w:rsidR="00282991" w:rsidRPr="003B7872" w:rsidRDefault="00FE4586">
            <w:pPr>
              <w:spacing w:after="0"/>
              <w:rPr>
                <w:sz w:val="18"/>
                <w:szCs w:val="18"/>
              </w:rPr>
            </w:pPr>
            <w:r w:rsidRPr="003B7872">
              <w:rPr>
                <w:rFonts w:eastAsia="Arial" w:cs="Arial"/>
                <w:sz w:val="18"/>
                <w:szCs w:val="18"/>
              </w:rPr>
              <w:t>Technical / Facilities</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7F1C864" w14:textId="77777777" w:rsidR="00282991" w:rsidRPr="003B7872" w:rsidRDefault="00FE4586">
            <w:pPr>
              <w:spacing w:after="0"/>
              <w:rPr>
                <w:sz w:val="18"/>
                <w:szCs w:val="18"/>
              </w:rPr>
            </w:pPr>
            <w:r w:rsidRPr="003B7872">
              <w:rPr>
                <w:rFonts w:eastAsia="Arial" w:cs="Arial"/>
                <w:i/>
                <w:color w:val="707070"/>
                <w:sz w:val="18"/>
                <w:szCs w:val="18"/>
              </w:rPr>
              <w:t>&lt;Location&gt;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1A1630B" w14:textId="77777777" w:rsidR="00282991" w:rsidRPr="003B7872" w:rsidRDefault="00FE4586">
            <w:pPr>
              <w:spacing w:after="0"/>
              <w:rPr>
                <w:sz w:val="18"/>
                <w:szCs w:val="18"/>
              </w:rPr>
            </w:pPr>
            <w:r w:rsidRPr="003B7872">
              <w:rPr>
                <w:rFonts w:eastAsia="Arial" w:cs="Arial"/>
                <w:i/>
                <w:color w:val="707070"/>
                <w:sz w:val="18"/>
                <w:szCs w:val="18"/>
              </w:rPr>
              <w:t>&lt;Date&gt;</w:t>
            </w:r>
          </w:p>
        </w:tc>
      </w:tr>
      <w:tr w:rsidR="00282991" w:rsidRPr="003B7872" w14:paraId="05A572A9" w14:textId="77777777">
        <w:trPr>
          <w:cantSplit/>
          <w:jc w:val="center"/>
        </w:trPr>
        <w:tc>
          <w:tcPr>
            <w:tcW w:w="7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1499F38" w14:textId="77777777" w:rsidR="00282991" w:rsidRPr="003B7872" w:rsidRDefault="00FE4586">
            <w:pPr>
              <w:spacing w:after="0"/>
              <w:rPr>
                <w:sz w:val="18"/>
                <w:szCs w:val="18"/>
              </w:rPr>
            </w:pPr>
            <w:r w:rsidRPr="003B7872">
              <w:rPr>
                <w:rFonts w:eastAsia="Arial" w:cs="Arial"/>
                <w:sz w:val="18"/>
                <w:szCs w:val="18"/>
              </w:rPr>
              <w:lastRenderedPageBreak/>
              <w:t>M</w:t>
            </w:r>
          </w:p>
        </w:tc>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06DE10A" w14:textId="77777777" w:rsidR="00282991" w:rsidRPr="003B7872" w:rsidRDefault="00FE4586">
            <w:pPr>
              <w:spacing w:after="0"/>
              <w:rPr>
                <w:sz w:val="18"/>
                <w:szCs w:val="18"/>
              </w:rPr>
            </w:pPr>
            <w:r w:rsidRPr="003B7872">
              <w:rPr>
                <w:rFonts w:eastAsia="Arial" w:cs="Arial"/>
                <w:sz w:val="18"/>
                <w:szCs w:val="18"/>
              </w:rPr>
              <w:t>LSC/AHJ determination / permits / inspections</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25F113B" w14:textId="77777777" w:rsidR="00282991" w:rsidRPr="003B7872" w:rsidRDefault="00FE4586">
            <w:pPr>
              <w:spacing w:after="0"/>
              <w:rPr>
                <w:sz w:val="18"/>
                <w:szCs w:val="18"/>
              </w:rPr>
            </w:pPr>
            <w:r w:rsidRPr="003B7872">
              <w:rPr>
                <w:rFonts w:eastAsia="Arial" w:cs="Arial"/>
                <w:sz w:val="18"/>
                <w:szCs w:val="18"/>
              </w:rPr>
              <w:t>§494.60; Maine/local</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424BAAF" w14:textId="77777777" w:rsidR="00282991" w:rsidRPr="003B7872" w:rsidRDefault="00FE4586">
            <w:pPr>
              <w:spacing w:after="0"/>
              <w:rPr>
                <w:sz w:val="18"/>
                <w:szCs w:val="18"/>
              </w:rPr>
            </w:pPr>
            <w:r w:rsidRPr="003B7872">
              <w:rPr>
                <w:rFonts w:eastAsia="Arial" w:cs="Arial"/>
                <w:sz w:val="18"/>
                <w:szCs w:val="18"/>
              </w:rPr>
              <w:t>Facilities</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01A9289" w14:textId="77777777" w:rsidR="00282991" w:rsidRPr="003B7872" w:rsidRDefault="00FE4586">
            <w:pPr>
              <w:spacing w:after="0"/>
              <w:rPr>
                <w:sz w:val="18"/>
                <w:szCs w:val="18"/>
              </w:rPr>
            </w:pPr>
            <w:r w:rsidRPr="003B7872">
              <w:rPr>
                <w:rFonts w:eastAsia="Arial" w:cs="Arial"/>
                <w:i/>
                <w:color w:val="707070"/>
                <w:sz w:val="18"/>
                <w:szCs w:val="18"/>
              </w:rPr>
              <w:t>&lt;Location&gt;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67445C6" w14:textId="77777777" w:rsidR="00282991" w:rsidRPr="003B7872" w:rsidRDefault="00FE4586">
            <w:pPr>
              <w:spacing w:after="0"/>
              <w:rPr>
                <w:sz w:val="18"/>
                <w:szCs w:val="18"/>
              </w:rPr>
            </w:pPr>
            <w:r w:rsidRPr="003B7872">
              <w:rPr>
                <w:rFonts w:eastAsia="Arial" w:cs="Arial"/>
                <w:i/>
                <w:color w:val="707070"/>
                <w:sz w:val="18"/>
                <w:szCs w:val="18"/>
              </w:rPr>
              <w:t>&lt;Date&gt;</w:t>
            </w:r>
          </w:p>
        </w:tc>
      </w:tr>
      <w:tr w:rsidR="00282991" w:rsidRPr="003B7872" w14:paraId="7881A4D4" w14:textId="77777777">
        <w:trPr>
          <w:cantSplit/>
          <w:jc w:val="center"/>
        </w:trPr>
        <w:tc>
          <w:tcPr>
            <w:tcW w:w="7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72C61F1" w14:textId="77777777" w:rsidR="00282991" w:rsidRPr="003B7872" w:rsidRDefault="00FE4586">
            <w:pPr>
              <w:spacing w:after="0"/>
              <w:rPr>
                <w:sz w:val="18"/>
                <w:szCs w:val="18"/>
              </w:rPr>
            </w:pPr>
            <w:r w:rsidRPr="003B7872">
              <w:rPr>
                <w:rFonts w:eastAsia="Arial" w:cs="Arial"/>
                <w:sz w:val="18"/>
                <w:szCs w:val="18"/>
              </w:rPr>
              <w:t>O</w:t>
            </w:r>
          </w:p>
        </w:tc>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CB62E74" w14:textId="77777777" w:rsidR="00282991" w:rsidRPr="003B7872" w:rsidRDefault="00FE4586">
            <w:pPr>
              <w:spacing w:after="0"/>
              <w:rPr>
                <w:sz w:val="18"/>
                <w:szCs w:val="18"/>
              </w:rPr>
            </w:pPr>
            <w:r w:rsidRPr="003B7872">
              <w:rPr>
                <w:rFonts w:eastAsia="Arial" w:cs="Arial"/>
                <w:sz w:val="18"/>
                <w:szCs w:val="18"/>
              </w:rPr>
              <w:t>AAR/IP / QAPI corrective action evidence</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420E445" w14:textId="77777777" w:rsidR="00282991" w:rsidRPr="003B7872" w:rsidRDefault="00FE4586">
            <w:pPr>
              <w:spacing w:after="0"/>
              <w:rPr>
                <w:sz w:val="18"/>
                <w:szCs w:val="18"/>
              </w:rPr>
            </w:pPr>
            <w:r w:rsidRPr="003B7872">
              <w:rPr>
                <w:rFonts w:eastAsia="Arial" w:cs="Arial"/>
                <w:sz w:val="18"/>
                <w:szCs w:val="18"/>
              </w:rPr>
              <w:t>§494.62(d)(2); §494.110</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CE1F385" w14:textId="77777777" w:rsidR="00282991" w:rsidRPr="003B7872" w:rsidRDefault="00FE4586">
            <w:pPr>
              <w:spacing w:after="0"/>
              <w:rPr>
                <w:sz w:val="18"/>
                <w:szCs w:val="18"/>
              </w:rPr>
            </w:pPr>
            <w:r w:rsidRPr="003B7872">
              <w:rPr>
                <w:rFonts w:eastAsia="Arial" w:cs="Arial"/>
                <w:sz w:val="18"/>
                <w:szCs w:val="18"/>
              </w:rPr>
              <w:t>EP / QAPI</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34827F5" w14:textId="77777777" w:rsidR="00282991" w:rsidRPr="003B7872" w:rsidRDefault="00FE4586">
            <w:pPr>
              <w:spacing w:after="0"/>
              <w:rPr>
                <w:sz w:val="18"/>
                <w:szCs w:val="18"/>
              </w:rPr>
            </w:pPr>
            <w:r w:rsidRPr="003B7872">
              <w:rPr>
                <w:rFonts w:eastAsia="Arial" w:cs="Arial"/>
                <w:i/>
                <w:color w:val="707070"/>
                <w:sz w:val="18"/>
                <w:szCs w:val="18"/>
              </w:rPr>
              <w:t>&lt;Location&gt;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231B88B" w14:textId="77777777" w:rsidR="00282991" w:rsidRPr="003B7872" w:rsidRDefault="00FE4586">
            <w:pPr>
              <w:spacing w:after="0"/>
              <w:rPr>
                <w:sz w:val="18"/>
                <w:szCs w:val="18"/>
              </w:rPr>
            </w:pPr>
            <w:r w:rsidRPr="003B7872">
              <w:rPr>
                <w:rFonts w:eastAsia="Arial" w:cs="Arial"/>
                <w:i/>
                <w:color w:val="707070"/>
                <w:sz w:val="18"/>
                <w:szCs w:val="18"/>
              </w:rPr>
              <w:t>&lt;Date&gt;</w:t>
            </w:r>
          </w:p>
        </w:tc>
      </w:tr>
      <w:tr w:rsidR="00282991" w:rsidRPr="003B7872" w14:paraId="3A806B61" w14:textId="77777777">
        <w:trPr>
          <w:cantSplit/>
          <w:jc w:val="center"/>
        </w:trPr>
        <w:tc>
          <w:tcPr>
            <w:tcW w:w="7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09D4E6E" w14:textId="77777777" w:rsidR="00282991" w:rsidRPr="003B7872" w:rsidRDefault="00FE4586">
            <w:pPr>
              <w:spacing w:after="0"/>
              <w:rPr>
                <w:sz w:val="18"/>
                <w:szCs w:val="18"/>
              </w:rPr>
            </w:pPr>
            <w:r w:rsidRPr="003B7872">
              <w:rPr>
                <w:rFonts w:eastAsia="Arial" w:cs="Arial"/>
                <w:sz w:val="18"/>
                <w:szCs w:val="18"/>
              </w:rPr>
              <w:t>P</w:t>
            </w:r>
          </w:p>
        </w:tc>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DD69DB7" w14:textId="77777777" w:rsidR="00282991" w:rsidRPr="003B7872" w:rsidRDefault="00FE4586">
            <w:pPr>
              <w:spacing w:after="0"/>
              <w:rPr>
                <w:sz w:val="18"/>
                <w:szCs w:val="18"/>
              </w:rPr>
            </w:pPr>
            <w:r w:rsidRPr="003B7872">
              <w:rPr>
                <w:rFonts w:eastAsia="Arial" w:cs="Arial"/>
                <w:sz w:val="18"/>
                <w:szCs w:val="18"/>
              </w:rPr>
              <w:t>Integrated system participation evidence</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D6D4175" w14:textId="77777777" w:rsidR="00282991" w:rsidRPr="003B7872" w:rsidRDefault="00FE4586">
            <w:pPr>
              <w:spacing w:after="0"/>
              <w:rPr>
                <w:sz w:val="18"/>
                <w:szCs w:val="18"/>
              </w:rPr>
            </w:pPr>
            <w:r w:rsidRPr="003B7872">
              <w:rPr>
                <w:rFonts w:eastAsia="Arial" w:cs="Arial"/>
                <w:sz w:val="18"/>
                <w:szCs w:val="18"/>
              </w:rPr>
              <w:t>§494.62(e), if used</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3750663" w14:textId="77777777" w:rsidR="00282991" w:rsidRPr="003B7872" w:rsidRDefault="00FE4586">
            <w:pPr>
              <w:spacing w:after="0"/>
              <w:rPr>
                <w:sz w:val="18"/>
                <w:szCs w:val="18"/>
              </w:rPr>
            </w:pPr>
            <w:r w:rsidRPr="003B7872">
              <w:rPr>
                <w:rFonts w:eastAsia="Arial" w:cs="Arial"/>
                <w:sz w:val="18"/>
                <w:szCs w:val="18"/>
              </w:rPr>
              <w:t>EP</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B82D87C" w14:textId="77777777" w:rsidR="00282991" w:rsidRPr="003B7872" w:rsidRDefault="00FE4586">
            <w:pPr>
              <w:spacing w:after="0"/>
              <w:rPr>
                <w:sz w:val="18"/>
                <w:szCs w:val="18"/>
              </w:rPr>
            </w:pPr>
            <w:r w:rsidRPr="003B7872">
              <w:rPr>
                <w:rFonts w:eastAsia="Arial" w:cs="Arial"/>
                <w:i/>
                <w:color w:val="707070"/>
                <w:sz w:val="18"/>
                <w:szCs w:val="18"/>
              </w:rPr>
              <w:t>&lt;Location&gt;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5B7E2B1" w14:textId="77777777" w:rsidR="00282991" w:rsidRPr="003B7872" w:rsidRDefault="00FE4586">
            <w:pPr>
              <w:spacing w:after="0"/>
              <w:rPr>
                <w:sz w:val="18"/>
                <w:szCs w:val="18"/>
              </w:rPr>
            </w:pPr>
            <w:r w:rsidRPr="003B7872">
              <w:rPr>
                <w:rFonts w:eastAsia="Arial" w:cs="Arial"/>
                <w:i/>
                <w:color w:val="707070"/>
                <w:sz w:val="18"/>
                <w:szCs w:val="18"/>
              </w:rPr>
              <w:t>&lt;Date&gt;</w:t>
            </w:r>
          </w:p>
        </w:tc>
      </w:tr>
      <w:tr w:rsidR="00282991" w:rsidRPr="003B7872" w14:paraId="5F1B3C82" w14:textId="77777777">
        <w:trPr>
          <w:cantSplit/>
          <w:jc w:val="center"/>
        </w:trPr>
        <w:tc>
          <w:tcPr>
            <w:tcW w:w="7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BA4423A" w14:textId="77777777" w:rsidR="00282991" w:rsidRPr="003B7872" w:rsidRDefault="00FE4586">
            <w:pPr>
              <w:spacing w:after="0"/>
              <w:rPr>
                <w:sz w:val="18"/>
                <w:szCs w:val="18"/>
              </w:rPr>
            </w:pPr>
            <w:r w:rsidRPr="003B7872">
              <w:rPr>
                <w:rFonts w:eastAsia="Arial" w:cs="Arial"/>
                <w:sz w:val="18"/>
                <w:szCs w:val="18"/>
              </w:rPr>
              <w:t>Q</w:t>
            </w:r>
          </w:p>
        </w:tc>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78D8AAE" w14:textId="77777777" w:rsidR="00282991" w:rsidRPr="003B7872" w:rsidRDefault="00FE4586">
            <w:pPr>
              <w:spacing w:after="0"/>
              <w:rPr>
                <w:sz w:val="18"/>
                <w:szCs w:val="18"/>
              </w:rPr>
            </w:pPr>
            <w:r w:rsidRPr="003B7872">
              <w:rPr>
                <w:rFonts w:eastAsia="Arial" w:cs="Arial"/>
                <w:sz w:val="18"/>
                <w:szCs w:val="18"/>
              </w:rPr>
              <w:t>Home dialysis emergency backup evidence</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C0E065C" w14:textId="77777777" w:rsidR="00282991" w:rsidRPr="003B7872" w:rsidRDefault="00FE4586">
            <w:pPr>
              <w:spacing w:after="0"/>
              <w:rPr>
                <w:sz w:val="18"/>
                <w:szCs w:val="18"/>
              </w:rPr>
            </w:pPr>
            <w:r w:rsidRPr="003B7872">
              <w:rPr>
                <w:rFonts w:eastAsia="Arial" w:cs="Arial"/>
                <w:sz w:val="18"/>
                <w:szCs w:val="18"/>
              </w:rPr>
              <w:t>§494.100, if applicable</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116C666" w14:textId="77777777" w:rsidR="00282991" w:rsidRPr="003B7872" w:rsidRDefault="00FE4586">
            <w:pPr>
              <w:spacing w:after="0"/>
              <w:rPr>
                <w:sz w:val="18"/>
                <w:szCs w:val="18"/>
              </w:rPr>
            </w:pPr>
            <w:r w:rsidRPr="003B7872">
              <w:rPr>
                <w:rFonts w:eastAsia="Arial" w:cs="Arial"/>
                <w:sz w:val="18"/>
                <w:szCs w:val="18"/>
              </w:rPr>
              <w:t>Home Program</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1C5FBC3" w14:textId="77777777" w:rsidR="00282991" w:rsidRPr="003B7872" w:rsidRDefault="00FE4586">
            <w:pPr>
              <w:spacing w:after="0"/>
              <w:rPr>
                <w:sz w:val="18"/>
                <w:szCs w:val="18"/>
              </w:rPr>
            </w:pPr>
            <w:r w:rsidRPr="003B7872">
              <w:rPr>
                <w:rFonts w:eastAsia="Arial" w:cs="Arial"/>
                <w:i/>
                <w:color w:val="707070"/>
                <w:sz w:val="18"/>
                <w:szCs w:val="18"/>
              </w:rPr>
              <w:t>&lt;Location&gt;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3585756" w14:textId="77777777" w:rsidR="00282991" w:rsidRPr="003B7872" w:rsidRDefault="00FE4586">
            <w:pPr>
              <w:spacing w:after="0"/>
              <w:rPr>
                <w:sz w:val="18"/>
                <w:szCs w:val="18"/>
              </w:rPr>
            </w:pPr>
            <w:r w:rsidRPr="003B7872">
              <w:rPr>
                <w:rFonts w:eastAsia="Arial" w:cs="Arial"/>
                <w:i/>
                <w:color w:val="707070"/>
                <w:sz w:val="18"/>
                <w:szCs w:val="18"/>
              </w:rPr>
              <w:t>&lt;Date&gt;</w:t>
            </w:r>
          </w:p>
        </w:tc>
      </w:tr>
      <w:tr w:rsidR="00282991" w:rsidRPr="003B7872" w14:paraId="18544E6E" w14:textId="77777777">
        <w:trPr>
          <w:cantSplit/>
          <w:jc w:val="center"/>
        </w:trPr>
        <w:tc>
          <w:tcPr>
            <w:tcW w:w="7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2ED1EE5" w14:textId="77777777" w:rsidR="00282991" w:rsidRPr="003B7872" w:rsidRDefault="00FE4586">
            <w:pPr>
              <w:spacing w:after="0"/>
              <w:rPr>
                <w:sz w:val="18"/>
                <w:szCs w:val="18"/>
              </w:rPr>
            </w:pPr>
            <w:r w:rsidRPr="003B7872">
              <w:rPr>
                <w:rFonts w:eastAsia="Arial" w:cs="Arial"/>
                <w:sz w:val="18"/>
                <w:szCs w:val="18"/>
              </w:rPr>
              <w:t>R</w:t>
            </w:r>
          </w:p>
        </w:tc>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DC6FE99" w14:textId="77777777" w:rsidR="00282991" w:rsidRPr="003B7872" w:rsidRDefault="00FE4586">
            <w:pPr>
              <w:spacing w:after="0"/>
              <w:rPr>
                <w:sz w:val="18"/>
                <w:szCs w:val="18"/>
              </w:rPr>
            </w:pPr>
            <w:r w:rsidRPr="003B7872">
              <w:rPr>
                <w:rFonts w:eastAsia="Arial" w:cs="Arial"/>
                <w:sz w:val="18"/>
                <w:szCs w:val="18"/>
              </w:rPr>
              <w:t>24/7 emergency contact / physician roster / hospital agreement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6221164" w14:textId="77777777" w:rsidR="00282991" w:rsidRPr="003B7872" w:rsidRDefault="00FE4586">
            <w:pPr>
              <w:spacing w:after="0"/>
              <w:rPr>
                <w:sz w:val="18"/>
                <w:szCs w:val="18"/>
              </w:rPr>
            </w:pPr>
            <w:r w:rsidRPr="003B7872">
              <w:rPr>
                <w:rFonts w:eastAsia="Arial" w:cs="Arial"/>
                <w:sz w:val="18"/>
                <w:szCs w:val="18"/>
              </w:rPr>
              <w:t>§494.180(g)</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402130D" w14:textId="77777777" w:rsidR="00282991" w:rsidRPr="003B7872" w:rsidRDefault="00FE4586">
            <w:pPr>
              <w:spacing w:after="0"/>
              <w:rPr>
                <w:sz w:val="18"/>
                <w:szCs w:val="18"/>
              </w:rPr>
            </w:pPr>
            <w:r w:rsidRPr="003B7872">
              <w:rPr>
                <w:rFonts w:eastAsia="Arial" w:cs="Arial"/>
                <w:sz w:val="18"/>
                <w:szCs w:val="18"/>
              </w:rPr>
              <w:t>Clinical</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EA1BEE1" w14:textId="77777777" w:rsidR="00282991" w:rsidRPr="003B7872" w:rsidRDefault="00FE4586">
            <w:pPr>
              <w:spacing w:after="0"/>
              <w:rPr>
                <w:sz w:val="18"/>
                <w:szCs w:val="18"/>
              </w:rPr>
            </w:pPr>
            <w:r w:rsidRPr="003B7872">
              <w:rPr>
                <w:rFonts w:eastAsia="Arial" w:cs="Arial"/>
                <w:i/>
                <w:color w:val="707070"/>
                <w:sz w:val="18"/>
                <w:szCs w:val="18"/>
              </w:rPr>
              <w:t>&lt;Location&gt;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E247975" w14:textId="77777777" w:rsidR="00282991" w:rsidRPr="003B7872" w:rsidRDefault="00FE4586">
            <w:pPr>
              <w:spacing w:after="0"/>
              <w:rPr>
                <w:sz w:val="18"/>
                <w:szCs w:val="18"/>
              </w:rPr>
            </w:pPr>
            <w:r w:rsidRPr="003B7872">
              <w:rPr>
                <w:rFonts w:eastAsia="Arial" w:cs="Arial"/>
                <w:i/>
                <w:color w:val="707070"/>
                <w:sz w:val="18"/>
                <w:szCs w:val="18"/>
              </w:rPr>
              <w:t>&lt;Date&gt;</w:t>
            </w:r>
          </w:p>
        </w:tc>
      </w:tr>
      <w:tr w:rsidR="00282991" w:rsidRPr="003B7872" w14:paraId="4CC7CC83" w14:textId="77777777">
        <w:trPr>
          <w:cantSplit/>
          <w:jc w:val="center"/>
        </w:trPr>
        <w:tc>
          <w:tcPr>
            <w:tcW w:w="7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5518C07" w14:textId="77777777" w:rsidR="00282991" w:rsidRPr="003B7872" w:rsidRDefault="00FE4586">
            <w:pPr>
              <w:spacing w:after="0"/>
              <w:rPr>
                <w:sz w:val="18"/>
                <w:szCs w:val="18"/>
              </w:rPr>
            </w:pPr>
            <w:r w:rsidRPr="003B7872">
              <w:rPr>
                <w:rFonts w:eastAsia="Arial" w:cs="Arial"/>
                <w:sz w:val="18"/>
                <w:szCs w:val="18"/>
              </w:rPr>
              <w:t>S</w:t>
            </w:r>
          </w:p>
        </w:tc>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475DFFA" w14:textId="77777777" w:rsidR="00282991" w:rsidRPr="003B7872" w:rsidRDefault="00FE4586">
            <w:pPr>
              <w:spacing w:after="0"/>
              <w:rPr>
                <w:sz w:val="18"/>
                <w:szCs w:val="18"/>
              </w:rPr>
            </w:pPr>
            <w:r w:rsidRPr="003B7872">
              <w:rPr>
                <w:rFonts w:eastAsia="Arial" w:cs="Arial"/>
                <w:sz w:val="18"/>
                <w:szCs w:val="18"/>
              </w:rPr>
              <w:t>Licenses / credentials / CLIA / public-health evidence</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91E6857" w14:textId="77777777" w:rsidR="00282991" w:rsidRPr="003B7872" w:rsidRDefault="00FE4586">
            <w:pPr>
              <w:spacing w:after="0"/>
              <w:rPr>
                <w:sz w:val="18"/>
                <w:szCs w:val="18"/>
              </w:rPr>
            </w:pPr>
            <w:r w:rsidRPr="003B7872">
              <w:rPr>
                <w:rFonts w:eastAsia="Arial" w:cs="Arial"/>
                <w:sz w:val="18"/>
                <w:szCs w:val="18"/>
              </w:rPr>
              <w:t>Part 494 / Maine layers</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E95A860" w14:textId="77777777" w:rsidR="00282991" w:rsidRPr="003B7872" w:rsidRDefault="00FE4586">
            <w:pPr>
              <w:spacing w:after="0"/>
              <w:rPr>
                <w:sz w:val="18"/>
                <w:szCs w:val="18"/>
              </w:rPr>
            </w:pPr>
            <w:r w:rsidRPr="003B7872">
              <w:rPr>
                <w:rFonts w:eastAsia="Arial" w:cs="Arial"/>
                <w:sz w:val="18"/>
                <w:szCs w:val="18"/>
              </w:rPr>
              <w:t>Administration</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E692B64" w14:textId="77777777" w:rsidR="00282991" w:rsidRPr="003B7872" w:rsidRDefault="00FE4586">
            <w:pPr>
              <w:spacing w:after="0"/>
              <w:rPr>
                <w:sz w:val="18"/>
                <w:szCs w:val="18"/>
              </w:rPr>
            </w:pPr>
            <w:r w:rsidRPr="003B7872">
              <w:rPr>
                <w:rFonts w:eastAsia="Arial" w:cs="Arial"/>
                <w:i/>
                <w:color w:val="707070"/>
                <w:sz w:val="18"/>
                <w:szCs w:val="18"/>
              </w:rPr>
              <w:t>&lt;Location&gt;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3B25DDD" w14:textId="77777777" w:rsidR="00282991" w:rsidRPr="003B7872" w:rsidRDefault="00FE4586">
            <w:pPr>
              <w:spacing w:after="0"/>
              <w:rPr>
                <w:sz w:val="18"/>
                <w:szCs w:val="18"/>
              </w:rPr>
            </w:pPr>
            <w:r w:rsidRPr="003B7872">
              <w:rPr>
                <w:rFonts w:eastAsia="Arial" w:cs="Arial"/>
                <w:i/>
                <w:color w:val="707070"/>
                <w:sz w:val="18"/>
                <w:szCs w:val="18"/>
              </w:rPr>
              <w:t>&lt;Date&gt;</w:t>
            </w:r>
          </w:p>
        </w:tc>
      </w:tr>
      <w:tr w:rsidR="00282991" w:rsidRPr="003B7872" w14:paraId="0C3A9159" w14:textId="77777777">
        <w:trPr>
          <w:cantSplit/>
          <w:jc w:val="center"/>
        </w:trPr>
        <w:tc>
          <w:tcPr>
            <w:tcW w:w="7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7FDA6A4" w14:textId="77777777" w:rsidR="00282991" w:rsidRPr="003B7872" w:rsidRDefault="00FE4586">
            <w:pPr>
              <w:spacing w:after="0"/>
              <w:rPr>
                <w:sz w:val="18"/>
                <w:szCs w:val="18"/>
              </w:rPr>
            </w:pPr>
            <w:r w:rsidRPr="003B7872">
              <w:rPr>
                <w:rFonts w:eastAsia="Arial" w:cs="Arial"/>
                <w:sz w:val="18"/>
                <w:szCs w:val="18"/>
              </w:rPr>
              <w:t>T</w:t>
            </w:r>
          </w:p>
        </w:tc>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8EEAE61" w14:textId="77777777" w:rsidR="00282991" w:rsidRPr="003B7872" w:rsidRDefault="00FE4586">
            <w:pPr>
              <w:spacing w:after="0"/>
              <w:rPr>
                <w:sz w:val="18"/>
                <w:szCs w:val="18"/>
              </w:rPr>
            </w:pPr>
            <w:r w:rsidRPr="003B7872">
              <w:rPr>
                <w:rFonts w:eastAsia="Arial" w:cs="Arial"/>
                <w:sz w:val="18"/>
                <w:szCs w:val="18"/>
              </w:rPr>
              <w:t>Patient emergency orientation/training evidence</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7A4A00D" w14:textId="77777777" w:rsidR="00282991" w:rsidRPr="003B7872" w:rsidRDefault="00FE4586">
            <w:pPr>
              <w:spacing w:after="0"/>
              <w:rPr>
                <w:sz w:val="18"/>
                <w:szCs w:val="18"/>
              </w:rPr>
            </w:pPr>
            <w:r w:rsidRPr="003B7872">
              <w:rPr>
                <w:rFonts w:eastAsia="Arial" w:cs="Arial"/>
                <w:sz w:val="18"/>
                <w:szCs w:val="18"/>
              </w:rPr>
              <w:t>§494.62(d)(3)</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19CB9E9" w14:textId="77777777" w:rsidR="00282991" w:rsidRPr="003B7872" w:rsidRDefault="00FE4586">
            <w:pPr>
              <w:spacing w:after="0"/>
              <w:rPr>
                <w:sz w:val="18"/>
                <w:szCs w:val="18"/>
              </w:rPr>
            </w:pPr>
            <w:r w:rsidRPr="003B7872">
              <w:rPr>
                <w:rFonts w:eastAsia="Arial" w:cs="Arial"/>
                <w:sz w:val="18"/>
                <w:szCs w:val="18"/>
              </w:rPr>
              <w:t>Clinical / EP</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494F96A" w14:textId="77777777" w:rsidR="00282991" w:rsidRPr="003B7872" w:rsidRDefault="00FE4586">
            <w:pPr>
              <w:spacing w:after="0"/>
              <w:rPr>
                <w:sz w:val="18"/>
                <w:szCs w:val="18"/>
              </w:rPr>
            </w:pPr>
            <w:r w:rsidRPr="003B7872">
              <w:rPr>
                <w:rFonts w:eastAsia="Arial" w:cs="Arial"/>
                <w:i/>
                <w:color w:val="707070"/>
                <w:sz w:val="18"/>
                <w:szCs w:val="18"/>
              </w:rPr>
              <w:t>&lt;Location&gt;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230FBD9" w14:textId="77777777" w:rsidR="00282991" w:rsidRPr="003B7872" w:rsidRDefault="00FE4586">
            <w:pPr>
              <w:spacing w:after="0"/>
              <w:rPr>
                <w:sz w:val="18"/>
                <w:szCs w:val="18"/>
              </w:rPr>
            </w:pPr>
            <w:r w:rsidRPr="003B7872">
              <w:rPr>
                <w:rFonts w:eastAsia="Arial" w:cs="Arial"/>
                <w:i/>
                <w:color w:val="707070"/>
                <w:sz w:val="18"/>
                <w:szCs w:val="18"/>
              </w:rPr>
              <w:t>&lt;Date&gt;</w:t>
            </w:r>
          </w:p>
        </w:tc>
      </w:tr>
      <w:tr w:rsidR="00282991" w:rsidRPr="003B7872" w14:paraId="2C75F9C0" w14:textId="77777777">
        <w:trPr>
          <w:cantSplit/>
          <w:jc w:val="center"/>
        </w:trPr>
        <w:tc>
          <w:tcPr>
            <w:tcW w:w="7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DE6AAD2" w14:textId="77777777" w:rsidR="00282991" w:rsidRPr="003B7872" w:rsidRDefault="00FE4586">
            <w:pPr>
              <w:spacing w:after="0"/>
              <w:rPr>
                <w:sz w:val="18"/>
                <w:szCs w:val="18"/>
              </w:rPr>
            </w:pPr>
            <w:r w:rsidRPr="003B7872">
              <w:rPr>
                <w:sz w:val="18"/>
                <w:szCs w:val="18"/>
              </w:rPr>
              <w:t>S</w:t>
            </w:r>
          </w:p>
        </w:tc>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5340990" w14:textId="77777777" w:rsidR="00282991" w:rsidRPr="003B7872" w:rsidRDefault="00FE4586">
            <w:pPr>
              <w:spacing w:after="0"/>
              <w:rPr>
                <w:sz w:val="18"/>
                <w:szCs w:val="18"/>
              </w:rPr>
            </w:pPr>
            <w:r w:rsidRPr="003B7872">
              <w:rPr>
                <w:sz w:val="18"/>
                <w:szCs w:val="18"/>
              </w:rPr>
              <w:t>§1135 waiver / alternate care site operational evidence</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85FB9E5" w14:textId="77777777" w:rsidR="00282991" w:rsidRPr="003B7872" w:rsidRDefault="00FE4586">
            <w:pPr>
              <w:spacing w:after="0"/>
              <w:rPr>
                <w:sz w:val="18"/>
                <w:szCs w:val="18"/>
              </w:rPr>
            </w:pPr>
            <w:r w:rsidRPr="003B7872">
              <w:rPr>
                <w:sz w:val="18"/>
                <w:szCs w:val="18"/>
              </w:rPr>
              <w:t>§494.62(b)(7), if applicable</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B6B6534" w14:textId="77777777" w:rsidR="00282991" w:rsidRPr="003B7872" w:rsidRDefault="00FE4586">
            <w:pPr>
              <w:spacing w:after="0"/>
              <w:rPr>
                <w:sz w:val="18"/>
                <w:szCs w:val="18"/>
              </w:rPr>
            </w:pPr>
            <w:r w:rsidRPr="003B7872">
              <w:rPr>
                <w:sz w:val="18"/>
                <w:szCs w:val="18"/>
              </w:rPr>
              <w:t>EP / Administration</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2163BA9" w14:textId="77777777" w:rsidR="00282991" w:rsidRPr="003B7872" w:rsidRDefault="00FE4586">
            <w:pPr>
              <w:spacing w:after="0"/>
              <w:rPr>
                <w:sz w:val="18"/>
                <w:szCs w:val="18"/>
              </w:rPr>
            </w:pPr>
            <w:r w:rsidRPr="003B7872">
              <w:rPr>
                <w:sz w:val="18"/>
                <w:szCs w:val="18"/>
              </w:rPr>
              <w:t>&lt;Location&gt;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9FB659D" w14:textId="77777777" w:rsidR="00282991" w:rsidRPr="003B7872" w:rsidRDefault="00FE4586">
            <w:pPr>
              <w:spacing w:after="0"/>
              <w:rPr>
                <w:sz w:val="18"/>
                <w:szCs w:val="18"/>
              </w:rPr>
            </w:pPr>
            <w:r w:rsidRPr="003B7872">
              <w:rPr>
                <w:sz w:val="18"/>
                <w:szCs w:val="18"/>
              </w:rPr>
              <w:t>&lt;Date&gt;</w:t>
            </w:r>
          </w:p>
        </w:tc>
      </w:tr>
      <w:tr w:rsidR="00282991" w:rsidRPr="003B7872" w14:paraId="729B0329" w14:textId="77777777">
        <w:trPr>
          <w:cantSplit/>
          <w:jc w:val="center"/>
        </w:trPr>
        <w:tc>
          <w:tcPr>
            <w:tcW w:w="7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4FB10B1" w14:textId="77777777" w:rsidR="00282991" w:rsidRPr="003B7872" w:rsidRDefault="00FE4586">
            <w:pPr>
              <w:spacing w:after="0"/>
              <w:rPr>
                <w:sz w:val="18"/>
                <w:szCs w:val="18"/>
              </w:rPr>
            </w:pPr>
            <w:r w:rsidRPr="003B7872">
              <w:rPr>
                <w:sz w:val="18"/>
                <w:szCs w:val="18"/>
              </w:rPr>
              <w:t>T</w:t>
            </w:r>
          </w:p>
        </w:tc>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EBC3D40" w14:textId="77777777" w:rsidR="00282991" w:rsidRPr="003B7872" w:rsidRDefault="00FE4586">
            <w:pPr>
              <w:spacing w:after="0"/>
              <w:rPr>
                <w:sz w:val="18"/>
                <w:szCs w:val="18"/>
              </w:rPr>
            </w:pPr>
            <w:proofErr w:type="gramStart"/>
            <w:r w:rsidRPr="003B7872">
              <w:rPr>
                <w:sz w:val="18"/>
                <w:szCs w:val="18"/>
              </w:rPr>
              <w:t>Special-purpose</w:t>
            </w:r>
            <w:proofErr w:type="gramEnd"/>
            <w:r w:rsidRPr="003B7872">
              <w:rPr>
                <w:sz w:val="18"/>
                <w:szCs w:val="18"/>
              </w:rPr>
              <w:t xml:space="preserve"> / temporary dialysis approval evidence</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686B01E" w14:textId="77777777" w:rsidR="00282991" w:rsidRPr="003B7872" w:rsidRDefault="00FE4586">
            <w:pPr>
              <w:spacing w:after="0"/>
              <w:rPr>
                <w:sz w:val="18"/>
                <w:szCs w:val="18"/>
              </w:rPr>
            </w:pPr>
            <w:r w:rsidRPr="003B7872">
              <w:rPr>
                <w:sz w:val="18"/>
                <w:szCs w:val="18"/>
              </w:rPr>
              <w:t>§494.120, if applicable</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81F5015" w14:textId="77777777" w:rsidR="00282991" w:rsidRPr="003B7872" w:rsidRDefault="00FE4586">
            <w:pPr>
              <w:spacing w:after="0"/>
              <w:rPr>
                <w:sz w:val="18"/>
                <w:szCs w:val="18"/>
              </w:rPr>
            </w:pPr>
            <w:r w:rsidRPr="003B7872">
              <w:rPr>
                <w:sz w:val="18"/>
                <w:szCs w:val="18"/>
              </w:rPr>
              <w:t>Administration / Clinical</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44FFFA9" w14:textId="77777777" w:rsidR="00282991" w:rsidRPr="003B7872" w:rsidRDefault="00FE4586">
            <w:pPr>
              <w:spacing w:after="0"/>
              <w:rPr>
                <w:sz w:val="18"/>
                <w:szCs w:val="18"/>
              </w:rPr>
            </w:pPr>
            <w:r w:rsidRPr="003B7872">
              <w:rPr>
                <w:sz w:val="18"/>
                <w:szCs w:val="18"/>
              </w:rPr>
              <w:t>&lt;Location&gt;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C0FBB8E" w14:textId="77777777" w:rsidR="00282991" w:rsidRPr="003B7872" w:rsidRDefault="00FE4586">
            <w:pPr>
              <w:spacing w:after="0"/>
              <w:rPr>
                <w:sz w:val="18"/>
                <w:szCs w:val="18"/>
              </w:rPr>
            </w:pPr>
            <w:r w:rsidRPr="003B7872">
              <w:rPr>
                <w:sz w:val="18"/>
                <w:szCs w:val="18"/>
              </w:rPr>
              <w:t>&lt;Date&gt;</w:t>
            </w:r>
          </w:p>
        </w:tc>
      </w:tr>
    </w:tbl>
    <w:p w14:paraId="3FD52E29" w14:textId="77777777" w:rsidR="00282991" w:rsidRDefault="00282991">
      <w:pPr>
        <w:spacing w:after="20"/>
      </w:pPr>
    </w:p>
    <w:p w14:paraId="7058B4E1" w14:textId="77777777" w:rsidR="00282991" w:rsidRDefault="00282991">
      <w:pPr>
        <w:sectPr w:rsidR="00282991">
          <w:headerReference w:type="default" r:id="rId9"/>
          <w:footerReference w:type="default" r:id="rId10"/>
          <w:headerReference w:type="first" r:id="rId11"/>
          <w:footerReference w:type="first" r:id="rId12"/>
          <w:pgSz w:w="12240" w:h="15840"/>
          <w:pgMar w:top="720" w:right="720" w:bottom="720" w:left="720" w:header="259" w:footer="259" w:gutter="0"/>
          <w:cols w:space="720"/>
          <w:titlePg/>
          <w:docGrid w:linePitch="360"/>
        </w:sectPr>
      </w:pPr>
    </w:p>
    <w:p w14:paraId="162021B7" w14:textId="77777777" w:rsidR="00282991" w:rsidRDefault="00FE4586">
      <w:pPr>
        <w:pStyle w:val="Heading1"/>
        <w:pBdr>
          <w:bottom w:val="single" w:sz="10" w:space="2" w:color="E63B07"/>
        </w:pBdr>
      </w:pPr>
      <w:r>
        <w:rPr>
          <w:rFonts w:ascii="Arial" w:eastAsia="Arial" w:hAnsi="Arial" w:cs="Arial"/>
        </w:rPr>
        <w:lastRenderedPageBreak/>
        <w:t>ATTACHMENT A - REGULATORY &amp; EOP CROSSWALK</w:t>
      </w:r>
    </w:p>
    <w:tbl>
      <w:tblPr>
        <w:tblW w:w="0" w:type="auto"/>
        <w:jc w:val="center"/>
        <w:tblLayout w:type="fixed"/>
        <w:tblLook w:val="04A0" w:firstRow="1" w:lastRow="0" w:firstColumn="1" w:lastColumn="0" w:noHBand="0" w:noVBand="1"/>
      </w:tblPr>
      <w:tblGrid>
        <w:gridCol w:w="2880"/>
        <w:gridCol w:w="7488"/>
        <w:gridCol w:w="3888"/>
      </w:tblGrid>
      <w:tr w:rsidR="00282991" w14:paraId="28C9DCDE" w14:textId="77777777">
        <w:trPr>
          <w:cantSplit/>
          <w:tblHeader/>
          <w:jc w:val="center"/>
        </w:trPr>
        <w:tc>
          <w:tcPr>
            <w:tcW w:w="288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9BA1443" w14:textId="77777777" w:rsidR="00282991" w:rsidRDefault="00FE4586">
            <w:pPr>
              <w:spacing w:after="0"/>
            </w:pPr>
            <w:r>
              <w:rPr>
                <w:rFonts w:eastAsia="Arial" w:cs="Arial"/>
                <w:b/>
                <w:color w:val="FFFFFF"/>
                <w:sz w:val="15"/>
              </w:rPr>
              <w:t>Source</w:t>
            </w:r>
          </w:p>
        </w:tc>
        <w:tc>
          <w:tcPr>
            <w:tcW w:w="748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2A843AE" w14:textId="77777777" w:rsidR="00282991" w:rsidRDefault="00FE4586">
            <w:pPr>
              <w:spacing w:after="0"/>
            </w:pPr>
            <w:r>
              <w:rPr>
                <w:rFonts w:eastAsia="Arial" w:cs="Arial"/>
                <w:b/>
                <w:color w:val="FFFFFF"/>
                <w:sz w:val="15"/>
              </w:rPr>
              <w:t>Required / Applicable Content</w:t>
            </w:r>
          </w:p>
        </w:tc>
        <w:tc>
          <w:tcPr>
            <w:tcW w:w="388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C392EEC" w14:textId="77777777" w:rsidR="00282991" w:rsidRDefault="00FE4586">
            <w:pPr>
              <w:spacing w:after="0"/>
            </w:pPr>
            <w:r>
              <w:rPr>
                <w:rFonts w:eastAsia="Arial" w:cs="Arial"/>
                <w:b/>
                <w:color w:val="FFFFFF"/>
                <w:sz w:val="15"/>
              </w:rPr>
              <w:t>Template Location</w:t>
            </w:r>
          </w:p>
        </w:tc>
      </w:tr>
      <w:tr w:rsidR="00282991" w14:paraId="2989CD6D"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32AEEE9" w14:textId="77777777" w:rsidR="00282991" w:rsidRDefault="00FE4586">
            <w:pPr>
              <w:spacing w:after="0"/>
            </w:pPr>
            <w:r>
              <w:rPr>
                <w:rFonts w:eastAsia="Arial" w:cs="Arial"/>
                <w:sz w:val="15"/>
              </w:rPr>
              <w:t>§494.62 / E-0003</w:t>
            </w:r>
          </w:p>
        </w:tc>
        <w:tc>
          <w:tcPr>
            <w:tcW w:w="74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11C5EAE" w14:textId="77777777" w:rsidR="00282991" w:rsidRDefault="00FE4586">
            <w:pPr>
              <w:spacing w:after="0"/>
            </w:pPr>
            <w:r>
              <w:rPr>
                <w:rFonts w:eastAsia="Arial" w:cs="Arial"/>
                <w:sz w:val="15"/>
              </w:rPr>
              <w:t>Emergency preparedness program; review/update at least every 2 years</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868DA41" w14:textId="77777777" w:rsidR="00282991" w:rsidRDefault="00FE4586">
            <w:pPr>
              <w:spacing w:after="0"/>
            </w:pPr>
            <w:r>
              <w:rPr>
                <w:rFonts w:eastAsia="Arial" w:cs="Arial"/>
                <w:sz w:val="15"/>
              </w:rPr>
              <w:t>Sections 1-3 / Administration</w:t>
            </w:r>
          </w:p>
        </w:tc>
      </w:tr>
      <w:tr w:rsidR="00282991" w14:paraId="1A47F7FC"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69A9D6D" w14:textId="77777777" w:rsidR="00282991" w:rsidRDefault="00FE4586">
            <w:pPr>
              <w:spacing w:after="0"/>
            </w:pPr>
            <w:r>
              <w:rPr>
                <w:rFonts w:eastAsia="Arial" w:cs="Arial"/>
                <w:sz w:val="15"/>
              </w:rPr>
              <w:t>§494.62(a)(1)</w:t>
            </w:r>
          </w:p>
        </w:tc>
        <w:tc>
          <w:tcPr>
            <w:tcW w:w="74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4961560" w14:textId="77777777" w:rsidR="00282991" w:rsidRDefault="00FE4586">
            <w:pPr>
              <w:spacing w:after="0"/>
            </w:pPr>
            <w:r>
              <w:rPr>
                <w:rFonts w:eastAsia="Arial" w:cs="Arial"/>
                <w:sz w:val="15"/>
              </w:rPr>
              <w:t>Facility/community all-hazards risk assessment</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CBEAEE2" w14:textId="77777777" w:rsidR="00282991" w:rsidRDefault="00FE4586">
            <w:pPr>
              <w:spacing w:after="0"/>
            </w:pPr>
            <w:r>
              <w:rPr>
                <w:rFonts w:eastAsia="Arial" w:cs="Arial"/>
                <w:sz w:val="15"/>
              </w:rPr>
              <w:t>Section 3 / Attachment B</w:t>
            </w:r>
          </w:p>
        </w:tc>
      </w:tr>
      <w:tr w:rsidR="00282991" w14:paraId="4C9A42E6"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60136E4" w14:textId="77777777" w:rsidR="00282991" w:rsidRDefault="00FE4586">
            <w:pPr>
              <w:spacing w:after="0"/>
            </w:pPr>
            <w:r>
              <w:rPr>
                <w:rFonts w:eastAsia="Arial" w:cs="Arial"/>
                <w:sz w:val="15"/>
              </w:rPr>
              <w:t>§494.62(a)</w:t>
            </w:r>
          </w:p>
        </w:tc>
        <w:tc>
          <w:tcPr>
            <w:tcW w:w="74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7A3B973" w14:textId="77777777" w:rsidR="00282991" w:rsidRDefault="00FE4586">
            <w:pPr>
              <w:spacing w:after="0"/>
            </w:pPr>
            <w:r>
              <w:rPr>
                <w:rFonts w:eastAsia="Arial" w:cs="Arial"/>
                <w:sz w:val="15"/>
              </w:rPr>
              <w:t>Patient population; services; continuity; delegation/succession</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F0E247B" w14:textId="77777777" w:rsidR="00282991" w:rsidRDefault="00FE4586">
            <w:pPr>
              <w:spacing w:after="0"/>
            </w:pPr>
            <w:r>
              <w:rPr>
                <w:rFonts w:eastAsia="Arial" w:cs="Arial"/>
                <w:sz w:val="15"/>
              </w:rPr>
              <w:t>Front matter / Sections 5, 9, 13</w:t>
            </w:r>
          </w:p>
        </w:tc>
      </w:tr>
      <w:tr w:rsidR="00282991" w14:paraId="4E7409E6"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5053E94" w14:textId="77777777" w:rsidR="00282991" w:rsidRDefault="00FE4586">
            <w:pPr>
              <w:spacing w:after="0"/>
            </w:pPr>
            <w:r>
              <w:rPr>
                <w:rFonts w:eastAsia="Arial" w:cs="Arial"/>
                <w:sz w:val="15"/>
              </w:rPr>
              <w:t>§494.62(a) / ESRD guidance</w:t>
            </w:r>
          </w:p>
        </w:tc>
        <w:tc>
          <w:tcPr>
            <w:tcW w:w="74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53EA97A" w14:textId="77777777" w:rsidR="00282991" w:rsidRDefault="00FE4586">
            <w:pPr>
              <w:spacing w:after="0"/>
            </w:pPr>
            <w:r>
              <w:rPr>
                <w:rFonts w:eastAsia="Arial" w:cs="Arial"/>
                <w:sz w:val="15"/>
              </w:rPr>
              <w:t>Annual local public health / EMA coordination</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FF894E0" w14:textId="77777777" w:rsidR="00282991" w:rsidRDefault="00FE4586">
            <w:pPr>
              <w:spacing w:after="0"/>
            </w:pPr>
            <w:r>
              <w:rPr>
                <w:rFonts w:eastAsia="Arial" w:cs="Arial"/>
                <w:sz w:val="15"/>
              </w:rPr>
              <w:t>Section 6 / contact log</w:t>
            </w:r>
          </w:p>
        </w:tc>
      </w:tr>
      <w:tr w:rsidR="00282991" w14:paraId="31AB05FE"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4ACA30E" w14:textId="77777777" w:rsidR="00282991" w:rsidRDefault="00FE4586">
            <w:pPr>
              <w:spacing w:after="0"/>
            </w:pPr>
            <w:r>
              <w:rPr>
                <w:rFonts w:eastAsia="Arial" w:cs="Arial"/>
                <w:sz w:val="15"/>
              </w:rPr>
              <w:t>§494.62(b)(1)</w:t>
            </w:r>
          </w:p>
        </w:tc>
        <w:tc>
          <w:tcPr>
            <w:tcW w:w="74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DF83C81" w14:textId="77777777" w:rsidR="00282991" w:rsidRDefault="00FE4586">
            <w:pPr>
              <w:spacing w:after="0"/>
            </w:pPr>
            <w:r>
              <w:rPr>
                <w:rFonts w:eastAsia="Arial" w:cs="Arial"/>
                <w:sz w:val="15"/>
              </w:rPr>
              <w:t>Staff/patient tracking</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7361AB3" w14:textId="77777777" w:rsidR="00282991" w:rsidRDefault="00FE4586">
            <w:pPr>
              <w:spacing w:after="0"/>
            </w:pPr>
            <w:r>
              <w:rPr>
                <w:rFonts w:eastAsia="Arial" w:cs="Arial"/>
                <w:sz w:val="15"/>
              </w:rPr>
              <w:t>Sections 8, 9, 12 / Attachment H</w:t>
            </w:r>
          </w:p>
        </w:tc>
      </w:tr>
      <w:tr w:rsidR="00282991" w14:paraId="089C8570"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911A743" w14:textId="77777777" w:rsidR="00282991" w:rsidRDefault="00FE4586">
            <w:pPr>
              <w:spacing w:after="0"/>
            </w:pPr>
            <w:r>
              <w:rPr>
                <w:rFonts w:eastAsia="Arial" w:cs="Arial"/>
                <w:sz w:val="15"/>
              </w:rPr>
              <w:t>§494.62(b)(2)</w:t>
            </w:r>
          </w:p>
        </w:tc>
        <w:tc>
          <w:tcPr>
            <w:tcW w:w="74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54A5B7B" w14:textId="77777777" w:rsidR="00282991" w:rsidRDefault="00FE4586">
            <w:pPr>
              <w:spacing w:after="0"/>
            </w:pPr>
            <w:r>
              <w:rPr>
                <w:rFonts w:eastAsia="Arial" w:cs="Arial"/>
                <w:sz w:val="15"/>
              </w:rPr>
              <w:t>Safe evacuation / treatment interruption</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0A4429F" w14:textId="77777777" w:rsidR="00282991" w:rsidRDefault="00FE4586">
            <w:pPr>
              <w:spacing w:after="0"/>
            </w:pPr>
            <w:r>
              <w:rPr>
                <w:rFonts w:eastAsia="Arial" w:cs="Arial"/>
                <w:sz w:val="15"/>
              </w:rPr>
              <w:t>Section 12 / Attachment H</w:t>
            </w:r>
          </w:p>
        </w:tc>
      </w:tr>
      <w:tr w:rsidR="00282991" w14:paraId="116B5909"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7B7CB96" w14:textId="77777777" w:rsidR="00282991" w:rsidRDefault="00FE4586">
            <w:pPr>
              <w:spacing w:after="0"/>
            </w:pPr>
            <w:r>
              <w:rPr>
                <w:rFonts w:eastAsia="Arial" w:cs="Arial"/>
                <w:sz w:val="15"/>
              </w:rPr>
              <w:t>§494.62(b)(3)</w:t>
            </w:r>
          </w:p>
        </w:tc>
        <w:tc>
          <w:tcPr>
            <w:tcW w:w="74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10A38A5" w14:textId="77777777" w:rsidR="00282991" w:rsidRDefault="00FE4586">
            <w:pPr>
              <w:spacing w:after="0"/>
            </w:pPr>
            <w:r>
              <w:rPr>
                <w:rFonts w:eastAsia="Arial" w:cs="Arial"/>
                <w:sz w:val="15"/>
              </w:rPr>
              <w:t>Shelter in place</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02BF538" w14:textId="77777777" w:rsidR="00282991" w:rsidRDefault="00FE4586">
            <w:pPr>
              <w:spacing w:after="0"/>
            </w:pPr>
            <w:r>
              <w:rPr>
                <w:rFonts w:eastAsia="Arial" w:cs="Arial"/>
                <w:sz w:val="15"/>
              </w:rPr>
              <w:t>Section 12 / Attachment H</w:t>
            </w:r>
          </w:p>
        </w:tc>
      </w:tr>
      <w:tr w:rsidR="00282991" w14:paraId="53710B5F"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E437321" w14:textId="77777777" w:rsidR="00282991" w:rsidRDefault="00FE4586">
            <w:pPr>
              <w:spacing w:after="0"/>
            </w:pPr>
            <w:r>
              <w:rPr>
                <w:rFonts w:eastAsia="Arial" w:cs="Arial"/>
                <w:sz w:val="15"/>
              </w:rPr>
              <w:t>§494.62(b)(4); §494.170</w:t>
            </w:r>
          </w:p>
        </w:tc>
        <w:tc>
          <w:tcPr>
            <w:tcW w:w="74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CA4900E" w14:textId="77777777" w:rsidR="00282991" w:rsidRDefault="00FE4586">
            <w:pPr>
              <w:spacing w:after="0"/>
            </w:pPr>
            <w:r>
              <w:rPr>
                <w:rFonts w:eastAsia="Arial" w:cs="Arial"/>
                <w:sz w:val="15"/>
              </w:rPr>
              <w:t>Medical documentation continuity</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0374579" w14:textId="77777777" w:rsidR="00282991" w:rsidRDefault="00FE4586">
            <w:pPr>
              <w:spacing w:after="0"/>
            </w:pPr>
            <w:r>
              <w:rPr>
                <w:rFonts w:eastAsia="Arial" w:cs="Arial"/>
                <w:sz w:val="15"/>
              </w:rPr>
              <w:t>Section 9 / Attachment K</w:t>
            </w:r>
          </w:p>
        </w:tc>
      </w:tr>
      <w:tr w:rsidR="00282991" w14:paraId="5D55D93B"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2CE223D" w14:textId="77777777" w:rsidR="00282991" w:rsidRDefault="00FE4586">
            <w:pPr>
              <w:spacing w:after="0"/>
            </w:pPr>
            <w:r>
              <w:rPr>
                <w:rFonts w:eastAsia="Arial" w:cs="Arial"/>
                <w:sz w:val="15"/>
              </w:rPr>
              <w:t>§494.62(b)(5)</w:t>
            </w:r>
          </w:p>
        </w:tc>
        <w:tc>
          <w:tcPr>
            <w:tcW w:w="74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9045920" w14:textId="77777777" w:rsidR="00282991" w:rsidRDefault="00FE4586">
            <w:pPr>
              <w:spacing w:after="0"/>
            </w:pPr>
            <w:r>
              <w:rPr>
                <w:rFonts w:eastAsia="Arial" w:cs="Arial"/>
                <w:sz w:val="15"/>
              </w:rPr>
              <w:t>Emergency staffing / volunteers</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6DBE7BC" w14:textId="77777777" w:rsidR="00282991" w:rsidRDefault="00FE4586">
            <w:pPr>
              <w:spacing w:after="0"/>
            </w:pPr>
            <w:r>
              <w:rPr>
                <w:rFonts w:eastAsia="Arial" w:cs="Arial"/>
                <w:sz w:val="15"/>
              </w:rPr>
              <w:t>Section 8 / Attachment J</w:t>
            </w:r>
          </w:p>
        </w:tc>
      </w:tr>
      <w:tr w:rsidR="00282991" w14:paraId="22F6E291"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17BA6A4" w14:textId="77777777" w:rsidR="00282991" w:rsidRDefault="00FE4586">
            <w:pPr>
              <w:spacing w:after="0"/>
            </w:pPr>
            <w:r>
              <w:rPr>
                <w:rFonts w:eastAsia="Arial" w:cs="Arial"/>
                <w:sz w:val="15"/>
              </w:rPr>
              <w:t>§494.62(b)(6)</w:t>
            </w:r>
          </w:p>
        </w:tc>
        <w:tc>
          <w:tcPr>
            <w:tcW w:w="74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FB4C53C" w14:textId="77777777" w:rsidR="00282991" w:rsidRDefault="00FE4586">
            <w:pPr>
              <w:spacing w:after="0"/>
            </w:pPr>
            <w:r>
              <w:rPr>
                <w:rFonts w:eastAsia="Arial" w:cs="Arial"/>
                <w:sz w:val="15"/>
              </w:rPr>
              <w:t>Alternate dialysis / receiving arrangements</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4FF589B" w14:textId="77777777" w:rsidR="00282991" w:rsidRDefault="00FE4586">
            <w:pPr>
              <w:spacing w:after="0"/>
            </w:pPr>
            <w:r>
              <w:rPr>
                <w:rFonts w:eastAsia="Arial" w:cs="Arial"/>
                <w:sz w:val="15"/>
              </w:rPr>
              <w:t>Section 9 / Attachment F</w:t>
            </w:r>
          </w:p>
        </w:tc>
      </w:tr>
      <w:tr w:rsidR="00282991" w14:paraId="5AFB59AB"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45E8740" w14:textId="77777777" w:rsidR="00282991" w:rsidRDefault="00FE4586">
            <w:pPr>
              <w:spacing w:after="0"/>
            </w:pPr>
            <w:r>
              <w:rPr>
                <w:rFonts w:eastAsia="Arial" w:cs="Arial"/>
                <w:sz w:val="15"/>
              </w:rPr>
              <w:t>§494.62(b)(7)</w:t>
            </w:r>
          </w:p>
        </w:tc>
        <w:tc>
          <w:tcPr>
            <w:tcW w:w="74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9779364" w14:textId="77777777" w:rsidR="00282991" w:rsidRDefault="00FE4586">
            <w:pPr>
              <w:spacing w:after="0"/>
            </w:pPr>
            <w:r>
              <w:rPr>
                <w:rFonts w:eastAsia="Arial" w:cs="Arial"/>
                <w:sz w:val="15"/>
              </w:rPr>
              <w:t>§1135 alternate care site role</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B5E47F5" w14:textId="77777777" w:rsidR="00282991" w:rsidRDefault="00FE4586">
            <w:pPr>
              <w:spacing w:after="0"/>
            </w:pPr>
            <w:r>
              <w:rPr>
                <w:rFonts w:eastAsia="Arial" w:cs="Arial"/>
                <w:sz w:val="15"/>
              </w:rPr>
              <w:t>Annex / controlled policy</w:t>
            </w:r>
          </w:p>
        </w:tc>
      </w:tr>
      <w:tr w:rsidR="00282991" w14:paraId="7045CC57"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7ABE2E3" w14:textId="77777777" w:rsidR="00282991" w:rsidRDefault="00FE4586">
            <w:pPr>
              <w:spacing w:after="0"/>
            </w:pPr>
            <w:r>
              <w:rPr>
                <w:rFonts w:eastAsia="Arial" w:cs="Arial"/>
                <w:sz w:val="15"/>
              </w:rPr>
              <w:t>§494.62(b)(8); §494.180(g)</w:t>
            </w:r>
          </w:p>
        </w:tc>
        <w:tc>
          <w:tcPr>
            <w:tcW w:w="74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82C22A4" w14:textId="77777777" w:rsidR="00282991" w:rsidRDefault="00FE4586">
            <w:pPr>
              <w:spacing w:after="0"/>
            </w:pPr>
            <w:r>
              <w:rPr>
                <w:rFonts w:eastAsia="Arial" w:cs="Arial"/>
                <w:sz w:val="15"/>
              </w:rPr>
              <w:t>EMS / emergency medical assistance</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039B0F0" w14:textId="77777777" w:rsidR="00282991" w:rsidRDefault="00FE4586">
            <w:pPr>
              <w:spacing w:after="0"/>
            </w:pPr>
            <w:r>
              <w:rPr>
                <w:rFonts w:eastAsia="Arial" w:cs="Arial"/>
                <w:sz w:val="15"/>
              </w:rPr>
              <w:t>Section 9 / Annex C</w:t>
            </w:r>
          </w:p>
        </w:tc>
      </w:tr>
      <w:tr w:rsidR="00282991" w14:paraId="040EC96E"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0BD07D6" w14:textId="77777777" w:rsidR="00282991" w:rsidRDefault="00FE4586">
            <w:pPr>
              <w:spacing w:after="0"/>
            </w:pPr>
            <w:r>
              <w:rPr>
                <w:rFonts w:eastAsia="Arial" w:cs="Arial"/>
                <w:sz w:val="15"/>
              </w:rPr>
              <w:t>§494.62(b)(9)</w:t>
            </w:r>
          </w:p>
        </w:tc>
        <w:tc>
          <w:tcPr>
            <w:tcW w:w="74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EE27BAD" w14:textId="77777777" w:rsidR="00282991" w:rsidRDefault="00FE4586">
            <w:pPr>
              <w:spacing w:after="0"/>
            </w:pPr>
            <w:r>
              <w:rPr>
                <w:rFonts w:eastAsia="Arial" w:cs="Arial"/>
                <w:sz w:val="15"/>
              </w:rPr>
              <w:t>Emergency equipment / emergency drugs</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1AF7B02" w14:textId="77777777" w:rsidR="00282991" w:rsidRDefault="00FE4586">
            <w:pPr>
              <w:spacing w:after="0"/>
            </w:pPr>
            <w:r>
              <w:rPr>
                <w:rFonts w:eastAsia="Arial" w:cs="Arial"/>
                <w:sz w:val="15"/>
              </w:rPr>
              <w:t>Section 9 / Annex C</w:t>
            </w:r>
          </w:p>
        </w:tc>
      </w:tr>
      <w:tr w:rsidR="00282991" w14:paraId="4935B74D"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652424C" w14:textId="77777777" w:rsidR="00282991" w:rsidRDefault="00FE4586">
            <w:pPr>
              <w:spacing w:after="0"/>
            </w:pPr>
            <w:r>
              <w:rPr>
                <w:rFonts w:eastAsia="Arial" w:cs="Arial"/>
                <w:sz w:val="15"/>
              </w:rPr>
              <w:t>§494.62(c)(1)-(7)</w:t>
            </w:r>
          </w:p>
        </w:tc>
        <w:tc>
          <w:tcPr>
            <w:tcW w:w="74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CC6466F" w14:textId="77777777" w:rsidR="00282991" w:rsidRDefault="00FE4586">
            <w:pPr>
              <w:spacing w:after="0"/>
            </w:pPr>
            <w:r>
              <w:rPr>
                <w:rFonts w:eastAsia="Arial" w:cs="Arial"/>
                <w:sz w:val="15"/>
              </w:rPr>
              <w:t>Emergency communication plan</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D88EE96" w14:textId="77777777" w:rsidR="00282991" w:rsidRDefault="00FE4586">
            <w:pPr>
              <w:spacing w:after="0"/>
            </w:pPr>
            <w:r>
              <w:rPr>
                <w:rFonts w:eastAsia="Arial" w:cs="Arial"/>
                <w:sz w:val="15"/>
              </w:rPr>
              <w:t>Section 11 / Annex A</w:t>
            </w:r>
          </w:p>
        </w:tc>
      </w:tr>
      <w:tr w:rsidR="00282991" w14:paraId="6331015E"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CC5D167" w14:textId="77777777" w:rsidR="00282991" w:rsidRDefault="00FE4586">
            <w:pPr>
              <w:spacing w:after="0"/>
            </w:pPr>
            <w:r>
              <w:rPr>
                <w:rFonts w:eastAsia="Arial" w:cs="Arial"/>
                <w:sz w:val="15"/>
              </w:rPr>
              <w:t>§494.62(d)(1)</w:t>
            </w:r>
          </w:p>
        </w:tc>
        <w:tc>
          <w:tcPr>
            <w:tcW w:w="74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BFF1A62" w14:textId="77777777" w:rsidR="00282991" w:rsidRDefault="00FE4586">
            <w:pPr>
              <w:spacing w:after="0"/>
            </w:pPr>
            <w:r>
              <w:rPr>
                <w:rFonts w:eastAsia="Arial" w:cs="Arial"/>
                <w:sz w:val="15"/>
              </w:rPr>
              <w:t>Staff training / CPR / clinical emergency competency</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4A403C2" w14:textId="77777777" w:rsidR="00282991" w:rsidRDefault="00FE4586">
            <w:pPr>
              <w:spacing w:after="0"/>
            </w:pPr>
            <w:r>
              <w:rPr>
                <w:rFonts w:eastAsia="Arial" w:cs="Arial"/>
                <w:sz w:val="15"/>
              </w:rPr>
              <w:t>Section 8 / Attachment D</w:t>
            </w:r>
          </w:p>
        </w:tc>
      </w:tr>
      <w:tr w:rsidR="00282991" w14:paraId="51F7BB3B"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A0E4F75" w14:textId="77777777" w:rsidR="00282991" w:rsidRDefault="00FE4586">
            <w:pPr>
              <w:spacing w:after="0"/>
            </w:pPr>
            <w:r>
              <w:rPr>
                <w:rFonts w:eastAsia="Arial" w:cs="Arial"/>
                <w:sz w:val="15"/>
              </w:rPr>
              <w:t>§494.62(d)(3)</w:t>
            </w:r>
          </w:p>
        </w:tc>
        <w:tc>
          <w:tcPr>
            <w:tcW w:w="74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20B3350" w14:textId="77777777" w:rsidR="00282991" w:rsidRDefault="00FE4586">
            <w:pPr>
              <w:spacing w:after="0"/>
            </w:pPr>
            <w:r>
              <w:rPr>
                <w:rFonts w:eastAsia="Arial" w:cs="Arial"/>
                <w:sz w:val="15"/>
              </w:rPr>
              <w:t>Patient emergency preparedness orientation</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2BC6EE9" w14:textId="77777777" w:rsidR="00282991" w:rsidRDefault="00FE4586">
            <w:pPr>
              <w:spacing w:after="0"/>
            </w:pPr>
            <w:r>
              <w:rPr>
                <w:rFonts w:eastAsia="Arial" w:cs="Arial"/>
                <w:sz w:val="15"/>
              </w:rPr>
              <w:t>Section 9 / Attachment T</w:t>
            </w:r>
          </w:p>
        </w:tc>
      </w:tr>
      <w:tr w:rsidR="00282991" w14:paraId="2763DBC6"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7D6B76D" w14:textId="77777777" w:rsidR="00282991" w:rsidRDefault="00FE4586">
            <w:pPr>
              <w:spacing w:after="0"/>
            </w:pPr>
            <w:r>
              <w:rPr>
                <w:rFonts w:eastAsia="Arial" w:cs="Arial"/>
                <w:sz w:val="15"/>
              </w:rPr>
              <w:t>§494.62(d)(2)</w:t>
            </w:r>
          </w:p>
        </w:tc>
        <w:tc>
          <w:tcPr>
            <w:tcW w:w="74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347A723" w14:textId="77777777" w:rsidR="00282991" w:rsidRDefault="00FE4586">
            <w:pPr>
              <w:spacing w:after="0"/>
            </w:pPr>
            <w:r>
              <w:rPr>
                <w:rFonts w:eastAsia="Arial" w:cs="Arial"/>
                <w:sz w:val="15"/>
              </w:rPr>
              <w:t>Annual testing / alternating 2-year exercise cycle</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EE3E20D" w14:textId="77777777" w:rsidR="00282991" w:rsidRDefault="00FE4586">
            <w:pPr>
              <w:spacing w:after="0"/>
            </w:pPr>
            <w:r>
              <w:rPr>
                <w:rFonts w:eastAsia="Arial" w:cs="Arial"/>
                <w:sz w:val="15"/>
              </w:rPr>
              <w:t>Attachment D</w:t>
            </w:r>
          </w:p>
        </w:tc>
      </w:tr>
      <w:tr w:rsidR="00282991" w14:paraId="5A2E5520"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CF3069C" w14:textId="77777777" w:rsidR="00282991" w:rsidRDefault="00FE4586">
            <w:pPr>
              <w:spacing w:after="0"/>
            </w:pPr>
            <w:r>
              <w:rPr>
                <w:rFonts w:eastAsia="Arial" w:cs="Arial"/>
                <w:sz w:val="15"/>
              </w:rPr>
              <w:t>§494.62(e)</w:t>
            </w:r>
          </w:p>
        </w:tc>
        <w:tc>
          <w:tcPr>
            <w:tcW w:w="74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25153AE" w14:textId="77777777" w:rsidR="00282991" w:rsidRDefault="00FE4586">
            <w:pPr>
              <w:spacing w:after="0"/>
            </w:pPr>
            <w:r>
              <w:rPr>
                <w:rFonts w:eastAsia="Arial" w:cs="Arial"/>
                <w:sz w:val="15"/>
              </w:rPr>
              <w:t>Integrated system requirements if elected</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5041F38" w14:textId="77777777" w:rsidR="00282991" w:rsidRDefault="00FE4586">
            <w:pPr>
              <w:spacing w:after="0"/>
            </w:pPr>
            <w:r>
              <w:rPr>
                <w:rFonts w:eastAsia="Arial" w:cs="Arial"/>
                <w:sz w:val="15"/>
              </w:rPr>
              <w:t>Section 6 / Attachment P</w:t>
            </w:r>
          </w:p>
        </w:tc>
      </w:tr>
      <w:tr w:rsidR="00282991" w14:paraId="62370219"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E8485CA" w14:textId="77777777" w:rsidR="00282991" w:rsidRDefault="00FE4586">
            <w:pPr>
              <w:spacing w:after="0"/>
            </w:pPr>
            <w:r>
              <w:rPr>
                <w:rFonts w:eastAsia="Arial" w:cs="Arial"/>
                <w:sz w:val="15"/>
              </w:rPr>
              <w:t>§494.30</w:t>
            </w:r>
          </w:p>
        </w:tc>
        <w:tc>
          <w:tcPr>
            <w:tcW w:w="74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D0D7610" w14:textId="77777777" w:rsidR="00282991" w:rsidRDefault="00FE4586">
            <w:pPr>
              <w:spacing w:after="0"/>
            </w:pPr>
            <w:r>
              <w:rPr>
                <w:rFonts w:eastAsia="Arial" w:cs="Arial"/>
                <w:sz w:val="15"/>
              </w:rPr>
              <w:t>Infection control / outbreak response</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877424C" w14:textId="77777777" w:rsidR="00282991" w:rsidRDefault="00FE4586">
            <w:pPr>
              <w:spacing w:after="0"/>
            </w:pPr>
            <w:r>
              <w:rPr>
                <w:rFonts w:eastAsia="Arial" w:cs="Arial"/>
                <w:sz w:val="15"/>
              </w:rPr>
              <w:t>Annex D</w:t>
            </w:r>
          </w:p>
        </w:tc>
      </w:tr>
      <w:tr w:rsidR="00282991" w14:paraId="0743B9BC"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3586487" w14:textId="77777777" w:rsidR="00282991" w:rsidRDefault="00FE4586">
            <w:pPr>
              <w:spacing w:after="0"/>
            </w:pPr>
            <w:r>
              <w:rPr>
                <w:rFonts w:eastAsia="Arial" w:cs="Arial"/>
                <w:sz w:val="15"/>
              </w:rPr>
              <w:t>§494.40</w:t>
            </w:r>
          </w:p>
        </w:tc>
        <w:tc>
          <w:tcPr>
            <w:tcW w:w="74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1157B04" w14:textId="77777777" w:rsidR="00282991" w:rsidRDefault="00FE4586">
            <w:pPr>
              <w:spacing w:after="0"/>
            </w:pPr>
            <w:r>
              <w:rPr>
                <w:rFonts w:eastAsia="Arial" w:cs="Arial"/>
                <w:sz w:val="15"/>
              </w:rPr>
              <w:t>Water and dialysate quality</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01D188D" w14:textId="77777777" w:rsidR="00282991" w:rsidRDefault="00FE4586">
            <w:pPr>
              <w:spacing w:after="0"/>
            </w:pPr>
            <w:r>
              <w:rPr>
                <w:rFonts w:eastAsia="Arial" w:cs="Arial"/>
                <w:sz w:val="15"/>
              </w:rPr>
              <w:t>Section 10 / Annex F</w:t>
            </w:r>
          </w:p>
        </w:tc>
      </w:tr>
      <w:tr w:rsidR="00282991" w14:paraId="038FCE9B"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C3912F9" w14:textId="77777777" w:rsidR="00282991" w:rsidRDefault="00FE4586">
            <w:pPr>
              <w:spacing w:after="0"/>
            </w:pPr>
            <w:r>
              <w:rPr>
                <w:rFonts w:eastAsia="Arial" w:cs="Arial"/>
                <w:sz w:val="15"/>
              </w:rPr>
              <w:t>§494.60(a)-(f)</w:t>
            </w:r>
          </w:p>
        </w:tc>
        <w:tc>
          <w:tcPr>
            <w:tcW w:w="74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499C4B5" w14:textId="77777777" w:rsidR="00282991" w:rsidRDefault="00FE4586">
            <w:pPr>
              <w:spacing w:after="0"/>
            </w:pPr>
            <w:r>
              <w:rPr>
                <w:rFonts w:eastAsia="Arial" w:cs="Arial"/>
                <w:sz w:val="15"/>
              </w:rPr>
              <w:t>Physical environment / equipment / fire / HCFC</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A1C1CF5" w14:textId="77777777" w:rsidR="00282991" w:rsidRDefault="00FE4586">
            <w:pPr>
              <w:spacing w:after="0"/>
            </w:pPr>
            <w:r>
              <w:rPr>
                <w:rFonts w:eastAsia="Arial" w:cs="Arial"/>
                <w:sz w:val="15"/>
              </w:rPr>
              <w:t>Section 10 / Attachments L-M</w:t>
            </w:r>
          </w:p>
        </w:tc>
      </w:tr>
      <w:tr w:rsidR="00282991" w14:paraId="478FC591"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EF5BD7E" w14:textId="77777777" w:rsidR="00282991" w:rsidRDefault="00FE4586">
            <w:pPr>
              <w:spacing w:after="0"/>
            </w:pPr>
            <w:r>
              <w:rPr>
                <w:rFonts w:eastAsia="Arial" w:cs="Arial"/>
                <w:sz w:val="15"/>
              </w:rPr>
              <w:t>22 MRS §2042(8)(C)</w:t>
            </w:r>
          </w:p>
        </w:tc>
        <w:tc>
          <w:tcPr>
            <w:tcW w:w="74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473528D" w14:textId="77777777" w:rsidR="00282991" w:rsidRDefault="00FE4586">
            <w:pPr>
              <w:spacing w:after="0"/>
            </w:pPr>
            <w:r>
              <w:rPr>
                <w:rFonts w:eastAsia="Arial" w:cs="Arial"/>
                <w:sz w:val="15"/>
              </w:rPr>
              <w:t>Maine backup generator / monthly operation</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732EBE1" w14:textId="77777777" w:rsidR="00282991" w:rsidRDefault="00FE4586">
            <w:pPr>
              <w:spacing w:after="0"/>
            </w:pPr>
            <w:r>
              <w:rPr>
                <w:rFonts w:eastAsia="Arial" w:cs="Arial"/>
                <w:sz w:val="15"/>
              </w:rPr>
              <w:t>Section 10 / Attachment L</w:t>
            </w:r>
          </w:p>
        </w:tc>
      </w:tr>
      <w:tr w:rsidR="00282991" w14:paraId="56833DAB"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19B39AB" w14:textId="77777777" w:rsidR="00282991" w:rsidRDefault="00FE4586">
            <w:pPr>
              <w:spacing w:after="0"/>
            </w:pPr>
            <w:r>
              <w:rPr>
                <w:rFonts w:eastAsia="Arial" w:cs="Arial"/>
                <w:sz w:val="15"/>
              </w:rPr>
              <w:t>§494.100</w:t>
            </w:r>
          </w:p>
        </w:tc>
        <w:tc>
          <w:tcPr>
            <w:tcW w:w="74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B0047D6" w14:textId="77777777" w:rsidR="00282991" w:rsidRDefault="00FE4586">
            <w:pPr>
              <w:spacing w:after="0"/>
            </w:pPr>
            <w:r>
              <w:rPr>
                <w:rFonts w:eastAsia="Arial" w:cs="Arial"/>
                <w:sz w:val="15"/>
              </w:rPr>
              <w:t>Home dialysis emergency backup - if applicable</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4D0BA2F" w14:textId="77777777" w:rsidR="00282991" w:rsidRDefault="00FE4586">
            <w:pPr>
              <w:spacing w:after="0"/>
            </w:pPr>
            <w:r>
              <w:rPr>
                <w:rFonts w:eastAsia="Arial" w:cs="Arial"/>
                <w:sz w:val="15"/>
              </w:rPr>
              <w:t>Section 9 / Attachment Q</w:t>
            </w:r>
          </w:p>
        </w:tc>
      </w:tr>
      <w:tr w:rsidR="00282991" w14:paraId="20BDCBD4"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3E1A37D" w14:textId="77777777" w:rsidR="00282991" w:rsidRDefault="00FE4586">
            <w:pPr>
              <w:spacing w:after="0"/>
            </w:pPr>
            <w:r>
              <w:rPr>
                <w:rFonts w:eastAsia="Arial" w:cs="Arial"/>
                <w:sz w:val="15"/>
              </w:rPr>
              <w:t>§494.110</w:t>
            </w:r>
          </w:p>
        </w:tc>
        <w:tc>
          <w:tcPr>
            <w:tcW w:w="74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249A823" w14:textId="77777777" w:rsidR="00282991" w:rsidRDefault="00FE4586">
            <w:pPr>
              <w:spacing w:after="0"/>
            </w:pPr>
            <w:r>
              <w:rPr>
                <w:rFonts w:eastAsia="Arial" w:cs="Arial"/>
                <w:sz w:val="15"/>
              </w:rPr>
              <w:t>QAPI / corrective action</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EC40341" w14:textId="77777777" w:rsidR="00282991" w:rsidRDefault="00FE4586">
            <w:pPr>
              <w:spacing w:after="0"/>
            </w:pPr>
            <w:r>
              <w:rPr>
                <w:rFonts w:eastAsia="Arial" w:cs="Arial"/>
                <w:sz w:val="15"/>
              </w:rPr>
              <w:t>Section 13 / Attachment O</w:t>
            </w:r>
          </w:p>
        </w:tc>
      </w:tr>
      <w:tr w:rsidR="00282991" w14:paraId="2FAE5E4C"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C414E1F" w14:textId="77777777" w:rsidR="00282991" w:rsidRDefault="00FE4586">
            <w:pPr>
              <w:spacing w:after="0"/>
            </w:pPr>
            <w:r>
              <w:rPr>
                <w:rFonts w:eastAsia="Arial" w:cs="Arial"/>
                <w:sz w:val="15"/>
              </w:rPr>
              <w:t>§494.130 / CLIA</w:t>
            </w:r>
          </w:p>
        </w:tc>
        <w:tc>
          <w:tcPr>
            <w:tcW w:w="74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05EC763" w14:textId="77777777" w:rsidR="00282991" w:rsidRDefault="00FE4586">
            <w:pPr>
              <w:spacing w:after="0"/>
            </w:pPr>
            <w:r>
              <w:rPr>
                <w:rFonts w:eastAsia="Arial" w:cs="Arial"/>
                <w:sz w:val="15"/>
              </w:rPr>
              <w:t>Laboratory continuity - if applicable</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F140FC9" w14:textId="77777777" w:rsidR="00282991" w:rsidRDefault="00FE4586">
            <w:pPr>
              <w:spacing w:after="0"/>
            </w:pPr>
            <w:r>
              <w:rPr>
                <w:rFonts w:eastAsia="Arial" w:cs="Arial"/>
                <w:sz w:val="15"/>
              </w:rPr>
              <w:t>Attachment S</w:t>
            </w:r>
          </w:p>
        </w:tc>
      </w:tr>
      <w:tr w:rsidR="00282991" w14:paraId="14E79B86"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F646000" w14:textId="77777777" w:rsidR="00282991" w:rsidRDefault="00FE4586">
            <w:pPr>
              <w:spacing w:after="0"/>
            </w:pPr>
            <w:r>
              <w:rPr>
                <w:rFonts w:eastAsia="Arial" w:cs="Arial"/>
                <w:sz w:val="15"/>
              </w:rPr>
              <w:t>§494.140 / §494.180(c)</w:t>
            </w:r>
          </w:p>
        </w:tc>
        <w:tc>
          <w:tcPr>
            <w:tcW w:w="74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8C3CA66" w14:textId="77777777" w:rsidR="00282991" w:rsidRDefault="00FE4586">
            <w:pPr>
              <w:spacing w:after="0"/>
            </w:pPr>
            <w:r>
              <w:rPr>
                <w:rFonts w:eastAsia="Arial" w:cs="Arial"/>
                <w:sz w:val="15"/>
              </w:rPr>
              <w:t>Personnel qualifications / credentialing</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A388232" w14:textId="77777777" w:rsidR="00282991" w:rsidRDefault="00FE4586">
            <w:pPr>
              <w:spacing w:after="0"/>
            </w:pPr>
            <w:r>
              <w:rPr>
                <w:rFonts w:eastAsia="Arial" w:cs="Arial"/>
                <w:sz w:val="15"/>
              </w:rPr>
              <w:t>Section 8 / Attachment S</w:t>
            </w:r>
          </w:p>
        </w:tc>
      </w:tr>
      <w:tr w:rsidR="00282991" w14:paraId="7F8BC060"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446119D" w14:textId="77777777" w:rsidR="00282991" w:rsidRDefault="00FE4586">
            <w:pPr>
              <w:spacing w:after="0"/>
            </w:pPr>
            <w:r>
              <w:rPr>
                <w:rFonts w:eastAsia="Arial" w:cs="Arial"/>
                <w:sz w:val="15"/>
              </w:rPr>
              <w:t>§494.150(c)</w:t>
            </w:r>
          </w:p>
        </w:tc>
        <w:tc>
          <w:tcPr>
            <w:tcW w:w="74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F1E74C6" w14:textId="77777777" w:rsidR="00282991" w:rsidRDefault="00FE4586">
            <w:pPr>
              <w:spacing w:after="0"/>
            </w:pPr>
            <w:r>
              <w:rPr>
                <w:rFonts w:eastAsia="Arial" w:cs="Arial"/>
                <w:sz w:val="15"/>
              </w:rPr>
              <w:t>Medical Director P&amp;P oversight</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E72A75F" w14:textId="77777777" w:rsidR="00282991" w:rsidRDefault="00FE4586">
            <w:pPr>
              <w:spacing w:after="0"/>
            </w:pPr>
            <w:r>
              <w:rPr>
                <w:rFonts w:eastAsia="Arial" w:cs="Arial"/>
                <w:sz w:val="15"/>
              </w:rPr>
              <w:t>Section 2 / governance</w:t>
            </w:r>
          </w:p>
        </w:tc>
      </w:tr>
      <w:tr w:rsidR="00282991" w14:paraId="5C93D944"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F600D0D" w14:textId="77777777" w:rsidR="00282991" w:rsidRDefault="00FE4586">
            <w:pPr>
              <w:spacing w:after="0"/>
            </w:pPr>
            <w:r>
              <w:rPr>
                <w:rFonts w:eastAsia="Arial" w:cs="Arial"/>
                <w:sz w:val="15"/>
              </w:rPr>
              <w:t>§494.180(g)</w:t>
            </w:r>
          </w:p>
        </w:tc>
        <w:tc>
          <w:tcPr>
            <w:tcW w:w="74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2E16E0A" w14:textId="77777777" w:rsidR="00282991" w:rsidRDefault="00FE4586">
            <w:pPr>
              <w:spacing w:after="0"/>
            </w:pPr>
            <w:r>
              <w:rPr>
                <w:rFonts w:eastAsia="Arial" w:cs="Arial"/>
                <w:sz w:val="15"/>
              </w:rPr>
              <w:t>Emergency coverage / physician roster / hospital agreement</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D471F97" w14:textId="77777777" w:rsidR="00282991" w:rsidRDefault="00FE4586">
            <w:pPr>
              <w:spacing w:after="0"/>
            </w:pPr>
            <w:r>
              <w:rPr>
                <w:rFonts w:eastAsia="Arial" w:cs="Arial"/>
                <w:sz w:val="15"/>
              </w:rPr>
              <w:t>Attachment R</w:t>
            </w:r>
          </w:p>
        </w:tc>
      </w:tr>
      <w:tr w:rsidR="00282991" w14:paraId="7006B302"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F02F7D2" w14:textId="77777777" w:rsidR="00282991" w:rsidRDefault="00FE4586">
            <w:pPr>
              <w:spacing w:after="0"/>
            </w:pPr>
            <w:r>
              <w:rPr>
                <w:rFonts w:eastAsia="Arial" w:cs="Arial"/>
                <w:sz w:val="15"/>
              </w:rPr>
              <w:t>Maine CDC Ch. 258</w:t>
            </w:r>
          </w:p>
        </w:tc>
        <w:tc>
          <w:tcPr>
            <w:tcW w:w="74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FE9FF45" w14:textId="77777777" w:rsidR="00282991" w:rsidRDefault="00FE4586">
            <w:pPr>
              <w:spacing w:after="0"/>
            </w:pPr>
            <w:r>
              <w:rPr>
                <w:rFonts w:eastAsia="Arial" w:cs="Arial"/>
                <w:sz w:val="15"/>
              </w:rPr>
              <w:t>Notifiable disease / outbreak reporting</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EF2B495" w14:textId="77777777" w:rsidR="00282991" w:rsidRDefault="00FE4586">
            <w:pPr>
              <w:spacing w:after="0"/>
            </w:pPr>
            <w:r>
              <w:rPr>
                <w:rFonts w:eastAsia="Arial" w:cs="Arial"/>
                <w:sz w:val="15"/>
              </w:rPr>
              <w:t>Annex D</w:t>
            </w:r>
          </w:p>
        </w:tc>
      </w:tr>
      <w:tr w:rsidR="00282991" w14:paraId="0EC5ADCA" w14:textId="77777777">
        <w:trPr>
          <w:cantSplit/>
          <w:jc w:val="center"/>
        </w:trPr>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C0E4FBC" w14:textId="77777777" w:rsidR="00282991" w:rsidRDefault="00FE4586">
            <w:pPr>
              <w:spacing w:after="0"/>
            </w:pPr>
            <w:r>
              <w:rPr>
                <w:rFonts w:eastAsia="Arial" w:cs="Arial"/>
                <w:sz w:val="15"/>
              </w:rPr>
              <w:t>Maine FMO / local AHJ</w:t>
            </w:r>
          </w:p>
        </w:tc>
        <w:tc>
          <w:tcPr>
            <w:tcW w:w="74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C15AA73" w14:textId="77777777" w:rsidR="00282991" w:rsidRDefault="00FE4586">
            <w:pPr>
              <w:spacing w:after="0"/>
            </w:pPr>
            <w:r>
              <w:rPr>
                <w:rFonts w:eastAsia="Arial" w:cs="Arial"/>
                <w:sz w:val="15"/>
              </w:rPr>
              <w:t>Fire/building/accessibility and current State code layer</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638DEBC" w14:textId="77777777" w:rsidR="00282991" w:rsidRDefault="00FE4586">
            <w:pPr>
              <w:spacing w:after="0"/>
            </w:pPr>
            <w:r>
              <w:rPr>
                <w:rFonts w:eastAsia="Arial" w:cs="Arial"/>
                <w:sz w:val="15"/>
              </w:rPr>
              <w:t>Section 10 / Attachment M</w:t>
            </w:r>
          </w:p>
        </w:tc>
      </w:tr>
    </w:tbl>
    <w:p w14:paraId="50A8C98A" w14:textId="77777777" w:rsidR="00282991" w:rsidRDefault="00282991">
      <w:pPr>
        <w:spacing w:after="20"/>
      </w:pPr>
    </w:p>
    <w:p w14:paraId="7648A4F2" w14:textId="77777777" w:rsidR="00282991" w:rsidRDefault="00FE4586">
      <w:pPr>
        <w:pStyle w:val="Heading1"/>
        <w:pBdr>
          <w:bottom w:val="single" w:sz="10" w:space="2" w:color="E63B07"/>
        </w:pBdr>
      </w:pPr>
      <w:r>
        <w:rPr>
          <w:rFonts w:ascii="Arial" w:eastAsia="Arial" w:hAnsi="Arial" w:cs="Arial"/>
        </w:rPr>
        <w:lastRenderedPageBreak/>
        <w:t>ATTACHMENT B - HAZARD VULNERABILITY ANALYSIS / RISK ASSESSMENT</w:t>
      </w:r>
    </w:p>
    <w:p w14:paraId="5BECD4BE" w14:textId="77777777" w:rsidR="00282991" w:rsidRDefault="00FE4586">
      <w:r>
        <w:rPr>
          <w:rFonts w:eastAsia="Arial" w:cs="Arial"/>
        </w:rPr>
        <w:t>Maintain the completed facility-based HVA and community-based risk assessment here or reference the controlled location. Document the method, participants, date, sources and resulting priorities. ESRD risk assessment should explicitly consider fire, equipment failure, power failure, care-related emergencies, water-supply interruption, and natural disasters likely in the geographic area, along with other HVA-identified threats.</w:t>
      </w:r>
    </w:p>
    <w:tbl>
      <w:tblPr>
        <w:tblW w:w="0" w:type="auto"/>
        <w:jc w:val="center"/>
        <w:tblLayout w:type="fixed"/>
        <w:tblLook w:val="04A0" w:firstRow="1" w:lastRow="0" w:firstColumn="1" w:lastColumn="0" w:noHBand="0" w:noVBand="1"/>
      </w:tblPr>
      <w:tblGrid>
        <w:gridCol w:w="3600"/>
        <w:gridCol w:w="10656"/>
      </w:tblGrid>
      <w:tr w:rsidR="00282991" w14:paraId="7B819ED7" w14:textId="77777777">
        <w:trPr>
          <w:cantSplit/>
          <w:tblHeader/>
          <w:jc w:val="center"/>
        </w:trPr>
        <w:tc>
          <w:tcPr>
            <w:tcW w:w="360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7AA6E8B" w14:textId="77777777" w:rsidR="00282991" w:rsidRDefault="00FE4586">
            <w:pPr>
              <w:spacing w:after="0"/>
            </w:pPr>
            <w:r>
              <w:rPr>
                <w:rFonts w:eastAsia="Arial" w:cs="Arial"/>
                <w:b/>
                <w:color w:val="FFFFFF"/>
                <w:sz w:val="17"/>
              </w:rPr>
              <w:t>Field</w:t>
            </w:r>
          </w:p>
        </w:tc>
        <w:tc>
          <w:tcPr>
            <w:tcW w:w="1065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05F8517" w14:textId="77777777" w:rsidR="00282991" w:rsidRDefault="00FE4586">
            <w:pPr>
              <w:spacing w:after="0"/>
            </w:pPr>
            <w:r>
              <w:rPr>
                <w:rFonts w:eastAsia="Arial" w:cs="Arial"/>
                <w:b/>
                <w:color w:val="FFFFFF"/>
                <w:sz w:val="17"/>
              </w:rPr>
              <w:t>Facility Entry</w:t>
            </w:r>
          </w:p>
        </w:tc>
      </w:tr>
      <w:tr w:rsidR="00282991" w14:paraId="3349420A"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6B795FE" w14:textId="77777777" w:rsidR="00282991" w:rsidRDefault="00FE4586">
            <w:pPr>
              <w:spacing w:after="0"/>
            </w:pPr>
            <w:r>
              <w:rPr>
                <w:rFonts w:eastAsia="Arial" w:cs="Arial"/>
                <w:sz w:val="18"/>
              </w:rPr>
              <w:t>Facility HVA date</w:t>
            </w:r>
          </w:p>
        </w:tc>
        <w:tc>
          <w:tcPr>
            <w:tcW w:w="106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C01FCBA" w14:textId="77777777" w:rsidR="00282991" w:rsidRDefault="00FE4586">
            <w:pPr>
              <w:spacing w:after="0"/>
            </w:pPr>
            <w:r>
              <w:rPr>
                <w:rFonts w:eastAsia="Arial" w:cs="Arial"/>
                <w:i/>
                <w:color w:val="707070"/>
                <w:sz w:val="20"/>
              </w:rPr>
              <w:t>&lt;Insert&gt;</w:t>
            </w:r>
          </w:p>
        </w:tc>
      </w:tr>
      <w:tr w:rsidR="00282991" w14:paraId="21F68587"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C7744A3" w14:textId="77777777" w:rsidR="00282991" w:rsidRDefault="00FE4586">
            <w:pPr>
              <w:spacing w:after="0"/>
            </w:pPr>
            <w:r>
              <w:rPr>
                <w:rFonts w:eastAsia="Arial" w:cs="Arial"/>
                <w:sz w:val="18"/>
              </w:rPr>
              <w:t>Method / tool</w:t>
            </w:r>
          </w:p>
        </w:tc>
        <w:tc>
          <w:tcPr>
            <w:tcW w:w="106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690F43D" w14:textId="77777777" w:rsidR="00282991" w:rsidRDefault="00FE4586">
            <w:pPr>
              <w:spacing w:after="0"/>
            </w:pPr>
            <w:r>
              <w:rPr>
                <w:rFonts w:eastAsia="Arial" w:cs="Arial"/>
                <w:i/>
                <w:color w:val="707070"/>
                <w:sz w:val="20"/>
              </w:rPr>
              <w:t>&lt;Insert&gt;</w:t>
            </w:r>
          </w:p>
        </w:tc>
      </w:tr>
      <w:tr w:rsidR="00282991" w14:paraId="4F47588C"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96D5CD2" w14:textId="77777777" w:rsidR="00282991" w:rsidRDefault="00FE4586">
            <w:pPr>
              <w:spacing w:after="0"/>
            </w:pPr>
            <w:r>
              <w:rPr>
                <w:rFonts w:eastAsia="Arial" w:cs="Arial"/>
                <w:sz w:val="18"/>
              </w:rPr>
              <w:t>Participants</w:t>
            </w:r>
          </w:p>
        </w:tc>
        <w:tc>
          <w:tcPr>
            <w:tcW w:w="106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38E906C" w14:textId="77777777" w:rsidR="00282991" w:rsidRDefault="00FE4586">
            <w:pPr>
              <w:spacing w:after="0"/>
            </w:pPr>
            <w:r>
              <w:rPr>
                <w:rFonts w:eastAsia="Arial" w:cs="Arial"/>
                <w:i/>
                <w:color w:val="707070"/>
                <w:sz w:val="20"/>
              </w:rPr>
              <w:t>&lt;Insert&gt;</w:t>
            </w:r>
          </w:p>
        </w:tc>
      </w:tr>
      <w:tr w:rsidR="00282991" w14:paraId="57BB9FB3"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F1CE07A" w14:textId="77777777" w:rsidR="00282991" w:rsidRDefault="00FE4586">
            <w:pPr>
              <w:spacing w:after="0"/>
            </w:pPr>
            <w:r>
              <w:rPr>
                <w:rFonts w:eastAsia="Arial" w:cs="Arial"/>
                <w:sz w:val="18"/>
              </w:rPr>
              <w:t>Community risk sources</w:t>
            </w:r>
          </w:p>
        </w:tc>
        <w:tc>
          <w:tcPr>
            <w:tcW w:w="106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1DC9E8F" w14:textId="77777777" w:rsidR="00282991" w:rsidRDefault="00FE4586">
            <w:pPr>
              <w:spacing w:after="0"/>
            </w:pPr>
            <w:r>
              <w:rPr>
                <w:rFonts w:eastAsia="Arial" w:cs="Arial"/>
                <w:i/>
                <w:color w:val="707070"/>
                <w:sz w:val="20"/>
              </w:rPr>
              <w:t>&lt;Insert&gt;</w:t>
            </w:r>
          </w:p>
        </w:tc>
      </w:tr>
      <w:tr w:rsidR="00282991" w14:paraId="76108A6C"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3EA885E" w14:textId="77777777" w:rsidR="00282991" w:rsidRDefault="00FE4586">
            <w:pPr>
              <w:spacing w:after="0"/>
            </w:pPr>
            <w:r>
              <w:rPr>
                <w:rFonts w:eastAsia="Arial" w:cs="Arial"/>
                <w:sz w:val="18"/>
              </w:rPr>
              <w:t>Top hazards</w:t>
            </w:r>
          </w:p>
        </w:tc>
        <w:tc>
          <w:tcPr>
            <w:tcW w:w="106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77E5F07" w14:textId="77777777" w:rsidR="00282991" w:rsidRDefault="00FE4586">
            <w:pPr>
              <w:spacing w:after="0"/>
            </w:pPr>
            <w:r>
              <w:rPr>
                <w:rFonts w:eastAsia="Arial" w:cs="Arial"/>
                <w:i/>
                <w:color w:val="707070"/>
                <w:sz w:val="20"/>
              </w:rPr>
              <w:t>&lt;Insert&gt;</w:t>
            </w:r>
          </w:p>
        </w:tc>
      </w:tr>
      <w:tr w:rsidR="00282991" w14:paraId="1912E3E2" w14:textId="77777777">
        <w:trPr>
          <w:cantSplit/>
          <w:jc w:val="center"/>
        </w:trPr>
        <w:tc>
          <w:tcPr>
            <w:tcW w:w="36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39B4D3D" w14:textId="77777777" w:rsidR="00282991" w:rsidRDefault="00FE4586">
            <w:pPr>
              <w:spacing w:after="0"/>
            </w:pPr>
            <w:r>
              <w:rPr>
                <w:rFonts w:eastAsia="Arial" w:cs="Arial"/>
                <w:sz w:val="18"/>
              </w:rPr>
              <w:t>Controlled location</w:t>
            </w:r>
          </w:p>
        </w:tc>
        <w:tc>
          <w:tcPr>
            <w:tcW w:w="106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7EF0EAE" w14:textId="77777777" w:rsidR="00282991" w:rsidRDefault="00FE4586">
            <w:pPr>
              <w:spacing w:after="0"/>
            </w:pPr>
            <w:r>
              <w:rPr>
                <w:rFonts w:eastAsia="Arial" w:cs="Arial"/>
                <w:i/>
                <w:color w:val="707070"/>
                <w:sz w:val="20"/>
              </w:rPr>
              <w:t>&lt;Insert&gt;</w:t>
            </w:r>
          </w:p>
        </w:tc>
      </w:tr>
    </w:tbl>
    <w:p w14:paraId="04BD1133" w14:textId="77777777" w:rsidR="00282991" w:rsidRDefault="00282991">
      <w:pPr>
        <w:spacing w:after="20"/>
      </w:pPr>
    </w:p>
    <w:p w14:paraId="64497890" w14:textId="77777777" w:rsidR="00282991" w:rsidRDefault="00FE4586">
      <w:r>
        <w:br w:type="page"/>
      </w:r>
    </w:p>
    <w:p w14:paraId="71A31E80" w14:textId="77777777" w:rsidR="00282991" w:rsidRDefault="00FE4586">
      <w:pPr>
        <w:pStyle w:val="Heading1"/>
        <w:pBdr>
          <w:bottom w:val="single" w:sz="10" w:space="2" w:color="E63B07"/>
        </w:pBdr>
      </w:pPr>
      <w:r>
        <w:rPr>
          <w:rFonts w:ascii="Arial" w:eastAsia="Arial" w:hAnsi="Arial" w:cs="Arial"/>
        </w:rPr>
        <w:lastRenderedPageBreak/>
        <w:t>ATTACHMENT C - EMERGENCY PREPAREDNESS POLICIES &amp; PROCEDURES INDEX</w:t>
      </w:r>
    </w:p>
    <w:tbl>
      <w:tblPr>
        <w:tblW w:w="14474" w:type="dxa"/>
        <w:jc w:val="center"/>
        <w:tblLayout w:type="fixed"/>
        <w:tblLook w:val="04A0" w:firstRow="1" w:lastRow="0" w:firstColumn="1" w:lastColumn="0" w:noHBand="0" w:noVBand="1"/>
      </w:tblPr>
      <w:tblGrid>
        <w:gridCol w:w="2896"/>
        <w:gridCol w:w="1853"/>
        <w:gridCol w:w="1563"/>
        <w:gridCol w:w="1679"/>
        <w:gridCol w:w="2142"/>
        <w:gridCol w:w="1911"/>
        <w:gridCol w:w="1041"/>
        <w:gridCol w:w="1389"/>
      </w:tblGrid>
      <w:tr w:rsidR="00282991" w:rsidRPr="003B7872" w14:paraId="5002B02C" w14:textId="77777777" w:rsidTr="003B7872">
        <w:trPr>
          <w:cantSplit/>
          <w:trHeight w:val="153"/>
          <w:tblHeader/>
          <w:jc w:val="center"/>
        </w:trPr>
        <w:tc>
          <w:tcPr>
            <w:tcW w:w="289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9D60DD0" w14:textId="77777777" w:rsidR="00282991" w:rsidRPr="003B7872" w:rsidRDefault="00FE4586">
            <w:pPr>
              <w:spacing w:after="0"/>
              <w:rPr>
                <w:sz w:val="18"/>
                <w:szCs w:val="18"/>
              </w:rPr>
            </w:pPr>
            <w:r w:rsidRPr="003B7872">
              <w:rPr>
                <w:rFonts w:eastAsia="Arial" w:cs="Arial"/>
                <w:b/>
                <w:color w:val="FFFFFF"/>
                <w:sz w:val="18"/>
                <w:szCs w:val="18"/>
              </w:rPr>
              <w:t>Policy / Procedure Topic</w:t>
            </w:r>
          </w:p>
        </w:tc>
        <w:tc>
          <w:tcPr>
            <w:tcW w:w="1853"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3DC9B09" w14:textId="77777777" w:rsidR="00282991" w:rsidRPr="003B7872" w:rsidRDefault="00FE4586">
            <w:pPr>
              <w:spacing w:after="0"/>
              <w:rPr>
                <w:sz w:val="18"/>
                <w:szCs w:val="18"/>
              </w:rPr>
            </w:pPr>
            <w:r w:rsidRPr="003B7872">
              <w:rPr>
                <w:rFonts w:eastAsia="Arial" w:cs="Arial"/>
                <w:b/>
                <w:color w:val="FFFFFF"/>
                <w:sz w:val="18"/>
                <w:szCs w:val="18"/>
              </w:rPr>
              <w:t>Applicable Basis</w:t>
            </w:r>
          </w:p>
        </w:tc>
        <w:tc>
          <w:tcPr>
            <w:tcW w:w="1563"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1348423" w14:textId="77777777" w:rsidR="00282991" w:rsidRPr="003B7872" w:rsidRDefault="00FE4586">
            <w:pPr>
              <w:spacing w:after="0"/>
              <w:rPr>
                <w:sz w:val="18"/>
                <w:szCs w:val="18"/>
              </w:rPr>
            </w:pPr>
            <w:r w:rsidRPr="003B7872">
              <w:rPr>
                <w:rFonts w:eastAsia="Arial" w:cs="Arial"/>
                <w:b/>
                <w:color w:val="FFFFFF"/>
                <w:sz w:val="18"/>
                <w:szCs w:val="18"/>
              </w:rPr>
              <w:t>Source Layer</w:t>
            </w:r>
          </w:p>
        </w:tc>
        <w:tc>
          <w:tcPr>
            <w:tcW w:w="1679"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6BDDA5A" w14:textId="77777777" w:rsidR="00282991" w:rsidRPr="003B7872" w:rsidRDefault="00FE4586">
            <w:pPr>
              <w:spacing w:after="0"/>
              <w:rPr>
                <w:sz w:val="18"/>
                <w:szCs w:val="18"/>
              </w:rPr>
            </w:pPr>
            <w:r w:rsidRPr="003B7872">
              <w:rPr>
                <w:rFonts w:eastAsia="Arial" w:cs="Arial"/>
                <w:b/>
                <w:color w:val="FFFFFF"/>
                <w:sz w:val="18"/>
                <w:szCs w:val="18"/>
              </w:rPr>
              <w:t>EOP vs. Separate</w:t>
            </w:r>
          </w:p>
        </w:tc>
        <w:tc>
          <w:tcPr>
            <w:tcW w:w="214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C6E8BE8" w14:textId="77777777" w:rsidR="00282991" w:rsidRPr="003B7872" w:rsidRDefault="00FE4586">
            <w:pPr>
              <w:spacing w:after="0"/>
              <w:rPr>
                <w:sz w:val="18"/>
                <w:szCs w:val="18"/>
              </w:rPr>
            </w:pPr>
            <w:r w:rsidRPr="003B7872">
              <w:rPr>
                <w:rFonts w:eastAsia="Arial" w:cs="Arial"/>
                <w:b/>
                <w:color w:val="FFFFFF"/>
                <w:sz w:val="18"/>
                <w:szCs w:val="18"/>
              </w:rPr>
              <w:t>Facility Document / Title</w:t>
            </w:r>
          </w:p>
        </w:tc>
        <w:tc>
          <w:tcPr>
            <w:tcW w:w="1911"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7FA2716" w14:textId="77777777" w:rsidR="00282991" w:rsidRPr="003B7872" w:rsidRDefault="00FE4586">
            <w:pPr>
              <w:spacing w:after="0"/>
              <w:rPr>
                <w:sz w:val="18"/>
                <w:szCs w:val="18"/>
              </w:rPr>
            </w:pPr>
            <w:r w:rsidRPr="003B7872">
              <w:rPr>
                <w:rFonts w:eastAsia="Arial" w:cs="Arial"/>
                <w:b/>
                <w:color w:val="FFFFFF"/>
                <w:sz w:val="18"/>
                <w:szCs w:val="18"/>
              </w:rPr>
              <w:t>Controlled Location</w:t>
            </w:r>
          </w:p>
        </w:tc>
        <w:tc>
          <w:tcPr>
            <w:tcW w:w="1041"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2BA4EBB" w14:textId="77777777" w:rsidR="00282991" w:rsidRPr="003B7872" w:rsidRDefault="00FE4586">
            <w:pPr>
              <w:spacing w:after="0"/>
              <w:rPr>
                <w:sz w:val="18"/>
                <w:szCs w:val="18"/>
              </w:rPr>
            </w:pPr>
            <w:r w:rsidRPr="003B7872">
              <w:rPr>
                <w:rFonts w:eastAsia="Arial" w:cs="Arial"/>
                <w:b/>
                <w:color w:val="FFFFFF"/>
                <w:sz w:val="18"/>
                <w:szCs w:val="18"/>
              </w:rPr>
              <w:t>Owner</w:t>
            </w:r>
          </w:p>
        </w:tc>
        <w:tc>
          <w:tcPr>
            <w:tcW w:w="1389"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06B50AD" w14:textId="77777777" w:rsidR="00282991" w:rsidRPr="003B7872" w:rsidRDefault="00FE4586">
            <w:pPr>
              <w:spacing w:after="0"/>
              <w:rPr>
                <w:sz w:val="18"/>
                <w:szCs w:val="18"/>
              </w:rPr>
            </w:pPr>
            <w:r w:rsidRPr="003B7872">
              <w:rPr>
                <w:rFonts w:eastAsia="Arial" w:cs="Arial"/>
                <w:b/>
                <w:color w:val="FFFFFF"/>
                <w:sz w:val="18"/>
                <w:szCs w:val="18"/>
              </w:rPr>
              <w:t>Last Review / Status</w:t>
            </w:r>
          </w:p>
        </w:tc>
      </w:tr>
      <w:tr w:rsidR="00282991" w:rsidRPr="003B7872" w14:paraId="749E4278" w14:textId="77777777" w:rsidTr="003B7872">
        <w:trPr>
          <w:cantSplit/>
          <w:trHeight w:val="243"/>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22D7216" w14:textId="77777777" w:rsidR="00282991" w:rsidRPr="003B7872" w:rsidRDefault="00FE4586">
            <w:pPr>
              <w:spacing w:after="0"/>
              <w:rPr>
                <w:sz w:val="18"/>
                <w:szCs w:val="18"/>
              </w:rPr>
            </w:pPr>
            <w:r w:rsidRPr="003B7872">
              <w:rPr>
                <w:rFonts w:eastAsia="Arial" w:cs="Arial"/>
                <w:sz w:val="18"/>
                <w:szCs w:val="18"/>
              </w:rPr>
              <w:t>Emergency preparedness program governance / review</w:t>
            </w:r>
          </w:p>
        </w:tc>
        <w:tc>
          <w:tcPr>
            <w:tcW w:w="185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47E7142" w14:textId="77777777" w:rsidR="00282991" w:rsidRPr="003B7872" w:rsidRDefault="00FE4586">
            <w:pPr>
              <w:spacing w:after="0"/>
              <w:rPr>
                <w:sz w:val="18"/>
                <w:szCs w:val="18"/>
              </w:rPr>
            </w:pPr>
            <w:r w:rsidRPr="003B7872">
              <w:rPr>
                <w:rFonts w:eastAsia="Arial" w:cs="Arial"/>
                <w:sz w:val="18"/>
                <w:szCs w:val="18"/>
              </w:rPr>
              <w:t>§494.62</w:t>
            </w:r>
          </w:p>
        </w:tc>
        <w:tc>
          <w:tcPr>
            <w:tcW w:w="156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1CBE4D1" w14:textId="77777777" w:rsidR="00282991" w:rsidRPr="003B7872" w:rsidRDefault="00FE4586">
            <w:pPr>
              <w:spacing w:after="0"/>
              <w:rPr>
                <w:sz w:val="18"/>
                <w:szCs w:val="18"/>
              </w:rPr>
            </w:pPr>
            <w:r w:rsidRPr="003B7872">
              <w:rPr>
                <w:rFonts w:eastAsia="Arial" w:cs="Arial"/>
                <w:sz w:val="18"/>
                <w:szCs w:val="18"/>
              </w:rPr>
              <w:t>CMS-EP</w:t>
            </w:r>
          </w:p>
        </w:tc>
        <w:tc>
          <w:tcPr>
            <w:tcW w:w="167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615F8DE" w14:textId="77777777" w:rsidR="00282991" w:rsidRPr="003B7872" w:rsidRDefault="00FE4586">
            <w:pPr>
              <w:spacing w:after="0"/>
              <w:rPr>
                <w:sz w:val="18"/>
                <w:szCs w:val="18"/>
              </w:rPr>
            </w:pPr>
            <w:r w:rsidRPr="003B7872">
              <w:rPr>
                <w:rFonts w:eastAsia="Arial" w:cs="Arial"/>
                <w:sz w:val="18"/>
                <w:szCs w:val="18"/>
              </w:rPr>
              <w:t>EOP + program governance</w:t>
            </w:r>
          </w:p>
        </w:tc>
        <w:tc>
          <w:tcPr>
            <w:tcW w:w="214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3F95FC6"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0DC03F9"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3914784"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771678D"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6B5C0205" w14:textId="77777777" w:rsidTr="003B7872">
        <w:trPr>
          <w:cantSplit/>
          <w:trHeight w:val="255"/>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668E2E9" w14:textId="77777777" w:rsidR="00282991" w:rsidRPr="003B7872" w:rsidRDefault="00FE4586">
            <w:pPr>
              <w:spacing w:after="0"/>
              <w:rPr>
                <w:sz w:val="18"/>
                <w:szCs w:val="18"/>
              </w:rPr>
            </w:pPr>
            <w:r w:rsidRPr="003B7872">
              <w:rPr>
                <w:rFonts w:eastAsia="Arial" w:cs="Arial"/>
                <w:sz w:val="18"/>
                <w:szCs w:val="18"/>
              </w:rPr>
              <w:t>HVA / all-hazards risk assessment process</w:t>
            </w:r>
          </w:p>
        </w:tc>
        <w:tc>
          <w:tcPr>
            <w:tcW w:w="185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0D60573" w14:textId="77777777" w:rsidR="00282991" w:rsidRPr="003B7872" w:rsidRDefault="00FE4586">
            <w:pPr>
              <w:spacing w:after="0"/>
              <w:rPr>
                <w:sz w:val="18"/>
                <w:szCs w:val="18"/>
              </w:rPr>
            </w:pPr>
            <w:r w:rsidRPr="003B7872">
              <w:rPr>
                <w:rFonts w:eastAsia="Arial" w:cs="Arial"/>
                <w:sz w:val="18"/>
                <w:szCs w:val="18"/>
              </w:rPr>
              <w:t>§494.62(a)(1)</w:t>
            </w:r>
          </w:p>
        </w:tc>
        <w:tc>
          <w:tcPr>
            <w:tcW w:w="156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D9BC98C" w14:textId="77777777" w:rsidR="00282991" w:rsidRPr="003B7872" w:rsidRDefault="00FE4586">
            <w:pPr>
              <w:spacing w:after="0"/>
              <w:rPr>
                <w:sz w:val="18"/>
                <w:szCs w:val="18"/>
              </w:rPr>
            </w:pPr>
            <w:r w:rsidRPr="003B7872">
              <w:rPr>
                <w:rFonts w:eastAsia="Arial" w:cs="Arial"/>
                <w:sz w:val="18"/>
                <w:szCs w:val="18"/>
              </w:rPr>
              <w:t>CMS-EP</w:t>
            </w:r>
          </w:p>
        </w:tc>
        <w:tc>
          <w:tcPr>
            <w:tcW w:w="167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C8FBF3F" w14:textId="77777777" w:rsidR="00282991" w:rsidRPr="003B7872" w:rsidRDefault="00FE4586">
            <w:pPr>
              <w:spacing w:after="0"/>
              <w:rPr>
                <w:sz w:val="18"/>
                <w:szCs w:val="18"/>
              </w:rPr>
            </w:pPr>
            <w:r w:rsidRPr="003B7872">
              <w:rPr>
                <w:rFonts w:eastAsia="Arial" w:cs="Arial"/>
                <w:sz w:val="18"/>
                <w:szCs w:val="18"/>
              </w:rPr>
              <w:t>EOP / HVA</w:t>
            </w:r>
          </w:p>
        </w:tc>
        <w:tc>
          <w:tcPr>
            <w:tcW w:w="214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1A8C75A"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2F49E17"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D619C63"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4B97F78"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7098E150" w14:textId="77777777" w:rsidTr="003B7872">
        <w:trPr>
          <w:cantSplit/>
          <w:trHeight w:val="243"/>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3C67B71" w14:textId="77777777" w:rsidR="00282991" w:rsidRPr="003B7872" w:rsidRDefault="00FE4586">
            <w:pPr>
              <w:spacing w:after="0"/>
              <w:rPr>
                <w:sz w:val="18"/>
                <w:szCs w:val="18"/>
              </w:rPr>
            </w:pPr>
            <w:r w:rsidRPr="003B7872">
              <w:rPr>
                <w:rFonts w:eastAsia="Arial" w:cs="Arial"/>
                <w:sz w:val="18"/>
                <w:szCs w:val="18"/>
              </w:rPr>
              <w:t>Continuity of dialysis services / essential functions</w:t>
            </w:r>
          </w:p>
        </w:tc>
        <w:tc>
          <w:tcPr>
            <w:tcW w:w="185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07A812F" w14:textId="77777777" w:rsidR="00282991" w:rsidRPr="003B7872" w:rsidRDefault="00FE4586">
            <w:pPr>
              <w:spacing w:after="0"/>
              <w:rPr>
                <w:sz w:val="18"/>
                <w:szCs w:val="18"/>
              </w:rPr>
            </w:pPr>
            <w:r w:rsidRPr="003B7872">
              <w:rPr>
                <w:rFonts w:eastAsia="Arial" w:cs="Arial"/>
                <w:sz w:val="18"/>
                <w:szCs w:val="18"/>
              </w:rPr>
              <w:t>§494.62(a)</w:t>
            </w:r>
          </w:p>
        </w:tc>
        <w:tc>
          <w:tcPr>
            <w:tcW w:w="156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6BAA776" w14:textId="77777777" w:rsidR="00282991" w:rsidRPr="003B7872" w:rsidRDefault="00FE4586">
            <w:pPr>
              <w:spacing w:after="0"/>
              <w:rPr>
                <w:sz w:val="18"/>
                <w:szCs w:val="18"/>
              </w:rPr>
            </w:pPr>
            <w:r w:rsidRPr="003B7872">
              <w:rPr>
                <w:rFonts w:eastAsia="Arial" w:cs="Arial"/>
                <w:sz w:val="18"/>
                <w:szCs w:val="18"/>
              </w:rPr>
              <w:t>CMS-EP</w:t>
            </w:r>
          </w:p>
        </w:tc>
        <w:tc>
          <w:tcPr>
            <w:tcW w:w="167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1B74D55" w14:textId="77777777" w:rsidR="00282991" w:rsidRPr="003B7872" w:rsidRDefault="00FE4586">
            <w:pPr>
              <w:spacing w:after="0"/>
              <w:rPr>
                <w:sz w:val="18"/>
                <w:szCs w:val="18"/>
              </w:rPr>
            </w:pPr>
            <w:r w:rsidRPr="003B7872">
              <w:rPr>
                <w:rFonts w:eastAsia="Arial" w:cs="Arial"/>
                <w:sz w:val="18"/>
                <w:szCs w:val="18"/>
              </w:rPr>
              <w:t>EOP / COOP</w:t>
            </w:r>
          </w:p>
        </w:tc>
        <w:tc>
          <w:tcPr>
            <w:tcW w:w="214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01E8C33"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EF53D97"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148CB7C"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0B310D1"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48DA2EDA" w14:textId="77777777" w:rsidTr="003B7872">
        <w:trPr>
          <w:cantSplit/>
          <w:trHeight w:val="255"/>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408AD87" w14:textId="77777777" w:rsidR="00282991" w:rsidRPr="003B7872" w:rsidRDefault="00FE4586">
            <w:pPr>
              <w:spacing w:after="0"/>
              <w:rPr>
                <w:sz w:val="18"/>
                <w:szCs w:val="18"/>
              </w:rPr>
            </w:pPr>
            <w:r w:rsidRPr="003B7872">
              <w:rPr>
                <w:rFonts w:eastAsia="Arial" w:cs="Arial"/>
                <w:sz w:val="18"/>
                <w:szCs w:val="18"/>
              </w:rPr>
              <w:t>Delegation of authority / succession</w:t>
            </w:r>
          </w:p>
        </w:tc>
        <w:tc>
          <w:tcPr>
            <w:tcW w:w="185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BF5F5F9" w14:textId="77777777" w:rsidR="00282991" w:rsidRPr="003B7872" w:rsidRDefault="00FE4586">
            <w:pPr>
              <w:spacing w:after="0"/>
              <w:rPr>
                <w:sz w:val="18"/>
                <w:szCs w:val="18"/>
              </w:rPr>
            </w:pPr>
            <w:r w:rsidRPr="003B7872">
              <w:rPr>
                <w:rFonts w:eastAsia="Arial" w:cs="Arial"/>
                <w:sz w:val="18"/>
                <w:szCs w:val="18"/>
              </w:rPr>
              <w:t>§494.62(a)</w:t>
            </w:r>
          </w:p>
        </w:tc>
        <w:tc>
          <w:tcPr>
            <w:tcW w:w="156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5EA3ACF" w14:textId="77777777" w:rsidR="00282991" w:rsidRPr="003B7872" w:rsidRDefault="00FE4586">
            <w:pPr>
              <w:spacing w:after="0"/>
              <w:rPr>
                <w:sz w:val="18"/>
                <w:szCs w:val="18"/>
              </w:rPr>
            </w:pPr>
            <w:r w:rsidRPr="003B7872">
              <w:rPr>
                <w:rFonts w:eastAsia="Arial" w:cs="Arial"/>
                <w:sz w:val="18"/>
                <w:szCs w:val="18"/>
              </w:rPr>
              <w:t>CMS-EP</w:t>
            </w:r>
          </w:p>
        </w:tc>
        <w:tc>
          <w:tcPr>
            <w:tcW w:w="167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5DED982" w14:textId="77777777" w:rsidR="00282991" w:rsidRPr="003B7872" w:rsidRDefault="00FE4586">
            <w:pPr>
              <w:spacing w:after="0"/>
              <w:rPr>
                <w:sz w:val="18"/>
                <w:szCs w:val="18"/>
              </w:rPr>
            </w:pPr>
            <w:r w:rsidRPr="003B7872">
              <w:rPr>
                <w:rFonts w:eastAsia="Arial" w:cs="Arial"/>
                <w:sz w:val="18"/>
                <w:szCs w:val="18"/>
              </w:rPr>
              <w:t>EOP / governance</w:t>
            </w:r>
          </w:p>
        </w:tc>
        <w:tc>
          <w:tcPr>
            <w:tcW w:w="214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14B46EB"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FEC4E0F"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77B6120"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349FF77"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4D08157F" w14:textId="77777777" w:rsidTr="003B7872">
        <w:trPr>
          <w:cantSplit/>
          <w:trHeight w:val="243"/>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5444AFE" w14:textId="77777777" w:rsidR="00282991" w:rsidRPr="003B7872" w:rsidRDefault="00FE4586">
            <w:pPr>
              <w:spacing w:after="0"/>
              <w:rPr>
                <w:sz w:val="18"/>
                <w:szCs w:val="18"/>
              </w:rPr>
            </w:pPr>
            <w:r w:rsidRPr="003B7872">
              <w:rPr>
                <w:rFonts w:eastAsia="Arial" w:cs="Arial"/>
                <w:sz w:val="18"/>
                <w:szCs w:val="18"/>
              </w:rPr>
              <w:t>Annual local public health / EMA coordination</w:t>
            </w:r>
          </w:p>
        </w:tc>
        <w:tc>
          <w:tcPr>
            <w:tcW w:w="185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7FDF566" w14:textId="77777777" w:rsidR="00282991" w:rsidRPr="003B7872" w:rsidRDefault="00FE4586">
            <w:pPr>
              <w:spacing w:after="0"/>
              <w:rPr>
                <w:sz w:val="18"/>
                <w:szCs w:val="18"/>
              </w:rPr>
            </w:pPr>
            <w:r w:rsidRPr="003B7872">
              <w:rPr>
                <w:rFonts w:eastAsia="Arial" w:cs="Arial"/>
                <w:sz w:val="18"/>
                <w:szCs w:val="18"/>
              </w:rPr>
              <w:t>CMS ESRD guidance</w:t>
            </w:r>
          </w:p>
        </w:tc>
        <w:tc>
          <w:tcPr>
            <w:tcW w:w="156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4BC1F19" w14:textId="77777777" w:rsidR="00282991" w:rsidRPr="003B7872" w:rsidRDefault="00FE4586">
            <w:pPr>
              <w:spacing w:after="0"/>
              <w:rPr>
                <w:sz w:val="18"/>
                <w:szCs w:val="18"/>
              </w:rPr>
            </w:pPr>
            <w:r w:rsidRPr="003B7872">
              <w:rPr>
                <w:rFonts w:eastAsia="Arial" w:cs="Arial"/>
                <w:sz w:val="18"/>
                <w:szCs w:val="18"/>
              </w:rPr>
              <w:t>CMS-EP</w:t>
            </w:r>
          </w:p>
        </w:tc>
        <w:tc>
          <w:tcPr>
            <w:tcW w:w="167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001E225" w14:textId="77777777" w:rsidR="00282991" w:rsidRPr="003B7872" w:rsidRDefault="00FE4586">
            <w:pPr>
              <w:spacing w:after="0"/>
              <w:rPr>
                <w:sz w:val="18"/>
                <w:szCs w:val="18"/>
              </w:rPr>
            </w:pPr>
            <w:r w:rsidRPr="003B7872">
              <w:rPr>
                <w:rFonts w:eastAsia="Arial" w:cs="Arial"/>
                <w:sz w:val="18"/>
                <w:szCs w:val="18"/>
              </w:rPr>
              <w:t>EOP / communication</w:t>
            </w:r>
          </w:p>
        </w:tc>
        <w:tc>
          <w:tcPr>
            <w:tcW w:w="214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34D53AC"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88FCA19"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F48F5E7"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D0E6A13"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6212D334" w14:textId="77777777" w:rsidTr="003B7872">
        <w:trPr>
          <w:cantSplit/>
          <w:trHeight w:val="243"/>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A2D84A0" w14:textId="77777777" w:rsidR="00282991" w:rsidRPr="003B7872" w:rsidRDefault="00FE4586">
            <w:pPr>
              <w:spacing w:after="0"/>
              <w:rPr>
                <w:sz w:val="18"/>
                <w:szCs w:val="18"/>
              </w:rPr>
            </w:pPr>
            <w:r w:rsidRPr="003B7872">
              <w:rPr>
                <w:rFonts w:eastAsia="Arial" w:cs="Arial"/>
                <w:sz w:val="18"/>
                <w:szCs w:val="18"/>
              </w:rPr>
              <w:t>Staff and patient tracking</w:t>
            </w:r>
          </w:p>
        </w:tc>
        <w:tc>
          <w:tcPr>
            <w:tcW w:w="185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F45BFA5" w14:textId="77777777" w:rsidR="00282991" w:rsidRPr="003B7872" w:rsidRDefault="00FE4586">
            <w:pPr>
              <w:spacing w:after="0"/>
              <w:rPr>
                <w:sz w:val="18"/>
                <w:szCs w:val="18"/>
              </w:rPr>
            </w:pPr>
            <w:r w:rsidRPr="003B7872">
              <w:rPr>
                <w:rFonts w:eastAsia="Arial" w:cs="Arial"/>
                <w:sz w:val="18"/>
                <w:szCs w:val="18"/>
              </w:rPr>
              <w:t>§494.62(b)(1)</w:t>
            </w:r>
          </w:p>
        </w:tc>
        <w:tc>
          <w:tcPr>
            <w:tcW w:w="156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1D60EC2" w14:textId="77777777" w:rsidR="00282991" w:rsidRPr="003B7872" w:rsidRDefault="00FE4586">
            <w:pPr>
              <w:spacing w:after="0"/>
              <w:rPr>
                <w:sz w:val="18"/>
                <w:szCs w:val="18"/>
              </w:rPr>
            </w:pPr>
            <w:r w:rsidRPr="003B7872">
              <w:rPr>
                <w:rFonts w:eastAsia="Arial" w:cs="Arial"/>
                <w:sz w:val="18"/>
                <w:szCs w:val="18"/>
              </w:rPr>
              <w:t>CMS-EP</w:t>
            </w:r>
          </w:p>
        </w:tc>
        <w:tc>
          <w:tcPr>
            <w:tcW w:w="167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C00FEF2" w14:textId="77777777" w:rsidR="00282991" w:rsidRPr="003B7872" w:rsidRDefault="00FE4586">
            <w:pPr>
              <w:spacing w:after="0"/>
              <w:rPr>
                <w:sz w:val="18"/>
                <w:szCs w:val="18"/>
              </w:rPr>
            </w:pPr>
            <w:r w:rsidRPr="003B7872">
              <w:rPr>
                <w:rFonts w:eastAsia="Arial" w:cs="Arial"/>
                <w:sz w:val="18"/>
                <w:szCs w:val="18"/>
              </w:rPr>
              <w:t>EOP or separate</w:t>
            </w:r>
          </w:p>
        </w:tc>
        <w:tc>
          <w:tcPr>
            <w:tcW w:w="214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D4154EA"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E638E65"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C5A760F"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56FEE38"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1D9F1A73" w14:textId="77777777" w:rsidTr="003B7872">
        <w:trPr>
          <w:cantSplit/>
          <w:trHeight w:val="255"/>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73D4B49" w14:textId="77777777" w:rsidR="00282991" w:rsidRPr="003B7872" w:rsidRDefault="00FE4586">
            <w:pPr>
              <w:spacing w:after="0"/>
              <w:rPr>
                <w:sz w:val="18"/>
                <w:szCs w:val="18"/>
              </w:rPr>
            </w:pPr>
            <w:r w:rsidRPr="003B7872">
              <w:rPr>
                <w:rFonts w:eastAsia="Arial" w:cs="Arial"/>
                <w:sz w:val="18"/>
                <w:szCs w:val="18"/>
              </w:rPr>
              <w:t>Safe evacuation / treatment interruption</w:t>
            </w:r>
          </w:p>
        </w:tc>
        <w:tc>
          <w:tcPr>
            <w:tcW w:w="185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57DD761" w14:textId="77777777" w:rsidR="00282991" w:rsidRPr="003B7872" w:rsidRDefault="00FE4586">
            <w:pPr>
              <w:spacing w:after="0"/>
              <w:rPr>
                <w:sz w:val="18"/>
                <w:szCs w:val="18"/>
              </w:rPr>
            </w:pPr>
            <w:r w:rsidRPr="003B7872">
              <w:rPr>
                <w:rFonts w:eastAsia="Arial" w:cs="Arial"/>
                <w:sz w:val="18"/>
                <w:szCs w:val="18"/>
              </w:rPr>
              <w:t>§494.62(b)(2)</w:t>
            </w:r>
          </w:p>
        </w:tc>
        <w:tc>
          <w:tcPr>
            <w:tcW w:w="156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7BC965A" w14:textId="77777777" w:rsidR="00282991" w:rsidRPr="003B7872" w:rsidRDefault="00FE4586">
            <w:pPr>
              <w:spacing w:after="0"/>
              <w:rPr>
                <w:sz w:val="18"/>
                <w:szCs w:val="18"/>
              </w:rPr>
            </w:pPr>
            <w:r w:rsidRPr="003B7872">
              <w:rPr>
                <w:rFonts w:eastAsia="Arial" w:cs="Arial"/>
                <w:sz w:val="18"/>
                <w:szCs w:val="18"/>
              </w:rPr>
              <w:t>CMS-EP</w:t>
            </w:r>
          </w:p>
        </w:tc>
        <w:tc>
          <w:tcPr>
            <w:tcW w:w="167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8E0ED08" w14:textId="77777777" w:rsidR="00282991" w:rsidRPr="003B7872" w:rsidRDefault="00FE4586">
            <w:pPr>
              <w:spacing w:after="0"/>
              <w:rPr>
                <w:sz w:val="18"/>
                <w:szCs w:val="18"/>
              </w:rPr>
            </w:pPr>
            <w:r w:rsidRPr="003B7872">
              <w:rPr>
                <w:rFonts w:eastAsia="Arial" w:cs="Arial"/>
                <w:sz w:val="18"/>
                <w:szCs w:val="18"/>
              </w:rPr>
              <w:t>EOP or separate</w:t>
            </w:r>
          </w:p>
        </w:tc>
        <w:tc>
          <w:tcPr>
            <w:tcW w:w="214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7F25326"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66CD3C3"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804BC74"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8BE7519"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3158B43D" w14:textId="77777777" w:rsidTr="003B7872">
        <w:trPr>
          <w:cantSplit/>
          <w:trHeight w:val="243"/>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BC6637F" w14:textId="77777777" w:rsidR="00282991" w:rsidRPr="003B7872" w:rsidRDefault="00FE4586">
            <w:pPr>
              <w:spacing w:after="0"/>
              <w:rPr>
                <w:sz w:val="18"/>
                <w:szCs w:val="18"/>
              </w:rPr>
            </w:pPr>
            <w:r w:rsidRPr="003B7872">
              <w:rPr>
                <w:rFonts w:eastAsia="Arial" w:cs="Arial"/>
                <w:sz w:val="18"/>
                <w:szCs w:val="18"/>
              </w:rPr>
              <w:t>Shelter-in-place</w:t>
            </w:r>
          </w:p>
        </w:tc>
        <w:tc>
          <w:tcPr>
            <w:tcW w:w="185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4E40869" w14:textId="77777777" w:rsidR="00282991" w:rsidRPr="003B7872" w:rsidRDefault="00FE4586">
            <w:pPr>
              <w:spacing w:after="0"/>
              <w:rPr>
                <w:sz w:val="18"/>
                <w:szCs w:val="18"/>
              </w:rPr>
            </w:pPr>
            <w:r w:rsidRPr="003B7872">
              <w:rPr>
                <w:rFonts w:eastAsia="Arial" w:cs="Arial"/>
                <w:sz w:val="18"/>
                <w:szCs w:val="18"/>
              </w:rPr>
              <w:t>§494.62(b)(3)</w:t>
            </w:r>
          </w:p>
        </w:tc>
        <w:tc>
          <w:tcPr>
            <w:tcW w:w="156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B234EA1" w14:textId="77777777" w:rsidR="00282991" w:rsidRPr="003B7872" w:rsidRDefault="00FE4586">
            <w:pPr>
              <w:spacing w:after="0"/>
              <w:rPr>
                <w:sz w:val="18"/>
                <w:szCs w:val="18"/>
              </w:rPr>
            </w:pPr>
            <w:r w:rsidRPr="003B7872">
              <w:rPr>
                <w:rFonts w:eastAsia="Arial" w:cs="Arial"/>
                <w:sz w:val="18"/>
                <w:szCs w:val="18"/>
              </w:rPr>
              <w:t>CMS-EP</w:t>
            </w:r>
          </w:p>
        </w:tc>
        <w:tc>
          <w:tcPr>
            <w:tcW w:w="167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48C4FF4" w14:textId="77777777" w:rsidR="00282991" w:rsidRPr="003B7872" w:rsidRDefault="00FE4586">
            <w:pPr>
              <w:spacing w:after="0"/>
              <w:rPr>
                <w:sz w:val="18"/>
                <w:szCs w:val="18"/>
              </w:rPr>
            </w:pPr>
            <w:r w:rsidRPr="003B7872">
              <w:rPr>
                <w:rFonts w:eastAsia="Arial" w:cs="Arial"/>
                <w:sz w:val="18"/>
                <w:szCs w:val="18"/>
              </w:rPr>
              <w:t>EOP or separate</w:t>
            </w:r>
          </w:p>
        </w:tc>
        <w:tc>
          <w:tcPr>
            <w:tcW w:w="214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5E418D6"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A999160"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06ADC3A"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E8F7A6F"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5F1F92B1" w14:textId="77777777" w:rsidTr="003B7872">
        <w:trPr>
          <w:cantSplit/>
          <w:trHeight w:val="255"/>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3075FAD" w14:textId="77777777" w:rsidR="00282991" w:rsidRPr="003B7872" w:rsidRDefault="00FE4586">
            <w:pPr>
              <w:spacing w:after="0"/>
              <w:rPr>
                <w:sz w:val="18"/>
                <w:szCs w:val="18"/>
              </w:rPr>
            </w:pPr>
            <w:r w:rsidRPr="003B7872">
              <w:rPr>
                <w:rFonts w:eastAsia="Arial" w:cs="Arial"/>
                <w:sz w:val="18"/>
                <w:szCs w:val="18"/>
              </w:rPr>
              <w:t>Medical record / documentation continuity</w:t>
            </w:r>
          </w:p>
        </w:tc>
        <w:tc>
          <w:tcPr>
            <w:tcW w:w="185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CEE4FAE" w14:textId="77777777" w:rsidR="00282991" w:rsidRPr="003B7872" w:rsidRDefault="00FE4586">
            <w:pPr>
              <w:spacing w:after="0"/>
              <w:rPr>
                <w:sz w:val="18"/>
                <w:szCs w:val="18"/>
              </w:rPr>
            </w:pPr>
            <w:r w:rsidRPr="003B7872">
              <w:rPr>
                <w:rFonts w:eastAsia="Arial" w:cs="Arial"/>
                <w:sz w:val="18"/>
                <w:szCs w:val="18"/>
              </w:rPr>
              <w:t>§494.62(b)(4); §494.170</w:t>
            </w:r>
          </w:p>
        </w:tc>
        <w:tc>
          <w:tcPr>
            <w:tcW w:w="156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D73AC44" w14:textId="77777777" w:rsidR="00282991" w:rsidRPr="003B7872" w:rsidRDefault="00FE4586">
            <w:pPr>
              <w:spacing w:after="0"/>
              <w:rPr>
                <w:sz w:val="18"/>
                <w:szCs w:val="18"/>
              </w:rPr>
            </w:pPr>
            <w:r w:rsidRPr="003B7872">
              <w:rPr>
                <w:rFonts w:eastAsia="Arial" w:cs="Arial"/>
                <w:sz w:val="18"/>
                <w:szCs w:val="18"/>
              </w:rPr>
              <w:t>CMS-EP + Part 494</w:t>
            </w:r>
          </w:p>
        </w:tc>
        <w:tc>
          <w:tcPr>
            <w:tcW w:w="167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9A46F50" w14:textId="77777777" w:rsidR="00282991" w:rsidRPr="003B7872" w:rsidRDefault="00FE4586">
            <w:pPr>
              <w:spacing w:after="0"/>
              <w:rPr>
                <w:sz w:val="18"/>
                <w:szCs w:val="18"/>
              </w:rPr>
            </w:pPr>
            <w:r w:rsidRPr="003B7872">
              <w:rPr>
                <w:rFonts w:eastAsia="Arial" w:cs="Arial"/>
                <w:sz w:val="18"/>
                <w:szCs w:val="18"/>
              </w:rPr>
              <w:t>EOP + downtime policy</w:t>
            </w:r>
          </w:p>
        </w:tc>
        <w:tc>
          <w:tcPr>
            <w:tcW w:w="214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44F3C43"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EC794E7"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9A85576"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9E346CA"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46928028" w14:textId="77777777" w:rsidTr="003B7872">
        <w:trPr>
          <w:cantSplit/>
          <w:trHeight w:val="243"/>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94B6BF0" w14:textId="77777777" w:rsidR="00282991" w:rsidRPr="003B7872" w:rsidRDefault="00FE4586">
            <w:pPr>
              <w:spacing w:after="0"/>
              <w:rPr>
                <w:sz w:val="18"/>
                <w:szCs w:val="18"/>
              </w:rPr>
            </w:pPr>
            <w:r w:rsidRPr="003B7872">
              <w:rPr>
                <w:rFonts w:eastAsia="Arial" w:cs="Arial"/>
                <w:sz w:val="18"/>
                <w:szCs w:val="18"/>
              </w:rPr>
              <w:t>Emergency staffing / volunteer integration</w:t>
            </w:r>
          </w:p>
        </w:tc>
        <w:tc>
          <w:tcPr>
            <w:tcW w:w="185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D78B5A6" w14:textId="77777777" w:rsidR="00282991" w:rsidRPr="003B7872" w:rsidRDefault="00FE4586">
            <w:pPr>
              <w:spacing w:after="0"/>
              <w:rPr>
                <w:sz w:val="18"/>
                <w:szCs w:val="18"/>
              </w:rPr>
            </w:pPr>
            <w:r w:rsidRPr="003B7872">
              <w:rPr>
                <w:rFonts w:eastAsia="Arial" w:cs="Arial"/>
                <w:sz w:val="18"/>
                <w:szCs w:val="18"/>
              </w:rPr>
              <w:t>§494.62(b)(5)</w:t>
            </w:r>
          </w:p>
        </w:tc>
        <w:tc>
          <w:tcPr>
            <w:tcW w:w="156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ADD6484" w14:textId="77777777" w:rsidR="00282991" w:rsidRPr="003B7872" w:rsidRDefault="00FE4586">
            <w:pPr>
              <w:spacing w:after="0"/>
              <w:rPr>
                <w:sz w:val="18"/>
                <w:szCs w:val="18"/>
              </w:rPr>
            </w:pPr>
            <w:r w:rsidRPr="003B7872">
              <w:rPr>
                <w:rFonts w:eastAsia="Arial" w:cs="Arial"/>
                <w:sz w:val="18"/>
                <w:szCs w:val="18"/>
              </w:rPr>
              <w:t>CMS-EP</w:t>
            </w:r>
          </w:p>
        </w:tc>
        <w:tc>
          <w:tcPr>
            <w:tcW w:w="167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A65F32B" w14:textId="77777777" w:rsidR="00282991" w:rsidRPr="003B7872" w:rsidRDefault="00FE4586">
            <w:pPr>
              <w:spacing w:after="0"/>
              <w:rPr>
                <w:sz w:val="18"/>
                <w:szCs w:val="18"/>
              </w:rPr>
            </w:pPr>
            <w:r w:rsidRPr="003B7872">
              <w:rPr>
                <w:rFonts w:eastAsia="Arial" w:cs="Arial"/>
                <w:sz w:val="18"/>
                <w:szCs w:val="18"/>
              </w:rPr>
              <w:t>EOP or separate</w:t>
            </w:r>
          </w:p>
        </w:tc>
        <w:tc>
          <w:tcPr>
            <w:tcW w:w="214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42EA2F2"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C2DEE29"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9168958"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09F9E8E"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3639B2C9" w14:textId="77777777" w:rsidTr="003B7872">
        <w:trPr>
          <w:cantSplit/>
          <w:trHeight w:val="255"/>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D4B5ED0" w14:textId="77777777" w:rsidR="00282991" w:rsidRPr="003B7872" w:rsidRDefault="00FE4586">
            <w:pPr>
              <w:spacing w:after="0"/>
              <w:rPr>
                <w:sz w:val="18"/>
                <w:szCs w:val="18"/>
              </w:rPr>
            </w:pPr>
            <w:r w:rsidRPr="003B7872">
              <w:rPr>
                <w:rFonts w:eastAsia="Arial" w:cs="Arial"/>
                <w:sz w:val="18"/>
                <w:szCs w:val="18"/>
              </w:rPr>
              <w:t>Alternate dialysis / receiving facility arrangements</w:t>
            </w:r>
          </w:p>
        </w:tc>
        <w:tc>
          <w:tcPr>
            <w:tcW w:w="185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F813B10" w14:textId="77777777" w:rsidR="00282991" w:rsidRPr="003B7872" w:rsidRDefault="00FE4586">
            <w:pPr>
              <w:spacing w:after="0"/>
              <w:rPr>
                <w:sz w:val="18"/>
                <w:szCs w:val="18"/>
              </w:rPr>
            </w:pPr>
            <w:r w:rsidRPr="003B7872">
              <w:rPr>
                <w:rFonts w:eastAsia="Arial" w:cs="Arial"/>
                <w:sz w:val="18"/>
                <w:szCs w:val="18"/>
              </w:rPr>
              <w:t>§494.62(b)(6)</w:t>
            </w:r>
          </w:p>
        </w:tc>
        <w:tc>
          <w:tcPr>
            <w:tcW w:w="156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BC3A510" w14:textId="77777777" w:rsidR="00282991" w:rsidRPr="003B7872" w:rsidRDefault="00FE4586">
            <w:pPr>
              <w:spacing w:after="0"/>
              <w:rPr>
                <w:sz w:val="18"/>
                <w:szCs w:val="18"/>
              </w:rPr>
            </w:pPr>
            <w:r w:rsidRPr="003B7872">
              <w:rPr>
                <w:rFonts w:eastAsia="Arial" w:cs="Arial"/>
                <w:sz w:val="18"/>
                <w:szCs w:val="18"/>
              </w:rPr>
              <w:t>CMS-EP</w:t>
            </w:r>
          </w:p>
        </w:tc>
        <w:tc>
          <w:tcPr>
            <w:tcW w:w="167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BA01EE6" w14:textId="77777777" w:rsidR="00282991" w:rsidRPr="003B7872" w:rsidRDefault="00FE4586">
            <w:pPr>
              <w:spacing w:after="0"/>
              <w:rPr>
                <w:sz w:val="18"/>
                <w:szCs w:val="18"/>
              </w:rPr>
            </w:pPr>
            <w:r w:rsidRPr="003B7872">
              <w:rPr>
                <w:rFonts w:eastAsia="Arial" w:cs="Arial"/>
                <w:sz w:val="18"/>
                <w:szCs w:val="18"/>
              </w:rPr>
              <w:t>EOP + agreements</w:t>
            </w:r>
          </w:p>
        </w:tc>
        <w:tc>
          <w:tcPr>
            <w:tcW w:w="214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8CE06FE"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2EF02E9"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64F66CF"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F27D595"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788914CF" w14:textId="77777777" w:rsidTr="003B7872">
        <w:trPr>
          <w:cantSplit/>
          <w:trHeight w:val="243"/>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E8C9405" w14:textId="77777777" w:rsidR="00282991" w:rsidRPr="003B7872" w:rsidRDefault="00FE4586">
            <w:pPr>
              <w:spacing w:after="0"/>
              <w:rPr>
                <w:sz w:val="18"/>
                <w:szCs w:val="18"/>
              </w:rPr>
            </w:pPr>
            <w:r w:rsidRPr="003B7872">
              <w:rPr>
                <w:rFonts w:eastAsia="Arial" w:cs="Arial"/>
                <w:sz w:val="18"/>
                <w:szCs w:val="18"/>
              </w:rPr>
              <w:t>Emergency transportation / transfer</w:t>
            </w:r>
          </w:p>
        </w:tc>
        <w:tc>
          <w:tcPr>
            <w:tcW w:w="185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2177D33" w14:textId="77777777" w:rsidR="00282991" w:rsidRPr="003B7872" w:rsidRDefault="00FE4586">
            <w:pPr>
              <w:spacing w:after="0"/>
              <w:rPr>
                <w:sz w:val="18"/>
                <w:szCs w:val="18"/>
              </w:rPr>
            </w:pPr>
            <w:r w:rsidRPr="003B7872">
              <w:rPr>
                <w:rFonts w:eastAsia="Arial" w:cs="Arial"/>
                <w:sz w:val="18"/>
                <w:szCs w:val="18"/>
              </w:rPr>
              <w:t>CMS guidance / §494.180(g)</w:t>
            </w:r>
          </w:p>
        </w:tc>
        <w:tc>
          <w:tcPr>
            <w:tcW w:w="156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A2AF141" w14:textId="77777777" w:rsidR="00282991" w:rsidRPr="003B7872" w:rsidRDefault="00FE4586">
            <w:pPr>
              <w:spacing w:after="0"/>
              <w:rPr>
                <w:sz w:val="18"/>
                <w:szCs w:val="18"/>
              </w:rPr>
            </w:pPr>
            <w:r w:rsidRPr="003B7872">
              <w:rPr>
                <w:rFonts w:eastAsia="Arial" w:cs="Arial"/>
                <w:sz w:val="18"/>
                <w:szCs w:val="18"/>
              </w:rPr>
              <w:t>CMS-EP + Part 494</w:t>
            </w:r>
          </w:p>
        </w:tc>
        <w:tc>
          <w:tcPr>
            <w:tcW w:w="167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C7641C1" w14:textId="77777777" w:rsidR="00282991" w:rsidRPr="003B7872" w:rsidRDefault="00FE4586">
            <w:pPr>
              <w:spacing w:after="0"/>
              <w:rPr>
                <w:sz w:val="18"/>
                <w:szCs w:val="18"/>
              </w:rPr>
            </w:pPr>
            <w:r w:rsidRPr="003B7872">
              <w:rPr>
                <w:rFonts w:eastAsia="Arial" w:cs="Arial"/>
                <w:sz w:val="18"/>
                <w:szCs w:val="18"/>
              </w:rPr>
              <w:t>EOP + transfer process</w:t>
            </w:r>
          </w:p>
        </w:tc>
        <w:tc>
          <w:tcPr>
            <w:tcW w:w="214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FC5353F"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B988B34"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6211125"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D9BAEAE"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091167C6" w14:textId="77777777" w:rsidTr="003B7872">
        <w:trPr>
          <w:cantSplit/>
          <w:trHeight w:val="243"/>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DF053F8" w14:textId="77777777" w:rsidR="00282991" w:rsidRPr="003B7872" w:rsidRDefault="00FE4586">
            <w:pPr>
              <w:spacing w:after="0"/>
              <w:rPr>
                <w:sz w:val="18"/>
                <w:szCs w:val="18"/>
              </w:rPr>
            </w:pPr>
            <w:r w:rsidRPr="003B7872">
              <w:rPr>
                <w:rFonts w:eastAsia="Arial" w:cs="Arial"/>
                <w:sz w:val="18"/>
                <w:szCs w:val="18"/>
              </w:rPr>
              <w:t>§1135 alternate care site role</w:t>
            </w:r>
          </w:p>
        </w:tc>
        <w:tc>
          <w:tcPr>
            <w:tcW w:w="185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7D213DB" w14:textId="77777777" w:rsidR="00282991" w:rsidRPr="003B7872" w:rsidRDefault="00FE4586">
            <w:pPr>
              <w:spacing w:after="0"/>
              <w:rPr>
                <w:sz w:val="18"/>
                <w:szCs w:val="18"/>
              </w:rPr>
            </w:pPr>
            <w:r w:rsidRPr="003B7872">
              <w:rPr>
                <w:rFonts w:eastAsia="Arial" w:cs="Arial"/>
                <w:sz w:val="18"/>
                <w:szCs w:val="18"/>
              </w:rPr>
              <w:t>§494.62(b)(7)</w:t>
            </w:r>
          </w:p>
        </w:tc>
        <w:tc>
          <w:tcPr>
            <w:tcW w:w="156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1508C54" w14:textId="77777777" w:rsidR="00282991" w:rsidRPr="003B7872" w:rsidRDefault="00FE4586">
            <w:pPr>
              <w:spacing w:after="0"/>
              <w:rPr>
                <w:sz w:val="18"/>
                <w:szCs w:val="18"/>
              </w:rPr>
            </w:pPr>
            <w:r w:rsidRPr="003B7872">
              <w:rPr>
                <w:rFonts w:eastAsia="Arial" w:cs="Arial"/>
                <w:sz w:val="18"/>
                <w:szCs w:val="18"/>
              </w:rPr>
              <w:t>CMS-EP</w:t>
            </w:r>
          </w:p>
        </w:tc>
        <w:tc>
          <w:tcPr>
            <w:tcW w:w="167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A244F33" w14:textId="77777777" w:rsidR="00282991" w:rsidRPr="003B7872" w:rsidRDefault="00FE4586">
            <w:pPr>
              <w:spacing w:after="0"/>
              <w:rPr>
                <w:sz w:val="18"/>
                <w:szCs w:val="18"/>
              </w:rPr>
            </w:pPr>
            <w:r w:rsidRPr="003B7872">
              <w:rPr>
                <w:rFonts w:eastAsia="Arial" w:cs="Arial"/>
                <w:sz w:val="18"/>
                <w:szCs w:val="18"/>
              </w:rPr>
              <w:t>EOP or separate</w:t>
            </w:r>
          </w:p>
        </w:tc>
        <w:tc>
          <w:tcPr>
            <w:tcW w:w="214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DFF4BD2"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60C672C"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4DEB914"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F6F3A04"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2BB1EE2A" w14:textId="77777777" w:rsidTr="003B7872">
        <w:trPr>
          <w:cantSplit/>
          <w:trHeight w:val="255"/>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BC6D2DE" w14:textId="77777777" w:rsidR="00282991" w:rsidRPr="003B7872" w:rsidRDefault="00FE4586">
            <w:pPr>
              <w:spacing w:after="0"/>
              <w:rPr>
                <w:sz w:val="18"/>
                <w:szCs w:val="18"/>
              </w:rPr>
            </w:pPr>
            <w:r w:rsidRPr="003B7872">
              <w:rPr>
                <w:rFonts w:eastAsia="Arial" w:cs="Arial"/>
                <w:sz w:val="18"/>
                <w:szCs w:val="18"/>
              </w:rPr>
              <w:t>EMS / emergency medical assistance</w:t>
            </w:r>
          </w:p>
        </w:tc>
        <w:tc>
          <w:tcPr>
            <w:tcW w:w="185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5949AD8" w14:textId="77777777" w:rsidR="00282991" w:rsidRPr="003B7872" w:rsidRDefault="00FE4586">
            <w:pPr>
              <w:spacing w:after="0"/>
              <w:rPr>
                <w:sz w:val="18"/>
                <w:szCs w:val="18"/>
              </w:rPr>
            </w:pPr>
            <w:r w:rsidRPr="003B7872">
              <w:rPr>
                <w:rFonts w:eastAsia="Arial" w:cs="Arial"/>
                <w:sz w:val="18"/>
                <w:szCs w:val="18"/>
              </w:rPr>
              <w:t>§494.62(b)(8)</w:t>
            </w:r>
          </w:p>
        </w:tc>
        <w:tc>
          <w:tcPr>
            <w:tcW w:w="156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104FE41" w14:textId="77777777" w:rsidR="00282991" w:rsidRPr="003B7872" w:rsidRDefault="00FE4586">
            <w:pPr>
              <w:spacing w:after="0"/>
              <w:rPr>
                <w:sz w:val="18"/>
                <w:szCs w:val="18"/>
              </w:rPr>
            </w:pPr>
            <w:r w:rsidRPr="003B7872">
              <w:rPr>
                <w:rFonts w:eastAsia="Arial" w:cs="Arial"/>
                <w:sz w:val="18"/>
                <w:szCs w:val="18"/>
              </w:rPr>
              <w:t>CMS-EP</w:t>
            </w:r>
          </w:p>
        </w:tc>
        <w:tc>
          <w:tcPr>
            <w:tcW w:w="167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79AB66A" w14:textId="77777777" w:rsidR="00282991" w:rsidRPr="003B7872" w:rsidRDefault="00FE4586">
            <w:pPr>
              <w:spacing w:after="0"/>
              <w:rPr>
                <w:sz w:val="18"/>
                <w:szCs w:val="18"/>
              </w:rPr>
            </w:pPr>
            <w:r w:rsidRPr="003B7872">
              <w:rPr>
                <w:rFonts w:eastAsia="Arial" w:cs="Arial"/>
                <w:sz w:val="18"/>
                <w:szCs w:val="18"/>
              </w:rPr>
              <w:t>EOP / clinical emergency</w:t>
            </w:r>
          </w:p>
        </w:tc>
        <w:tc>
          <w:tcPr>
            <w:tcW w:w="214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554E031"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4299B61"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B3AC170"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81BC06E"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16650A28" w14:textId="77777777" w:rsidTr="003B7872">
        <w:trPr>
          <w:cantSplit/>
          <w:trHeight w:val="320"/>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40A8F8E" w14:textId="77777777" w:rsidR="00282991" w:rsidRPr="003B7872" w:rsidRDefault="00FE4586">
            <w:pPr>
              <w:spacing w:after="0"/>
              <w:rPr>
                <w:sz w:val="18"/>
                <w:szCs w:val="18"/>
              </w:rPr>
            </w:pPr>
            <w:r w:rsidRPr="003B7872">
              <w:rPr>
                <w:rFonts w:eastAsia="Arial" w:cs="Arial"/>
                <w:sz w:val="18"/>
                <w:szCs w:val="18"/>
              </w:rPr>
              <w:t>Emergency equipment / emergency drugs availability</w:t>
            </w:r>
          </w:p>
        </w:tc>
        <w:tc>
          <w:tcPr>
            <w:tcW w:w="185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43233AD" w14:textId="77777777" w:rsidR="00282991" w:rsidRPr="003B7872" w:rsidRDefault="00FE4586">
            <w:pPr>
              <w:spacing w:after="0"/>
              <w:rPr>
                <w:sz w:val="18"/>
                <w:szCs w:val="18"/>
              </w:rPr>
            </w:pPr>
            <w:r w:rsidRPr="003B7872">
              <w:rPr>
                <w:rFonts w:eastAsia="Arial" w:cs="Arial"/>
                <w:sz w:val="18"/>
                <w:szCs w:val="18"/>
              </w:rPr>
              <w:t>§494.62(b)(9)</w:t>
            </w:r>
          </w:p>
        </w:tc>
        <w:tc>
          <w:tcPr>
            <w:tcW w:w="156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4F51558" w14:textId="77777777" w:rsidR="00282991" w:rsidRPr="003B7872" w:rsidRDefault="00FE4586">
            <w:pPr>
              <w:spacing w:after="0"/>
              <w:rPr>
                <w:sz w:val="18"/>
                <w:szCs w:val="18"/>
              </w:rPr>
            </w:pPr>
            <w:r w:rsidRPr="003B7872">
              <w:rPr>
                <w:rFonts w:eastAsia="Arial" w:cs="Arial"/>
                <w:sz w:val="18"/>
                <w:szCs w:val="18"/>
              </w:rPr>
              <w:t>CMS-EP</w:t>
            </w:r>
          </w:p>
        </w:tc>
        <w:tc>
          <w:tcPr>
            <w:tcW w:w="167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9408BDD" w14:textId="77777777" w:rsidR="00282991" w:rsidRPr="003B7872" w:rsidRDefault="00FE4586">
            <w:pPr>
              <w:spacing w:after="0"/>
              <w:rPr>
                <w:sz w:val="18"/>
                <w:szCs w:val="18"/>
              </w:rPr>
            </w:pPr>
            <w:r w:rsidRPr="003B7872">
              <w:rPr>
                <w:rFonts w:eastAsia="Arial" w:cs="Arial"/>
                <w:sz w:val="18"/>
                <w:szCs w:val="18"/>
              </w:rPr>
              <w:t>Separate clinical policy + EOP ref</w:t>
            </w:r>
          </w:p>
        </w:tc>
        <w:tc>
          <w:tcPr>
            <w:tcW w:w="214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C426E48"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B8DA78E"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461E5E8"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ABD9760"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5644FF21" w14:textId="77777777" w:rsidTr="003B7872">
        <w:trPr>
          <w:cantSplit/>
          <w:trHeight w:val="243"/>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D435090" w14:textId="77777777" w:rsidR="00282991" w:rsidRPr="003B7872" w:rsidRDefault="00FE4586">
            <w:pPr>
              <w:spacing w:after="0"/>
              <w:rPr>
                <w:sz w:val="18"/>
                <w:szCs w:val="18"/>
              </w:rPr>
            </w:pPr>
            <w:r w:rsidRPr="003B7872">
              <w:rPr>
                <w:rFonts w:eastAsia="Arial" w:cs="Arial"/>
                <w:sz w:val="18"/>
                <w:szCs w:val="18"/>
              </w:rPr>
              <w:t>Emergency communications / contact directory</w:t>
            </w:r>
          </w:p>
        </w:tc>
        <w:tc>
          <w:tcPr>
            <w:tcW w:w="185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A766859" w14:textId="77777777" w:rsidR="00282991" w:rsidRPr="003B7872" w:rsidRDefault="00FE4586">
            <w:pPr>
              <w:spacing w:after="0"/>
              <w:rPr>
                <w:sz w:val="18"/>
                <w:szCs w:val="18"/>
              </w:rPr>
            </w:pPr>
            <w:r w:rsidRPr="003B7872">
              <w:rPr>
                <w:rFonts w:eastAsia="Arial" w:cs="Arial"/>
                <w:sz w:val="18"/>
                <w:szCs w:val="18"/>
              </w:rPr>
              <w:t>§494.62(c)(1)-(3)</w:t>
            </w:r>
          </w:p>
        </w:tc>
        <w:tc>
          <w:tcPr>
            <w:tcW w:w="156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B8DF57A" w14:textId="77777777" w:rsidR="00282991" w:rsidRPr="003B7872" w:rsidRDefault="00FE4586">
            <w:pPr>
              <w:spacing w:after="0"/>
              <w:rPr>
                <w:sz w:val="18"/>
                <w:szCs w:val="18"/>
              </w:rPr>
            </w:pPr>
            <w:r w:rsidRPr="003B7872">
              <w:rPr>
                <w:rFonts w:eastAsia="Arial" w:cs="Arial"/>
                <w:sz w:val="18"/>
                <w:szCs w:val="18"/>
              </w:rPr>
              <w:t>CMS-EP</w:t>
            </w:r>
          </w:p>
        </w:tc>
        <w:tc>
          <w:tcPr>
            <w:tcW w:w="167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00F064F" w14:textId="77777777" w:rsidR="00282991" w:rsidRPr="003B7872" w:rsidRDefault="00FE4586">
            <w:pPr>
              <w:spacing w:after="0"/>
              <w:rPr>
                <w:sz w:val="18"/>
                <w:szCs w:val="18"/>
              </w:rPr>
            </w:pPr>
            <w:r w:rsidRPr="003B7872">
              <w:rPr>
                <w:rFonts w:eastAsia="Arial" w:cs="Arial"/>
                <w:sz w:val="18"/>
                <w:szCs w:val="18"/>
              </w:rPr>
              <w:t>Communication plan</w:t>
            </w:r>
          </w:p>
        </w:tc>
        <w:tc>
          <w:tcPr>
            <w:tcW w:w="214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B71FF5C"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F5E2D2A"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AF75555"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D919D1B"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34EBBDC6" w14:textId="77777777" w:rsidTr="003B7872">
        <w:trPr>
          <w:cantSplit/>
          <w:trHeight w:val="255"/>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FFC8B9A" w14:textId="77777777" w:rsidR="00282991" w:rsidRPr="003B7872" w:rsidRDefault="00FE4586">
            <w:pPr>
              <w:spacing w:after="0"/>
              <w:rPr>
                <w:sz w:val="18"/>
                <w:szCs w:val="18"/>
              </w:rPr>
            </w:pPr>
            <w:r w:rsidRPr="003B7872">
              <w:rPr>
                <w:rFonts w:eastAsia="Arial" w:cs="Arial"/>
                <w:sz w:val="18"/>
                <w:szCs w:val="18"/>
              </w:rPr>
              <w:t>Patient information sharing / transfer</w:t>
            </w:r>
          </w:p>
        </w:tc>
        <w:tc>
          <w:tcPr>
            <w:tcW w:w="185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6845B08" w14:textId="77777777" w:rsidR="00282991" w:rsidRPr="003B7872" w:rsidRDefault="00FE4586">
            <w:pPr>
              <w:spacing w:after="0"/>
              <w:rPr>
                <w:sz w:val="18"/>
                <w:szCs w:val="18"/>
              </w:rPr>
            </w:pPr>
            <w:r w:rsidRPr="003B7872">
              <w:rPr>
                <w:rFonts w:eastAsia="Arial" w:cs="Arial"/>
                <w:sz w:val="18"/>
                <w:szCs w:val="18"/>
              </w:rPr>
              <w:t>§494.62(c)(4)-(6)</w:t>
            </w:r>
          </w:p>
        </w:tc>
        <w:tc>
          <w:tcPr>
            <w:tcW w:w="156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EA4EB58" w14:textId="77777777" w:rsidR="00282991" w:rsidRPr="003B7872" w:rsidRDefault="00FE4586">
            <w:pPr>
              <w:spacing w:after="0"/>
              <w:rPr>
                <w:sz w:val="18"/>
                <w:szCs w:val="18"/>
              </w:rPr>
            </w:pPr>
            <w:r w:rsidRPr="003B7872">
              <w:rPr>
                <w:rFonts w:eastAsia="Arial" w:cs="Arial"/>
                <w:sz w:val="18"/>
                <w:szCs w:val="18"/>
              </w:rPr>
              <w:t>CMS-EP + HIPAA</w:t>
            </w:r>
          </w:p>
        </w:tc>
        <w:tc>
          <w:tcPr>
            <w:tcW w:w="167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7E5539B" w14:textId="77777777" w:rsidR="00282991" w:rsidRPr="003B7872" w:rsidRDefault="00FE4586">
            <w:pPr>
              <w:spacing w:after="0"/>
              <w:rPr>
                <w:sz w:val="18"/>
                <w:szCs w:val="18"/>
              </w:rPr>
            </w:pPr>
            <w:r w:rsidRPr="003B7872">
              <w:rPr>
                <w:rFonts w:eastAsia="Arial" w:cs="Arial"/>
                <w:sz w:val="18"/>
                <w:szCs w:val="18"/>
              </w:rPr>
              <w:t>Communication / records</w:t>
            </w:r>
          </w:p>
        </w:tc>
        <w:tc>
          <w:tcPr>
            <w:tcW w:w="214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3C52378"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CEE9B57"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8CA566A"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61D316"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2AC8DF17" w14:textId="77777777" w:rsidTr="003B7872">
        <w:trPr>
          <w:cantSplit/>
          <w:trHeight w:val="243"/>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2DC130B" w14:textId="77777777" w:rsidR="00282991" w:rsidRPr="003B7872" w:rsidRDefault="00FE4586">
            <w:pPr>
              <w:spacing w:after="0"/>
              <w:rPr>
                <w:sz w:val="18"/>
                <w:szCs w:val="18"/>
              </w:rPr>
            </w:pPr>
            <w:r w:rsidRPr="003B7872">
              <w:rPr>
                <w:rFonts w:eastAsia="Arial" w:cs="Arial"/>
                <w:sz w:val="18"/>
                <w:szCs w:val="18"/>
              </w:rPr>
              <w:lastRenderedPageBreak/>
              <w:t>Occupancy / needs / ability-to-assist reporting</w:t>
            </w:r>
          </w:p>
        </w:tc>
        <w:tc>
          <w:tcPr>
            <w:tcW w:w="185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FD37D16" w14:textId="77777777" w:rsidR="00282991" w:rsidRPr="003B7872" w:rsidRDefault="00FE4586">
            <w:pPr>
              <w:spacing w:after="0"/>
              <w:rPr>
                <w:sz w:val="18"/>
                <w:szCs w:val="18"/>
              </w:rPr>
            </w:pPr>
            <w:r w:rsidRPr="003B7872">
              <w:rPr>
                <w:rFonts w:eastAsia="Arial" w:cs="Arial"/>
                <w:sz w:val="18"/>
                <w:szCs w:val="18"/>
              </w:rPr>
              <w:t>§494.62(c)(7)</w:t>
            </w:r>
          </w:p>
        </w:tc>
        <w:tc>
          <w:tcPr>
            <w:tcW w:w="156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F72AB01" w14:textId="77777777" w:rsidR="00282991" w:rsidRPr="003B7872" w:rsidRDefault="00FE4586">
            <w:pPr>
              <w:spacing w:after="0"/>
              <w:rPr>
                <w:sz w:val="18"/>
                <w:szCs w:val="18"/>
              </w:rPr>
            </w:pPr>
            <w:r w:rsidRPr="003B7872">
              <w:rPr>
                <w:rFonts w:eastAsia="Arial" w:cs="Arial"/>
                <w:sz w:val="18"/>
                <w:szCs w:val="18"/>
              </w:rPr>
              <w:t>CMS-EP</w:t>
            </w:r>
          </w:p>
        </w:tc>
        <w:tc>
          <w:tcPr>
            <w:tcW w:w="167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D17226C" w14:textId="77777777" w:rsidR="00282991" w:rsidRPr="003B7872" w:rsidRDefault="00FE4586">
            <w:pPr>
              <w:spacing w:after="0"/>
              <w:rPr>
                <w:sz w:val="18"/>
                <w:szCs w:val="18"/>
              </w:rPr>
            </w:pPr>
            <w:r w:rsidRPr="003B7872">
              <w:rPr>
                <w:rFonts w:eastAsia="Arial" w:cs="Arial"/>
                <w:sz w:val="18"/>
                <w:szCs w:val="18"/>
              </w:rPr>
              <w:t>Communication plan</w:t>
            </w:r>
          </w:p>
        </w:tc>
        <w:tc>
          <w:tcPr>
            <w:tcW w:w="214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B907A00"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0A53A13"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DB1D049"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9902ADA"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0A3CC124" w14:textId="77777777" w:rsidTr="003B7872">
        <w:trPr>
          <w:cantSplit/>
          <w:trHeight w:val="255"/>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7232C6D" w14:textId="77777777" w:rsidR="00282991" w:rsidRPr="003B7872" w:rsidRDefault="00FE4586">
            <w:pPr>
              <w:spacing w:after="0"/>
              <w:rPr>
                <w:sz w:val="18"/>
                <w:szCs w:val="18"/>
              </w:rPr>
            </w:pPr>
            <w:r w:rsidRPr="003B7872">
              <w:rPr>
                <w:rFonts w:eastAsia="Arial" w:cs="Arial"/>
                <w:sz w:val="18"/>
                <w:szCs w:val="18"/>
              </w:rPr>
              <w:t>Emergency staff training</w:t>
            </w:r>
          </w:p>
        </w:tc>
        <w:tc>
          <w:tcPr>
            <w:tcW w:w="185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B6C3ED8" w14:textId="77777777" w:rsidR="00282991" w:rsidRPr="003B7872" w:rsidRDefault="00FE4586">
            <w:pPr>
              <w:spacing w:after="0"/>
              <w:rPr>
                <w:sz w:val="18"/>
                <w:szCs w:val="18"/>
              </w:rPr>
            </w:pPr>
            <w:r w:rsidRPr="003B7872">
              <w:rPr>
                <w:rFonts w:eastAsia="Arial" w:cs="Arial"/>
                <w:sz w:val="18"/>
                <w:szCs w:val="18"/>
              </w:rPr>
              <w:t>§494.62(d)(1)</w:t>
            </w:r>
          </w:p>
        </w:tc>
        <w:tc>
          <w:tcPr>
            <w:tcW w:w="156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2B3B804" w14:textId="77777777" w:rsidR="00282991" w:rsidRPr="003B7872" w:rsidRDefault="00FE4586">
            <w:pPr>
              <w:spacing w:after="0"/>
              <w:rPr>
                <w:sz w:val="18"/>
                <w:szCs w:val="18"/>
              </w:rPr>
            </w:pPr>
            <w:r w:rsidRPr="003B7872">
              <w:rPr>
                <w:rFonts w:eastAsia="Arial" w:cs="Arial"/>
                <w:sz w:val="18"/>
                <w:szCs w:val="18"/>
              </w:rPr>
              <w:t>CMS-EP</w:t>
            </w:r>
          </w:p>
        </w:tc>
        <w:tc>
          <w:tcPr>
            <w:tcW w:w="167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3A7393C" w14:textId="77777777" w:rsidR="00282991" w:rsidRPr="003B7872" w:rsidRDefault="00FE4586">
            <w:pPr>
              <w:spacing w:after="0"/>
              <w:rPr>
                <w:sz w:val="18"/>
                <w:szCs w:val="18"/>
              </w:rPr>
            </w:pPr>
            <w:r w:rsidRPr="003B7872">
              <w:rPr>
                <w:rFonts w:eastAsia="Arial" w:cs="Arial"/>
                <w:sz w:val="18"/>
                <w:szCs w:val="18"/>
              </w:rPr>
              <w:t>Training program</w:t>
            </w:r>
          </w:p>
        </w:tc>
        <w:tc>
          <w:tcPr>
            <w:tcW w:w="214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14B8D16"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A705A1C"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33DCB32"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4A93401"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43A51A02" w14:textId="77777777" w:rsidTr="003B7872">
        <w:trPr>
          <w:cantSplit/>
          <w:trHeight w:val="243"/>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7CA2D16" w14:textId="77777777" w:rsidR="00282991" w:rsidRPr="003B7872" w:rsidRDefault="00FE4586">
            <w:pPr>
              <w:spacing w:after="0"/>
              <w:rPr>
                <w:sz w:val="18"/>
                <w:szCs w:val="18"/>
              </w:rPr>
            </w:pPr>
            <w:r w:rsidRPr="003B7872">
              <w:rPr>
                <w:rFonts w:eastAsia="Arial" w:cs="Arial"/>
                <w:sz w:val="18"/>
                <w:szCs w:val="18"/>
              </w:rPr>
              <w:t>CPR certification / clinical emergency competency</w:t>
            </w:r>
          </w:p>
        </w:tc>
        <w:tc>
          <w:tcPr>
            <w:tcW w:w="185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23088E0" w14:textId="77777777" w:rsidR="00282991" w:rsidRPr="003B7872" w:rsidRDefault="00FE4586">
            <w:pPr>
              <w:spacing w:after="0"/>
              <w:rPr>
                <w:sz w:val="18"/>
                <w:szCs w:val="18"/>
              </w:rPr>
            </w:pPr>
            <w:r w:rsidRPr="003B7872">
              <w:rPr>
                <w:rFonts w:eastAsia="Arial" w:cs="Arial"/>
                <w:sz w:val="18"/>
                <w:szCs w:val="18"/>
              </w:rPr>
              <w:t>§494.62(d)(1); §494.140</w:t>
            </w:r>
          </w:p>
        </w:tc>
        <w:tc>
          <w:tcPr>
            <w:tcW w:w="156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AFFB1B9" w14:textId="77777777" w:rsidR="00282991" w:rsidRPr="003B7872" w:rsidRDefault="00FE4586">
            <w:pPr>
              <w:spacing w:after="0"/>
              <w:rPr>
                <w:sz w:val="18"/>
                <w:szCs w:val="18"/>
              </w:rPr>
            </w:pPr>
            <w:r w:rsidRPr="003B7872">
              <w:rPr>
                <w:rFonts w:eastAsia="Arial" w:cs="Arial"/>
                <w:sz w:val="18"/>
                <w:szCs w:val="18"/>
              </w:rPr>
              <w:t>CMS-EP + Part 494</w:t>
            </w:r>
          </w:p>
        </w:tc>
        <w:tc>
          <w:tcPr>
            <w:tcW w:w="167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E51D076" w14:textId="77777777" w:rsidR="00282991" w:rsidRPr="003B7872" w:rsidRDefault="00FE4586">
            <w:pPr>
              <w:spacing w:after="0"/>
              <w:rPr>
                <w:sz w:val="18"/>
                <w:szCs w:val="18"/>
              </w:rPr>
            </w:pPr>
            <w:r w:rsidRPr="003B7872">
              <w:rPr>
                <w:rFonts w:eastAsia="Arial" w:cs="Arial"/>
                <w:sz w:val="18"/>
                <w:szCs w:val="18"/>
              </w:rPr>
              <w:t>Training / personnel files</w:t>
            </w:r>
          </w:p>
        </w:tc>
        <w:tc>
          <w:tcPr>
            <w:tcW w:w="214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3B72FF0"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5B6C156"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F23CE17"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BA63DFE"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3FAF34F1" w14:textId="77777777" w:rsidTr="003B7872">
        <w:trPr>
          <w:cantSplit/>
          <w:trHeight w:val="243"/>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FE3854F" w14:textId="77777777" w:rsidR="00282991" w:rsidRPr="003B7872" w:rsidRDefault="00FE4586">
            <w:pPr>
              <w:spacing w:after="0"/>
              <w:rPr>
                <w:sz w:val="18"/>
                <w:szCs w:val="18"/>
              </w:rPr>
            </w:pPr>
            <w:r w:rsidRPr="003B7872">
              <w:rPr>
                <w:rFonts w:eastAsia="Arial" w:cs="Arial"/>
                <w:sz w:val="18"/>
                <w:szCs w:val="18"/>
              </w:rPr>
              <w:t>Patient emergency orientation / training</w:t>
            </w:r>
          </w:p>
        </w:tc>
        <w:tc>
          <w:tcPr>
            <w:tcW w:w="185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67E0596" w14:textId="77777777" w:rsidR="00282991" w:rsidRPr="003B7872" w:rsidRDefault="00FE4586">
            <w:pPr>
              <w:spacing w:after="0"/>
              <w:rPr>
                <w:sz w:val="18"/>
                <w:szCs w:val="18"/>
              </w:rPr>
            </w:pPr>
            <w:r w:rsidRPr="003B7872">
              <w:rPr>
                <w:rFonts w:eastAsia="Arial" w:cs="Arial"/>
                <w:sz w:val="18"/>
                <w:szCs w:val="18"/>
              </w:rPr>
              <w:t>§494.62(d)(3)</w:t>
            </w:r>
          </w:p>
        </w:tc>
        <w:tc>
          <w:tcPr>
            <w:tcW w:w="156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BA915D2" w14:textId="77777777" w:rsidR="00282991" w:rsidRPr="003B7872" w:rsidRDefault="00FE4586">
            <w:pPr>
              <w:spacing w:after="0"/>
              <w:rPr>
                <w:sz w:val="18"/>
                <w:szCs w:val="18"/>
              </w:rPr>
            </w:pPr>
            <w:r w:rsidRPr="003B7872">
              <w:rPr>
                <w:rFonts w:eastAsia="Arial" w:cs="Arial"/>
                <w:sz w:val="18"/>
                <w:szCs w:val="18"/>
              </w:rPr>
              <w:t>CMS-EP</w:t>
            </w:r>
          </w:p>
        </w:tc>
        <w:tc>
          <w:tcPr>
            <w:tcW w:w="167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0B6FA52" w14:textId="77777777" w:rsidR="00282991" w:rsidRPr="003B7872" w:rsidRDefault="00FE4586">
            <w:pPr>
              <w:spacing w:after="0"/>
              <w:rPr>
                <w:sz w:val="18"/>
                <w:szCs w:val="18"/>
              </w:rPr>
            </w:pPr>
            <w:r w:rsidRPr="003B7872">
              <w:rPr>
                <w:rFonts w:eastAsia="Arial" w:cs="Arial"/>
                <w:sz w:val="18"/>
                <w:szCs w:val="18"/>
              </w:rPr>
              <w:t>Patient education policy</w:t>
            </w:r>
          </w:p>
        </w:tc>
        <w:tc>
          <w:tcPr>
            <w:tcW w:w="214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6ADFE53"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C026429"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2C94099"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DC02744"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106F6CA4" w14:textId="77777777" w:rsidTr="003B7872">
        <w:trPr>
          <w:cantSplit/>
          <w:trHeight w:val="255"/>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F8EE834" w14:textId="77777777" w:rsidR="00282991" w:rsidRPr="003B7872" w:rsidRDefault="00FE4586">
            <w:pPr>
              <w:spacing w:after="0"/>
              <w:rPr>
                <w:sz w:val="18"/>
                <w:szCs w:val="18"/>
              </w:rPr>
            </w:pPr>
            <w:r w:rsidRPr="003B7872">
              <w:rPr>
                <w:rFonts w:eastAsia="Arial" w:cs="Arial"/>
                <w:sz w:val="18"/>
                <w:szCs w:val="18"/>
              </w:rPr>
              <w:t>Exercise/testing cycle</w:t>
            </w:r>
          </w:p>
        </w:tc>
        <w:tc>
          <w:tcPr>
            <w:tcW w:w="185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86EE6E2" w14:textId="77777777" w:rsidR="00282991" w:rsidRPr="003B7872" w:rsidRDefault="00FE4586">
            <w:pPr>
              <w:spacing w:after="0"/>
              <w:rPr>
                <w:sz w:val="18"/>
                <w:szCs w:val="18"/>
              </w:rPr>
            </w:pPr>
            <w:r w:rsidRPr="003B7872">
              <w:rPr>
                <w:rFonts w:eastAsia="Arial" w:cs="Arial"/>
                <w:sz w:val="18"/>
                <w:szCs w:val="18"/>
              </w:rPr>
              <w:t>§494.62(d)(2)</w:t>
            </w:r>
          </w:p>
        </w:tc>
        <w:tc>
          <w:tcPr>
            <w:tcW w:w="156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19C5DB2" w14:textId="77777777" w:rsidR="00282991" w:rsidRPr="003B7872" w:rsidRDefault="00FE4586">
            <w:pPr>
              <w:spacing w:after="0"/>
              <w:rPr>
                <w:sz w:val="18"/>
                <w:szCs w:val="18"/>
              </w:rPr>
            </w:pPr>
            <w:r w:rsidRPr="003B7872">
              <w:rPr>
                <w:rFonts w:eastAsia="Arial" w:cs="Arial"/>
                <w:sz w:val="18"/>
                <w:szCs w:val="18"/>
              </w:rPr>
              <w:t>CMS-EP</w:t>
            </w:r>
          </w:p>
        </w:tc>
        <w:tc>
          <w:tcPr>
            <w:tcW w:w="167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6C33739" w14:textId="77777777" w:rsidR="00282991" w:rsidRPr="003B7872" w:rsidRDefault="00FE4586">
            <w:pPr>
              <w:spacing w:after="0"/>
              <w:rPr>
                <w:sz w:val="18"/>
                <w:szCs w:val="18"/>
              </w:rPr>
            </w:pPr>
            <w:r w:rsidRPr="003B7872">
              <w:rPr>
                <w:rFonts w:eastAsia="Arial" w:cs="Arial"/>
                <w:sz w:val="18"/>
                <w:szCs w:val="18"/>
              </w:rPr>
              <w:t>Exercise program</w:t>
            </w:r>
          </w:p>
        </w:tc>
        <w:tc>
          <w:tcPr>
            <w:tcW w:w="214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A2A8370"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C013D0B"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68FDBA3"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7E9D3CE"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74070965" w14:textId="77777777" w:rsidTr="003B7872">
        <w:trPr>
          <w:cantSplit/>
          <w:trHeight w:val="243"/>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DA78B26" w14:textId="77777777" w:rsidR="00282991" w:rsidRPr="003B7872" w:rsidRDefault="00FE4586">
            <w:pPr>
              <w:spacing w:after="0"/>
              <w:rPr>
                <w:sz w:val="18"/>
                <w:szCs w:val="18"/>
              </w:rPr>
            </w:pPr>
            <w:r w:rsidRPr="003B7872">
              <w:rPr>
                <w:rFonts w:eastAsia="Arial" w:cs="Arial"/>
                <w:sz w:val="18"/>
                <w:szCs w:val="18"/>
              </w:rPr>
              <w:t>AAR / corrective action / plan revision</w:t>
            </w:r>
          </w:p>
        </w:tc>
        <w:tc>
          <w:tcPr>
            <w:tcW w:w="185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F91F3CA" w14:textId="77777777" w:rsidR="00282991" w:rsidRPr="003B7872" w:rsidRDefault="00FE4586">
            <w:pPr>
              <w:spacing w:after="0"/>
              <w:rPr>
                <w:sz w:val="18"/>
                <w:szCs w:val="18"/>
              </w:rPr>
            </w:pPr>
            <w:r w:rsidRPr="003B7872">
              <w:rPr>
                <w:rFonts w:eastAsia="Arial" w:cs="Arial"/>
                <w:sz w:val="18"/>
                <w:szCs w:val="18"/>
              </w:rPr>
              <w:t>§494.62(d)(2); §494.110</w:t>
            </w:r>
          </w:p>
        </w:tc>
        <w:tc>
          <w:tcPr>
            <w:tcW w:w="156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D42750E" w14:textId="77777777" w:rsidR="00282991" w:rsidRPr="003B7872" w:rsidRDefault="00FE4586">
            <w:pPr>
              <w:spacing w:after="0"/>
              <w:rPr>
                <w:sz w:val="18"/>
                <w:szCs w:val="18"/>
              </w:rPr>
            </w:pPr>
            <w:r w:rsidRPr="003B7872">
              <w:rPr>
                <w:rFonts w:eastAsia="Arial" w:cs="Arial"/>
                <w:sz w:val="18"/>
                <w:szCs w:val="18"/>
              </w:rPr>
              <w:t>CMS-EP + QAPI</w:t>
            </w:r>
          </w:p>
        </w:tc>
        <w:tc>
          <w:tcPr>
            <w:tcW w:w="167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99190C5" w14:textId="77777777" w:rsidR="00282991" w:rsidRPr="003B7872" w:rsidRDefault="00FE4586">
            <w:pPr>
              <w:spacing w:after="0"/>
              <w:rPr>
                <w:sz w:val="18"/>
                <w:szCs w:val="18"/>
              </w:rPr>
            </w:pPr>
            <w:r w:rsidRPr="003B7872">
              <w:rPr>
                <w:rFonts w:eastAsia="Arial" w:cs="Arial"/>
                <w:sz w:val="18"/>
                <w:szCs w:val="18"/>
              </w:rPr>
              <w:t>AAR/IP / QAPI</w:t>
            </w:r>
          </w:p>
        </w:tc>
        <w:tc>
          <w:tcPr>
            <w:tcW w:w="214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06BCAFB"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256CADE"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6B1454B"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9BC3340"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78754EA5" w14:textId="77777777" w:rsidTr="003B7872">
        <w:trPr>
          <w:cantSplit/>
          <w:trHeight w:val="255"/>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D005E27" w14:textId="77777777" w:rsidR="00282991" w:rsidRPr="003B7872" w:rsidRDefault="00FE4586">
            <w:pPr>
              <w:spacing w:after="0"/>
              <w:rPr>
                <w:sz w:val="18"/>
                <w:szCs w:val="18"/>
              </w:rPr>
            </w:pPr>
            <w:r w:rsidRPr="003B7872">
              <w:rPr>
                <w:rFonts w:eastAsia="Arial" w:cs="Arial"/>
                <w:sz w:val="18"/>
                <w:szCs w:val="18"/>
              </w:rPr>
              <w:t>Infection control / outbreak response</w:t>
            </w:r>
          </w:p>
        </w:tc>
        <w:tc>
          <w:tcPr>
            <w:tcW w:w="185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228DEC1" w14:textId="77777777" w:rsidR="00282991" w:rsidRPr="003B7872" w:rsidRDefault="00FE4586">
            <w:pPr>
              <w:spacing w:after="0"/>
              <w:rPr>
                <w:sz w:val="18"/>
                <w:szCs w:val="18"/>
              </w:rPr>
            </w:pPr>
            <w:r w:rsidRPr="003B7872">
              <w:rPr>
                <w:rFonts w:eastAsia="Arial" w:cs="Arial"/>
                <w:sz w:val="18"/>
                <w:szCs w:val="18"/>
              </w:rPr>
              <w:t>§494.30; Maine Ch. 258</w:t>
            </w:r>
          </w:p>
        </w:tc>
        <w:tc>
          <w:tcPr>
            <w:tcW w:w="156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4F64AC3" w14:textId="77777777" w:rsidR="00282991" w:rsidRPr="003B7872" w:rsidRDefault="00FE4586">
            <w:pPr>
              <w:spacing w:after="0"/>
              <w:rPr>
                <w:sz w:val="18"/>
                <w:szCs w:val="18"/>
              </w:rPr>
            </w:pPr>
            <w:r w:rsidRPr="003B7872">
              <w:rPr>
                <w:rFonts w:eastAsia="Arial" w:cs="Arial"/>
                <w:sz w:val="18"/>
                <w:szCs w:val="18"/>
              </w:rPr>
              <w:t>Federal + Maine</w:t>
            </w:r>
          </w:p>
        </w:tc>
        <w:tc>
          <w:tcPr>
            <w:tcW w:w="167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79EDA9B" w14:textId="77777777" w:rsidR="00282991" w:rsidRPr="003B7872" w:rsidRDefault="00FE4586">
            <w:pPr>
              <w:spacing w:after="0"/>
              <w:rPr>
                <w:sz w:val="18"/>
                <w:szCs w:val="18"/>
              </w:rPr>
            </w:pPr>
            <w:r w:rsidRPr="003B7872">
              <w:rPr>
                <w:rFonts w:eastAsia="Arial" w:cs="Arial"/>
                <w:sz w:val="18"/>
                <w:szCs w:val="18"/>
              </w:rPr>
              <w:t>Separate policy + EOP annex</w:t>
            </w:r>
          </w:p>
        </w:tc>
        <w:tc>
          <w:tcPr>
            <w:tcW w:w="214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43535E4"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8612D8A"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31CEC70"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7A74E58"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01F5C162" w14:textId="77777777" w:rsidTr="003B7872">
        <w:trPr>
          <w:cantSplit/>
          <w:trHeight w:val="243"/>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757177D" w14:textId="77777777" w:rsidR="00282991" w:rsidRPr="003B7872" w:rsidRDefault="00FE4586">
            <w:pPr>
              <w:spacing w:after="0"/>
              <w:rPr>
                <w:sz w:val="18"/>
                <w:szCs w:val="18"/>
              </w:rPr>
            </w:pPr>
            <w:r w:rsidRPr="003B7872">
              <w:rPr>
                <w:rFonts w:eastAsia="Arial" w:cs="Arial"/>
                <w:sz w:val="18"/>
                <w:szCs w:val="18"/>
              </w:rPr>
              <w:t>Water treatment / water interruption</w:t>
            </w:r>
          </w:p>
        </w:tc>
        <w:tc>
          <w:tcPr>
            <w:tcW w:w="185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32CE083" w14:textId="77777777" w:rsidR="00282991" w:rsidRPr="003B7872" w:rsidRDefault="00FE4586">
            <w:pPr>
              <w:spacing w:after="0"/>
              <w:rPr>
                <w:sz w:val="18"/>
                <w:szCs w:val="18"/>
              </w:rPr>
            </w:pPr>
            <w:r w:rsidRPr="003B7872">
              <w:rPr>
                <w:rFonts w:eastAsia="Arial" w:cs="Arial"/>
                <w:sz w:val="18"/>
                <w:szCs w:val="18"/>
              </w:rPr>
              <w:t>§494.40; §494.62</w:t>
            </w:r>
          </w:p>
        </w:tc>
        <w:tc>
          <w:tcPr>
            <w:tcW w:w="156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BADF415" w14:textId="77777777" w:rsidR="00282991" w:rsidRPr="003B7872" w:rsidRDefault="00FE4586">
            <w:pPr>
              <w:spacing w:after="0"/>
              <w:rPr>
                <w:sz w:val="18"/>
                <w:szCs w:val="18"/>
              </w:rPr>
            </w:pPr>
            <w:r w:rsidRPr="003B7872">
              <w:rPr>
                <w:rFonts w:eastAsia="Arial" w:cs="Arial"/>
                <w:sz w:val="18"/>
                <w:szCs w:val="18"/>
              </w:rPr>
              <w:t>Federal</w:t>
            </w:r>
          </w:p>
        </w:tc>
        <w:tc>
          <w:tcPr>
            <w:tcW w:w="167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B799215" w14:textId="77777777" w:rsidR="00282991" w:rsidRPr="003B7872" w:rsidRDefault="00FE4586">
            <w:pPr>
              <w:spacing w:after="0"/>
              <w:rPr>
                <w:sz w:val="18"/>
                <w:szCs w:val="18"/>
              </w:rPr>
            </w:pPr>
            <w:r w:rsidRPr="003B7872">
              <w:rPr>
                <w:rFonts w:eastAsia="Arial" w:cs="Arial"/>
                <w:sz w:val="18"/>
                <w:szCs w:val="18"/>
              </w:rPr>
              <w:t>Technical policy + EOP annex</w:t>
            </w:r>
          </w:p>
        </w:tc>
        <w:tc>
          <w:tcPr>
            <w:tcW w:w="214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1E62246"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4BD879B"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6083DA6"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31C8EC"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51FD2AA6" w14:textId="77777777" w:rsidTr="003B7872">
        <w:trPr>
          <w:cantSplit/>
          <w:trHeight w:val="255"/>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C087031" w14:textId="77777777" w:rsidR="00282991" w:rsidRPr="003B7872" w:rsidRDefault="00FE4586">
            <w:pPr>
              <w:spacing w:after="0"/>
              <w:rPr>
                <w:sz w:val="18"/>
                <w:szCs w:val="18"/>
              </w:rPr>
            </w:pPr>
            <w:r w:rsidRPr="003B7872">
              <w:rPr>
                <w:rFonts w:eastAsia="Arial" w:cs="Arial"/>
                <w:sz w:val="18"/>
                <w:szCs w:val="18"/>
              </w:rPr>
              <w:t>Dialysate / equipment failure</w:t>
            </w:r>
          </w:p>
        </w:tc>
        <w:tc>
          <w:tcPr>
            <w:tcW w:w="185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AC4EC5B" w14:textId="77777777" w:rsidR="00282991" w:rsidRPr="003B7872" w:rsidRDefault="00FE4586">
            <w:pPr>
              <w:spacing w:after="0"/>
              <w:rPr>
                <w:sz w:val="18"/>
                <w:szCs w:val="18"/>
              </w:rPr>
            </w:pPr>
            <w:r w:rsidRPr="003B7872">
              <w:rPr>
                <w:rFonts w:eastAsia="Arial" w:cs="Arial"/>
                <w:sz w:val="18"/>
                <w:szCs w:val="18"/>
              </w:rPr>
              <w:t>§494.40; §494.60</w:t>
            </w:r>
          </w:p>
        </w:tc>
        <w:tc>
          <w:tcPr>
            <w:tcW w:w="156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FAC46C2" w14:textId="77777777" w:rsidR="00282991" w:rsidRPr="003B7872" w:rsidRDefault="00FE4586">
            <w:pPr>
              <w:spacing w:after="0"/>
              <w:rPr>
                <w:sz w:val="18"/>
                <w:szCs w:val="18"/>
              </w:rPr>
            </w:pPr>
            <w:r w:rsidRPr="003B7872">
              <w:rPr>
                <w:rFonts w:eastAsia="Arial" w:cs="Arial"/>
                <w:sz w:val="18"/>
                <w:szCs w:val="18"/>
              </w:rPr>
              <w:t>Federal</w:t>
            </w:r>
          </w:p>
        </w:tc>
        <w:tc>
          <w:tcPr>
            <w:tcW w:w="167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F23694D" w14:textId="77777777" w:rsidR="00282991" w:rsidRPr="003B7872" w:rsidRDefault="00FE4586">
            <w:pPr>
              <w:spacing w:after="0"/>
              <w:rPr>
                <w:sz w:val="18"/>
                <w:szCs w:val="18"/>
              </w:rPr>
            </w:pPr>
            <w:r w:rsidRPr="003B7872">
              <w:rPr>
                <w:rFonts w:eastAsia="Arial" w:cs="Arial"/>
                <w:sz w:val="18"/>
                <w:szCs w:val="18"/>
              </w:rPr>
              <w:t>Technical policy + EOP annex</w:t>
            </w:r>
          </w:p>
        </w:tc>
        <w:tc>
          <w:tcPr>
            <w:tcW w:w="214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C8B8D4F"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0B8DD7A"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F1559A0"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11C33D5"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3820DE1F" w14:textId="77777777" w:rsidTr="003B7872">
        <w:trPr>
          <w:cantSplit/>
          <w:trHeight w:val="243"/>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85A0BF3" w14:textId="77777777" w:rsidR="00282991" w:rsidRPr="003B7872" w:rsidRDefault="00FE4586">
            <w:pPr>
              <w:spacing w:after="0"/>
              <w:rPr>
                <w:sz w:val="18"/>
                <w:szCs w:val="18"/>
              </w:rPr>
            </w:pPr>
            <w:r w:rsidRPr="003B7872">
              <w:rPr>
                <w:rFonts w:eastAsia="Arial" w:cs="Arial"/>
                <w:sz w:val="18"/>
                <w:szCs w:val="18"/>
              </w:rPr>
              <w:t>Backup emergency generator / power failure</w:t>
            </w:r>
          </w:p>
        </w:tc>
        <w:tc>
          <w:tcPr>
            <w:tcW w:w="185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1896DD4" w14:textId="77777777" w:rsidR="00282991" w:rsidRPr="003B7872" w:rsidRDefault="00FE4586">
            <w:pPr>
              <w:spacing w:after="0"/>
              <w:rPr>
                <w:sz w:val="18"/>
                <w:szCs w:val="18"/>
              </w:rPr>
            </w:pPr>
            <w:r w:rsidRPr="003B7872">
              <w:rPr>
                <w:rFonts w:eastAsia="Arial" w:cs="Arial"/>
                <w:sz w:val="18"/>
                <w:szCs w:val="18"/>
              </w:rPr>
              <w:t>22 MRS §2042; §494.62</w:t>
            </w:r>
          </w:p>
        </w:tc>
        <w:tc>
          <w:tcPr>
            <w:tcW w:w="156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0471DEF" w14:textId="77777777" w:rsidR="00282991" w:rsidRPr="003B7872" w:rsidRDefault="00FE4586">
            <w:pPr>
              <w:spacing w:after="0"/>
              <w:rPr>
                <w:sz w:val="18"/>
                <w:szCs w:val="18"/>
              </w:rPr>
            </w:pPr>
            <w:r w:rsidRPr="003B7872">
              <w:rPr>
                <w:rFonts w:eastAsia="Arial" w:cs="Arial"/>
                <w:sz w:val="18"/>
                <w:szCs w:val="18"/>
              </w:rPr>
              <w:t>Maine + CMS-EP</w:t>
            </w:r>
          </w:p>
        </w:tc>
        <w:tc>
          <w:tcPr>
            <w:tcW w:w="167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3540AFA" w14:textId="77777777" w:rsidR="00282991" w:rsidRPr="003B7872" w:rsidRDefault="00FE4586">
            <w:pPr>
              <w:spacing w:after="0"/>
              <w:rPr>
                <w:sz w:val="18"/>
                <w:szCs w:val="18"/>
              </w:rPr>
            </w:pPr>
            <w:r w:rsidRPr="003B7872">
              <w:rPr>
                <w:rFonts w:eastAsia="Arial" w:cs="Arial"/>
                <w:sz w:val="18"/>
                <w:szCs w:val="18"/>
              </w:rPr>
              <w:t>Utilities / emergency power</w:t>
            </w:r>
          </w:p>
        </w:tc>
        <w:tc>
          <w:tcPr>
            <w:tcW w:w="214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A35F8A9"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391131B"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F96D6FC"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8C27C21"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776FB3D2" w14:textId="77777777" w:rsidTr="003B7872">
        <w:trPr>
          <w:cantSplit/>
          <w:trHeight w:val="255"/>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FF626D3" w14:textId="77777777" w:rsidR="00282991" w:rsidRPr="003B7872" w:rsidRDefault="00FE4586">
            <w:pPr>
              <w:spacing w:after="0"/>
              <w:rPr>
                <w:sz w:val="18"/>
                <w:szCs w:val="18"/>
              </w:rPr>
            </w:pPr>
            <w:r w:rsidRPr="003B7872">
              <w:rPr>
                <w:rFonts w:eastAsia="Arial" w:cs="Arial"/>
                <w:sz w:val="18"/>
                <w:szCs w:val="18"/>
              </w:rPr>
              <w:t>Generator monthly operation/testing documentation</w:t>
            </w:r>
          </w:p>
        </w:tc>
        <w:tc>
          <w:tcPr>
            <w:tcW w:w="185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13C4526" w14:textId="77777777" w:rsidR="00282991" w:rsidRPr="003B7872" w:rsidRDefault="00FE4586">
            <w:pPr>
              <w:spacing w:after="0"/>
              <w:rPr>
                <w:sz w:val="18"/>
                <w:szCs w:val="18"/>
              </w:rPr>
            </w:pPr>
            <w:r w:rsidRPr="003B7872">
              <w:rPr>
                <w:rFonts w:eastAsia="Arial" w:cs="Arial"/>
                <w:sz w:val="18"/>
                <w:szCs w:val="18"/>
              </w:rPr>
              <w:t>22 MRS §2042</w:t>
            </w:r>
          </w:p>
        </w:tc>
        <w:tc>
          <w:tcPr>
            <w:tcW w:w="156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03563C7" w14:textId="77777777" w:rsidR="00282991" w:rsidRPr="003B7872" w:rsidRDefault="00FE4586">
            <w:pPr>
              <w:spacing w:after="0"/>
              <w:rPr>
                <w:sz w:val="18"/>
                <w:szCs w:val="18"/>
              </w:rPr>
            </w:pPr>
            <w:r w:rsidRPr="003B7872">
              <w:rPr>
                <w:rFonts w:eastAsia="Arial" w:cs="Arial"/>
                <w:sz w:val="18"/>
                <w:szCs w:val="18"/>
              </w:rPr>
              <w:t>Maine</w:t>
            </w:r>
          </w:p>
        </w:tc>
        <w:tc>
          <w:tcPr>
            <w:tcW w:w="167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B4179C6" w14:textId="77777777" w:rsidR="00282991" w:rsidRPr="003B7872" w:rsidRDefault="00FE4586">
            <w:pPr>
              <w:spacing w:after="0"/>
              <w:rPr>
                <w:sz w:val="18"/>
                <w:szCs w:val="18"/>
              </w:rPr>
            </w:pPr>
            <w:r w:rsidRPr="003B7872">
              <w:rPr>
                <w:rFonts w:eastAsia="Arial" w:cs="Arial"/>
                <w:sz w:val="18"/>
                <w:szCs w:val="18"/>
              </w:rPr>
              <w:t>Maintenance/testing record</w:t>
            </w:r>
          </w:p>
        </w:tc>
        <w:tc>
          <w:tcPr>
            <w:tcW w:w="214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9E973E9"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C1090F4"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295BC47"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564CF41"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773AAF1C" w14:textId="77777777" w:rsidTr="003B7872">
        <w:trPr>
          <w:cantSplit/>
          <w:trHeight w:val="243"/>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3527CDF" w14:textId="77777777" w:rsidR="00282991" w:rsidRPr="003B7872" w:rsidRDefault="00FE4586">
            <w:pPr>
              <w:spacing w:after="0"/>
              <w:rPr>
                <w:sz w:val="18"/>
                <w:szCs w:val="18"/>
              </w:rPr>
            </w:pPr>
            <w:r w:rsidRPr="003B7872">
              <w:rPr>
                <w:rFonts w:eastAsia="Arial" w:cs="Arial"/>
                <w:sz w:val="18"/>
                <w:szCs w:val="18"/>
              </w:rPr>
              <w:t>Fire / smoke / evacuation / alarm response</w:t>
            </w:r>
          </w:p>
        </w:tc>
        <w:tc>
          <w:tcPr>
            <w:tcW w:w="185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E8D3AF8" w14:textId="77777777" w:rsidR="00282991" w:rsidRPr="003B7872" w:rsidRDefault="00FE4586">
            <w:pPr>
              <w:spacing w:after="0"/>
              <w:rPr>
                <w:sz w:val="18"/>
                <w:szCs w:val="18"/>
              </w:rPr>
            </w:pPr>
            <w:r w:rsidRPr="003B7872">
              <w:rPr>
                <w:rFonts w:eastAsia="Arial" w:cs="Arial"/>
                <w:sz w:val="18"/>
                <w:szCs w:val="18"/>
              </w:rPr>
              <w:t>§494.60; ME-FMO/AHJ</w:t>
            </w:r>
          </w:p>
        </w:tc>
        <w:tc>
          <w:tcPr>
            <w:tcW w:w="156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B1C32A1" w14:textId="77777777" w:rsidR="00282991" w:rsidRPr="003B7872" w:rsidRDefault="00FE4586">
            <w:pPr>
              <w:spacing w:after="0"/>
              <w:rPr>
                <w:sz w:val="18"/>
                <w:szCs w:val="18"/>
              </w:rPr>
            </w:pPr>
            <w:r w:rsidRPr="003B7872">
              <w:rPr>
                <w:rFonts w:eastAsia="Arial" w:cs="Arial"/>
                <w:sz w:val="18"/>
                <w:szCs w:val="18"/>
              </w:rPr>
              <w:t>Federal + Maine</w:t>
            </w:r>
          </w:p>
        </w:tc>
        <w:tc>
          <w:tcPr>
            <w:tcW w:w="167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3CF31F7" w14:textId="77777777" w:rsidR="00282991" w:rsidRPr="003B7872" w:rsidRDefault="00FE4586">
            <w:pPr>
              <w:spacing w:after="0"/>
              <w:rPr>
                <w:sz w:val="18"/>
                <w:szCs w:val="18"/>
              </w:rPr>
            </w:pPr>
            <w:r w:rsidRPr="003B7872">
              <w:rPr>
                <w:rFonts w:eastAsia="Arial" w:cs="Arial"/>
                <w:sz w:val="18"/>
                <w:szCs w:val="18"/>
              </w:rPr>
              <w:t>Fire plan + EOP annex</w:t>
            </w:r>
          </w:p>
        </w:tc>
        <w:tc>
          <w:tcPr>
            <w:tcW w:w="214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EBCA4BA"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6083ECD"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55E0009"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23430A4"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405DE202" w14:textId="77777777" w:rsidTr="003B7872">
        <w:trPr>
          <w:cantSplit/>
          <w:trHeight w:val="255"/>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15CB378" w14:textId="77777777" w:rsidR="00282991" w:rsidRPr="003B7872" w:rsidRDefault="00FE4586">
            <w:pPr>
              <w:spacing w:after="0"/>
              <w:rPr>
                <w:sz w:val="18"/>
                <w:szCs w:val="18"/>
              </w:rPr>
            </w:pPr>
            <w:r w:rsidRPr="003B7872">
              <w:rPr>
                <w:rFonts w:eastAsia="Arial" w:cs="Arial"/>
                <w:sz w:val="18"/>
                <w:szCs w:val="18"/>
              </w:rPr>
              <w:t>IT / EHR downtime / cyber response</w:t>
            </w:r>
          </w:p>
        </w:tc>
        <w:tc>
          <w:tcPr>
            <w:tcW w:w="185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C5DC474" w14:textId="77777777" w:rsidR="00282991" w:rsidRPr="003B7872" w:rsidRDefault="00FE4586">
            <w:pPr>
              <w:spacing w:after="0"/>
              <w:rPr>
                <w:sz w:val="18"/>
                <w:szCs w:val="18"/>
              </w:rPr>
            </w:pPr>
            <w:r w:rsidRPr="003B7872">
              <w:rPr>
                <w:rFonts w:eastAsia="Arial" w:cs="Arial"/>
                <w:sz w:val="18"/>
                <w:szCs w:val="18"/>
              </w:rPr>
              <w:t>HVA; §494.170</w:t>
            </w:r>
          </w:p>
        </w:tc>
        <w:tc>
          <w:tcPr>
            <w:tcW w:w="156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4468962" w14:textId="77777777" w:rsidR="00282991" w:rsidRPr="003B7872" w:rsidRDefault="00FE4586">
            <w:pPr>
              <w:spacing w:after="0"/>
              <w:rPr>
                <w:sz w:val="18"/>
                <w:szCs w:val="18"/>
              </w:rPr>
            </w:pPr>
            <w:r w:rsidRPr="003B7872">
              <w:rPr>
                <w:rFonts w:eastAsia="Arial" w:cs="Arial"/>
                <w:sz w:val="18"/>
                <w:szCs w:val="18"/>
              </w:rPr>
              <w:t>CMS guidance + Federal</w:t>
            </w:r>
          </w:p>
        </w:tc>
        <w:tc>
          <w:tcPr>
            <w:tcW w:w="167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111362B" w14:textId="77777777" w:rsidR="00282991" w:rsidRPr="003B7872" w:rsidRDefault="00FE4586">
            <w:pPr>
              <w:spacing w:after="0"/>
              <w:rPr>
                <w:sz w:val="18"/>
                <w:szCs w:val="18"/>
              </w:rPr>
            </w:pPr>
            <w:r w:rsidRPr="003B7872">
              <w:rPr>
                <w:rFonts w:eastAsia="Arial" w:cs="Arial"/>
                <w:sz w:val="18"/>
                <w:szCs w:val="18"/>
              </w:rPr>
              <w:t>Downtime/cyber policy</w:t>
            </w:r>
          </w:p>
        </w:tc>
        <w:tc>
          <w:tcPr>
            <w:tcW w:w="214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C57C09F"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D858C06"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7598A1C"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1143C66"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31D250E1" w14:textId="77777777" w:rsidTr="003B7872">
        <w:trPr>
          <w:cantSplit/>
          <w:trHeight w:val="243"/>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CB42F1B" w14:textId="77777777" w:rsidR="00282991" w:rsidRPr="003B7872" w:rsidRDefault="00FE4586">
            <w:pPr>
              <w:spacing w:after="0"/>
              <w:rPr>
                <w:sz w:val="18"/>
                <w:szCs w:val="18"/>
              </w:rPr>
            </w:pPr>
            <w:r w:rsidRPr="003B7872">
              <w:rPr>
                <w:rFonts w:eastAsia="Arial" w:cs="Arial"/>
                <w:sz w:val="18"/>
                <w:szCs w:val="18"/>
              </w:rPr>
              <w:t>Supply chain / critical dialysis supplies</w:t>
            </w:r>
          </w:p>
        </w:tc>
        <w:tc>
          <w:tcPr>
            <w:tcW w:w="185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7800A7B" w14:textId="77777777" w:rsidR="00282991" w:rsidRPr="003B7872" w:rsidRDefault="00FE4586">
            <w:pPr>
              <w:spacing w:after="0"/>
              <w:rPr>
                <w:sz w:val="18"/>
                <w:szCs w:val="18"/>
              </w:rPr>
            </w:pPr>
            <w:r w:rsidRPr="003B7872">
              <w:rPr>
                <w:rFonts w:eastAsia="Arial" w:cs="Arial"/>
                <w:sz w:val="18"/>
                <w:szCs w:val="18"/>
              </w:rPr>
              <w:t>HVA / §494.62(b)(9)</w:t>
            </w:r>
          </w:p>
        </w:tc>
        <w:tc>
          <w:tcPr>
            <w:tcW w:w="156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61EEB45" w14:textId="77777777" w:rsidR="00282991" w:rsidRPr="003B7872" w:rsidRDefault="00FE4586">
            <w:pPr>
              <w:spacing w:after="0"/>
              <w:rPr>
                <w:sz w:val="18"/>
                <w:szCs w:val="18"/>
              </w:rPr>
            </w:pPr>
            <w:r w:rsidRPr="003B7872">
              <w:rPr>
                <w:rFonts w:eastAsia="Arial" w:cs="Arial"/>
                <w:sz w:val="18"/>
                <w:szCs w:val="18"/>
              </w:rPr>
              <w:t>CMS-EP</w:t>
            </w:r>
          </w:p>
        </w:tc>
        <w:tc>
          <w:tcPr>
            <w:tcW w:w="167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B34A70F" w14:textId="77777777" w:rsidR="00282991" w:rsidRPr="003B7872" w:rsidRDefault="00FE4586">
            <w:pPr>
              <w:spacing w:after="0"/>
              <w:rPr>
                <w:sz w:val="18"/>
                <w:szCs w:val="18"/>
              </w:rPr>
            </w:pPr>
            <w:r w:rsidRPr="003B7872">
              <w:rPr>
                <w:rFonts w:eastAsia="Arial" w:cs="Arial"/>
                <w:sz w:val="18"/>
                <w:szCs w:val="18"/>
              </w:rPr>
              <w:t>EOP / supply plan</w:t>
            </w:r>
          </w:p>
        </w:tc>
        <w:tc>
          <w:tcPr>
            <w:tcW w:w="214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DF9C0FE"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16DA23F"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5F619C9"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D48181F"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40EE730C" w14:textId="77777777" w:rsidTr="003B7872">
        <w:trPr>
          <w:cantSplit/>
          <w:trHeight w:val="243"/>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C7585A0" w14:textId="77777777" w:rsidR="00282991" w:rsidRPr="003B7872" w:rsidRDefault="00FE4586">
            <w:pPr>
              <w:spacing w:after="0"/>
              <w:rPr>
                <w:sz w:val="18"/>
                <w:szCs w:val="18"/>
              </w:rPr>
            </w:pPr>
            <w:r w:rsidRPr="003B7872">
              <w:rPr>
                <w:rFonts w:eastAsia="Arial" w:cs="Arial"/>
                <w:sz w:val="18"/>
                <w:szCs w:val="18"/>
              </w:rPr>
              <w:t>Home dialysis emergency backup - if applicable</w:t>
            </w:r>
          </w:p>
        </w:tc>
        <w:tc>
          <w:tcPr>
            <w:tcW w:w="185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3944CAC" w14:textId="77777777" w:rsidR="00282991" w:rsidRPr="003B7872" w:rsidRDefault="00FE4586">
            <w:pPr>
              <w:spacing w:after="0"/>
              <w:rPr>
                <w:sz w:val="18"/>
                <w:szCs w:val="18"/>
              </w:rPr>
            </w:pPr>
            <w:r w:rsidRPr="003B7872">
              <w:rPr>
                <w:rFonts w:eastAsia="Arial" w:cs="Arial"/>
                <w:sz w:val="18"/>
                <w:szCs w:val="18"/>
              </w:rPr>
              <w:t>§494.100(c)(1)(vii)</w:t>
            </w:r>
          </w:p>
        </w:tc>
        <w:tc>
          <w:tcPr>
            <w:tcW w:w="156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B4E64F0" w14:textId="77777777" w:rsidR="00282991" w:rsidRPr="003B7872" w:rsidRDefault="00FE4586">
            <w:pPr>
              <w:spacing w:after="0"/>
              <w:rPr>
                <w:sz w:val="18"/>
                <w:szCs w:val="18"/>
              </w:rPr>
            </w:pPr>
            <w:r w:rsidRPr="003B7872">
              <w:rPr>
                <w:rFonts w:eastAsia="Arial" w:cs="Arial"/>
                <w:sz w:val="18"/>
                <w:szCs w:val="18"/>
              </w:rPr>
              <w:t>Federal</w:t>
            </w:r>
          </w:p>
        </w:tc>
        <w:tc>
          <w:tcPr>
            <w:tcW w:w="167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98307CE" w14:textId="77777777" w:rsidR="00282991" w:rsidRPr="003B7872" w:rsidRDefault="00FE4586">
            <w:pPr>
              <w:spacing w:after="0"/>
              <w:rPr>
                <w:sz w:val="18"/>
                <w:szCs w:val="18"/>
              </w:rPr>
            </w:pPr>
            <w:r w:rsidRPr="003B7872">
              <w:rPr>
                <w:rFonts w:eastAsia="Arial" w:cs="Arial"/>
                <w:sz w:val="18"/>
                <w:szCs w:val="18"/>
              </w:rPr>
              <w:t>Home dialysis policy</w:t>
            </w:r>
          </w:p>
        </w:tc>
        <w:tc>
          <w:tcPr>
            <w:tcW w:w="214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2CF41A7"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4167904"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D2D3DA8"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BA34080"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3FD728BC" w14:textId="77777777" w:rsidTr="003B7872">
        <w:trPr>
          <w:cantSplit/>
          <w:trHeight w:val="255"/>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6C079A4" w14:textId="77777777" w:rsidR="00282991" w:rsidRPr="003B7872" w:rsidRDefault="00FE4586">
            <w:pPr>
              <w:spacing w:after="0"/>
              <w:rPr>
                <w:sz w:val="18"/>
                <w:szCs w:val="18"/>
              </w:rPr>
            </w:pPr>
            <w:r w:rsidRPr="003B7872">
              <w:rPr>
                <w:rFonts w:eastAsia="Arial" w:cs="Arial"/>
                <w:sz w:val="18"/>
                <w:szCs w:val="18"/>
              </w:rPr>
              <w:t>Hospital emergency coverage agreement</w:t>
            </w:r>
          </w:p>
        </w:tc>
        <w:tc>
          <w:tcPr>
            <w:tcW w:w="185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10739BA" w14:textId="77777777" w:rsidR="00282991" w:rsidRPr="003B7872" w:rsidRDefault="00FE4586">
            <w:pPr>
              <w:spacing w:after="0"/>
              <w:rPr>
                <w:sz w:val="18"/>
                <w:szCs w:val="18"/>
              </w:rPr>
            </w:pPr>
            <w:r w:rsidRPr="003B7872">
              <w:rPr>
                <w:rFonts w:eastAsia="Arial" w:cs="Arial"/>
                <w:sz w:val="18"/>
                <w:szCs w:val="18"/>
              </w:rPr>
              <w:t>§494.180(g)(3)</w:t>
            </w:r>
          </w:p>
        </w:tc>
        <w:tc>
          <w:tcPr>
            <w:tcW w:w="156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D3E9AC4" w14:textId="77777777" w:rsidR="00282991" w:rsidRPr="003B7872" w:rsidRDefault="00FE4586">
            <w:pPr>
              <w:spacing w:after="0"/>
              <w:rPr>
                <w:sz w:val="18"/>
                <w:szCs w:val="18"/>
              </w:rPr>
            </w:pPr>
            <w:r w:rsidRPr="003B7872">
              <w:rPr>
                <w:rFonts w:eastAsia="Arial" w:cs="Arial"/>
                <w:sz w:val="18"/>
                <w:szCs w:val="18"/>
              </w:rPr>
              <w:t>Federal</w:t>
            </w:r>
          </w:p>
        </w:tc>
        <w:tc>
          <w:tcPr>
            <w:tcW w:w="167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C43755" w14:textId="77777777" w:rsidR="00282991" w:rsidRPr="003B7872" w:rsidRDefault="00FE4586">
            <w:pPr>
              <w:spacing w:after="0"/>
              <w:rPr>
                <w:sz w:val="18"/>
                <w:szCs w:val="18"/>
              </w:rPr>
            </w:pPr>
            <w:r w:rsidRPr="003B7872">
              <w:rPr>
                <w:rFonts w:eastAsia="Arial" w:cs="Arial"/>
                <w:sz w:val="18"/>
                <w:szCs w:val="18"/>
              </w:rPr>
              <w:t>Agreement</w:t>
            </w:r>
          </w:p>
        </w:tc>
        <w:tc>
          <w:tcPr>
            <w:tcW w:w="214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38B8175"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9F24D94"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F970C24"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0B9B811"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705F259C" w14:textId="77777777" w:rsidTr="003B7872">
        <w:trPr>
          <w:cantSplit/>
          <w:trHeight w:val="243"/>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C4295DB" w14:textId="77777777" w:rsidR="00282991" w:rsidRPr="003B7872" w:rsidRDefault="00FE4586">
            <w:pPr>
              <w:spacing w:after="0"/>
              <w:rPr>
                <w:sz w:val="18"/>
                <w:szCs w:val="18"/>
              </w:rPr>
            </w:pPr>
            <w:r w:rsidRPr="003B7872">
              <w:rPr>
                <w:rFonts w:eastAsia="Arial" w:cs="Arial"/>
                <w:sz w:val="18"/>
                <w:szCs w:val="18"/>
              </w:rPr>
              <w:t>24/7 emergency contact / physician roster</w:t>
            </w:r>
          </w:p>
        </w:tc>
        <w:tc>
          <w:tcPr>
            <w:tcW w:w="185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17BB910" w14:textId="77777777" w:rsidR="00282991" w:rsidRPr="003B7872" w:rsidRDefault="00FE4586">
            <w:pPr>
              <w:spacing w:after="0"/>
              <w:rPr>
                <w:sz w:val="18"/>
                <w:szCs w:val="18"/>
              </w:rPr>
            </w:pPr>
            <w:r w:rsidRPr="003B7872">
              <w:rPr>
                <w:rFonts w:eastAsia="Arial" w:cs="Arial"/>
                <w:sz w:val="18"/>
                <w:szCs w:val="18"/>
              </w:rPr>
              <w:t>§494.180(g)(1)-(2)</w:t>
            </w:r>
          </w:p>
        </w:tc>
        <w:tc>
          <w:tcPr>
            <w:tcW w:w="156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2779817" w14:textId="77777777" w:rsidR="00282991" w:rsidRPr="003B7872" w:rsidRDefault="00FE4586">
            <w:pPr>
              <w:spacing w:after="0"/>
              <w:rPr>
                <w:sz w:val="18"/>
                <w:szCs w:val="18"/>
              </w:rPr>
            </w:pPr>
            <w:r w:rsidRPr="003B7872">
              <w:rPr>
                <w:rFonts w:eastAsia="Arial" w:cs="Arial"/>
                <w:sz w:val="18"/>
                <w:szCs w:val="18"/>
              </w:rPr>
              <w:t>Federal</w:t>
            </w:r>
          </w:p>
        </w:tc>
        <w:tc>
          <w:tcPr>
            <w:tcW w:w="167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1129F2C" w14:textId="77777777" w:rsidR="00282991" w:rsidRPr="003B7872" w:rsidRDefault="00FE4586">
            <w:pPr>
              <w:spacing w:after="0"/>
              <w:rPr>
                <w:sz w:val="18"/>
                <w:szCs w:val="18"/>
              </w:rPr>
            </w:pPr>
            <w:r w:rsidRPr="003B7872">
              <w:rPr>
                <w:rFonts w:eastAsia="Arial" w:cs="Arial"/>
                <w:sz w:val="18"/>
                <w:szCs w:val="18"/>
              </w:rPr>
              <w:t>Emergency coverage policy</w:t>
            </w:r>
          </w:p>
        </w:tc>
        <w:tc>
          <w:tcPr>
            <w:tcW w:w="214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2711547"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74A2AC6"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357A992"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511365C"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61BFEBE3" w14:textId="77777777" w:rsidTr="003B7872">
        <w:trPr>
          <w:cantSplit/>
          <w:trHeight w:val="255"/>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D32C8BD" w14:textId="77777777" w:rsidR="00282991" w:rsidRPr="003B7872" w:rsidRDefault="00FE4586">
            <w:pPr>
              <w:spacing w:after="0"/>
              <w:rPr>
                <w:sz w:val="18"/>
                <w:szCs w:val="18"/>
              </w:rPr>
            </w:pPr>
            <w:r w:rsidRPr="003B7872">
              <w:rPr>
                <w:rFonts w:eastAsia="Arial" w:cs="Arial"/>
                <w:sz w:val="18"/>
                <w:szCs w:val="18"/>
              </w:rPr>
              <w:t>Laboratory downtime / CLIA continuity - if applicable</w:t>
            </w:r>
          </w:p>
        </w:tc>
        <w:tc>
          <w:tcPr>
            <w:tcW w:w="185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04B9FE6" w14:textId="77777777" w:rsidR="00282991" w:rsidRPr="003B7872" w:rsidRDefault="00FE4586">
            <w:pPr>
              <w:spacing w:after="0"/>
              <w:rPr>
                <w:sz w:val="18"/>
                <w:szCs w:val="18"/>
              </w:rPr>
            </w:pPr>
            <w:r w:rsidRPr="003B7872">
              <w:rPr>
                <w:rFonts w:eastAsia="Arial" w:cs="Arial"/>
                <w:sz w:val="18"/>
                <w:szCs w:val="18"/>
              </w:rPr>
              <w:t>§494.130 / CLIA / Ch.256</w:t>
            </w:r>
          </w:p>
        </w:tc>
        <w:tc>
          <w:tcPr>
            <w:tcW w:w="156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0421EF6" w14:textId="77777777" w:rsidR="00282991" w:rsidRPr="003B7872" w:rsidRDefault="00FE4586">
            <w:pPr>
              <w:spacing w:after="0"/>
              <w:rPr>
                <w:sz w:val="18"/>
                <w:szCs w:val="18"/>
              </w:rPr>
            </w:pPr>
            <w:r w:rsidRPr="003B7872">
              <w:rPr>
                <w:rFonts w:eastAsia="Arial" w:cs="Arial"/>
                <w:sz w:val="18"/>
                <w:szCs w:val="18"/>
              </w:rPr>
              <w:t>Federal + Maine</w:t>
            </w:r>
          </w:p>
        </w:tc>
        <w:tc>
          <w:tcPr>
            <w:tcW w:w="167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3AA8621" w14:textId="77777777" w:rsidR="00282991" w:rsidRPr="003B7872" w:rsidRDefault="00FE4586">
            <w:pPr>
              <w:spacing w:after="0"/>
              <w:rPr>
                <w:sz w:val="18"/>
                <w:szCs w:val="18"/>
              </w:rPr>
            </w:pPr>
            <w:r w:rsidRPr="003B7872">
              <w:rPr>
                <w:rFonts w:eastAsia="Arial" w:cs="Arial"/>
                <w:sz w:val="18"/>
                <w:szCs w:val="18"/>
              </w:rPr>
              <w:t>Lab policy</w:t>
            </w:r>
          </w:p>
        </w:tc>
        <w:tc>
          <w:tcPr>
            <w:tcW w:w="214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FE873C2"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3ADB629"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A32372E"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37BDC52"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61045BBB" w14:textId="77777777" w:rsidTr="003B7872">
        <w:trPr>
          <w:cantSplit/>
          <w:trHeight w:val="320"/>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AC942DA" w14:textId="77777777" w:rsidR="00282991" w:rsidRPr="003B7872" w:rsidRDefault="00FE4586">
            <w:pPr>
              <w:spacing w:after="0"/>
              <w:rPr>
                <w:sz w:val="18"/>
                <w:szCs w:val="18"/>
              </w:rPr>
            </w:pPr>
            <w:r w:rsidRPr="003B7872">
              <w:rPr>
                <w:rFonts w:eastAsia="Arial" w:cs="Arial"/>
                <w:sz w:val="18"/>
                <w:szCs w:val="18"/>
              </w:rPr>
              <w:lastRenderedPageBreak/>
              <w:t>Credentialing / license verification</w:t>
            </w:r>
          </w:p>
        </w:tc>
        <w:tc>
          <w:tcPr>
            <w:tcW w:w="185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6166170" w14:textId="77777777" w:rsidR="00282991" w:rsidRPr="003B7872" w:rsidRDefault="00FE4586">
            <w:pPr>
              <w:spacing w:after="0"/>
              <w:rPr>
                <w:sz w:val="18"/>
                <w:szCs w:val="18"/>
              </w:rPr>
            </w:pPr>
            <w:r w:rsidRPr="003B7872">
              <w:rPr>
                <w:rFonts w:eastAsia="Arial" w:cs="Arial"/>
                <w:sz w:val="18"/>
                <w:szCs w:val="18"/>
              </w:rPr>
              <w:t>§494.140; §494.180(c); Maine boards</w:t>
            </w:r>
          </w:p>
        </w:tc>
        <w:tc>
          <w:tcPr>
            <w:tcW w:w="1563"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3A4E107" w14:textId="77777777" w:rsidR="00282991" w:rsidRPr="003B7872" w:rsidRDefault="00FE4586">
            <w:pPr>
              <w:spacing w:after="0"/>
              <w:rPr>
                <w:sz w:val="18"/>
                <w:szCs w:val="18"/>
              </w:rPr>
            </w:pPr>
            <w:r w:rsidRPr="003B7872">
              <w:rPr>
                <w:rFonts w:eastAsia="Arial" w:cs="Arial"/>
                <w:sz w:val="18"/>
                <w:szCs w:val="18"/>
              </w:rPr>
              <w:t>Federal + Maine</w:t>
            </w:r>
          </w:p>
        </w:tc>
        <w:tc>
          <w:tcPr>
            <w:tcW w:w="167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7598D21" w14:textId="77777777" w:rsidR="00282991" w:rsidRPr="003B7872" w:rsidRDefault="00FE4586">
            <w:pPr>
              <w:spacing w:after="0"/>
              <w:rPr>
                <w:sz w:val="18"/>
                <w:szCs w:val="18"/>
              </w:rPr>
            </w:pPr>
            <w:r w:rsidRPr="003B7872">
              <w:rPr>
                <w:rFonts w:eastAsia="Arial" w:cs="Arial"/>
                <w:sz w:val="18"/>
                <w:szCs w:val="18"/>
              </w:rPr>
              <w:t>Credentialing policy</w:t>
            </w:r>
          </w:p>
        </w:tc>
        <w:tc>
          <w:tcPr>
            <w:tcW w:w="214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187FEB0"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942554A"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0CEF04B"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DE54E93" w14:textId="77777777" w:rsidR="00282991" w:rsidRPr="003B7872" w:rsidRDefault="00FE4586">
            <w:pPr>
              <w:spacing w:after="0"/>
              <w:rPr>
                <w:sz w:val="18"/>
                <w:szCs w:val="18"/>
              </w:rPr>
            </w:pPr>
            <w:r w:rsidRPr="003B7872">
              <w:rPr>
                <w:rFonts w:eastAsia="Arial" w:cs="Arial"/>
                <w:i/>
                <w:color w:val="707070"/>
                <w:sz w:val="18"/>
                <w:szCs w:val="18"/>
              </w:rPr>
              <w:t>&lt;Date / status&gt;</w:t>
            </w:r>
          </w:p>
        </w:tc>
      </w:tr>
      <w:tr w:rsidR="00282991" w:rsidRPr="003B7872" w14:paraId="3CF8D089" w14:textId="77777777" w:rsidTr="003B7872">
        <w:trPr>
          <w:cantSplit/>
          <w:trHeight w:val="255"/>
          <w:jc w:val="center"/>
        </w:trPr>
        <w:tc>
          <w:tcPr>
            <w:tcW w:w="28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F3FF85C" w14:textId="77777777" w:rsidR="00282991" w:rsidRPr="003B7872" w:rsidRDefault="00FE4586">
            <w:pPr>
              <w:spacing w:after="0"/>
              <w:rPr>
                <w:sz w:val="18"/>
                <w:szCs w:val="18"/>
              </w:rPr>
            </w:pPr>
            <w:r w:rsidRPr="003B7872">
              <w:rPr>
                <w:rFonts w:eastAsia="Arial" w:cs="Arial"/>
                <w:sz w:val="18"/>
                <w:szCs w:val="18"/>
              </w:rPr>
              <w:t>Controlled document review / revision</w:t>
            </w:r>
          </w:p>
        </w:tc>
        <w:tc>
          <w:tcPr>
            <w:tcW w:w="185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427E30C" w14:textId="77777777" w:rsidR="00282991" w:rsidRPr="003B7872" w:rsidRDefault="00FE4586">
            <w:pPr>
              <w:spacing w:after="0"/>
              <w:rPr>
                <w:sz w:val="18"/>
                <w:szCs w:val="18"/>
              </w:rPr>
            </w:pPr>
            <w:r w:rsidRPr="003B7872">
              <w:rPr>
                <w:rFonts w:eastAsia="Arial" w:cs="Arial"/>
                <w:sz w:val="18"/>
                <w:szCs w:val="18"/>
              </w:rPr>
              <w:t>§494.62 + facility policy</w:t>
            </w:r>
          </w:p>
        </w:tc>
        <w:tc>
          <w:tcPr>
            <w:tcW w:w="1563"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93E267E" w14:textId="77777777" w:rsidR="00282991" w:rsidRPr="003B7872" w:rsidRDefault="00FE4586">
            <w:pPr>
              <w:spacing w:after="0"/>
              <w:rPr>
                <w:sz w:val="18"/>
                <w:szCs w:val="18"/>
              </w:rPr>
            </w:pPr>
            <w:r w:rsidRPr="003B7872">
              <w:rPr>
                <w:rFonts w:eastAsia="Arial" w:cs="Arial"/>
                <w:sz w:val="18"/>
                <w:szCs w:val="18"/>
              </w:rPr>
              <w:t>Cross-reg</w:t>
            </w:r>
          </w:p>
        </w:tc>
        <w:tc>
          <w:tcPr>
            <w:tcW w:w="167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0576F2B" w14:textId="77777777" w:rsidR="00282991" w:rsidRPr="003B7872" w:rsidRDefault="00FE4586">
            <w:pPr>
              <w:spacing w:after="0"/>
              <w:rPr>
                <w:sz w:val="18"/>
                <w:szCs w:val="18"/>
              </w:rPr>
            </w:pPr>
            <w:r w:rsidRPr="003B7872">
              <w:rPr>
                <w:rFonts w:eastAsia="Arial" w:cs="Arial"/>
                <w:sz w:val="18"/>
                <w:szCs w:val="18"/>
              </w:rPr>
              <w:t>Document control</w:t>
            </w:r>
          </w:p>
        </w:tc>
        <w:tc>
          <w:tcPr>
            <w:tcW w:w="214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5506B5C" w14:textId="77777777" w:rsidR="00282991" w:rsidRPr="003B7872" w:rsidRDefault="00FE4586">
            <w:pPr>
              <w:spacing w:after="0"/>
              <w:rPr>
                <w:sz w:val="18"/>
                <w:szCs w:val="18"/>
              </w:rPr>
            </w:pPr>
            <w:r w:rsidRPr="003B7872">
              <w:rPr>
                <w:rFonts w:eastAsia="Arial" w:cs="Arial"/>
                <w:i/>
                <w:color w:val="707070"/>
                <w:sz w:val="18"/>
                <w:szCs w:val="18"/>
              </w:rPr>
              <w:t>&lt;Document title&gt;</w:t>
            </w:r>
          </w:p>
        </w:tc>
        <w:tc>
          <w:tcPr>
            <w:tcW w:w="191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9337EBD" w14:textId="77777777" w:rsidR="00282991" w:rsidRPr="003B7872" w:rsidRDefault="00FE4586">
            <w:pPr>
              <w:spacing w:after="0"/>
              <w:rPr>
                <w:sz w:val="18"/>
                <w:szCs w:val="18"/>
              </w:rPr>
            </w:pPr>
            <w:r w:rsidRPr="003B7872">
              <w:rPr>
                <w:rFonts w:eastAsia="Arial" w:cs="Arial"/>
                <w:i/>
                <w:color w:val="707070"/>
                <w:sz w:val="18"/>
                <w:szCs w:val="18"/>
              </w:rPr>
              <w:t>&lt;Controlled location&gt;</w:t>
            </w:r>
          </w:p>
        </w:tc>
        <w:tc>
          <w:tcPr>
            <w:tcW w:w="1041"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7920A79" w14:textId="77777777" w:rsidR="00282991" w:rsidRPr="003B7872" w:rsidRDefault="00FE4586">
            <w:pPr>
              <w:spacing w:after="0"/>
              <w:rPr>
                <w:sz w:val="18"/>
                <w:szCs w:val="18"/>
              </w:rPr>
            </w:pPr>
            <w:r w:rsidRPr="003B7872">
              <w:rPr>
                <w:rFonts w:eastAsia="Arial" w:cs="Arial"/>
                <w:i/>
                <w:color w:val="707070"/>
                <w:sz w:val="18"/>
                <w:szCs w:val="18"/>
              </w:rPr>
              <w:t>&lt;Owner&gt;</w:t>
            </w:r>
          </w:p>
        </w:tc>
        <w:tc>
          <w:tcPr>
            <w:tcW w:w="1389"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8A8C0CA" w14:textId="77777777" w:rsidR="00282991" w:rsidRPr="003B7872" w:rsidRDefault="00FE4586">
            <w:pPr>
              <w:spacing w:after="0"/>
              <w:rPr>
                <w:sz w:val="18"/>
                <w:szCs w:val="18"/>
              </w:rPr>
            </w:pPr>
            <w:r w:rsidRPr="003B7872">
              <w:rPr>
                <w:rFonts w:eastAsia="Arial" w:cs="Arial"/>
                <w:i/>
                <w:color w:val="707070"/>
                <w:sz w:val="18"/>
                <w:szCs w:val="18"/>
              </w:rPr>
              <w:t>&lt;Date / status&gt;</w:t>
            </w:r>
          </w:p>
        </w:tc>
      </w:tr>
    </w:tbl>
    <w:p w14:paraId="3064F8BA" w14:textId="77777777" w:rsidR="00282991" w:rsidRDefault="00282991">
      <w:pPr>
        <w:spacing w:after="20"/>
      </w:pPr>
    </w:p>
    <w:p w14:paraId="2CA6D30F" w14:textId="77777777" w:rsidR="00282991" w:rsidRDefault="00282991">
      <w:pPr>
        <w:sectPr w:rsidR="00282991">
          <w:headerReference w:type="default" r:id="rId13"/>
          <w:footerReference w:type="default" r:id="rId14"/>
          <w:pgSz w:w="15840" w:h="12240" w:orient="landscape"/>
          <w:pgMar w:top="720" w:right="720" w:bottom="720" w:left="720" w:header="259" w:footer="259" w:gutter="0"/>
          <w:cols w:space="720"/>
          <w:docGrid w:linePitch="360"/>
        </w:sectPr>
      </w:pPr>
    </w:p>
    <w:p w14:paraId="16FBB7F9" w14:textId="77777777" w:rsidR="00282991" w:rsidRDefault="00FE4586">
      <w:pPr>
        <w:pStyle w:val="Heading1"/>
        <w:pBdr>
          <w:bottom w:val="single" w:sz="10" w:space="2" w:color="E63B07"/>
        </w:pBdr>
      </w:pPr>
      <w:r>
        <w:rPr>
          <w:rFonts w:ascii="Arial" w:eastAsia="Arial" w:hAnsi="Arial" w:cs="Arial"/>
        </w:rPr>
        <w:lastRenderedPageBreak/>
        <w:t>ATTACHMENT D - TRAINING, EXERCISE &amp; PATIENT ORIENTATION DOCUMENTATION</w:t>
      </w:r>
    </w:p>
    <w:tbl>
      <w:tblPr>
        <w:tblW w:w="0" w:type="auto"/>
        <w:jc w:val="center"/>
        <w:tblLook w:val="04A0" w:firstRow="1" w:lastRow="0" w:firstColumn="1" w:lastColumn="0" w:noHBand="0" w:noVBand="1"/>
      </w:tblPr>
      <w:tblGrid>
        <w:gridCol w:w="10800"/>
      </w:tblGrid>
      <w:tr w:rsidR="00282991" w14:paraId="57233F1C" w14:textId="77777777">
        <w:trPr>
          <w:jc w:val="center"/>
        </w:trPr>
        <w:tc>
          <w:tcPr>
            <w:tcW w:w="10800" w:type="dxa"/>
            <w:shd w:val="clear" w:color="auto" w:fill="E8F2EF"/>
            <w:tcMar>
              <w:top w:w="90" w:type="dxa"/>
              <w:left w:w="100" w:type="dxa"/>
              <w:bottom w:w="90" w:type="dxa"/>
              <w:right w:w="100" w:type="dxa"/>
            </w:tcMar>
          </w:tcPr>
          <w:p w14:paraId="51CD96E9" w14:textId="77777777" w:rsidR="00282991" w:rsidRDefault="00FE4586">
            <w:pPr>
              <w:spacing w:after="0"/>
            </w:pPr>
            <w:r>
              <w:rPr>
                <w:rFonts w:eastAsia="Arial" w:cs="Arial"/>
                <w:b/>
                <w:color w:val="015A41"/>
                <w:sz w:val="19"/>
              </w:rPr>
              <w:t xml:space="preserve">CMS TRAINING </w:t>
            </w:r>
            <w:r>
              <w:rPr>
                <w:rFonts w:eastAsia="Arial" w:cs="Arial"/>
                <w:sz w:val="18"/>
              </w:rPr>
              <w:t>Initial and every-2-year staff training; training on significant P&amp;P updates; documented competency; patient care staff CPR; nursing emergency equipment/drug training; and ESRD patient emergency preparedness orientation/training.</w:t>
            </w:r>
          </w:p>
        </w:tc>
      </w:tr>
    </w:tbl>
    <w:p w14:paraId="7E390689" w14:textId="77777777" w:rsidR="00282991" w:rsidRDefault="00282991">
      <w:pPr>
        <w:spacing w:after="20"/>
      </w:pPr>
    </w:p>
    <w:tbl>
      <w:tblPr>
        <w:tblW w:w="0" w:type="auto"/>
        <w:jc w:val="center"/>
        <w:tblLayout w:type="fixed"/>
        <w:tblLook w:val="04A0" w:firstRow="1" w:lastRow="0" w:firstColumn="1" w:lastColumn="0" w:noHBand="0" w:noVBand="1"/>
      </w:tblPr>
      <w:tblGrid>
        <w:gridCol w:w="1584"/>
        <w:gridCol w:w="4032"/>
        <w:gridCol w:w="2880"/>
        <w:gridCol w:w="2304"/>
      </w:tblGrid>
      <w:tr w:rsidR="00282991" w14:paraId="7A55E971" w14:textId="77777777">
        <w:trPr>
          <w:cantSplit/>
          <w:tblHeader/>
          <w:jc w:val="center"/>
        </w:trPr>
        <w:tc>
          <w:tcPr>
            <w:tcW w:w="158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CBCAF27" w14:textId="77777777" w:rsidR="00282991" w:rsidRDefault="00FE4586">
            <w:pPr>
              <w:spacing w:after="0"/>
            </w:pPr>
            <w:r>
              <w:rPr>
                <w:rFonts w:eastAsia="Arial" w:cs="Arial"/>
                <w:b/>
                <w:color w:val="FFFFFF"/>
                <w:sz w:val="16"/>
              </w:rPr>
              <w:t>Date</w:t>
            </w:r>
          </w:p>
        </w:tc>
        <w:tc>
          <w:tcPr>
            <w:tcW w:w="403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D984EE6" w14:textId="77777777" w:rsidR="00282991" w:rsidRDefault="00FE4586">
            <w:pPr>
              <w:spacing w:after="0"/>
            </w:pPr>
            <w:r>
              <w:rPr>
                <w:rFonts w:eastAsia="Arial" w:cs="Arial"/>
                <w:b/>
                <w:color w:val="FFFFFF"/>
                <w:sz w:val="16"/>
              </w:rPr>
              <w:t>Training / Orientation / Exercise</w:t>
            </w:r>
          </w:p>
        </w:tc>
        <w:tc>
          <w:tcPr>
            <w:tcW w:w="288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7179E66" w14:textId="77777777" w:rsidR="00282991" w:rsidRDefault="00FE4586">
            <w:pPr>
              <w:spacing w:after="0"/>
            </w:pPr>
            <w:r>
              <w:rPr>
                <w:rFonts w:eastAsia="Arial" w:cs="Arial"/>
                <w:b/>
                <w:color w:val="FFFFFF"/>
                <w:sz w:val="16"/>
              </w:rPr>
              <w:t>Audience / Participants</w:t>
            </w:r>
          </w:p>
        </w:tc>
        <w:tc>
          <w:tcPr>
            <w:tcW w:w="230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024AEE1" w14:textId="77777777" w:rsidR="00282991" w:rsidRDefault="00FE4586">
            <w:pPr>
              <w:spacing w:after="0"/>
            </w:pPr>
            <w:r>
              <w:rPr>
                <w:rFonts w:eastAsia="Arial" w:cs="Arial"/>
                <w:b/>
                <w:color w:val="FFFFFF"/>
                <w:sz w:val="16"/>
              </w:rPr>
              <w:t>Record / AAR Location</w:t>
            </w:r>
          </w:p>
        </w:tc>
      </w:tr>
      <w:tr w:rsidR="00282991" w14:paraId="33152B37" w14:textId="77777777">
        <w:trPr>
          <w:cantSplit/>
          <w:jc w:val="center"/>
        </w:trPr>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CE98FFB" w14:textId="77777777" w:rsidR="00282991" w:rsidRDefault="00FE4586">
            <w:pPr>
              <w:spacing w:after="0"/>
            </w:pPr>
            <w:r>
              <w:rPr>
                <w:rFonts w:eastAsia="Arial" w:cs="Arial"/>
                <w:i/>
                <w:color w:val="707070"/>
                <w:sz w:val="20"/>
              </w:rPr>
              <w:t>&lt;Date&gt;</w:t>
            </w:r>
          </w:p>
        </w:tc>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7457ACF" w14:textId="77777777" w:rsidR="00282991" w:rsidRDefault="00FE4586">
            <w:pPr>
              <w:spacing w:after="0"/>
            </w:pPr>
            <w:r>
              <w:rPr>
                <w:rFonts w:eastAsia="Arial" w:cs="Arial"/>
                <w:i/>
                <w:color w:val="707070"/>
                <w:sz w:val="20"/>
              </w:rPr>
              <w:t>&lt;Insert&gt;</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F851CE1"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0B1E118" w14:textId="77777777" w:rsidR="00282991" w:rsidRDefault="00FE4586">
            <w:pPr>
              <w:spacing w:after="0"/>
            </w:pPr>
            <w:r>
              <w:rPr>
                <w:rFonts w:eastAsia="Arial" w:cs="Arial"/>
                <w:i/>
                <w:color w:val="707070"/>
                <w:sz w:val="20"/>
              </w:rPr>
              <w:t>&lt;Location&gt;</w:t>
            </w:r>
          </w:p>
        </w:tc>
      </w:tr>
      <w:tr w:rsidR="00282991" w14:paraId="71ECD7D1" w14:textId="77777777">
        <w:trPr>
          <w:cantSplit/>
          <w:jc w:val="center"/>
        </w:trPr>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E279A1F" w14:textId="77777777" w:rsidR="00282991" w:rsidRDefault="00FE4586">
            <w:pPr>
              <w:spacing w:after="0"/>
            </w:pPr>
            <w:r>
              <w:rPr>
                <w:rFonts w:eastAsia="Arial" w:cs="Arial"/>
                <w:i/>
                <w:color w:val="707070"/>
                <w:sz w:val="20"/>
              </w:rPr>
              <w:t>&lt;Date&gt;</w:t>
            </w:r>
          </w:p>
        </w:tc>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050797E" w14:textId="77777777" w:rsidR="00282991" w:rsidRDefault="00FE4586">
            <w:pPr>
              <w:spacing w:after="0"/>
            </w:pPr>
            <w:r>
              <w:rPr>
                <w:rFonts w:eastAsia="Arial" w:cs="Arial"/>
                <w:i/>
                <w:color w:val="707070"/>
                <w:sz w:val="20"/>
              </w:rPr>
              <w:t>&lt;Insert&gt;</w:t>
            </w:r>
          </w:p>
        </w:tc>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A51B5A3"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BB1E00A" w14:textId="77777777" w:rsidR="00282991" w:rsidRDefault="00FE4586">
            <w:pPr>
              <w:spacing w:after="0"/>
            </w:pPr>
            <w:r>
              <w:rPr>
                <w:rFonts w:eastAsia="Arial" w:cs="Arial"/>
                <w:i/>
                <w:color w:val="707070"/>
                <w:sz w:val="20"/>
              </w:rPr>
              <w:t>&lt;Location&gt;</w:t>
            </w:r>
          </w:p>
        </w:tc>
      </w:tr>
      <w:tr w:rsidR="00282991" w14:paraId="040AAF57" w14:textId="77777777">
        <w:trPr>
          <w:cantSplit/>
          <w:jc w:val="center"/>
        </w:trPr>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6205441" w14:textId="77777777" w:rsidR="00282991" w:rsidRDefault="00FE4586">
            <w:pPr>
              <w:spacing w:after="0"/>
            </w:pPr>
            <w:r>
              <w:rPr>
                <w:rFonts w:eastAsia="Arial" w:cs="Arial"/>
                <w:i/>
                <w:color w:val="707070"/>
                <w:sz w:val="20"/>
              </w:rPr>
              <w:t>&lt;Date&gt;</w:t>
            </w:r>
          </w:p>
        </w:tc>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14D07AC" w14:textId="77777777" w:rsidR="00282991" w:rsidRDefault="00FE4586">
            <w:pPr>
              <w:spacing w:after="0"/>
            </w:pPr>
            <w:r>
              <w:rPr>
                <w:rFonts w:eastAsia="Arial" w:cs="Arial"/>
                <w:i/>
                <w:color w:val="707070"/>
                <w:sz w:val="20"/>
              </w:rPr>
              <w:t>&lt;Insert&gt;</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32C24F4"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F928BD2" w14:textId="77777777" w:rsidR="00282991" w:rsidRDefault="00FE4586">
            <w:pPr>
              <w:spacing w:after="0"/>
            </w:pPr>
            <w:r>
              <w:rPr>
                <w:rFonts w:eastAsia="Arial" w:cs="Arial"/>
                <w:i/>
                <w:color w:val="707070"/>
                <w:sz w:val="20"/>
              </w:rPr>
              <w:t>&lt;Location&gt;</w:t>
            </w:r>
          </w:p>
        </w:tc>
      </w:tr>
      <w:tr w:rsidR="00282991" w14:paraId="0639EDC1" w14:textId="77777777">
        <w:trPr>
          <w:cantSplit/>
          <w:jc w:val="center"/>
        </w:trPr>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8F54AFD" w14:textId="77777777" w:rsidR="00282991" w:rsidRDefault="00FE4586">
            <w:pPr>
              <w:spacing w:after="0"/>
            </w:pPr>
            <w:r>
              <w:rPr>
                <w:rFonts w:eastAsia="Arial" w:cs="Arial"/>
                <w:i/>
                <w:color w:val="707070"/>
                <w:sz w:val="20"/>
              </w:rPr>
              <w:t>&lt;Date&gt;</w:t>
            </w:r>
          </w:p>
        </w:tc>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54A9018" w14:textId="77777777" w:rsidR="00282991" w:rsidRDefault="00FE4586">
            <w:pPr>
              <w:spacing w:after="0"/>
            </w:pPr>
            <w:r>
              <w:rPr>
                <w:rFonts w:eastAsia="Arial" w:cs="Arial"/>
                <w:i/>
                <w:color w:val="707070"/>
                <w:sz w:val="20"/>
              </w:rPr>
              <w:t>&lt;Insert&gt;</w:t>
            </w:r>
          </w:p>
        </w:tc>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886CDCB"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691E638" w14:textId="77777777" w:rsidR="00282991" w:rsidRDefault="00FE4586">
            <w:pPr>
              <w:spacing w:after="0"/>
            </w:pPr>
            <w:r>
              <w:rPr>
                <w:rFonts w:eastAsia="Arial" w:cs="Arial"/>
                <w:i/>
                <w:color w:val="707070"/>
                <w:sz w:val="20"/>
              </w:rPr>
              <w:t>&lt;Location&gt;</w:t>
            </w:r>
          </w:p>
        </w:tc>
      </w:tr>
      <w:tr w:rsidR="00282991" w14:paraId="6AFE007D" w14:textId="77777777">
        <w:trPr>
          <w:cantSplit/>
          <w:jc w:val="center"/>
        </w:trPr>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762BECE" w14:textId="77777777" w:rsidR="00282991" w:rsidRDefault="00FE4586">
            <w:pPr>
              <w:spacing w:after="0"/>
            </w:pPr>
            <w:r>
              <w:rPr>
                <w:rFonts w:eastAsia="Arial" w:cs="Arial"/>
                <w:i/>
                <w:color w:val="707070"/>
                <w:sz w:val="20"/>
              </w:rPr>
              <w:t>&lt;Date&gt;</w:t>
            </w:r>
          </w:p>
        </w:tc>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23EDFCC" w14:textId="77777777" w:rsidR="00282991" w:rsidRDefault="00FE4586">
            <w:pPr>
              <w:spacing w:after="0"/>
            </w:pPr>
            <w:r>
              <w:rPr>
                <w:rFonts w:eastAsia="Arial" w:cs="Arial"/>
                <w:i/>
                <w:color w:val="707070"/>
                <w:sz w:val="20"/>
              </w:rPr>
              <w:t>&lt;Insert&gt;</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11C4B6E"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586AF41" w14:textId="77777777" w:rsidR="00282991" w:rsidRDefault="00FE4586">
            <w:pPr>
              <w:spacing w:after="0"/>
            </w:pPr>
            <w:r>
              <w:rPr>
                <w:rFonts w:eastAsia="Arial" w:cs="Arial"/>
                <w:i/>
                <w:color w:val="707070"/>
                <w:sz w:val="20"/>
              </w:rPr>
              <w:t>&lt;Location&gt;</w:t>
            </w:r>
          </w:p>
        </w:tc>
      </w:tr>
      <w:tr w:rsidR="00282991" w14:paraId="0794B733" w14:textId="77777777">
        <w:trPr>
          <w:cantSplit/>
          <w:jc w:val="center"/>
        </w:trPr>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D65BE3D" w14:textId="77777777" w:rsidR="00282991" w:rsidRDefault="00FE4586">
            <w:pPr>
              <w:spacing w:after="0"/>
            </w:pPr>
            <w:r>
              <w:rPr>
                <w:rFonts w:eastAsia="Arial" w:cs="Arial"/>
                <w:i/>
                <w:color w:val="707070"/>
                <w:sz w:val="20"/>
              </w:rPr>
              <w:t>&lt;Date&gt;</w:t>
            </w:r>
          </w:p>
        </w:tc>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33FE355" w14:textId="77777777" w:rsidR="00282991" w:rsidRDefault="00FE4586">
            <w:pPr>
              <w:spacing w:after="0"/>
            </w:pPr>
            <w:r>
              <w:rPr>
                <w:rFonts w:eastAsia="Arial" w:cs="Arial"/>
                <w:i/>
                <w:color w:val="707070"/>
                <w:sz w:val="20"/>
              </w:rPr>
              <w:t>&lt;Insert&gt;</w:t>
            </w:r>
          </w:p>
        </w:tc>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500FE0F"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21F588C" w14:textId="77777777" w:rsidR="00282991" w:rsidRDefault="00FE4586">
            <w:pPr>
              <w:spacing w:after="0"/>
            </w:pPr>
            <w:r>
              <w:rPr>
                <w:rFonts w:eastAsia="Arial" w:cs="Arial"/>
                <w:i/>
                <w:color w:val="707070"/>
                <w:sz w:val="20"/>
              </w:rPr>
              <w:t>&lt;Location&gt;</w:t>
            </w:r>
          </w:p>
        </w:tc>
      </w:tr>
      <w:tr w:rsidR="00282991" w14:paraId="7B7C8EF9" w14:textId="77777777">
        <w:trPr>
          <w:cantSplit/>
          <w:jc w:val="center"/>
        </w:trPr>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F44C5D1" w14:textId="77777777" w:rsidR="00282991" w:rsidRDefault="00FE4586">
            <w:pPr>
              <w:spacing w:after="0"/>
            </w:pPr>
            <w:r>
              <w:rPr>
                <w:rFonts w:eastAsia="Arial" w:cs="Arial"/>
                <w:i/>
                <w:color w:val="707070"/>
                <w:sz w:val="20"/>
              </w:rPr>
              <w:t>&lt;Date&gt;</w:t>
            </w:r>
          </w:p>
        </w:tc>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C65CCCA" w14:textId="77777777" w:rsidR="00282991" w:rsidRDefault="00FE4586">
            <w:pPr>
              <w:spacing w:after="0"/>
            </w:pPr>
            <w:r>
              <w:rPr>
                <w:rFonts w:eastAsia="Arial" w:cs="Arial"/>
                <w:i/>
                <w:color w:val="707070"/>
                <w:sz w:val="20"/>
              </w:rPr>
              <w:t>&lt;Insert&gt;</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86E4544"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963FA0D" w14:textId="77777777" w:rsidR="00282991" w:rsidRDefault="00FE4586">
            <w:pPr>
              <w:spacing w:after="0"/>
            </w:pPr>
            <w:r>
              <w:rPr>
                <w:rFonts w:eastAsia="Arial" w:cs="Arial"/>
                <w:i/>
                <w:color w:val="707070"/>
                <w:sz w:val="20"/>
              </w:rPr>
              <w:t>&lt;Location&gt;</w:t>
            </w:r>
          </w:p>
        </w:tc>
      </w:tr>
      <w:tr w:rsidR="00282991" w14:paraId="2BD52E13" w14:textId="77777777">
        <w:trPr>
          <w:cantSplit/>
          <w:jc w:val="center"/>
        </w:trPr>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485E6E2" w14:textId="77777777" w:rsidR="00282991" w:rsidRDefault="00FE4586">
            <w:pPr>
              <w:spacing w:after="0"/>
            </w:pPr>
            <w:r>
              <w:rPr>
                <w:rFonts w:eastAsia="Arial" w:cs="Arial"/>
                <w:i/>
                <w:color w:val="707070"/>
                <w:sz w:val="20"/>
              </w:rPr>
              <w:t>&lt;Date&gt;</w:t>
            </w:r>
          </w:p>
        </w:tc>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FF752D4" w14:textId="77777777" w:rsidR="00282991" w:rsidRDefault="00FE4586">
            <w:pPr>
              <w:spacing w:after="0"/>
            </w:pPr>
            <w:r>
              <w:rPr>
                <w:rFonts w:eastAsia="Arial" w:cs="Arial"/>
                <w:i/>
                <w:color w:val="707070"/>
                <w:sz w:val="20"/>
              </w:rPr>
              <w:t>&lt;Insert&gt;</w:t>
            </w:r>
          </w:p>
        </w:tc>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E316A0D"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8BE692A" w14:textId="77777777" w:rsidR="00282991" w:rsidRDefault="00FE4586">
            <w:pPr>
              <w:spacing w:after="0"/>
            </w:pPr>
            <w:r>
              <w:rPr>
                <w:rFonts w:eastAsia="Arial" w:cs="Arial"/>
                <w:i/>
                <w:color w:val="707070"/>
                <w:sz w:val="20"/>
              </w:rPr>
              <w:t>&lt;Location&gt;</w:t>
            </w:r>
          </w:p>
        </w:tc>
      </w:tr>
    </w:tbl>
    <w:p w14:paraId="2C556320" w14:textId="77777777" w:rsidR="00282991" w:rsidRDefault="00282991">
      <w:pPr>
        <w:spacing w:after="20"/>
      </w:pPr>
    </w:p>
    <w:tbl>
      <w:tblPr>
        <w:tblW w:w="0" w:type="auto"/>
        <w:jc w:val="center"/>
        <w:tblLook w:val="04A0" w:firstRow="1" w:lastRow="0" w:firstColumn="1" w:lastColumn="0" w:noHBand="0" w:noVBand="1"/>
      </w:tblPr>
      <w:tblGrid>
        <w:gridCol w:w="10800"/>
      </w:tblGrid>
      <w:tr w:rsidR="00282991" w14:paraId="40590A41" w14:textId="77777777">
        <w:trPr>
          <w:jc w:val="center"/>
        </w:trPr>
        <w:tc>
          <w:tcPr>
            <w:tcW w:w="10800" w:type="dxa"/>
            <w:shd w:val="clear" w:color="auto" w:fill="E8F2EF"/>
            <w:tcMar>
              <w:top w:w="90" w:type="dxa"/>
              <w:left w:w="100" w:type="dxa"/>
              <w:bottom w:w="90" w:type="dxa"/>
              <w:right w:w="100" w:type="dxa"/>
            </w:tcMar>
          </w:tcPr>
          <w:p w14:paraId="62C87C65" w14:textId="77777777" w:rsidR="00282991" w:rsidRDefault="00FE4586">
            <w:pPr>
              <w:spacing w:after="0"/>
            </w:pPr>
            <w:r>
              <w:rPr>
                <w:rFonts w:eastAsia="Arial" w:cs="Arial"/>
                <w:b/>
                <w:color w:val="015A41"/>
                <w:sz w:val="19"/>
              </w:rPr>
              <w:t xml:space="preserve">ESRD EXERCISE CYCLE </w:t>
            </w:r>
            <w:r w:rsidRPr="003B7872">
              <w:rPr>
                <w:rFonts w:eastAsia="Arial" w:cs="Arial"/>
                <w:bCs/>
                <w:color w:val="auto"/>
                <w:sz w:val="19"/>
              </w:rPr>
              <w:t>One emergency-plan testing exercise each year. At least every 2 years use a community-based full-scale exercise when accessible or a facility-based functional exercise when not accessible; in the opposite year use an allowed exercise of choice. Document actual-event activation if claiming an exemption and complete an AAR/corrective action process. CMS RECOMMENDED RETENTION: Keep at least the past 2 outpatient testing cycles (generally 4 years), including community-exercise outreach, exercise/AAR records, co</w:t>
            </w:r>
            <w:r w:rsidRPr="003B7872">
              <w:rPr>
                <w:rFonts w:eastAsia="Arial" w:cs="Arial"/>
                <w:bCs/>
                <w:color w:val="auto"/>
                <w:sz w:val="19"/>
              </w:rPr>
              <w:t>rrective actions, and actual-event exemption evidence.</w:t>
            </w:r>
          </w:p>
        </w:tc>
      </w:tr>
    </w:tbl>
    <w:p w14:paraId="32EB381B" w14:textId="77777777" w:rsidR="00282991" w:rsidRDefault="00282991">
      <w:pPr>
        <w:spacing w:after="20"/>
      </w:pPr>
    </w:p>
    <w:tbl>
      <w:tblPr>
        <w:tblW w:w="0" w:type="auto"/>
        <w:jc w:val="center"/>
        <w:tblLayout w:type="fixed"/>
        <w:tblLook w:val="04A0" w:firstRow="1" w:lastRow="0" w:firstColumn="1" w:lastColumn="0" w:noHBand="0" w:noVBand="1"/>
      </w:tblPr>
      <w:tblGrid>
        <w:gridCol w:w="2448"/>
        <w:gridCol w:w="1440"/>
        <w:gridCol w:w="2592"/>
        <w:gridCol w:w="2448"/>
        <w:gridCol w:w="1872"/>
      </w:tblGrid>
      <w:tr w:rsidR="00282991" w14:paraId="654861CB" w14:textId="77777777">
        <w:trPr>
          <w:cantSplit/>
          <w:tblHeader/>
          <w:jc w:val="center"/>
        </w:trPr>
        <w:tc>
          <w:tcPr>
            <w:tcW w:w="244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4D42B25" w14:textId="77777777" w:rsidR="00282991" w:rsidRDefault="00FE4586">
            <w:pPr>
              <w:spacing w:after="0"/>
            </w:pPr>
            <w:r>
              <w:rPr>
                <w:rFonts w:eastAsia="Arial" w:cs="Arial"/>
                <w:b/>
                <w:color w:val="FFFFFF"/>
                <w:sz w:val="15"/>
              </w:rPr>
              <w:t>Cycle / Requirement</w:t>
            </w:r>
          </w:p>
        </w:tc>
        <w:tc>
          <w:tcPr>
            <w:tcW w:w="144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A87DAEB" w14:textId="77777777" w:rsidR="00282991" w:rsidRDefault="00FE4586">
            <w:pPr>
              <w:spacing w:after="0"/>
            </w:pPr>
            <w:r>
              <w:rPr>
                <w:rFonts w:eastAsia="Arial" w:cs="Arial"/>
                <w:b/>
                <w:color w:val="FFFFFF"/>
                <w:sz w:val="15"/>
              </w:rPr>
              <w:t>Date</w:t>
            </w:r>
          </w:p>
        </w:tc>
        <w:tc>
          <w:tcPr>
            <w:tcW w:w="259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8E65738" w14:textId="77777777" w:rsidR="00282991" w:rsidRDefault="00FE4586">
            <w:pPr>
              <w:spacing w:after="0"/>
            </w:pPr>
            <w:r>
              <w:rPr>
                <w:rFonts w:eastAsia="Arial" w:cs="Arial"/>
                <w:b/>
                <w:color w:val="FFFFFF"/>
                <w:sz w:val="15"/>
              </w:rPr>
              <w:t>Type / Exemption</w:t>
            </w:r>
          </w:p>
        </w:tc>
        <w:tc>
          <w:tcPr>
            <w:tcW w:w="244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7ACBDC3" w14:textId="77777777" w:rsidR="00282991" w:rsidRDefault="00FE4586">
            <w:pPr>
              <w:spacing w:after="0"/>
            </w:pPr>
            <w:r>
              <w:rPr>
                <w:rFonts w:eastAsia="Arial" w:cs="Arial"/>
                <w:b/>
                <w:color w:val="FFFFFF"/>
                <w:sz w:val="15"/>
              </w:rPr>
              <w:t>Community Availability / Outreach Evidence</w:t>
            </w:r>
          </w:p>
        </w:tc>
        <w:tc>
          <w:tcPr>
            <w:tcW w:w="187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8F8A115" w14:textId="77777777" w:rsidR="00282991" w:rsidRDefault="00FE4586">
            <w:pPr>
              <w:spacing w:after="0"/>
            </w:pPr>
            <w:r>
              <w:rPr>
                <w:rFonts w:eastAsia="Arial" w:cs="Arial"/>
                <w:b/>
                <w:color w:val="FFFFFF"/>
                <w:sz w:val="15"/>
              </w:rPr>
              <w:t>AAR / Evidence Location</w:t>
            </w:r>
          </w:p>
        </w:tc>
      </w:tr>
      <w:tr w:rsidR="00282991" w14:paraId="168578FB"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4DC874F" w14:textId="77777777" w:rsidR="00282991" w:rsidRDefault="00FE4586">
            <w:pPr>
              <w:spacing w:after="0"/>
            </w:pPr>
            <w:r>
              <w:rPr>
                <w:rFonts w:eastAsia="Arial" w:cs="Arial"/>
                <w:sz w:val="16"/>
              </w:rPr>
              <w:t>2-year full-scale/functional requirement</w:t>
            </w:r>
          </w:p>
        </w:tc>
        <w:tc>
          <w:tcPr>
            <w:tcW w:w="14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B3F9E04" w14:textId="77777777" w:rsidR="00282991" w:rsidRDefault="00FE4586">
            <w:pPr>
              <w:spacing w:after="0"/>
            </w:pPr>
            <w:r>
              <w:rPr>
                <w:rFonts w:eastAsia="Arial" w:cs="Arial"/>
                <w:i/>
                <w:color w:val="707070"/>
                <w:sz w:val="20"/>
              </w:rPr>
              <w:t>&lt;Date&gt;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29DE1C3" w14:textId="77777777" w:rsidR="00282991" w:rsidRDefault="00FE4586">
            <w:pPr>
              <w:spacing w:after="0"/>
            </w:pPr>
            <w:r>
              <w:rPr>
                <w:rFonts w:eastAsia="Arial" w:cs="Arial"/>
                <w:i/>
                <w:color w:val="707070"/>
                <w:sz w:val="20"/>
              </w:rPr>
              <w:t>&lt;Type / actual event exemption&gt;</w:t>
            </w:r>
          </w:p>
        </w:tc>
        <w:tc>
          <w:tcPr>
            <w:tcW w:w="24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DEAB54E" w14:textId="77777777" w:rsidR="00282991" w:rsidRDefault="00FE4586">
            <w:pPr>
              <w:spacing w:after="0"/>
            </w:pPr>
            <w:r>
              <w:rPr>
                <w:rFonts w:eastAsia="Arial" w:cs="Arial"/>
                <w:i/>
                <w:color w:val="707070"/>
                <w:sz w:val="20"/>
              </w:rPr>
              <w:t>&lt;Contacts / basis&gt;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03A4568" w14:textId="77777777" w:rsidR="00282991" w:rsidRDefault="00FE4586">
            <w:pPr>
              <w:spacing w:after="0"/>
            </w:pPr>
            <w:r>
              <w:rPr>
                <w:rFonts w:eastAsia="Arial" w:cs="Arial"/>
                <w:i/>
                <w:color w:val="707070"/>
                <w:sz w:val="20"/>
              </w:rPr>
              <w:t>&lt;Location&gt;</w:t>
            </w:r>
          </w:p>
        </w:tc>
      </w:tr>
      <w:tr w:rsidR="00282991" w14:paraId="53B43804"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97EF2A1" w14:textId="77777777" w:rsidR="00282991" w:rsidRDefault="00FE4586">
            <w:pPr>
              <w:spacing w:after="0"/>
            </w:pPr>
            <w:r>
              <w:rPr>
                <w:rFonts w:eastAsia="Arial" w:cs="Arial"/>
                <w:sz w:val="16"/>
              </w:rPr>
              <w:t>Opposite-year exercise of choice</w:t>
            </w:r>
          </w:p>
        </w:tc>
        <w:tc>
          <w:tcPr>
            <w:tcW w:w="14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62EBBDE" w14:textId="77777777" w:rsidR="00282991" w:rsidRDefault="00FE4586">
            <w:pPr>
              <w:spacing w:after="0"/>
            </w:pPr>
            <w:r>
              <w:rPr>
                <w:rFonts w:eastAsia="Arial" w:cs="Arial"/>
                <w:i/>
                <w:color w:val="707070"/>
                <w:sz w:val="20"/>
              </w:rPr>
              <w:t>&lt;Date&gt;</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9EA0206" w14:textId="77777777" w:rsidR="00282991" w:rsidRDefault="00FE4586">
            <w:pPr>
              <w:spacing w:after="0"/>
            </w:pPr>
            <w:r>
              <w:rPr>
                <w:rFonts w:eastAsia="Arial" w:cs="Arial"/>
                <w:i/>
                <w:color w:val="707070"/>
                <w:sz w:val="20"/>
              </w:rPr>
              <w:t>&lt;Type&gt;</w:t>
            </w:r>
          </w:p>
        </w:tc>
        <w:tc>
          <w:tcPr>
            <w:tcW w:w="24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15C79DE" w14:textId="77777777" w:rsidR="00282991" w:rsidRDefault="00FE4586">
            <w:pPr>
              <w:spacing w:after="0"/>
            </w:pPr>
            <w:r>
              <w:rPr>
                <w:rFonts w:eastAsia="Arial" w:cs="Arial"/>
                <w:sz w:val="16"/>
              </w:rPr>
              <w:t>N/A</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3BC23BF" w14:textId="77777777" w:rsidR="00282991" w:rsidRDefault="00FE4586">
            <w:pPr>
              <w:spacing w:after="0"/>
            </w:pPr>
            <w:r>
              <w:rPr>
                <w:rFonts w:eastAsia="Arial" w:cs="Arial"/>
                <w:i/>
                <w:color w:val="707070"/>
                <w:sz w:val="20"/>
              </w:rPr>
              <w:t>&lt;Location&gt;</w:t>
            </w:r>
          </w:p>
        </w:tc>
      </w:tr>
      <w:tr w:rsidR="00282991" w14:paraId="062AEDFA" w14:textId="77777777">
        <w:trPr>
          <w:cantSplit/>
          <w:jc w:val="center"/>
        </w:trPr>
        <w:tc>
          <w:tcPr>
            <w:tcW w:w="24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3D5E54B" w14:textId="77777777" w:rsidR="00282991" w:rsidRDefault="00FE4586">
            <w:pPr>
              <w:spacing w:after="0"/>
            </w:pPr>
            <w:r>
              <w:rPr>
                <w:rFonts w:eastAsia="Arial" w:cs="Arial"/>
                <w:sz w:val="16"/>
              </w:rPr>
              <w:t>Current annual exercise status</w:t>
            </w:r>
          </w:p>
        </w:tc>
        <w:tc>
          <w:tcPr>
            <w:tcW w:w="14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FCA410A" w14:textId="77777777" w:rsidR="00282991" w:rsidRDefault="00FE4586">
            <w:pPr>
              <w:spacing w:after="0"/>
            </w:pPr>
            <w:r>
              <w:rPr>
                <w:rFonts w:eastAsia="Arial" w:cs="Arial"/>
                <w:i/>
                <w:color w:val="707070"/>
                <w:sz w:val="20"/>
              </w:rPr>
              <w:t>&lt;Year&gt;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D2E11D3" w14:textId="77777777" w:rsidR="00282991" w:rsidRDefault="00FE4586">
            <w:pPr>
              <w:spacing w:after="0"/>
            </w:pPr>
            <w:r>
              <w:rPr>
                <w:rFonts w:eastAsia="Arial" w:cs="Arial"/>
                <w:i/>
                <w:color w:val="707070"/>
                <w:sz w:val="20"/>
              </w:rPr>
              <w:t>&lt;Complete / planned&gt;</w:t>
            </w:r>
          </w:p>
        </w:tc>
        <w:tc>
          <w:tcPr>
            <w:tcW w:w="24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B6E826D" w14:textId="77777777" w:rsidR="00282991" w:rsidRDefault="00FE4586">
            <w:pPr>
              <w:spacing w:after="0"/>
            </w:pPr>
            <w:r>
              <w:rPr>
                <w:rFonts w:eastAsia="Arial" w:cs="Arial"/>
                <w:i/>
                <w:color w:val="707070"/>
                <w:sz w:val="20"/>
              </w:rPr>
              <w:t>&lt;Notes&gt;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98E60F9" w14:textId="77777777" w:rsidR="00282991" w:rsidRDefault="00FE4586">
            <w:pPr>
              <w:spacing w:after="0"/>
            </w:pPr>
            <w:r>
              <w:rPr>
                <w:rFonts w:eastAsia="Arial" w:cs="Arial"/>
                <w:i/>
                <w:color w:val="707070"/>
                <w:sz w:val="20"/>
              </w:rPr>
              <w:t>&lt;Location&gt;</w:t>
            </w:r>
          </w:p>
        </w:tc>
      </w:tr>
    </w:tbl>
    <w:p w14:paraId="37F8482B" w14:textId="77777777" w:rsidR="00282991" w:rsidRDefault="00282991">
      <w:pPr>
        <w:spacing w:after="20"/>
      </w:pPr>
    </w:p>
    <w:p w14:paraId="4AF563E0" w14:textId="77777777" w:rsidR="00282991" w:rsidRDefault="00FE4586">
      <w:pPr>
        <w:pStyle w:val="Heading2"/>
      </w:pPr>
      <w:r>
        <w:rPr>
          <w:rFonts w:ascii="Arial" w:eastAsia="Arial" w:hAnsi="Arial" w:cs="Arial"/>
        </w:rPr>
        <w:t>Patient Orientation Record</w:t>
      </w:r>
    </w:p>
    <w:tbl>
      <w:tblPr>
        <w:tblW w:w="0" w:type="auto"/>
        <w:jc w:val="center"/>
        <w:tblLayout w:type="fixed"/>
        <w:tblLook w:val="04A0" w:firstRow="1" w:lastRow="0" w:firstColumn="1" w:lastColumn="0" w:noHBand="0" w:noVBand="1"/>
      </w:tblPr>
      <w:tblGrid>
        <w:gridCol w:w="2160"/>
        <w:gridCol w:w="1296"/>
        <w:gridCol w:w="2304"/>
        <w:gridCol w:w="2592"/>
        <w:gridCol w:w="1296"/>
        <w:gridCol w:w="1152"/>
      </w:tblGrid>
      <w:tr w:rsidR="00282991" w14:paraId="62FD4FD2" w14:textId="77777777">
        <w:trPr>
          <w:cantSplit/>
          <w:tblHeader/>
          <w:jc w:val="center"/>
        </w:trPr>
        <w:tc>
          <w:tcPr>
            <w:tcW w:w="216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3056270" w14:textId="77777777" w:rsidR="00282991" w:rsidRDefault="00FE4586">
            <w:pPr>
              <w:spacing w:after="0"/>
            </w:pPr>
            <w:r>
              <w:rPr>
                <w:rFonts w:eastAsia="Arial" w:cs="Arial"/>
                <w:b/>
                <w:color w:val="FFFFFF"/>
                <w:sz w:val="15"/>
              </w:rPr>
              <w:t>Patient / Cohort</w:t>
            </w:r>
          </w:p>
        </w:tc>
        <w:tc>
          <w:tcPr>
            <w:tcW w:w="129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09E4944" w14:textId="77777777" w:rsidR="00282991" w:rsidRDefault="00FE4586">
            <w:pPr>
              <w:spacing w:after="0"/>
            </w:pPr>
            <w:r>
              <w:rPr>
                <w:rFonts w:eastAsia="Arial" w:cs="Arial"/>
                <w:b/>
                <w:color w:val="FFFFFF"/>
                <w:sz w:val="15"/>
              </w:rPr>
              <w:t>Date</w:t>
            </w:r>
          </w:p>
        </w:tc>
        <w:tc>
          <w:tcPr>
            <w:tcW w:w="230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36D82BC" w14:textId="77777777" w:rsidR="00282991" w:rsidRDefault="00FE4586">
            <w:pPr>
              <w:spacing w:after="0"/>
            </w:pPr>
            <w:r>
              <w:rPr>
                <w:rFonts w:eastAsia="Arial" w:cs="Arial"/>
                <w:b/>
                <w:color w:val="FFFFFF"/>
                <w:sz w:val="15"/>
              </w:rPr>
              <w:t>Method / Language / Format</w:t>
            </w:r>
          </w:p>
        </w:tc>
        <w:tc>
          <w:tcPr>
            <w:tcW w:w="259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B3D0F48" w14:textId="77777777" w:rsidR="00282991" w:rsidRDefault="00FE4586">
            <w:pPr>
              <w:spacing w:after="0"/>
            </w:pPr>
            <w:r>
              <w:rPr>
                <w:rFonts w:eastAsia="Arial" w:cs="Arial"/>
                <w:b/>
                <w:color w:val="FFFFFF"/>
                <w:sz w:val="15"/>
              </w:rPr>
              <w:t>Topics Covered</w:t>
            </w:r>
          </w:p>
        </w:tc>
        <w:tc>
          <w:tcPr>
            <w:tcW w:w="129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08024B6" w14:textId="77777777" w:rsidR="00282991" w:rsidRDefault="00FE4586">
            <w:pPr>
              <w:spacing w:after="0"/>
            </w:pPr>
            <w:r>
              <w:rPr>
                <w:rFonts w:eastAsia="Arial" w:cs="Arial"/>
                <w:b/>
                <w:color w:val="FFFFFF"/>
                <w:sz w:val="15"/>
              </w:rPr>
              <w:t>Educator</w:t>
            </w:r>
          </w:p>
        </w:tc>
        <w:tc>
          <w:tcPr>
            <w:tcW w:w="115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F0D0ECA" w14:textId="77777777" w:rsidR="00282991" w:rsidRDefault="00FE4586">
            <w:pPr>
              <w:spacing w:after="0"/>
            </w:pPr>
            <w:r>
              <w:rPr>
                <w:rFonts w:eastAsia="Arial" w:cs="Arial"/>
                <w:b/>
                <w:color w:val="FFFFFF"/>
                <w:sz w:val="15"/>
              </w:rPr>
              <w:t>Record Location</w:t>
            </w:r>
          </w:p>
        </w:tc>
      </w:tr>
      <w:tr w:rsidR="00282991" w14:paraId="66886E17"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AEC0F9F" w14:textId="77777777" w:rsidR="00282991" w:rsidRDefault="00FE4586">
            <w:pPr>
              <w:spacing w:after="0"/>
            </w:pPr>
            <w:r>
              <w:rPr>
                <w:rFonts w:eastAsia="Arial" w:cs="Arial"/>
                <w:i/>
                <w:color w:val="707070"/>
                <w:sz w:val="20"/>
              </w:rPr>
              <w:t>&lt;Insert or secured roster reference&gt;</w:t>
            </w:r>
          </w:p>
        </w:tc>
        <w:tc>
          <w:tcPr>
            <w:tcW w:w="12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D20028E" w14:textId="77777777" w:rsidR="00282991" w:rsidRDefault="00FE4586">
            <w:pPr>
              <w:spacing w:after="0"/>
            </w:pPr>
            <w:r>
              <w:rPr>
                <w:rFonts w:eastAsia="Arial" w:cs="Arial"/>
                <w:i/>
                <w:color w:val="707070"/>
                <w:sz w:val="20"/>
              </w:rPr>
              <w:t>&lt;Date&gt;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00ED97B"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4B9F9A2" w14:textId="77777777" w:rsidR="00282991" w:rsidRDefault="00FE4586">
            <w:pPr>
              <w:spacing w:after="0"/>
            </w:pPr>
            <w:r>
              <w:rPr>
                <w:rFonts w:eastAsia="Arial" w:cs="Arial"/>
                <w:i/>
                <w:color w:val="707070"/>
                <w:sz w:val="20"/>
              </w:rPr>
              <w:t>&lt;Insert&gt;</w:t>
            </w:r>
          </w:p>
        </w:tc>
        <w:tc>
          <w:tcPr>
            <w:tcW w:w="12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DAA8D4D"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2FB8775" w14:textId="77777777" w:rsidR="00282991" w:rsidRDefault="00FE4586">
            <w:pPr>
              <w:spacing w:after="0"/>
            </w:pPr>
            <w:r>
              <w:rPr>
                <w:rFonts w:eastAsia="Arial" w:cs="Arial"/>
                <w:i/>
                <w:color w:val="707070"/>
                <w:sz w:val="20"/>
              </w:rPr>
              <w:t>&lt;Location&gt;</w:t>
            </w:r>
          </w:p>
        </w:tc>
      </w:tr>
      <w:tr w:rsidR="00282991" w14:paraId="0F7C0EEF"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AF4595A" w14:textId="77777777" w:rsidR="00282991" w:rsidRDefault="00FE4586">
            <w:pPr>
              <w:spacing w:after="0"/>
            </w:pPr>
            <w:r>
              <w:rPr>
                <w:rFonts w:eastAsia="Arial" w:cs="Arial"/>
                <w:i/>
                <w:color w:val="707070"/>
                <w:sz w:val="20"/>
              </w:rPr>
              <w:t>&lt;Insert or secured roster reference&gt;</w:t>
            </w:r>
          </w:p>
        </w:tc>
        <w:tc>
          <w:tcPr>
            <w:tcW w:w="12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B1481E0" w14:textId="77777777" w:rsidR="00282991" w:rsidRDefault="00FE4586">
            <w:pPr>
              <w:spacing w:after="0"/>
            </w:pPr>
            <w:r>
              <w:rPr>
                <w:rFonts w:eastAsia="Arial" w:cs="Arial"/>
                <w:i/>
                <w:color w:val="707070"/>
                <w:sz w:val="20"/>
              </w:rPr>
              <w:t>&lt;Date&gt;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CC74059"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2FC653C" w14:textId="77777777" w:rsidR="00282991" w:rsidRDefault="00FE4586">
            <w:pPr>
              <w:spacing w:after="0"/>
            </w:pPr>
            <w:r>
              <w:rPr>
                <w:rFonts w:eastAsia="Arial" w:cs="Arial"/>
                <w:i/>
                <w:color w:val="707070"/>
                <w:sz w:val="20"/>
              </w:rPr>
              <w:t>&lt;Insert&gt;</w:t>
            </w:r>
          </w:p>
        </w:tc>
        <w:tc>
          <w:tcPr>
            <w:tcW w:w="12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7C46C89"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584B762" w14:textId="77777777" w:rsidR="00282991" w:rsidRDefault="00FE4586">
            <w:pPr>
              <w:spacing w:after="0"/>
            </w:pPr>
            <w:r>
              <w:rPr>
                <w:rFonts w:eastAsia="Arial" w:cs="Arial"/>
                <w:i/>
                <w:color w:val="707070"/>
                <w:sz w:val="20"/>
              </w:rPr>
              <w:t>&lt;Location&gt;</w:t>
            </w:r>
          </w:p>
        </w:tc>
      </w:tr>
      <w:tr w:rsidR="00282991" w14:paraId="428DFAE9"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55A29E" w14:textId="77777777" w:rsidR="00282991" w:rsidRDefault="00FE4586">
            <w:pPr>
              <w:spacing w:after="0"/>
            </w:pPr>
            <w:r>
              <w:rPr>
                <w:rFonts w:eastAsia="Arial" w:cs="Arial"/>
                <w:i/>
                <w:color w:val="707070"/>
                <w:sz w:val="20"/>
              </w:rPr>
              <w:t>&lt;Insert or secured roster reference&gt;</w:t>
            </w:r>
          </w:p>
        </w:tc>
        <w:tc>
          <w:tcPr>
            <w:tcW w:w="12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14C5F4A" w14:textId="77777777" w:rsidR="00282991" w:rsidRDefault="00FE4586">
            <w:pPr>
              <w:spacing w:after="0"/>
            </w:pPr>
            <w:r>
              <w:rPr>
                <w:rFonts w:eastAsia="Arial" w:cs="Arial"/>
                <w:i/>
                <w:color w:val="707070"/>
                <w:sz w:val="20"/>
              </w:rPr>
              <w:t>&lt;Date&gt;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9F07632"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8F32D9D" w14:textId="77777777" w:rsidR="00282991" w:rsidRDefault="00FE4586">
            <w:pPr>
              <w:spacing w:after="0"/>
            </w:pPr>
            <w:r>
              <w:rPr>
                <w:rFonts w:eastAsia="Arial" w:cs="Arial"/>
                <w:i/>
                <w:color w:val="707070"/>
                <w:sz w:val="20"/>
              </w:rPr>
              <w:t>&lt;Insert&gt;</w:t>
            </w:r>
          </w:p>
        </w:tc>
        <w:tc>
          <w:tcPr>
            <w:tcW w:w="12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429A486"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C995CE8" w14:textId="77777777" w:rsidR="00282991" w:rsidRDefault="00FE4586">
            <w:pPr>
              <w:spacing w:after="0"/>
            </w:pPr>
            <w:r>
              <w:rPr>
                <w:rFonts w:eastAsia="Arial" w:cs="Arial"/>
                <w:i/>
                <w:color w:val="707070"/>
                <w:sz w:val="20"/>
              </w:rPr>
              <w:t>&lt;Location&gt;</w:t>
            </w:r>
          </w:p>
        </w:tc>
      </w:tr>
      <w:tr w:rsidR="00282991" w14:paraId="25C87390"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BDF932F" w14:textId="77777777" w:rsidR="00282991" w:rsidRDefault="00FE4586">
            <w:pPr>
              <w:spacing w:after="0"/>
            </w:pPr>
            <w:r>
              <w:rPr>
                <w:rFonts w:eastAsia="Arial" w:cs="Arial"/>
                <w:i/>
                <w:color w:val="707070"/>
                <w:sz w:val="20"/>
              </w:rPr>
              <w:t>&lt;Insert or secured roster reference&gt;</w:t>
            </w:r>
          </w:p>
        </w:tc>
        <w:tc>
          <w:tcPr>
            <w:tcW w:w="12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B1E6A69" w14:textId="77777777" w:rsidR="00282991" w:rsidRDefault="00FE4586">
            <w:pPr>
              <w:spacing w:after="0"/>
            </w:pPr>
            <w:r>
              <w:rPr>
                <w:rFonts w:eastAsia="Arial" w:cs="Arial"/>
                <w:i/>
                <w:color w:val="707070"/>
                <w:sz w:val="20"/>
              </w:rPr>
              <w:t>&lt;Date&gt;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8E50D0B"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632431A" w14:textId="77777777" w:rsidR="00282991" w:rsidRDefault="00FE4586">
            <w:pPr>
              <w:spacing w:after="0"/>
            </w:pPr>
            <w:r>
              <w:rPr>
                <w:rFonts w:eastAsia="Arial" w:cs="Arial"/>
                <w:i/>
                <w:color w:val="707070"/>
                <w:sz w:val="20"/>
              </w:rPr>
              <w:t>&lt;Insert&gt;</w:t>
            </w:r>
          </w:p>
        </w:tc>
        <w:tc>
          <w:tcPr>
            <w:tcW w:w="12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14509B3"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091D5EA" w14:textId="77777777" w:rsidR="00282991" w:rsidRDefault="00FE4586">
            <w:pPr>
              <w:spacing w:after="0"/>
            </w:pPr>
            <w:r>
              <w:rPr>
                <w:rFonts w:eastAsia="Arial" w:cs="Arial"/>
                <w:i/>
                <w:color w:val="707070"/>
                <w:sz w:val="20"/>
              </w:rPr>
              <w:t>&lt;Location&gt;</w:t>
            </w:r>
          </w:p>
        </w:tc>
      </w:tr>
      <w:tr w:rsidR="00282991" w14:paraId="07A2A645"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606110A" w14:textId="77777777" w:rsidR="00282991" w:rsidRDefault="00FE4586">
            <w:pPr>
              <w:spacing w:after="0"/>
            </w:pPr>
            <w:r>
              <w:rPr>
                <w:rFonts w:eastAsia="Arial" w:cs="Arial"/>
                <w:i/>
                <w:color w:val="707070"/>
                <w:sz w:val="20"/>
              </w:rPr>
              <w:t>&lt;Insert or secured roster reference&gt;</w:t>
            </w:r>
          </w:p>
        </w:tc>
        <w:tc>
          <w:tcPr>
            <w:tcW w:w="12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1C8692E" w14:textId="77777777" w:rsidR="00282991" w:rsidRDefault="00FE4586">
            <w:pPr>
              <w:spacing w:after="0"/>
            </w:pPr>
            <w:r>
              <w:rPr>
                <w:rFonts w:eastAsia="Arial" w:cs="Arial"/>
                <w:i/>
                <w:color w:val="707070"/>
                <w:sz w:val="20"/>
              </w:rPr>
              <w:t>&lt;Date&gt;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077B433"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B48BBA2" w14:textId="77777777" w:rsidR="00282991" w:rsidRDefault="00FE4586">
            <w:pPr>
              <w:spacing w:after="0"/>
            </w:pPr>
            <w:r>
              <w:rPr>
                <w:rFonts w:eastAsia="Arial" w:cs="Arial"/>
                <w:i/>
                <w:color w:val="707070"/>
                <w:sz w:val="20"/>
              </w:rPr>
              <w:t>&lt;Insert&gt;</w:t>
            </w:r>
          </w:p>
        </w:tc>
        <w:tc>
          <w:tcPr>
            <w:tcW w:w="12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052FBAF"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A8E1404" w14:textId="77777777" w:rsidR="00282991" w:rsidRDefault="00FE4586">
            <w:pPr>
              <w:spacing w:after="0"/>
            </w:pPr>
            <w:r>
              <w:rPr>
                <w:rFonts w:eastAsia="Arial" w:cs="Arial"/>
                <w:i/>
                <w:color w:val="707070"/>
                <w:sz w:val="20"/>
              </w:rPr>
              <w:t>&lt;Location&gt;</w:t>
            </w:r>
          </w:p>
        </w:tc>
      </w:tr>
    </w:tbl>
    <w:p w14:paraId="05D15DB0" w14:textId="77777777" w:rsidR="00282991" w:rsidRDefault="00282991">
      <w:pPr>
        <w:spacing w:after="20"/>
      </w:pPr>
    </w:p>
    <w:p w14:paraId="4C03E14B" w14:textId="77777777" w:rsidR="00282991" w:rsidRDefault="00FE4586">
      <w:r>
        <w:br w:type="page"/>
      </w:r>
    </w:p>
    <w:p w14:paraId="4BE6D3C2" w14:textId="77777777" w:rsidR="00282991" w:rsidRDefault="00FE4586">
      <w:pPr>
        <w:pStyle w:val="Heading1"/>
        <w:pBdr>
          <w:bottom w:val="single" w:sz="10" w:space="2" w:color="E63B07"/>
        </w:pBdr>
      </w:pPr>
      <w:r>
        <w:rPr>
          <w:rFonts w:ascii="Arial" w:eastAsia="Arial" w:hAnsi="Arial" w:cs="Arial"/>
        </w:rPr>
        <w:lastRenderedPageBreak/>
        <w:t>ATTACHMENT E - EMERGENCY CONTACTS &amp; COMMUNICATION RESOURCES</w:t>
      </w:r>
    </w:p>
    <w:tbl>
      <w:tblPr>
        <w:tblW w:w="0" w:type="auto"/>
        <w:jc w:val="center"/>
        <w:tblLayout w:type="fixed"/>
        <w:tblLook w:val="04A0" w:firstRow="1" w:lastRow="0" w:firstColumn="1" w:lastColumn="0" w:noHBand="0" w:noVBand="1"/>
      </w:tblPr>
      <w:tblGrid>
        <w:gridCol w:w="3168"/>
        <w:gridCol w:w="3024"/>
        <w:gridCol w:w="2304"/>
        <w:gridCol w:w="2304"/>
      </w:tblGrid>
      <w:tr w:rsidR="00282991" w14:paraId="41BBC9AB" w14:textId="77777777">
        <w:trPr>
          <w:cantSplit/>
          <w:tblHeader/>
          <w:jc w:val="center"/>
        </w:trPr>
        <w:tc>
          <w:tcPr>
            <w:tcW w:w="316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1568E38" w14:textId="77777777" w:rsidR="00282991" w:rsidRDefault="00FE4586">
            <w:pPr>
              <w:spacing w:after="0"/>
            </w:pPr>
            <w:r>
              <w:rPr>
                <w:rFonts w:eastAsia="Arial" w:cs="Arial"/>
                <w:b/>
                <w:color w:val="FFFFFF"/>
                <w:sz w:val="16"/>
              </w:rPr>
              <w:t>Partner / Audience</w:t>
            </w:r>
          </w:p>
        </w:tc>
        <w:tc>
          <w:tcPr>
            <w:tcW w:w="302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09AE4E5" w14:textId="77777777" w:rsidR="00282991" w:rsidRDefault="00FE4586">
            <w:pPr>
              <w:spacing w:after="0"/>
            </w:pPr>
            <w:r>
              <w:rPr>
                <w:rFonts w:eastAsia="Arial" w:cs="Arial"/>
                <w:b/>
                <w:color w:val="FFFFFF"/>
                <w:sz w:val="16"/>
              </w:rPr>
              <w:t>Contact / Directory</w:t>
            </w:r>
          </w:p>
        </w:tc>
        <w:tc>
          <w:tcPr>
            <w:tcW w:w="230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14BE40E" w14:textId="77777777" w:rsidR="00282991" w:rsidRDefault="00FE4586">
            <w:pPr>
              <w:spacing w:after="0"/>
            </w:pPr>
            <w:r>
              <w:rPr>
                <w:rFonts w:eastAsia="Arial" w:cs="Arial"/>
                <w:b/>
                <w:color w:val="FFFFFF"/>
                <w:sz w:val="16"/>
              </w:rPr>
              <w:t>Primary Method</w:t>
            </w:r>
          </w:p>
        </w:tc>
        <w:tc>
          <w:tcPr>
            <w:tcW w:w="230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778D624" w14:textId="77777777" w:rsidR="00282991" w:rsidRDefault="00FE4586">
            <w:pPr>
              <w:spacing w:after="0"/>
            </w:pPr>
            <w:r>
              <w:rPr>
                <w:rFonts w:eastAsia="Arial" w:cs="Arial"/>
                <w:b/>
                <w:color w:val="FFFFFF"/>
                <w:sz w:val="16"/>
              </w:rPr>
              <w:t>Alternate Method</w:t>
            </w:r>
          </w:p>
        </w:tc>
      </w:tr>
      <w:tr w:rsidR="00282991" w14:paraId="67A0EA8E" w14:textId="77777777">
        <w:trPr>
          <w:cantSplit/>
          <w:jc w:val="center"/>
        </w:trPr>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C346D80" w14:textId="77777777" w:rsidR="00282991" w:rsidRDefault="00FE4586">
            <w:pPr>
              <w:spacing w:after="0"/>
            </w:pPr>
            <w:r>
              <w:rPr>
                <w:rFonts w:eastAsia="Arial" w:cs="Arial"/>
                <w:sz w:val="17"/>
              </w:rPr>
              <w:t>Staff</w:t>
            </w:r>
          </w:p>
        </w:tc>
        <w:tc>
          <w:tcPr>
            <w:tcW w:w="302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259B32C" w14:textId="77777777" w:rsidR="00282991" w:rsidRDefault="00FE4586">
            <w:pPr>
              <w:spacing w:after="0"/>
            </w:pPr>
            <w:r>
              <w:rPr>
                <w:rFonts w:eastAsia="Arial" w:cs="Arial"/>
                <w:i/>
                <w:color w:val="707070"/>
                <w:sz w:val="20"/>
              </w:rPr>
              <w:t>&lt;Secured roster&gt;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63B7980"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2B0E729" w14:textId="77777777" w:rsidR="00282991" w:rsidRDefault="00FE4586">
            <w:pPr>
              <w:spacing w:after="0"/>
            </w:pPr>
            <w:r>
              <w:rPr>
                <w:rFonts w:eastAsia="Arial" w:cs="Arial"/>
                <w:i/>
                <w:color w:val="707070"/>
                <w:sz w:val="20"/>
              </w:rPr>
              <w:t>&lt;Insert&gt;</w:t>
            </w:r>
          </w:p>
        </w:tc>
      </w:tr>
      <w:tr w:rsidR="00282991" w14:paraId="2F274806" w14:textId="77777777">
        <w:trPr>
          <w:cantSplit/>
          <w:jc w:val="center"/>
        </w:trPr>
        <w:tc>
          <w:tcPr>
            <w:tcW w:w="31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353418C" w14:textId="77777777" w:rsidR="00282991" w:rsidRDefault="00FE4586">
            <w:pPr>
              <w:spacing w:after="0"/>
            </w:pPr>
            <w:r>
              <w:rPr>
                <w:rFonts w:eastAsia="Arial" w:cs="Arial"/>
                <w:sz w:val="17"/>
              </w:rPr>
              <w:t>Patients / caregivers</w:t>
            </w:r>
          </w:p>
        </w:tc>
        <w:tc>
          <w:tcPr>
            <w:tcW w:w="302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C066A48" w14:textId="77777777" w:rsidR="00282991" w:rsidRDefault="00FE4586">
            <w:pPr>
              <w:spacing w:after="0"/>
            </w:pPr>
            <w:r>
              <w:rPr>
                <w:rFonts w:eastAsia="Arial" w:cs="Arial"/>
                <w:i/>
                <w:color w:val="707070"/>
                <w:sz w:val="20"/>
              </w:rPr>
              <w:t>&lt;Secured system&gt;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D281E81"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727063D" w14:textId="77777777" w:rsidR="00282991" w:rsidRDefault="00FE4586">
            <w:pPr>
              <w:spacing w:after="0"/>
            </w:pPr>
            <w:r>
              <w:rPr>
                <w:rFonts w:eastAsia="Arial" w:cs="Arial"/>
                <w:i/>
                <w:color w:val="707070"/>
                <w:sz w:val="20"/>
              </w:rPr>
              <w:t>&lt;Insert&gt;</w:t>
            </w:r>
          </w:p>
        </w:tc>
      </w:tr>
      <w:tr w:rsidR="00282991" w14:paraId="7CF64761" w14:textId="77777777">
        <w:trPr>
          <w:cantSplit/>
          <w:jc w:val="center"/>
        </w:trPr>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102DD62" w14:textId="77777777" w:rsidR="00282991" w:rsidRDefault="00FE4586">
            <w:pPr>
              <w:spacing w:after="0"/>
            </w:pPr>
            <w:r>
              <w:rPr>
                <w:rFonts w:eastAsia="Arial" w:cs="Arial"/>
                <w:sz w:val="17"/>
              </w:rPr>
              <w:t>Patients' physicians</w:t>
            </w:r>
          </w:p>
        </w:tc>
        <w:tc>
          <w:tcPr>
            <w:tcW w:w="302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5F3ABDA" w14:textId="77777777" w:rsidR="00282991" w:rsidRDefault="00FE4586">
            <w:pPr>
              <w:spacing w:after="0"/>
            </w:pPr>
            <w:r>
              <w:rPr>
                <w:rFonts w:eastAsia="Arial" w:cs="Arial"/>
                <w:i/>
                <w:color w:val="707070"/>
                <w:sz w:val="20"/>
              </w:rPr>
              <w:t>&lt;Source&gt;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014AD53"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44A2EE8" w14:textId="77777777" w:rsidR="00282991" w:rsidRDefault="00FE4586">
            <w:pPr>
              <w:spacing w:after="0"/>
            </w:pPr>
            <w:r>
              <w:rPr>
                <w:rFonts w:eastAsia="Arial" w:cs="Arial"/>
                <w:i/>
                <w:color w:val="707070"/>
                <w:sz w:val="20"/>
              </w:rPr>
              <w:t>&lt;Insert&gt;</w:t>
            </w:r>
          </w:p>
        </w:tc>
      </w:tr>
      <w:tr w:rsidR="00282991" w14:paraId="6B5DEB59" w14:textId="77777777">
        <w:trPr>
          <w:cantSplit/>
          <w:jc w:val="center"/>
        </w:trPr>
        <w:tc>
          <w:tcPr>
            <w:tcW w:w="31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F1D50EC" w14:textId="77777777" w:rsidR="00282991" w:rsidRDefault="00FE4586">
            <w:pPr>
              <w:spacing w:after="0"/>
            </w:pPr>
            <w:r>
              <w:rPr>
                <w:rFonts w:eastAsia="Arial" w:cs="Arial"/>
                <w:sz w:val="17"/>
              </w:rPr>
              <w:t>Other dialysis facilities</w:t>
            </w:r>
          </w:p>
        </w:tc>
        <w:tc>
          <w:tcPr>
            <w:tcW w:w="302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2B62ACC" w14:textId="77777777" w:rsidR="00282991" w:rsidRDefault="00FE4586">
            <w:pPr>
              <w:spacing w:after="0"/>
            </w:pPr>
            <w:r>
              <w:rPr>
                <w:rFonts w:eastAsia="Arial" w:cs="Arial"/>
                <w:i/>
                <w:color w:val="707070"/>
                <w:sz w:val="20"/>
              </w:rPr>
              <w:t>&lt;Directory&gt;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194D5BC"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5D8706D" w14:textId="77777777" w:rsidR="00282991" w:rsidRDefault="00FE4586">
            <w:pPr>
              <w:spacing w:after="0"/>
            </w:pPr>
            <w:r>
              <w:rPr>
                <w:rFonts w:eastAsia="Arial" w:cs="Arial"/>
                <w:i/>
                <w:color w:val="707070"/>
                <w:sz w:val="20"/>
              </w:rPr>
              <w:t>&lt;Insert&gt;</w:t>
            </w:r>
          </w:p>
        </w:tc>
      </w:tr>
      <w:tr w:rsidR="00282991" w14:paraId="7C49EE04" w14:textId="77777777">
        <w:trPr>
          <w:cantSplit/>
          <w:jc w:val="center"/>
        </w:trPr>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D1AA8CD" w14:textId="77777777" w:rsidR="00282991" w:rsidRDefault="00FE4586">
            <w:pPr>
              <w:spacing w:after="0"/>
            </w:pPr>
            <w:r>
              <w:rPr>
                <w:rFonts w:eastAsia="Arial" w:cs="Arial"/>
                <w:sz w:val="17"/>
              </w:rPr>
              <w:t>Volunteers</w:t>
            </w:r>
          </w:p>
        </w:tc>
        <w:tc>
          <w:tcPr>
            <w:tcW w:w="302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2CA7080" w14:textId="77777777" w:rsidR="00282991" w:rsidRDefault="00FE4586">
            <w:pPr>
              <w:spacing w:after="0"/>
            </w:pPr>
            <w:r>
              <w:rPr>
                <w:rFonts w:eastAsia="Arial" w:cs="Arial"/>
                <w:i/>
                <w:color w:val="707070"/>
                <w:sz w:val="20"/>
              </w:rPr>
              <w:t>&lt;Directory if used&gt;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B4AC8E6"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F09F6B2" w14:textId="77777777" w:rsidR="00282991" w:rsidRDefault="00FE4586">
            <w:pPr>
              <w:spacing w:after="0"/>
            </w:pPr>
            <w:r>
              <w:rPr>
                <w:rFonts w:eastAsia="Arial" w:cs="Arial"/>
                <w:i/>
                <w:color w:val="707070"/>
                <w:sz w:val="20"/>
              </w:rPr>
              <w:t>&lt;Insert&gt;</w:t>
            </w:r>
          </w:p>
        </w:tc>
      </w:tr>
      <w:tr w:rsidR="00282991" w14:paraId="3048BDC1" w14:textId="77777777">
        <w:trPr>
          <w:cantSplit/>
          <w:jc w:val="center"/>
        </w:trPr>
        <w:tc>
          <w:tcPr>
            <w:tcW w:w="31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B3D0A1D" w14:textId="77777777" w:rsidR="00282991" w:rsidRDefault="00FE4586">
            <w:pPr>
              <w:spacing w:after="0"/>
            </w:pPr>
            <w:r>
              <w:rPr>
                <w:rFonts w:eastAsia="Arial" w:cs="Arial"/>
                <w:sz w:val="17"/>
              </w:rPr>
              <w:t>Local / County EMA</w:t>
            </w:r>
          </w:p>
        </w:tc>
        <w:tc>
          <w:tcPr>
            <w:tcW w:w="302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FB9BB59" w14:textId="77777777" w:rsidR="00282991" w:rsidRDefault="00FE4586">
            <w:pPr>
              <w:spacing w:after="0"/>
            </w:pPr>
            <w:r>
              <w:rPr>
                <w:rFonts w:eastAsia="Arial" w:cs="Arial"/>
                <w:i/>
                <w:color w:val="707070"/>
                <w:sz w:val="20"/>
              </w:rPr>
              <w:t>&lt;Contact&gt;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35523BF"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44904C4" w14:textId="77777777" w:rsidR="00282991" w:rsidRDefault="00FE4586">
            <w:pPr>
              <w:spacing w:after="0"/>
            </w:pPr>
            <w:r>
              <w:rPr>
                <w:rFonts w:eastAsia="Arial" w:cs="Arial"/>
                <w:i/>
                <w:color w:val="707070"/>
                <w:sz w:val="20"/>
              </w:rPr>
              <w:t>&lt;Insert&gt;</w:t>
            </w:r>
          </w:p>
        </w:tc>
      </w:tr>
      <w:tr w:rsidR="00282991" w14:paraId="62C9A1F9" w14:textId="77777777">
        <w:trPr>
          <w:cantSplit/>
          <w:jc w:val="center"/>
        </w:trPr>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1A46AE7" w14:textId="77777777" w:rsidR="00282991" w:rsidRDefault="00FE4586">
            <w:pPr>
              <w:spacing w:after="0"/>
            </w:pPr>
            <w:r>
              <w:rPr>
                <w:rFonts w:eastAsia="Arial" w:cs="Arial"/>
                <w:sz w:val="17"/>
              </w:rPr>
              <w:t>Maine CDC / Public Health</w:t>
            </w:r>
          </w:p>
        </w:tc>
        <w:tc>
          <w:tcPr>
            <w:tcW w:w="302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BA61F4C" w14:textId="77777777" w:rsidR="00282991" w:rsidRDefault="00FE4586">
            <w:pPr>
              <w:spacing w:after="0"/>
            </w:pPr>
            <w:r>
              <w:rPr>
                <w:rFonts w:eastAsia="Arial" w:cs="Arial"/>
                <w:i/>
                <w:color w:val="707070"/>
                <w:sz w:val="20"/>
              </w:rPr>
              <w:t>&lt;Contact&gt;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F0B785B"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6151B6B" w14:textId="77777777" w:rsidR="00282991" w:rsidRDefault="00FE4586">
            <w:pPr>
              <w:spacing w:after="0"/>
            </w:pPr>
            <w:r>
              <w:rPr>
                <w:rFonts w:eastAsia="Arial" w:cs="Arial"/>
                <w:i/>
                <w:color w:val="707070"/>
                <w:sz w:val="20"/>
              </w:rPr>
              <w:t>&lt;Insert&gt;</w:t>
            </w:r>
          </w:p>
        </w:tc>
      </w:tr>
      <w:tr w:rsidR="00282991" w14:paraId="7AB189E7" w14:textId="77777777">
        <w:trPr>
          <w:cantSplit/>
          <w:jc w:val="center"/>
        </w:trPr>
        <w:tc>
          <w:tcPr>
            <w:tcW w:w="31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C57BFF2" w14:textId="77777777" w:rsidR="00282991" w:rsidRDefault="00FE4586">
            <w:pPr>
              <w:spacing w:after="0"/>
            </w:pPr>
            <w:r>
              <w:rPr>
                <w:rFonts w:eastAsia="Arial" w:cs="Arial"/>
                <w:sz w:val="17"/>
              </w:rPr>
              <w:t>Fire / EMS / Law Enforcement</w:t>
            </w:r>
          </w:p>
        </w:tc>
        <w:tc>
          <w:tcPr>
            <w:tcW w:w="302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D6B95BB" w14:textId="77777777" w:rsidR="00282991" w:rsidRDefault="00FE4586">
            <w:pPr>
              <w:spacing w:after="0"/>
            </w:pPr>
            <w:r>
              <w:rPr>
                <w:rFonts w:eastAsia="Arial" w:cs="Arial"/>
                <w:i/>
                <w:color w:val="707070"/>
                <w:sz w:val="20"/>
              </w:rPr>
              <w:t>&lt;Contact&gt;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35C19A7"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F50D2BE" w14:textId="77777777" w:rsidR="00282991" w:rsidRDefault="00FE4586">
            <w:pPr>
              <w:spacing w:after="0"/>
            </w:pPr>
            <w:r>
              <w:rPr>
                <w:rFonts w:eastAsia="Arial" w:cs="Arial"/>
                <w:i/>
                <w:color w:val="707070"/>
                <w:sz w:val="20"/>
              </w:rPr>
              <w:t>&lt;Insert&gt;</w:t>
            </w:r>
          </w:p>
        </w:tc>
      </w:tr>
      <w:tr w:rsidR="00282991" w14:paraId="146EAA7B" w14:textId="77777777">
        <w:trPr>
          <w:cantSplit/>
          <w:jc w:val="center"/>
        </w:trPr>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8045CAE" w14:textId="77777777" w:rsidR="00282991" w:rsidRDefault="00FE4586">
            <w:pPr>
              <w:spacing w:after="0"/>
            </w:pPr>
            <w:r>
              <w:rPr>
                <w:rFonts w:eastAsia="Arial" w:cs="Arial"/>
                <w:sz w:val="17"/>
              </w:rPr>
              <w:t>Maine DHHS / DLC</w:t>
            </w:r>
          </w:p>
        </w:tc>
        <w:tc>
          <w:tcPr>
            <w:tcW w:w="302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A643922" w14:textId="77777777" w:rsidR="00282991" w:rsidRDefault="00FE4586">
            <w:pPr>
              <w:spacing w:after="0"/>
            </w:pPr>
            <w:r>
              <w:rPr>
                <w:rFonts w:eastAsia="Arial" w:cs="Arial"/>
                <w:i/>
                <w:color w:val="707070"/>
                <w:sz w:val="20"/>
              </w:rPr>
              <w:t>&lt;Contact&gt;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1F0907C"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4E3DBA8" w14:textId="77777777" w:rsidR="00282991" w:rsidRDefault="00FE4586">
            <w:pPr>
              <w:spacing w:after="0"/>
            </w:pPr>
            <w:r>
              <w:rPr>
                <w:rFonts w:eastAsia="Arial" w:cs="Arial"/>
                <w:i/>
                <w:color w:val="707070"/>
                <w:sz w:val="20"/>
              </w:rPr>
              <w:t>&lt;Insert&gt;</w:t>
            </w:r>
          </w:p>
        </w:tc>
      </w:tr>
      <w:tr w:rsidR="00282991" w14:paraId="403857BA" w14:textId="77777777">
        <w:trPr>
          <w:cantSplit/>
          <w:jc w:val="center"/>
        </w:trPr>
        <w:tc>
          <w:tcPr>
            <w:tcW w:w="31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48EDA1E" w14:textId="77777777" w:rsidR="00282991" w:rsidRDefault="00FE4586">
            <w:pPr>
              <w:spacing w:after="0"/>
            </w:pPr>
            <w:r>
              <w:rPr>
                <w:rFonts w:eastAsia="Arial" w:cs="Arial"/>
                <w:sz w:val="17"/>
              </w:rPr>
              <w:t>HCC-ME District Liaison</w:t>
            </w:r>
          </w:p>
        </w:tc>
        <w:tc>
          <w:tcPr>
            <w:tcW w:w="302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7529BE6" w14:textId="77777777" w:rsidR="00282991" w:rsidRDefault="00FE4586">
            <w:pPr>
              <w:spacing w:after="0"/>
            </w:pPr>
            <w:r>
              <w:rPr>
                <w:rFonts w:eastAsia="Arial" w:cs="Arial"/>
                <w:i/>
                <w:color w:val="707070"/>
                <w:sz w:val="20"/>
              </w:rPr>
              <w:t>&lt;Contact&gt;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73388B8"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F10BD3A" w14:textId="77777777" w:rsidR="00282991" w:rsidRDefault="00FE4586">
            <w:pPr>
              <w:spacing w:after="0"/>
            </w:pPr>
            <w:r>
              <w:rPr>
                <w:rFonts w:eastAsia="Arial" w:cs="Arial"/>
                <w:i/>
                <w:color w:val="707070"/>
                <w:sz w:val="20"/>
              </w:rPr>
              <w:t>&lt;Insert&gt;</w:t>
            </w:r>
          </w:p>
        </w:tc>
      </w:tr>
      <w:tr w:rsidR="00282991" w14:paraId="3E75C43B" w14:textId="77777777">
        <w:trPr>
          <w:cantSplit/>
          <w:jc w:val="center"/>
        </w:trPr>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C8A4593" w14:textId="77777777" w:rsidR="00282991" w:rsidRDefault="00FE4586">
            <w:pPr>
              <w:spacing w:after="0"/>
            </w:pPr>
            <w:r>
              <w:rPr>
                <w:rFonts w:eastAsia="Arial" w:cs="Arial"/>
                <w:sz w:val="17"/>
              </w:rPr>
              <w:t>ESRD Network / KCER</w:t>
            </w:r>
          </w:p>
        </w:tc>
        <w:tc>
          <w:tcPr>
            <w:tcW w:w="302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F9BEB6C" w14:textId="77777777" w:rsidR="00282991" w:rsidRDefault="00FE4586">
            <w:pPr>
              <w:spacing w:after="0"/>
            </w:pPr>
            <w:r>
              <w:rPr>
                <w:rFonts w:eastAsia="Arial" w:cs="Arial"/>
                <w:i/>
                <w:color w:val="707070"/>
                <w:sz w:val="20"/>
              </w:rPr>
              <w:t>&lt;Contact&gt;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BA371F7"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857E194" w14:textId="77777777" w:rsidR="00282991" w:rsidRDefault="00FE4586">
            <w:pPr>
              <w:spacing w:after="0"/>
            </w:pPr>
            <w:r>
              <w:rPr>
                <w:rFonts w:eastAsia="Arial" w:cs="Arial"/>
                <w:i/>
                <w:color w:val="707070"/>
                <w:sz w:val="20"/>
              </w:rPr>
              <w:t>&lt;Insert&gt;</w:t>
            </w:r>
          </w:p>
        </w:tc>
      </w:tr>
      <w:tr w:rsidR="00282991" w14:paraId="3F1F7DF8" w14:textId="77777777">
        <w:trPr>
          <w:cantSplit/>
          <w:jc w:val="center"/>
        </w:trPr>
        <w:tc>
          <w:tcPr>
            <w:tcW w:w="31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6F5E0A1" w14:textId="77777777" w:rsidR="00282991" w:rsidRDefault="00FE4586">
            <w:pPr>
              <w:spacing w:after="0"/>
            </w:pPr>
            <w:r>
              <w:rPr>
                <w:rFonts w:eastAsia="Arial" w:cs="Arial"/>
                <w:sz w:val="17"/>
              </w:rPr>
              <w:t>Utilities / water</w:t>
            </w:r>
          </w:p>
        </w:tc>
        <w:tc>
          <w:tcPr>
            <w:tcW w:w="302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1B7481E" w14:textId="77777777" w:rsidR="00282991" w:rsidRDefault="00FE4586">
            <w:pPr>
              <w:spacing w:after="0"/>
            </w:pPr>
            <w:r>
              <w:rPr>
                <w:rFonts w:eastAsia="Arial" w:cs="Arial"/>
                <w:i/>
                <w:color w:val="707070"/>
                <w:sz w:val="20"/>
              </w:rPr>
              <w:t>&lt;Contact&gt;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F56999D"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84FF965" w14:textId="77777777" w:rsidR="00282991" w:rsidRDefault="00FE4586">
            <w:pPr>
              <w:spacing w:after="0"/>
            </w:pPr>
            <w:r>
              <w:rPr>
                <w:rFonts w:eastAsia="Arial" w:cs="Arial"/>
                <w:i/>
                <w:color w:val="707070"/>
                <w:sz w:val="20"/>
              </w:rPr>
              <w:t>&lt;Insert&gt;</w:t>
            </w:r>
          </w:p>
        </w:tc>
      </w:tr>
      <w:tr w:rsidR="00282991" w14:paraId="099D1220" w14:textId="77777777">
        <w:trPr>
          <w:cantSplit/>
          <w:jc w:val="center"/>
        </w:trPr>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6306A9C" w14:textId="77777777" w:rsidR="00282991" w:rsidRDefault="00FE4586">
            <w:pPr>
              <w:spacing w:after="0"/>
            </w:pPr>
            <w:r>
              <w:rPr>
                <w:rFonts w:eastAsia="Arial" w:cs="Arial"/>
                <w:sz w:val="17"/>
              </w:rPr>
              <w:t>Key vendors</w:t>
            </w:r>
          </w:p>
        </w:tc>
        <w:tc>
          <w:tcPr>
            <w:tcW w:w="302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A76C280" w14:textId="77777777" w:rsidR="00282991" w:rsidRDefault="00FE4586">
            <w:pPr>
              <w:spacing w:after="0"/>
            </w:pPr>
            <w:r>
              <w:rPr>
                <w:rFonts w:eastAsia="Arial" w:cs="Arial"/>
                <w:i/>
                <w:color w:val="707070"/>
                <w:sz w:val="20"/>
              </w:rPr>
              <w:t>&lt;Directory&gt;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910B4EB"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0F95E22" w14:textId="77777777" w:rsidR="00282991" w:rsidRDefault="00FE4586">
            <w:pPr>
              <w:spacing w:after="0"/>
            </w:pPr>
            <w:r>
              <w:rPr>
                <w:rFonts w:eastAsia="Arial" w:cs="Arial"/>
                <w:i/>
                <w:color w:val="707070"/>
                <w:sz w:val="20"/>
              </w:rPr>
              <w:t>&lt;Insert&gt;</w:t>
            </w:r>
          </w:p>
        </w:tc>
      </w:tr>
    </w:tbl>
    <w:p w14:paraId="69CD0BF2" w14:textId="77777777" w:rsidR="00282991" w:rsidRDefault="00282991">
      <w:pPr>
        <w:spacing w:after="20"/>
      </w:pPr>
    </w:p>
    <w:p w14:paraId="7A503733" w14:textId="77777777" w:rsidR="00282991" w:rsidRDefault="00FE4586">
      <w:r>
        <w:br w:type="page"/>
      </w:r>
    </w:p>
    <w:p w14:paraId="72629C21" w14:textId="77777777" w:rsidR="00282991" w:rsidRDefault="00FE4586">
      <w:pPr>
        <w:pStyle w:val="Heading1"/>
        <w:pBdr>
          <w:bottom w:val="single" w:sz="10" w:space="2" w:color="E63B07"/>
        </w:pBdr>
      </w:pPr>
      <w:r>
        <w:rPr>
          <w:rFonts w:ascii="Arial" w:eastAsia="Arial" w:hAnsi="Arial" w:cs="Arial"/>
        </w:rPr>
        <w:lastRenderedPageBreak/>
        <w:t>ATTACHMENT F - AGREEMENTS / ALTERNATE DIALYSIS / TRANSPORTATION / HOSPITAL COVERAGE</w:t>
      </w:r>
    </w:p>
    <w:tbl>
      <w:tblPr>
        <w:tblW w:w="0" w:type="auto"/>
        <w:jc w:val="center"/>
        <w:tblLayout w:type="fixed"/>
        <w:tblLook w:val="04A0" w:firstRow="1" w:lastRow="0" w:firstColumn="1" w:lastColumn="0" w:noHBand="0" w:noVBand="1"/>
      </w:tblPr>
      <w:tblGrid>
        <w:gridCol w:w="2016"/>
        <w:gridCol w:w="2592"/>
        <w:gridCol w:w="1728"/>
        <w:gridCol w:w="1728"/>
        <w:gridCol w:w="1584"/>
        <w:gridCol w:w="1152"/>
      </w:tblGrid>
      <w:tr w:rsidR="00282991" w14:paraId="2C5C9380" w14:textId="77777777">
        <w:trPr>
          <w:cantSplit/>
          <w:tblHeader/>
          <w:jc w:val="center"/>
        </w:trPr>
        <w:tc>
          <w:tcPr>
            <w:tcW w:w="201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C0CA0E3" w14:textId="77777777" w:rsidR="00282991" w:rsidRDefault="00FE4586">
            <w:pPr>
              <w:spacing w:after="0"/>
            </w:pPr>
            <w:r>
              <w:rPr>
                <w:rFonts w:eastAsia="Arial" w:cs="Arial"/>
                <w:b/>
                <w:color w:val="FFFFFF"/>
                <w:sz w:val="15"/>
              </w:rPr>
              <w:t>Partner / Vendor</w:t>
            </w:r>
          </w:p>
        </w:tc>
        <w:tc>
          <w:tcPr>
            <w:tcW w:w="259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B850AE5" w14:textId="77777777" w:rsidR="00282991" w:rsidRDefault="00FE4586">
            <w:pPr>
              <w:spacing w:after="0"/>
            </w:pPr>
            <w:r>
              <w:rPr>
                <w:rFonts w:eastAsia="Arial" w:cs="Arial"/>
                <w:b/>
                <w:color w:val="FFFFFF"/>
                <w:sz w:val="15"/>
              </w:rPr>
              <w:t>Purpose</w:t>
            </w:r>
          </w:p>
        </w:tc>
        <w:tc>
          <w:tcPr>
            <w:tcW w:w="172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9FFB248" w14:textId="77777777" w:rsidR="00282991" w:rsidRDefault="00FE4586">
            <w:pPr>
              <w:spacing w:after="0"/>
            </w:pPr>
            <w:r>
              <w:rPr>
                <w:rFonts w:eastAsia="Arial" w:cs="Arial"/>
                <w:b/>
                <w:color w:val="FFFFFF"/>
                <w:sz w:val="15"/>
              </w:rPr>
              <w:t>Agreement Type</w:t>
            </w:r>
          </w:p>
        </w:tc>
        <w:tc>
          <w:tcPr>
            <w:tcW w:w="172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1674BBF" w14:textId="77777777" w:rsidR="00282991" w:rsidRDefault="00FE4586">
            <w:pPr>
              <w:spacing w:after="0"/>
            </w:pPr>
            <w:r>
              <w:rPr>
                <w:rFonts w:eastAsia="Arial" w:cs="Arial"/>
                <w:b/>
                <w:color w:val="FFFFFF"/>
                <w:sz w:val="15"/>
              </w:rPr>
              <w:t>Effective / Expiration</w:t>
            </w:r>
          </w:p>
        </w:tc>
        <w:tc>
          <w:tcPr>
            <w:tcW w:w="158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2D1C531" w14:textId="77777777" w:rsidR="00282991" w:rsidRDefault="00FE4586">
            <w:pPr>
              <w:spacing w:after="0"/>
            </w:pPr>
            <w:r>
              <w:rPr>
                <w:rFonts w:eastAsia="Arial" w:cs="Arial"/>
                <w:b/>
                <w:color w:val="FFFFFF"/>
                <w:sz w:val="15"/>
              </w:rPr>
              <w:t>24/7 Contact</w:t>
            </w:r>
          </w:p>
        </w:tc>
        <w:tc>
          <w:tcPr>
            <w:tcW w:w="115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486A45F" w14:textId="77777777" w:rsidR="00282991" w:rsidRDefault="00FE4586">
            <w:pPr>
              <w:spacing w:after="0"/>
            </w:pPr>
            <w:r>
              <w:rPr>
                <w:rFonts w:eastAsia="Arial" w:cs="Arial"/>
                <w:b/>
                <w:color w:val="FFFFFF"/>
                <w:sz w:val="15"/>
              </w:rPr>
              <w:t>Controlled Location</w:t>
            </w:r>
          </w:p>
        </w:tc>
      </w:tr>
      <w:tr w:rsidR="00282991" w14:paraId="3F6EE73E" w14:textId="77777777">
        <w:trPr>
          <w:cantSplit/>
          <w:jc w:val="center"/>
        </w:trPr>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69357CF"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D9C96E4" w14:textId="77777777" w:rsidR="00282991" w:rsidRDefault="00FE4586">
            <w:pPr>
              <w:spacing w:after="0"/>
            </w:pPr>
            <w:r>
              <w:rPr>
                <w:rFonts w:eastAsia="Arial" w:cs="Arial"/>
                <w:i/>
                <w:color w:val="707070"/>
                <w:sz w:val="20"/>
              </w:rPr>
              <w:t>&lt;Alternate dialysis / hospital / transportation / vendor / other&gt;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B555184" w14:textId="77777777" w:rsidR="00282991" w:rsidRDefault="00FE4586">
            <w:pPr>
              <w:spacing w:after="0"/>
            </w:pPr>
            <w:r>
              <w:rPr>
                <w:rFonts w:eastAsia="Arial" w:cs="Arial"/>
                <w:i/>
                <w:color w:val="707070"/>
                <w:sz w:val="20"/>
              </w:rPr>
              <w:t>&lt;MOU / agreement / contract&gt;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32500A2" w14:textId="77777777" w:rsidR="00282991" w:rsidRDefault="00FE4586">
            <w:pPr>
              <w:spacing w:after="0"/>
            </w:pPr>
            <w:r>
              <w:rPr>
                <w:rFonts w:eastAsia="Arial" w:cs="Arial"/>
                <w:i/>
                <w:color w:val="707070"/>
                <w:sz w:val="20"/>
              </w:rPr>
              <w:t>&lt;Dates&gt;</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D960BDC" w14:textId="77777777" w:rsidR="00282991" w:rsidRDefault="00FE4586">
            <w:pPr>
              <w:spacing w:after="0"/>
            </w:pPr>
            <w:r>
              <w:rPr>
                <w:rFonts w:eastAsia="Arial" w:cs="Arial"/>
                <w:i/>
                <w:color w:val="707070"/>
                <w:sz w:val="20"/>
              </w:rPr>
              <w:t>&lt;Contact&gt;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051DBEC" w14:textId="77777777" w:rsidR="00282991" w:rsidRDefault="00FE4586">
            <w:pPr>
              <w:spacing w:after="0"/>
            </w:pPr>
            <w:r>
              <w:rPr>
                <w:rFonts w:eastAsia="Arial" w:cs="Arial"/>
                <w:i/>
                <w:color w:val="707070"/>
                <w:sz w:val="20"/>
              </w:rPr>
              <w:t>&lt;Location&gt;</w:t>
            </w:r>
          </w:p>
        </w:tc>
      </w:tr>
      <w:tr w:rsidR="00282991" w14:paraId="688056EF" w14:textId="77777777">
        <w:trPr>
          <w:cantSplit/>
          <w:jc w:val="center"/>
        </w:trPr>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CAA0EB1"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302559F" w14:textId="77777777" w:rsidR="00282991" w:rsidRDefault="00FE4586">
            <w:pPr>
              <w:spacing w:after="0"/>
            </w:pPr>
            <w:r>
              <w:rPr>
                <w:rFonts w:eastAsia="Arial" w:cs="Arial"/>
                <w:i/>
                <w:color w:val="707070"/>
                <w:sz w:val="20"/>
              </w:rPr>
              <w:t>&lt;Alternate dialysis / hospital / transportation / vendor / other&gt;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B9B8CE1" w14:textId="77777777" w:rsidR="00282991" w:rsidRDefault="00FE4586">
            <w:pPr>
              <w:spacing w:after="0"/>
            </w:pPr>
            <w:r>
              <w:rPr>
                <w:rFonts w:eastAsia="Arial" w:cs="Arial"/>
                <w:i/>
                <w:color w:val="707070"/>
                <w:sz w:val="20"/>
              </w:rPr>
              <w:t>&lt;MOU / agreement / contract&gt;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9785E98" w14:textId="77777777" w:rsidR="00282991" w:rsidRDefault="00FE4586">
            <w:pPr>
              <w:spacing w:after="0"/>
            </w:pPr>
            <w:r>
              <w:rPr>
                <w:rFonts w:eastAsia="Arial" w:cs="Arial"/>
                <w:i/>
                <w:color w:val="707070"/>
                <w:sz w:val="20"/>
              </w:rPr>
              <w:t>&lt;Dates&gt;</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9D1B24E" w14:textId="77777777" w:rsidR="00282991" w:rsidRDefault="00FE4586">
            <w:pPr>
              <w:spacing w:after="0"/>
            </w:pPr>
            <w:r>
              <w:rPr>
                <w:rFonts w:eastAsia="Arial" w:cs="Arial"/>
                <w:i/>
                <w:color w:val="707070"/>
                <w:sz w:val="20"/>
              </w:rPr>
              <w:t>&lt;Contact&gt;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CB21FF2" w14:textId="77777777" w:rsidR="00282991" w:rsidRDefault="00FE4586">
            <w:pPr>
              <w:spacing w:after="0"/>
            </w:pPr>
            <w:r>
              <w:rPr>
                <w:rFonts w:eastAsia="Arial" w:cs="Arial"/>
                <w:i/>
                <w:color w:val="707070"/>
                <w:sz w:val="20"/>
              </w:rPr>
              <w:t>&lt;Location&gt;</w:t>
            </w:r>
          </w:p>
        </w:tc>
      </w:tr>
      <w:tr w:rsidR="00282991" w14:paraId="6ACE2F4F" w14:textId="77777777">
        <w:trPr>
          <w:cantSplit/>
          <w:jc w:val="center"/>
        </w:trPr>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E940EBB"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105D1BC" w14:textId="77777777" w:rsidR="00282991" w:rsidRDefault="00FE4586">
            <w:pPr>
              <w:spacing w:after="0"/>
            </w:pPr>
            <w:r>
              <w:rPr>
                <w:rFonts w:eastAsia="Arial" w:cs="Arial"/>
                <w:i/>
                <w:color w:val="707070"/>
                <w:sz w:val="20"/>
              </w:rPr>
              <w:t>&lt;Alternate dialysis / hospital / transportation / vendor / other&gt;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74BDCCF" w14:textId="77777777" w:rsidR="00282991" w:rsidRDefault="00FE4586">
            <w:pPr>
              <w:spacing w:after="0"/>
            </w:pPr>
            <w:r>
              <w:rPr>
                <w:rFonts w:eastAsia="Arial" w:cs="Arial"/>
                <w:i/>
                <w:color w:val="707070"/>
                <w:sz w:val="20"/>
              </w:rPr>
              <w:t>&lt;MOU / agreement / contract&gt;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462BDED" w14:textId="77777777" w:rsidR="00282991" w:rsidRDefault="00FE4586">
            <w:pPr>
              <w:spacing w:after="0"/>
            </w:pPr>
            <w:r>
              <w:rPr>
                <w:rFonts w:eastAsia="Arial" w:cs="Arial"/>
                <w:i/>
                <w:color w:val="707070"/>
                <w:sz w:val="20"/>
              </w:rPr>
              <w:t>&lt;Dates&gt;</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B1D06F0" w14:textId="77777777" w:rsidR="00282991" w:rsidRDefault="00FE4586">
            <w:pPr>
              <w:spacing w:after="0"/>
            </w:pPr>
            <w:r>
              <w:rPr>
                <w:rFonts w:eastAsia="Arial" w:cs="Arial"/>
                <w:i/>
                <w:color w:val="707070"/>
                <w:sz w:val="20"/>
              </w:rPr>
              <w:t>&lt;Contact&gt;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39FF6DC" w14:textId="77777777" w:rsidR="00282991" w:rsidRDefault="00FE4586">
            <w:pPr>
              <w:spacing w:after="0"/>
            </w:pPr>
            <w:r>
              <w:rPr>
                <w:rFonts w:eastAsia="Arial" w:cs="Arial"/>
                <w:i/>
                <w:color w:val="707070"/>
                <w:sz w:val="20"/>
              </w:rPr>
              <w:t>&lt;Location&gt;</w:t>
            </w:r>
          </w:p>
        </w:tc>
      </w:tr>
      <w:tr w:rsidR="00282991" w14:paraId="0C3D6644" w14:textId="77777777">
        <w:trPr>
          <w:cantSplit/>
          <w:jc w:val="center"/>
        </w:trPr>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2F9DE4B"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6D188A3" w14:textId="77777777" w:rsidR="00282991" w:rsidRDefault="00FE4586">
            <w:pPr>
              <w:spacing w:after="0"/>
            </w:pPr>
            <w:r>
              <w:rPr>
                <w:rFonts w:eastAsia="Arial" w:cs="Arial"/>
                <w:i/>
                <w:color w:val="707070"/>
                <w:sz w:val="20"/>
              </w:rPr>
              <w:t>&lt;Alternate dialysis / hospital / transportation / vendor / other&gt;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F73A131" w14:textId="77777777" w:rsidR="00282991" w:rsidRDefault="00FE4586">
            <w:pPr>
              <w:spacing w:after="0"/>
            </w:pPr>
            <w:r>
              <w:rPr>
                <w:rFonts w:eastAsia="Arial" w:cs="Arial"/>
                <w:i/>
                <w:color w:val="707070"/>
                <w:sz w:val="20"/>
              </w:rPr>
              <w:t>&lt;MOU / agreement / contract&gt;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1FBCCB0" w14:textId="77777777" w:rsidR="00282991" w:rsidRDefault="00FE4586">
            <w:pPr>
              <w:spacing w:after="0"/>
            </w:pPr>
            <w:r>
              <w:rPr>
                <w:rFonts w:eastAsia="Arial" w:cs="Arial"/>
                <w:i/>
                <w:color w:val="707070"/>
                <w:sz w:val="20"/>
              </w:rPr>
              <w:t>&lt;Dates&gt;</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3E84763" w14:textId="77777777" w:rsidR="00282991" w:rsidRDefault="00FE4586">
            <w:pPr>
              <w:spacing w:after="0"/>
            </w:pPr>
            <w:r>
              <w:rPr>
                <w:rFonts w:eastAsia="Arial" w:cs="Arial"/>
                <w:i/>
                <w:color w:val="707070"/>
                <w:sz w:val="20"/>
              </w:rPr>
              <w:t>&lt;Contact&gt;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1079DCC" w14:textId="77777777" w:rsidR="00282991" w:rsidRDefault="00FE4586">
            <w:pPr>
              <w:spacing w:after="0"/>
            </w:pPr>
            <w:r>
              <w:rPr>
                <w:rFonts w:eastAsia="Arial" w:cs="Arial"/>
                <w:i/>
                <w:color w:val="707070"/>
                <w:sz w:val="20"/>
              </w:rPr>
              <w:t>&lt;Location&gt;</w:t>
            </w:r>
          </w:p>
        </w:tc>
      </w:tr>
      <w:tr w:rsidR="00282991" w14:paraId="3E915D69" w14:textId="77777777">
        <w:trPr>
          <w:cantSplit/>
          <w:jc w:val="center"/>
        </w:trPr>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A88F94C"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3D0B418" w14:textId="77777777" w:rsidR="00282991" w:rsidRDefault="00FE4586">
            <w:pPr>
              <w:spacing w:after="0"/>
            </w:pPr>
            <w:r>
              <w:rPr>
                <w:rFonts w:eastAsia="Arial" w:cs="Arial"/>
                <w:i/>
                <w:color w:val="707070"/>
                <w:sz w:val="20"/>
              </w:rPr>
              <w:t>&lt;Alternate dialysis / hospital / transportation / vendor / other&gt;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899F49A" w14:textId="77777777" w:rsidR="00282991" w:rsidRDefault="00FE4586">
            <w:pPr>
              <w:spacing w:after="0"/>
            </w:pPr>
            <w:r>
              <w:rPr>
                <w:rFonts w:eastAsia="Arial" w:cs="Arial"/>
                <w:i/>
                <w:color w:val="707070"/>
                <w:sz w:val="20"/>
              </w:rPr>
              <w:t>&lt;MOU / agreement / contract&gt;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49A9C3" w14:textId="77777777" w:rsidR="00282991" w:rsidRDefault="00FE4586">
            <w:pPr>
              <w:spacing w:after="0"/>
            </w:pPr>
            <w:r>
              <w:rPr>
                <w:rFonts w:eastAsia="Arial" w:cs="Arial"/>
                <w:i/>
                <w:color w:val="707070"/>
                <w:sz w:val="20"/>
              </w:rPr>
              <w:t>&lt;Dates&gt;</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602744F" w14:textId="77777777" w:rsidR="00282991" w:rsidRDefault="00FE4586">
            <w:pPr>
              <w:spacing w:after="0"/>
            </w:pPr>
            <w:r>
              <w:rPr>
                <w:rFonts w:eastAsia="Arial" w:cs="Arial"/>
                <w:i/>
                <w:color w:val="707070"/>
                <w:sz w:val="20"/>
              </w:rPr>
              <w:t>&lt;Contact&gt;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734C5B3" w14:textId="77777777" w:rsidR="00282991" w:rsidRDefault="00FE4586">
            <w:pPr>
              <w:spacing w:after="0"/>
            </w:pPr>
            <w:r>
              <w:rPr>
                <w:rFonts w:eastAsia="Arial" w:cs="Arial"/>
                <w:i/>
                <w:color w:val="707070"/>
                <w:sz w:val="20"/>
              </w:rPr>
              <w:t>&lt;Location&gt;</w:t>
            </w:r>
          </w:p>
        </w:tc>
      </w:tr>
      <w:tr w:rsidR="00282991" w14:paraId="3BB92365" w14:textId="77777777">
        <w:trPr>
          <w:cantSplit/>
          <w:jc w:val="center"/>
        </w:trPr>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9B968DF"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8F92A27" w14:textId="77777777" w:rsidR="00282991" w:rsidRDefault="00FE4586">
            <w:pPr>
              <w:spacing w:after="0"/>
            </w:pPr>
            <w:r>
              <w:rPr>
                <w:rFonts w:eastAsia="Arial" w:cs="Arial"/>
                <w:i/>
                <w:color w:val="707070"/>
                <w:sz w:val="20"/>
              </w:rPr>
              <w:t>&lt;Alternate dialysis / hospital / transportation / vendor / other&gt;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9D2C64D" w14:textId="77777777" w:rsidR="00282991" w:rsidRDefault="00FE4586">
            <w:pPr>
              <w:spacing w:after="0"/>
            </w:pPr>
            <w:r>
              <w:rPr>
                <w:rFonts w:eastAsia="Arial" w:cs="Arial"/>
                <w:i/>
                <w:color w:val="707070"/>
                <w:sz w:val="20"/>
              </w:rPr>
              <w:t>&lt;MOU / agreement / contract&gt;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60E514B" w14:textId="77777777" w:rsidR="00282991" w:rsidRDefault="00FE4586">
            <w:pPr>
              <w:spacing w:after="0"/>
            </w:pPr>
            <w:r>
              <w:rPr>
                <w:rFonts w:eastAsia="Arial" w:cs="Arial"/>
                <w:i/>
                <w:color w:val="707070"/>
                <w:sz w:val="20"/>
              </w:rPr>
              <w:t>&lt;Dates&gt;</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E514B23" w14:textId="77777777" w:rsidR="00282991" w:rsidRDefault="00FE4586">
            <w:pPr>
              <w:spacing w:after="0"/>
            </w:pPr>
            <w:r>
              <w:rPr>
                <w:rFonts w:eastAsia="Arial" w:cs="Arial"/>
                <w:i/>
                <w:color w:val="707070"/>
                <w:sz w:val="20"/>
              </w:rPr>
              <w:t>&lt;Contact&gt;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FBC73F4" w14:textId="77777777" w:rsidR="00282991" w:rsidRDefault="00FE4586">
            <w:pPr>
              <w:spacing w:after="0"/>
            </w:pPr>
            <w:r>
              <w:rPr>
                <w:rFonts w:eastAsia="Arial" w:cs="Arial"/>
                <w:i/>
                <w:color w:val="707070"/>
                <w:sz w:val="20"/>
              </w:rPr>
              <w:t>&lt;Location&gt;</w:t>
            </w:r>
          </w:p>
        </w:tc>
      </w:tr>
      <w:tr w:rsidR="00282991" w14:paraId="3768F3B2" w14:textId="77777777">
        <w:trPr>
          <w:cantSplit/>
          <w:jc w:val="center"/>
        </w:trPr>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88FA5AB"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9D37201" w14:textId="77777777" w:rsidR="00282991" w:rsidRDefault="00FE4586">
            <w:pPr>
              <w:spacing w:after="0"/>
            </w:pPr>
            <w:r>
              <w:rPr>
                <w:rFonts w:eastAsia="Arial" w:cs="Arial"/>
                <w:i/>
                <w:color w:val="707070"/>
                <w:sz w:val="20"/>
              </w:rPr>
              <w:t>&lt;Alternate dialysis / hospital / transportation / vendor / other&gt;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FC964E2" w14:textId="77777777" w:rsidR="00282991" w:rsidRDefault="00FE4586">
            <w:pPr>
              <w:spacing w:after="0"/>
            </w:pPr>
            <w:r>
              <w:rPr>
                <w:rFonts w:eastAsia="Arial" w:cs="Arial"/>
                <w:i/>
                <w:color w:val="707070"/>
                <w:sz w:val="20"/>
              </w:rPr>
              <w:t>&lt;MOU / agreement / contract&gt;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C3007BE" w14:textId="77777777" w:rsidR="00282991" w:rsidRDefault="00FE4586">
            <w:pPr>
              <w:spacing w:after="0"/>
            </w:pPr>
            <w:r>
              <w:rPr>
                <w:rFonts w:eastAsia="Arial" w:cs="Arial"/>
                <w:i/>
                <w:color w:val="707070"/>
                <w:sz w:val="20"/>
              </w:rPr>
              <w:t>&lt;Dates&gt;</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9A5F577" w14:textId="77777777" w:rsidR="00282991" w:rsidRDefault="00FE4586">
            <w:pPr>
              <w:spacing w:after="0"/>
            </w:pPr>
            <w:r>
              <w:rPr>
                <w:rFonts w:eastAsia="Arial" w:cs="Arial"/>
                <w:i/>
                <w:color w:val="707070"/>
                <w:sz w:val="20"/>
              </w:rPr>
              <w:t>&lt;Contact&gt;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EC6B05E" w14:textId="77777777" w:rsidR="00282991" w:rsidRDefault="00FE4586">
            <w:pPr>
              <w:spacing w:after="0"/>
            </w:pPr>
            <w:r>
              <w:rPr>
                <w:rFonts w:eastAsia="Arial" w:cs="Arial"/>
                <w:i/>
                <w:color w:val="707070"/>
                <w:sz w:val="20"/>
              </w:rPr>
              <w:t>&lt;Location&gt;</w:t>
            </w:r>
          </w:p>
        </w:tc>
      </w:tr>
      <w:tr w:rsidR="00282991" w14:paraId="634446EF" w14:textId="77777777">
        <w:trPr>
          <w:cantSplit/>
          <w:jc w:val="center"/>
        </w:trPr>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059BC92"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DA3FCC4" w14:textId="77777777" w:rsidR="00282991" w:rsidRDefault="00FE4586">
            <w:pPr>
              <w:spacing w:after="0"/>
            </w:pPr>
            <w:r>
              <w:rPr>
                <w:rFonts w:eastAsia="Arial" w:cs="Arial"/>
                <w:i/>
                <w:color w:val="707070"/>
                <w:sz w:val="20"/>
              </w:rPr>
              <w:t>&lt;Alternate dialysis / hospital / transportation / vendor / other&gt;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724A8DF" w14:textId="77777777" w:rsidR="00282991" w:rsidRDefault="00FE4586">
            <w:pPr>
              <w:spacing w:after="0"/>
            </w:pPr>
            <w:r>
              <w:rPr>
                <w:rFonts w:eastAsia="Arial" w:cs="Arial"/>
                <w:i/>
                <w:color w:val="707070"/>
                <w:sz w:val="20"/>
              </w:rPr>
              <w:t>&lt;MOU / agreement / contract&gt;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46F394C" w14:textId="77777777" w:rsidR="00282991" w:rsidRDefault="00FE4586">
            <w:pPr>
              <w:spacing w:after="0"/>
            </w:pPr>
            <w:r>
              <w:rPr>
                <w:rFonts w:eastAsia="Arial" w:cs="Arial"/>
                <w:i/>
                <w:color w:val="707070"/>
                <w:sz w:val="20"/>
              </w:rPr>
              <w:t>&lt;Dates&gt;</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9F5DAA0" w14:textId="77777777" w:rsidR="00282991" w:rsidRDefault="00FE4586">
            <w:pPr>
              <w:spacing w:after="0"/>
            </w:pPr>
            <w:r>
              <w:rPr>
                <w:rFonts w:eastAsia="Arial" w:cs="Arial"/>
                <w:i/>
                <w:color w:val="707070"/>
                <w:sz w:val="20"/>
              </w:rPr>
              <w:t>&lt;Contact&gt;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7D0E093" w14:textId="77777777" w:rsidR="00282991" w:rsidRDefault="00FE4586">
            <w:pPr>
              <w:spacing w:after="0"/>
            </w:pPr>
            <w:r>
              <w:rPr>
                <w:rFonts w:eastAsia="Arial" w:cs="Arial"/>
                <w:i/>
                <w:color w:val="707070"/>
                <w:sz w:val="20"/>
              </w:rPr>
              <w:t>&lt;Location&gt;</w:t>
            </w:r>
          </w:p>
        </w:tc>
      </w:tr>
    </w:tbl>
    <w:p w14:paraId="4D622F5E" w14:textId="77777777" w:rsidR="00282991" w:rsidRDefault="00282991">
      <w:pPr>
        <w:spacing w:after="20"/>
      </w:pPr>
    </w:p>
    <w:p w14:paraId="4ABFFC3E" w14:textId="77777777" w:rsidR="00282991" w:rsidRDefault="00FE4586">
      <w:r>
        <w:br w:type="page"/>
      </w:r>
    </w:p>
    <w:p w14:paraId="423CC139" w14:textId="77777777" w:rsidR="00282991" w:rsidRDefault="00FE4586">
      <w:pPr>
        <w:pStyle w:val="Heading1"/>
        <w:pBdr>
          <w:bottom w:val="single" w:sz="10" w:space="2" w:color="E63B07"/>
        </w:pBdr>
      </w:pPr>
      <w:r>
        <w:rPr>
          <w:rFonts w:ascii="Arial" w:eastAsia="Arial" w:hAnsi="Arial" w:cs="Arial"/>
        </w:rPr>
        <w:lastRenderedPageBreak/>
        <w:t>ATTACHMENT G - SUPPLY CHAIN &amp; DIALYSIS RESOURCE CONTINUITY</w:t>
      </w:r>
    </w:p>
    <w:tbl>
      <w:tblPr>
        <w:tblW w:w="0" w:type="auto"/>
        <w:jc w:val="center"/>
        <w:tblLayout w:type="fixed"/>
        <w:tblLook w:val="04A0" w:firstRow="1" w:lastRow="0" w:firstColumn="1" w:lastColumn="0" w:noHBand="0" w:noVBand="1"/>
      </w:tblPr>
      <w:tblGrid>
        <w:gridCol w:w="1872"/>
        <w:gridCol w:w="1656"/>
        <w:gridCol w:w="1728"/>
        <w:gridCol w:w="1512"/>
        <w:gridCol w:w="2016"/>
        <w:gridCol w:w="1872"/>
        <w:gridCol w:w="1152"/>
      </w:tblGrid>
      <w:tr w:rsidR="00282991" w14:paraId="4E9FF6CB" w14:textId="77777777">
        <w:trPr>
          <w:cantSplit/>
          <w:tblHeader/>
          <w:jc w:val="center"/>
        </w:trPr>
        <w:tc>
          <w:tcPr>
            <w:tcW w:w="187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FCD745C" w14:textId="77777777" w:rsidR="00282991" w:rsidRDefault="00FE4586">
            <w:pPr>
              <w:spacing w:after="0"/>
            </w:pPr>
            <w:r>
              <w:rPr>
                <w:rFonts w:eastAsia="Arial" w:cs="Arial"/>
                <w:b/>
                <w:color w:val="FFFFFF"/>
                <w:sz w:val="14"/>
              </w:rPr>
              <w:t>Resource</w:t>
            </w:r>
          </w:p>
        </w:tc>
        <w:tc>
          <w:tcPr>
            <w:tcW w:w="165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7F5C04A" w14:textId="77777777" w:rsidR="00282991" w:rsidRDefault="00FE4586">
            <w:pPr>
              <w:spacing w:after="0"/>
            </w:pPr>
            <w:r>
              <w:rPr>
                <w:rFonts w:eastAsia="Arial" w:cs="Arial"/>
                <w:b/>
                <w:color w:val="FFFFFF"/>
                <w:sz w:val="14"/>
              </w:rPr>
              <w:t>Normal Source</w:t>
            </w:r>
          </w:p>
        </w:tc>
        <w:tc>
          <w:tcPr>
            <w:tcW w:w="172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9DED30A" w14:textId="77777777" w:rsidR="00282991" w:rsidRDefault="00FE4586">
            <w:pPr>
              <w:spacing w:after="0"/>
            </w:pPr>
            <w:r>
              <w:rPr>
                <w:rFonts w:eastAsia="Arial" w:cs="Arial"/>
                <w:b/>
                <w:color w:val="FFFFFF"/>
                <w:sz w:val="14"/>
              </w:rPr>
              <w:t>Emergency Source</w:t>
            </w:r>
          </w:p>
        </w:tc>
        <w:tc>
          <w:tcPr>
            <w:tcW w:w="151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452FFB8" w14:textId="77777777" w:rsidR="00282991" w:rsidRDefault="00FE4586">
            <w:pPr>
              <w:spacing w:after="0"/>
            </w:pPr>
            <w:r>
              <w:rPr>
                <w:rFonts w:eastAsia="Arial" w:cs="Arial"/>
                <w:b/>
                <w:color w:val="FFFFFF"/>
                <w:sz w:val="14"/>
              </w:rPr>
              <w:t>On-Hand Target</w:t>
            </w:r>
          </w:p>
        </w:tc>
        <w:tc>
          <w:tcPr>
            <w:tcW w:w="201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F2934EC" w14:textId="77777777" w:rsidR="00282991" w:rsidRDefault="00FE4586">
            <w:pPr>
              <w:spacing w:after="0"/>
            </w:pPr>
            <w:r>
              <w:rPr>
                <w:rFonts w:eastAsia="Arial" w:cs="Arial"/>
                <w:b/>
                <w:color w:val="FFFFFF"/>
                <w:sz w:val="14"/>
              </w:rPr>
              <w:t>Conservation / Substitute</w:t>
            </w:r>
          </w:p>
        </w:tc>
        <w:tc>
          <w:tcPr>
            <w:tcW w:w="187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AE01DF9" w14:textId="77777777" w:rsidR="00282991" w:rsidRDefault="00FE4586">
            <w:pPr>
              <w:spacing w:after="0"/>
            </w:pPr>
            <w:r>
              <w:rPr>
                <w:rFonts w:eastAsia="Arial" w:cs="Arial"/>
                <w:b/>
                <w:color w:val="FFFFFF"/>
                <w:sz w:val="14"/>
              </w:rPr>
              <w:t>Reorder / Transfer Trigger</w:t>
            </w:r>
          </w:p>
        </w:tc>
        <w:tc>
          <w:tcPr>
            <w:tcW w:w="115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2EAA3F0" w14:textId="77777777" w:rsidR="00282991" w:rsidRDefault="00FE4586">
            <w:pPr>
              <w:spacing w:after="0"/>
            </w:pPr>
            <w:r>
              <w:rPr>
                <w:rFonts w:eastAsia="Arial" w:cs="Arial"/>
                <w:b/>
                <w:color w:val="FFFFFF"/>
                <w:sz w:val="14"/>
              </w:rPr>
              <w:t>Owner</w:t>
            </w:r>
          </w:p>
        </w:tc>
      </w:tr>
      <w:tr w:rsidR="00282991" w14:paraId="276E4354"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9CBA3F5" w14:textId="77777777" w:rsidR="00282991" w:rsidRDefault="00FE4586">
            <w:pPr>
              <w:spacing w:after="0"/>
            </w:pPr>
            <w:r>
              <w:rPr>
                <w:rFonts w:eastAsia="Arial" w:cs="Arial"/>
                <w:i/>
                <w:color w:val="707070"/>
                <w:sz w:val="20"/>
              </w:rPr>
              <w:t>&lt;Insert&gt;</w:t>
            </w:r>
          </w:p>
        </w:tc>
        <w:tc>
          <w:tcPr>
            <w:tcW w:w="16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45DE284"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0C7CD19" w14:textId="77777777" w:rsidR="00282991" w:rsidRDefault="00FE4586">
            <w:pPr>
              <w:spacing w:after="0"/>
            </w:pPr>
            <w:r>
              <w:rPr>
                <w:rFonts w:eastAsia="Arial" w:cs="Arial"/>
                <w:i/>
                <w:color w:val="707070"/>
                <w:sz w:val="20"/>
              </w:rPr>
              <w:t>&lt;Insert&gt;</w:t>
            </w:r>
          </w:p>
        </w:tc>
        <w:tc>
          <w:tcPr>
            <w:tcW w:w="15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C142E8B"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D4A6B01"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AF7DD68"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1F5A2AA" w14:textId="77777777" w:rsidR="00282991" w:rsidRDefault="00FE4586">
            <w:pPr>
              <w:spacing w:after="0"/>
            </w:pPr>
            <w:r>
              <w:rPr>
                <w:rFonts w:eastAsia="Arial" w:cs="Arial"/>
                <w:i/>
                <w:color w:val="707070"/>
                <w:sz w:val="20"/>
              </w:rPr>
              <w:t>&lt;Insert&gt;</w:t>
            </w:r>
          </w:p>
        </w:tc>
      </w:tr>
      <w:tr w:rsidR="00282991" w14:paraId="2B3BDB05"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C19B2C0" w14:textId="77777777" w:rsidR="00282991" w:rsidRDefault="00FE4586">
            <w:pPr>
              <w:spacing w:after="0"/>
            </w:pPr>
            <w:r>
              <w:rPr>
                <w:rFonts w:eastAsia="Arial" w:cs="Arial"/>
                <w:i/>
                <w:color w:val="707070"/>
                <w:sz w:val="20"/>
              </w:rPr>
              <w:t>&lt;Insert&gt;</w:t>
            </w:r>
          </w:p>
        </w:tc>
        <w:tc>
          <w:tcPr>
            <w:tcW w:w="16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0EB434C"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C818264" w14:textId="77777777" w:rsidR="00282991" w:rsidRDefault="00FE4586">
            <w:pPr>
              <w:spacing w:after="0"/>
            </w:pPr>
            <w:r>
              <w:rPr>
                <w:rFonts w:eastAsia="Arial" w:cs="Arial"/>
                <w:i/>
                <w:color w:val="707070"/>
                <w:sz w:val="20"/>
              </w:rPr>
              <w:t>&lt;Insert&gt;</w:t>
            </w:r>
          </w:p>
        </w:tc>
        <w:tc>
          <w:tcPr>
            <w:tcW w:w="15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F74109D"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2AE5285"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4A078FC"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B4E05A7" w14:textId="77777777" w:rsidR="00282991" w:rsidRDefault="00FE4586">
            <w:pPr>
              <w:spacing w:after="0"/>
            </w:pPr>
            <w:r>
              <w:rPr>
                <w:rFonts w:eastAsia="Arial" w:cs="Arial"/>
                <w:i/>
                <w:color w:val="707070"/>
                <w:sz w:val="20"/>
              </w:rPr>
              <w:t>&lt;Insert&gt;</w:t>
            </w:r>
          </w:p>
        </w:tc>
      </w:tr>
      <w:tr w:rsidR="00282991" w14:paraId="57D3BB40"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24E1254" w14:textId="77777777" w:rsidR="00282991" w:rsidRDefault="00FE4586">
            <w:pPr>
              <w:spacing w:after="0"/>
            </w:pPr>
            <w:r>
              <w:rPr>
                <w:rFonts w:eastAsia="Arial" w:cs="Arial"/>
                <w:i/>
                <w:color w:val="707070"/>
                <w:sz w:val="20"/>
              </w:rPr>
              <w:t>&lt;Insert&gt;</w:t>
            </w:r>
          </w:p>
        </w:tc>
        <w:tc>
          <w:tcPr>
            <w:tcW w:w="16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821ED3D"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8973D5D" w14:textId="77777777" w:rsidR="00282991" w:rsidRDefault="00FE4586">
            <w:pPr>
              <w:spacing w:after="0"/>
            </w:pPr>
            <w:r>
              <w:rPr>
                <w:rFonts w:eastAsia="Arial" w:cs="Arial"/>
                <w:i/>
                <w:color w:val="707070"/>
                <w:sz w:val="20"/>
              </w:rPr>
              <w:t>&lt;Insert&gt;</w:t>
            </w:r>
          </w:p>
        </w:tc>
        <w:tc>
          <w:tcPr>
            <w:tcW w:w="15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D19EA88"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64743C4"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6FF8075"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2EFE291" w14:textId="77777777" w:rsidR="00282991" w:rsidRDefault="00FE4586">
            <w:pPr>
              <w:spacing w:after="0"/>
            </w:pPr>
            <w:r>
              <w:rPr>
                <w:rFonts w:eastAsia="Arial" w:cs="Arial"/>
                <w:i/>
                <w:color w:val="707070"/>
                <w:sz w:val="20"/>
              </w:rPr>
              <w:t>&lt;Insert&gt;</w:t>
            </w:r>
          </w:p>
        </w:tc>
      </w:tr>
      <w:tr w:rsidR="00282991" w14:paraId="6365C1FA"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0C379A3" w14:textId="77777777" w:rsidR="00282991" w:rsidRDefault="00FE4586">
            <w:pPr>
              <w:spacing w:after="0"/>
            </w:pPr>
            <w:r>
              <w:rPr>
                <w:rFonts w:eastAsia="Arial" w:cs="Arial"/>
                <w:i/>
                <w:color w:val="707070"/>
                <w:sz w:val="20"/>
              </w:rPr>
              <w:t>&lt;Insert&gt;</w:t>
            </w:r>
          </w:p>
        </w:tc>
        <w:tc>
          <w:tcPr>
            <w:tcW w:w="16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61E57EE"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52006BA" w14:textId="77777777" w:rsidR="00282991" w:rsidRDefault="00FE4586">
            <w:pPr>
              <w:spacing w:after="0"/>
            </w:pPr>
            <w:r>
              <w:rPr>
                <w:rFonts w:eastAsia="Arial" w:cs="Arial"/>
                <w:i/>
                <w:color w:val="707070"/>
                <w:sz w:val="20"/>
              </w:rPr>
              <w:t>&lt;Insert&gt;</w:t>
            </w:r>
          </w:p>
        </w:tc>
        <w:tc>
          <w:tcPr>
            <w:tcW w:w="15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8AEC910"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4644D32"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6F23D98"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631E688" w14:textId="77777777" w:rsidR="00282991" w:rsidRDefault="00FE4586">
            <w:pPr>
              <w:spacing w:after="0"/>
            </w:pPr>
            <w:r>
              <w:rPr>
                <w:rFonts w:eastAsia="Arial" w:cs="Arial"/>
                <w:i/>
                <w:color w:val="707070"/>
                <w:sz w:val="20"/>
              </w:rPr>
              <w:t>&lt;Insert&gt;</w:t>
            </w:r>
          </w:p>
        </w:tc>
      </w:tr>
      <w:tr w:rsidR="00282991" w14:paraId="2F8F6AA8"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1CF741A" w14:textId="77777777" w:rsidR="00282991" w:rsidRDefault="00FE4586">
            <w:pPr>
              <w:spacing w:after="0"/>
            </w:pPr>
            <w:r>
              <w:rPr>
                <w:rFonts w:eastAsia="Arial" w:cs="Arial"/>
                <w:i/>
                <w:color w:val="707070"/>
                <w:sz w:val="20"/>
              </w:rPr>
              <w:t>&lt;Insert&gt;</w:t>
            </w:r>
          </w:p>
        </w:tc>
        <w:tc>
          <w:tcPr>
            <w:tcW w:w="16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EA5F2F2"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F65FE29" w14:textId="77777777" w:rsidR="00282991" w:rsidRDefault="00FE4586">
            <w:pPr>
              <w:spacing w:after="0"/>
            </w:pPr>
            <w:r>
              <w:rPr>
                <w:rFonts w:eastAsia="Arial" w:cs="Arial"/>
                <w:i/>
                <w:color w:val="707070"/>
                <w:sz w:val="20"/>
              </w:rPr>
              <w:t>&lt;Insert&gt;</w:t>
            </w:r>
          </w:p>
        </w:tc>
        <w:tc>
          <w:tcPr>
            <w:tcW w:w="15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6D45956"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B742E67"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325106B"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FF39B09" w14:textId="77777777" w:rsidR="00282991" w:rsidRDefault="00FE4586">
            <w:pPr>
              <w:spacing w:after="0"/>
            </w:pPr>
            <w:r>
              <w:rPr>
                <w:rFonts w:eastAsia="Arial" w:cs="Arial"/>
                <w:i/>
                <w:color w:val="707070"/>
                <w:sz w:val="20"/>
              </w:rPr>
              <w:t>&lt;Insert&gt;</w:t>
            </w:r>
          </w:p>
        </w:tc>
      </w:tr>
      <w:tr w:rsidR="00282991" w14:paraId="49DB18AF"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BFB8653" w14:textId="77777777" w:rsidR="00282991" w:rsidRDefault="00FE4586">
            <w:pPr>
              <w:spacing w:after="0"/>
            </w:pPr>
            <w:r>
              <w:rPr>
                <w:rFonts w:eastAsia="Arial" w:cs="Arial"/>
                <w:i/>
                <w:color w:val="707070"/>
                <w:sz w:val="20"/>
              </w:rPr>
              <w:t>&lt;Insert&gt;</w:t>
            </w:r>
          </w:p>
        </w:tc>
        <w:tc>
          <w:tcPr>
            <w:tcW w:w="16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B5CE914"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66696AE" w14:textId="77777777" w:rsidR="00282991" w:rsidRDefault="00FE4586">
            <w:pPr>
              <w:spacing w:after="0"/>
            </w:pPr>
            <w:r>
              <w:rPr>
                <w:rFonts w:eastAsia="Arial" w:cs="Arial"/>
                <w:i/>
                <w:color w:val="707070"/>
                <w:sz w:val="20"/>
              </w:rPr>
              <w:t>&lt;Insert&gt;</w:t>
            </w:r>
          </w:p>
        </w:tc>
        <w:tc>
          <w:tcPr>
            <w:tcW w:w="15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8AF7924"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EC70B15"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500F687"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0FE60F9" w14:textId="77777777" w:rsidR="00282991" w:rsidRDefault="00FE4586">
            <w:pPr>
              <w:spacing w:after="0"/>
            </w:pPr>
            <w:r>
              <w:rPr>
                <w:rFonts w:eastAsia="Arial" w:cs="Arial"/>
                <w:i/>
                <w:color w:val="707070"/>
                <w:sz w:val="20"/>
              </w:rPr>
              <w:t>&lt;Insert&gt;</w:t>
            </w:r>
          </w:p>
        </w:tc>
      </w:tr>
      <w:tr w:rsidR="00282991" w14:paraId="07FAFA51"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54EBE73" w14:textId="77777777" w:rsidR="00282991" w:rsidRDefault="00FE4586">
            <w:pPr>
              <w:spacing w:after="0"/>
            </w:pPr>
            <w:r>
              <w:rPr>
                <w:rFonts w:eastAsia="Arial" w:cs="Arial"/>
                <w:i/>
                <w:color w:val="707070"/>
                <w:sz w:val="20"/>
              </w:rPr>
              <w:t>&lt;Insert&gt;</w:t>
            </w:r>
          </w:p>
        </w:tc>
        <w:tc>
          <w:tcPr>
            <w:tcW w:w="16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8ED298D"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D5FF617" w14:textId="77777777" w:rsidR="00282991" w:rsidRDefault="00FE4586">
            <w:pPr>
              <w:spacing w:after="0"/>
            </w:pPr>
            <w:r>
              <w:rPr>
                <w:rFonts w:eastAsia="Arial" w:cs="Arial"/>
                <w:i/>
                <w:color w:val="707070"/>
                <w:sz w:val="20"/>
              </w:rPr>
              <w:t>&lt;Insert&gt;</w:t>
            </w:r>
          </w:p>
        </w:tc>
        <w:tc>
          <w:tcPr>
            <w:tcW w:w="15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570B177"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F54E54B"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6ED3787"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78023F" w14:textId="77777777" w:rsidR="00282991" w:rsidRDefault="00FE4586">
            <w:pPr>
              <w:spacing w:after="0"/>
            </w:pPr>
            <w:r>
              <w:rPr>
                <w:rFonts w:eastAsia="Arial" w:cs="Arial"/>
                <w:i/>
                <w:color w:val="707070"/>
                <w:sz w:val="20"/>
              </w:rPr>
              <w:t>&lt;Insert&gt;</w:t>
            </w:r>
          </w:p>
        </w:tc>
      </w:tr>
      <w:tr w:rsidR="00282991" w14:paraId="1D655165"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2619738" w14:textId="77777777" w:rsidR="00282991" w:rsidRDefault="00FE4586">
            <w:pPr>
              <w:spacing w:after="0"/>
            </w:pPr>
            <w:r>
              <w:rPr>
                <w:rFonts w:eastAsia="Arial" w:cs="Arial"/>
                <w:i/>
                <w:color w:val="707070"/>
                <w:sz w:val="20"/>
              </w:rPr>
              <w:t>&lt;Insert&gt;</w:t>
            </w:r>
          </w:p>
        </w:tc>
        <w:tc>
          <w:tcPr>
            <w:tcW w:w="16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4F3161D"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CA4170C" w14:textId="77777777" w:rsidR="00282991" w:rsidRDefault="00FE4586">
            <w:pPr>
              <w:spacing w:after="0"/>
            </w:pPr>
            <w:r>
              <w:rPr>
                <w:rFonts w:eastAsia="Arial" w:cs="Arial"/>
                <w:i/>
                <w:color w:val="707070"/>
                <w:sz w:val="20"/>
              </w:rPr>
              <w:t>&lt;Insert&gt;</w:t>
            </w:r>
          </w:p>
        </w:tc>
        <w:tc>
          <w:tcPr>
            <w:tcW w:w="15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E151042"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91D9935"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F8B4904"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D7CF239" w14:textId="77777777" w:rsidR="00282991" w:rsidRDefault="00FE4586">
            <w:pPr>
              <w:spacing w:after="0"/>
            </w:pPr>
            <w:r>
              <w:rPr>
                <w:rFonts w:eastAsia="Arial" w:cs="Arial"/>
                <w:i/>
                <w:color w:val="707070"/>
                <w:sz w:val="20"/>
              </w:rPr>
              <w:t>&lt;Insert&gt;</w:t>
            </w:r>
          </w:p>
        </w:tc>
      </w:tr>
      <w:tr w:rsidR="00282991" w14:paraId="457D66F0"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2F05D9E" w14:textId="77777777" w:rsidR="00282991" w:rsidRDefault="00FE4586">
            <w:pPr>
              <w:spacing w:after="0"/>
            </w:pPr>
            <w:r>
              <w:rPr>
                <w:rFonts w:eastAsia="Arial" w:cs="Arial"/>
                <w:i/>
                <w:color w:val="707070"/>
                <w:sz w:val="20"/>
              </w:rPr>
              <w:t>&lt;Insert&gt;</w:t>
            </w:r>
          </w:p>
        </w:tc>
        <w:tc>
          <w:tcPr>
            <w:tcW w:w="165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A444CA3"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93D0C0A" w14:textId="77777777" w:rsidR="00282991" w:rsidRDefault="00FE4586">
            <w:pPr>
              <w:spacing w:after="0"/>
            </w:pPr>
            <w:r>
              <w:rPr>
                <w:rFonts w:eastAsia="Arial" w:cs="Arial"/>
                <w:i/>
                <w:color w:val="707070"/>
                <w:sz w:val="20"/>
              </w:rPr>
              <w:t>&lt;Insert&gt;</w:t>
            </w:r>
          </w:p>
        </w:tc>
        <w:tc>
          <w:tcPr>
            <w:tcW w:w="15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603BB05"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82A6B0F"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E59F9C9"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CD07DF7" w14:textId="77777777" w:rsidR="00282991" w:rsidRDefault="00FE4586">
            <w:pPr>
              <w:spacing w:after="0"/>
            </w:pPr>
            <w:r>
              <w:rPr>
                <w:rFonts w:eastAsia="Arial" w:cs="Arial"/>
                <w:i/>
                <w:color w:val="707070"/>
                <w:sz w:val="20"/>
              </w:rPr>
              <w:t>&lt;Insert&gt;</w:t>
            </w:r>
          </w:p>
        </w:tc>
      </w:tr>
      <w:tr w:rsidR="00282991" w14:paraId="77EC392E"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6E2E8D7" w14:textId="77777777" w:rsidR="00282991" w:rsidRDefault="00FE4586">
            <w:pPr>
              <w:spacing w:after="0"/>
            </w:pPr>
            <w:r>
              <w:rPr>
                <w:rFonts w:eastAsia="Arial" w:cs="Arial"/>
                <w:i/>
                <w:color w:val="707070"/>
                <w:sz w:val="20"/>
              </w:rPr>
              <w:t>&lt;Insert&gt;</w:t>
            </w:r>
          </w:p>
        </w:tc>
        <w:tc>
          <w:tcPr>
            <w:tcW w:w="165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A0B7045"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3DF0420" w14:textId="77777777" w:rsidR="00282991" w:rsidRDefault="00FE4586">
            <w:pPr>
              <w:spacing w:after="0"/>
            </w:pPr>
            <w:r>
              <w:rPr>
                <w:rFonts w:eastAsia="Arial" w:cs="Arial"/>
                <w:i/>
                <w:color w:val="707070"/>
                <w:sz w:val="20"/>
              </w:rPr>
              <w:t>&lt;Insert&gt;</w:t>
            </w:r>
          </w:p>
        </w:tc>
        <w:tc>
          <w:tcPr>
            <w:tcW w:w="15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DADF93F"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63FB383"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4D68952"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55EFBBD" w14:textId="77777777" w:rsidR="00282991" w:rsidRDefault="00FE4586">
            <w:pPr>
              <w:spacing w:after="0"/>
            </w:pPr>
            <w:r>
              <w:rPr>
                <w:rFonts w:eastAsia="Arial" w:cs="Arial"/>
                <w:i/>
                <w:color w:val="707070"/>
                <w:sz w:val="20"/>
              </w:rPr>
              <w:t>&lt;Insert&gt;</w:t>
            </w:r>
          </w:p>
        </w:tc>
      </w:tr>
    </w:tbl>
    <w:p w14:paraId="3C5A8A67" w14:textId="77777777" w:rsidR="00282991" w:rsidRDefault="00282991">
      <w:pPr>
        <w:spacing w:after="20"/>
      </w:pPr>
    </w:p>
    <w:p w14:paraId="787C7272" w14:textId="77777777" w:rsidR="00282991" w:rsidRDefault="00FE4586">
      <w:r>
        <w:br w:type="page"/>
      </w:r>
    </w:p>
    <w:p w14:paraId="593F883B" w14:textId="77777777" w:rsidR="00282991" w:rsidRDefault="00FE4586">
      <w:pPr>
        <w:pStyle w:val="Heading1"/>
        <w:pBdr>
          <w:bottom w:val="single" w:sz="10" w:space="2" w:color="E63B07"/>
        </w:pBdr>
      </w:pPr>
      <w:r>
        <w:rPr>
          <w:rFonts w:ascii="Arial" w:eastAsia="Arial" w:hAnsi="Arial" w:cs="Arial"/>
        </w:rPr>
        <w:lastRenderedPageBreak/>
        <w:t>ATTACHMENT H - EVACUATION / SIP / TREATMENT INTERRUPTION / TRACKING</w:t>
      </w:r>
    </w:p>
    <w:tbl>
      <w:tblPr>
        <w:tblW w:w="0" w:type="auto"/>
        <w:jc w:val="center"/>
        <w:tblLayout w:type="fixed"/>
        <w:tblLook w:val="04A0" w:firstRow="1" w:lastRow="0" w:firstColumn="1" w:lastColumn="0" w:noHBand="0" w:noVBand="1"/>
      </w:tblPr>
      <w:tblGrid>
        <w:gridCol w:w="4752"/>
        <w:gridCol w:w="4320"/>
        <w:gridCol w:w="1728"/>
      </w:tblGrid>
      <w:tr w:rsidR="00282991" w14:paraId="1D233046" w14:textId="77777777">
        <w:trPr>
          <w:cantSplit/>
          <w:tblHeader/>
          <w:jc w:val="center"/>
        </w:trPr>
        <w:tc>
          <w:tcPr>
            <w:tcW w:w="475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55A3358" w14:textId="77777777" w:rsidR="00282991" w:rsidRDefault="00FE4586">
            <w:pPr>
              <w:spacing w:after="0"/>
            </w:pPr>
            <w:r>
              <w:rPr>
                <w:rFonts w:eastAsia="Arial" w:cs="Arial"/>
                <w:b/>
                <w:color w:val="FFFFFF"/>
                <w:sz w:val="16"/>
              </w:rPr>
              <w:t>Item</w:t>
            </w:r>
          </w:p>
        </w:tc>
        <w:tc>
          <w:tcPr>
            <w:tcW w:w="432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070B719" w14:textId="77777777" w:rsidR="00282991" w:rsidRDefault="00FE4586">
            <w:pPr>
              <w:spacing w:after="0"/>
            </w:pPr>
            <w:r>
              <w:rPr>
                <w:rFonts w:eastAsia="Arial" w:cs="Arial"/>
                <w:b/>
                <w:color w:val="FFFFFF"/>
                <w:sz w:val="16"/>
              </w:rPr>
              <w:t>Controlled Document / Location</w:t>
            </w:r>
          </w:p>
        </w:tc>
        <w:tc>
          <w:tcPr>
            <w:tcW w:w="172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F2D04F0" w14:textId="77777777" w:rsidR="00282991" w:rsidRDefault="00FE4586">
            <w:pPr>
              <w:spacing w:after="0"/>
            </w:pPr>
            <w:r>
              <w:rPr>
                <w:rFonts w:eastAsia="Arial" w:cs="Arial"/>
                <w:b/>
                <w:color w:val="FFFFFF"/>
                <w:sz w:val="16"/>
              </w:rPr>
              <w:t>Last Verified</w:t>
            </w:r>
          </w:p>
        </w:tc>
      </w:tr>
      <w:tr w:rsidR="00282991" w14:paraId="3B3C7134" w14:textId="77777777">
        <w:trPr>
          <w:cantSplit/>
          <w:jc w:val="center"/>
        </w:trPr>
        <w:tc>
          <w:tcPr>
            <w:tcW w:w="47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9FFB309" w14:textId="77777777" w:rsidR="00282991" w:rsidRDefault="00FE4586">
            <w:pPr>
              <w:spacing w:after="0"/>
            </w:pPr>
            <w:r>
              <w:rPr>
                <w:rFonts w:eastAsia="Arial" w:cs="Arial"/>
                <w:sz w:val="17"/>
              </w:rPr>
              <w:t>Evacuation map(s) / exit routes</w:t>
            </w:r>
          </w:p>
        </w:tc>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18456A9" w14:textId="77777777" w:rsidR="00282991" w:rsidRDefault="00FE4586">
            <w:pPr>
              <w:spacing w:after="0"/>
            </w:pPr>
            <w:r>
              <w:rPr>
                <w:rFonts w:eastAsia="Arial" w:cs="Arial"/>
                <w:i/>
                <w:color w:val="707070"/>
                <w:sz w:val="20"/>
              </w:rPr>
              <w:t>&lt;Location&gt;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CFD4493" w14:textId="77777777" w:rsidR="00282991" w:rsidRDefault="00FE4586">
            <w:pPr>
              <w:spacing w:after="0"/>
            </w:pPr>
            <w:r>
              <w:rPr>
                <w:rFonts w:eastAsia="Arial" w:cs="Arial"/>
                <w:i/>
                <w:color w:val="707070"/>
                <w:sz w:val="20"/>
              </w:rPr>
              <w:t>&lt;Date&gt;</w:t>
            </w:r>
          </w:p>
        </w:tc>
      </w:tr>
      <w:tr w:rsidR="00282991" w14:paraId="7F616FE6" w14:textId="77777777">
        <w:trPr>
          <w:cantSplit/>
          <w:jc w:val="center"/>
        </w:trPr>
        <w:tc>
          <w:tcPr>
            <w:tcW w:w="47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8CF9B67" w14:textId="77777777" w:rsidR="00282991" w:rsidRDefault="00FE4586">
            <w:pPr>
              <w:spacing w:after="0"/>
            </w:pPr>
            <w:r>
              <w:rPr>
                <w:rFonts w:eastAsia="Arial" w:cs="Arial"/>
                <w:sz w:val="17"/>
              </w:rPr>
              <w:t>Assembly / accountability / staff tracking</w:t>
            </w:r>
          </w:p>
        </w:tc>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F898B24" w14:textId="77777777" w:rsidR="00282991" w:rsidRDefault="00FE4586">
            <w:pPr>
              <w:spacing w:after="0"/>
            </w:pPr>
            <w:r>
              <w:rPr>
                <w:rFonts w:eastAsia="Arial" w:cs="Arial"/>
                <w:i/>
                <w:color w:val="707070"/>
                <w:sz w:val="20"/>
              </w:rPr>
              <w:t>&lt;Location&gt;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AABE449" w14:textId="77777777" w:rsidR="00282991" w:rsidRDefault="00FE4586">
            <w:pPr>
              <w:spacing w:after="0"/>
            </w:pPr>
            <w:r>
              <w:rPr>
                <w:rFonts w:eastAsia="Arial" w:cs="Arial"/>
                <w:i/>
                <w:color w:val="707070"/>
                <w:sz w:val="20"/>
              </w:rPr>
              <w:t>&lt;Date&gt;</w:t>
            </w:r>
          </w:p>
        </w:tc>
      </w:tr>
      <w:tr w:rsidR="00282991" w14:paraId="4E40D6D0" w14:textId="77777777">
        <w:trPr>
          <w:cantSplit/>
          <w:jc w:val="center"/>
        </w:trPr>
        <w:tc>
          <w:tcPr>
            <w:tcW w:w="47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80ED146" w14:textId="77777777" w:rsidR="00282991" w:rsidRDefault="00FE4586">
            <w:pPr>
              <w:spacing w:after="0"/>
            </w:pPr>
            <w:r>
              <w:rPr>
                <w:rFonts w:eastAsia="Arial" w:cs="Arial"/>
                <w:sz w:val="17"/>
              </w:rPr>
              <w:t>Patient tracking / receiving-location process</w:t>
            </w:r>
          </w:p>
        </w:tc>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B7F5B0C" w14:textId="77777777" w:rsidR="00282991" w:rsidRDefault="00FE4586">
            <w:pPr>
              <w:spacing w:after="0"/>
            </w:pPr>
            <w:r>
              <w:rPr>
                <w:rFonts w:eastAsia="Arial" w:cs="Arial"/>
                <w:i/>
                <w:color w:val="707070"/>
                <w:sz w:val="20"/>
              </w:rPr>
              <w:t>&lt;Location&gt;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FD4B56C" w14:textId="77777777" w:rsidR="00282991" w:rsidRDefault="00FE4586">
            <w:pPr>
              <w:spacing w:after="0"/>
            </w:pPr>
            <w:r>
              <w:rPr>
                <w:rFonts w:eastAsia="Arial" w:cs="Arial"/>
                <w:i/>
                <w:color w:val="707070"/>
                <w:sz w:val="20"/>
              </w:rPr>
              <w:t>&lt;Date&gt;</w:t>
            </w:r>
          </w:p>
        </w:tc>
      </w:tr>
      <w:tr w:rsidR="00282991" w14:paraId="12824238" w14:textId="77777777">
        <w:trPr>
          <w:cantSplit/>
          <w:jc w:val="center"/>
        </w:trPr>
        <w:tc>
          <w:tcPr>
            <w:tcW w:w="47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87DB6AA" w14:textId="77777777" w:rsidR="00282991" w:rsidRDefault="00FE4586">
            <w:pPr>
              <w:spacing w:after="0"/>
            </w:pPr>
            <w:r>
              <w:rPr>
                <w:rFonts w:eastAsia="Arial" w:cs="Arial"/>
                <w:sz w:val="17"/>
              </w:rPr>
              <w:t>Accessible evacuation provisions</w:t>
            </w:r>
          </w:p>
        </w:tc>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9D56E12" w14:textId="77777777" w:rsidR="00282991" w:rsidRDefault="00FE4586">
            <w:pPr>
              <w:spacing w:after="0"/>
            </w:pPr>
            <w:r>
              <w:rPr>
                <w:rFonts w:eastAsia="Arial" w:cs="Arial"/>
                <w:i/>
                <w:color w:val="707070"/>
                <w:sz w:val="20"/>
              </w:rPr>
              <w:t>&lt;Location&gt;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BECB256" w14:textId="77777777" w:rsidR="00282991" w:rsidRDefault="00FE4586">
            <w:pPr>
              <w:spacing w:after="0"/>
            </w:pPr>
            <w:r>
              <w:rPr>
                <w:rFonts w:eastAsia="Arial" w:cs="Arial"/>
                <w:i/>
                <w:color w:val="707070"/>
                <w:sz w:val="20"/>
              </w:rPr>
              <w:t>&lt;Date&gt;</w:t>
            </w:r>
          </w:p>
        </w:tc>
      </w:tr>
      <w:tr w:rsidR="00282991" w14:paraId="5C46004C" w14:textId="77777777">
        <w:trPr>
          <w:cantSplit/>
          <w:jc w:val="center"/>
        </w:trPr>
        <w:tc>
          <w:tcPr>
            <w:tcW w:w="47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A3321EE" w14:textId="77777777" w:rsidR="00282991" w:rsidRDefault="00FE4586">
            <w:pPr>
              <w:spacing w:after="0"/>
            </w:pPr>
            <w:r>
              <w:rPr>
                <w:rFonts w:eastAsia="Arial" w:cs="Arial"/>
                <w:sz w:val="17"/>
              </w:rPr>
              <w:t>Safe treatment discontinuation/disconnection</w:t>
            </w:r>
          </w:p>
        </w:tc>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6A97B29" w14:textId="77777777" w:rsidR="00282991" w:rsidRDefault="00FE4586">
            <w:pPr>
              <w:spacing w:after="0"/>
            </w:pPr>
            <w:r>
              <w:rPr>
                <w:rFonts w:eastAsia="Arial" w:cs="Arial"/>
                <w:i/>
                <w:color w:val="707070"/>
                <w:sz w:val="20"/>
              </w:rPr>
              <w:t>&lt;Location&gt;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EE68340" w14:textId="77777777" w:rsidR="00282991" w:rsidRDefault="00FE4586">
            <w:pPr>
              <w:spacing w:after="0"/>
            </w:pPr>
            <w:r>
              <w:rPr>
                <w:rFonts w:eastAsia="Arial" w:cs="Arial"/>
                <w:i/>
                <w:color w:val="707070"/>
                <w:sz w:val="20"/>
              </w:rPr>
              <w:t>&lt;Date&gt;</w:t>
            </w:r>
          </w:p>
        </w:tc>
      </w:tr>
      <w:tr w:rsidR="00282991" w14:paraId="27CAAC1A" w14:textId="77777777">
        <w:trPr>
          <w:cantSplit/>
          <w:jc w:val="center"/>
        </w:trPr>
        <w:tc>
          <w:tcPr>
            <w:tcW w:w="47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486397B" w14:textId="77777777" w:rsidR="00282991" w:rsidRDefault="00FE4586">
            <w:pPr>
              <w:spacing w:after="0"/>
            </w:pPr>
            <w:r>
              <w:rPr>
                <w:rFonts w:eastAsia="Arial" w:cs="Arial"/>
                <w:sz w:val="17"/>
              </w:rPr>
              <w:t>Shelter-in-place areas / criteria</w:t>
            </w:r>
          </w:p>
        </w:tc>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C57DD4E" w14:textId="77777777" w:rsidR="00282991" w:rsidRDefault="00FE4586">
            <w:pPr>
              <w:spacing w:after="0"/>
            </w:pPr>
            <w:r>
              <w:rPr>
                <w:rFonts w:eastAsia="Arial" w:cs="Arial"/>
                <w:i/>
                <w:color w:val="707070"/>
                <w:sz w:val="20"/>
              </w:rPr>
              <w:t>&lt;Location&gt;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1D1C6F6" w14:textId="77777777" w:rsidR="00282991" w:rsidRDefault="00FE4586">
            <w:pPr>
              <w:spacing w:after="0"/>
            </w:pPr>
            <w:r>
              <w:rPr>
                <w:rFonts w:eastAsia="Arial" w:cs="Arial"/>
                <w:i/>
                <w:color w:val="707070"/>
                <w:sz w:val="20"/>
              </w:rPr>
              <w:t>&lt;Date&gt;</w:t>
            </w:r>
          </w:p>
        </w:tc>
      </w:tr>
      <w:tr w:rsidR="00282991" w14:paraId="402AE7EA" w14:textId="77777777">
        <w:trPr>
          <w:cantSplit/>
          <w:jc w:val="center"/>
        </w:trPr>
        <w:tc>
          <w:tcPr>
            <w:tcW w:w="47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392808" w14:textId="77777777" w:rsidR="00282991" w:rsidRDefault="00FE4586">
            <w:pPr>
              <w:spacing w:after="0"/>
            </w:pPr>
            <w:r>
              <w:rPr>
                <w:rFonts w:eastAsia="Arial" w:cs="Arial"/>
                <w:sz w:val="17"/>
              </w:rPr>
              <w:t>Closure / altered schedule procedure</w:t>
            </w:r>
          </w:p>
        </w:tc>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CC1726E" w14:textId="77777777" w:rsidR="00282991" w:rsidRDefault="00FE4586">
            <w:pPr>
              <w:spacing w:after="0"/>
            </w:pPr>
            <w:r>
              <w:rPr>
                <w:rFonts w:eastAsia="Arial" w:cs="Arial"/>
                <w:i/>
                <w:color w:val="707070"/>
                <w:sz w:val="20"/>
              </w:rPr>
              <w:t>&lt;Location&gt;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44FB04A" w14:textId="77777777" w:rsidR="00282991" w:rsidRDefault="00FE4586">
            <w:pPr>
              <w:spacing w:after="0"/>
            </w:pPr>
            <w:r>
              <w:rPr>
                <w:rFonts w:eastAsia="Arial" w:cs="Arial"/>
                <w:i/>
                <w:color w:val="707070"/>
                <w:sz w:val="20"/>
              </w:rPr>
              <w:t>&lt;Date&gt;</w:t>
            </w:r>
          </w:p>
        </w:tc>
      </w:tr>
      <w:tr w:rsidR="00282991" w14:paraId="0BB0F829" w14:textId="77777777">
        <w:trPr>
          <w:cantSplit/>
          <w:jc w:val="center"/>
        </w:trPr>
        <w:tc>
          <w:tcPr>
            <w:tcW w:w="47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90FDE77" w14:textId="77777777" w:rsidR="00282991" w:rsidRDefault="00FE4586">
            <w:pPr>
              <w:spacing w:after="0"/>
            </w:pPr>
            <w:r>
              <w:rPr>
                <w:rFonts w:eastAsia="Arial" w:cs="Arial"/>
                <w:sz w:val="17"/>
              </w:rPr>
              <w:t>Patient notification templates</w:t>
            </w:r>
          </w:p>
        </w:tc>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0D648A3" w14:textId="77777777" w:rsidR="00282991" w:rsidRDefault="00FE4586">
            <w:pPr>
              <w:spacing w:after="0"/>
            </w:pPr>
            <w:r>
              <w:rPr>
                <w:rFonts w:eastAsia="Arial" w:cs="Arial"/>
                <w:i/>
                <w:color w:val="707070"/>
                <w:sz w:val="20"/>
              </w:rPr>
              <w:t>&lt;Location&gt;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7AD3AAE" w14:textId="77777777" w:rsidR="00282991" w:rsidRDefault="00FE4586">
            <w:pPr>
              <w:spacing w:after="0"/>
            </w:pPr>
            <w:r>
              <w:rPr>
                <w:rFonts w:eastAsia="Arial" w:cs="Arial"/>
                <w:i/>
                <w:color w:val="707070"/>
                <w:sz w:val="20"/>
              </w:rPr>
              <w:t>&lt;Date&gt;</w:t>
            </w:r>
          </w:p>
        </w:tc>
      </w:tr>
      <w:tr w:rsidR="00282991" w14:paraId="19614C64" w14:textId="77777777">
        <w:trPr>
          <w:cantSplit/>
          <w:jc w:val="center"/>
        </w:trPr>
        <w:tc>
          <w:tcPr>
            <w:tcW w:w="47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F2CFEC2" w14:textId="77777777" w:rsidR="00282991" w:rsidRDefault="00FE4586">
            <w:pPr>
              <w:spacing w:after="0"/>
            </w:pPr>
            <w:r>
              <w:rPr>
                <w:rFonts w:eastAsia="Arial" w:cs="Arial"/>
                <w:sz w:val="17"/>
              </w:rPr>
              <w:t>External assistance / EMS process</w:t>
            </w:r>
          </w:p>
        </w:tc>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C36255B" w14:textId="77777777" w:rsidR="00282991" w:rsidRDefault="00FE4586">
            <w:pPr>
              <w:spacing w:after="0"/>
            </w:pPr>
            <w:r>
              <w:rPr>
                <w:rFonts w:eastAsia="Arial" w:cs="Arial"/>
                <w:i/>
                <w:color w:val="707070"/>
                <w:sz w:val="20"/>
              </w:rPr>
              <w:t>&lt;Location&gt;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443D578" w14:textId="77777777" w:rsidR="00282991" w:rsidRDefault="00FE4586">
            <w:pPr>
              <w:spacing w:after="0"/>
            </w:pPr>
            <w:r>
              <w:rPr>
                <w:rFonts w:eastAsia="Arial" w:cs="Arial"/>
                <w:i/>
                <w:color w:val="707070"/>
                <w:sz w:val="20"/>
              </w:rPr>
              <w:t>&lt;Date&gt;</w:t>
            </w:r>
          </w:p>
        </w:tc>
      </w:tr>
      <w:tr w:rsidR="00282991" w14:paraId="790EE76E" w14:textId="77777777">
        <w:trPr>
          <w:cantSplit/>
          <w:jc w:val="center"/>
        </w:trPr>
        <w:tc>
          <w:tcPr>
            <w:tcW w:w="47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4BC4C1B" w14:textId="77777777" w:rsidR="00282991" w:rsidRDefault="00FE4586">
            <w:pPr>
              <w:spacing w:after="0"/>
            </w:pPr>
            <w:r>
              <w:rPr>
                <w:rFonts w:eastAsia="Arial" w:cs="Arial"/>
                <w:sz w:val="17"/>
              </w:rPr>
              <w:t>Alternate dialysis / transfer process</w:t>
            </w:r>
          </w:p>
        </w:tc>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6C06EFF" w14:textId="77777777" w:rsidR="00282991" w:rsidRDefault="00FE4586">
            <w:pPr>
              <w:spacing w:after="0"/>
            </w:pPr>
            <w:r>
              <w:rPr>
                <w:rFonts w:eastAsia="Arial" w:cs="Arial"/>
                <w:i/>
                <w:color w:val="707070"/>
                <w:sz w:val="20"/>
              </w:rPr>
              <w:t>&lt;Location&gt;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F6ECF2E" w14:textId="77777777" w:rsidR="00282991" w:rsidRDefault="00FE4586">
            <w:pPr>
              <w:spacing w:after="0"/>
            </w:pPr>
            <w:r>
              <w:rPr>
                <w:rFonts w:eastAsia="Arial" w:cs="Arial"/>
                <w:i/>
                <w:color w:val="707070"/>
                <w:sz w:val="20"/>
              </w:rPr>
              <w:t>&lt;Date&gt;</w:t>
            </w:r>
          </w:p>
        </w:tc>
      </w:tr>
    </w:tbl>
    <w:p w14:paraId="4BD1715A" w14:textId="77777777" w:rsidR="00282991" w:rsidRDefault="00282991">
      <w:pPr>
        <w:spacing w:after="20"/>
      </w:pPr>
    </w:p>
    <w:p w14:paraId="3CF6766B" w14:textId="77777777" w:rsidR="00282991" w:rsidRDefault="00FE4586">
      <w:r>
        <w:br w:type="page"/>
      </w:r>
    </w:p>
    <w:p w14:paraId="5629AFDA" w14:textId="77777777" w:rsidR="00282991" w:rsidRDefault="00FE4586">
      <w:pPr>
        <w:pStyle w:val="Heading1"/>
        <w:pBdr>
          <w:bottom w:val="single" w:sz="10" w:space="2" w:color="E63B07"/>
        </w:pBdr>
      </w:pPr>
      <w:r>
        <w:rPr>
          <w:rFonts w:ascii="Arial" w:eastAsia="Arial" w:hAnsi="Arial" w:cs="Arial"/>
        </w:rPr>
        <w:lastRenderedPageBreak/>
        <w:t>ATTACHMENT I - PATIENT CONTINUITY / TRANSFER / TRACKING</w:t>
      </w:r>
    </w:p>
    <w:tbl>
      <w:tblPr>
        <w:tblW w:w="0" w:type="auto"/>
        <w:jc w:val="center"/>
        <w:tblLayout w:type="fixed"/>
        <w:tblLook w:val="04A0" w:firstRow="1" w:lastRow="0" w:firstColumn="1" w:lastColumn="0" w:noHBand="0" w:noVBand="1"/>
      </w:tblPr>
      <w:tblGrid>
        <w:gridCol w:w="4464"/>
        <w:gridCol w:w="6336"/>
      </w:tblGrid>
      <w:tr w:rsidR="00282991" w14:paraId="1B7BB189" w14:textId="77777777">
        <w:trPr>
          <w:cantSplit/>
          <w:tblHeader/>
          <w:jc w:val="center"/>
        </w:trPr>
        <w:tc>
          <w:tcPr>
            <w:tcW w:w="446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84C14E4" w14:textId="77777777" w:rsidR="00282991" w:rsidRDefault="00FE4586">
            <w:pPr>
              <w:spacing w:after="0"/>
            </w:pPr>
            <w:r>
              <w:rPr>
                <w:rFonts w:eastAsia="Arial" w:cs="Arial"/>
                <w:b/>
                <w:color w:val="FFFFFF"/>
                <w:sz w:val="17"/>
              </w:rPr>
              <w:t>Continuity Function</w:t>
            </w:r>
          </w:p>
        </w:tc>
        <w:tc>
          <w:tcPr>
            <w:tcW w:w="633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9CA2860" w14:textId="77777777" w:rsidR="00282991" w:rsidRDefault="00FE4586">
            <w:pPr>
              <w:spacing w:after="0"/>
            </w:pPr>
            <w:r>
              <w:rPr>
                <w:rFonts w:eastAsia="Arial" w:cs="Arial"/>
                <w:b/>
                <w:color w:val="FFFFFF"/>
                <w:sz w:val="17"/>
              </w:rPr>
              <w:t>Process / Tool / Controlled Location</w:t>
            </w:r>
          </w:p>
        </w:tc>
      </w:tr>
      <w:tr w:rsidR="00282991" w14:paraId="7BCBD756"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3569342" w14:textId="77777777" w:rsidR="00282991" w:rsidRDefault="00FE4586">
            <w:pPr>
              <w:spacing w:after="0"/>
            </w:pPr>
            <w:r>
              <w:rPr>
                <w:rFonts w:eastAsia="Arial" w:cs="Arial"/>
                <w:sz w:val="17"/>
              </w:rPr>
              <w:t>Urgent dialysis need / transfer</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B5C378C" w14:textId="77777777" w:rsidR="00282991" w:rsidRDefault="00FE4586">
            <w:pPr>
              <w:spacing w:after="0"/>
            </w:pPr>
            <w:r>
              <w:rPr>
                <w:rFonts w:eastAsia="Arial" w:cs="Arial"/>
                <w:i/>
                <w:color w:val="707070"/>
                <w:sz w:val="20"/>
              </w:rPr>
              <w:t>&lt;Insert&gt;</w:t>
            </w:r>
          </w:p>
        </w:tc>
      </w:tr>
      <w:tr w:rsidR="00282991" w14:paraId="605D16C7"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6110A82" w14:textId="77777777" w:rsidR="00282991" w:rsidRDefault="00FE4586">
            <w:pPr>
              <w:spacing w:after="0"/>
            </w:pPr>
            <w:r>
              <w:rPr>
                <w:rFonts w:eastAsia="Arial" w:cs="Arial"/>
                <w:sz w:val="17"/>
              </w:rPr>
              <w:t>Altered treatment schedule / prioritization</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6CCF843" w14:textId="77777777" w:rsidR="00282991" w:rsidRDefault="00FE4586">
            <w:pPr>
              <w:spacing w:after="0"/>
            </w:pPr>
            <w:r>
              <w:rPr>
                <w:rFonts w:eastAsia="Arial" w:cs="Arial"/>
                <w:i/>
                <w:color w:val="707070"/>
                <w:sz w:val="20"/>
              </w:rPr>
              <w:t>&lt;Insert&gt;</w:t>
            </w:r>
          </w:p>
        </w:tc>
      </w:tr>
      <w:tr w:rsidR="00282991" w14:paraId="71BF507A"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E3FB478" w14:textId="77777777" w:rsidR="00282991" w:rsidRDefault="00FE4586">
            <w:pPr>
              <w:spacing w:after="0"/>
            </w:pPr>
            <w:r>
              <w:rPr>
                <w:rFonts w:eastAsia="Arial" w:cs="Arial"/>
                <w:sz w:val="17"/>
              </w:rPr>
              <w:t>Alternate dialysis placement</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CFB5A2E" w14:textId="77777777" w:rsidR="00282991" w:rsidRDefault="00FE4586">
            <w:pPr>
              <w:spacing w:after="0"/>
            </w:pPr>
            <w:r>
              <w:rPr>
                <w:rFonts w:eastAsia="Arial" w:cs="Arial"/>
                <w:i/>
                <w:color w:val="707070"/>
                <w:sz w:val="20"/>
              </w:rPr>
              <w:t>&lt;Insert&gt;</w:t>
            </w:r>
          </w:p>
        </w:tc>
      </w:tr>
      <w:tr w:rsidR="00282991" w14:paraId="7B7F3F4F"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37F5A3F" w14:textId="77777777" w:rsidR="00282991" w:rsidRDefault="00FE4586">
            <w:pPr>
              <w:spacing w:after="0"/>
            </w:pPr>
            <w:r>
              <w:rPr>
                <w:rFonts w:eastAsia="Arial" w:cs="Arial"/>
                <w:sz w:val="17"/>
              </w:rPr>
              <w:t>Transportation continuity</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7B5FB87" w14:textId="77777777" w:rsidR="00282991" w:rsidRDefault="00FE4586">
            <w:pPr>
              <w:spacing w:after="0"/>
            </w:pPr>
            <w:r>
              <w:rPr>
                <w:rFonts w:eastAsia="Arial" w:cs="Arial"/>
                <w:i/>
                <w:color w:val="707070"/>
                <w:sz w:val="20"/>
              </w:rPr>
              <w:t>&lt;Insert&gt;</w:t>
            </w:r>
          </w:p>
        </w:tc>
      </w:tr>
      <w:tr w:rsidR="00282991" w14:paraId="6ECBE283"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BACAEA9" w14:textId="77777777" w:rsidR="00282991" w:rsidRDefault="00FE4586">
            <w:pPr>
              <w:spacing w:after="0"/>
            </w:pPr>
            <w:r>
              <w:rPr>
                <w:rFonts w:eastAsia="Arial" w:cs="Arial"/>
                <w:sz w:val="17"/>
              </w:rPr>
              <w:t>Medication / emergency medical continuity</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AB57811" w14:textId="77777777" w:rsidR="00282991" w:rsidRDefault="00FE4586">
            <w:pPr>
              <w:spacing w:after="0"/>
            </w:pPr>
            <w:r>
              <w:rPr>
                <w:rFonts w:eastAsia="Arial" w:cs="Arial"/>
                <w:i/>
                <w:color w:val="707070"/>
                <w:sz w:val="20"/>
              </w:rPr>
              <w:t>&lt;Insert&gt;</w:t>
            </w:r>
          </w:p>
        </w:tc>
      </w:tr>
      <w:tr w:rsidR="00282991" w14:paraId="31843723"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EBDC097" w14:textId="77777777" w:rsidR="00282991" w:rsidRDefault="00FE4586">
            <w:pPr>
              <w:spacing w:after="0"/>
            </w:pPr>
            <w:r>
              <w:rPr>
                <w:rFonts w:eastAsia="Arial" w:cs="Arial"/>
                <w:sz w:val="17"/>
              </w:rPr>
              <w:t>Home dialysis backup treatment</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0922437" w14:textId="77777777" w:rsidR="00282991" w:rsidRDefault="00FE4586">
            <w:pPr>
              <w:spacing w:after="0"/>
            </w:pPr>
            <w:r>
              <w:rPr>
                <w:rFonts w:eastAsia="Arial" w:cs="Arial"/>
                <w:i/>
                <w:color w:val="707070"/>
                <w:sz w:val="20"/>
              </w:rPr>
              <w:t>&lt;Insert if applicable&gt;</w:t>
            </w:r>
          </w:p>
        </w:tc>
      </w:tr>
      <w:tr w:rsidR="00282991" w14:paraId="54A4491A"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843F595" w14:textId="77777777" w:rsidR="00282991" w:rsidRDefault="00FE4586">
            <w:pPr>
              <w:spacing w:after="0"/>
            </w:pPr>
            <w:r>
              <w:rPr>
                <w:rFonts w:eastAsia="Arial" w:cs="Arial"/>
                <w:sz w:val="17"/>
              </w:rPr>
              <w:t>Patient tracking during evacuation / incident</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23133FE" w14:textId="77777777" w:rsidR="00282991" w:rsidRDefault="00FE4586">
            <w:pPr>
              <w:spacing w:after="0"/>
            </w:pPr>
            <w:r>
              <w:rPr>
                <w:rFonts w:eastAsia="Arial" w:cs="Arial"/>
                <w:i/>
                <w:color w:val="707070"/>
                <w:sz w:val="20"/>
              </w:rPr>
              <w:t>&lt;Secured tool/location&gt;</w:t>
            </w:r>
          </w:p>
        </w:tc>
      </w:tr>
      <w:tr w:rsidR="00282991" w14:paraId="2B79CCE4"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D953C44" w14:textId="77777777" w:rsidR="00282991" w:rsidRDefault="00FE4586">
            <w:pPr>
              <w:spacing w:after="0"/>
            </w:pPr>
            <w:r>
              <w:rPr>
                <w:rFonts w:eastAsia="Arial" w:cs="Arial"/>
                <w:sz w:val="17"/>
              </w:rPr>
              <w:t>Medical information transfer</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135E408" w14:textId="77777777" w:rsidR="00282991" w:rsidRDefault="00FE4586">
            <w:pPr>
              <w:spacing w:after="0"/>
            </w:pPr>
            <w:r>
              <w:rPr>
                <w:rFonts w:eastAsia="Arial" w:cs="Arial"/>
                <w:i/>
                <w:color w:val="707070"/>
                <w:sz w:val="20"/>
              </w:rPr>
              <w:t>&lt;Insert&gt;</w:t>
            </w:r>
          </w:p>
        </w:tc>
      </w:tr>
      <w:tr w:rsidR="00282991" w14:paraId="2E91D199"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AB61354" w14:textId="77777777" w:rsidR="00282991" w:rsidRDefault="00FE4586">
            <w:pPr>
              <w:spacing w:after="0"/>
            </w:pPr>
            <w:r>
              <w:rPr>
                <w:rFonts w:eastAsia="Arial" w:cs="Arial"/>
                <w:sz w:val="17"/>
              </w:rPr>
              <w:t>Patient/caregiver notification</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61068D0" w14:textId="77777777" w:rsidR="00282991" w:rsidRDefault="00FE4586">
            <w:pPr>
              <w:spacing w:after="0"/>
            </w:pPr>
            <w:r>
              <w:rPr>
                <w:rFonts w:eastAsia="Arial" w:cs="Arial"/>
                <w:i/>
                <w:color w:val="707070"/>
                <w:sz w:val="20"/>
              </w:rPr>
              <w:t>&lt;Insert&gt;</w:t>
            </w:r>
          </w:p>
        </w:tc>
      </w:tr>
    </w:tbl>
    <w:p w14:paraId="2B22B2D9" w14:textId="77777777" w:rsidR="00282991" w:rsidRDefault="00282991">
      <w:pPr>
        <w:spacing w:after="20"/>
      </w:pPr>
    </w:p>
    <w:p w14:paraId="6D34079F" w14:textId="77777777" w:rsidR="00282991" w:rsidRDefault="00FE4586">
      <w:r>
        <w:br w:type="page"/>
      </w:r>
    </w:p>
    <w:p w14:paraId="001541F9" w14:textId="77777777" w:rsidR="00282991" w:rsidRDefault="00FE4586">
      <w:pPr>
        <w:pStyle w:val="Heading1"/>
        <w:pBdr>
          <w:bottom w:val="single" w:sz="10" w:space="2" w:color="E63B07"/>
        </w:pBdr>
      </w:pPr>
      <w:r>
        <w:rPr>
          <w:rFonts w:ascii="Arial" w:eastAsia="Arial" w:hAnsi="Arial" w:cs="Arial"/>
        </w:rPr>
        <w:lastRenderedPageBreak/>
        <w:t>ATTACHMENT J - EMERGENCY STAFFING &amp; VOLUNTEERS</w:t>
      </w:r>
    </w:p>
    <w:tbl>
      <w:tblPr>
        <w:tblW w:w="0" w:type="auto"/>
        <w:jc w:val="center"/>
        <w:tblLayout w:type="fixed"/>
        <w:tblLook w:val="04A0" w:firstRow="1" w:lastRow="0" w:firstColumn="1" w:lastColumn="0" w:noHBand="0" w:noVBand="1"/>
      </w:tblPr>
      <w:tblGrid>
        <w:gridCol w:w="2304"/>
        <w:gridCol w:w="2160"/>
        <w:gridCol w:w="2304"/>
        <w:gridCol w:w="2592"/>
        <w:gridCol w:w="1440"/>
      </w:tblGrid>
      <w:tr w:rsidR="00282991" w14:paraId="7D47877E" w14:textId="77777777">
        <w:trPr>
          <w:cantSplit/>
          <w:tblHeader/>
          <w:jc w:val="center"/>
        </w:trPr>
        <w:tc>
          <w:tcPr>
            <w:tcW w:w="230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A908D73" w14:textId="77777777" w:rsidR="00282991" w:rsidRDefault="00FE4586">
            <w:pPr>
              <w:spacing w:after="0"/>
            </w:pPr>
            <w:r>
              <w:rPr>
                <w:rFonts w:eastAsia="Arial" w:cs="Arial"/>
                <w:b/>
                <w:color w:val="FFFFFF"/>
                <w:sz w:val="15"/>
              </w:rPr>
              <w:t>Staffing Strategy</w:t>
            </w:r>
          </w:p>
        </w:tc>
        <w:tc>
          <w:tcPr>
            <w:tcW w:w="216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68F6420" w14:textId="77777777" w:rsidR="00282991" w:rsidRDefault="00FE4586">
            <w:pPr>
              <w:spacing w:after="0"/>
            </w:pPr>
            <w:r>
              <w:rPr>
                <w:rFonts w:eastAsia="Arial" w:cs="Arial"/>
                <w:b/>
                <w:color w:val="FFFFFF"/>
                <w:sz w:val="15"/>
              </w:rPr>
              <w:t>Activation Trigger</w:t>
            </w:r>
          </w:p>
        </w:tc>
        <w:tc>
          <w:tcPr>
            <w:tcW w:w="230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600DD97" w14:textId="77777777" w:rsidR="00282991" w:rsidRDefault="00FE4586">
            <w:pPr>
              <w:spacing w:after="0"/>
            </w:pPr>
            <w:r>
              <w:rPr>
                <w:rFonts w:eastAsia="Arial" w:cs="Arial"/>
                <w:b/>
                <w:color w:val="FFFFFF"/>
                <w:sz w:val="15"/>
              </w:rPr>
              <w:t>Verification / Credential Process</w:t>
            </w:r>
          </w:p>
        </w:tc>
        <w:tc>
          <w:tcPr>
            <w:tcW w:w="259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A41CC03" w14:textId="77777777" w:rsidR="00282991" w:rsidRDefault="00FE4586">
            <w:pPr>
              <w:spacing w:after="0"/>
            </w:pPr>
            <w:r>
              <w:rPr>
                <w:rFonts w:eastAsia="Arial" w:cs="Arial"/>
                <w:b/>
                <w:color w:val="FFFFFF"/>
                <w:sz w:val="15"/>
              </w:rPr>
              <w:t>Supervision / Role Assignment</w:t>
            </w:r>
          </w:p>
        </w:tc>
        <w:tc>
          <w:tcPr>
            <w:tcW w:w="144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93C66FB" w14:textId="77777777" w:rsidR="00282991" w:rsidRDefault="00FE4586">
            <w:pPr>
              <w:spacing w:after="0"/>
            </w:pPr>
            <w:r>
              <w:rPr>
                <w:rFonts w:eastAsia="Arial" w:cs="Arial"/>
                <w:b/>
                <w:color w:val="FFFFFF"/>
                <w:sz w:val="15"/>
              </w:rPr>
              <w:t>Record Location</w:t>
            </w:r>
          </w:p>
        </w:tc>
      </w:tr>
      <w:tr w:rsidR="00282991" w14:paraId="4C4F8DCC"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C25E496"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4BF130E"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14ABB49"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AFF7FAA" w14:textId="77777777" w:rsidR="00282991" w:rsidRDefault="00FE4586">
            <w:pPr>
              <w:spacing w:after="0"/>
            </w:pPr>
            <w:r>
              <w:rPr>
                <w:rFonts w:eastAsia="Arial" w:cs="Arial"/>
                <w:i/>
                <w:color w:val="707070"/>
                <w:sz w:val="20"/>
              </w:rPr>
              <w:t>&lt;Insert&gt;</w:t>
            </w:r>
          </w:p>
        </w:tc>
        <w:tc>
          <w:tcPr>
            <w:tcW w:w="14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6D173AD" w14:textId="77777777" w:rsidR="00282991" w:rsidRDefault="00FE4586">
            <w:pPr>
              <w:spacing w:after="0"/>
            </w:pPr>
            <w:r>
              <w:rPr>
                <w:rFonts w:eastAsia="Arial" w:cs="Arial"/>
                <w:i/>
                <w:color w:val="707070"/>
                <w:sz w:val="20"/>
              </w:rPr>
              <w:t>&lt;Insert&gt;</w:t>
            </w:r>
          </w:p>
        </w:tc>
      </w:tr>
      <w:tr w:rsidR="00282991" w14:paraId="547592FB"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2FFBA6B"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79F5ADC"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76D8868"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016D97E" w14:textId="77777777" w:rsidR="00282991" w:rsidRDefault="00FE4586">
            <w:pPr>
              <w:spacing w:after="0"/>
            </w:pPr>
            <w:r>
              <w:rPr>
                <w:rFonts w:eastAsia="Arial" w:cs="Arial"/>
                <w:i/>
                <w:color w:val="707070"/>
                <w:sz w:val="20"/>
              </w:rPr>
              <w:t>&lt;Insert&gt;</w:t>
            </w:r>
          </w:p>
        </w:tc>
        <w:tc>
          <w:tcPr>
            <w:tcW w:w="14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7A29D34" w14:textId="77777777" w:rsidR="00282991" w:rsidRDefault="00FE4586">
            <w:pPr>
              <w:spacing w:after="0"/>
            </w:pPr>
            <w:r>
              <w:rPr>
                <w:rFonts w:eastAsia="Arial" w:cs="Arial"/>
                <w:i/>
                <w:color w:val="707070"/>
                <w:sz w:val="20"/>
              </w:rPr>
              <w:t>&lt;Insert&gt;</w:t>
            </w:r>
          </w:p>
        </w:tc>
      </w:tr>
      <w:tr w:rsidR="00282991" w14:paraId="2AAFF85E"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D947EC6"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4D058BC"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7E8DFDD"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BE10AA2" w14:textId="77777777" w:rsidR="00282991" w:rsidRDefault="00FE4586">
            <w:pPr>
              <w:spacing w:after="0"/>
            </w:pPr>
            <w:r>
              <w:rPr>
                <w:rFonts w:eastAsia="Arial" w:cs="Arial"/>
                <w:i/>
                <w:color w:val="707070"/>
                <w:sz w:val="20"/>
              </w:rPr>
              <w:t>&lt;Insert&gt;</w:t>
            </w:r>
          </w:p>
        </w:tc>
        <w:tc>
          <w:tcPr>
            <w:tcW w:w="14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361D188" w14:textId="77777777" w:rsidR="00282991" w:rsidRDefault="00FE4586">
            <w:pPr>
              <w:spacing w:after="0"/>
            </w:pPr>
            <w:r>
              <w:rPr>
                <w:rFonts w:eastAsia="Arial" w:cs="Arial"/>
                <w:i/>
                <w:color w:val="707070"/>
                <w:sz w:val="20"/>
              </w:rPr>
              <w:t>&lt;Insert&gt;</w:t>
            </w:r>
          </w:p>
        </w:tc>
      </w:tr>
      <w:tr w:rsidR="00282991" w14:paraId="5BA983B3"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BD7FD33"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8195934"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F800B44"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E3CEE57" w14:textId="77777777" w:rsidR="00282991" w:rsidRDefault="00FE4586">
            <w:pPr>
              <w:spacing w:after="0"/>
            </w:pPr>
            <w:r>
              <w:rPr>
                <w:rFonts w:eastAsia="Arial" w:cs="Arial"/>
                <w:i/>
                <w:color w:val="707070"/>
                <w:sz w:val="20"/>
              </w:rPr>
              <w:t>&lt;Insert&gt;</w:t>
            </w:r>
          </w:p>
        </w:tc>
        <w:tc>
          <w:tcPr>
            <w:tcW w:w="14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2907A1D" w14:textId="77777777" w:rsidR="00282991" w:rsidRDefault="00FE4586">
            <w:pPr>
              <w:spacing w:after="0"/>
            </w:pPr>
            <w:r>
              <w:rPr>
                <w:rFonts w:eastAsia="Arial" w:cs="Arial"/>
                <w:i/>
                <w:color w:val="707070"/>
                <w:sz w:val="20"/>
              </w:rPr>
              <w:t>&lt;Insert&gt;</w:t>
            </w:r>
          </w:p>
        </w:tc>
      </w:tr>
      <w:tr w:rsidR="00282991" w14:paraId="4D14343B"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12E49B7"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7CEA33C"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D58FFA7"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A546EC1" w14:textId="77777777" w:rsidR="00282991" w:rsidRDefault="00FE4586">
            <w:pPr>
              <w:spacing w:after="0"/>
            </w:pPr>
            <w:r>
              <w:rPr>
                <w:rFonts w:eastAsia="Arial" w:cs="Arial"/>
                <w:i/>
                <w:color w:val="707070"/>
                <w:sz w:val="20"/>
              </w:rPr>
              <w:t>&lt;Insert&gt;</w:t>
            </w:r>
          </w:p>
        </w:tc>
        <w:tc>
          <w:tcPr>
            <w:tcW w:w="14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429A7BA" w14:textId="77777777" w:rsidR="00282991" w:rsidRDefault="00FE4586">
            <w:pPr>
              <w:spacing w:after="0"/>
            </w:pPr>
            <w:r>
              <w:rPr>
                <w:rFonts w:eastAsia="Arial" w:cs="Arial"/>
                <w:i/>
                <w:color w:val="707070"/>
                <w:sz w:val="20"/>
              </w:rPr>
              <w:t>&lt;Insert&gt;</w:t>
            </w:r>
          </w:p>
        </w:tc>
      </w:tr>
      <w:tr w:rsidR="00282991" w14:paraId="75D4832E"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B2494FA"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573F09E"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BE2C746"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6039528" w14:textId="77777777" w:rsidR="00282991" w:rsidRDefault="00FE4586">
            <w:pPr>
              <w:spacing w:after="0"/>
            </w:pPr>
            <w:r>
              <w:rPr>
                <w:rFonts w:eastAsia="Arial" w:cs="Arial"/>
                <w:i/>
                <w:color w:val="707070"/>
                <w:sz w:val="20"/>
              </w:rPr>
              <w:t>&lt;Insert&gt;</w:t>
            </w:r>
          </w:p>
        </w:tc>
        <w:tc>
          <w:tcPr>
            <w:tcW w:w="14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27DF95F" w14:textId="77777777" w:rsidR="00282991" w:rsidRDefault="00FE4586">
            <w:pPr>
              <w:spacing w:after="0"/>
            </w:pPr>
            <w:r>
              <w:rPr>
                <w:rFonts w:eastAsia="Arial" w:cs="Arial"/>
                <w:i/>
                <w:color w:val="707070"/>
                <w:sz w:val="20"/>
              </w:rPr>
              <w:t>&lt;Insert&gt;</w:t>
            </w:r>
          </w:p>
        </w:tc>
      </w:tr>
      <w:tr w:rsidR="00282991" w14:paraId="1EA71AD9"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4B97B76"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AC25289"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BE4FE33"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AF8DFB6" w14:textId="77777777" w:rsidR="00282991" w:rsidRDefault="00FE4586">
            <w:pPr>
              <w:spacing w:after="0"/>
            </w:pPr>
            <w:r>
              <w:rPr>
                <w:rFonts w:eastAsia="Arial" w:cs="Arial"/>
                <w:i/>
                <w:color w:val="707070"/>
                <w:sz w:val="20"/>
              </w:rPr>
              <w:t>&lt;Insert&gt;</w:t>
            </w:r>
          </w:p>
        </w:tc>
        <w:tc>
          <w:tcPr>
            <w:tcW w:w="14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8AB4C9E" w14:textId="77777777" w:rsidR="00282991" w:rsidRDefault="00FE4586">
            <w:pPr>
              <w:spacing w:after="0"/>
            </w:pPr>
            <w:r>
              <w:rPr>
                <w:rFonts w:eastAsia="Arial" w:cs="Arial"/>
                <w:i/>
                <w:color w:val="707070"/>
                <w:sz w:val="20"/>
              </w:rPr>
              <w:t>&lt;Insert&gt;</w:t>
            </w:r>
          </w:p>
        </w:tc>
      </w:tr>
      <w:tr w:rsidR="00282991" w14:paraId="0866D7C7"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BBDBB52"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8C7ED05"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8DC7D14" w14:textId="77777777" w:rsidR="00282991" w:rsidRDefault="00FE4586">
            <w:pPr>
              <w:spacing w:after="0"/>
            </w:pPr>
            <w:r>
              <w:rPr>
                <w:rFonts w:eastAsia="Arial" w:cs="Arial"/>
                <w:i/>
                <w:color w:val="707070"/>
                <w:sz w:val="20"/>
              </w:rPr>
              <w:t>&lt;Insert&gt;</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DB7652C" w14:textId="77777777" w:rsidR="00282991" w:rsidRDefault="00FE4586">
            <w:pPr>
              <w:spacing w:after="0"/>
            </w:pPr>
            <w:r>
              <w:rPr>
                <w:rFonts w:eastAsia="Arial" w:cs="Arial"/>
                <w:i/>
                <w:color w:val="707070"/>
                <w:sz w:val="20"/>
              </w:rPr>
              <w:t>&lt;Insert&gt;</w:t>
            </w:r>
          </w:p>
        </w:tc>
        <w:tc>
          <w:tcPr>
            <w:tcW w:w="14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FB11B08" w14:textId="77777777" w:rsidR="00282991" w:rsidRDefault="00FE4586">
            <w:pPr>
              <w:spacing w:after="0"/>
            </w:pPr>
            <w:r>
              <w:rPr>
                <w:rFonts w:eastAsia="Arial" w:cs="Arial"/>
                <w:i/>
                <w:color w:val="707070"/>
                <w:sz w:val="20"/>
              </w:rPr>
              <w:t>&lt;Insert&gt;</w:t>
            </w:r>
          </w:p>
        </w:tc>
      </w:tr>
    </w:tbl>
    <w:p w14:paraId="6C70A6E9" w14:textId="77777777" w:rsidR="00282991" w:rsidRDefault="00282991">
      <w:pPr>
        <w:spacing w:after="20"/>
      </w:pPr>
    </w:p>
    <w:p w14:paraId="38C02CA2" w14:textId="77777777" w:rsidR="00282991" w:rsidRDefault="00FE4586">
      <w:r>
        <w:br w:type="page"/>
      </w:r>
    </w:p>
    <w:p w14:paraId="3F7D2396" w14:textId="77777777" w:rsidR="00282991" w:rsidRDefault="00FE4586">
      <w:pPr>
        <w:pStyle w:val="Heading1"/>
        <w:pBdr>
          <w:bottom w:val="single" w:sz="10" w:space="2" w:color="E63B07"/>
        </w:pBdr>
      </w:pPr>
      <w:r>
        <w:rPr>
          <w:rFonts w:ascii="Arial" w:eastAsia="Arial" w:hAnsi="Arial" w:cs="Arial"/>
        </w:rPr>
        <w:lastRenderedPageBreak/>
        <w:t>ATTACHMENT K - MEDICAL RECORDS / EHR DOWNTIME</w:t>
      </w:r>
    </w:p>
    <w:tbl>
      <w:tblPr>
        <w:tblW w:w="0" w:type="auto"/>
        <w:jc w:val="center"/>
        <w:tblLayout w:type="fixed"/>
        <w:tblLook w:val="04A0" w:firstRow="1" w:lastRow="0" w:firstColumn="1" w:lastColumn="0" w:noHBand="0" w:noVBand="1"/>
      </w:tblPr>
      <w:tblGrid>
        <w:gridCol w:w="4320"/>
        <w:gridCol w:w="6480"/>
      </w:tblGrid>
      <w:tr w:rsidR="00282991" w14:paraId="7358E5B5" w14:textId="77777777">
        <w:trPr>
          <w:cantSplit/>
          <w:tblHeader/>
          <w:jc w:val="center"/>
        </w:trPr>
        <w:tc>
          <w:tcPr>
            <w:tcW w:w="432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ECAF813" w14:textId="77777777" w:rsidR="00282991" w:rsidRDefault="00FE4586">
            <w:pPr>
              <w:spacing w:after="0"/>
            </w:pPr>
            <w:r>
              <w:rPr>
                <w:rFonts w:eastAsia="Arial" w:cs="Arial"/>
                <w:b/>
                <w:color w:val="FFFFFF"/>
                <w:sz w:val="17"/>
              </w:rPr>
              <w:t>Element</w:t>
            </w:r>
          </w:p>
        </w:tc>
        <w:tc>
          <w:tcPr>
            <w:tcW w:w="648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B9BCECB" w14:textId="77777777" w:rsidR="00282991" w:rsidRDefault="00FE4586">
            <w:pPr>
              <w:spacing w:after="0"/>
            </w:pPr>
            <w:r>
              <w:rPr>
                <w:rFonts w:eastAsia="Arial" w:cs="Arial"/>
                <w:b/>
                <w:color w:val="FFFFFF"/>
                <w:sz w:val="17"/>
              </w:rPr>
              <w:t>Facility Process / Controlled Location</w:t>
            </w:r>
          </w:p>
        </w:tc>
      </w:tr>
      <w:tr w:rsidR="00282991" w14:paraId="35C7939D"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4715826" w14:textId="77777777" w:rsidR="00282991" w:rsidRDefault="00FE4586">
            <w:pPr>
              <w:spacing w:after="0"/>
            </w:pPr>
            <w:r>
              <w:rPr>
                <w:rFonts w:eastAsia="Arial" w:cs="Arial"/>
                <w:sz w:val="17"/>
              </w:rPr>
              <w:t>Downtime activation authority</w:t>
            </w:r>
          </w:p>
        </w:tc>
        <w:tc>
          <w:tcPr>
            <w:tcW w:w="64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B4F8C55" w14:textId="77777777" w:rsidR="00282991" w:rsidRDefault="00FE4586">
            <w:pPr>
              <w:spacing w:after="0"/>
            </w:pPr>
            <w:r>
              <w:rPr>
                <w:rFonts w:eastAsia="Arial" w:cs="Arial"/>
                <w:i/>
                <w:color w:val="707070"/>
                <w:sz w:val="20"/>
              </w:rPr>
              <w:t>&lt;Insert&gt;</w:t>
            </w:r>
          </w:p>
        </w:tc>
      </w:tr>
      <w:tr w:rsidR="00282991" w14:paraId="66C495FD"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476B5E4" w14:textId="77777777" w:rsidR="00282991" w:rsidRDefault="00FE4586">
            <w:pPr>
              <w:spacing w:after="0"/>
            </w:pPr>
            <w:r>
              <w:rPr>
                <w:rFonts w:eastAsia="Arial" w:cs="Arial"/>
                <w:sz w:val="17"/>
              </w:rPr>
              <w:t>Paper treatment / tracking forms</w:t>
            </w:r>
          </w:p>
        </w:tc>
        <w:tc>
          <w:tcPr>
            <w:tcW w:w="64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92CCD16" w14:textId="77777777" w:rsidR="00282991" w:rsidRDefault="00FE4586">
            <w:pPr>
              <w:spacing w:after="0"/>
            </w:pPr>
            <w:r>
              <w:rPr>
                <w:rFonts w:eastAsia="Arial" w:cs="Arial"/>
                <w:i/>
                <w:color w:val="707070"/>
                <w:sz w:val="20"/>
              </w:rPr>
              <w:t>&lt;Location&gt;</w:t>
            </w:r>
          </w:p>
        </w:tc>
      </w:tr>
      <w:tr w:rsidR="00282991" w14:paraId="547CC5D5"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EBAF250" w14:textId="77777777" w:rsidR="00282991" w:rsidRDefault="00FE4586">
            <w:pPr>
              <w:spacing w:after="0"/>
            </w:pPr>
            <w:r>
              <w:rPr>
                <w:rFonts w:eastAsia="Arial" w:cs="Arial"/>
                <w:sz w:val="17"/>
              </w:rPr>
              <w:t>Access to dialysis prescription</w:t>
            </w:r>
          </w:p>
        </w:tc>
        <w:tc>
          <w:tcPr>
            <w:tcW w:w="64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4EEB405" w14:textId="77777777" w:rsidR="00282991" w:rsidRDefault="00FE4586">
            <w:pPr>
              <w:spacing w:after="0"/>
            </w:pPr>
            <w:r>
              <w:rPr>
                <w:rFonts w:eastAsia="Arial" w:cs="Arial"/>
                <w:i/>
                <w:color w:val="707070"/>
                <w:sz w:val="20"/>
              </w:rPr>
              <w:t>&lt;Method&gt;</w:t>
            </w:r>
          </w:p>
        </w:tc>
      </w:tr>
      <w:tr w:rsidR="00282991" w14:paraId="7B2C08D1"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1BE680D" w14:textId="77777777" w:rsidR="00282991" w:rsidRDefault="00FE4586">
            <w:pPr>
              <w:spacing w:after="0"/>
            </w:pPr>
            <w:r>
              <w:rPr>
                <w:rFonts w:eastAsia="Arial" w:cs="Arial"/>
                <w:sz w:val="17"/>
              </w:rPr>
              <w:t>Access to medications / allergies</w:t>
            </w:r>
          </w:p>
        </w:tc>
        <w:tc>
          <w:tcPr>
            <w:tcW w:w="64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0AA953D" w14:textId="77777777" w:rsidR="00282991" w:rsidRDefault="00FE4586">
            <w:pPr>
              <w:spacing w:after="0"/>
            </w:pPr>
            <w:r>
              <w:rPr>
                <w:rFonts w:eastAsia="Arial" w:cs="Arial"/>
                <w:i/>
                <w:color w:val="707070"/>
                <w:sz w:val="20"/>
              </w:rPr>
              <w:t>&lt;Method&gt;</w:t>
            </w:r>
          </w:p>
        </w:tc>
      </w:tr>
      <w:tr w:rsidR="00282991" w14:paraId="730ADA52"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35B3AF3" w14:textId="77777777" w:rsidR="00282991" w:rsidRDefault="00FE4586">
            <w:pPr>
              <w:spacing w:after="0"/>
            </w:pPr>
            <w:r>
              <w:rPr>
                <w:rFonts w:eastAsia="Arial" w:cs="Arial"/>
                <w:sz w:val="17"/>
              </w:rPr>
              <w:t>Vascular access / treatment history</w:t>
            </w:r>
          </w:p>
        </w:tc>
        <w:tc>
          <w:tcPr>
            <w:tcW w:w="64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DF17463" w14:textId="77777777" w:rsidR="00282991" w:rsidRDefault="00FE4586">
            <w:pPr>
              <w:spacing w:after="0"/>
            </w:pPr>
            <w:r>
              <w:rPr>
                <w:rFonts w:eastAsia="Arial" w:cs="Arial"/>
                <w:i/>
                <w:color w:val="707070"/>
                <w:sz w:val="20"/>
              </w:rPr>
              <w:t>&lt;Method&gt;</w:t>
            </w:r>
          </w:p>
        </w:tc>
      </w:tr>
      <w:tr w:rsidR="00282991" w14:paraId="64987023"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2666C43" w14:textId="77777777" w:rsidR="00282991" w:rsidRDefault="00FE4586">
            <w:pPr>
              <w:spacing w:after="0"/>
            </w:pPr>
            <w:r>
              <w:rPr>
                <w:rFonts w:eastAsia="Arial" w:cs="Arial"/>
                <w:sz w:val="17"/>
              </w:rPr>
              <w:t>Lab / result continuity</w:t>
            </w:r>
          </w:p>
        </w:tc>
        <w:tc>
          <w:tcPr>
            <w:tcW w:w="64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E53EC2E" w14:textId="77777777" w:rsidR="00282991" w:rsidRDefault="00FE4586">
            <w:pPr>
              <w:spacing w:after="0"/>
            </w:pPr>
            <w:r>
              <w:rPr>
                <w:rFonts w:eastAsia="Arial" w:cs="Arial"/>
                <w:i/>
                <w:color w:val="707070"/>
                <w:sz w:val="20"/>
              </w:rPr>
              <w:t>&lt;Process&gt;</w:t>
            </w:r>
          </w:p>
        </w:tc>
      </w:tr>
      <w:tr w:rsidR="00282991" w14:paraId="7F1E3899"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712CDE0" w14:textId="77777777" w:rsidR="00282991" w:rsidRDefault="00FE4586">
            <w:pPr>
              <w:spacing w:after="0"/>
            </w:pPr>
            <w:r>
              <w:rPr>
                <w:rFonts w:eastAsia="Arial" w:cs="Arial"/>
                <w:sz w:val="17"/>
              </w:rPr>
              <w:t>Privacy / confidentiality safeguards</w:t>
            </w:r>
          </w:p>
        </w:tc>
        <w:tc>
          <w:tcPr>
            <w:tcW w:w="64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770D814" w14:textId="77777777" w:rsidR="00282991" w:rsidRDefault="00FE4586">
            <w:pPr>
              <w:spacing w:after="0"/>
            </w:pPr>
            <w:r>
              <w:rPr>
                <w:rFonts w:eastAsia="Arial" w:cs="Arial"/>
                <w:i/>
                <w:color w:val="707070"/>
                <w:sz w:val="20"/>
              </w:rPr>
              <w:t>&lt;Process&gt;</w:t>
            </w:r>
          </w:p>
        </w:tc>
      </w:tr>
      <w:tr w:rsidR="00282991" w14:paraId="67EB56B1"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56E54C5" w14:textId="77777777" w:rsidR="00282991" w:rsidRDefault="00FE4586">
            <w:pPr>
              <w:spacing w:after="0"/>
            </w:pPr>
            <w:r>
              <w:rPr>
                <w:rFonts w:eastAsia="Arial" w:cs="Arial"/>
                <w:sz w:val="17"/>
              </w:rPr>
              <w:t>Data backup / recovery contact</w:t>
            </w:r>
          </w:p>
        </w:tc>
        <w:tc>
          <w:tcPr>
            <w:tcW w:w="64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4B6E7E7" w14:textId="77777777" w:rsidR="00282991" w:rsidRDefault="00FE4586">
            <w:pPr>
              <w:spacing w:after="0"/>
            </w:pPr>
            <w:r>
              <w:rPr>
                <w:rFonts w:eastAsia="Arial" w:cs="Arial"/>
                <w:i/>
                <w:color w:val="707070"/>
                <w:sz w:val="20"/>
              </w:rPr>
              <w:t>&lt;Insert&gt;</w:t>
            </w:r>
          </w:p>
        </w:tc>
      </w:tr>
      <w:tr w:rsidR="00282991" w14:paraId="2DD548BF"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A69B2F8" w14:textId="77777777" w:rsidR="00282991" w:rsidRDefault="00FE4586">
            <w:pPr>
              <w:spacing w:after="0"/>
            </w:pPr>
            <w:r>
              <w:rPr>
                <w:rFonts w:eastAsia="Arial" w:cs="Arial"/>
                <w:sz w:val="17"/>
              </w:rPr>
              <w:t>Cyber incident escalation</w:t>
            </w:r>
          </w:p>
        </w:tc>
        <w:tc>
          <w:tcPr>
            <w:tcW w:w="64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403B8CC" w14:textId="77777777" w:rsidR="00282991" w:rsidRDefault="00FE4586">
            <w:pPr>
              <w:spacing w:after="0"/>
            </w:pPr>
            <w:r>
              <w:rPr>
                <w:rFonts w:eastAsia="Arial" w:cs="Arial"/>
                <w:i/>
                <w:color w:val="707070"/>
                <w:sz w:val="20"/>
              </w:rPr>
              <w:t>&lt;Insert&gt;</w:t>
            </w:r>
          </w:p>
        </w:tc>
      </w:tr>
      <w:tr w:rsidR="00282991" w14:paraId="10CA7454"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A548AAC" w14:textId="77777777" w:rsidR="00282991" w:rsidRDefault="00FE4586">
            <w:pPr>
              <w:spacing w:after="0"/>
            </w:pPr>
            <w:r>
              <w:rPr>
                <w:rFonts w:eastAsia="Arial" w:cs="Arial"/>
                <w:sz w:val="17"/>
              </w:rPr>
              <w:t>Reconciliation after restoration</w:t>
            </w:r>
          </w:p>
        </w:tc>
        <w:tc>
          <w:tcPr>
            <w:tcW w:w="64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858C6AB" w14:textId="77777777" w:rsidR="00282991" w:rsidRDefault="00FE4586">
            <w:pPr>
              <w:spacing w:after="0"/>
            </w:pPr>
            <w:r>
              <w:rPr>
                <w:rFonts w:eastAsia="Arial" w:cs="Arial"/>
                <w:i/>
                <w:color w:val="707070"/>
                <w:sz w:val="20"/>
              </w:rPr>
              <w:t>&lt;Process&gt;</w:t>
            </w:r>
          </w:p>
        </w:tc>
      </w:tr>
      <w:tr w:rsidR="00282991" w14:paraId="234B24DD"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1DD64B3" w14:textId="77777777" w:rsidR="00282991" w:rsidRDefault="00FE4586">
            <w:pPr>
              <w:spacing w:after="0"/>
            </w:pPr>
            <w:r>
              <w:rPr>
                <w:rFonts w:eastAsia="Arial" w:cs="Arial"/>
                <w:sz w:val="17"/>
              </w:rPr>
              <w:t>Extended outage patient communication</w:t>
            </w:r>
          </w:p>
        </w:tc>
        <w:tc>
          <w:tcPr>
            <w:tcW w:w="64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56D0AFB" w14:textId="77777777" w:rsidR="00282991" w:rsidRDefault="00FE4586">
            <w:pPr>
              <w:spacing w:after="0"/>
            </w:pPr>
            <w:r>
              <w:rPr>
                <w:rFonts w:eastAsia="Arial" w:cs="Arial"/>
                <w:i/>
                <w:color w:val="707070"/>
                <w:sz w:val="20"/>
              </w:rPr>
              <w:t>&lt;Process&gt;</w:t>
            </w:r>
          </w:p>
        </w:tc>
      </w:tr>
    </w:tbl>
    <w:p w14:paraId="14D1F86C" w14:textId="77777777" w:rsidR="00282991" w:rsidRDefault="00282991">
      <w:pPr>
        <w:spacing w:after="20"/>
      </w:pPr>
    </w:p>
    <w:p w14:paraId="5633FB4F" w14:textId="77777777" w:rsidR="00282991" w:rsidRDefault="00FE4586">
      <w:r>
        <w:br w:type="page"/>
      </w:r>
    </w:p>
    <w:p w14:paraId="233CE8C2" w14:textId="77777777" w:rsidR="00282991" w:rsidRDefault="00FE4586">
      <w:pPr>
        <w:pStyle w:val="Heading1"/>
        <w:pBdr>
          <w:bottom w:val="single" w:sz="10" w:space="2" w:color="E63B07"/>
        </w:pBdr>
      </w:pPr>
      <w:r>
        <w:rPr>
          <w:rFonts w:ascii="Arial" w:eastAsia="Arial" w:hAnsi="Arial" w:cs="Arial"/>
        </w:rPr>
        <w:lastRenderedPageBreak/>
        <w:t>ATTACHMENT L - WATER / DIALYSATE / UTILITIES / EQUIPMENT / GENERATOR</w:t>
      </w:r>
    </w:p>
    <w:tbl>
      <w:tblPr>
        <w:tblW w:w="0" w:type="auto"/>
        <w:jc w:val="center"/>
        <w:tblLayout w:type="fixed"/>
        <w:tblLook w:val="04A0" w:firstRow="1" w:lastRow="0" w:firstColumn="1" w:lastColumn="0" w:noHBand="0" w:noVBand="1"/>
      </w:tblPr>
      <w:tblGrid>
        <w:gridCol w:w="2304"/>
        <w:gridCol w:w="2232"/>
        <w:gridCol w:w="2448"/>
        <w:gridCol w:w="2088"/>
        <w:gridCol w:w="1728"/>
      </w:tblGrid>
      <w:tr w:rsidR="00282991" w14:paraId="500F4FB8" w14:textId="77777777">
        <w:trPr>
          <w:cantSplit/>
          <w:tblHeader/>
          <w:jc w:val="center"/>
        </w:trPr>
        <w:tc>
          <w:tcPr>
            <w:tcW w:w="230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2BA12E5" w14:textId="77777777" w:rsidR="00282991" w:rsidRDefault="00FE4586">
            <w:pPr>
              <w:spacing w:after="0"/>
            </w:pPr>
            <w:r>
              <w:rPr>
                <w:rFonts w:eastAsia="Arial" w:cs="Arial"/>
                <w:b/>
                <w:color w:val="FFFFFF"/>
                <w:sz w:val="14"/>
              </w:rPr>
              <w:t>System / Equipment</w:t>
            </w:r>
          </w:p>
        </w:tc>
        <w:tc>
          <w:tcPr>
            <w:tcW w:w="223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773D2C6" w14:textId="77777777" w:rsidR="00282991" w:rsidRDefault="00FE4586">
            <w:pPr>
              <w:spacing w:after="0"/>
            </w:pPr>
            <w:r>
              <w:rPr>
                <w:rFonts w:eastAsia="Arial" w:cs="Arial"/>
                <w:b/>
                <w:color w:val="FFFFFF"/>
                <w:sz w:val="14"/>
              </w:rPr>
              <w:t>Normal Source / Condition</w:t>
            </w:r>
          </w:p>
        </w:tc>
        <w:tc>
          <w:tcPr>
            <w:tcW w:w="244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169F23C" w14:textId="77777777" w:rsidR="00282991" w:rsidRDefault="00FE4586">
            <w:pPr>
              <w:spacing w:after="0"/>
            </w:pPr>
            <w:r>
              <w:rPr>
                <w:rFonts w:eastAsia="Arial" w:cs="Arial"/>
                <w:b/>
                <w:color w:val="FFFFFF"/>
                <w:sz w:val="14"/>
              </w:rPr>
              <w:t>Backup / Contingency</w:t>
            </w:r>
          </w:p>
        </w:tc>
        <w:tc>
          <w:tcPr>
            <w:tcW w:w="208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87ECEC0" w14:textId="77777777" w:rsidR="00282991" w:rsidRDefault="00FE4586">
            <w:pPr>
              <w:spacing w:after="0"/>
            </w:pPr>
            <w:r>
              <w:rPr>
                <w:rFonts w:eastAsia="Arial" w:cs="Arial"/>
                <w:b/>
                <w:color w:val="FFFFFF"/>
                <w:sz w:val="14"/>
              </w:rPr>
              <w:t>PM / Test Record Location</w:t>
            </w:r>
          </w:p>
        </w:tc>
        <w:tc>
          <w:tcPr>
            <w:tcW w:w="172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3CE6540" w14:textId="77777777" w:rsidR="00282991" w:rsidRDefault="00FE4586">
            <w:pPr>
              <w:spacing w:after="0"/>
            </w:pPr>
            <w:r>
              <w:rPr>
                <w:rFonts w:eastAsia="Arial" w:cs="Arial"/>
                <w:b/>
                <w:color w:val="FFFFFF"/>
                <w:sz w:val="14"/>
              </w:rPr>
              <w:t>Decision Trigger</w:t>
            </w:r>
          </w:p>
        </w:tc>
      </w:tr>
      <w:tr w:rsidR="00282991" w14:paraId="25E8CAF7"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6722F44" w14:textId="77777777" w:rsidR="00282991" w:rsidRDefault="00FE4586">
            <w:pPr>
              <w:spacing w:after="0"/>
            </w:pPr>
            <w:r>
              <w:rPr>
                <w:rFonts w:eastAsia="Arial" w:cs="Arial"/>
                <w:sz w:val="15"/>
              </w:rPr>
              <w:t>Water source</w:t>
            </w:r>
          </w:p>
        </w:tc>
        <w:tc>
          <w:tcPr>
            <w:tcW w:w="22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58C3359" w14:textId="77777777" w:rsidR="00282991" w:rsidRDefault="00FE4586">
            <w:pPr>
              <w:spacing w:after="0"/>
            </w:pPr>
            <w:r>
              <w:rPr>
                <w:rFonts w:eastAsia="Arial" w:cs="Arial"/>
                <w:i/>
                <w:color w:val="707070"/>
                <w:sz w:val="20"/>
              </w:rPr>
              <w:t>&lt;Insert&gt;</w:t>
            </w:r>
          </w:p>
        </w:tc>
        <w:tc>
          <w:tcPr>
            <w:tcW w:w="24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E9AA9AF" w14:textId="77777777" w:rsidR="00282991" w:rsidRDefault="00FE4586">
            <w:pPr>
              <w:spacing w:after="0"/>
            </w:pPr>
            <w:r>
              <w:rPr>
                <w:rFonts w:eastAsia="Arial" w:cs="Arial"/>
                <w:i/>
                <w:color w:val="707070"/>
                <w:sz w:val="20"/>
              </w:rPr>
              <w:t>&lt;Insert&gt;</w:t>
            </w:r>
          </w:p>
        </w:tc>
        <w:tc>
          <w:tcPr>
            <w:tcW w:w="20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E6C7BEF"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2DB661A" w14:textId="77777777" w:rsidR="00282991" w:rsidRDefault="00FE4586">
            <w:pPr>
              <w:spacing w:after="0"/>
            </w:pPr>
            <w:r>
              <w:rPr>
                <w:rFonts w:eastAsia="Arial" w:cs="Arial"/>
                <w:i/>
                <w:color w:val="707070"/>
                <w:sz w:val="20"/>
              </w:rPr>
              <w:t>&lt;Insert&gt;</w:t>
            </w:r>
          </w:p>
        </w:tc>
      </w:tr>
      <w:tr w:rsidR="00282991" w14:paraId="785CBFFD"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EBF1F33" w14:textId="77777777" w:rsidR="00282991" w:rsidRDefault="00FE4586">
            <w:pPr>
              <w:spacing w:after="0"/>
            </w:pPr>
            <w:r>
              <w:rPr>
                <w:rFonts w:eastAsia="Arial" w:cs="Arial"/>
                <w:sz w:val="15"/>
              </w:rPr>
              <w:t>Water-treatment system</w:t>
            </w:r>
          </w:p>
        </w:tc>
        <w:tc>
          <w:tcPr>
            <w:tcW w:w="22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51CCD95" w14:textId="77777777" w:rsidR="00282991" w:rsidRDefault="00FE4586">
            <w:pPr>
              <w:spacing w:after="0"/>
            </w:pPr>
            <w:r>
              <w:rPr>
                <w:rFonts w:eastAsia="Arial" w:cs="Arial"/>
                <w:i/>
                <w:color w:val="707070"/>
                <w:sz w:val="20"/>
              </w:rPr>
              <w:t>&lt;Insert&gt;</w:t>
            </w:r>
          </w:p>
        </w:tc>
        <w:tc>
          <w:tcPr>
            <w:tcW w:w="24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D078FE4" w14:textId="77777777" w:rsidR="00282991" w:rsidRDefault="00FE4586">
            <w:pPr>
              <w:spacing w:after="0"/>
            </w:pPr>
            <w:r>
              <w:rPr>
                <w:rFonts w:eastAsia="Arial" w:cs="Arial"/>
                <w:i/>
                <w:color w:val="707070"/>
                <w:sz w:val="20"/>
              </w:rPr>
              <w:t>&lt;Insert&gt;</w:t>
            </w:r>
          </w:p>
        </w:tc>
        <w:tc>
          <w:tcPr>
            <w:tcW w:w="20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627F19A"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56C5745" w14:textId="77777777" w:rsidR="00282991" w:rsidRDefault="00FE4586">
            <w:pPr>
              <w:spacing w:after="0"/>
            </w:pPr>
            <w:r>
              <w:rPr>
                <w:rFonts w:eastAsia="Arial" w:cs="Arial"/>
                <w:i/>
                <w:color w:val="707070"/>
                <w:sz w:val="20"/>
              </w:rPr>
              <w:t>&lt;Insert&gt;</w:t>
            </w:r>
          </w:p>
        </w:tc>
      </w:tr>
      <w:tr w:rsidR="00282991" w14:paraId="36D4F0B7"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93E4985" w14:textId="77777777" w:rsidR="00282991" w:rsidRDefault="00FE4586">
            <w:pPr>
              <w:spacing w:after="0"/>
            </w:pPr>
            <w:r>
              <w:rPr>
                <w:rFonts w:eastAsia="Arial" w:cs="Arial"/>
                <w:sz w:val="15"/>
              </w:rPr>
              <w:t>Dialysate / concentrates</w:t>
            </w:r>
          </w:p>
        </w:tc>
        <w:tc>
          <w:tcPr>
            <w:tcW w:w="22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597297E" w14:textId="77777777" w:rsidR="00282991" w:rsidRDefault="00FE4586">
            <w:pPr>
              <w:spacing w:after="0"/>
            </w:pPr>
            <w:r>
              <w:rPr>
                <w:rFonts w:eastAsia="Arial" w:cs="Arial"/>
                <w:i/>
                <w:color w:val="707070"/>
                <w:sz w:val="20"/>
              </w:rPr>
              <w:t>&lt;Insert&gt;</w:t>
            </w:r>
          </w:p>
        </w:tc>
        <w:tc>
          <w:tcPr>
            <w:tcW w:w="24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31F86C4" w14:textId="77777777" w:rsidR="00282991" w:rsidRDefault="00FE4586">
            <w:pPr>
              <w:spacing w:after="0"/>
            </w:pPr>
            <w:r>
              <w:rPr>
                <w:rFonts w:eastAsia="Arial" w:cs="Arial"/>
                <w:i/>
                <w:color w:val="707070"/>
                <w:sz w:val="20"/>
              </w:rPr>
              <w:t>&lt;Insert&gt;</w:t>
            </w:r>
          </w:p>
        </w:tc>
        <w:tc>
          <w:tcPr>
            <w:tcW w:w="20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B81C553"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C7BDCDC" w14:textId="77777777" w:rsidR="00282991" w:rsidRDefault="00FE4586">
            <w:pPr>
              <w:spacing w:after="0"/>
            </w:pPr>
            <w:r>
              <w:rPr>
                <w:rFonts w:eastAsia="Arial" w:cs="Arial"/>
                <w:i/>
                <w:color w:val="707070"/>
                <w:sz w:val="20"/>
              </w:rPr>
              <w:t>&lt;Insert&gt;</w:t>
            </w:r>
          </w:p>
        </w:tc>
      </w:tr>
      <w:tr w:rsidR="00282991" w14:paraId="129BAC4E"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2235BA6" w14:textId="77777777" w:rsidR="00282991" w:rsidRDefault="00FE4586">
            <w:pPr>
              <w:spacing w:after="0"/>
            </w:pPr>
            <w:r>
              <w:rPr>
                <w:rFonts w:eastAsia="Arial" w:cs="Arial"/>
                <w:sz w:val="15"/>
              </w:rPr>
              <w:t>Dialysis machines</w:t>
            </w:r>
          </w:p>
        </w:tc>
        <w:tc>
          <w:tcPr>
            <w:tcW w:w="22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17FA780" w14:textId="77777777" w:rsidR="00282991" w:rsidRDefault="00FE4586">
            <w:pPr>
              <w:spacing w:after="0"/>
            </w:pPr>
            <w:r>
              <w:rPr>
                <w:rFonts w:eastAsia="Arial" w:cs="Arial"/>
                <w:i/>
                <w:color w:val="707070"/>
                <w:sz w:val="20"/>
              </w:rPr>
              <w:t>&lt;Insert&gt;</w:t>
            </w:r>
          </w:p>
        </w:tc>
        <w:tc>
          <w:tcPr>
            <w:tcW w:w="24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949BC2E" w14:textId="77777777" w:rsidR="00282991" w:rsidRDefault="00FE4586">
            <w:pPr>
              <w:spacing w:after="0"/>
            </w:pPr>
            <w:r>
              <w:rPr>
                <w:rFonts w:eastAsia="Arial" w:cs="Arial"/>
                <w:i/>
                <w:color w:val="707070"/>
                <w:sz w:val="20"/>
              </w:rPr>
              <w:t>&lt;Insert&gt;</w:t>
            </w:r>
          </w:p>
        </w:tc>
        <w:tc>
          <w:tcPr>
            <w:tcW w:w="20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CC51303"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F776648" w14:textId="77777777" w:rsidR="00282991" w:rsidRDefault="00FE4586">
            <w:pPr>
              <w:spacing w:after="0"/>
            </w:pPr>
            <w:r>
              <w:rPr>
                <w:rFonts w:eastAsia="Arial" w:cs="Arial"/>
                <w:i/>
                <w:color w:val="707070"/>
                <w:sz w:val="20"/>
              </w:rPr>
              <w:t>&lt;Insert&gt;</w:t>
            </w:r>
          </w:p>
        </w:tc>
      </w:tr>
      <w:tr w:rsidR="00282991" w14:paraId="128B4881"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92DDF22" w14:textId="77777777" w:rsidR="00282991" w:rsidRDefault="00FE4586">
            <w:pPr>
              <w:spacing w:after="0"/>
            </w:pPr>
            <w:r>
              <w:rPr>
                <w:rFonts w:eastAsia="Arial" w:cs="Arial"/>
                <w:sz w:val="15"/>
              </w:rPr>
              <w:t>Electricity</w:t>
            </w:r>
          </w:p>
        </w:tc>
        <w:tc>
          <w:tcPr>
            <w:tcW w:w="22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FD62165" w14:textId="77777777" w:rsidR="00282991" w:rsidRDefault="00FE4586">
            <w:pPr>
              <w:spacing w:after="0"/>
            </w:pPr>
            <w:r>
              <w:rPr>
                <w:rFonts w:eastAsia="Arial" w:cs="Arial"/>
                <w:i/>
                <w:color w:val="707070"/>
                <w:sz w:val="20"/>
              </w:rPr>
              <w:t>&lt;Insert&gt;</w:t>
            </w:r>
          </w:p>
        </w:tc>
        <w:tc>
          <w:tcPr>
            <w:tcW w:w="24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4CC1E40" w14:textId="77777777" w:rsidR="00282991" w:rsidRDefault="00FE4586">
            <w:pPr>
              <w:spacing w:after="0"/>
            </w:pPr>
            <w:r>
              <w:rPr>
                <w:rFonts w:eastAsia="Arial" w:cs="Arial"/>
                <w:i/>
                <w:color w:val="707070"/>
                <w:sz w:val="20"/>
              </w:rPr>
              <w:t>&lt;Generator / portable / other&gt;</w:t>
            </w:r>
          </w:p>
        </w:tc>
        <w:tc>
          <w:tcPr>
            <w:tcW w:w="20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B128C9"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8766EF4" w14:textId="77777777" w:rsidR="00282991" w:rsidRDefault="00FE4586">
            <w:pPr>
              <w:spacing w:after="0"/>
            </w:pPr>
            <w:r>
              <w:rPr>
                <w:rFonts w:eastAsia="Arial" w:cs="Arial"/>
                <w:i/>
                <w:color w:val="707070"/>
                <w:sz w:val="20"/>
              </w:rPr>
              <w:t>&lt;Insert&gt;</w:t>
            </w:r>
          </w:p>
        </w:tc>
      </w:tr>
      <w:tr w:rsidR="00282991" w14:paraId="03CA32D6"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46949BE" w14:textId="77777777" w:rsidR="00282991" w:rsidRDefault="00FE4586">
            <w:pPr>
              <w:spacing w:after="0"/>
            </w:pPr>
            <w:r>
              <w:rPr>
                <w:rFonts w:eastAsia="Arial" w:cs="Arial"/>
                <w:sz w:val="15"/>
              </w:rPr>
              <w:t>Emergency generator / fuel</w:t>
            </w:r>
          </w:p>
        </w:tc>
        <w:tc>
          <w:tcPr>
            <w:tcW w:w="22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63EBF6F" w14:textId="77777777" w:rsidR="00282991" w:rsidRDefault="00FE4586">
            <w:pPr>
              <w:spacing w:after="0"/>
            </w:pPr>
            <w:r>
              <w:rPr>
                <w:rFonts w:eastAsia="Arial" w:cs="Arial"/>
                <w:i/>
                <w:color w:val="707070"/>
                <w:sz w:val="20"/>
              </w:rPr>
              <w:t>&lt;Insert&gt;</w:t>
            </w:r>
          </w:p>
        </w:tc>
        <w:tc>
          <w:tcPr>
            <w:tcW w:w="24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042F51E" w14:textId="77777777" w:rsidR="00282991" w:rsidRDefault="00FE4586">
            <w:pPr>
              <w:spacing w:after="0"/>
            </w:pPr>
            <w:r>
              <w:rPr>
                <w:rFonts w:eastAsia="Arial" w:cs="Arial"/>
                <w:i/>
                <w:color w:val="707070"/>
                <w:sz w:val="20"/>
              </w:rPr>
              <w:t>&lt;Insert&gt;</w:t>
            </w:r>
          </w:p>
        </w:tc>
        <w:tc>
          <w:tcPr>
            <w:tcW w:w="20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3C25A09" w14:textId="77777777" w:rsidR="00282991" w:rsidRDefault="00FE4586">
            <w:pPr>
              <w:spacing w:after="0"/>
            </w:pPr>
            <w:r>
              <w:rPr>
                <w:rFonts w:eastAsia="Arial" w:cs="Arial"/>
                <w:i/>
                <w:color w:val="707070"/>
                <w:sz w:val="20"/>
              </w:rPr>
              <w:t>&lt;Monthly 30-min log + PM location&gt;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204F8D1" w14:textId="77777777" w:rsidR="00282991" w:rsidRDefault="00FE4586">
            <w:pPr>
              <w:spacing w:after="0"/>
            </w:pPr>
            <w:r>
              <w:rPr>
                <w:rFonts w:eastAsia="Arial" w:cs="Arial"/>
                <w:i/>
                <w:color w:val="707070"/>
                <w:sz w:val="20"/>
              </w:rPr>
              <w:t>&lt;Insert&gt;</w:t>
            </w:r>
          </w:p>
        </w:tc>
      </w:tr>
      <w:tr w:rsidR="00282991" w14:paraId="217193C2"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F0CE519" w14:textId="77777777" w:rsidR="00282991" w:rsidRDefault="00FE4586">
            <w:pPr>
              <w:spacing w:after="0"/>
            </w:pPr>
            <w:r>
              <w:rPr>
                <w:rFonts w:eastAsia="Arial" w:cs="Arial"/>
                <w:sz w:val="15"/>
              </w:rPr>
              <w:t>HVAC / heat</w:t>
            </w:r>
          </w:p>
        </w:tc>
        <w:tc>
          <w:tcPr>
            <w:tcW w:w="22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CBDFA7A" w14:textId="77777777" w:rsidR="00282991" w:rsidRDefault="00FE4586">
            <w:pPr>
              <w:spacing w:after="0"/>
            </w:pPr>
            <w:r>
              <w:rPr>
                <w:rFonts w:eastAsia="Arial" w:cs="Arial"/>
                <w:i/>
                <w:color w:val="707070"/>
                <w:sz w:val="20"/>
              </w:rPr>
              <w:t>&lt;Insert&gt;</w:t>
            </w:r>
          </w:p>
        </w:tc>
        <w:tc>
          <w:tcPr>
            <w:tcW w:w="24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F3EE0AE" w14:textId="77777777" w:rsidR="00282991" w:rsidRDefault="00FE4586">
            <w:pPr>
              <w:spacing w:after="0"/>
            </w:pPr>
            <w:r>
              <w:rPr>
                <w:rFonts w:eastAsia="Arial" w:cs="Arial"/>
                <w:i/>
                <w:color w:val="707070"/>
                <w:sz w:val="20"/>
              </w:rPr>
              <w:t>&lt;Insert&gt;</w:t>
            </w:r>
          </w:p>
        </w:tc>
        <w:tc>
          <w:tcPr>
            <w:tcW w:w="20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A3E3C30"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097FA7E" w14:textId="77777777" w:rsidR="00282991" w:rsidRDefault="00FE4586">
            <w:pPr>
              <w:spacing w:after="0"/>
            </w:pPr>
            <w:r>
              <w:rPr>
                <w:rFonts w:eastAsia="Arial" w:cs="Arial"/>
                <w:i/>
                <w:color w:val="707070"/>
                <w:sz w:val="20"/>
              </w:rPr>
              <w:t>&lt;Insert&gt;</w:t>
            </w:r>
          </w:p>
        </w:tc>
      </w:tr>
      <w:tr w:rsidR="00282991" w14:paraId="2ABCCD2D"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D3E471B" w14:textId="77777777" w:rsidR="00282991" w:rsidRDefault="00FE4586">
            <w:pPr>
              <w:spacing w:after="0"/>
            </w:pPr>
            <w:r>
              <w:rPr>
                <w:rFonts w:eastAsia="Arial" w:cs="Arial"/>
                <w:sz w:val="15"/>
              </w:rPr>
              <w:t>Potable water / sewer</w:t>
            </w:r>
          </w:p>
        </w:tc>
        <w:tc>
          <w:tcPr>
            <w:tcW w:w="22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93A912D" w14:textId="77777777" w:rsidR="00282991" w:rsidRDefault="00FE4586">
            <w:pPr>
              <w:spacing w:after="0"/>
            </w:pPr>
            <w:r>
              <w:rPr>
                <w:rFonts w:eastAsia="Arial" w:cs="Arial"/>
                <w:i/>
                <w:color w:val="707070"/>
                <w:sz w:val="20"/>
              </w:rPr>
              <w:t>&lt;Insert&gt;</w:t>
            </w:r>
          </w:p>
        </w:tc>
        <w:tc>
          <w:tcPr>
            <w:tcW w:w="24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6E0584B" w14:textId="77777777" w:rsidR="00282991" w:rsidRDefault="00FE4586">
            <w:pPr>
              <w:spacing w:after="0"/>
            </w:pPr>
            <w:r>
              <w:rPr>
                <w:rFonts w:eastAsia="Arial" w:cs="Arial"/>
                <w:i/>
                <w:color w:val="707070"/>
                <w:sz w:val="20"/>
              </w:rPr>
              <w:t>&lt;Insert&gt;</w:t>
            </w:r>
          </w:p>
        </w:tc>
        <w:tc>
          <w:tcPr>
            <w:tcW w:w="20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7A81347"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5F8896D" w14:textId="77777777" w:rsidR="00282991" w:rsidRDefault="00FE4586">
            <w:pPr>
              <w:spacing w:after="0"/>
            </w:pPr>
            <w:r>
              <w:rPr>
                <w:rFonts w:eastAsia="Arial" w:cs="Arial"/>
                <w:i/>
                <w:color w:val="707070"/>
                <w:sz w:val="20"/>
              </w:rPr>
              <w:t>&lt;Insert&gt;</w:t>
            </w:r>
          </w:p>
        </w:tc>
      </w:tr>
      <w:tr w:rsidR="00282991" w14:paraId="2E989640"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8180221" w14:textId="77777777" w:rsidR="00282991" w:rsidRDefault="00FE4586">
            <w:pPr>
              <w:spacing w:after="0"/>
            </w:pPr>
            <w:r>
              <w:rPr>
                <w:rFonts w:eastAsia="Arial" w:cs="Arial"/>
                <w:sz w:val="15"/>
              </w:rPr>
              <w:t>Fire alarm / sprinkler</w:t>
            </w:r>
          </w:p>
        </w:tc>
        <w:tc>
          <w:tcPr>
            <w:tcW w:w="22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C166A1B" w14:textId="77777777" w:rsidR="00282991" w:rsidRDefault="00FE4586">
            <w:pPr>
              <w:spacing w:after="0"/>
            </w:pPr>
            <w:r>
              <w:rPr>
                <w:rFonts w:eastAsia="Arial" w:cs="Arial"/>
                <w:i/>
                <w:color w:val="707070"/>
                <w:sz w:val="20"/>
              </w:rPr>
              <w:t>&lt;Insert&gt;</w:t>
            </w:r>
          </w:p>
        </w:tc>
        <w:tc>
          <w:tcPr>
            <w:tcW w:w="24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2F1578A" w14:textId="77777777" w:rsidR="00282991" w:rsidRDefault="00FE4586">
            <w:pPr>
              <w:spacing w:after="0"/>
            </w:pPr>
            <w:r>
              <w:rPr>
                <w:rFonts w:eastAsia="Arial" w:cs="Arial"/>
                <w:i/>
                <w:color w:val="707070"/>
                <w:sz w:val="20"/>
              </w:rPr>
              <w:t>&lt;Insert&gt;</w:t>
            </w:r>
          </w:p>
        </w:tc>
        <w:tc>
          <w:tcPr>
            <w:tcW w:w="20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FB818C8"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49B8DB8" w14:textId="77777777" w:rsidR="00282991" w:rsidRDefault="00FE4586">
            <w:pPr>
              <w:spacing w:after="0"/>
            </w:pPr>
            <w:r>
              <w:rPr>
                <w:rFonts w:eastAsia="Arial" w:cs="Arial"/>
                <w:i/>
                <w:color w:val="707070"/>
                <w:sz w:val="20"/>
              </w:rPr>
              <w:t>&lt;Insert&gt;</w:t>
            </w:r>
          </w:p>
        </w:tc>
      </w:tr>
      <w:tr w:rsidR="00282991" w14:paraId="3C91C685"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EC8D6E3" w14:textId="77777777" w:rsidR="00282991" w:rsidRDefault="00FE4586">
            <w:pPr>
              <w:spacing w:after="0"/>
            </w:pPr>
            <w:r>
              <w:rPr>
                <w:rFonts w:eastAsia="Arial" w:cs="Arial"/>
                <w:sz w:val="15"/>
              </w:rPr>
              <w:t>Telecommunications</w:t>
            </w:r>
          </w:p>
        </w:tc>
        <w:tc>
          <w:tcPr>
            <w:tcW w:w="22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9E8A0CC" w14:textId="77777777" w:rsidR="00282991" w:rsidRDefault="00FE4586">
            <w:pPr>
              <w:spacing w:after="0"/>
            </w:pPr>
            <w:r>
              <w:rPr>
                <w:rFonts w:eastAsia="Arial" w:cs="Arial"/>
                <w:i/>
                <w:color w:val="707070"/>
                <w:sz w:val="20"/>
              </w:rPr>
              <w:t>&lt;Insert&gt;</w:t>
            </w:r>
          </w:p>
        </w:tc>
        <w:tc>
          <w:tcPr>
            <w:tcW w:w="24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C6DA640" w14:textId="77777777" w:rsidR="00282991" w:rsidRDefault="00FE4586">
            <w:pPr>
              <w:spacing w:after="0"/>
            </w:pPr>
            <w:r>
              <w:rPr>
                <w:rFonts w:eastAsia="Arial" w:cs="Arial"/>
                <w:i/>
                <w:color w:val="707070"/>
                <w:sz w:val="20"/>
              </w:rPr>
              <w:t>&lt;Insert&gt;</w:t>
            </w:r>
          </w:p>
        </w:tc>
        <w:tc>
          <w:tcPr>
            <w:tcW w:w="20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58FAD8F"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402054A" w14:textId="77777777" w:rsidR="00282991" w:rsidRDefault="00FE4586">
            <w:pPr>
              <w:spacing w:after="0"/>
            </w:pPr>
            <w:r>
              <w:rPr>
                <w:rFonts w:eastAsia="Arial" w:cs="Arial"/>
                <w:i/>
                <w:color w:val="707070"/>
                <w:sz w:val="20"/>
              </w:rPr>
              <w:t>&lt;Insert&gt;</w:t>
            </w:r>
          </w:p>
        </w:tc>
      </w:tr>
    </w:tbl>
    <w:p w14:paraId="3F799F9A" w14:textId="77777777" w:rsidR="00282991" w:rsidRDefault="00282991">
      <w:pPr>
        <w:spacing w:after="20"/>
      </w:pPr>
    </w:p>
    <w:p w14:paraId="37ECB522" w14:textId="77777777" w:rsidR="00282991" w:rsidRDefault="00FE4586">
      <w:r>
        <w:br w:type="page"/>
      </w:r>
    </w:p>
    <w:p w14:paraId="0EED9932" w14:textId="77777777" w:rsidR="00282991" w:rsidRDefault="00FE4586">
      <w:pPr>
        <w:pStyle w:val="Heading1"/>
        <w:pBdr>
          <w:bottom w:val="single" w:sz="10" w:space="2" w:color="E63B07"/>
        </w:pBdr>
      </w:pPr>
      <w:r>
        <w:rPr>
          <w:rFonts w:ascii="Arial" w:eastAsia="Arial" w:hAnsi="Arial" w:cs="Arial"/>
        </w:rPr>
        <w:lastRenderedPageBreak/>
        <w:t>ATTACHMENT M - FIRE / LIFE-SAFETY / CONSTRUCTION / ACCESSIBILITY DOCUMENTATION</w:t>
      </w:r>
    </w:p>
    <w:tbl>
      <w:tblPr>
        <w:tblW w:w="0" w:type="auto"/>
        <w:jc w:val="center"/>
        <w:tblLook w:val="04A0" w:firstRow="1" w:lastRow="0" w:firstColumn="1" w:lastColumn="0" w:noHBand="0" w:noVBand="1"/>
      </w:tblPr>
      <w:tblGrid>
        <w:gridCol w:w="10800"/>
      </w:tblGrid>
      <w:tr w:rsidR="00282991" w14:paraId="38DEE34A" w14:textId="77777777">
        <w:trPr>
          <w:jc w:val="center"/>
        </w:trPr>
        <w:tc>
          <w:tcPr>
            <w:tcW w:w="10800" w:type="dxa"/>
            <w:shd w:val="clear" w:color="auto" w:fill="E8F2EF"/>
            <w:tcMar>
              <w:top w:w="90" w:type="dxa"/>
              <w:left w:w="100" w:type="dxa"/>
              <w:bottom w:w="90" w:type="dxa"/>
              <w:right w:w="100" w:type="dxa"/>
            </w:tcMar>
          </w:tcPr>
          <w:p w14:paraId="4C1ABD59" w14:textId="77777777" w:rsidR="00282991" w:rsidRDefault="00FE4586">
            <w:pPr>
              <w:spacing w:after="0"/>
            </w:pPr>
            <w:r>
              <w:rPr>
                <w:rFonts w:eastAsia="Arial" w:cs="Arial"/>
                <w:b/>
                <w:color w:val="015A41"/>
                <w:sz w:val="19"/>
              </w:rPr>
              <w:t xml:space="preserve">SEPARATE FEDERAL / STATE LAYERS </w:t>
            </w:r>
            <w:r>
              <w:rPr>
                <w:rFonts w:eastAsia="Arial" w:cs="Arial"/>
                <w:sz w:val="18"/>
              </w:rPr>
              <w:t>Document the federal §494.60(d)/(e) LSC/HCFC applicability determination separately from Maine FMO/local AHJ requirements. CMS-2786U is the ESRD/ASC fire-safety form when the federal ESRD LSC survey applies.</w:t>
            </w:r>
          </w:p>
        </w:tc>
      </w:tr>
    </w:tbl>
    <w:p w14:paraId="59C24D32" w14:textId="77777777" w:rsidR="00282991" w:rsidRDefault="00282991">
      <w:pPr>
        <w:spacing w:after="20"/>
      </w:pPr>
    </w:p>
    <w:tbl>
      <w:tblPr>
        <w:tblW w:w="0" w:type="auto"/>
        <w:jc w:val="center"/>
        <w:tblLayout w:type="fixed"/>
        <w:tblLook w:val="04A0" w:firstRow="1" w:lastRow="0" w:firstColumn="1" w:lastColumn="0" w:noHBand="0" w:noVBand="1"/>
      </w:tblPr>
      <w:tblGrid>
        <w:gridCol w:w="3024"/>
        <w:gridCol w:w="5184"/>
        <w:gridCol w:w="2592"/>
      </w:tblGrid>
      <w:tr w:rsidR="00282991" w14:paraId="20FC9B1C" w14:textId="77777777">
        <w:trPr>
          <w:cantSplit/>
          <w:tblHeader/>
          <w:jc w:val="center"/>
        </w:trPr>
        <w:tc>
          <w:tcPr>
            <w:tcW w:w="302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E1863AA" w14:textId="77777777" w:rsidR="00282991" w:rsidRDefault="00FE4586">
            <w:pPr>
              <w:spacing w:after="0"/>
            </w:pPr>
            <w:r>
              <w:rPr>
                <w:rFonts w:eastAsia="Arial" w:cs="Arial"/>
                <w:b/>
                <w:color w:val="FFFFFF"/>
                <w:sz w:val="16"/>
              </w:rPr>
              <w:t>Authority / Topic</w:t>
            </w:r>
          </w:p>
        </w:tc>
        <w:tc>
          <w:tcPr>
            <w:tcW w:w="518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8B424D5" w14:textId="77777777" w:rsidR="00282991" w:rsidRDefault="00FE4586">
            <w:pPr>
              <w:spacing w:after="0"/>
            </w:pPr>
            <w:r>
              <w:rPr>
                <w:rFonts w:eastAsia="Arial" w:cs="Arial"/>
                <w:b/>
                <w:color w:val="FFFFFF"/>
                <w:sz w:val="16"/>
              </w:rPr>
              <w:t>Documentation</w:t>
            </w:r>
          </w:p>
        </w:tc>
        <w:tc>
          <w:tcPr>
            <w:tcW w:w="259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1F5E270" w14:textId="77777777" w:rsidR="00282991" w:rsidRDefault="00FE4586">
            <w:pPr>
              <w:spacing w:after="0"/>
            </w:pPr>
            <w:r>
              <w:rPr>
                <w:rFonts w:eastAsia="Arial" w:cs="Arial"/>
                <w:b/>
                <w:color w:val="FFFFFF"/>
                <w:sz w:val="16"/>
              </w:rPr>
              <w:t>Controlled Location</w:t>
            </w:r>
          </w:p>
        </w:tc>
      </w:tr>
      <w:tr w:rsidR="00282991" w14:paraId="2EAD5358" w14:textId="77777777">
        <w:trPr>
          <w:cantSplit/>
          <w:jc w:val="center"/>
        </w:trPr>
        <w:tc>
          <w:tcPr>
            <w:tcW w:w="302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5D75266" w14:textId="77777777" w:rsidR="00282991" w:rsidRDefault="00FE4586">
            <w:pPr>
              <w:spacing w:after="0"/>
            </w:pPr>
            <w:r>
              <w:rPr>
                <w:rFonts w:eastAsia="Arial" w:cs="Arial"/>
                <w:sz w:val="16"/>
              </w:rPr>
              <w:t>Federal §494.60(d)</w:t>
            </w:r>
          </w:p>
        </w:tc>
        <w:tc>
          <w:tcPr>
            <w:tcW w:w="51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080C2A3" w14:textId="77777777" w:rsidR="00282991" w:rsidRDefault="00FE4586">
            <w:pPr>
              <w:spacing w:after="0"/>
            </w:pPr>
            <w:r>
              <w:rPr>
                <w:rFonts w:eastAsia="Arial" w:cs="Arial"/>
                <w:sz w:val="16"/>
              </w:rPr>
              <w:t>Grade-level exit determination</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6B7A7CD" w14:textId="77777777" w:rsidR="00282991" w:rsidRDefault="00FE4586">
            <w:pPr>
              <w:spacing w:after="0"/>
            </w:pPr>
            <w:r>
              <w:rPr>
                <w:rFonts w:eastAsia="Arial" w:cs="Arial"/>
                <w:i/>
                <w:color w:val="707070"/>
                <w:sz w:val="20"/>
              </w:rPr>
              <w:t>&lt;Location&gt;</w:t>
            </w:r>
          </w:p>
        </w:tc>
      </w:tr>
      <w:tr w:rsidR="00282991" w14:paraId="56C1D284" w14:textId="77777777">
        <w:trPr>
          <w:cantSplit/>
          <w:jc w:val="center"/>
        </w:trPr>
        <w:tc>
          <w:tcPr>
            <w:tcW w:w="302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A631D2D" w14:textId="77777777" w:rsidR="00282991" w:rsidRDefault="00FE4586">
            <w:pPr>
              <w:spacing w:after="0"/>
            </w:pPr>
            <w:r>
              <w:rPr>
                <w:rFonts w:eastAsia="Arial" w:cs="Arial"/>
                <w:sz w:val="16"/>
              </w:rPr>
              <w:t>CMS Appendix H / CMS-2786U</w:t>
            </w:r>
          </w:p>
        </w:tc>
        <w:tc>
          <w:tcPr>
            <w:tcW w:w="51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76328C1" w14:textId="77777777" w:rsidR="00282991" w:rsidRDefault="00FE4586">
            <w:pPr>
              <w:spacing w:after="0"/>
            </w:pPr>
            <w:r>
              <w:rPr>
                <w:rFonts w:eastAsia="Arial" w:cs="Arial"/>
                <w:sz w:val="16"/>
              </w:rPr>
              <w:t>Federal ESRD LSC survey evidence if applicable</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21F530D" w14:textId="77777777" w:rsidR="00282991" w:rsidRDefault="00FE4586">
            <w:pPr>
              <w:spacing w:after="0"/>
            </w:pPr>
            <w:r>
              <w:rPr>
                <w:rFonts w:eastAsia="Arial" w:cs="Arial"/>
                <w:i/>
                <w:color w:val="707070"/>
                <w:sz w:val="20"/>
              </w:rPr>
              <w:t>&lt;Location&gt;</w:t>
            </w:r>
          </w:p>
        </w:tc>
      </w:tr>
      <w:tr w:rsidR="00282991" w14:paraId="4C981588" w14:textId="77777777">
        <w:trPr>
          <w:cantSplit/>
          <w:jc w:val="center"/>
        </w:trPr>
        <w:tc>
          <w:tcPr>
            <w:tcW w:w="302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4B60604" w14:textId="77777777" w:rsidR="00282991" w:rsidRDefault="00FE4586">
            <w:pPr>
              <w:spacing w:after="0"/>
            </w:pPr>
            <w:r>
              <w:rPr>
                <w:rFonts w:eastAsia="Arial" w:cs="Arial"/>
                <w:sz w:val="16"/>
              </w:rPr>
              <w:t>Federal §494.60(e)</w:t>
            </w:r>
          </w:p>
        </w:tc>
        <w:tc>
          <w:tcPr>
            <w:tcW w:w="51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611AF28" w14:textId="77777777" w:rsidR="00282991" w:rsidRDefault="00FE4586">
            <w:pPr>
              <w:spacing w:after="0"/>
            </w:pPr>
            <w:r>
              <w:rPr>
                <w:rFonts w:eastAsia="Arial" w:cs="Arial"/>
                <w:sz w:val="16"/>
              </w:rPr>
              <w:t>HCFC applicability if no grade-level exit</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F7953FE" w14:textId="77777777" w:rsidR="00282991" w:rsidRDefault="00FE4586">
            <w:pPr>
              <w:spacing w:after="0"/>
            </w:pPr>
            <w:r>
              <w:rPr>
                <w:rFonts w:eastAsia="Arial" w:cs="Arial"/>
                <w:i/>
                <w:color w:val="707070"/>
                <w:sz w:val="20"/>
              </w:rPr>
              <w:t>&lt;Location&gt;</w:t>
            </w:r>
          </w:p>
        </w:tc>
      </w:tr>
      <w:tr w:rsidR="00282991" w14:paraId="488EA0C2" w14:textId="77777777">
        <w:trPr>
          <w:cantSplit/>
          <w:jc w:val="center"/>
        </w:trPr>
        <w:tc>
          <w:tcPr>
            <w:tcW w:w="302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17EEF95" w14:textId="77777777" w:rsidR="00282991" w:rsidRDefault="00FE4586">
            <w:pPr>
              <w:spacing w:after="0"/>
            </w:pPr>
            <w:r>
              <w:rPr>
                <w:rFonts w:eastAsia="Arial" w:cs="Arial"/>
                <w:sz w:val="16"/>
              </w:rPr>
              <w:t>Maine FMO / local AHJ</w:t>
            </w:r>
          </w:p>
        </w:tc>
        <w:tc>
          <w:tcPr>
            <w:tcW w:w="51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DB9CD30" w14:textId="77777777" w:rsidR="00282991" w:rsidRDefault="00FE4586">
            <w:pPr>
              <w:spacing w:after="0"/>
            </w:pPr>
            <w:r>
              <w:rPr>
                <w:rFonts w:eastAsia="Arial" w:cs="Arial"/>
                <w:sz w:val="16"/>
              </w:rPr>
              <w:t>Occupancy classification / determination</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C01B521" w14:textId="77777777" w:rsidR="00282991" w:rsidRDefault="00FE4586">
            <w:pPr>
              <w:spacing w:after="0"/>
            </w:pPr>
            <w:r>
              <w:rPr>
                <w:rFonts w:eastAsia="Arial" w:cs="Arial"/>
                <w:i/>
                <w:color w:val="707070"/>
                <w:sz w:val="20"/>
              </w:rPr>
              <w:t>&lt;Location&gt;</w:t>
            </w:r>
          </w:p>
        </w:tc>
      </w:tr>
      <w:tr w:rsidR="00282991" w14:paraId="7EFE5BED" w14:textId="77777777">
        <w:trPr>
          <w:cantSplit/>
          <w:jc w:val="center"/>
        </w:trPr>
        <w:tc>
          <w:tcPr>
            <w:tcW w:w="302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2BA104A" w14:textId="77777777" w:rsidR="00282991" w:rsidRDefault="00FE4586">
            <w:pPr>
              <w:spacing w:after="0"/>
            </w:pPr>
            <w:r>
              <w:rPr>
                <w:rFonts w:eastAsia="Arial" w:cs="Arial"/>
                <w:sz w:val="16"/>
              </w:rPr>
              <w:t>Maine FMO</w:t>
            </w:r>
          </w:p>
        </w:tc>
        <w:tc>
          <w:tcPr>
            <w:tcW w:w="51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70FAA3E" w14:textId="77777777" w:rsidR="00282991" w:rsidRDefault="00FE4586">
            <w:pPr>
              <w:spacing w:after="0"/>
            </w:pPr>
            <w:r>
              <w:rPr>
                <w:rFonts w:eastAsia="Arial" w:cs="Arial"/>
                <w:sz w:val="16"/>
              </w:rPr>
              <w:t>Construction / renovation / change-of-use permits</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F02F1AE" w14:textId="77777777" w:rsidR="00282991" w:rsidRDefault="00FE4586">
            <w:pPr>
              <w:spacing w:after="0"/>
            </w:pPr>
            <w:r>
              <w:rPr>
                <w:rFonts w:eastAsia="Arial" w:cs="Arial"/>
                <w:i/>
                <w:color w:val="707070"/>
                <w:sz w:val="20"/>
              </w:rPr>
              <w:t>&lt;Location&gt;</w:t>
            </w:r>
          </w:p>
        </w:tc>
      </w:tr>
      <w:tr w:rsidR="00282991" w14:paraId="48C1DBD8" w14:textId="77777777">
        <w:trPr>
          <w:cantSplit/>
          <w:jc w:val="center"/>
        </w:trPr>
        <w:tc>
          <w:tcPr>
            <w:tcW w:w="302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F198A61" w14:textId="77777777" w:rsidR="00282991" w:rsidRDefault="00FE4586">
            <w:pPr>
              <w:spacing w:after="0"/>
            </w:pPr>
            <w:r>
              <w:rPr>
                <w:rFonts w:eastAsia="Arial" w:cs="Arial"/>
                <w:sz w:val="16"/>
              </w:rPr>
              <w:t>Maine FMO / local AHJ</w:t>
            </w:r>
          </w:p>
        </w:tc>
        <w:tc>
          <w:tcPr>
            <w:tcW w:w="51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1DEB20A" w14:textId="77777777" w:rsidR="00282991" w:rsidRDefault="00FE4586">
            <w:pPr>
              <w:spacing w:after="0"/>
            </w:pPr>
            <w:r>
              <w:rPr>
                <w:rFonts w:eastAsia="Arial" w:cs="Arial"/>
                <w:sz w:val="16"/>
              </w:rPr>
              <w:t>Fire alarm / signaling inspection/testing</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760D46B" w14:textId="77777777" w:rsidR="00282991" w:rsidRDefault="00FE4586">
            <w:pPr>
              <w:spacing w:after="0"/>
            </w:pPr>
            <w:r>
              <w:rPr>
                <w:rFonts w:eastAsia="Arial" w:cs="Arial"/>
                <w:i/>
                <w:color w:val="707070"/>
                <w:sz w:val="20"/>
              </w:rPr>
              <w:t>&lt;Location&gt;</w:t>
            </w:r>
          </w:p>
        </w:tc>
      </w:tr>
      <w:tr w:rsidR="00282991" w14:paraId="0B1AE6C8" w14:textId="77777777">
        <w:trPr>
          <w:cantSplit/>
          <w:jc w:val="center"/>
        </w:trPr>
        <w:tc>
          <w:tcPr>
            <w:tcW w:w="302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01BD88A" w14:textId="77777777" w:rsidR="00282991" w:rsidRDefault="00FE4586">
            <w:pPr>
              <w:spacing w:after="0"/>
            </w:pPr>
            <w:r>
              <w:rPr>
                <w:rFonts w:eastAsia="Arial" w:cs="Arial"/>
                <w:sz w:val="16"/>
              </w:rPr>
              <w:t>Maine FMO / local AHJ</w:t>
            </w:r>
          </w:p>
        </w:tc>
        <w:tc>
          <w:tcPr>
            <w:tcW w:w="51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74F15A0" w14:textId="77777777" w:rsidR="00282991" w:rsidRDefault="00FE4586">
            <w:pPr>
              <w:spacing w:after="0"/>
            </w:pPr>
            <w:r>
              <w:rPr>
                <w:rFonts w:eastAsia="Arial" w:cs="Arial"/>
                <w:sz w:val="16"/>
              </w:rPr>
              <w:t>Sprinkler / water-based fire protection records</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FFD7FC2" w14:textId="77777777" w:rsidR="00282991" w:rsidRDefault="00FE4586">
            <w:pPr>
              <w:spacing w:after="0"/>
            </w:pPr>
            <w:r>
              <w:rPr>
                <w:rFonts w:eastAsia="Arial" w:cs="Arial"/>
                <w:i/>
                <w:color w:val="707070"/>
                <w:sz w:val="20"/>
              </w:rPr>
              <w:t>&lt;Location&gt;</w:t>
            </w:r>
          </w:p>
        </w:tc>
      </w:tr>
      <w:tr w:rsidR="00282991" w14:paraId="3D4E4434" w14:textId="77777777">
        <w:trPr>
          <w:cantSplit/>
          <w:jc w:val="center"/>
        </w:trPr>
        <w:tc>
          <w:tcPr>
            <w:tcW w:w="302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2144E11" w14:textId="77777777" w:rsidR="00282991" w:rsidRDefault="00FE4586">
            <w:pPr>
              <w:spacing w:after="0"/>
            </w:pPr>
            <w:r>
              <w:rPr>
                <w:rFonts w:eastAsia="Arial" w:cs="Arial"/>
                <w:sz w:val="16"/>
              </w:rPr>
              <w:t>Maine FMO / local AHJ</w:t>
            </w:r>
          </w:p>
        </w:tc>
        <w:tc>
          <w:tcPr>
            <w:tcW w:w="51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00399A0" w14:textId="77777777" w:rsidR="00282991" w:rsidRDefault="00FE4586">
            <w:pPr>
              <w:spacing w:after="0"/>
            </w:pPr>
            <w:r>
              <w:rPr>
                <w:rFonts w:eastAsia="Arial" w:cs="Arial"/>
                <w:sz w:val="16"/>
              </w:rPr>
              <w:t>Egress / exit signs / evacuation maps</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529527D" w14:textId="77777777" w:rsidR="00282991" w:rsidRDefault="00FE4586">
            <w:pPr>
              <w:spacing w:after="0"/>
            </w:pPr>
            <w:r>
              <w:rPr>
                <w:rFonts w:eastAsia="Arial" w:cs="Arial"/>
                <w:i/>
                <w:color w:val="707070"/>
                <w:sz w:val="20"/>
              </w:rPr>
              <w:t>&lt;Location&gt;</w:t>
            </w:r>
          </w:p>
        </w:tc>
      </w:tr>
      <w:tr w:rsidR="00282991" w14:paraId="4E3575F2" w14:textId="77777777">
        <w:trPr>
          <w:cantSplit/>
          <w:jc w:val="center"/>
        </w:trPr>
        <w:tc>
          <w:tcPr>
            <w:tcW w:w="302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E9B486E" w14:textId="77777777" w:rsidR="00282991" w:rsidRDefault="00FE4586">
            <w:pPr>
              <w:spacing w:after="0"/>
            </w:pPr>
            <w:r>
              <w:rPr>
                <w:rFonts w:eastAsia="Arial" w:cs="Arial"/>
                <w:sz w:val="16"/>
              </w:rPr>
              <w:t>Local AHJ</w:t>
            </w:r>
          </w:p>
        </w:tc>
        <w:tc>
          <w:tcPr>
            <w:tcW w:w="51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6369BB3" w14:textId="77777777" w:rsidR="00282991" w:rsidRDefault="00FE4586">
            <w:pPr>
              <w:spacing w:after="0"/>
            </w:pPr>
            <w:r>
              <w:rPr>
                <w:rFonts w:eastAsia="Arial" w:cs="Arial"/>
                <w:sz w:val="16"/>
              </w:rPr>
              <w:t>Municipal permits / inspections / corrective actions</w:t>
            </w:r>
          </w:p>
        </w:tc>
        <w:tc>
          <w:tcPr>
            <w:tcW w:w="25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7FFDFB2" w14:textId="77777777" w:rsidR="00282991" w:rsidRDefault="00FE4586">
            <w:pPr>
              <w:spacing w:after="0"/>
            </w:pPr>
            <w:r>
              <w:rPr>
                <w:rFonts w:eastAsia="Arial" w:cs="Arial"/>
                <w:i/>
                <w:color w:val="707070"/>
                <w:sz w:val="20"/>
              </w:rPr>
              <w:t>&lt;Location&gt;</w:t>
            </w:r>
          </w:p>
        </w:tc>
      </w:tr>
      <w:tr w:rsidR="00282991" w14:paraId="4B00E4C8" w14:textId="77777777">
        <w:trPr>
          <w:cantSplit/>
          <w:jc w:val="center"/>
        </w:trPr>
        <w:tc>
          <w:tcPr>
            <w:tcW w:w="302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3FAAD49" w14:textId="77777777" w:rsidR="00282991" w:rsidRDefault="00FE4586">
            <w:pPr>
              <w:spacing w:after="0"/>
            </w:pPr>
            <w:r>
              <w:rPr>
                <w:rFonts w:eastAsia="Arial" w:cs="Arial"/>
                <w:sz w:val="16"/>
              </w:rPr>
              <w:t>Mixed/hospital occupancy - if applicable</w:t>
            </w:r>
          </w:p>
        </w:tc>
        <w:tc>
          <w:tcPr>
            <w:tcW w:w="51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2D6CAB1" w14:textId="77777777" w:rsidR="00282991" w:rsidRDefault="00FE4586">
            <w:pPr>
              <w:spacing w:after="0"/>
            </w:pPr>
            <w:r>
              <w:rPr>
                <w:rFonts w:eastAsia="Arial" w:cs="Arial"/>
                <w:sz w:val="16"/>
              </w:rPr>
              <w:t>Separation / governing survey layer determination</w:t>
            </w:r>
          </w:p>
        </w:tc>
        <w:tc>
          <w:tcPr>
            <w:tcW w:w="25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52AEE33" w14:textId="77777777" w:rsidR="00282991" w:rsidRDefault="00FE4586">
            <w:pPr>
              <w:spacing w:after="0"/>
            </w:pPr>
            <w:r>
              <w:rPr>
                <w:rFonts w:eastAsia="Arial" w:cs="Arial"/>
                <w:i/>
                <w:color w:val="707070"/>
                <w:sz w:val="20"/>
              </w:rPr>
              <w:t>&lt;Location&gt;</w:t>
            </w:r>
          </w:p>
        </w:tc>
      </w:tr>
    </w:tbl>
    <w:p w14:paraId="7C55A6B7" w14:textId="77777777" w:rsidR="00282991" w:rsidRDefault="00282991">
      <w:pPr>
        <w:spacing w:after="20"/>
      </w:pPr>
    </w:p>
    <w:p w14:paraId="7CE9C76B" w14:textId="77777777" w:rsidR="00282991" w:rsidRDefault="00FE4586">
      <w:r>
        <w:br w:type="page"/>
      </w:r>
    </w:p>
    <w:p w14:paraId="2F944756" w14:textId="77777777" w:rsidR="00282991" w:rsidRDefault="00FE4586">
      <w:pPr>
        <w:pStyle w:val="Heading1"/>
        <w:pBdr>
          <w:bottom w:val="single" w:sz="10" w:space="2" w:color="E63B07"/>
        </w:pBdr>
      </w:pPr>
      <w:r>
        <w:rPr>
          <w:rFonts w:ascii="Arial" w:eastAsia="Arial" w:hAnsi="Arial" w:cs="Arial"/>
        </w:rPr>
        <w:lastRenderedPageBreak/>
        <w:t>ATTACHMENT N - INCIDENT MANAGEMENT FORMS</w:t>
      </w:r>
    </w:p>
    <w:p w14:paraId="668184A2" w14:textId="77777777" w:rsidR="00282991" w:rsidRDefault="00FE4586">
      <w:r>
        <w:rPr>
          <w:rFonts w:eastAsia="Arial" w:cs="Arial"/>
        </w:rPr>
        <w:t>Maintain standardized forms appropriate to the organization. HCC-ME universal forms may be used when helpful.</w:t>
      </w:r>
    </w:p>
    <w:tbl>
      <w:tblPr>
        <w:tblW w:w="0" w:type="auto"/>
        <w:jc w:val="center"/>
        <w:tblLayout w:type="fixed"/>
        <w:tblLook w:val="04A0" w:firstRow="1" w:lastRow="0" w:firstColumn="1" w:lastColumn="0" w:noHBand="0" w:noVBand="1"/>
      </w:tblPr>
      <w:tblGrid>
        <w:gridCol w:w="5472"/>
        <w:gridCol w:w="5328"/>
      </w:tblGrid>
      <w:tr w:rsidR="00282991" w14:paraId="169DE2B0" w14:textId="77777777">
        <w:trPr>
          <w:cantSplit/>
          <w:tblHeader/>
          <w:jc w:val="center"/>
        </w:trPr>
        <w:tc>
          <w:tcPr>
            <w:tcW w:w="547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1CA2541" w14:textId="77777777" w:rsidR="00282991" w:rsidRDefault="00FE4586">
            <w:pPr>
              <w:spacing w:after="0"/>
            </w:pPr>
            <w:r>
              <w:rPr>
                <w:rFonts w:eastAsia="Arial" w:cs="Arial"/>
                <w:b/>
                <w:color w:val="FFFFFF"/>
                <w:sz w:val="17"/>
              </w:rPr>
              <w:t>Form / Record</w:t>
            </w:r>
          </w:p>
        </w:tc>
        <w:tc>
          <w:tcPr>
            <w:tcW w:w="532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303DF65" w14:textId="77777777" w:rsidR="00282991" w:rsidRDefault="00FE4586">
            <w:pPr>
              <w:spacing w:after="0"/>
            </w:pPr>
            <w:r>
              <w:rPr>
                <w:rFonts w:eastAsia="Arial" w:cs="Arial"/>
                <w:b/>
                <w:color w:val="FFFFFF"/>
                <w:sz w:val="17"/>
              </w:rPr>
              <w:t>Controlled Location</w:t>
            </w:r>
          </w:p>
        </w:tc>
      </w:tr>
      <w:tr w:rsidR="00282991" w14:paraId="3E38DB31" w14:textId="77777777">
        <w:trPr>
          <w:cantSplit/>
          <w:jc w:val="center"/>
        </w:trPr>
        <w:tc>
          <w:tcPr>
            <w:tcW w:w="54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20E27DE" w14:textId="77777777" w:rsidR="00282991" w:rsidRDefault="00FE4586">
            <w:pPr>
              <w:spacing w:after="0"/>
            </w:pPr>
            <w:r>
              <w:rPr>
                <w:rFonts w:eastAsia="Arial" w:cs="Arial"/>
                <w:sz w:val="18"/>
              </w:rPr>
              <w:t>Incident / Situation Status Form</w:t>
            </w:r>
          </w:p>
        </w:tc>
        <w:tc>
          <w:tcPr>
            <w:tcW w:w="53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41C56C0" w14:textId="77777777" w:rsidR="00282991" w:rsidRDefault="00FE4586">
            <w:pPr>
              <w:spacing w:after="0"/>
            </w:pPr>
            <w:r>
              <w:rPr>
                <w:rFonts w:eastAsia="Arial" w:cs="Arial"/>
                <w:i/>
                <w:color w:val="707070"/>
                <w:sz w:val="20"/>
              </w:rPr>
              <w:t>&lt;Location&gt;</w:t>
            </w:r>
          </w:p>
        </w:tc>
      </w:tr>
      <w:tr w:rsidR="00282991" w14:paraId="48528110" w14:textId="77777777">
        <w:trPr>
          <w:cantSplit/>
          <w:jc w:val="center"/>
        </w:trPr>
        <w:tc>
          <w:tcPr>
            <w:tcW w:w="54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63DBFAB" w14:textId="77777777" w:rsidR="00282991" w:rsidRDefault="00FE4586">
            <w:pPr>
              <w:spacing w:after="0"/>
            </w:pPr>
            <w:r>
              <w:rPr>
                <w:rFonts w:eastAsia="Arial" w:cs="Arial"/>
                <w:sz w:val="18"/>
              </w:rPr>
              <w:t>Staff Accountability Form</w:t>
            </w:r>
          </w:p>
        </w:tc>
        <w:tc>
          <w:tcPr>
            <w:tcW w:w="53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9EEC6EF" w14:textId="77777777" w:rsidR="00282991" w:rsidRDefault="00FE4586">
            <w:pPr>
              <w:spacing w:after="0"/>
            </w:pPr>
            <w:r>
              <w:rPr>
                <w:rFonts w:eastAsia="Arial" w:cs="Arial"/>
                <w:i/>
                <w:color w:val="707070"/>
                <w:sz w:val="20"/>
              </w:rPr>
              <w:t>&lt;Location&gt;</w:t>
            </w:r>
          </w:p>
        </w:tc>
      </w:tr>
      <w:tr w:rsidR="00282991" w14:paraId="0446570E" w14:textId="77777777">
        <w:trPr>
          <w:cantSplit/>
          <w:jc w:val="center"/>
        </w:trPr>
        <w:tc>
          <w:tcPr>
            <w:tcW w:w="54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02E0C2B" w14:textId="77777777" w:rsidR="00282991" w:rsidRDefault="00FE4586">
            <w:pPr>
              <w:spacing w:after="0"/>
            </w:pPr>
            <w:r>
              <w:rPr>
                <w:rFonts w:eastAsia="Arial" w:cs="Arial"/>
                <w:sz w:val="18"/>
              </w:rPr>
              <w:t>Patient / Receiving Facility Tracking Form</w:t>
            </w:r>
          </w:p>
        </w:tc>
        <w:tc>
          <w:tcPr>
            <w:tcW w:w="53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195A0CB" w14:textId="77777777" w:rsidR="00282991" w:rsidRDefault="00FE4586">
            <w:pPr>
              <w:spacing w:after="0"/>
            </w:pPr>
            <w:r>
              <w:rPr>
                <w:rFonts w:eastAsia="Arial" w:cs="Arial"/>
                <w:i/>
                <w:color w:val="707070"/>
                <w:sz w:val="20"/>
              </w:rPr>
              <w:t>&lt;Location&gt;</w:t>
            </w:r>
          </w:p>
        </w:tc>
      </w:tr>
      <w:tr w:rsidR="00282991" w14:paraId="2DB7A032" w14:textId="77777777">
        <w:trPr>
          <w:cantSplit/>
          <w:jc w:val="center"/>
        </w:trPr>
        <w:tc>
          <w:tcPr>
            <w:tcW w:w="54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9865642" w14:textId="77777777" w:rsidR="00282991" w:rsidRDefault="00FE4586">
            <w:pPr>
              <w:spacing w:after="0"/>
            </w:pPr>
            <w:r>
              <w:rPr>
                <w:rFonts w:eastAsia="Arial" w:cs="Arial"/>
                <w:sz w:val="18"/>
              </w:rPr>
              <w:t>Emergency Contact Directory</w:t>
            </w:r>
          </w:p>
        </w:tc>
        <w:tc>
          <w:tcPr>
            <w:tcW w:w="53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1A7CEDC" w14:textId="77777777" w:rsidR="00282991" w:rsidRDefault="00FE4586">
            <w:pPr>
              <w:spacing w:after="0"/>
            </w:pPr>
            <w:r>
              <w:rPr>
                <w:rFonts w:eastAsia="Arial" w:cs="Arial"/>
                <w:i/>
                <w:color w:val="707070"/>
                <w:sz w:val="20"/>
              </w:rPr>
              <w:t>&lt;Location&gt;</w:t>
            </w:r>
          </w:p>
        </w:tc>
      </w:tr>
      <w:tr w:rsidR="00282991" w14:paraId="527135EE" w14:textId="77777777">
        <w:trPr>
          <w:cantSplit/>
          <w:jc w:val="center"/>
        </w:trPr>
        <w:tc>
          <w:tcPr>
            <w:tcW w:w="54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8896292" w14:textId="77777777" w:rsidR="00282991" w:rsidRDefault="00FE4586">
            <w:pPr>
              <w:spacing w:after="0"/>
            </w:pPr>
            <w:r>
              <w:rPr>
                <w:rFonts w:eastAsia="Arial" w:cs="Arial"/>
                <w:sz w:val="18"/>
              </w:rPr>
              <w:t>Vendor / Resource Contact List</w:t>
            </w:r>
          </w:p>
        </w:tc>
        <w:tc>
          <w:tcPr>
            <w:tcW w:w="53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9977506" w14:textId="77777777" w:rsidR="00282991" w:rsidRDefault="00FE4586">
            <w:pPr>
              <w:spacing w:after="0"/>
            </w:pPr>
            <w:r>
              <w:rPr>
                <w:rFonts w:eastAsia="Arial" w:cs="Arial"/>
                <w:i/>
                <w:color w:val="707070"/>
                <w:sz w:val="20"/>
              </w:rPr>
              <w:t>&lt;Location&gt;</w:t>
            </w:r>
          </w:p>
        </w:tc>
      </w:tr>
      <w:tr w:rsidR="00282991" w14:paraId="58300AB0" w14:textId="77777777">
        <w:trPr>
          <w:cantSplit/>
          <w:jc w:val="center"/>
        </w:trPr>
        <w:tc>
          <w:tcPr>
            <w:tcW w:w="54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C2EC1A1" w14:textId="77777777" w:rsidR="00282991" w:rsidRDefault="00FE4586">
            <w:pPr>
              <w:spacing w:after="0"/>
            </w:pPr>
            <w:r>
              <w:rPr>
                <w:rFonts w:eastAsia="Arial" w:cs="Arial"/>
                <w:sz w:val="18"/>
              </w:rPr>
              <w:t>MOU / Agreement Tracker</w:t>
            </w:r>
          </w:p>
        </w:tc>
        <w:tc>
          <w:tcPr>
            <w:tcW w:w="53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8C712FC" w14:textId="77777777" w:rsidR="00282991" w:rsidRDefault="00FE4586">
            <w:pPr>
              <w:spacing w:after="0"/>
            </w:pPr>
            <w:r>
              <w:rPr>
                <w:rFonts w:eastAsia="Arial" w:cs="Arial"/>
                <w:i/>
                <w:color w:val="707070"/>
                <w:sz w:val="20"/>
              </w:rPr>
              <w:t>&lt;Location&gt;</w:t>
            </w:r>
          </w:p>
        </w:tc>
      </w:tr>
      <w:tr w:rsidR="00282991" w14:paraId="59505ADF" w14:textId="77777777">
        <w:trPr>
          <w:cantSplit/>
          <w:jc w:val="center"/>
        </w:trPr>
        <w:tc>
          <w:tcPr>
            <w:tcW w:w="54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616E42B" w14:textId="77777777" w:rsidR="00282991" w:rsidRDefault="00FE4586">
            <w:pPr>
              <w:spacing w:after="0"/>
            </w:pPr>
            <w:r>
              <w:rPr>
                <w:rFonts w:eastAsia="Arial" w:cs="Arial"/>
                <w:sz w:val="18"/>
              </w:rPr>
              <w:t>Corrective Action / Improvement Tracker</w:t>
            </w:r>
          </w:p>
        </w:tc>
        <w:tc>
          <w:tcPr>
            <w:tcW w:w="53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73C247A" w14:textId="77777777" w:rsidR="00282991" w:rsidRDefault="00FE4586">
            <w:pPr>
              <w:spacing w:after="0"/>
            </w:pPr>
            <w:r>
              <w:rPr>
                <w:rFonts w:eastAsia="Arial" w:cs="Arial"/>
                <w:i/>
                <w:color w:val="707070"/>
                <w:sz w:val="20"/>
              </w:rPr>
              <w:t>&lt;Location&gt;</w:t>
            </w:r>
          </w:p>
        </w:tc>
      </w:tr>
      <w:tr w:rsidR="00282991" w14:paraId="0D313FA7" w14:textId="77777777">
        <w:trPr>
          <w:cantSplit/>
          <w:jc w:val="center"/>
        </w:trPr>
        <w:tc>
          <w:tcPr>
            <w:tcW w:w="54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ABB1545" w14:textId="77777777" w:rsidR="00282991" w:rsidRDefault="00FE4586">
            <w:pPr>
              <w:spacing w:after="0"/>
            </w:pPr>
            <w:r>
              <w:rPr>
                <w:rFonts w:eastAsia="Arial" w:cs="Arial"/>
                <w:sz w:val="18"/>
              </w:rPr>
              <w:t>Emergency Preparedness Training Log</w:t>
            </w:r>
          </w:p>
        </w:tc>
        <w:tc>
          <w:tcPr>
            <w:tcW w:w="53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62BE65C" w14:textId="77777777" w:rsidR="00282991" w:rsidRDefault="00FE4586">
            <w:pPr>
              <w:spacing w:after="0"/>
            </w:pPr>
            <w:r>
              <w:rPr>
                <w:rFonts w:eastAsia="Arial" w:cs="Arial"/>
                <w:i/>
                <w:color w:val="707070"/>
                <w:sz w:val="20"/>
              </w:rPr>
              <w:t>&lt;Location&gt;</w:t>
            </w:r>
          </w:p>
        </w:tc>
      </w:tr>
      <w:tr w:rsidR="00282991" w14:paraId="2C5B1ABB" w14:textId="77777777">
        <w:trPr>
          <w:cantSplit/>
          <w:jc w:val="center"/>
        </w:trPr>
        <w:tc>
          <w:tcPr>
            <w:tcW w:w="54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5639042" w14:textId="77777777" w:rsidR="00282991" w:rsidRDefault="00FE4586">
            <w:pPr>
              <w:spacing w:after="0"/>
            </w:pPr>
            <w:r>
              <w:rPr>
                <w:rFonts w:eastAsia="Arial" w:cs="Arial"/>
                <w:sz w:val="18"/>
              </w:rPr>
              <w:t>Annual Training &amp; Exercise Calendar</w:t>
            </w:r>
          </w:p>
        </w:tc>
        <w:tc>
          <w:tcPr>
            <w:tcW w:w="53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7A1FC5B" w14:textId="77777777" w:rsidR="00282991" w:rsidRDefault="00FE4586">
            <w:pPr>
              <w:spacing w:after="0"/>
            </w:pPr>
            <w:r>
              <w:rPr>
                <w:rFonts w:eastAsia="Arial" w:cs="Arial"/>
                <w:i/>
                <w:color w:val="707070"/>
                <w:sz w:val="20"/>
              </w:rPr>
              <w:t>&lt;Location&gt;</w:t>
            </w:r>
          </w:p>
        </w:tc>
      </w:tr>
      <w:tr w:rsidR="00282991" w14:paraId="016CA85B" w14:textId="77777777">
        <w:trPr>
          <w:cantSplit/>
          <w:jc w:val="center"/>
        </w:trPr>
        <w:tc>
          <w:tcPr>
            <w:tcW w:w="54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E1D5273" w14:textId="77777777" w:rsidR="00282991" w:rsidRDefault="00FE4586">
            <w:pPr>
              <w:spacing w:after="0"/>
            </w:pPr>
            <w:r>
              <w:rPr>
                <w:rFonts w:eastAsia="Arial" w:cs="Arial"/>
                <w:sz w:val="18"/>
              </w:rPr>
              <w:t>Patient Orientation Record</w:t>
            </w:r>
          </w:p>
        </w:tc>
        <w:tc>
          <w:tcPr>
            <w:tcW w:w="53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5F0C971" w14:textId="77777777" w:rsidR="00282991" w:rsidRDefault="00FE4586">
            <w:pPr>
              <w:spacing w:after="0"/>
            </w:pPr>
            <w:r>
              <w:rPr>
                <w:rFonts w:eastAsia="Arial" w:cs="Arial"/>
                <w:i/>
                <w:color w:val="707070"/>
                <w:sz w:val="20"/>
              </w:rPr>
              <w:t>&lt;Location&gt;</w:t>
            </w:r>
          </w:p>
        </w:tc>
      </w:tr>
      <w:tr w:rsidR="00282991" w14:paraId="4CBA76EE" w14:textId="77777777">
        <w:trPr>
          <w:cantSplit/>
          <w:jc w:val="center"/>
        </w:trPr>
        <w:tc>
          <w:tcPr>
            <w:tcW w:w="54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083564B" w14:textId="77777777" w:rsidR="00282991" w:rsidRDefault="00FE4586">
            <w:pPr>
              <w:spacing w:after="0"/>
            </w:pPr>
            <w:r>
              <w:rPr>
                <w:rFonts w:eastAsia="Arial" w:cs="Arial"/>
                <w:sz w:val="18"/>
              </w:rPr>
              <w:t>Generator Monthly Operation Log</w:t>
            </w:r>
          </w:p>
        </w:tc>
        <w:tc>
          <w:tcPr>
            <w:tcW w:w="53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9924DAC" w14:textId="77777777" w:rsidR="00282991" w:rsidRDefault="00FE4586">
            <w:pPr>
              <w:spacing w:after="0"/>
            </w:pPr>
            <w:r>
              <w:rPr>
                <w:rFonts w:eastAsia="Arial" w:cs="Arial"/>
                <w:i/>
                <w:color w:val="707070"/>
                <w:sz w:val="20"/>
              </w:rPr>
              <w:t>&lt;Location&gt;</w:t>
            </w:r>
          </w:p>
        </w:tc>
      </w:tr>
      <w:tr w:rsidR="00282991" w14:paraId="77304526" w14:textId="77777777">
        <w:trPr>
          <w:cantSplit/>
          <w:jc w:val="center"/>
        </w:trPr>
        <w:tc>
          <w:tcPr>
            <w:tcW w:w="54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8717230" w14:textId="77777777" w:rsidR="00282991" w:rsidRDefault="00FE4586">
            <w:pPr>
              <w:spacing w:after="0"/>
            </w:pPr>
            <w:r>
              <w:rPr>
                <w:rFonts w:eastAsia="Arial" w:cs="Arial"/>
                <w:sz w:val="18"/>
              </w:rPr>
              <w:t>Other incident forms</w:t>
            </w:r>
          </w:p>
        </w:tc>
        <w:tc>
          <w:tcPr>
            <w:tcW w:w="53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3365A3B" w14:textId="77777777" w:rsidR="00282991" w:rsidRDefault="00FE4586">
            <w:pPr>
              <w:spacing w:after="0"/>
            </w:pPr>
            <w:r>
              <w:rPr>
                <w:rFonts w:eastAsia="Arial" w:cs="Arial"/>
                <w:i/>
                <w:color w:val="707070"/>
                <w:sz w:val="20"/>
              </w:rPr>
              <w:t>&lt;Location&gt;</w:t>
            </w:r>
          </w:p>
        </w:tc>
      </w:tr>
    </w:tbl>
    <w:p w14:paraId="11D9BA18" w14:textId="77777777" w:rsidR="00282991" w:rsidRDefault="00282991">
      <w:pPr>
        <w:spacing w:after="20"/>
      </w:pPr>
    </w:p>
    <w:p w14:paraId="68C4E4C9" w14:textId="77777777" w:rsidR="00282991" w:rsidRDefault="00FE4586">
      <w:r>
        <w:br w:type="page"/>
      </w:r>
    </w:p>
    <w:p w14:paraId="6489EA74" w14:textId="77777777" w:rsidR="00282991" w:rsidRDefault="00FE4586">
      <w:pPr>
        <w:pStyle w:val="Heading1"/>
        <w:pBdr>
          <w:bottom w:val="single" w:sz="10" w:space="2" w:color="E63B07"/>
        </w:pBdr>
      </w:pPr>
      <w:r>
        <w:rPr>
          <w:rFonts w:ascii="Arial" w:eastAsia="Arial" w:hAnsi="Arial" w:cs="Arial"/>
        </w:rPr>
        <w:lastRenderedPageBreak/>
        <w:t>ATTACHMENT O - RECOVERY / AAR / QAPI IMPROVEMENT DOCUMENTATION</w:t>
      </w:r>
    </w:p>
    <w:tbl>
      <w:tblPr>
        <w:tblW w:w="0" w:type="auto"/>
        <w:jc w:val="center"/>
        <w:tblLayout w:type="fixed"/>
        <w:tblLook w:val="04A0" w:firstRow="1" w:lastRow="0" w:firstColumn="1" w:lastColumn="0" w:noHBand="0" w:noVBand="1"/>
      </w:tblPr>
      <w:tblGrid>
        <w:gridCol w:w="2160"/>
        <w:gridCol w:w="1152"/>
        <w:gridCol w:w="2088"/>
        <w:gridCol w:w="2376"/>
        <w:gridCol w:w="1440"/>
        <w:gridCol w:w="1584"/>
      </w:tblGrid>
      <w:tr w:rsidR="00282991" w14:paraId="1AA5B015" w14:textId="77777777">
        <w:trPr>
          <w:cantSplit/>
          <w:tblHeader/>
          <w:jc w:val="center"/>
        </w:trPr>
        <w:tc>
          <w:tcPr>
            <w:tcW w:w="216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9F45283" w14:textId="77777777" w:rsidR="00282991" w:rsidRDefault="00FE4586">
            <w:pPr>
              <w:spacing w:after="0"/>
            </w:pPr>
            <w:r>
              <w:rPr>
                <w:rFonts w:eastAsia="Arial" w:cs="Arial"/>
                <w:b/>
                <w:color w:val="FFFFFF"/>
                <w:sz w:val="15"/>
              </w:rPr>
              <w:t>Event / Exercise</w:t>
            </w:r>
          </w:p>
        </w:tc>
        <w:tc>
          <w:tcPr>
            <w:tcW w:w="115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D0E346B" w14:textId="77777777" w:rsidR="00282991" w:rsidRDefault="00FE4586">
            <w:pPr>
              <w:spacing w:after="0"/>
            </w:pPr>
            <w:r>
              <w:rPr>
                <w:rFonts w:eastAsia="Arial" w:cs="Arial"/>
                <w:b/>
                <w:color w:val="FFFFFF"/>
                <w:sz w:val="15"/>
              </w:rPr>
              <w:t>Date</w:t>
            </w:r>
          </w:p>
        </w:tc>
        <w:tc>
          <w:tcPr>
            <w:tcW w:w="208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4FDDBFE" w14:textId="77777777" w:rsidR="00282991" w:rsidRDefault="00FE4586">
            <w:pPr>
              <w:spacing w:after="0"/>
            </w:pPr>
            <w:r>
              <w:rPr>
                <w:rFonts w:eastAsia="Arial" w:cs="Arial"/>
                <w:b/>
                <w:color w:val="FFFFFF"/>
                <w:sz w:val="15"/>
              </w:rPr>
              <w:t>AAR Location</w:t>
            </w:r>
          </w:p>
        </w:tc>
        <w:tc>
          <w:tcPr>
            <w:tcW w:w="237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9ED6110" w14:textId="77777777" w:rsidR="00282991" w:rsidRDefault="00FE4586">
            <w:pPr>
              <w:spacing w:after="0"/>
            </w:pPr>
            <w:r>
              <w:rPr>
                <w:rFonts w:eastAsia="Arial" w:cs="Arial"/>
                <w:b/>
                <w:color w:val="FFFFFF"/>
                <w:sz w:val="15"/>
              </w:rPr>
              <w:t>Improvement / QAPI Location</w:t>
            </w:r>
          </w:p>
        </w:tc>
        <w:tc>
          <w:tcPr>
            <w:tcW w:w="144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2B168B8" w14:textId="77777777" w:rsidR="00282991" w:rsidRDefault="00FE4586">
            <w:pPr>
              <w:spacing w:after="0"/>
            </w:pPr>
            <w:r>
              <w:rPr>
                <w:rFonts w:eastAsia="Arial" w:cs="Arial"/>
                <w:b/>
                <w:color w:val="FFFFFF"/>
                <w:sz w:val="15"/>
              </w:rPr>
              <w:t>Owner</w:t>
            </w:r>
          </w:p>
        </w:tc>
        <w:tc>
          <w:tcPr>
            <w:tcW w:w="158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B0B46BE" w14:textId="77777777" w:rsidR="00282991" w:rsidRDefault="00FE4586">
            <w:pPr>
              <w:spacing w:after="0"/>
            </w:pPr>
            <w:r>
              <w:rPr>
                <w:rFonts w:eastAsia="Arial" w:cs="Arial"/>
                <w:b/>
                <w:color w:val="FFFFFF"/>
                <w:sz w:val="15"/>
              </w:rPr>
              <w:t>Closed / Verified</w:t>
            </w:r>
          </w:p>
        </w:tc>
      </w:tr>
      <w:tr w:rsidR="00282991" w14:paraId="55D5E3C2"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160CCED"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9A27BE2" w14:textId="77777777" w:rsidR="00282991" w:rsidRDefault="00FE4586">
            <w:pPr>
              <w:spacing w:after="0"/>
            </w:pPr>
            <w:r>
              <w:rPr>
                <w:rFonts w:eastAsia="Arial" w:cs="Arial"/>
                <w:i/>
                <w:color w:val="707070"/>
                <w:sz w:val="20"/>
              </w:rPr>
              <w:t>&lt;Date&gt;</w:t>
            </w:r>
          </w:p>
        </w:tc>
        <w:tc>
          <w:tcPr>
            <w:tcW w:w="20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9777A7F" w14:textId="77777777" w:rsidR="00282991" w:rsidRDefault="00FE4586">
            <w:pPr>
              <w:spacing w:after="0"/>
            </w:pPr>
            <w:r>
              <w:rPr>
                <w:rFonts w:eastAsia="Arial" w:cs="Arial"/>
                <w:i/>
                <w:color w:val="707070"/>
                <w:sz w:val="20"/>
              </w:rPr>
              <w:t>&lt;Location&gt;</w:t>
            </w:r>
          </w:p>
        </w:tc>
        <w:tc>
          <w:tcPr>
            <w:tcW w:w="237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7A33B79" w14:textId="77777777" w:rsidR="00282991" w:rsidRDefault="00FE4586">
            <w:pPr>
              <w:spacing w:after="0"/>
            </w:pPr>
            <w:r>
              <w:rPr>
                <w:rFonts w:eastAsia="Arial" w:cs="Arial"/>
                <w:i/>
                <w:color w:val="707070"/>
                <w:sz w:val="20"/>
              </w:rPr>
              <w:t>&lt;Location&gt;</w:t>
            </w:r>
          </w:p>
        </w:tc>
        <w:tc>
          <w:tcPr>
            <w:tcW w:w="14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C2D4290"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F5F4B3C" w14:textId="77777777" w:rsidR="00282991" w:rsidRDefault="00FE4586">
            <w:pPr>
              <w:spacing w:after="0"/>
            </w:pPr>
            <w:r>
              <w:rPr>
                <w:rFonts w:eastAsia="Arial" w:cs="Arial"/>
                <w:i/>
                <w:color w:val="707070"/>
                <w:sz w:val="20"/>
              </w:rPr>
              <w:t>&lt;Date / status&gt;</w:t>
            </w:r>
          </w:p>
        </w:tc>
      </w:tr>
      <w:tr w:rsidR="00282991" w14:paraId="4B68AEFD"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98F74B4"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F7CCE18" w14:textId="77777777" w:rsidR="00282991" w:rsidRDefault="00FE4586">
            <w:pPr>
              <w:spacing w:after="0"/>
            </w:pPr>
            <w:r>
              <w:rPr>
                <w:rFonts w:eastAsia="Arial" w:cs="Arial"/>
                <w:i/>
                <w:color w:val="707070"/>
                <w:sz w:val="20"/>
              </w:rPr>
              <w:t>&lt;Date&gt;</w:t>
            </w:r>
          </w:p>
        </w:tc>
        <w:tc>
          <w:tcPr>
            <w:tcW w:w="20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1FB4B1B" w14:textId="77777777" w:rsidR="00282991" w:rsidRDefault="00FE4586">
            <w:pPr>
              <w:spacing w:after="0"/>
            </w:pPr>
            <w:r>
              <w:rPr>
                <w:rFonts w:eastAsia="Arial" w:cs="Arial"/>
                <w:i/>
                <w:color w:val="707070"/>
                <w:sz w:val="20"/>
              </w:rPr>
              <w:t>&lt;Location&gt;</w:t>
            </w:r>
          </w:p>
        </w:tc>
        <w:tc>
          <w:tcPr>
            <w:tcW w:w="237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07D233A" w14:textId="77777777" w:rsidR="00282991" w:rsidRDefault="00FE4586">
            <w:pPr>
              <w:spacing w:after="0"/>
            </w:pPr>
            <w:r>
              <w:rPr>
                <w:rFonts w:eastAsia="Arial" w:cs="Arial"/>
                <w:i/>
                <w:color w:val="707070"/>
                <w:sz w:val="20"/>
              </w:rPr>
              <w:t>&lt;Location&gt;</w:t>
            </w:r>
          </w:p>
        </w:tc>
        <w:tc>
          <w:tcPr>
            <w:tcW w:w="14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BBD286F"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2C5054A" w14:textId="77777777" w:rsidR="00282991" w:rsidRDefault="00FE4586">
            <w:pPr>
              <w:spacing w:after="0"/>
            </w:pPr>
            <w:r>
              <w:rPr>
                <w:rFonts w:eastAsia="Arial" w:cs="Arial"/>
                <w:i/>
                <w:color w:val="707070"/>
                <w:sz w:val="20"/>
              </w:rPr>
              <w:t>&lt;Date / status&gt;</w:t>
            </w:r>
          </w:p>
        </w:tc>
      </w:tr>
      <w:tr w:rsidR="00282991" w14:paraId="0D8149CF"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A0E0837"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75DD376" w14:textId="77777777" w:rsidR="00282991" w:rsidRDefault="00FE4586">
            <w:pPr>
              <w:spacing w:after="0"/>
            </w:pPr>
            <w:r>
              <w:rPr>
                <w:rFonts w:eastAsia="Arial" w:cs="Arial"/>
                <w:i/>
                <w:color w:val="707070"/>
                <w:sz w:val="20"/>
              </w:rPr>
              <w:t>&lt;Date&gt;</w:t>
            </w:r>
          </w:p>
        </w:tc>
        <w:tc>
          <w:tcPr>
            <w:tcW w:w="20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5863986" w14:textId="77777777" w:rsidR="00282991" w:rsidRDefault="00FE4586">
            <w:pPr>
              <w:spacing w:after="0"/>
            </w:pPr>
            <w:r>
              <w:rPr>
                <w:rFonts w:eastAsia="Arial" w:cs="Arial"/>
                <w:i/>
                <w:color w:val="707070"/>
                <w:sz w:val="20"/>
              </w:rPr>
              <w:t>&lt;Location&gt;</w:t>
            </w:r>
          </w:p>
        </w:tc>
        <w:tc>
          <w:tcPr>
            <w:tcW w:w="237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959937C" w14:textId="77777777" w:rsidR="00282991" w:rsidRDefault="00FE4586">
            <w:pPr>
              <w:spacing w:after="0"/>
            </w:pPr>
            <w:r>
              <w:rPr>
                <w:rFonts w:eastAsia="Arial" w:cs="Arial"/>
                <w:i/>
                <w:color w:val="707070"/>
                <w:sz w:val="20"/>
              </w:rPr>
              <w:t>&lt;Location&gt;</w:t>
            </w:r>
          </w:p>
        </w:tc>
        <w:tc>
          <w:tcPr>
            <w:tcW w:w="14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C7BD2AB"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54D9CB4" w14:textId="77777777" w:rsidR="00282991" w:rsidRDefault="00FE4586">
            <w:pPr>
              <w:spacing w:after="0"/>
            </w:pPr>
            <w:r>
              <w:rPr>
                <w:rFonts w:eastAsia="Arial" w:cs="Arial"/>
                <w:i/>
                <w:color w:val="707070"/>
                <w:sz w:val="20"/>
              </w:rPr>
              <w:t>&lt;Date / status&gt;</w:t>
            </w:r>
          </w:p>
        </w:tc>
      </w:tr>
      <w:tr w:rsidR="00282991" w14:paraId="70F68446"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3F94851"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D581527" w14:textId="77777777" w:rsidR="00282991" w:rsidRDefault="00FE4586">
            <w:pPr>
              <w:spacing w:after="0"/>
            </w:pPr>
            <w:r>
              <w:rPr>
                <w:rFonts w:eastAsia="Arial" w:cs="Arial"/>
                <w:i/>
                <w:color w:val="707070"/>
                <w:sz w:val="20"/>
              </w:rPr>
              <w:t>&lt;Date&gt;</w:t>
            </w:r>
          </w:p>
        </w:tc>
        <w:tc>
          <w:tcPr>
            <w:tcW w:w="20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7306F2E" w14:textId="77777777" w:rsidR="00282991" w:rsidRDefault="00FE4586">
            <w:pPr>
              <w:spacing w:after="0"/>
            </w:pPr>
            <w:r>
              <w:rPr>
                <w:rFonts w:eastAsia="Arial" w:cs="Arial"/>
                <w:i/>
                <w:color w:val="707070"/>
                <w:sz w:val="20"/>
              </w:rPr>
              <w:t>&lt;Location&gt;</w:t>
            </w:r>
          </w:p>
        </w:tc>
        <w:tc>
          <w:tcPr>
            <w:tcW w:w="237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82614D8" w14:textId="77777777" w:rsidR="00282991" w:rsidRDefault="00FE4586">
            <w:pPr>
              <w:spacing w:after="0"/>
            </w:pPr>
            <w:r>
              <w:rPr>
                <w:rFonts w:eastAsia="Arial" w:cs="Arial"/>
                <w:i/>
                <w:color w:val="707070"/>
                <w:sz w:val="20"/>
              </w:rPr>
              <w:t>&lt;Location&gt;</w:t>
            </w:r>
          </w:p>
        </w:tc>
        <w:tc>
          <w:tcPr>
            <w:tcW w:w="14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7FA9A34"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3FAA0C4" w14:textId="77777777" w:rsidR="00282991" w:rsidRDefault="00FE4586">
            <w:pPr>
              <w:spacing w:after="0"/>
            </w:pPr>
            <w:r>
              <w:rPr>
                <w:rFonts w:eastAsia="Arial" w:cs="Arial"/>
                <w:i/>
                <w:color w:val="707070"/>
                <w:sz w:val="20"/>
              </w:rPr>
              <w:t>&lt;Date / status&gt;</w:t>
            </w:r>
          </w:p>
        </w:tc>
      </w:tr>
      <w:tr w:rsidR="00282991" w14:paraId="62DAE3D8"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C3D620C"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9E74080" w14:textId="77777777" w:rsidR="00282991" w:rsidRDefault="00FE4586">
            <w:pPr>
              <w:spacing w:after="0"/>
            </w:pPr>
            <w:r>
              <w:rPr>
                <w:rFonts w:eastAsia="Arial" w:cs="Arial"/>
                <w:i/>
                <w:color w:val="707070"/>
                <w:sz w:val="20"/>
              </w:rPr>
              <w:t>&lt;Date&gt;</w:t>
            </w:r>
          </w:p>
        </w:tc>
        <w:tc>
          <w:tcPr>
            <w:tcW w:w="20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7A235AE" w14:textId="77777777" w:rsidR="00282991" w:rsidRDefault="00FE4586">
            <w:pPr>
              <w:spacing w:after="0"/>
            </w:pPr>
            <w:r>
              <w:rPr>
                <w:rFonts w:eastAsia="Arial" w:cs="Arial"/>
                <w:i/>
                <w:color w:val="707070"/>
                <w:sz w:val="20"/>
              </w:rPr>
              <w:t>&lt;Location&gt;</w:t>
            </w:r>
          </w:p>
        </w:tc>
        <w:tc>
          <w:tcPr>
            <w:tcW w:w="237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4F2437C" w14:textId="77777777" w:rsidR="00282991" w:rsidRDefault="00FE4586">
            <w:pPr>
              <w:spacing w:after="0"/>
            </w:pPr>
            <w:r>
              <w:rPr>
                <w:rFonts w:eastAsia="Arial" w:cs="Arial"/>
                <w:i/>
                <w:color w:val="707070"/>
                <w:sz w:val="20"/>
              </w:rPr>
              <w:t>&lt;Location&gt;</w:t>
            </w:r>
          </w:p>
        </w:tc>
        <w:tc>
          <w:tcPr>
            <w:tcW w:w="14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D139568"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3579ACF" w14:textId="77777777" w:rsidR="00282991" w:rsidRDefault="00FE4586">
            <w:pPr>
              <w:spacing w:after="0"/>
            </w:pPr>
            <w:r>
              <w:rPr>
                <w:rFonts w:eastAsia="Arial" w:cs="Arial"/>
                <w:i/>
                <w:color w:val="707070"/>
                <w:sz w:val="20"/>
              </w:rPr>
              <w:t>&lt;Date / status&gt;</w:t>
            </w:r>
          </w:p>
        </w:tc>
      </w:tr>
      <w:tr w:rsidR="00282991" w14:paraId="2848232D"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263BDD9"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776E248" w14:textId="77777777" w:rsidR="00282991" w:rsidRDefault="00FE4586">
            <w:pPr>
              <w:spacing w:after="0"/>
            </w:pPr>
            <w:r>
              <w:rPr>
                <w:rFonts w:eastAsia="Arial" w:cs="Arial"/>
                <w:i/>
                <w:color w:val="707070"/>
                <w:sz w:val="20"/>
              </w:rPr>
              <w:t>&lt;Date&gt;</w:t>
            </w:r>
          </w:p>
        </w:tc>
        <w:tc>
          <w:tcPr>
            <w:tcW w:w="20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6D3C3B1" w14:textId="77777777" w:rsidR="00282991" w:rsidRDefault="00FE4586">
            <w:pPr>
              <w:spacing w:after="0"/>
            </w:pPr>
            <w:r>
              <w:rPr>
                <w:rFonts w:eastAsia="Arial" w:cs="Arial"/>
                <w:i/>
                <w:color w:val="707070"/>
                <w:sz w:val="20"/>
              </w:rPr>
              <w:t>&lt;Location&gt;</w:t>
            </w:r>
          </w:p>
        </w:tc>
        <w:tc>
          <w:tcPr>
            <w:tcW w:w="237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5073E7B" w14:textId="77777777" w:rsidR="00282991" w:rsidRDefault="00FE4586">
            <w:pPr>
              <w:spacing w:after="0"/>
            </w:pPr>
            <w:r>
              <w:rPr>
                <w:rFonts w:eastAsia="Arial" w:cs="Arial"/>
                <w:i/>
                <w:color w:val="707070"/>
                <w:sz w:val="20"/>
              </w:rPr>
              <w:t>&lt;Location&gt;</w:t>
            </w:r>
          </w:p>
        </w:tc>
        <w:tc>
          <w:tcPr>
            <w:tcW w:w="14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1F4E514"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B04F56D" w14:textId="77777777" w:rsidR="00282991" w:rsidRDefault="00FE4586">
            <w:pPr>
              <w:spacing w:after="0"/>
            </w:pPr>
            <w:r>
              <w:rPr>
                <w:rFonts w:eastAsia="Arial" w:cs="Arial"/>
                <w:i/>
                <w:color w:val="707070"/>
                <w:sz w:val="20"/>
              </w:rPr>
              <w:t>&lt;Date / status&gt;</w:t>
            </w:r>
          </w:p>
        </w:tc>
      </w:tr>
      <w:tr w:rsidR="00282991" w14:paraId="30F82735"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27A413F"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7260E2A" w14:textId="77777777" w:rsidR="00282991" w:rsidRDefault="00FE4586">
            <w:pPr>
              <w:spacing w:after="0"/>
            </w:pPr>
            <w:r>
              <w:rPr>
                <w:rFonts w:eastAsia="Arial" w:cs="Arial"/>
                <w:i/>
                <w:color w:val="707070"/>
                <w:sz w:val="20"/>
              </w:rPr>
              <w:t>&lt;Date&gt;</w:t>
            </w:r>
          </w:p>
        </w:tc>
        <w:tc>
          <w:tcPr>
            <w:tcW w:w="20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9FA39E5" w14:textId="77777777" w:rsidR="00282991" w:rsidRDefault="00FE4586">
            <w:pPr>
              <w:spacing w:after="0"/>
            </w:pPr>
            <w:r>
              <w:rPr>
                <w:rFonts w:eastAsia="Arial" w:cs="Arial"/>
                <w:i/>
                <w:color w:val="707070"/>
                <w:sz w:val="20"/>
              </w:rPr>
              <w:t>&lt;Location&gt;</w:t>
            </w:r>
          </w:p>
        </w:tc>
        <w:tc>
          <w:tcPr>
            <w:tcW w:w="237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F8C01D3" w14:textId="77777777" w:rsidR="00282991" w:rsidRDefault="00FE4586">
            <w:pPr>
              <w:spacing w:after="0"/>
            </w:pPr>
            <w:r>
              <w:rPr>
                <w:rFonts w:eastAsia="Arial" w:cs="Arial"/>
                <w:i/>
                <w:color w:val="707070"/>
                <w:sz w:val="20"/>
              </w:rPr>
              <w:t>&lt;Location&gt;</w:t>
            </w:r>
          </w:p>
        </w:tc>
        <w:tc>
          <w:tcPr>
            <w:tcW w:w="14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92ECA40"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311E7D9" w14:textId="77777777" w:rsidR="00282991" w:rsidRDefault="00FE4586">
            <w:pPr>
              <w:spacing w:after="0"/>
            </w:pPr>
            <w:r>
              <w:rPr>
                <w:rFonts w:eastAsia="Arial" w:cs="Arial"/>
                <w:i/>
                <w:color w:val="707070"/>
                <w:sz w:val="20"/>
              </w:rPr>
              <w:t>&lt;Date / status&gt;</w:t>
            </w:r>
          </w:p>
        </w:tc>
      </w:tr>
      <w:tr w:rsidR="00282991" w14:paraId="7EDF93E2" w14:textId="77777777">
        <w:trPr>
          <w:cantSplit/>
          <w:jc w:val="center"/>
        </w:trPr>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B04D8A6"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3F81B37" w14:textId="77777777" w:rsidR="00282991" w:rsidRDefault="00FE4586">
            <w:pPr>
              <w:spacing w:after="0"/>
            </w:pPr>
            <w:r>
              <w:rPr>
                <w:rFonts w:eastAsia="Arial" w:cs="Arial"/>
                <w:i/>
                <w:color w:val="707070"/>
                <w:sz w:val="20"/>
              </w:rPr>
              <w:t>&lt;Date&gt;</w:t>
            </w:r>
          </w:p>
        </w:tc>
        <w:tc>
          <w:tcPr>
            <w:tcW w:w="20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038EEB0" w14:textId="77777777" w:rsidR="00282991" w:rsidRDefault="00FE4586">
            <w:pPr>
              <w:spacing w:after="0"/>
            </w:pPr>
            <w:r>
              <w:rPr>
                <w:rFonts w:eastAsia="Arial" w:cs="Arial"/>
                <w:i/>
                <w:color w:val="707070"/>
                <w:sz w:val="20"/>
              </w:rPr>
              <w:t>&lt;Location&gt;</w:t>
            </w:r>
          </w:p>
        </w:tc>
        <w:tc>
          <w:tcPr>
            <w:tcW w:w="237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329AA62" w14:textId="77777777" w:rsidR="00282991" w:rsidRDefault="00FE4586">
            <w:pPr>
              <w:spacing w:after="0"/>
            </w:pPr>
            <w:r>
              <w:rPr>
                <w:rFonts w:eastAsia="Arial" w:cs="Arial"/>
                <w:i/>
                <w:color w:val="707070"/>
                <w:sz w:val="20"/>
              </w:rPr>
              <w:t>&lt;Location&gt;</w:t>
            </w:r>
          </w:p>
        </w:tc>
        <w:tc>
          <w:tcPr>
            <w:tcW w:w="14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07A4047"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D00B2FE" w14:textId="77777777" w:rsidR="00282991" w:rsidRDefault="00FE4586">
            <w:pPr>
              <w:spacing w:after="0"/>
            </w:pPr>
            <w:r>
              <w:rPr>
                <w:rFonts w:eastAsia="Arial" w:cs="Arial"/>
                <w:i/>
                <w:color w:val="707070"/>
                <w:sz w:val="20"/>
              </w:rPr>
              <w:t>&lt;Date / status&gt;</w:t>
            </w:r>
          </w:p>
        </w:tc>
      </w:tr>
    </w:tbl>
    <w:p w14:paraId="62394E98" w14:textId="77777777" w:rsidR="00282991" w:rsidRDefault="00282991">
      <w:pPr>
        <w:spacing w:after="20"/>
      </w:pPr>
    </w:p>
    <w:p w14:paraId="4B89030C" w14:textId="77777777" w:rsidR="00282991" w:rsidRDefault="00FE4586">
      <w:r>
        <w:br w:type="page"/>
      </w:r>
    </w:p>
    <w:p w14:paraId="6246B76D" w14:textId="77777777" w:rsidR="00282991" w:rsidRDefault="00FE4586">
      <w:pPr>
        <w:pStyle w:val="Heading1"/>
        <w:pBdr>
          <w:bottom w:val="single" w:sz="10" w:space="2" w:color="E63B07"/>
        </w:pBdr>
      </w:pPr>
      <w:r>
        <w:rPr>
          <w:rFonts w:ascii="Arial" w:eastAsia="Arial" w:hAnsi="Arial" w:cs="Arial"/>
        </w:rPr>
        <w:lastRenderedPageBreak/>
        <w:t>ATTACHMENT P - AFFILIATED / SISTER SITE / INTEGRATED SYSTEM INFORMATION</w:t>
      </w:r>
    </w:p>
    <w:tbl>
      <w:tblPr>
        <w:tblW w:w="0" w:type="auto"/>
        <w:jc w:val="center"/>
        <w:tblLayout w:type="fixed"/>
        <w:tblLook w:val="04A0" w:firstRow="1" w:lastRow="0" w:firstColumn="1" w:lastColumn="0" w:noHBand="0" w:noVBand="1"/>
      </w:tblPr>
      <w:tblGrid>
        <w:gridCol w:w="4608"/>
        <w:gridCol w:w="3888"/>
        <w:gridCol w:w="2304"/>
      </w:tblGrid>
      <w:tr w:rsidR="00282991" w14:paraId="5BB382EC" w14:textId="77777777">
        <w:trPr>
          <w:cantSplit/>
          <w:tblHeader/>
          <w:jc w:val="center"/>
        </w:trPr>
        <w:tc>
          <w:tcPr>
            <w:tcW w:w="460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DF7C928" w14:textId="77777777" w:rsidR="00282991" w:rsidRDefault="00FE4586">
            <w:pPr>
              <w:spacing w:after="0"/>
            </w:pPr>
            <w:r>
              <w:rPr>
                <w:rFonts w:eastAsia="Arial" w:cs="Arial"/>
                <w:b/>
                <w:color w:val="FFFFFF"/>
                <w:sz w:val="16"/>
              </w:rPr>
              <w:t>Location-Specific Documentation</w:t>
            </w:r>
          </w:p>
        </w:tc>
        <w:tc>
          <w:tcPr>
            <w:tcW w:w="388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5ECE756" w14:textId="77777777" w:rsidR="00282991" w:rsidRDefault="00FE4586">
            <w:pPr>
              <w:spacing w:after="0"/>
            </w:pPr>
            <w:r>
              <w:rPr>
                <w:rFonts w:eastAsia="Arial" w:cs="Arial"/>
                <w:b/>
                <w:color w:val="FFFFFF"/>
                <w:sz w:val="16"/>
              </w:rPr>
              <w:t>Facility Entry</w:t>
            </w:r>
          </w:p>
        </w:tc>
        <w:tc>
          <w:tcPr>
            <w:tcW w:w="230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C73A5FB" w14:textId="77777777" w:rsidR="00282991" w:rsidRDefault="00FE4586">
            <w:pPr>
              <w:spacing w:after="0"/>
            </w:pPr>
            <w:r>
              <w:rPr>
                <w:rFonts w:eastAsia="Arial" w:cs="Arial"/>
                <w:b/>
                <w:color w:val="FFFFFF"/>
                <w:sz w:val="16"/>
              </w:rPr>
              <w:t>Controlled Location</w:t>
            </w:r>
          </w:p>
        </w:tc>
      </w:tr>
      <w:tr w:rsidR="00282991" w14:paraId="0BF4AB12"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0B2716D" w14:textId="77777777" w:rsidR="00282991" w:rsidRDefault="00FE4586">
            <w:pPr>
              <w:spacing w:after="0"/>
            </w:pPr>
            <w:r>
              <w:rPr>
                <w:rFonts w:eastAsia="Arial" w:cs="Arial"/>
                <w:sz w:val="17"/>
              </w:rPr>
              <w:t>Facility/site profile / address / CCN</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8B62656" w14:textId="77777777" w:rsidR="00282991" w:rsidRDefault="00FE4586">
            <w:pPr>
              <w:spacing w:after="0"/>
            </w:pPr>
            <w:r>
              <w:rPr>
                <w:rFonts w:eastAsia="Arial" w:cs="Arial"/>
                <w:i/>
                <w:color w:val="707070"/>
                <w:sz w:val="20"/>
              </w:rPr>
              <w:t>&lt;Insert for each location&gt;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EE96C82" w14:textId="77777777" w:rsidR="00282991" w:rsidRDefault="00FE4586">
            <w:pPr>
              <w:spacing w:after="0"/>
            </w:pPr>
            <w:r>
              <w:rPr>
                <w:rFonts w:eastAsia="Arial" w:cs="Arial"/>
                <w:i/>
                <w:color w:val="707070"/>
                <w:sz w:val="20"/>
              </w:rPr>
              <w:t>&lt;Location&gt;</w:t>
            </w:r>
          </w:p>
        </w:tc>
      </w:tr>
      <w:tr w:rsidR="00282991" w14:paraId="0E992207"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4537E1F" w14:textId="77777777" w:rsidR="00282991" w:rsidRDefault="00FE4586">
            <w:pPr>
              <w:spacing w:after="0"/>
            </w:pPr>
            <w:r>
              <w:rPr>
                <w:rFonts w:eastAsia="Arial" w:cs="Arial"/>
                <w:sz w:val="17"/>
              </w:rPr>
              <w:t>Facility-specific HVA / top hazards</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21A4806"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549E313" w14:textId="77777777" w:rsidR="00282991" w:rsidRDefault="00FE4586">
            <w:pPr>
              <w:spacing w:after="0"/>
            </w:pPr>
            <w:r>
              <w:rPr>
                <w:rFonts w:eastAsia="Arial" w:cs="Arial"/>
                <w:i/>
                <w:color w:val="707070"/>
                <w:sz w:val="20"/>
              </w:rPr>
              <w:t>&lt;Location&gt;</w:t>
            </w:r>
          </w:p>
        </w:tc>
      </w:tr>
      <w:tr w:rsidR="00282991" w14:paraId="67342DCE"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3BB1D05" w14:textId="77777777" w:rsidR="00282991" w:rsidRDefault="00FE4586">
            <w:pPr>
              <w:spacing w:after="0"/>
            </w:pPr>
            <w:r>
              <w:rPr>
                <w:rFonts w:eastAsia="Arial" w:cs="Arial"/>
                <w:sz w:val="17"/>
              </w:rPr>
              <w:t>Dialysis modalities / stations / population</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C54FE50"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3AD376D" w14:textId="77777777" w:rsidR="00282991" w:rsidRDefault="00FE4586">
            <w:pPr>
              <w:spacing w:after="0"/>
            </w:pPr>
            <w:r>
              <w:rPr>
                <w:rFonts w:eastAsia="Arial" w:cs="Arial"/>
                <w:i/>
                <w:color w:val="707070"/>
                <w:sz w:val="20"/>
              </w:rPr>
              <w:t>&lt;Location&gt;</w:t>
            </w:r>
          </w:p>
        </w:tc>
      </w:tr>
      <w:tr w:rsidR="00282991" w14:paraId="0F43DFBE"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7CE368A" w14:textId="77777777" w:rsidR="00282991" w:rsidRDefault="00FE4586">
            <w:pPr>
              <w:spacing w:after="0"/>
            </w:pPr>
            <w:r>
              <w:rPr>
                <w:rFonts w:eastAsia="Arial" w:cs="Arial"/>
                <w:sz w:val="17"/>
              </w:rPr>
              <w:t>Activation authority / succession / delegation</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D0F2BE5"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A13A8E9" w14:textId="77777777" w:rsidR="00282991" w:rsidRDefault="00FE4586">
            <w:pPr>
              <w:spacing w:after="0"/>
            </w:pPr>
            <w:r>
              <w:rPr>
                <w:rFonts w:eastAsia="Arial" w:cs="Arial"/>
                <w:i/>
                <w:color w:val="707070"/>
                <w:sz w:val="20"/>
              </w:rPr>
              <w:t>&lt;Location&gt;</w:t>
            </w:r>
          </w:p>
        </w:tc>
      </w:tr>
      <w:tr w:rsidR="00282991" w14:paraId="72EC59C3"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9EB417C" w14:textId="77777777" w:rsidR="00282991" w:rsidRDefault="00FE4586">
            <w:pPr>
              <w:spacing w:after="0"/>
            </w:pPr>
            <w:r>
              <w:rPr>
                <w:rFonts w:eastAsia="Arial" w:cs="Arial"/>
                <w:sz w:val="17"/>
              </w:rPr>
              <w:t>Emergency contacts / staff roster</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13BF423"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4119E22" w14:textId="77777777" w:rsidR="00282991" w:rsidRDefault="00FE4586">
            <w:pPr>
              <w:spacing w:after="0"/>
            </w:pPr>
            <w:r>
              <w:rPr>
                <w:rFonts w:eastAsia="Arial" w:cs="Arial"/>
                <w:i/>
                <w:color w:val="707070"/>
                <w:sz w:val="20"/>
              </w:rPr>
              <w:t>&lt;Secured location&gt;</w:t>
            </w:r>
          </w:p>
        </w:tc>
      </w:tr>
      <w:tr w:rsidR="00282991" w14:paraId="3ADEFA36"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03C7EC1" w14:textId="77777777" w:rsidR="00282991" w:rsidRDefault="00FE4586">
            <w:pPr>
              <w:spacing w:after="0"/>
            </w:pPr>
            <w:r>
              <w:rPr>
                <w:rFonts w:eastAsia="Arial" w:cs="Arial"/>
                <w:sz w:val="17"/>
              </w:rPr>
              <w:t>Water system / generator / critical dependencies</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BD7A820"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B59B0C2" w14:textId="77777777" w:rsidR="00282991" w:rsidRDefault="00FE4586">
            <w:pPr>
              <w:spacing w:after="0"/>
            </w:pPr>
            <w:r>
              <w:rPr>
                <w:rFonts w:eastAsia="Arial" w:cs="Arial"/>
                <w:i/>
                <w:color w:val="707070"/>
                <w:sz w:val="20"/>
              </w:rPr>
              <w:t>&lt;Location&gt;</w:t>
            </w:r>
          </w:p>
        </w:tc>
      </w:tr>
      <w:tr w:rsidR="00282991" w14:paraId="00D3108A"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731CDA6" w14:textId="77777777" w:rsidR="00282991" w:rsidRDefault="00FE4586">
            <w:pPr>
              <w:spacing w:after="0"/>
            </w:pPr>
            <w:r>
              <w:rPr>
                <w:rFonts w:eastAsia="Arial" w:cs="Arial"/>
                <w:sz w:val="17"/>
              </w:rPr>
              <w:t>Floor plans / evacuation routes</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CAB1F96"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BE7A5DD" w14:textId="77777777" w:rsidR="00282991" w:rsidRDefault="00FE4586">
            <w:pPr>
              <w:spacing w:after="0"/>
            </w:pPr>
            <w:r>
              <w:rPr>
                <w:rFonts w:eastAsia="Arial" w:cs="Arial"/>
                <w:i/>
                <w:color w:val="707070"/>
                <w:sz w:val="20"/>
              </w:rPr>
              <w:t>&lt;Location&gt;</w:t>
            </w:r>
          </w:p>
        </w:tc>
      </w:tr>
      <w:tr w:rsidR="00282991" w14:paraId="7FCF2254"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C2E3E59" w14:textId="77777777" w:rsidR="00282991" w:rsidRDefault="00FE4586">
            <w:pPr>
              <w:spacing w:after="0"/>
            </w:pPr>
            <w:r>
              <w:rPr>
                <w:rFonts w:eastAsia="Arial" w:cs="Arial"/>
                <w:sz w:val="17"/>
              </w:rPr>
              <w:t>Training / exercise / patient orientation records</w:t>
            </w:r>
          </w:p>
        </w:tc>
        <w:tc>
          <w:tcPr>
            <w:tcW w:w="388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51AA95C"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AE0093B" w14:textId="77777777" w:rsidR="00282991" w:rsidRDefault="00FE4586">
            <w:pPr>
              <w:spacing w:after="0"/>
            </w:pPr>
            <w:r>
              <w:rPr>
                <w:rFonts w:eastAsia="Arial" w:cs="Arial"/>
                <w:i/>
                <w:color w:val="707070"/>
                <w:sz w:val="20"/>
              </w:rPr>
              <w:t>&lt;Location&gt;</w:t>
            </w:r>
          </w:p>
        </w:tc>
      </w:tr>
      <w:tr w:rsidR="00282991" w14:paraId="6422EEE8"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864E122" w14:textId="77777777" w:rsidR="00282991" w:rsidRDefault="00FE4586">
            <w:pPr>
              <w:spacing w:after="0"/>
            </w:pPr>
            <w:r>
              <w:rPr>
                <w:rFonts w:eastAsia="Arial" w:cs="Arial"/>
                <w:sz w:val="17"/>
              </w:rPr>
              <w:t>Evidence of active participation in integrated program</w:t>
            </w:r>
          </w:p>
        </w:tc>
        <w:tc>
          <w:tcPr>
            <w:tcW w:w="388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11DAF7D" w14:textId="77777777" w:rsidR="00282991" w:rsidRDefault="00FE4586">
            <w:pPr>
              <w:spacing w:after="0"/>
            </w:pPr>
            <w:r>
              <w:rPr>
                <w:rFonts w:eastAsia="Arial" w:cs="Arial"/>
                <w:i/>
                <w:color w:val="707070"/>
                <w:sz w:val="20"/>
              </w:rPr>
              <w:t>&lt;Insert&gt;</w:t>
            </w:r>
          </w:p>
        </w:tc>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AE23BF4" w14:textId="77777777" w:rsidR="00282991" w:rsidRDefault="00FE4586">
            <w:pPr>
              <w:spacing w:after="0"/>
            </w:pPr>
            <w:r>
              <w:rPr>
                <w:rFonts w:eastAsia="Arial" w:cs="Arial"/>
                <w:i/>
                <w:color w:val="707070"/>
                <w:sz w:val="20"/>
              </w:rPr>
              <w:t>&lt;Location&gt;</w:t>
            </w:r>
          </w:p>
        </w:tc>
      </w:tr>
    </w:tbl>
    <w:p w14:paraId="2B34305F" w14:textId="77777777" w:rsidR="00282991" w:rsidRDefault="00282991">
      <w:pPr>
        <w:spacing w:after="20"/>
      </w:pPr>
    </w:p>
    <w:p w14:paraId="0C306A2E" w14:textId="77777777" w:rsidR="00282991" w:rsidRDefault="00FE4586">
      <w:r>
        <w:br w:type="page"/>
      </w:r>
    </w:p>
    <w:p w14:paraId="38662CFF" w14:textId="77777777" w:rsidR="00282991" w:rsidRDefault="00FE4586">
      <w:pPr>
        <w:pStyle w:val="Heading1"/>
        <w:pBdr>
          <w:bottom w:val="single" w:sz="10" w:space="2" w:color="E63B07"/>
        </w:pBdr>
      </w:pPr>
      <w:r>
        <w:rPr>
          <w:rFonts w:ascii="Arial" w:eastAsia="Arial" w:hAnsi="Arial" w:cs="Arial"/>
        </w:rPr>
        <w:lastRenderedPageBreak/>
        <w:t>ATTACHMENT Q - HOME DIALYSIS EMERGENCY BACKUP - IF APPLICABLE</w:t>
      </w:r>
    </w:p>
    <w:tbl>
      <w:tblPr>
        <w:tblW w:w="0" w:type="auto"/>
        <w:jc w:val="center"/>
        <w:tblLayout w:type="fixed"/>
        <w:tblLook w:val="04A0" w:firstRow="1" w:lastRow="0" w:firstColumn="1" w:lastColumn="0" w:noHBand="0" w:noVBand="1"/>
      </w:tblPr>
      <w:tblGrid>
        <w:gridCol w:w="4320"/>
        <w:gridCol w:w="6480"/>
      </w:tblGrid>
      <w:tr w:rsidR="00282991" w14:paraId="4603E16F" w14:textId="77777777">
        <w:trPr>
          <w:cantSplit/>
          <w:tblHeader/>
          <w:jc w:val="center"/>
        </w:trPr>
        <w:tc>
          <w:tcPr>
            <w:tcW w:w="432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2D8F4A6" w14:textId="77777777" w:rsidR="00282991" w:rsidRDefault="00FE4586">
            <w:pPr>
              <w:spacing w:after="0"/>
            </w:pPr>
            <w:r>
              <w:rPr>
                <w:rFonts w:eastAsia="Arial" w:cs="Arial"/>
                <w:b/>
                <w:color w:val="FFFFFF"/>
                <w:sz w:val="17"/>
              </w:rPr>
              <w:t>Element</w:t>
            </w:r>
          </w:p>
        </w:tc>
        <w:tc>
          <w:tcPr>
            <w:tcW w:w="648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82E5F1F" w14:textId="77777777" w:rsidR="00282991" w:rsidRDefault="00FE4586">
            <w:pPr>
              <w:spacing w:after="0"/>
            </w:pPr>
            <w:r>
              <w:rPr>
                <w:rFonts w:eastAsia="Arial" w:cs="Arial"/>
                <w:b/>
                <w:color w:val="FFFFFF"/>
                <w:sz w:val="17"/>
              </w:rPr>
              <w:t>Facility Entry / Controlled Location</w:t>
            </w:r>
          </w:p>
        </w:tc>
      </w:tr>
      <w:tr w:rsidR="00282991" w14:paraId="2B5AFDB4"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DEC2981" w14:textId="77777777" w:rsidR="00282991" w:rsidRDefault="00FE4586">
            <w:pPr>
              <w:spacing w:after="0"/>
            </w:pPr>
            <w:r>
              <w:rPr>
                <w:rFonts w:eastAsia="Arial" w:cs="Arial"/>
                <w:sz w:val="17"/>
              </w:rPr>
              <w:t>Home modalities supported</w:t>
            </w:r>
          </w:p>
        </w:tc>
        <w:tc>
          <w:tcPr>
            <w:tcW w:w="64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8010CF6" w14:textId="77777777" w:rsidR="00282991" w:rsidRDefault="00FE4586">
            <w:pPr>
              <w:spacing w:after="0"/>
            </w:pPr>
            <w:r>
              <w:rPr>
                <w:rFonts w:eastAsia="Arial" w:cs="Arial"/>
                <w:i/>
                <w:color w:val="707070"/>
                <w:sz w:val="20"/>
              </w:rPr>
              <w:t>&lt;PD / HHD / other&gt;</w:t>
            </w:r>
          </w:p>
        </w:tc>
      </w:tr>
      <w:tr w:rsidR="00282991" w14:paraId="74171970"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CC3AF0A" w14:textId="77777777" w:rsidR="00282991" w:rsidRDefault="00FE4586">
            <w:pPr>
              <w:spacing w:after="0"/>
            </w:pPr>
            <w:r>
              <w:rPr>
                <w:rFonts w:eastAsia="Arial" w:cs="Arial"/>
                <w:sz w:val="17"/>
              </w:rPr>
              <w:t>Patient/caregiver emergency contact process</w:t>
            </w:r>
          </w:p>
        </w:tc>
        <w:tc>
          <w:tcPr>
            <w:tcW w:w="64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A1F0BDE" w14:textId="77777777" w:rsidR="00282991" w:rsidRDefault="00FE4586">
            <w:pPr>
              <w:spacing w:after="0"/>
            </w:pPr>
            <w:r>
              <w:rPr>
                <w:rFonts w:eastAsia="Arial" w:cs="Arial"/>
                <w:i/>
                <w:color w:val="707070"/>
                <w:sz w:val="20"/>
              </w:rPr>
              <w:t>&lt;Insert&gt;</w:t>
            </w:r>
          </w:p>
        </w:tc>
      </w:tr>
      <w:tr w:rsidR="00282991" w14:paraId="21988C18"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537DD11" w14:textId="77777777" w:rsidR="00282991" w:rsidRDefault="00FE4586">
            <w:pPr>
              <w:spacing w:after="0"/>
            </w:pPr>
            <w:r>
              <w:rPr>
                <w:rFonts w:eastAsia="Arial" w:cs="Arial"/>
                <w:sz w:val="17"/>
              </w:rPr>
              <w:t>Emergency backup in-center dialysis</w:t>
            </w:r>
          </w:p>
        </w:tc>
        <w:tc>
          <w:tcPr>
            <w:tcW w:w="64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B28A6EC" w14:textId="77777777" w:rsidR="00282991" w:rsidRDefault="00FE4586">
            <w:pPr>
              <w:spacing w:after="0"/>
            </w:pPr>
            <w:r>
              <w:rPr>
                <w:rFonts w:eastAsia="Arial" w:cs="Arial"/>
                <w:i/>
                <w:color w:val="707070"/>
                <w:sz w:val="20"/>
              </w:rPr>
              <w:t>&lt;Facility / process / agreement&gt;</w:t>
            </w:r>
          </w:p>
        </w:tc>
      </w:tr>
      <w:tr w:rsidR="00282991" w14:paraId="419AF11D"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4433ED2" w14:textId="77777777" w:rsidR="00282991" w:rsidRDefault="00FE4586">
            <w:pPr>
              <w:spacing w:after="0"/>
            </w:pPr>
            <w:r>
              <w:rPr>
                <w:rFonts w:eastAsia="Arial" w:cs="Arial"/>
                <w:sz w:val="17"/>
              </w:rPr>
              <w:t>Equipment failure support</w:t>
            </w:r>
          </w:p>
        </w:tc>
        <w:tc>
          <w:tcPr>
            <w:tcW w:w="64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2CDF0C7" w14:textId="77777777" w:rsidR="00282991" w:rsidRDefault="00FE4586">
            <w:pPr>
              <w:spacing w:after="0"/>
            </w:pPr>
            <w:r>
              <w:rPr>
                <w:rFonts w:eastAsia="Arial" w:cs="Arial"/>
                <w:i/>
                <w:color w:val="707070"/>
                <w:sz w:val="20"/>
              </w:rPr>
              <w:t>&lt;Vendor / process&gt;</w:t>
            </w:r>
          </w:p>
        </w:tc>
      </w:tr>
      <w:tr w:rsidR="00282991" w14:paraId="3DABD11D"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020B1CF" w14:textId="77777777" w:rsidR="00282991" w:rsidRDefault="00FE4586">
            <w:pPr>
              <w:spacing w:after="0"/>
            </w:pPr>
            <w:r>
              <w:rPr>
                <w:rFonts w:eastAsia="Arial" w:cs="Arial"/>
                <w:sz w:val="17"/>
              </w:rPr>
              <w:t>Supply interruption support</w:t>
            </w:r>
          </w:p>
        </w:tc>
        <w:tc>
          <w:tcPr>
            <w:tcW w:w="64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1524EF5" w14:textId="77777777" w:rsidR="00282991" w:rsidRDefault="00FE4586">
            <w:pPr>
              <w:spacing w:after="0"/>
            </w:pPr>
            <w:r>
              <w:rPr>
                <w:rFonts w:eastAsia="Arial" w:cs="Arial"/>
                <w:i/>
                <w:color w:val="707070"/>
                <w:sz w:val="20"/>
              </w:rPr>
              <w:t>&lt;Vendor / emergency stock process&gt;</w:t>
            </w:r>
          </w:p>
        </w:tc>
      </w:tr>
      <w:tr w:rsidR="00282991" w14:paraId="7E76A303"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38223A6" w14:textId="77777777" w:rsidR="00282991" w:rsidRDefault="00FE4586">
            <w:pPr>
              <w:spacing w:after="0"/>
            </w:pPr>
            <w:r>
              <w:rPr>
                <w:rFonts w:eastAsia="Arial" w:cs="Arial"/>
                <w:sz w:val="17"/>
              </w:rPr>
              <w:t>Power / water disruption guidance</w:t>
            </w:r>
          </w:p>
        </w:tc>
        <w:tc>
          <w:tcPr>
            <w:tcW w:w="64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29E502D" w14:textId="77777777" w:rsidR="00282991" w:rsidRDefault="00FE4586">
            <w:pPr>
              <w:spacing w:after="0"/>
            </w:pPr>
            <w:r>
              <w:rPr>
                <w:rFonts w:eastAsia="Arial" w:cs="Arial"/>
                <w:i/>
                <w:color w:val="707070"/>
                <w:sz w:val="20"/>
              </w:rPr>
              <w:t>&lt;Patient education / escalation process&gt;</w:t>
            </w:r>
          </w:p>
        </w:tc>
      </w:tr>
      <w:tr w:rsidR="00282991" w14:paraId="7DE5466A"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858B409" w14:textId="77777777" w:rsidR="00282991" w:rsidRDefault="00FE4586">
            <w:pPr>
              <w:spacing w:after="0"/>
            </w:pPr>
            <w:r>
              <w:rPr>
                <w:rFonts w:eastAsia="Arial" w:cs="Arial"/>
                <w:sz w:val="17"/>
              </w:rPr>
              <w:t>Communication outage alternatives</w:t>
            </w:r>
          </w:p>
        </w:tc>
        <w:tc>
          <w:tcPr>
            <w:tcW w:w="64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DFF802E" w14:textId="77777777" w:rsidR="00282991" w:rsidRDefault="00FE4586">
            <w:pPr>
              <w:spacing w:after="0"/>
            </w:pPr>
            <w:r>
              <w:rPr>
                <w:rFonts w:eastAsia="Arial" w:cs="Arial"/>
                <w:i/>
                <w:color w:val="707070"/>
                <w:sz w:val="20"/>
              </w:rPr>
              <w:t>&lt;Insert&gt;</w:t>
            </w:r>
          </w:p>
        </w:tc>
      </w:tr>
      <w:tr w:rsidR="00282991" w14:paraId="690C6183"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FCB4B50" w14:textId="77777777" w:rsidR="00282991" w:rsidRDefault="00FE4586">
            <w:pPr>
              <w:spacing w:after="0"/>
            </w:pPr>
            <w:r>
              <w:rPr>
                <w:rFonts w:eastAsia="Arial" w:cs="Arial"/>
                <w:sz w:val="17"/>
              </w:rPr>
              <w:t>Nursing-home dialysis arrangement - if applicable</w:t>
            </w:r>
          </w:p>
        </w:tc>
        <w:tc>
          <w:tcPr>
            <w:tcW w:w="64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515312E" w14:textId="77777777" w:rsidR="00282991" w:rsidRDefault="00FE4586">
            <w:pPr>
              <w:spacing w:after="0"/>
            </w:pPr>
            <w:r>
              <w:rPr>
                <w:rFonts w:eastAsia="Arial" w:cs="Arial"/>
                <w:i/>
                <w:color w:val="707070"/>
                <w:sz w:val="20"/>
              </w:rPr>
              <w:t>&lt;Agreement / responsibilities&gt;</w:t>
            </w:r>
          </w:p>
        </w:tc>
      </w:tr>
      <w:tr w:rsidR="00282991" w14:paraId="176D5B9B"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B05DA73" w14:textId="77777777" w:rsidR="00282991" w:rsidRDefault="00FE4586">
            <w:pPr>
              <w:spacing w:after="0"/>
            </w:pPr>
            <w:r>
              <w:rPr>
                <w:rFonts w:eastAsia="Arial" w:cs="Arial"/>
                <w:sz w:val="17"/>
              </w:rPr>
              <w:t>Documentation / follow-up</w:t>
            </w:r>
          </w:p>
        </w:tc>
        <w:tc>
          <w:tcPr>
            <w:tcW w:w="64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A9A2AEB" w14:textId="77777777" w:rsidR="00282991" w:rsidRDefault="00FE4586">
            <w:pPr>
              <w:spacing w:after="0"/>
            </w:pPr>
            <w:r>
              <w:rPr>
                <w:rFonts w:eastAsia="Arial" w:cs="Arial"/>
                <w:i/>
                <w:color w:val="707070"/>
                <w:sz w:val="20"/>
              </w:rPr>
              <w:t>&lt;Insert&gt;</w:t>
            </w:r>
          </w:p>
        </w:tc>
      </w:tr>
    </w:tbl>
    <w:p w14:paraId="596001CE" w14:textId="77777777" w:rsidR="00282991" w:rsidRDefault="00282991">
      <w:pPr>
        <w:spacing w:after="20"/>
      </w:pPr>
    </w:p>
    <w:p w14:paraId="53321407" w14:textId="77777777" w:rsidR="00282991" w:rsidRDefault="00FE4586">
      <w:r>
        <w:br w:type="page"/>
      </w:r>
    </w:p>
    <w:p w14:paraId="4337225D" w14:textId="77777777" w:rsidR="00282991" w:rsidRDefault="00FE4586">
      <w:pPr>
        <w:pStyle w:val="Heading1"/>
        <w:pBdr>
          <w:bottom w:val="single" w:sz="10" w:space="2" w:color="E63B07"/>
        </w:pBdr>
      </w:pPr>
      <w:r>
        <w:rPr>
          <w:rFonts w:ascii="Arial" w:eastAsia="Arial" w:hAnsi="Arial" w:cs="Arial"/>
        </w:rPr>
        <w:lastRenderedPageBreak/>
        <w:t>ATTACHMENT R - EMERGENCY COVERAGE / PHYSICIAN ROSTER / HOSPITAL AGREEMENT</w:t>
      </w:r>
    </w:p>
    <w:tbl>
      <w:tblPr>
        <w:tblW w:w="0" w:type="auto"/>
        <w:jc w:val="center"/>
        <w:tblLayout w:type="fixed"/>
        <w:tblLook w:val="04A0" w:firstRow="1" w:lastRow="0" w:firstColumn="1" w:lastColumn="0" w:noHBand="0" w:noVBand="1"/>
      </w:tblPr>
      <w:tblGrid>
        <w:gridCol w:w="5472"/>
        <w:gridCol w:w="5328"/>
      </w:tblGrid>
      <w:tr w:rsidR="00282991" w14:paraId="653E19D1" w14:textId="77777777">
        <w:trPr>
          <w:cantSplit/>
          <w:tblHeader/>
          <w:jc w:val="center"/>
        </w:trPr>
        <w:tc>
          <w:tcPr>
            <w:tcW w:w="547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52E311D" w14:textId="77777777" w:rsidR="00282991" w:rsidRDefault="00FE4586">
            <w:pPr>
              <w:spacing w:after="0"/>
            </w:pPr>
            <w:r>
              <w:rPr>
                <w:rFonts w:eastAsia="Arial" w:cs="Arial"/>
                <w:b/>
                <w:color w:val="FFFFFF"/>
                <w:sz w:val="17"/>
              </w:rPr>
              <w:t>Requirement / Evidence</w:t>
            </w:r>
          </w:p>
        </w:tc>
        <w:tc>
          <w:tcPr>
            <w:tcW w:w="532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81EEB85" w14:textId="77777777" w:rsidR="00282991" w:rsidRDefault="00FE4586">
            <w:pPr>
              <w:spacing w:after="0"/>
            </w:pPr>
            <w:r>
              <w:rPr>
                <w:rFonts w:eastAsia="Arial" w:cs="Arial"/>
                <w:b/>
                <w:color w:val="FFFFFF"/>
                <w:sz w:val="17"/>
              </w:rPr>
              <w:t>Facility Entry / Controlled Location</w:t>
            </w:r>
          </w:p>
        </w:tc>
      </w:tr>
      <w:tr w:rsidR="00282991" w14:paraId="39E37B4A" w14:textId="77777777">
        <w:trPr>
          <w:cantSplit/>
          <w:jc w:val="center"/>
        </w:trPr>
        <w:tc>
          <w:tcPr>
            <w:tcW w:w="54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A71523A" w14:textId="77777777" w:rsidR="00282991" w:rsidRDefault="00FE4586">
            <w:pPr>
              <w:spacing w:after="0"/>
            </w:pPr>
            <w:r>
              <w:rPr>
                <w:rFonts w:eastAsia="Arial" w:cs="Arial"/>
                <w:sz w:val="17"/>
              </w:rPr>
              <w:t>Written patient/staff instructions for emergency medical care</w:t>
            </w:r>
          </w:p>
        </w:tc>
        <w:tc>
          <w:tcPr>
            <w:tcW w:w="53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86C32BF" w14:textId="77777777" w:rsidR="00282991" w:rsidRDefault="00FE4586">
            <w:pPr>
              <w:spacing w:after="0"/>
            </w:pPr>
            <w:r>
              <w:rPr>
                <w:rFonts w:eastAsia="Arial" w:cs="Arial"/>
                <w:i/>
                <w:color w:val="707070"/>
                <w:sz w:val="20"/>
              </w:rPr>
              <w:t>&lt;Location&gt;</w:t>
            </w:r>
          </w:p>
        </w:tc>
      </w:tr>
      <w:tr w:rsidR="00282991" w14:paraId="320FBFA9" w14:textId="77777777">
        <w:trPr>
          <w:cantSplit/>
          <w:jc w:val="center"/>
        </w:trPr>
        <w:tc>
          <w:tcPr>
            <w:tcW w:w="54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6FD9EAC" w14:textId="77777777" w:rsidR="00282991" w:rsidRDefault="00FE4586">
            <w:pPr>
              <w:spacing w:after="0"/>
            </w:pPr>
            <w:r>
              <w:rPr>
                <w:rFonts w:eastAsia="Arial" w:cs="Arial"/>
                <w:sz w:val="17"/>
              </w:rPr>
              <w:t>24/7 dialysis-related emergency contact</w:t>
            </w:r>
          </w:p>
        </w:tc>
        <w:tc>
          <w:tcPr>
            <w:tcW w:w="53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ABD0FB1" w14:textId="77777777" w:rsidR="00282991" w:rsidRDefault="00FE4586">
            <w:pPr>
              <w:spacing w:after="0"/>
            </w:pPr>
            <w:r>
              <w:rPr>
                <w:rFonts w:eastAsia="Arial" w:cs="Arial"/>
                <w:i/>
                <w:color w:val="707070"/>
                <w:sz w:val="20"/>
              </w:rPr>
              <w:t>&lt;Insert&gt;</w:t>
            </w:r>
          </w:p>
        </w:tc>
      </w:tr>
      <w:tr w:rsidR="00282991" w14:paraId="0A9B0696" w14:textId="77777777">
        <w:trPr>
          <w:cantSplit/>
          <w:jc w:val="center"/>
        </w:trPr>
        <w:tc>
          <w:tcPr>
            <w:tcW w:w="54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1387F60" w14:textId="77777777" w:rsidR="00282991" w:rsidRDefault="00FE4586">
            <w:pPr>
              <w:spacing w:after="0"/>
            </w:pPr>
            <w:r>
              <w:rPr>
                <w:rFonts w:eastAsia="Arial" w:cs="Arial"/>
                <w:sz w:val="17"/>
              </w:rPr>
              <w:t>911 instructions for emergent medical conditions</w:t>
            </w:r>
          </w:p>
        </w:tc>
        <w:tc>
          <w:tcPr>
            <w:tcW w:w="53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F7B5C92" w14:textId="77777777" w:rsidR="00282991" w:rsidRDefault="00FE4586">
            <w:pPr>
              <w:spacing w:after="0"/>
            </w:pPr>
            <w:r>
              <w:rPr>
                <w:rFonts w:eastAsia="Arial" w:cs="Arial"/>
                <w:i/>
                <w:color w:val="707070"/>
                <w:sz w:val="20"/>
              </w:rPr>
              <w:t>&lt;Location&gt;</w:t>
            </w:r>
          </w:p>
        </w:tc>
      </w:tr>
      <w:tr w:rsidR="00282991" w14:paraId="4B8CBEC0" w14:textId="77777777">
        <w:trPr>
          <w:cantSplit/>
          <w:jc w:val="center"/>
        </w:trPr>
        <w:tc>
          <w:tcPr>
            <w:tcW w:w="54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8586F25" w14:textId="77777777" w:rsidR="00282991" w:rsidRDefault="00FE4586">
            <w:pPr>
              <w:spacing w:after="0"/>
            </w:pPr>
            <w:r>
              <w:rPr>
                <w:rFonts w:eastAsia="Arial" w:cs="Arial"/>
                <w:sz w:val="17"/>
              </w:rPr>
              <w:t>Current emergency physician / on-call roster</w:t>
            </w:r>
          </w:p>
        </w:tc>
        <w:tc>
          <w:tcPr>
            <w:tcW w:w="53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3ACE9A8" w14:textId="77777777" w:rsidR="00282991" w:rsidRDefault="00FE4586">
            <w:pPr>
              <w:spacing w:after="0"/>
            </w:pPr>
            <w:r>
              <w:rPr>
                <w:rFonts w:eastAsia="Arial" w:cs="Arial"/>
                <w:i/>
                <w:color w:val="707070"/>
                <w:sz w:val="20"/>
              </w:rPr>
              <w:t>&lt;Nursing/monitoring station location&gt;</w:t>
            </w:r>
          </w:p>
        </w:tc>
      </w:tr>
      <w:tr w:rsidR="00282991" w14:paraId="00652C19" w14:textId="77777777">
        <w:trPr>
          <w:cantSplit/>
          <w:jc w:val="center"/>
        </w:trPr>
        <w:tc>
          <w:tcPr>
            <w:tcW w:w="54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17EBB2A" w14:textId="77777777" w:rsidR="00282991" w:rsidRDefault="00FE4586">
            <w:pPr>
              <w:spacing w:after="0"/>
            </w:pPr>
            <w:r>
              <w:rPr>
                <w:rFonts w:eastAsia="Arial" w:cs="Arial"/>
                <w:sz w:val="17"/>
              </w:rPr>
              <w:t>Hospital agreement</w:t>
            </w:r>
          </w:p>
        </w:tc>
        <w:tc>
          <w:tcPr>
            <w:tcW w:w="53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DF3E49" w14:textId="77777777" w:rsidR="00282991" w:rsidRDefault="00FE4586">
            <w:pPr>
              <w:spacing w:after="0"/>
            </w:pPr>
            <w:r>
              <w:rPr>
                <w:rFonts w:eastAsia="Arial" w:cs="Arial"/>
                <w:i/>
                <w:color w:val="707070"/>
                <w:sz w:val="20"/>
              </w:rPr>
              <w:t>&lt;Partner / agreement location&gt;</w:t>
            </w:r>
          </w:p>
        </w:tc>
      </w:tr>
      <w:tr w:rsidR="00282991" w14:paraId="4E7C19A5" w14:textId="77777777">
        <w:trPr>
          <w:cantSplit/>
          <w:jc w:val="center"/>
        </w:trPr>
        <w:tc>
          <w:tcPr>
            <w:tcW w:w="54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45969B0" w14:textId="77777777" w:rsidR="00282991" w:rsidRDefault="00FE4586">
            <w:pPr>
              <w:spacing w:after="0"/>
            </w:pPr>
            <w:r>
              <w:rPr>
                <w:rFonts w:eastAsia="Arial" w:cs="Arial"/>
                <w:sz w:val="17"/>
              </w:rPr>
              <w:t>Hospital provides inpatient care / routine-emergency dialysis / emergency medical care</w:t>
            </w:r>
          </w:p>
        </w:tc>
        <w:tc>
          <w:tcPr>
            <w:tcW w:w="53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5385E08" w14:textId="77777777" w:rsidR="00282991" w:rsidRDefault="00FE4586">
            <w:pPr>
              <w:spacing w:after="0"/>
            </w:pPr>
            <w:r>
              <w:rPr>
                <w:rFonts w:eastAsia="Arial" w:cs="Arial"/>
                <w:i/>
                <w:color w:val="707070"/>
                <w:sz w:val="20"/>
              </w:rPr>
              <w:t>&lt;Evidence / agreement language&gt;</w:t>
            </w:r>
          </w:p>
        </w:tc>
      </w:tr>
      <w:tr w:rsidR="00282991" w14:paraId="5CCF7D67" w14:textId="77777777">
        <w:trPr>
          <w:cantSplit/>
          <w:jc w:val="center"/>
        </w:trPr>
        <w:tc>
          <w:tcPr>
            <w:tcW w:w="54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9F0A663" w14:textId="77777777" w:rsidR="00282991" w:rsidRDefault="00FE4586">
            <w:pPr>
              <w:spacing w:after="0"/>
            </w:pPr>
            <w:r>
              <w:rPr>
                <w:rFonts w:eastAsia="Arial" w:cs="Arial"/>
                <w:sz w:val="17"/>
              </w:rPr>
              <w:t>Prompt acceptance / response assurance</w:t>
            </w:r>
          </w:p>
        </w:tc>
        <w:tc>
          <w:tcPr>
            <w:tcW w:w="53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02BD677" w14:textId="77777777" w:rsidR="00282991" w:rsidRDefault="00FE4586">
            <w:pPr>
              <w:spacing w:after="0"/>
            </w:pPr>
            <w:r>
              <w:rPr>
                <w:rFonts w:eastAsia="Arial" w:cs="Arial"/>
                <w:i/>
                <w:color w:val="707070"/>
                <w:sz w:val="20"/>
              </w:rPr>
              <w:t>&lt;Evidence&gt;</w:t>
            </w:r>
          </w:p>
        </w:tc>
      </w:tr>
    </w:tbl>
    <w:p w14:paraId="1F0AC118" w14:textId="77777777" w:rsidR="00282991" w:rsidRDefault="00282991">
      <w:pPr>
        <w:spacing w:after="20"/>
      </w:pPr>
    </w:p>
    <w:p w14:paraId="7A9E860A" w14:textId="77777777" w:rsidR="00282991" w:rsidRDefault="00FE4586">
      <w:r>
        <w:br w:type="page"/>
      </w:r>
    </w:p>
    <w:p w14:paraId="2E89230C" w14:textId="77777777" w:rsidR="00282991" w:rsidRDefault="00FE4586">
      <w:pPr>
        <w:pStyle w:val="Heading1"/>
        <w:pBdr>
          <w:bottom w:val="single" w:sz="10" w:space="2" w:color="E63B07"/>
        </w:pBdr>
      </w:pPr>
      <w:r>
        <w:rPr>
          <w:rFonts w:ascii="Arial" w:eastAsia="Arial" w:hAnsi="Arial" w:cs="Arial"/>
        </w:rPr>
        <w:lastRenderedPageBreak/>
        <w:t>ATTACHMENT S - LICENSURE / CREDENTIALING / LABORATORY / PUBLIC HEALTH DOCUMENTATION</w:t>
      </w:r>
    </w:p>
    <w:tbl>
      <w:tblPr>
        <w:tblW w:w="0" w:type="auto"/>
        <w:jc w:val="center"/>
        <w:tblLayout w:type="fixed"/>
        <w:tblLook w:val="04A0" w:firstRow="1" w:lastRow="0" w:firstColumn="1" w:lastColumn="0" w:noHBand="0" w:noVBand="1"/>
      </w:tblPr>
      <w:tblGrid>
        <w:gridCol w:w="4032"/>
        <w:gridCol w:w="3744"/>
        <w:gridCol w:w="2160"/>
        <w:gridCol w:w="864"/>
      </w:tblGrid>
      <w:tr w:rsidR="00282991" w14:paraId="7A96A0D5" w14:textId="77777777">
        <w:trPr>
          <w:cantSplit/>
          <w:tblHeader/>
          <w:jc w:val="center"/>
        </w:trPr>
        <w:tc>
          <w:tcPr>
            <w:tcW w:w="403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E124F1C" w14:textId="77777777" w:rsidR="00282991" w:rsidRDefault="00FE4586">
            <w:pPr>
              <w:spacing w:after="0"/>
            </w:pPr>
            <w:r>
              <w:rPr>
                <w:rFonts w:eastAsia="Arial" w:cs="Arial"/>
                <w:b/>
                <w:color w:val="FFFFFF"/>
                <w:sz w:val="15"/>
              </w:rPr>
              <w:t>Evidence</w:t>
            </w:r>
          </w:p>
        </w:tc>
        <w:tc>
          <w:tcPr>
            <w:tcW w:w="374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F71D782" w14:textId="77777777" w:rsidR="00282991" w:rsidRDefault="00FE4586">
            <w:pPr>
              <w:spacing w:after="0"/>
            </w:pPr>
            <w:r>
              <w:rPr>
                <w:rFonts w:eastAsia="Arial" w:cs="Arial"/>
                <w:b/>
                <w:color w:val="FFFFFF"/>
                <w:sz w:val="15"/>
              </w:rPr>
              <w:t>Applicable Basis</w:t>
            </w:r>
          </w:p>
        </w:tc>
        <w:tc>
          <w:tcPr>
            <w:tcW w:w="216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D659D79" w14:textId="77777777" w:rsidR="00282991" w:rsidRDefault="00FE4586">
            <w:pPr>
              <w:spacing w:after="0"/>
            </w:pPr>
            <w:r>
              <w:rPr>
                <w:rFonts w:eastAsia="Arial" w:cs="Arial"/>
                <w:b/>
                <w:color w:val="FFFFFF"/>
                <w:sz w:val="15"/>
              </w:rPr>
              <w:t>Controlled Location</w:t>
            </w:r>
          </w:p>
        </w:tc>
        <w:tc>
          <w:tcPr>
            <w:tcW w:w="86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E56FF8D" w14:textId="77777777" w:rsidR="00282991" w:rsidRDefault="00FE4586">
            <w:pPr>
              <w:spacing w:after="0"/>
            </w:pPr>
            <w:r>
              <w:rPr>
                <w:rFonts w:eastAsia="Arial" w:cs="Arial"/>
                <w:b/>
                <w:color w:val="FFFFFF"/>
                <w:sz w:val="15"/>
              </w:rPr>
              <w:t>Verified</w:t>
            </w:r>
          </w:p>
        </w:tc>
      </w:tr>
      <w:tr w:rsidR="00282991" w14:paraId="5E1D4F51"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FA4F8B2" w14:textId="77777777" w:rsidR="00282991" w:rsidRDefault="00FE4586">
            <w:pPr>
              <w:spacing w:after="0"/>
            </w:pPr>
            <w:r>
              <w:rPr>
                <w:rFonts w:eastAsia="Arial" w:cs="Arial"/>
                <w:sz w:val="16"/>
              </w:rPr>
              <w:t>Current Maine ESRD license</w:t>
            </w:r>
          </w:p>
        </w:tc>
        <w:tc>
          <w:tcPr>
            <w:tcW w:w="37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6E5C576" w14:textId="77777777" w:rsidR="00282991" w:rsidRDefault="00FE4586">
            <w:pPr>
              <w:spacing w:after="0"/>
            </w:pPr>
            <w:r>
              <w:rPr>
                <w:rFonts w:eastAsia="Arial" w:cs="Arial"/>
                <w:sz w:val="16"/>
              </w:rPr>
              <w:t>22 MRS §2042 / Ch.126</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7D5495C" w14:textId="77777777" w:rsidR="00282991" w:rsidRDefault="00FE4586">
            <w:pPr>
              <w:spacing w:after="0"/>
            </w:pPr>
            <w:r>
              <w:rPr>
                <w:rFonts w:eastAsia="Arial" w:cs="Arial"/>
                <w:i/>
                <w:color w:val="707070"/>
                <w:sz w:val="20"/>
              </w:rPr>
              <w:t>&lt;Location&gt;</w:t>
            </w:r>
          </w:p>
        </w:tc>
        <w:tc>
          <w:tcPr>
            <w:tcW w:w="8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C6C343F" w14:textId="77777777" w:rsidR="00282991" w:rsidRDefault="00FE4586">
            <w:pPr>
              <w:spacing w:after="0"/>
            </w:pPr>
            <w:r>
              <w:rPr>
                <w:rFonts w:eastAsia="Arial" w:cs="Arial"/>
                <w:i/>
                <w:color w:val="707070"/>
                <w:sz w:val="20"/>
              </w:rPr>
              <w:t>&lt;Date&gt;</w:t>
            </w:r>
          </w:p>
        </w:tc>
      </w:tr>
      <w:tr w:rsidR="00282991" w14:paraId="7C222E3C"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578CF23" w14:textId="77777777" w:rsidR="00282991" w:rsidRDefault="00FE4586">
            <w:pPr>
              <w:spacing w:after="0"/>
            </w:pPr>
            <w:r>
              <w:rPr>
                <w:rFonts w:eastAsia="Arial" w:cs="Arial"/>
                <w:sz w:val="16"/>
              </w:rPr>
              <w:t>CMS certification / survey evidence</w:t>
            </w:r>
          </w:p>
        </w:tc>
        <w:tc>
          <w:tcPr>
            <w:tcW w:w="37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6AF3D18" w14:textId="77777777" w:rsidR="00282991" w:rsidRDefault="00FE4586">
            <w:pPr>
              <w:spacing w:after="0"/>
            </w:pPr>
            <w:r>
              <w:rPr>
                <w:rFonts w:eastAsia="Arial" w:cs="Arial"/>
                <w:sz w:val="16"/>
              </w:rPr>
              <w:t>Part 494 / §2042</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BC79138" w14:textId="77777777" w:rsidR="00282991" w:rsidRDefault="00FE4586">
            <w:pPr>
              <w:spacing w:after="0"/>
            </w:pPr>
            <w:r>
              <w:rPr>
                <w:rFonts w:eastAsia="Arial" w:cs="Arial"/>
                <w:i/>
                <w:color w:val="707070"/>
                <w:sz w:val="20"/>
              </w:rPr>
              <w:t>&lt;Location&gt;</w:t>
            </w:r>
          </w:p>
        </w:tc>
        <w:tc>
          <w:tcPr>
            <w:tcW w:w="8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21AE078" w14:textId="77777777" w:rsidR="00282991" w:rsidRDefault="00FE4586">
            <w:pPr>
              <w:spacing w:after="0"/>
            </w:pPr>
            <w:r>
              <w:rPr>
                <w:rFonts w:eastAsia="Arial" w:cs="Arial"/>
                <w:i/>
                <w:color w:val="707070"/>
                <w:sz w:val="20"/>
              </w:rPr>
              <w:t>&lt;Date&gt;</w:t>
            </w:r>
          </w:p>
        </w:tc>
      </w:tr>
      <w:tr w:rsidR="00282991" w14:paraId="48F67A3A"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654C169" w14:textId="77777777" w:rsidR="00282991" w:rsidRDefault="00FE4586">
            <w:pPr>
              <w:spacing w:after="0"/>
            </w:pPr>
            <w:r>
              <w:rPr>
                <w:rFonts w:eastAsia="Arial" w:cs="Arial"/>
                <w:sz w:val="16"/>
              </w:rPr>
              <w:t>Most recent survey within State renewal timeframe</w:t>
            </w:r>
          </w:p>
        </w:tc>
        <w:tc>
          <w:tcPr>
            <w:tcW w:w="37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C8CBEAC" w14:textId="77777777" w:rsidR="00282991" w:rsidRDefault="00FE4586">
            <w:pPr>
              <w:spacing w:after="0"/>
            </w:pPr>
            <w:r>
              <w:rPr>
                <w:rFonts w:eastAsia="Arial" w:cs="Arial"/>
                <w:sz w:val="16"/>
              </w:rPr>
              <w:t>§2042(7)</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E7BAB0A" w14:textId="77777777" w:rsidR="00282991" w:rsidRDefault="00FE4586">
            <w:pPr>
              <w:spacing w:after="0"/>
            </w:pPr>
            <w:r>
              <w:rPr>
                <w:rFonts w:eastAsia="Arial" w:cs="Arial"/>
                <w:i/>
                <w:color w:val="707070"/>
                <w:sz w:val="20"/>
              </w:rPr>
              <w:t>&lt;Location&gt;</w:t>
            </w:r>
          </w:p>
        </w:tc>
        <w:tc>
          <w:tcPr>
            <w:tcW w:w="8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95DA7AD" w14:textId="77777777" w:rsidR="00282991" w:rsidRDefault="00FE4586">
            <w:pPr>
              <w:spacing w:after="0"/>
            </w:pPr>
            <w:r>
              <w:rPr>
                <w:rFonts w:eastAsia="Arial" w:cs="Arial"/>
                <w:i/>
                <w:color w:val="707070"/>
                <w:sz w:val="20"/>
              </w:rPr>
              <w:t>&lt;Date&gt;</w:t>
            </w:r>
          </w:p>
        </w:tc>
      </w:tr>
      <w:tr w:rsidR="00282991" w14:paraId="18300005"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2BBEFDE" w14:textId="77777777" w:rsidR="00282991" w:rsidRDefault="00FE4586">
            <w:pPr>
              <w:spacing w:after="0"/>
            </w:pPr>
            <w:r>
              <w:rPr>
                <w:rFonts w:eastAsia="Arial" w:cs="Arial"/>
                <w:sz w:val="16"/>
              </w:rPr>
              <w:t>Medical Director qualifications</w:t>
            </w:r>
          </w:p>
        </w:tc>
        <w:tc>
          <w:tcPr>
            <w:tcW w:w="37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EEDE798" w14:textId="77777777" w:rsidR="00282991" w:rsidRDefault="00FE4586">
            <w:pPr>
              <w:spacing w:after="0"/>
            </w:pPr>
            <w:r>
              <w:rPr>
                <w:rFonts w:eastAsia="Arial" w:cs="Arial"/>
                <w:sz w:val="16"/>
              </w:rPr>
              <w:t>§494.140(a)</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7DAAB27" w14:textId="77777777" w:rsidR="00282991" w:rsidRDefault="00FE4586">
            <w:pPr>
              <w:spacing w:after="0"/>
            </w:pPr>
            <w:r>
              <w:rPr>
                <w:rFonts w:eastAsia="Arial" w:cs="Arial"/>
                <w:i/>
                <w:color w:val="707070"/>
                <w:sz w:val="20"/>
              </w:rPr>
              <w:t>&lt;Location&gt;</w:t>
            </w:r>
          </w:p>
        </w:tc>
        <w:tc>
          <w:tcPr>
            <w:tcW w:w="8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AE4D799" w14:textId="77777777" w:rsidR="00282991" w:rsidRDefault="00FE4586">
            <w:pPr>
              <w:spacing w:after="0"/>
            </w:pPr>
            <w:r>
              <w:rPr>
                <w:rFonts w:eastAsia="Arial" w:cs="Arial"/>
                <w:i/>
                <w:color w:val="707070"/>
                <w:sz w:val="20"/>
              </w:rPr>
              <w:t>&lt;Date&gt;</w:t>
            </w:r>
          </w:p>
        </w:tc>
      </w:tr>
      <w:tr w:rsidR="00282991" w14:paraId="73291F2E"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47D87D4" w14:textId="77777777" w:rsidR="00282991" w:rsidRDefault="00FE4586">
            <w:pPr>
              <w:spacing w:after="0"/>
            </w:pPr>
            <w:r>
              <w:rPr>
                <w:rFonts w:eastAsia="Arial" w:cs="Arial"/>
                <w:sz w:val="16"/>
              </w:rPr>
              <w:t>RN / LPN license verification</w:t>
            </w:r>
          </w:p>
        </w:tc>
        <w:tc>
          <w:tcPr>
            <w:tcW w:w="37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ED0727B" w14:textId="77777777" w:rsidR="00282991" w:rsidRDefault="00FE4586">
            <w:pPr>
              <w:spacing w:after="0"/>
            </w:pPr>
            <w:r>
              <w:rPr>
                <w:rFonts w:eastAsia="Arial" w:cs="Arial"/>
                <w:sz w:val="16"/>
              </w:rPr>
              <w:t>§494.140(b) / Maine Board of Nursing</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DC4C7CC" w14:textId="77777777" w:rsidR="00282991" w:rsidRDefault="00FE4586">
            <w:pPr>
              <w:spacing w:after="0"/>
            </w:pPr>
            <w:r>
              <w:rPr>
                <w:rFonts w:eastAsia="Arial" w:cs="Arial"/>
                <w:i/>
                <w:color w:val="707070"/>
                <w:sz w:val="20"/>
              </w:rPr>
              <w:t>&lt;Location&gt;</w:t>
            </w:r>
          </w:p>
        </w:tc>
        <w:tc>
          <w:tcPr>
            <w:tcW w:w="8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131EBA1" w14:textId="77777777" w:rsidR="00282991" w:rsidRDefault="00FE4586">
            <w:pPr>
              <w:spacing w:after="0"/>
            </w:pPr>
            <w:r>
              <w:rPr>
                <w:rFonts w:eastAsia="Arial" w:cs="Arial"/>
                <w:i/>
                <w:color w:val="707070"/>
                <w:sz w:val="20"/>
              </w:rPr>
              <w:t>&lt;Date&gt;</w:t>
            </w:r>
          </w:p>
        </w:tc>
      </w:tr>
      <w:tr w:rsidR="00282991" w14:paraId="6942C7AC"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B9E218D" w14:textId="77777777" w:rsidR="00282991" w:rsidRDefault="00FE4586">
            <w:pPr>
              <w:spacing w:after="0"/>
            </w:pPr>
            <w:r>
              <w:rPr>
                <w:rFonts w:eastAsia="Arial" w:cs="Arial"/>
                <w:sz w:val="16"/>
              </w:rPr>
              <w:t>Dietitian credentials / Maine license</w:t>
            </w:r>
          </w:p>
        </w:tc>
        <w:tc>
          <w:tcPr>
            <w:tcW w:w="37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C79C436" w14:textId="77777777" w:rsidR="00282991" w:rsidRDefault="00FE4586">
            <w:pPr>
              <w:spacing w:after="0"/>
            </w:pPr>
            <w:r>
              <w:rPr>
                <w:rFonts w:eastAsia="Arial" w:cs="Arial"/>
                <w:sz w:val="16"/>
              </w:rPr>
              <w:t>§494.140(c) / Maine Dietetic Board</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66928FA" w14:textId="77777777" w:rsidR="00282991" w:rsidRDefault="00FE4586">
            <w:pPr>
              <w:spacing w:after="0"/>
            </w:pPr>
            <w:r>
              <w:rPr>
                <w:rFonts w:eastAsia="Arial" w:cs="Arial"/>
                <w:i/>
                <w:color w:val="707070"/>
                <w:sz w:val="20"/>
              </w:rPr>
              <w:t>&lt;Location&gt;</w:t>
            </w:r>
          </w:p>
        </w:tc>
        <w:tc>
          <w:tcPr>
            <w:tcW w:w="8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B55E519" w14:textId="77777777" w:rsidR="00282991" w:rsidRDefault="00FE4586">
            <w:pPr>
              <w:spacing w:after="0"/>
            </w:pPr>
            <w:r>
              <w:rPr>
                <w:rFonts w:eastAsia="Arial" w:cs="Arial"/>
                <w:i/>
                <w:color w:val="707070"/>
                <w:sz w:val="20"/>
              </w:rPr>
              <w:t>&lt;Date&gt;</w:t>
            </w:r>
          </w:p>
        </w:tc>
      </w:tr>
      <w:tr w:rsidR="00282991" w14:paraId="0AE65D4D"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1F2F849" w14:textId="77777777" w:rsidR="00282991" w:rsidRDefault="00FE4586">
            <w:pPr>
              <w:spacing w:after="0"/>
            </w:pPr>
            <w:r>
              <w:rPr>
                <w:rFonts w:eastAsia="Arial" w:cs="Arial"/>
                <w:sz w:val="16"/>
              </w:rPr>
              <w:t>Social worker credentials / Maine license</w:t>
            </w:r>
          </w:p>
        </w:tc>
        <w:tc>
          <w:tcPr>
            <w:tcW w:w="37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12BEA74" w14:textId="77777777" w:rsidR="00282991" w:rsidRDefault="00FE4586">
            <w:pPr>
              <w:spacing w:after="0"/>
            </w:pPr>
            <w:r>
              <w:rPr>
                <w:rFonts w:eastAsia="Arial" w:cs="Arial"/>
                <w:sz w:val="16"/>
              </w:rPr>
              <w:t>§494.140(d) / Maine Social Worker Board</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CCE2721" w14:textId="77777777" w:rsidR="00282991" w:rsidRDefault="00FE4586">
            <w:pPr>
              <w:spacing w:after="0"/>
            </w:pPr>
            <w:r>
              <w:rPr>
                <w:rFonts w:eastAsia="Arial" w:cs="Arial"/>
                <w:i/>
                <w:color w:val="707070"/>
                <w:sz w:val="20"/>
              </w:rPr>
              <w:t>&lt;Location&gt;</w:t>
            </w:r>
          </w:p>
        </w:tc>
        <w:tc>
          <w:tcPr>
            <w:tcW w:w="8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BBFDF4C" w14:textId="77777777" w:rsidR="00282991" w:rsidRDefault="00FE4586">
            <w:pPr>
              <w:spacing w:after="0"/>
            </w:pPr>
            <w:r>
              <w:rPr>
                <w:rFonts w:eastAsia="Arial" w:cs="Arial"/>
                <w:i/>
                <w:color w:val="707070"/>
                <w:sz w:val="20"/>
              </w:rPr>
              <w:t>&lt;Date&gt;</w:t>
            </w:r>
          </w:p>
        </w:tc>
      </w:tr>
      <w:tr w:rsidR="00282991" w14:paraId="6ECEB272"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295FBA9" w14:textId="77777777" w:rsidR="00282991" w:rsidRDefault="00FE4586">
            <w:pPr>
              <w:spacing w:after="0"/>
            </w:pPr>
            <w:r>
              <w:rPr>
                <w:rFonts w:eastAsia="Arial" w:cs="Arial"/>
                <w:sz w:val="16"/>
              </w:rPr>
              <w:t>PCT certification / competency</w:t>
            </w:r>
          </w:p>
        </w:tc>
        <w:tc>
          <w:tcPr>
            <w:tcW w:w="37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EE44E13" w14:textId="77777777" w:rsidR="00282991" w:rsidRDefault="00FE4586">
            <w:pPr>
              <w:spacing w:after="0"/>
            </w:pPr>
            <w:r>
              <w:rPr>
                <w:rFonts w:eastAsia="Arial" w:cs="Arial"/>
                <w:sz w:val="16"/>
              </w:rPr>
              <w:t>§494.140(e)</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793F3E9" w14:textId="77777777" w:rsidR="00282991" w:rsidRDefault="00FE4586">
            <w:pPr>
              <w:spacing w:after="0"/>
            </w:pPr>
            <w:r>
              <w:rPr>
                <w:rFonts w:eastAsia="Arial" w:cs="Arial"/>
                <w:i/>
                <w:color w:val="707070"/>
                <w:sz w:val="20"/>
              </w:rPr>
              <w:t>&lt;Location&gt;</w:t>
            </w:r>
          </w:p>
        </w:tc>
        <w:tc>
          <w:tcPr>
            <w:tcW w:w="8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20116A6" w14:textId="77777777" w:rsidR="00282991" w:rsidRDefault="00FE4586">
            <w:pPr>
              <w:spacing w:after="0"/>
            </w:pPr>
            <w:r>
              <w:rPr>
                <w:rFonts w:eastAsia="Arial" w:cs="Arial"/>
                <w:i/>
                <w:color w:val="707070"/>
                <w:sz w:val="20"/>
              </w:rPr>
              <w:t>&lt;Date&gt;</w:t>
            </w:r>
          </w:p>
        </w:tc>
      </w:tr>
      <w:tr w:rsidR="00282991" w14:paraId="585A5EC6"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AA0BEF2" w14:textId="77777777" w:rsidR="00282991" w:rsidRDefault="00FE4586">
            <w:pPr>
              <w:spacing w:after="0"/>
            </w:pPr>
            <w:r>
              <w:rPr>
                <w:rFonts w:eastAsia="Arial" w:cs="Arial"/>
                <w:sz w:val="16"/>
              </w:rPr>
              <w:t>CLIA / Maine laboratory evidence - if applicable</w:t>
            </w:r>
          </w:p>
        </w:tc>
        <w:tc>
          <w:tcPr>
            <w:tcW w:w="37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3CA0362" w14:textId="77777777" w:rsidR="00282991" w:rsidRDefault="00FE4586">
            <w:pPr>
              <w:spacing w:after="0"/>
            </w:pPr>
            <w:r>
              <w:rPr>
                <w:rFonts w:eastAsia="Arial" w:cs="Arial"/>
                <w:sz w:val="16"/>
              </w:rPr>
              <w:t>§494.130 / Ch.256</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7F0ACA8" w14:textId="77777777" w:rsidR="00282991" w:rsidRDefault="00FE4586">
            <w:pPr>
              <w:spacing w:after="0"/>
            </w:pPr>
            <w:r>
              <w:rPr>
                <w:rFonts w:eastAsia="Arial" w:cs="Arial"/>
                <w:i/>
                <w:color w:val="707070"/>
                <w:sz w:val="20"/>
              </w:rPr>
              <w:t>&lt;Location&gt;</w:t>
            </w:r>
          </w:p>
        </w:tc>
        <w:tc>
          <w:tcPr>
            <w:tcW w:w="8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71C6BA5" w14:textId="77777777" w:rsidR="00282991" w:rsidRDefault="00FE4586">
            <w:pPr>
              <w:spacing w:after="0"/>
            </w:pPr>
            <w:r>
              <w:rPr>
                <w:rFonts w:eastAsia="Arial" w:cs="Arial"/>
                <w:i/>
                <w:color w:val="707070"/>
                <w:sz w:val="20"/>
              </w:rPr>
              <w:t>&lt;Date&gt;</w:t>
            </w:r>
          </w:p>
        </w:tc>
      </w:tr>
      <w:tr w:rsidR="00282991" w14:paraId="5EAB5024"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DF2B6DC" w14:textId="77777777" w:rsidR="00282991" w:rsidRDefault="00FE4586">
            <w:pPr>
              <w:spacing w:after="0"/>
            </w:pPr>
            <w:r>
              <w:rPr>
                <w:rFonts w:eastAsia="Arial" w:cs="Arial"/>
                <w:sz w:val="16"/>
              </w:rPr>
              <w:t>Maine CDC notifiable disease procedure</w:t>
            </w:r>
          </w:p>
        </w:tc>
        <w:tc>
          <w:tcPr>
            <w:tcW w:w="37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35DE31A" w14:textId="77777777" w:rsidR="00282991" w:rsidRDefault="00FE4586">
            <w:pPr>
              <w:spacing w:after="0"/>
            </w:pPr>
            <w:r>
              <w:rPr>
                <w:rFonts w:eastAsia="Arial" w:cs="Arial"/>
                <w:sz w:val="16"/>
              </w:rPr>
              <w:t>Maine Ch.258</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3DE135E" w14:textId="77777777" w:rsidR="00282991" w:rsidRDefault="00FE4586">
            <w:pPr>
              <w:spacing w:after="0"/>
            </w:pPr>
            <w:r>
              <w:rPr>
                <w:rFonts w:eastAsia="Arial" w:cs="Arial"/>
                <w:i/>
                <w:color w:val="707070"/>
                <w:sz w:val="20"/>
              </w:rPr>
              <w:t>&lt;Location&gt;</w:t>
            </w:r>
          </w:p>
        </w:tc>
        <w:tc>
          <w:tcPr>
            <w:tcW w:w="8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999DC75" w14:textId="77777777" w:rsidR="00282991" w:rsidRDefault="00FE4586">
            <w:pPr>
              <w:spacing w:after="0"/>
            </w:pPr>
            <w:r>
              <w:rPr>
                <w:rFonts w:eastAsia="Arial" w:cs="Arial"/>
                <w:i/>
                <w:color w:val="707070"/>
                <w:sz w:val="20"/>
              </w:rPr>
              <w:t>&lt;Date&gt;</w:t>
            </w:r>
          </w:p>
        </w:tc>
      </w:tr>
      <w:tr w:rsidR="00282991" w14:paraId="1F28CC1F" w14:textId="77777777">
        <w:trPr>
          <w:cantSplit/>
          <w:jc w:val="center"/>
        </w:trPr>
        <w:tc>
          <w:tcPr>
            <w:tcW w:w="40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D2E5489" w14:textId="77777777" w:rsidR="00282991" w:rsidRDefault="00FE4586">
            <w:pPr>
              <w:spacing w:after="0"/>
            </w:pPr>
            <w:r>
              <w:rPr>
                <w:rFonts w:eastAsia="Arial" w:cs="Arial"/>
                <w:sz w:val="16"/>
              </w:rPr>
              <w:t>FMO/local AHJ permits / inspections</w:t>
            </w:r>
          </w:p>
        </w:tc>
        <w:tc>
          <w:tcPr>
            <w:tcW w:w="37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6DF558" w14:textId="77777777" w:rsidR="00282991" w:rsidRDefault="00FE4586">
            <w:pPr>
              <w:spacing w:after="0"/>
            </w:pPr>
            <w:r>
              <w:rPr>
                <w:rFonts w:eastAsia="Arial" w:cs="Arial"/>
                <w:sz w:val="16"/>
              </w:rPr>
              <w:t>Maine/local</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66A0844" w14:textId="77777777" w:rsidR="00282991" w:rsidRDefault="00FE4586">
            <w:pPr>
              <w:spacing w:after="0"/>
            </w:pPr>
            <w:r>
              <w:rPr>
                <w:rFonts w:eastAsia="Arial" w:cs="Arial"/>
                <w:i/>
                <w:color w:val="707070"/>
                <w:sz w:val="20"/>
              </w:rPr>
              <w:t>&lt;Location&gt;</w:t>
            </w:r>
          </w:p>
        </w:tc>
        <w:tc>
          <w:tcPr>
            <w:tcW w:w="8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CCBBD45" w14:textId="77777777" w:rsidR="00282991" w:rsidRDefault="00FE4586">
            <w:pPr>
              <w:spacing w:after="0"/>
            </w:pPr>
            <w:r>
              <w:rPr>
                <w:rFonts w:eastAsia="Arial" w:cs="Arial"/>
                <w:i/>
                <w:color w:val="707070"/>
                <w:sz w:val="20"/>
              </w:rPr>
              <w:t>&lt;Date&gt;</w:t>
            </w:r>
          </w:p>
        </w:tc>
      </w:tr>
    </w:tbl>
    <w:p w14:paraId="7B2B82BF" w14:textId="77777777" w:rsidR="00282991" w:rsidRDefault="00282991">
      <w:pPr>
        <w:spacing w:after="20"/>
      </w:pPr>
    </w:p>
    <w:p w14:paraId="4F43D026" w14:textId="77777777" w:rsidR="00282991" w:rsidRDefault="00FE4586">
      <w:r>
        <w:br w:type="page"/>
      </w:r>
    </w:p>
    <w:p w14:paraId="779517E5" w14:textId="77777777" w:rsidR="00282991" w:rsidRDefault="00FE4586">
      <w:pPr>
        <w:pStyle w:val="Heading1"/>
        <w:pBdr>
          <w:bottom w:val="single" w:sz="10" w:space="2" w:color="E63B07"/>
        </w:pBdr>
      </w:pPr>
      <w:r>
        <w:rPr>
          <w:rFonts w:ascii="Arial" w:eastAsia="Arial" w:hAnsi="Arial" w:cs="Arial"/>
        </w:rPr>
        <w:lastRenderedPageBreak/>
        <w:t>ATTACHMENT T - PATIENT EMERGENCY PREPAREDNESS EDUCATION / ORIENTATION RECORDS</w:t>
      </w:r>
    </w:p>
    <w:tbl>
      <w:tblPr>
        <w:tblW w:w="0" w:type="auto"/>
        <w:jc w:val="center"/>
        <w:tblLayout w:type="fixed"/>
        <w:tblLook w:val="04A0" w:firstRow="1" w:lastRow="0" w:firstColumn="1" w:lastColumn="0" w:noHBand="0" w:noVBand="1"/>
      </w:tblPr>
      <w:tblGrid>
        <w:gridCol w:w="3168"/>
        <w:gridCol w:w="2880"/>
        <w:gridCol w:w="2016"/>
        <w:gridCol w:w="1728"/>
        <w:gridCol w:w="1008"/>
      </w:tblGrid>
      <w:tr w:rsidR="00282991" w14:paraId="4E8443A3" w14:textId="77777777">
        <w:trPr>
          <w:cantSplit/>
          <w:tblHeader/>
          <w:jc w:val="center"/>
        </w:trPr>
        <w:tc>
          <w:tcPr>
            <w:tcW w:w="316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DC2A115" w14:textId="77777777" w:rsidR="00282991" w:rsidRDefault="00FE4586">
            <w:pPr>
              <w:spacing w:after="0"/>
            </w:pPr>
            <w:r>
              <w:rPr>
                <w:rFonts w:eastAsia="Arial" w:cs="Arial"/>
                <w:b/>
                <w:color w:val="FFFFFF"/>
                <w:sz w:val="15"/>
              </w:rPr>
              <w:t>Required / Recommended Topic</w:t>
            </w:r>
          </w:p>
        </w:tc>
        <w:tc>
          <w:tcPr>
            <w:tcW w:w="288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EAA63E5" w14:textId="77777777" w:rsidR="00282991" w:rsidRDefault="00FE4586">
            <w:pPr>
              <w:spacing w:after="0"/>
            </w:pPr>
            <w:r>
              <w:rPr>
                <w:rFonts w:eastAsia="Arial" w:cs="Arial"/>
                <w:b/>
                <w:color w:val="FFFFFF"/>
                <w:sz w:val="15"/>
              </w:rPr>
              <w:t>Education Material / Method</w:t>
            </w:r>
          </w:p>
        </w:tc>
        <w:tc>
          <w:tcPr>
            <w:tcW w:w="201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9C703B0" w14:textId="77777777" w:rsidR="00282991" w:rsidRDefault="00FE4586">
            <w:pPr>
              <w:spacing w:after="0"/>
            </w:pPr>
            <w:r>
              <w:rPr>
                <w:rFonts w:eastAsia="Arial" w:cs="Arial"/>
                <w:b/>
                <w:color w:val="FFFFFF"/>
                <w:sz w:val="15"/>
              </w:rPr>
              <w:t>Language / Accessibility</w:t>
            </w:r>
          </w:p>
        </w:tc>
        <w:tc>
          <w:tcPr>
            <w:tcW w:w="172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2E532F5" w14:textId="77777777" w:rsidR="00282991" w:rsidRDefault="00FE4586">
            <w:pPr>
              <w:spacing w:after="0"/>
            </w:pPr>
            <w:r>
              <w:rPr>
                <w:rFonts w:eastAsia="Arial" w:cs="Arial"/>
                <w:b/>
                <w:color w:val="FFFFFF"/>
                <w:sz w:val="15"/>
              </w:rPr>
              <w:t>Documentation Location</w:t>
            </w:r>
          </w:p>
        </w:tc>
        <w:tc>
          <w:tcPr>
            <w:tcW w:w="100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DE0A770" w14:textId="77777777" w:rsidR="00282991" w:rsidRDefault="00FE4586">
            <w:pPr>
              <w:spacing w:after="0"/>
            </w:pPr>
            <w:r>
              <w:rPr>
                <w:rFonts w:eastAsia="Arial" w:cs="Arial"/>
                <w:b/>
                <w:color w:val="FFFFFF"/>
                <w:sz w:val="15"/>
              </w:rPr>
              <w:t>Last Reviewed</w:t>
            </w:r>
          </w:p>
        </w:tc>
      </w:tr>
      <w:tr w:rsidR="00282991" w14:paraId="3A2C360B" w14:textId="77777777">
        <w:trPr>
          <w:cantSplit/>
          <w:jc w:val="center"/>
        </w:trPr>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32396C9" w14:textId="77777777" w:rsidR="00282991" w:rsidRDefault="00FE4586">
            <w:pPr>
              <w:spacing w:after="0"/>
            </w:pPr>
            <w:r>
              <w:rPr>
                <w:rFonts w:eastAsia="Arial" w:cs="Arial"/>
                <w:sz w:val="15"/>
              </w:rPr>
              <w:t>Emergency notifications / what to do</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75C7D4D"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23FDC79"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6F9DE35" w14:textId="77777777" w:rsidR="00282991" w:rsidRDefault="00FE4586">
            <w:pPr>
              <w:spacing w:after="0"/>
            </w:pPr>
            <w:r>
              <w:rPr>
                <w:rFonts w:eastAsia="Arial" w:cs="Arial"/>
                <w:i/>
                <w:color w:val="707070"/>
                <w:sz w:val="20"/>
              </w:rPr>
              <w:t>&lt;Location&gt;</w:t>
            </w:r>
          </w:p>
        </w:tc>
        <w:tc>
          <w:tcPr>
            <w:tcW w:w="10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ACE5F55" w14:textId="77777777" w:rsidR="00282991" w:rsidRDefault="00FE4586">
            <w:pPr>
              <w:spacing w:after="0"/>
            </w:pPr>
            <w:r>
              <w:rPr>
                <w:rFonts w:eastAsia="Arial" w:cs="Arial"/>
                <w:i/>
                <w:color w:val="707070"/>
                <w:sz w:val="20"/>
              </w:rPr>
              <w:t>&lt;Date&gt;</w:t>
            </w:r>
          </w:p>
        </w:tc>
      </w:tr>
      <w:tr w:rsidR="00282991" w14:paraId="6842C599" w14:textId="77777777">
        <w:trPr>
          <w:cantSplit/>
          <w:jc w:val="center"/>
        </w:trPr>
        <w:tc>
          <w:tcPr>
            <w:tcW w:w="31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D2208A1" w14:textId="77777777" w:rsidR="00282991" w:rsidRDefault="00FE4586">
            <w:pPr>
              <w:spacing w:after="0"/>
            </w:pPr>
            <w:r>
              <w:rPr>
                <w:rFonts w:eastAsia="Arial" w:cs="Arial"/>
                <w:sz w:val="15"/>
              </w:rPr>
              <w:t>Where to go / geographic evacuation</w:t>
            </w:r>
          </w:p>
        </w:tc>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DB1F104"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E77E8D8"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92C5765" w14:textId="77777777" w:rsidR="00282991" w:rsidRDefault="00FE4586">
            <w:pPr>
              <w:spacing w:after="0"/>
            </w:pPr>
            <w:r>
              <w:rPr>
                <w:rFonts w:eastAsia="Arial" w:cs="Arial"/>
                <w:i/>
                <w:color w:val="707070"/>
                <w:sz w:val="20"/>
              </w:rPr>
              <w:t>&lt;Location&gt;</w:t>
            </w:r>
          </w:p>
        </w:tc>
        <w:tc>
          <w:tcPr>
            <w:tcW w:w="10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521AEFC" w14:textId="77777777" w:rsidR="00282991" w:rsidRDefault="00FE4586">
            <w:pPr>
              <w:spacing w:after="0"/>
            </w:pPr>
            <w:r>
              <w:rPr>
                <w:rFonts w:eastAsia="Arial" w:cs="Arial"/>
                <w:i/>
                <w:color w:val="707070"/>
                <w:sz w:val="20"/>
              </w:rPr>
              <w:t>&lt;Date&gt;</w:t>
            </w:r>
          </w:p>
        </w:tc>
      </w:tr>
      <w:tr w:rsidR="00282991" w14:paraId="659F007E" w14:textId="77777777">
        <w:trPr>
          <w:cantSplit/>
          <w:jc w:val="center"/>
        </w:trPr>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4A3666E" w14:textId="77777777" w:rsidR="00282991" w:rsidRDefault="00FE4586">
            <w:pPr>
              <w:spacing w:after="0"/>
            </w:pPr>
            <w:r>
              <w:rPr>
                <w:rFonts w:eastAsia="Arial" w:cs="Arial"/>
                <w:sz w:val="15"/>
              </w:rPr>
              <w:t>Who to contact / alternate emergency phone</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B9D80B8"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4600F3A"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434EBA0" w14:textId="77777777" w:rsidR="00282991" w:rsidRDefault="00FE4586">
            <w:pPr>
              <w:spacing w:after="0"/>
            </w:pPr>
            <w:r>
              <w:rPr>
                <w:rFonts w:eastAsia="Arial" w:cs="Arial"/>
                <w:i/>
                <w:color w:val="707070"/>
                <w:sz w:val="20"/>
              </w:rPr>
              <w:t>&lt;Location&gt;</w:t>
            </w:r>
          </w:p>
        </w:tc>
        <w:tc>
          <w:tcPr>
            <w:tcW w:w="10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D4044DF" w14:textId="77777777" w:rsidR="00282991" w:rsidRDefault="00FE4586">
            <w:pPr>
              <w:spacing w:after="0"/>
            </w:pPr>
            <w:r>
              <w:rPr>
                <w:rFonts w:eastAsia="Arial" w:cs="Arial"/>
                <w:i/>
                <w:color w:val="707070"/>
                <w:sz w:val="20"/>
              </w:rPr>
              <w:t>&lt;Date&gt;</w:t>
            </w:r>
          </w:p>
        </w:tc>
      </w:tr>
      <w:tr w:rsidR="00282991" w14:paraId="4E11054A" w14:textId="77777777">
        <w:trPr>
          <w:cantSplit/>
          <w:jc w:val="center"/>
        </w:trPr>
        <w:tc>
          <w:tcPr>
            <w:tcW w:w="31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FE2C7AE" w14:textId="77777777" w:rsidR="00282991" w:rsidRDefault="00FE4586">
            <w:pPr>
              <w:spacing w:after="0"/>
            </w:pPr>
            <w:r>
              <w:rPr>
                <w:rFonts w:eastAsia="Arial" w:cs="Arial"/>
                <w:sz w:val="15"/>
              </w:rPr>
              <w:t>Alternate dialysis locations / transfer services</w:t>
            </w:r>
          </w:p>
        </w:tc>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A1312E2"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8C85C8B"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992FE50" w14:textId="77777777" w:rsidR="00282991" w:rsidRDefault="00FE4586">
            <w:pPr>
              <w:spacing w:after="0"/>
            </w:pPr>
            <w:r>
              <w:rPr>
                <w:rFonts w:eastAsia="Arial" w:cs="Arial"/>
                <w:i/>
                <w:color w:val="707070"/>
                <w:sz w:val="20"/>
              </w:rPr>
              <w:t>&lt;Location&gt;</w:t>
            </w:r>
          </w:p>
        </w:tc>
        <w:tc>
          <w:tcPr>
            <w:tcW w:w="10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7331749" w14:textId="77777777" w:rsidR="00282991" w:rsidRDefault="00FE4586">
            <w:pPr>
              <w:spacing w:after="0"/>
            </w:pPr>
            <w:r>
              <w:rPr>
                <w:rFonts w:eastAsia="Arial" w:cs="Arial"/>
                <w:i/>
                <w:color w:val="707070"/>
                <w:sz w:val="20"/>
              </w:rPr>
              <w:t>&lt;Date&gt;</w:t>
            </w:r>
          </w:p>
        </w:tc>
      </w:tr>
      <w:tr w:rsidR="00282991" w14:paraId="2F417C54" w14:textId="77777777">
        <w:trPr>
          <w:cantSplit/>
          <w:jc w:val="center"/>
        </w:trPr>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E04C371" w14:textId="77777777" w:rsidR="00282991" w:rsidRDefault="00FE4586">
            <w:pPr>
              <w:spacing w:after="0"/>
            </w:pPr>
            <w:r>
              <w:rPr>
                <w:rFonts w:eastAsia="Arial" w:cs="Arial"/>
                <w:sz w:val="15"/>
              </w:rPr>
              <w:t>Shelter-in-place expectations</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7CAC4E8"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8F0BFB0"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6F6A0C0" w14:textId="77777777" w:rsidR="00282991" w:rsidRDefault="00FE4586">
            <w:pPr>
              <w:spacing w:after="0"/>
            </w:pPr>
            <w:r>
              <w:rPr>
                <w:rFonts w:eastAsia="Arial" w:cs="Arial"/>
                <w:i/>
                <w:color w:val="707070"/>
                <w:sz w:val="20"/>
              </w:rPr>
              <w:t>&lt;Location&gt;</w:t>
            </w:r>
          </w:p>
        </w:tc>
        <w:tc>
          <w:tcPr>
            <w:tcW w:w="10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E81A91C" w14:textId="77777777" w:rsidR="00282991" w:rsidRDefault="00FE4586">
            <w:pPr>
              <w:spacing w:after="0"/>
            </w:pPr>
            <w:r>
              <w:rPr>
                <w:rFonts w:eastAsia="Arial" w:cs="Arial"/>
                <w:i/>
                <w:color w:val="707070"/>
                <w:sz w:val="20"/>
              </w:rPr>
              <w:t>&lt;Date&gt;</w:t>
            </w:r>
          </w:p>
        </w:tc>
      </w:tr>
      <w:tr w:rsidR="00282991" w14:paraId="28D5D8DD" w14:textId="77777777">
        <w:trPr>
          <w:cantSplit/>
          <w:jc w:val="center"/>
        </w:trPr>
        <w:tc>
          <w:tcPr>
            <w:tcW w:w="316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E4B5E3B" w14:textId="77777777" w:rsidR="00282991" w:rsidRDefault="00FE4586">
            <w:pPr>
              <w:spacing w:after="0"/>
            </w:pPr>
            <w:r>
              <w:rPr>
                <w:rFonts w:eastAsia="Arial" w:cs="Arial"/>
                <w:sz w:val="15"/>
              </w:rPr>
              <w:t>Safe dialysis machine disconnection</w:t>
            </w:r>
          </w:p>
        </w:tc>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C6AF4B9"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E3B1747"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BF8CFDD" w14:textId="77777777" w:rsidR="00282991" w:rsidRDefault="00FE4586">
            <w:pPr>
              <w:spacing w:after="0"/>
            </w:pPr>
            <w:r>
              <w:rPr>
                <w:rFonts w:eastAsia="Arial" w:cs="Arial"/>
                <w:i/>
                <w:color w:val="707070"/>
                <w:sz w:val="20"/>
              </w:rPr>
              <w:t>&lt;Location&gt;</w:t>
            </w:r>
          </w:p>
        </w:tc>
        <w:tc>
          <w:tcPr>
            <w:tcW w:w="10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34B3FA7" w14:textId="77777777" w:rsidR="00282991" w:rsidRDefault="00FE4586">
            <w:pPr>
              <w:spacing w:after="0"/>
            </w:pPr>
            <w:r>
              <w:rPr>
                <w:rFonts w:eastAsia="Arial" w:cs="Arial"/>
                <w:i/>
                <w:color w:val="707070"/>
                <w:sz w:val="20"/>
              </w:rPr>
              <w:t>&lt;Date&gt;</w:t>
            </w:r>
          </w:p>
        </w:tc>
      </w:tr>
      <w:tr w:rsidR="00282991" w14:paraId="0830ABF7" w14:textId="77777777">
        <w:trPr>
          <w:cantSplit/>
          <w:jc w:val="center"/>
        </w:trPr>
        <w:tc>
          <w:tcPr>
            <w:tcW w:w="316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EED5F0B" w14:textId="77777777" w:rsidR="00282991" w:rsidRDefault="00FE4586">
            <w:pPr>
              <w:spacing w:after="0"/>
            </w:pPr>
            <w:r>
              <w:rPr>
                <w:rFonts w:eastAsia="Arial" w:cs="Arial"/>
                <w:sz w:val="15"/>
              </w:rPr>
              <w:t>HVA-specific hazards / KCER resources as appropriate</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363EAC8"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B32E6EE" w14:textId="77777777" w:rsidR="00282991" w:rsidRDefault="00FE4586">
            <w:pPr>
              <w:spacing w:after="0"/>
            </w:pPr>
            <w:r>
              <w:rPr>
                <w:rFonts w:eastAsia="Arial" w:cs="Arial"/>
                <w:i/>
                <w:color w:val="707070"/>
                <w:sz w:val="20"/>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AD1FDFF" w14:textId="77777777" w:rsidR="00282991" w:rsidRDefault="00FE4586">
            <w:pPr>
              <w:spacing w:after="0"/>
            </w:pPr>
            <w:r>
              <w:rPr>
                <w:rFonts w:eastAsia="Arial" w:cs="Arial"/>
                <w:i/>
                <w:color w:val="707070"/>
                <w:sz w:val="20"/>
              </w:rPr>
              <w:t>&lt;Location&gt;</w:t>
            </w:r>
          </w:p>
        </w:tc>
        <w:tc>
          <w:tcPr>
            <w:tcW w:w="10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09E8B2" w14:textId="77777777" w:rsidR="00282991" w:rsidRDefault="00FE4586">
            <w:pPr>
              <w:spacing w:after="0"/>
            </w:pPr>
            <w:r>
              <w:rPr>
                <w:rFonts w:eastAsia="Arial" w:cs="Arial"/>
                <w:i/>
                <w:color w:val="707070"/>
                <w:sz w:val="20"/>
              </w:rPr>
              <w:t>&lt;Date&gt;</w:t>
            </w:r>
          </w:p>
        </w:tc>
      </w:tr>
    </w:tbl>
    <w:p w14:paraId="4E41D827" w14:textId="77777777" w:rsidR="00282991" w:rsidRDefault="00282991">
      <w:pPr>
        <w:spacing w:after="20"/>
      </w:pPr>
    </w:p>
    <w:p w14:paraId="4F0E3D90" w14:textId="77777777" w:rsidR="00282991" w:rsidRDefault="00FE4586">
      <w:r>
        <w:br w:type="page"/>
      </w:r>
    </w:p>
    <w:p w14:paraId="705C9EA4" w14:textId="77777777" w:rsidR="00282991" w:rsidRDefault="00FE4586">
      <w:pPr>
        <w:pStyle w:val="Heading1"/>
        <w:pBdr>
          <w:bottom w:val="single" w:sz="10" w:space="2" w:color="E63B07"/>
        </w:pBdr>
      </w:pPr>
      <w:r>
        <w:rPr>
          <w:rFonts w:ascii="Arial" w:eastAsia="Arial" w:hAnsi="Arial" w:cs="Arial"/>
        </w:rPr>
        <w:lastRenderedPageBreak/>
        <w:t>17. ANNEXES</w:t>
      </w:r>
    </w:p>
    <w:tbl>
      <w:tblPr>
        <w:tblW w:w="0" w:type="auto"/>
        <w:jc w:val="center"/>
        <w:tblLayout w:type="fixed"/>
        <w:tblLook w:val="04A0" w:firstRow="1" w:lastRow="0" w:firstColumn="1" w:lastColumn="0" w:noHBand="0" w:noVBand="1"/>
      </w:tblPr>
      <w:tblGrid>
        <w:gridCol w:w="1152"/>
        <w:gridCol w:w="9648"/>
      </w:tblGrid>
      <w:tr w:rsidR="00282991" w14:paraId="110CBB62" w14:textId="77777777">
        <w:trPr>
          <w:cantSplit/>
          <w:tblHeader/>
          <w:jc w:val="center"/>
        </w:trPr>
        <w:tc>
          <w:tcPr>
            <w:tcW w:w="115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C3EF7E9" w14:textId="77777777" w:rsidR="00282991" w:rsidRDefault="00FE4586">
            <w:pPr>
              <w:spacing w:after="0"/>
            </w:pPr>
            <w:r>
              <w:rPr>
                <w:rFonts w:eastAsia="Arial" w:cs="Arial"/>
                <w:b/>
                <w:color w:val="FFFFFF"/>
                <w:sz w:val="17"/>
              </w:rPr>
              <w:t>Annex</w:t>
            </w:r>
          </w:p>
        </w:tc>
        <w:tc>
          <w:tcPr>
            <w:tcW w:w="964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6B962B7" w14:textId="77777777" w:rsidR="00282991" w:rsidRDefault="00FE4586">
            <w:pPr>
              <w:spacing w:after="0"/>
            </w:pPr>
            <w:r>
              <w:rPr>
                <w:rFonts w:eastAsia="Arial" w:cs="Arial"/>
                <w:b/>
                <w:color w:val="FFFFFF"/>
                <w:sz w:val="17"/>
              </w:rPr>
              <w:t>Title</w:t>
            </w:r>
          </w:p>
        </w:tc>
      </w:tr>
      <w:tr w:rsidR="00282991" w14:paraId="1C4D393E"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07D5B38" w14:textId="77777777" w:rsidR="00282991" w:rsidRDefault="00FE4586">
            <w:pPr>
              <w:spacing w:after="0"/>
            </w:pPr>
            <w:r>
              <w:rPr>
                <w:rFonts w:eastAsia="Arial" w:cs="Arial"/>
                <w:sz w:val="18"/>
              </w:rPr>
              <w:t>A</w:t>
            </w:r>
          </w:p>
        </w:tc>
        <w:tc>
          <w:tcPr>
            <w:tcW w:w="96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4214B29" w14:textId="77777777" w:rsidR="00282991" w:rsidRDefault="00FE4586">
            <w:pPr>
              <w:spacing w:after="0"/>
            </w:pPr>
            <w:r>
              <w:rPr>
                <w:rFonts w:eastAsia="Arial" w:cs="Arial"/>
                <w:sz w:val="18"/>
              </w:rPr>
              <w:t>Required Emergency Communication Plan</w:t>
            </w:r>
          </w:p>
        </w:tc>
      </w:tr>
      <w:tr w:rsidR="00282991" w14:paraId="27FB841C"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999AEBA" w14:textId="77777777" w:rsidR="00282991" w:rsidRDefault="00FE4586">
            <w:pPr>
              <w:spacing w:after="0"/>
            </w:pPr>
            <w:r>
              <w:rPr>
                <w:rFonts w:eastAsia="Arial" w:cs="Arial"/>
                <w:sz w:val="18"/>
              </w:rPr>
              <w:t>B</w:t>
            </w:r>
          </w:p>
        </w:tc>
        <w:tc>
          <w:tcPr>
            <w:tcW w:w="96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7D1000A" w14:textId="77777777" w:rsidR="00282991" w:rsidRDefault="00FE4586">
            <w:pPr>
              <w:spacing w:after="0"/>
            </w:pPr>
            <w:r>
              <w:rPr>
                <w:rFonts w:eastAsia="Arial" w:cs="Arial"/>
                <w:sz w:val="18"/>
              </w:rPr>
              <w:t>Continuity of Operations / Dialysis Treatment Continuity</w:t>
            </w:r>
          </w:p>
        </w:tc>
      </w:tr>
      <w:tr w:rsidR="00282991" w14:paraId="3B55C67D"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707DF0A" w14:textId="77777777" w:rsidR="00282991" w:rsidRDefault="00FE4586">
            <w:pPr>
              <w:spacing w:after="0"/>
            </w:pPr>
            <w:r>
              <w:rPr>
                <w:rFonts w:eastAsia="Arial" w:cs="Arial"/>
                <w:sz w:val="18"/>
              </w:rPr>
              <w:t>C</w:t>
            </w:r>
          </w:p>
        </w:tc>
        <w:tc>
          <w:tcPr>
            <w:tcW w:w="96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4047DAB" w14:textId="77777777" w:rsidR="00282991" w:rsidRDefault="00FE4586">
            <w:pPr>
              <w:spacing w:after="0"/>
            </w:pPr>
            <w:r>
              <w:rPr>
                <w:rFonts w:eastAsia="Arial" w:cs="Arial"/>
                <w:sz w:val="18"/>
              </w:rPr>
              <w:t>Emergency Medical Assistance / Equipment / Drugs</w:t>
            </w:r>
          </w:p>
        </w:tc>
      </w:tr>
      <w:tr w:rsidR="00282991" w14:paraId="4BA5CD5A"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4AC7A2E" w14:textId="77777777" w:rsidR="00282991" w:rsidRDefault="00FE4586">
            <w:pPr>
              <w:spacing w:after="0"/>
            </w:pPr>
            <w:r>
              <w:rPr>
                <w:rFonts w:eastAsia="Arial" w:cs="Arial"/>
                <w:sz w:val="18"/>
              </w:rPr>
              <w:t>D</w:t>
            </w:r>
          </w:p>
        </w:tc>
        <w:tc>
          <w:tcPr>
            <w:tcW w:w="96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7D82F92" w14:textId="77777777" w:rsidR="00282991" w:rsidRDefault="00FE4586">
            <w:pPr>
              <w:spacing w:after="0"/>
            </w:pPr>
            <w:r>
              <w:rPr>
                <w:rFonts w:eastAsia="Arial" w:cs="Arial"/>
                <w:sz w:val="18"/>
              </w:rPr>
              <w:t>Infection Prevention / Outbreak / Public Health Coordination</w:t>
            </w:r>
          </w:p>
        </w:tc>
      </w:tr>
      <w:tr w:rsidR="00282991" w14:paraId="7E9ED792"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2C3E351" w14:textId="77777777" w:rsidR="00282991" w:rsidRDefault="00FE4586">
            <w:pPr>
              <w:spacing w:after="0"/>
            </w:pPr>
            <w:r>
              <w:rPr>
                <w:rFonts w:eastAsia="Arial" w:cs="Arial"/>
                <w:sz w:val="18"/>
              </w:rPr>
              <w:t>E</w:t>
            </w:r>
          </w:p>
        </w:tc>
        <w:tc>
          <w:tcPr>
            <w:tcW w:w="96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FF46A4D" w14:textId="77777777" w:rsidR="00282991" w:rsidRDefault="00FE4586">
            <w:pPr>
              <w:spacing w:after="0"/>
            </w:pPr>
            <w:r>
              <w:rPr>
                <w:rFonts w:eastAsia="Arial" w:cs="Arial"/>
                <w:sz w:val="18"/>
              </w:rPr>
              <w:t>Patient Continuity / Alternate Dialysis / Transportation</w:t>
            </w:r>
          </w:p>
        </w:tc>
      </w:tr>
      <w:tr w:rsidR="00282991" w14:paraId="2A9EB223"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EC106CF" w14:textId="77777777" w:rsidR="00282991" w:rsidRDefault="00FE4586">
            <w:pPr>
              <w:spacing w:after="0"/>
            </w:pPr>
            <w:r>
              <w:rPr>
                <w:rFonts w:eastAsia="Arial" w:cs="Arial"/>
                <w:sz w:val="18"/>
              </w:rPr>
              <w:t>F</w:t>
            </w:r>
          </w:p>
        </w:tc>
        <w:tc>
          <w:tcPr>
            <w:tcW w:w="96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E2EF5F6" w14:textId="77777777" w:rsidR="00282991" w:rsidRDefault="00FE4586">
            <w:pPr>
              <w:spacing w:after="0"/>
            </w:pPr>
            <w:r>
              <w:rPr>
                <w:rFonts w:eastAsia="Arial" w:cs="Arial"/>
                <w:sz w:val="18"/>
              </w:rPr>
              <w:t>Water / Dialysate Interruption &amp; Restoration</w:t>
            </w:r>
          </w:p>
        </w:tc>
      </w:tr>
      <w:tr w:rsidR="00282991" w14:paraId="6FB9DC35"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24C567" w14:textId="77777777" w:rsidR="00282991" w:rsidRDefault="00FE4586">
            <w:pPr>
              <w:spacing w:after="0"/>
            </w:pPr>
            <w:r>
              <w:rPr>
                <w:rFonts w:eastAsia="Arial" w:cs="Arial"/>
                <w:sz w:val="18"/>
              </w:rPr>
              <w:t>G</w:t>
            </w:r>
          </w:p>
        </w:tc>
        <w:tc>
          <w:tcPr>
            <w:tcW w:w="96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EB5CE59" w14:textId="77777777" w:rsidR="00282991" w:rsidRDefault="00FE4586">
            <w:pPr>
              <w:spacing w:after="0"/>
            </w:pPr>
            <w:r>
              <w:rPr>
                <w:rFonts w:eastAsia="Arial" w:cs="Arial"/>
                <w:sz w:val="18"/>
              </w:rPr>
              <w:t>Supply Chain / Critical Dialysis Resources</w:t>
            </w:r>
          </w:p>
        </w:tc>
      </w:tr>
      <w:tr w:rsidR="00282991" w14:paraId="48FC08A7"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841E014" w14:textId="77777777" w:rsidR="00282991" w:rsidRDefault="00FE4586">
            <w:pPr>
              <w:spacing w:after="0"/>
            </w:pPr>
            <w:r>
              <w:rPr>
                <w:rFonts w:eastAsia="Arial" w:cs="Arial"/>
                <w:sz w:val="18"/>
              </w:rPr>
              <w:t>H</w:t>
            </w:r>
          </w:p>
        </w:tc>
        <w:tc>
          <w:tcPr>
            <w:tcW w:w="96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23E3ECD" w14:textId="77777777" w:rsidR="00282991" w:rsidRDefault="00FE4586">
            <w:pPr>
              <w:spacing w:after="0"/>
            </w:pPr>
            <w:r>
              <w:rPr>
                <w:rFonts w:eastAsia="Arial" w:cs="Arial"/>
                <w:sz w:val="18"/>
              </w:rPr>
              <w:t>Emergency Staffing / Volunteer Integration</w:t>
            </w:r>
          </w:p>
        </w:tc>
      </w:tr>
      <w:tr w:rsidR="00282991" w14:paraId="4EBABAC9"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7E4C1C4" w14:textId="77777777" w:rsidR="00282991" w:rsidRDefault="00FE4586">
            <w:pPr>
              <w:spacing w:after="0"/>
            </w:pPr>
            <w:r>
              <w:rPr>
                <w:rFonts w:eastAsia="Arial" w:cs="Arial"/>
                <w:sz w:val="18"/>
              </w:rPr>
              <w:t>I</w:t>
            </w:r>
          </w:p>
        </w:tc>
        <w:tc>
          <w:tcPr>
            <w:tcW w:w="96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DEA4089" w14:textId="77777777" w:rsidR="00282991" w:rsidRDefault="00FE4586">
            <w:pPr>
              <w:spacing w:after="0"/>
            </w:pPr>
            <w:r>
              <w:rPr>
                <w:rFonts w:eastAsia="Arial" w:cs="Arial"/>
                <w:sz w:val="18"/>
              </w:rPr>
              <w:t>Cybersecurity / IT / EHR Downtime</w:t>
            </w:r>
          </w:p>
        </w:tc>
      </w:tr>
      <w:tr w:rsidR="00282991" w14:paraId="7417F1D0"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C9C83F6" w14:textId="77777777" w:rsidR="00282991" w:rsidRDefault="00FE4586">
            <w:pPr>
              <w:spacing w:after="0"/>
            </w:pPr>
            <w:r>
              <w:rPr>
                <w:rFonts w:eastAsia="Arial" w:cs="Arial"/>
                <w:sz w:val="18"/>
              </w:rPr>
              <w:t>J</w:t>
            </w:r>
          </w:p>
        </w:tc>
        <w:tc>
          <w:tcPr>
            <w:tcW w:w="96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B7F777E" w14:textId="77777777" w:rsidR="00282991" w:rsidRDefault="00FE4586">
            <w:pPr>
              <w:spacing w:after="0"/>
            </w:pPr>
            <w:r>
              <w:rPr>
                <w:rFonts w:eastAsia="Arial" w:cs="Arial"/>
                <w:sz w:val="18"/>
              </w:rPr>
              <w:t>Home Dialysis Emergency Backup - If Applicable</w:t>
            </w:r>
          </w:p>
        </w:tc>
      </w:tr>
      <w:tr w:rsidR="00282991" w14:paraId="1FA8676F"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5A4BEFC" w14:textId="77777777" w:rsidR="00282991" w:rsidRDefault="00FE4586">
            <w:pPr>
              <w:spacing w:after="0"/>
            </w:pPr>
            <w:r>
              <w:rPr>
                <w:rFonts w:eastAsia="Arial" w:cs="Arial"/>
                <w:sz w:val="18"/>
              </w:rPr>
              <w:t>K</w:t>
            </w:r>
          </w:p>
        </w:tc>
        <w:tc>
          <w:tcPr>
            <w:tcW w:w="96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C3F9E4B" w14:textId="77777777" w:rsidR="00282991" w:rsidRDefault="00FE4586">
            <w:pPr>
              <w:spacing w:after="0"/>
            </w:pPr>
            <w:r>
              <w:rPr>
                <w:rFonts w:eastAsia="Arial" w:cs="Arial"/>
                <w:sz w:val="18"/>
              </w:rPr>
              <w:t>EMResource / HCC-ME Situational Awareness - Optional</w:t>
            </w:r>
          </w:p>
        </w:tc>
      </w:tr>
      <w:tr w:rsidR="00282991" w14:paraId="7E2C526D"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A94CC0B" w14:textId="77777777" w:rsidR="00282991" w:rsidRDefault="00FE4586">
            <w:pPr>
              <w:spacing w:after="0"/>
            </w:pPr>
            <w:r>
              <w:rPr>
                <w:rFonts w:eastAsia="Arial" w:cs="Arial"/>
                <w:sz w:val="18"/>
              </w:rPr>
              <w:t>L</w:t>
            </w:r>
          </w:p>
        </w:tc>
        <w:tc>
          <w:tcPr>
            <w:tcW w:w="96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96476BF" w14:textId="77777777" w:rsidR="00282991" w:rsidRDefault="00FE4586">
            <w:pPr>
              <w:spacing w:after="0"/>
            </w:pPr>
            <w:r>
              <w:rPr>
                <w:rFonts w:eastAsia="Arial" w:cs="Arial"/>
                <w:sz w:val="18"/>
              </w:rPr>
              <w:t>Fire / Life Safety / Generator / Facility Closure Coordination</w:t>
            </w:r>
          </w:p>
        </w:tc>
      </w:tr>
      <w:tr w:rsidR="00282991" w14:paraId="3AEFF27F"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5632606" w14:textId="77777777" w:rsidR="00282991" w:rsidRDefault="00FE4586">
            <w:pPr>
              <w:spacing w:after="0"/>
            </w:pPr>
            <w:r>
              <w:t>M</w:t>
            </w:r>
          </w:p>
        </w:tc>
        <w:tc>
          <w:tcPr>
            <w:tcW w:w="96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7B6628F" w14:textId="77777777" w:rsidR="00282991" w:rsidRDefault="00FE4586">
            <w:pPr>
              <w:spacing w:after="0"/>
            </w:pPr>
            <w:r>
              <w:t>§1135 Waiver / Alternate Care Site Operations</w:t>
            </w:r>
          </w:p>
        </w:tc>
      </w:tr>
    </w:tbl>
    <w:p w14:paraId="2236D738" w14:textId="77777777" w:rsidR="00282991" w:rsidRDefault="00282991">
      <w:pPr>
        <w:spacing w:after="20"/>
      </w:pPr>
    </w:p>
    <w:p w14:paraId="2CEB3418" w14:textId="77777777" w:rsidR="00282991" w:rsidRDefault="00FE4586">
      <w:pPr>
        <w:pStyle w:val="Heading1"/>
        <w:pBdr>
          <w:bottom w:val="single" w:sz="10" w:space="2" w:color="E63B07"/>
        </w:pBdr>
      </w:pPr>
      <w:r>
        <w:rPr>
          <w:rFonts w:ascii="Arial" w:eastAsia="Arial" w:hAnsi="Arial" w:cs="Arial"/>
        </w:rPr>
        <w:t>ANNEX A - REQUIRED EMERGENCY COMMUNICATION PLAN</w:t>
      </w:r>
    </w:p>
    <w:tbl>
      <w:tblPr>
        <w:tblW w:w="0" w:type="auto"/>
        <w:jc w:val="center"/>
        <w:tblLook w:val="04A0" w:firstRow="1" w:lastRow="0" w:firstColumn="1" w:lastColumn="0" w:noHBand="0" w:noVBand="1"/>
      </w:tblPr>
      <w:tblGrid>
        <w:gridCol w:w="10800"/>
      </w:tblGrid>
      <w:tr w:rsidR="00282991" w14:paraId="165F85E7" w14:textId="77777777">
        <w:trPr>
          <w:jc w:val="center"/>
        </w:trPr>
        <w:tc>
          <w:tcPr>
            <w:tcW w:w="10800" w:type="dxa"/>
            <w:shd w:val="clear" w:color="auto" w:fill="E8F2EF"/>
            <w:tcMar>
              <w:top w:w="90" w:type="dxa"/>
              <w:left w:w="100" w:type="dxa"/>
              <w:bottom w:w="90" w:type="dxa"/>
              <w:right w:w="100" w:type="dxa"/>
            </w:tcMar>
          </w:tcPr>
          <w:p w14:paraId="563A51C3" w14:textId="77777777" w:rsidR="00282991" w:rsidRDefault="00FE4586">
            <w:pPr>
              <w:spacing w:after="0"/>
            </w:pPr>
            <w:r>
              <w:rPr>
                <w:rFonts w:eastAsia="Arial" w:cs="Arial"/>
                <w:b/>
                <w:color w:val="015A41"/>
                <w:sz w:val="19"/>
              </w:rPr>
              <w:t xml:space="preserve">CMS REQUIRED </w:t>
            </w:r>
            <w:r>
              <w:rPr>
                <w:rFonts w:eastAsia="Arial" w:cs="Arial"/>
                <w:sz w:val="18"/>
              </w:rPr>
              <w:t>Customize this annex to satisfy §494.62(c)(1)-(7) and review/update it at least every 2 years.</w:t>
            </w:r>
          </w:p>
        </w:tc>
      </w:tr>
    </w:tbl>
    <w:p w14:paraId="69A09D26" w14:textId="77777777" w:rsidR="00282991" w:rsidRDefault="00282991">
      <w:pPr>
        <w:spacing w:after="20"/>
      </w:pPr>
    </w:p>
    <w:tbl>
      <w:tblPr>
        <w:tblW w:w="0" w:type="auto"/>
        <w:jc w:val="center"/>
        <w:tblLayout w:type="fixed"/>
        <w:tblLook w:val="04A0" w:firstRow="1" w:lastRow="0" w:firstColumn="1" w:lastColumn="0" w:noHBand="0" w:noVBand="1"/>
      </w:tblPr>
      <w:tblGrid>
        <w:gridCol w:w="4608"/>
        <w:gridCol w:w="6192"/>
      </w:tblGrid>
      <w:tr w:rsidR="00282991" w14:paraId="13906162" w14:textId="77777777">
        <w:trPr>
          <w:cantSplit/>
          <w:tblHeader/>
          <w:jc w:val="center"/>
        </w:trPr>
        <w:tc>
          <w:tcPr>
            <w:tcW w:w="460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1B9976A" w14:textId="77777777" w:rsidR="00282991" w:rsidRDefault="00FE4586">
            <w:pPr>
              <w:spacing w:after="0"/>
            </w:pPr>
            <w:r>
              <w:rPr>
                <w:rFonts w:eastAsia="Arial" w:cs="Arial"/>
                <w:b/>
                <w:color w:val="FFFFFF"/>
                <w:sz w:val="17"/>
              </w:rPr>
              <w:t>Communication Function</w:t>
            </w:r>
          </w:p>
        </w:tc>
        <w:tc>
          <w:tcPr>
            <w:tcW w:w="619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7F2AAD4" w14:textId="77777777" w:rsidR="00282991" w:rsidRDefault="00FE4586">
            <w:pPr>
              <w:spacing w:after="0"/>
            </w:pPr>
            <w:r>
              <w:rPr>
                <w:rFonts w:eastAsia="Arial" w:cs="Arial"/>
                <w:b/>
                <w:color w:val="FFFFFF"/>
                <w:sz w:val="17"/>
              </w:rPr>
              <w:t>Facility Process</w:t>
            </w:r>
          </w:p>
        </w:tc>
      </w:tr>
      <w:tr w:rsidR="00282991" w14:paraId="3341694C"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4F4A254" w14:textId="77777777" w:rsidR="00282991" w:rsidRDefault="00FE4586">
            <w:pPr>
              <w:spacing w:after="0"/>
            </w:pPr>
            <w:r>
              <w:rPr>
                <w:rFonts w:eastAsia="Arial" w:cs="Arial"/>
                <w:sz w:val="17"/>
              </w:rPr>
              <w:t>Required contacts / directory source</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8042D0E" w14:textId="77777777" w:rsidR="00282991" w:rsidRDefault="00FE4586">
            <w:pPr>
              <w:spacing w:after="0"/>
            </w:pPr>
            <w:r>
              <w:rPr>
                <w:rFonts w:eastAsia="Arial" w:cs="Arial"/>
                <w:i/>
                <w:color w:val="707070"/>
                <w:sz w:val="20"/>
              </w:rPr>
              <w:t>&lt;Insert&gt;</w:t>
            </w:r>
          </w:p>
        </w:tc>
      </w:tr>
      <w:tr w:rsidR="00282991" w14:paraId="16F6AECB"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F716212" w14:textId="77777777" w:rsidR="00282991" w:rsidRDefault="00FE4586">
            <w:pPr>
              <w:spacing w:after="0"/>
            </w:pPr>
            <w:r>
              <w:rPr>
                <w:rFonts w:eastAsia="Arial" w:cs="Arial"/>
                <w:sz w:val="17"/>
              </w:rPr>
              <w:t>Staff notification</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BCC4818" w14:textId="77777777" w:rsidR="00282991" w:rsidRDefault="00FE4586">
            <w:pPr>
              <w:spacing w:after="0"/>
            </w:pPr>
            <w:r>
              <w:rPr>
                <w:rFonts w:eastAsia="Arial" w:cs="Arial"/>
                <w:i/>
                <w:color w:val="707070"/>
                <w:sz w:val="20"/>
              </w:rPr>
              <w:t>&lt;Insert primary/alternate&gt;</w:t>
            </w:r>
          </w:p>
        </w:tc>
      </w:tr>
      <w:tr w:rsidR="00282991" w14:paraId="725DF907"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09C4EC8" w14:textId="77777777" w:rsidR="00282991" w:rsidRDefault="00FE4586">
            <w:pPr>
              <w:spacing w:after="0"/>
            </w:pPr>
            <w:r>
              <w:rPr>
                <w:rFonts w:eastAsia="Arial" w:cs="Arial"/>
                <w:sz w:val="17"/>
              </w:rPr>
              <w:t>Emergency management/public health contacts</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7870880" w14:textId="77777777" w:rsidR="00282991" w:rsidRDefault="00FE4586">
            <w:pPr>
              <w:spacing w:after="0"/>
            </w:pPr>
            <w:r>
              <w:rPr>
                <w:rFonts w:eastAsia="Arial" w:cs="Arial"/>
                <w:i/>
                <w:color w:val="707070"/>
                <w:sz w:val="20"/>
              </w:rPr>
              <w:t>&lt;Insert primary/alternate&gt;</w:t>
            </w:r>
          </w:p>
        </w:tc>
      </w:tr>
      <w:tr w:rsidR="00282991" w14:paraId="2015FC90"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A277C47" w14:textId="77777777" w:rsidR="00282991" w:rsidRDefault="00FE4586">
            <w:pPr>
              <w:spacing w:after="0"/>
            </w:pPr>
            <w:r>
              <w:rPr>
                <w:rFonts w:eastAsia="Arial" w:cs="Arial"/>
                <w:sz w:val="17"/>
              </w:rPr>
              <w:t>Patient/caregiver messaging</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7D777A5" w14:textId="77777777" w:rsidR="00282991" w:rsidRDefault="00FE4586">
            <w:pPr>
              <w:spacing w:after="0"/>
            </w:pPr>
            <w:r>
              <w:rPr>
                <w:rFonts w:eastAsia="Arial" w:cs="Arial"/>
                <w:i/>
                <w:color w:val="707070"/>
                <w:sz w:val="20"/>
              </w:rPr>
              <w:t>&lt;Insert&gt;</w:t>
            </w:r>
          </w:p>
        </w:tc>
      </w:tr>
      <w:tr w:rsidR="00282991" w14:paraId="0AAEC52E"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686F177" w14:textId="77777777" w:rsidR="00282991" w:rsidRDefault="00FE4586">
            <w:pPr>
              <w:spacing w:after="0"/>
            </w:pPr>
            <w:r>
              <w:rPr>
                <w:rFonts w:eastAsia="Arial" w:cs="Arial"/>
                <w:sz w:val="17"/>
              </w:rPr>
              <w:t>Medical information sharing with other providers</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1EA0AD9" w14:textId="77777777" w:rsidR="00282991" w:rsidRDefault="00FE4586">
            <w:pPr>
              <w:spacing w:after="0"/>
            </w:pPr>
            <w:r>
              <w:rPr>
                <w:rFonts w:eastAsia="Arial" w:cs="Arial"/>
                <w:i/>
                <w:color w:val="707070"/>
                <w:sz w:val="20"/>
              </w:rPr>
              <w:t>&lt;Insert&gt;</w:t>
            </w:r>
          </w:p>
        </w:tc>
      </w:tr>
      <w:tr w:rsidR="00282991" w14:paraId="2AA3FA66"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DCF3ED7" w14:textId="77777777" w:rsidR="00282991" w:rsidRDefault="00FE4586">
            <w:pPr>
              <w:spacing w:after="0"/>
            </w:pPr>
            <w:r>
              <w:rPr>
                <w:rFonts w:eastAsia="Arial" w:cs="Arial"/>
                <w:sz w:val="17"/>
              </w:rPr>
              <w:t>Patient information release during evacuation</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2AAB9BA" w14:textId="77777777" w:rsidR="00282991" w:rsidRDefault="00FE4586">
            <w:pPr>
              <w:spacing w:after="0"/>
            </w:pPr>
            <w:r>
              <w:rPr>
                <w:rFonts w:eastAsia="Arial" w:cs="Arial"/>
                <w:i/>
                <w:color w:val="707070"/>
                <w:sz w:val="20"/>
              </w:rPr>
              <w:t>&lt;Insert&gt;</w:t>
            </w:r>
          </w:p>
        </w:tc>
      </w:tr>
      <w:tr w:rsidR="00282991" w14:paraId="39E00C2B"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FC9EF1F" w14:textId="77777777" w:rsidR="00282991" w:rsidRDefault="00FE4586">
            <w:pPr>
              <w:spacing w:after="0"/>
            </w:pPr>
            <w:r>
              <w:rPr>
                <w:rFonts w:eastAsia="Arial" w:cs="Arial"/>
                <w:sz w:val="17"/>
              </w:rPr>
              <w:t>General condition/location information process</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0E770D3" w14:textId="77777777" w:rsidR="00282991" w:rsidRDefault="00FE4586">
            <w:pPr>
              <w:spacing w:after="0"/>
            </w:pPr>
            <w:r>
              <w:rPr>
                <w:rFonts w:eastAsia="Arial" w:cs="Arial"/>
                <w:i/>
                <w:color w:val="707070"/>
                <w:sz w:val="20"/>
              </w:rPr>
              <w:t>&lt;Insert&gt;</w:t>
            </w:r>
          </w:p>
        </w:tc>
      </w:tr>
      <w:tr w:rsidR="00282991" w14:paraId="005C096B"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33FAC54" w14:textId="77777777" w:rsidR="00282991" w:rsidRDefault="00FE4586">
            <w:pPr>
              <w:spacing w:after="0"/>
            </w:pPr>
            <w:r>
              <w:rPr>
                <w:rFonts w:eastAsia="Arial" w:cs="Arial"/>
                <w:sz w:val="17"/>
              </w:rPr>
              <w:t>Occupancy / needs / ability-to-assist reporting</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CC30323" w14:textId="77777777" w:rsidR="00282991" w:rsidRDefault="00FE4586">
            <w:pPr>
              <w:spacing w:after="0"/>
            </w:pPr>
            <w:r>
              <w:rPr>
                <w:rFonts w:eastAsia="Arial" w:cs="Arial"/>
                <w:i/>
                <w:color w:val="707070"/>
                <w:sz w:val="20"/>
              </w:rPr>
              <w:t>&lt;Insert AHJ/ICC/EOC pathway&gt;</w:t>
            </w:r>
          </w:p>
        </w:tc>
      </w:tr>
      <w:tr w:rsidR="00282991" w14:paraId="286FB08E"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5E20E15" w14:textId="77777777" w:rsidR="00282991" w:rsidRDefault="00FE4586">
            <w:pPr>
              <w:spacing w:after="0"/>
            </w:pPr>
            <w:r>
              <w:rPr>
                <w:rFonts w:eastAsia="Arial" w:cs="Arial"/>
                <w:sz w:val="17"/>
              </w:rPr>
              <w:t>Media / spokesperson</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C432F05" w14:textId="77777777" w:rsidR="00282991" w:rsidRDefault="00FE4586">
            <w:pPr>
              <w:spacing w:after="0"/>
            </w:pPr>
            <w:r>
              <w:rPr>
                <w:rFonts w:eastAsia="Arial" w:cs="Arial"/>
                <w:i/>
                <w:color w:val="707070"/>
                <w:sz w:val="20"/>
              </w:rPr>
              <w:t>&lt;Insert&gt;</w:t>
            </w:r>
          </w:p>
        </w:tc>
      </w:tr>
      <w:tr w:rsidR="00282991" w14:paraId="3937256D"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FD4F3FA" w14:textId="77777777" w:rsidR="00282991" w:rsidRDefault="00FE4586">
            <w:pPr>
              <w:spacing w:after="0"/>
            </w:pPr>
            <w:r>
              <w:rPr>
                <w:rFonts w:eastAsia="Arial" w:cs="Arial"/>
                <w:sz w:val="17"/>
              </w:rPr>
              <w:t>Extended outage alternatives</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7A0A719" w14:textId="77777777" w:rsidR="00282991" w:rsidRDefault="00FE4586">
            <w:pPr>
              <w:spacing w:after="0"/>
            </w:pPr>
            <w:r>
              <w:rPr>
                <w:rFonts w:eastAsia="Arial" w:cs="Arial"/>
                <w:i/>
                <w:color w:val="707070"/>
                <w:sz w:val="20"/>
              </w:rPr>
              <w:t>&lt;Insert&gt;</w:t>
            </w:r>
          </w:p>
        </w:tc>
      </w:tr>
      <w:tr w:rsidR="00282991" w14:paraId="6E826CAE"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3A39B0B" w14:textId="77777777" w:rsidR="00282991" w:rsidRDefault="00FE4586">
            <w:pPr>
              <w:spacing w:after="0"/>
            </w:pPr>
            <w:r>
              <w:rPr>
                <w:rFonts w:eastAsia="Arial" w:cs="Arial"/>
                <w:sz w:val="17"/>
              </w:rPr>
              <w:t>Documentation / message log</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67FC3AD" w14:textId="77777777" w:rsidR="00282991" w:rsidRDefault="00FE4586">
            <w:pPr>
              <w:spacing w:after="0"/>
            </w:pPr>
            <w:r>
              <w:rPr>
                <w:rFonts w:eastAsia="Arial" w:cs="Arial"/>
                <w:i/>
                <w:color w:val="707070"/>
                <w:sz w:val="20"/>
              </w:rPr>
              <w:t>&lt;Insert&gt;</w:t>
            </w:r>
          </w:p>
        </w:tc>
      </w:tr>
    </w:tbl>
    <w:p w14:paraId="1C904F31" w14:textId="77777777" w:rsidR="00282991" w:rsidRDefault="00282991">
      <w:pPr>
        <w:spacing w:after="20"/>
      </w:pPr>
    </w:p>
    <w:p w14:paraId="673AC791" w14:textId="77777777" w:rsidR="00282991" w:rsidRDefault="00FE4586">
      <w:r>
        <w:br w:type="page"/>
      </w:r>
    </w:p>
    <w:p w14:paraId="5506EB6D" w14:textId="77777777" w:rsidR="00282991" w:rsidRDefault="00FE4586">
      <w:pPr>
        <w:pStyle w:val="Heading1"/>
        <w:pBdr>
          <w:bottom w:val="single" w:sz="10" w:space="2" w:color="E63B07"/>
        </w:pBdr>
      </w:pPr>
      <w:r>
        <w:rPr>
          <w:rFonts w:ascii="Arial" w:eastAsia="Arial" w:hAnsi="Arial" w:cs="Arial"/>
        </w:rPr>
        <w:lastRenderedPageBreak/>
        <w:t>ANNEX B - CONTINUITY OF OPERATIONS / DIALYSIS TREATMENT CONTINUITY</w:t>
      </w:r>
    </w:p>
    <w:tbl>
      <w:tblPr>
        <w:tblW w:w="0" w:type="auto"/>
        <w:jc w:val="center"/>
        <w:tblLayout w:type="fixed"/>
        <w:tblLook w:val="04A0" w:firstRow="1" w:lastRow="0" w:firstColumn="1" w:lastColumn="0" w:noHBand="0" w:noVBand="1"/>
      </w:tblPr>
      <w:tblGrid>
        <w:gridCol w:w="1872"/>
        <w:gridCol w:w="1872"/>
        <w:gridCol w:w="1872"/>
        <w:gridCol w:w="2016"/>
        <w:gridCol w:w="2160"/>
        <w:gridCol w:w="1152"/>
      </w:tblGrid>
      <w:tr w:rsidR="00282991" w14:paraId="5F51AF05" w14:textId="77777777">
        <w:trPr>
          <w:cantSplit/>
          <w:tblHeader/>
          <w:jc w:val="center"/>
        </w:trPr>
        <w:tc>
          <w:tcPr>
            <w:tcW w:w="187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582A811" w14:textId="77777777" w:rsidR="00282991" w:rsidRDefault="00FE4586">
            <w:pPr>
              <w:spacing w:after="0"/>
            </w:pPr>
            <w:r>
              <w:rPr>
                <w:rFonts w:eastAsia="Arial" w:cs="Arial"/>
                <w:b/>
                <w:color w:val="FFFFFF"/>
                <w:sz w:val="14"/>
              </w:rPr>
              <w:t>Essential Function</w:t>
            </w:r>
          </w:p>
        </w:tc>
        <w:tc>
          <w:tcPr>
            <w:tcW w:w="187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0764422" w14:textId="77777777" w:rsidR="00282991" w:rsidRDefault="00FE4586">
            <w:pPr>
              <w:spacing w:after="0"/>
            </w:pPr>
            <w:r>
              <w:rPr>
                <w:rFonts w:eastAsia="Arial" w:cs="Arial"/>
                <w:b/>
                <w:color w:val="FFFFFF"/>
                <w:sz w:val="14"/>
              </w:rPr>
              <w:t>Maximum Tolerable Downtime</w:t>
            </w:r>
          </w:p>
        </w:tc>
        <w:tc>
          <w:tcPr>
            <w:tcW w:w="187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420896B" w14:textId="77777777" w:rsidR="00282991" w:rsidRDefault="00FE4586">
            <w:pPr>
              <w:spacing w:after="0"/>
            </w:pPr>
            <w:r>
              <w:rPr>
                <w:rFonts w:eastAsia="Arial" w:cs="Arial"/>
                <w:b/>
                <w:color w:val="FFFFFF"/>
                <w:sz w:val="14"/>
              </w:rPr>
              <w:t>Minimum Staffing</w:t>
            </w:r>
          </w:p>
        </w:tc>
        <w:tc>
          <w:tcPr>
            <w:tcW w:w="201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F44A922" w14:textId="77777777" w:rsidR="00282991" w:rsidRDefault="00FE4586">
            <w:pPr>
              <w:spacing w:after="0"/>
            </w:pPr>
            <w:r>
              <w:rPr>
                <w:rFonts w:eastAsia="Arial" w:cs="Arial"/>
                <w:b/>
                <w:color w:val="FFFFFF"/>
                <w:sz w:val="14"/>
              </w:rPr>
              <w:t>Critical Dependencies</w:t>
            </w:r>
          </w:p>
        </w:tc>
        <w:tc>
          <w:tcPr>
            <w:tcW w:w="216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8196BCD" w14:textId="77777777" w:rsidR="00282991" w:rsidRDefault="00FE4586">
            <w:pPr>
              <w:spacing w:after="0"/>
            </w:pPr>
            <w:r>
              <w:rPr>
                <w:rFonts w:eastAsia="Arial" w:cs="Arial"/>
                <w:b/>
                <w:color w:val="FFFFFF"/>
                <w:sz w:val="14"/>
              </w:rPr>
              <w:t>Alternate Method / Site</w:t>
            </w:r>
          </w:p>
        </w:tc>
        <w:tc>
          <w:tcPr>
            <w:tcW w:w="115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249410F" w14:textId="77777777" w:rsidR="00282991" w:rsidRDefault="00FE4586">
            <w:pPr>
              <w:spacing w:after="0"/>
            </w:pPr>
            <w:r>
              <w:rPr>
                <w:rFonts w:eastAsia="Arial" w:cs="Arial"/>
                <w:b/>
                <w:color w:val="FFFFFF"/>
                <w:sz w:val="14"/>
              </w:rPr>
              <w:t>Recovery Priority</w:t>
            </w:r>
          </w:p>
        </w:tc>
      </w:tr>
      <w:tr w:rsidR="00282991" w14:paraId="731C591A"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BB43319"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B192F95"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0433762"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DB04C52"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F6CB596"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87F34E0" w14:textId="77777777" w:rsidR="00282991" w:rsidRDefault="00FE4586">
            <w:pPr>
              <w:spacing w:after="0"/>
            </w:pPr>
            <w:r>
              <w:rPr>
                <w:rFonts w:eastAsia="Arial" w:cs="Arial"/>
                <w:i/>
                <w:color w:val="707070"/>
                <w:sz w:val="20"/>
              </w:rPr>
              <w:t>&lt;Insert&gt;</w:t>
            </w:r>
          </w:p>
        </w:tc>
      </w:tr>
      <w:tr w:rsidR="00282991" w14:paraId="37165595"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1933195"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6E1F3C7"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551DA2E"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02BFC16"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272CEFA"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97B37BE" w14:textId="77777777" w:rsidR="00282991" w:rsidRDefault="00FE4586">
            <w:pPr>
              <w:spacing w:after="0"/>
            </w:pPr>
            <w:r>
              <w:rPr>
                <w:rFonts w:eastAsia="Arial" w:cs="Arial"/>
                <w:i/>
                <w:color w:val="707070"/>
                <w:sz w:val="20"/>
              </w:rPr>
              <w:t>&lt;Insert&gt;</w:t>
            </w:r>
          </w:p>
        </w:tc>
      </w:tr>
      <w:tr w:rsidR="00282991" w14:paraId="479A569D"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EDDFBA2"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50B7321"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34CADCD"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FB47222"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88B41F7"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16E82BD" w14:textId="77777777" w:rsidR="00282991" w:rsidRDefault="00FE4586">
            <w:pPr>
              <w:spacing w:after="0"/>
            </w:pPr>
            <w:r>
              <w:rPr>
                <w:rFonts w:eastAsia="Arial" w:cs="Arial"/>
                <w:i/>
                <w:color w:val="707070"/>
                <w:sz w:val="20"/>
              </w:rPr>
              <w:t>&lt;Insert&gt;</w:t>
            </w:r>
          </w:p>
        </w:tc>
      </w:tr>
      <w:tr w:rsidR="00282991" w14:paraId="7640E234"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6F9A998"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2EBD68E"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C92D11E"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76D22F8"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0E37157"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07FE9FF" w14:textId="77777777" w:rsidR="00282991" w:rsidRDefault="00FE4586">
            <w:pPr>
              <w:spacing w:after="0"/>
            </w:pPr>
            <w:r>
              <w:rPr>
                <w:rFonts w:eastAsia="Arial" w:cs="Arial"/>
                <w:i/>
                <w:color w:val="707070"/>
                <w:sz w:val="20"/>
              </w:rPr>
              <w:t>&lt;Insert&gt;</w:t>
            </w:r>
          </w:p>
        </w:tc>
      </w:tr>
      <w:tr w:rsidR="00282991" w14:paraId="20343C6A"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232EDC9"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6D90C76"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FBFFFE8"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3C9367A"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93BE64D"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9FED4BD" w14:textId="77777777" w:rsidR="00282991" w:rsidRDefault="00FE4586">
            <w:pPr>
              <w:spacing w:after="0"/>
            </w:pPr>
            <w:r>
              <w:rPr>
                <w:rFonts w:eastAsia="Arial" w:cs="Arial"/>
                <w:i/>
                <w:color w:val="707070"/>
                <w:sz w:val="20"/>
              </w:rPr>
              <w:t>&lt;Insert&gt;</w:t>
            </w:r>
          </w:p>
        </w:tc>
      </w:tr>
      <w:tr w:rsidR="00282991" w14:paraId="77EC0EAD"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EFE7B9D"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3D8E5FD"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2FBFE57"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8592ADE"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FCE69A0"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CB71D4E" w14:textId="77777777" w:rsidR="00282991" w:rsidRDefault="00FE4586">
            <w:pPr>
              <w:spacing w:after="0"/>
            </w:pPr>
            <w:r>
              <w:rPr>
                <w:rFonts w:eastAsia="Arial" w:cs="Arial"/>
                <w:i/>
                <w:color w:val="707070"/>
                <w:sz w:val="20"/>
              </w:rPr>
              <w:t>&lt;Insert&gt;</w:t>
            </w:r>
          </w:p>
        </w:tc>
      </w:tr>
      <w:tr w:rsidR="00282991" w14:paraId="4ED8A186"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5FBFEC8"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F6A02EB"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0FEB70E"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6C16B15"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535B3AF"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83B1D1D" w14:textId="77777777" w:rsidR="00282991" w:rsidRDefault="00FE4586">
            <w:pPr>
              <w:spacing w:after="0"/>
            </w:pPr>
            <w:r>
              <w:rPr>
                <w:rFonts w:eastAsia="Arial" w:cs="Arial"/>
                <w:i/>
                <w:color w:val="707070"/>
                <w:sz w:val="20"/>
              </w:rPr>
              <w:t>&lt;Insert&gt;</w:t>
            </w:r>
          </w:p>
        </w:tc>
      </w:tr>
      <w:tr w:rsidR="00282991" w14:paraId="1B6A21D0" w14:textId="77777777">
        <w:trPr>
          <w:cantSplit/>
          <w:jc w:val="center"/>
        </w:trPr>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7B9702A"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010D6F8" w14:textId="77777777" w:rsidR="00282991" w:rsidRDefault="00FE4586">
            <w:pPr>
              <w:spacing w:after="0"/>
            </w:pPr>
            <w:r>
              <w:rPr>
                <w:rFonts w:eastAsia="Arial" w:cs="Arial"/>
                <w:i/>
                <w:color w:val="707070"/>
                <w:sz w:val="20"/>
              </w:rPr>
              <w:t>&lt;Insert&gt;</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113CE86" w14:textId="77777777" w:rsidR="00282991" w:rsidRDefault="00FE4586">
            <w:pPr>
              <w:spacing w:after="0"/>
            </w:pPr>
            <w:r>
              <w:rPr>
                <w:rFonts w:eastAsia="Arial" w:cs="Arial"/>
                <w:i/>
                <w:color w:val="707070"/>
                <w:sz w:val="20"/>
              </w:rPr>
              <w:t>&lt;Insert&gt;</w:t>
            </w:r>
          </w:p>
        </w:tc>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FE6A9C5" w14:textId="77777777" w:rsidR="00282991" w:rsidRDefault="00FE4586">
            <w:pPr>
              <w:spacing w:after="0"/>
            </w:pPr>
            <w:r>
              <w:rPr>
                <w:rFonts w:eastAsia="Arial" w:cs="Arial"/>
                <w:i/>
                <w:color w:val="707070"/>
                <w:sz w:val="20"/>
              </w:rPr>
              <w:t>&lt;Insert&gt;</w:t>
            </w:r>
          </w:p>
        </w:tc>
        <w:tc>
          <w:tcPr>
            <w:tcW w:w="216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F0BC229" w14:textId="77777777" w:rsidR="00282991" w:rsidRDefault="00FE4586">
            <w:pPr>
              <w:spacing w:after="0"/>
            </w:pPr>
            <w:r>
              <w:rPr>
                <w:rFonts w:eastAsia="Arial" w:cs="Arial"/>
                <w:i/>
                <w:color w:val="707070"/>
                <w:sz w:val="20"/>
              </w:rPr>
              <w:t>&lt;Insert&gt;</w:t>
            </w:r>
          </w:p>
        </w:tc>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1245F55" w14:textId="77777777" w:rsidR="00282991" w:rsidRDefault="00FE4586">
            <w:pPr>
              <w:spacing w:after="0"/>
            </w:pPr>
            <w:r>
              <w:rPr>
                <w:rFonts w:eastAsia="Arial" w:cs="Arial"/>
                <w:i/>
                <w:color w:val="707070"/>
                <w:sz w:val="20"/>
              </w:rPr>
              <w:t>&lt;Insert&gt;</w:t>
            </w:r>
          </w:p>
        </w:tc>
      </w:tr>
    </w:tbl>
    <w:p w14:paraId="519FEB9F" w14:textId="77777777" w:rsidR="00282991" w:rsidRDefault="00282991">
      <w:pPr>
        <w:spacing w:after="20"/>
      </w:pPr>
    </w:p>
    <w:p w14:paraId="7F1F2267" w14:textId="77777777" w:rsidR="00282991" w:rsidRDefault="00FE4586">
      <w:pPr>
        <w:pStyle w:val="Heading2"/>
      </w:pPr>
      <w:r>
        <w:rPr>
          <w:rFonts w:ascii="Arial" w:eastAsia="Arial" w:hAnsi="Arial" w:cs="Arial"/>
        </w:rPr>
        <w:t>Continuity Decision Triggers</w:t>
      </w:r>
    </w:p>
    <w:p w14:paraId="6877BBFB" w14:textId="77777777" w:rsidR="00282991" w:rsidRDefault="00FE4586">
      <w:pPr>
        <w:spacing w:after="20"/>
      </w:pPr>
      <w:r>
        <w:rPr>
          <w:rFonts w:eastAsia="Arial" w:cs="Arial"/>
          <w:color w:val="BBBBBB"/>
          <w:sz w:val="16"/>
        </w:rPr>
        <w:t>__________________________________________________________________________________________________</w:t>
      </w:r>
    </w:p>
    <w:p w14:paraId="5473820B" w14:textId="77777777" w:rsidR="00282991" w:rsidRDefault="00FE4586">
      <w:pPr>
        <w:spacing w:after="20"/>
      </w:pPr>
      <w:r>
        <w:rPr>
          <w:rFonts w:eastAsia="Arial" w:cs="Arial"/>
          <w:color w:val="BBBBBB"/>
          <w:sz w:val="16"/>
        </w:rPr>
        <w:t>__________________________________________________________________________________________________</w:t>
      </w:r>
    </w:p>
    <w:p w14:paraId="6E50D57B" w14:textId="77777777" w:rsidR="00282991" w:rsidRDefault="00FE4586">
      <w:pPr>
        <w:spacing w:after="20"/>
      </w:pPr>
      <w:r>
        <w:rPr>
          <w:rFonts w:eastAsia="Arial" w:cs="Arial"/>
          <w:color w:val="BBBBBB"/>
          <w:sz w:val="16"/>
        </w:rPr>
        <w:t>__________________________________________________________________________________________________</w:t>
      </w:r>
    </w:p>
    <w:p w14:paraId="2E1AC8B2" w14:textId="77777777" w:rsidR="00282991" w:rsidRDefault="00FE4586">
      <w:pPr>
        <w:spacing w:after="20"/>
      </w:pPr>
      <w:r>
        <w:rPr>
          <w:rFonts w:eastAsia="Arial" w:cs="Arial"/>
          <w:color w:val="BBBBBB"/>
          <w:sz w:val="16"/>
        </w:rPr>
        <w:t>__________________________________________________________________________________________________</w:t>
      </w:r>
    </w:p>
    <w:p w14:paraId="549215A0" w14:textId="77777777" w:rsidR="00282991" w:rsidRDefault="00FE4586">
      <w:r>
        <w:br w:type="page"/>
      </w:r>
    </w:p>
    <w:p w14:paraId="0354877A" w14:textId="77777777" w:rsidR="00282991" w:rsidRDefault="00FE4586">
      <w:pPr>
        <w:pStyle w:val="Heading1"/>
        <w:pBdr>
          <w:bottom w:val="single" w:sz="10" w:space="2" w:color="E63B07"/>
        </w:pBdr>
      </w:pPr>
      <w:r>
        <w:rPr>
          <w:rFonts w:ascii="Arial" w:eastAsia="Arial" w:hAnsi="Arial" w:cs="Arial"/>
        </w:rPr>
        <w:lastRenderedPageBreak/>
        <w:t>ANNEX C - EMERGENCY MEDICAL ASSISTANCE / EQUIPMENT / DRUGS</w:t>
      </w:r>
    </w:p>
    <w:tbl>
      <w:tblPr>
        <w:tblW w:w="0" w:type="auto"/>
        <w:jc w:val="center"/>
        <w:tblLayout w:type="fixed"/>
        <w:tblLook w:val="04A0" w:firstRow="1" w:lastRow="0" w:firstColumn="1" w:lastColumn="0" w:noHBand="0" w:noVBand="1"/>
      </w:tblPr>
      <w:tblGrid>
        <w:gridCol w:w="4464"/>
        <w:gridCol w:w="6336"/>
      </w:tblGrid>
      <w:tr w:rsidR="00282991" w14:paraId="0C6AF584" w14:textId="77777777">
        <w:trPr>
          <w:cantSplit/>
          <w:tblHeader/>
          <w:jc w:val="center"/>
        </w:trPr>
        <w:tc>
          <w:tcPr>
            <w:tcW w:w="446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CDDF975" w14:textId="77777777" w:rsidR="00282991" w:rsidRDefault="00FE4586">
            <w:pPr>
              <w:spacing w:after="0"/>
            </w:pPr>
            <w:r>
              <w:rPr>
                <w:rFonts w:eastAsia="Arial" w:cs="Arial"/>
                <w:b/>
                <w:color w:val="FFFFFF"/>
                <w:sz w:val="17"/>
              </w:rPr>
              <w:t>Element</w:t>
            </w:r>
          </w:p>
        </w:tc>
        <w:tc>
          <w:tcPr>
            <w:tcW w:w="633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AB7E8CE" w14:textId="77777777" w:rsidR="00282991" w:rsidRDefault="00FE4586">
            <w:pPr>
              <w:spacing w:after="0"/>
            </w:pPr>
            <w:r>
              <w:rPr>
                <w:rFonts w:eastAsia="Arial" w:cs="Arial"/>
                <w:b/>
                <w:color w:val="FFFFFF"/>
                <w:sz w:val="17"/>
              </w:rPr>
              <w:t>Facility Entry / Controlled Policy</w:t>
            </w:r>
          </w:p>
        </w:tc>
      </w:tr>
      <w:tr w:rsidR="00282991" w14:paraId="6BF7B8C4"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E5971C9" w14:textId="77777777" w:rsidR="00282991" w:rsidRDefault="00FE4586">
            <w:pPr>
              <w:spacing w:after="0"/>
            </w:pPr>
            <w:r>
              <w:rPr>
                <w:rFonts w:eastAsia="Arial" w:cs="Arial"/>
                <w:sz w:val="17"/>
              </w:rPr>
              <w:t>EMS / 911 activation criteria</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86F2BFF" w14:textId="77777777" w:rsidR="00282991" w:rsidRDefault="00FE4586">
            <w:pPr>
              <w:spacing w:after="0"/>
            </w:pPr>
            <w:r>
              <w:rPr>
                <w:rFonts w:eastAsia="Arial" w:cs="Arial"/>
                <w:i/>
                <w:color w:val="707070"/>
                <w:sz w:val="20"/>
              </w:rPr>
              <w:t>&lt;Insert&gt;</w:t>
            </w:r>
          </w:p>
        </w:tc>
      </w:tr>
      <w:tr w:rsidR="00282991" w14:paraId="65A591DE"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9781CF5" w14:textId="77777777" w:rsidR="00282991" w:rsidRDefault="00FE4586">
            <w:pPr>
              <w:spacing w:after="0"/>
            </w:pPr>
            <w:r>
              <w:rPr>
                <w:rFonts w:eastAsia="Arial" w:cs="Arial"/>
                <w:sz w:val="17"/>
              </w:rPr>
              <w:t>24/7 dialysis emergency contact</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FFBB042" w14:textId="77777777" w:rsidR="00282991" w:rsidRDefault="00FE4586">
            <w:pPr>
              <w:spacing w:after="0"/>
            </w:pPr>
            <w:r>
              <w:rPr>
                <w:rFonts w:eastAsia="Arial" w:cs="Arial"/>
                <w:i/>
                <w:color w:val="707070"/>
                <w:sz w:val="20"/>
              </w:rPr>
              <w:t>&lt;Insert&gt;</w:t>
            </w:r>
          </w:p>
        </w:tc>
      </w:tr>
      <w:tr w:rsidR="00282991" w14:paraId="03470D0E"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BD9CCD7" w14:textId="77777777" w:rsidR="00282991" w:rsidRDefault="00FE4586">
            <w:pPr>
              <w:spacing w:after="0"/>
            </w:pPr>
            <w:r>
              <w:rPr>
                <w:rFonts w:eastAsia="Arial" w:cs="Arial"/>
                <w:sz w:val="17"/>
              </w:rPr>
              <w:t>Emergency physician / on-call roster</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D9409C2" w14:textId="77777777" w:rsidR="00282991" w:rsidRDefault="00FE4586">
            <w:pPr>
              <w:spacing w:after="0"/>
            </w:pPr>
            <w:r>
              <w:rPr>
                <w:rFonts w:eastAsia="Arial" w:cs="Arial"/>
                <w:i/>
                <w:color w:val="707070"/>
                <w:sz w:val="20"/>
              </w:rPr>
              <w:t>&lt;Insert&gt;</w:t>
            </w:r>
          </w:p>
        </w:tc>
      </w:tr>
      <w:tr w:rsidR="00282991" w14:paraId="3A93EF0C"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7CC80B1" w14:textId="77777777" w:rsidR="00282991" w:rsidRDefault="00FE4586">
            <w:pPr>
              <w:spacing w:after="0"/>
            </w:pPr>
            <w:r>
              <w:rPr>
                <w:rFonts w:eastAsia="Arial" w:cs="Arial"/>
                <w:sz w:val="17"/>
              </w:rPr>
              <w:t>Hospital agreement / emergency coverage</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B71DF64" w14:textId="77777777" w:rsidR="00282991" w:rsidRDefault="00FE4586">
            <w:pPr>
              <w:spacing w:after="0"/>
            </w:pPr>
            <w:r>
              <w:rPr>
                <w:rFonts w:eastAsia="Arial" w:cs="Arial"/>
                <w:i/>
                <w:color w:val="707070"/>
                <w:sz w:val="20"/>
              </w:rPr>
              <w:t>&lt;Insert&gt;</w:t>
            </w:r>
          </w:p>
        </w:tc>
      </w:tr>
      <w:tr w:rsidR="00282991" w14:paraId="42368CA6"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8467287" w14:textId="77777777" w:rsidR="00282991" w:rsidRDefault="00FE4586">
            <w:pPr>
              <w:spacing w:after="0"/>
            </w:pPr>
            <w:r>
              <w:rPr>
                <w:rFonts w:eastAsia="Arial" w:cs="Arial"/>
                <w:sz w:val="17"/>
              </w:rPr>
              <w:t>Oxygen / airway equipment</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1A496B6" w14:textId="77777777" w:rsidR="00282991" w:rsidRDefault="00FE4586">
            <w:pPr>
              <w:spacing w:after="0"/>
            </w:pPr>
            <w:r>
              <w:rPr>
                <w:rFonts w:eastAsia="Arial" w:cs="Arial"/>
                <w:i/>
                <w:color w:val="707070"/>
                <w:sz w:val="20"/>
              </w:rPr>
              <w:t>&lt;Insert&gt;</w:t>
            </w:r>
          </w:p>
        </w:tc>
      </w:tr>
      <w:tr w:rsidR="00282991" w14:paraId="7FB85A8B"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1BE8F8D" w14:textId="77777777" w:rsidR="00282991" w:rsidRDefault="00FE4586">
            <w:pPr>
              <w:spacing w:after="0"/>
            </w:pPr>
            <w:r>
              <w:rPr>
                <w:rFonts w:eastAsia="Arial" w:cs="Arial"/>
                <w:sz w:val="17"/>
              </w:rPr>
              <w:t>Suction</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695E67E" w14:textId="77777777" w:rsidR="00282991" w:rsidRDefault="00FE4586">
            <w:pPr>
              <w:spacing w:after="0"/>
            </w:pPr>
            <w:r>
              <w:rPr>
                <w:rFonts w:eastAsia="Arial" w:cs="Arial"/>
                <w:i/>
                <w:color w:val="707070"/>
                <w:sz w:val="20"/>
              </w:rPr>
              <w:t>&lt;Insert&gt;</w:t>
            </w:r>
          </w:p>
        </w:tc>
      </w:tr>
      <w:tr w:rsidR="00282991" w14:paraId="400F217E"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E76807A" w14:textId="77777777" w:rsidR="00282991" w:rsidRDefault="00FE4586">
            <w:pPr>
              <w:spacing w:after="0"/>
            </w:pPr>
            <w:r>
              <w:rPr>
                <w:rFonts w:eastAsia="Arial" w:cs="Arial"/>
                <w:sz w:val="17"/>
              </w:rPr>
              <w:t>AED / defibrillator</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32BBD70" w14:textId="77777777" w:rsidR="00282991" w:rsidRDefault="00FE4586">
            <w:pPr>
              <w:spacing w:after="0"/>
            </w:pPr>
            <w:r>
              <w:rPr>
                <w:rFonts w:eastAsia="Arial" w:cs="Arial"/>
                <w:i/>
                <w:color w:val="707070"/>
                <w:sz w:val="20"/>
              </w:rPr>
              <w:t>&lt;Insert&gt;</w:t>
            </w:r>
          </w:p>
        </w:tc>
      </w:tr>
      <w:tr w:rsidR="00282991" w14:paraId="66F6E3C8"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F84B445" w14:textId="77777777" w:rsidR="00282991" w:rsidRDefault="00FE4586">
            <w:pPr>
              <w:spacing w:after="0"/>
            </w:pPr>
            <w:r>
              <w:rPr>
                <w:rFonts w:eastAsia="Arial" w:cs="Arial"/>
                <w:sz w:val="17"/>
              </w:rPr>
              <w:t>Artificial resuscitator</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1048F36" w14:textId="77777777" w:rsidR="00282991" w:rsidRDefault="00FE4586">
            <w:pPr>
              <w:spacing w:after="0"/>
            </w:pPr>
            <w:r>
              <w:rPr>
                <w:rFonts w:eastAsia="Arial" w:cs="Arial"/>
                <w:i/>
                <w:color w:val="707070"/>
                <w:sz w:val="20"/>
              </w:rPr>
              <w:t>&lt;Insert&gt;</w:t>
            </w:r>
          </w:p>
        </w:tc>
      </w:tr>
      <w:tr w:rsidR="00282991" w14:paraId="663B480F"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88D4F57" w14:textId="77777777" w:rsidR="00282991" w:rsidRDefault="00FE4586">
            <w:pPr>
              <w:spacing w:after="0"/>
            </w:pPr>
            <w:r>
              <w:rPr>
                <w:rFonts w:eastAsia="Arial" w:cs="Arial"/>
                <w:sz w:val="17"/>
              </w:rPr>
              <w:t>Emergency drugs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02994B8" w14:textId="77777777" w:rsidR="00282991" w:rsidRDefault="00FE4586">
            <w:pPr>
              <w:spacing w:after="0"/>
            </w:pPr>
            <w:r>
              <w:rPr>
                <w:rFonts w:eastAsia="Arial" w:cs="Arial"/>
                <w:i/>
                <w:color w:val="707070"/>
                <w:sz w:val="20"/>
              </w:rPr>
              <w:t>&lt;Insert&gt;</w:t>
            </w:r>
          </w:p>
        </w:tc>
      </w:tr>
      <w:tr w:rsidR="00282991" w14:paraId="6C9CA647"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B4852E6" w14:textId="77777777" w:rsidR="00282991" w:rsidRDefault="00FE4586">
            <w:pPr>
              <w:spacing w:after="0"/>
            </w:pPr>
            <w:r>
              <w:rPr>
                <w:rFonts w:eastAsia="Arial" w:cs="Arial"/>
                <w:sz w:val="17"/>
              </w:rPr>
              <w:t>Nursing staff competency / training</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0A10729" w14:textId="77777777" w:rsidR="00282991" w:rsidRDefault="00FE4586">
            <w:pPr>
              <w:spacing w:after="0"/>
            </w:pPr>
            <w:r>
              <w:rPr>
                <w:rFonts w:eastAsia="Arial" w:cs="Arial"/>
                <w:i/>
                <w:color w:val="707070"/>
                <w:sz w:val="20"/>
              </w:rPr>
              <w:t>&lt;Insert&gt;</w:t>
            </w:r>
          </w:p>
        </w:tc>
      </w:tr>
      <w:tr w:rsidR="00282991" w14:paraId="7F610965"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0A3F1B2" w14:textId="77777777" w:rsidR="00282991" w:rsidRDefault="00FE4586">
            <w:pPr>
              <w:spacing w:after="0"/>
            </w:pPr>
            <w:r>
              <w:rPr>
                <w:rFonts w:eastAsia="Arial" w:cs="Arial"/>
                <w:sz w:val="17"/>
              </w:rPr>
              <w:t>Inspection / maintenance / expiration process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C7C15E7" w14:textId="77777777" w:rsidR="00282991" w:rsidRDefault="00FE4586">
            <w:pPr>
              <w:spacing w:after="0"/>
            </w:pPr>
            <w:r>
              <w:rPr>
                <w:rFonts w:eastAsia="Arial" w:cs="Arial"/>
                <w:i/>
                <w:color w:val="707070"/>
                <w:sz w:val="20"/>
              </w:rPr>
              <w:t>&lt;Insert&gt;</w:t>
            </w:r>
          </w:p>
        </w:tc>
      </w:tr>
    </w:tbl>
    <w:p w14:paraId="48B256A9" w14:textId="77777777" w:rsidR="00282991" w:rsidRDefault="00282991">
      <w:pPr>
        <w:spacing w:after="20"/>
      </w:pPr>
    </w:p>
    <w:p w14:paraId="7CB36BAE" w14:textId="77777777" w:rsidR="00282991" w:rsidRDefault="00FE4586">
      <w:r>
        <w:br w:type="page"/>
      </w:r>
    </w:p>
    <w:p w14:paraId="0A36EDB2" w14:textId="77777777" w:rsidR="00282991" w:rsidRDefault="00FE4586">
      <w:pPr>
        <w:pStyle w:val="Heading1"/>
        <w:pBdr>
          <w:bottom w:val="single" w:sz="10" w:space="2" w:color="E63B07"/>
        </w:pBdr>
      </w:pPr>
      <w:r>
        <w:rPr>
          <w:rFonts w:ascii="Arial" w:eastAsia="Arial" w:hAnsi="Arial" w:cs="Arial"/>
        </w:rPr>
        <w:lastRenderedPageBreak/>
        <w:t>ANNEX D - INFECTION PREVENTION / OUTBREAK / PUBLIC HEALTH COORDINATION</w:t>
      </w:r>
    </w:p>
    <w:tbl>
      <w:tblPr>
        <w:tblW w:w="0" w:type="auto"/>
        <w:jc w:val="center"/>
        <w:tblLayout w:type="fixed"/>
        <w:tblLook w:val="04A0" w:firstRow="1" w:lastRow="0" w:firstColumn="1" w:lastColumn="0" w:noHBand="0" w:noVBand="1"/>
      </w:tblPr>
      <w:tblGrid>
        <w:gridCol w:w="4608"/>
        <w:gridCol w:w="6192"/>
      </w:tblGrid>
      <w:tr w:rsidR="00282991" w14:paraId="6C390B0B" w14:textId="77777777">
        <w:trPr>
          <w:cantSplit/>
          <w:tblHeader/>
          <w:jc w:val="center"/>
        </w:trPr>
        <w:tc>
          <w:tcPr>
            <w:tcW w:w="460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8498653" w14:textId="77777777" w:rsidR="00282991" w:rsidRDefault="00FE4586">
            <w:pPr>
              <w:spacing w:after="0"/>
            </w:pPr>
            <w:r>
              <w:rPr>
                <w:rFonts w:eastAsia="Arial" w:cs="Arial"/>
                <w:b/>
                <w:color w:val="FFFFFF"/>
                <w:sz w:val="17"/>
              </w:rPr>
              <w:t>Planning Element</w:t>
            </w:r>
          </w:p>
        </w:tc>
        <w:tc>
          <w:tcPr>
            <w:tcW w:w="619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7B314FD" w14:textId="77777777" w:rsidR="00282991" w:rsidRDefault="00FE4586">
            <w:pPr>
              <w:spacing w:after="0"/>
            </w:pPr>
            <w:r>
              <w:rPr>
                <w:rFonts w:eastAsia="Arial" w:cs="Arial"/>
                <w:b/>
                <w:color w:val="FFFFFF"/>
                <w:sz w:val="17"/>
              </w:rPr>
              <w:t>Facility Process / Controlled Location</w:t>
            </w:r>
          </w:p>
        </w:tc>
      </w:tr>
      <w:tr w:rsidR="00282991" w14:paraId="75BBEB03"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3699CBB" w14:textId="77777777" w:rsidR="00282991" w:rsidRDefault="00FE4586">
            <w:pPr>
              <w:spacing w:after="0"/>
            </w:pPr>
            <w:r>
              <w:rPr>
                <w:rFonts w:eastAsia="Arial" w:cs="Arial"/>
                <w:sz w:val="17"/>
              </w:rPr>
              <w:t>Detection / screening triggers</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5AE95F6" w14:textId="77777777" w:rsidR="00282991" w:rsidRDefault="00FE4586">
            <w:pPr>
              <w:spacing w:after="0"/>
            </w:pPr>
            <w:r>
              <w:rPr>
                <w:rFonts w:eastAsia="Arial" w:cs="Arial"/>
                <w:i/>
                <w:color w:val="707070"/>
                <w:sz w:val="20"/>
              </w:rPr>
              <w:t>&lt;Insert&gt;</w:t>
            </w:r>
          </w:p>
        </w:tc>
      </w:tr>
      <w:tr w:rsidR="00282991" w14:paraId="4F465F66"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533BA77" w14:textId="77777777" w:rsidR="00282991" w:rsidRDefault="00FE4586">
            <w:pPr>
              <w:spacing w:after="0"/>
            </w:pPr>
            <w:r>
              <w:rPr>
                <w:rFonts w:eastAsia="Arial" w:cs="Arial"/>
                <w:sz w:val="17"/>
              </w:rPr>
              <w:t>Isolation / cohorting / patient flow</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C85421E" w14:textId="77777777" w:rsidR="00282991" w:rsidRDefault="00FE4586">
            <w:pPr>
              <w:spacing w:after="0"/>
            </w:pPr>
            <w:r>
              <w:rPr>
                <w:rFonts w:eastAsia="Arial" w:cs="Arial"/>
                <w:i/>
                <w:color w:val="707070"/>
                <w:sz w:val="20"/>
              </w:rPr>
              <w:t>&lt;Insert&gt;</w:t>
            </w:r>
          </w:p>
        </w:tc>
      </w:tr>
      <w:tr w:rsidR="00282991" w14:paraId="0E587390"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9C6B87A" w14:textId="77777777" w:rsidR="00282991" w:rsidRDefault="00FE4586">
            <w:pPr>
              <w:spacing w:after="0"/>
            </w:pPr>
            <w:r>
              <w:rPr>
                <w:rFonts w:eastAsia="Arial" w:cs="Arial"/>
                <w:sz w:val="17"/>
              </w:rPr>
              <w:t>PPE / respiratory protection</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79FF3CB" w14:textId="77777777" w:rsidR="00282991" w:rsidRDefault="00FE4586">
            <w:pPr>
              <w:spacing w:after="0"/>
            </w:pPr>
            <w:r>
              <w:rPr>
                <w:rFonts w:eastAsia="Arial" w:cs="Arial"/>
                <w:i/>
                <w:color w:val="707070"/>
                <w:sz w:val="20"/>
              </w:rPr>
              <w:t>&lt;Insert&gt;</w:t>
            </w:r>
          </w:p>
        </w:tc>
      </w:tr>
      <w:tr w:rsidR="00282991" w14:paraId="65CE86E1"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256135B" w14:textId="77777777" w:rsidR="00282991" w:rsidRDefault="00FE4586">
            <w:pPr>
              <w:spacing w:after="0"/>
            </w:pPr>
            <w:r>
              <w:rPr>
                <w:rFonts w:eastAsia="Arial" w:cs="Arial"/>
                <w:sz w:val="17"/>
              </w:rPr>
              <w:t>Staff illness / exclusion / return-to-work</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B31852A" w14:textId="77777777" w:rsidR="00282991" w:rsidRDefault="00FE4586">
            <w:pPr>
              <w:spacing w:after="0"/>
            </w:pPr>
            <w:r>
              <w:rPr>
                <w:rFonts w:eastAsia="Arial" w:cs="Arial"/>
                <w:i/>
                <w:color w:val="707070"/>
                <w:sz w:val="20"/>
              </w:rPr>
              <w:t>&lt;Insert&gt;</w:t>
            </w:r>
          </w:p>
        </w:tc>
      </w:tr>
      <w:tr w:rsidR="00282991" w14:paraId="7320A965"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F1951DC" w14:textId="77777777" w:rsidR="00282991" w:rsidRDefault="00FE4586">
            <w:pPr>
              <w:spacing w:after="0"/>
            </w:pPr>
            <w:r>
              <w:rPr>
                <w:rFonts w:eastAsia="Arial" w:cs="Arial"/>
                <w:sz w:val="17"/>
              </w:rPr>
              <w:t>Dialysis treatment continuity during outbreak</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96642E2" w14:textId="77777777" w:rsidR="00282991" w:rsidRDefault="00FE4586">
            <w:pPr>
              <w:spacing w:after="0"/>
            </w:pPr>
            <w:r>
              <w:rPr>
                <w:rFonts w:eastAsia="Arial" w:cs="Arial"/>
                <w:i/>
                <w:color w:val="707070"/>
                <w:sz w:val="20"/>
              </w:rPr>
              <w:t>&lt;Insert&gt;</w:t>
            </w:r>
          </w:p>
        </w:tc>
      </w:tr>
      <w:tr w:rsidR="00282991" w14:paraId="1E7C4632"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70F8AF7" w14:textId="77777777" w:rsidR="00282991" w:rsidRDefault="00FE4586">
            <w:pPr>
              <w:spacing w:after="0"/>
            </w:pPr>
            <w:r>
              <w:rPr>
                <w:rFonts w:eastAsia="Arial" w:cs="Arial"/>
                <w:sz w:val="17"/>
              </w:rPr>
              <w:t>Testing / specimen / laboratory coordination</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A530890" w14:textId="77777777" w:rsidR="00282991" w:rsidRDefault="00FE4586">
            <w:pPr>
              <w:spacing w:after="0"/>
            </w:pPr>
            <w:r>
              <w:rPr>
                <w:rFonts w:eastAsia="Arial" w:cs="Arial"/>
                <w:i/>
                <w:color w:val="707070"/>
                <w:sz w:val="20"/>
              </w:rPr>
              <w:t>&lt;Insert&gt;</w:t>
            </w:r>
          </w:p>
        </w:tc>
      </w:tr>
      <w:tr w:rsidR="00282991" w14:paraId="298FA72D"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09DA363" w14:textId="77777777" w:rsidR="00282991" w:rsidRDefault="00FE4586">
            <w:pPr>
              <w:spacing w:after="0"/>
            </w:pPr>
            <w:r>
              <w:rPr>
                <w:rFonts w:eastAsia="Arial" w:cs="Arial"/>
                <w:sz w:val="17"/>
              </w:rPr>
              <w:t>Maine CDC reporting / consultation</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A91E1C8" w14:textId="77777777" w:rsidR="00282991" w:rsidRDefault="00FE4586">
            <w:pPr>
              <w:spacing w:after="0"/>
            </w:pPr>
            <w:r>
              <w:rPr>
                <w:rFonts w:eastAsia="Arial" w:cs="Arial"/>
                <w:i/>
                <w:color w:val="707070"/>
                <w:sz w:val="20"/>
              </w:rPr>
              <w:t>&lt;Insert&gt;</w:t>
            </w:r>
          </w:p>
        </w:tc>
      </w:tr>
      <w:tr w:rsidR="00282991" w14:paraId="19F64128"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70D23F2" w14:textId="77777777" w:rsidR="00282991" w:rsidRDefault="00FE4586">
            <w:pPr>
              <w:spacing w:after="0"/>
            </w:pPr>
            <w:r>
              <w:rPr>
                <w:rFonts w:eastAsia="Arial" w:cs="Arial"/>
                <w:sz w:val="17"/>
              </w:rPr>
              <w:t>Patient/staff communications</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E28B00A" w14:textId="77777777" w:rsidR="00282991" w:rsidRDefault="00FE4586">
            <w:pPr>
              <w:spacing w:after="0"/>
            </w:pPr>
            <w:r>
              <w:rPr>
                <w:rFonts w:eastAsia="Arial" w:cs="Arial"/>
                <w:i/>
                <w:color w:val="707070"/>
                <w:sz w:val="20"/>
              </w:rPr>
              <w:t>&lt;Insert&gt;</w:t>
            </w:r>
          </w:p>
        </w:tc>
      </w:tr>
      <w:tr w:rsidR="00282991" w14:paraId="0E076C76"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72E66FD" w14:textId="77777777" w:rsidR="00282991" w:rsidRDefault="00FE4586">
            <w:pPr>
              <w:spacing w:after="0"/>
            </w:pPr>
            <w:r>
              <w:rPr>
                <w:rFonts w:eastAsia="Arial" w:cs="Arial"/>
                <w:sz w:val="17"/>
              </w:rPr>
              <w:t>Supply continuity</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A31A803" w14:textId="77777777" w:rsidR="00282991" w:rsidRDefault="00FE4586">
            <w:pPr>
              <w:spacing w:after="0"/>
            </w:pPr>
            <w:r>
              <w:rPr>
                <w:rFonts w:eastAsia="Arial" w:cs="Arial"/>
                <w:i/>
                <w:color w:val="707070"/>
                <w:sz w:val="20"/>
              </w:rPr>
              <w:t>&lt;Insert&gt;</w:t>
            </w:r>
          </w:p>
        </w:tc>
      </w:tr>
      <w:tr w:rsidR="00282991" w14:paraId="0A7033EC"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DD89786" w14:textId="77777777" w:rsidR="00282991" w:rsidRDefault="00FE4586">
            <w:pPr>
              <w:spacing w:after="0"/>
            </w:pPr>
            <w:r>
              <w:rPr>
                <w:rFonts w:eastAsia="Arial" w:cs="Arial"/>
                <w:sz w:val="17"/>
              </w:rPr>
              <w:t>Recovery / return to normal</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939D36A" w14:textId="77777777" w:rsidR="00282991" w:rsidRDefault="00FE4586">
            <w:pPr>
              <w:spacing w:after="0"/>
            </w:pPr>
            <w:r>
              <w:rPr>
                <w:rFonts w:eastAsia="Arial" w:cs="Arial"/>
                <w:i/>
                <w:color w:val="707070"/>
                <w:sz w:val="20"/>
              </w:rPr>
              <w:t>&lt;Insert&gt;</w:t>
            </w:r>
          </w:p>
        </w:tc>
      </w:tr>
    </w:tbl>
    <w:p w14:paraId="0D8490DF" w14:textId="77777777" w:rsidR="00282991" w:rsidRDefault="00282991">
      <w:pPr>
        <w:spacing w:after="20"/>
      </w:pPr>
    </w:p>
    <w:p w14:paraId="31B66DF7" w14:textId="77777777" w:rsidR="00282991" w:rsidRDefault="00FE4586">
      <w:r>
        <w:br w:type="page"/>
      </w:r>
    </w:p>
    <w:p w14:paraId="3EA563FD" w14:textId="77777777" w:rsidR="00282991" w:rsidRDefault="00FE4586">
      <w:pPr>
        <w:pStyle w:val="Heading1"/>
        <w:pBdr>
          <w:bottom w:val="single" w:sz="10" w:space="2" w:color="E63B07"/>
        </w:pBdr>
      </w:pPr>
      <w:r>
        <w:rPr>
          <w:rFonts w:ascii="Arial" w:eastAsia="Arial" w:hAnsi="Arial" w:cs="Arial"/>
        </w:rPr>
        <w:lastRenderedPageBreak/>
        <w:t>ANNEX E - PATIENT CONTINUITY / ALTERNATE DIALYSIS / TRANSPORTATION</w:t>
      </w:r>
    </w:p>
    <w:tbl>
      <w:tblPr>
        <w:tblW w:w="0" w:type="auto"/>
        <w:jc w:val="center"/>
        <w:tblLayout w:type="fixed"/>
        <w:tblLook w:val="04A0" w:firstRow="1" w:lastRow="0" w:firstColumn="1" w:lastColumn="0" w:noHBand="0" w:noVBand="1"/>
      </w:tblPr>
      <w:tblGrid>
        <w:gridCol w:w="4320"/>
        <w:gridCol w:w="6480"/>
      </w:tblGrid>
      <w:tr w:rsidR="00282991" w14:paraId="3472EA2B" w14:textId="77777777">
        <w:trPr>
          <w:cantSplit/>
          <w:tblHeader/>
          <w:jc w:val="center"/>
        </w:trPr>
        <w:tc>
          <w:tcPr>
            <w:tcW w:w="432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9F9B0C8" w14:textId="77777777" w:rsidR="00282991" w:rsidRDefault="00FE4586">
            <w:pPr>
              <w:spacing w:after="0"/>
            </w:pPr>
            <w:r>
              <w:rPr>
                <w:rFonts w:eastAsia="Arial" w:cs="Arial"/>
                <w:b/>
                <w:color w:val="FFFFFF"/>
                <w:sz w:val="17"/>
              </w:rPr>
              <w:t>Scenario</w:t>
            </w:r>
          </w:p>
        </w:tc>
        <w:tc>
          <w:tcPr>
            <w:tcW w:w="648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AFFDAA0" w14:textId="77777777" w:rsidR="00282991" w:rsidRDefault="00FE4586">
            <w:pPr>
              <w:spacing w:after="0"/>
            </w:pPr>
            <w:r>
              <w:rPr>
                <w:rFonts w:eastAsia="Arial" w:cs="Arial"/>
                <w:b/>
                <w:color w:val="FFFFFF"/>
                <w:sz w:val="17"/>
              </w:rPr>
              <w:t>Process / Partner / Communication</w:t>
            </w:r>
          </w:p>
        </w:tc>
      </w:tr>
      <w:tr w:rsidR="00282991" w14:paraId="70121632"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78E3662" w14:textId="77777777" w:rsidR="00282991" w:rsidRDefault="00FE4586">
            <w:pPr>
              <w:spacing w:after="0"/>
            </w:pPr>
            <w:r>
              <w:rPr>
                <w:rFonts w:eastAsia="Arial" w:cs="Arial"/>
                <w:sz w:val="17"/>
              </w:rPr>
              <w:t>Temporary facility closure</w:t>
            </w:r>
          </w:p>
        </w:tc>
        <w:tc>
          <w:tcPr>
            <w:tcW w:w="64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5C9215F" w14:textId="77777777" w:rsidR="00282991" w:rsidRDefault="00FE4586">
            <w:pPr>
              <w:spacing w:after="0"/>
            </w:pPr>
            <w:r>
              <w:rPr>
                <w:rFonts w:eastAsia="Arial" w:cs="Arial"/>
                <w:i/>
                <w:color w:val="707070"/>
                <w:sz w:val="20"/>
              </w:rPr>
              <w:t>&lt;Insert&gt;</w:t>
            </w:r>
          </w:p>
        </w:tc>
      </w:tr>
      <w:tr w:rsidR="00282991" w14:paraId="4E27D410"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0EA7075" w14:textId="77777777" w:rsidR="00282991" w:rsidRDefault="00FE4586">
            <w:pPr>
              <w:spacing w:after="0"/>
            </w:pPr>
            <w:r>
              <w:rPr>
                <w:rFonts w:eastAsia="Arial" w:cs="Arial"/>
                <w:sz w:val="17"/>
              </w:rPr>
              <w:t>Water-treatment shutdown</w:t>
            </w:r>
          </w:p>
        </w:tc>
        <w:tc>
          <w:tcPr>
            <w:tcW w:w="64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CE8E862" w14:textId="77777777" w:rsidR="00282991" w:rsidRDefault="00FE4586">
            <w:pPr>
              <w:spacing w:after="0"/>
            </w:pPr>
            <w:r>
              <w:rPr>
                <w:rFonts w:eastAsia="Arial" w:cs="Arial"/>
                <w:i/>
                <w:color w:val="707070"/>
                <w:sz w:val="20"/>
              </w:rPr>
              <w:t>&lt;Insert&gt;</w:t>
            </w:r>
          </w:p>
        </w:tc>
      </w:tr>
      <w:tr w:rsidR="00282991" w14:paraId="403BDB2D"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8FF54A8" w14:textId="77777777" w:rsidR="00282991" w:rsidRDefault="00FE4586">
            <w:pPr>
              <w:spacing w:after="0"/>
            </w:pPr>
            <w:r>
              <w:rPr>
                <w:rFonts w:eastAsia="Arial" w:cs="Arial"/>
                <w:sz w:val="17"/>
              </w:rPr>
              <w:t>Power / generator limitation</w:t>
            </w:r>
          </w:p>
        </w:tc>
        <w:tc>
          <w:tcPr>
            <w:tcW w:w="64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65FB1FC" w14:textId="77777777" w:rsidR="00282991" w:rsidRDefault="00FE4586">
            <w:pPr>
              <w:spacing w:after="0"/>
            </w:pPr>
            <w:r>
              <w:rPr>
                <w:rFonts w:eastAsia="Arial" w:cs="Arial"/>
                <w:i/>
                <w:color w:val="707070"/>
                <w:sz w:val="20"/>
              </w:rPr>
              <w:t>&lt;Insert&gt;</w:t>
            </w:r>
          </w:p>
        </w:tc>
      </w:tr>
      <w:tr w:rsidR="00282991" w14:paraId="1C8B8E60"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35423E4" w14:textId="77777777" w:rsidR="00282991" w:rsidRDefault="00FE4586">
            <w:pPr>
              <w:spacing w:after="0"/>
            </w:pPr>
            <w:r>
              <w:rPr>
                <w:rFonts w:eastAsia="Arial" w:cs="Arial"/>
                <w:sz w:val="17"/>
              </w:rPr>
              <w:t>Loss of dialysis equipment capacity</w:t>
            </w:r>
          </w:p>
        </w:tc>
        <w:tc>
          <w:tcPr>
            <w:tcW w:w="64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DF1B3CC" w14:textId="77777777" w:rsidR="00282991" w:rsidRDefault="00FE4586">
            <w:pPr>
              <w:spacing w:after="0"/>
            </w:pPr>
            <w:r>
              <w:rPr>
                <w:rFonts w:eastAsia="Arial" w:cs="Arial"/>
                <w:i/>
                <w:color w:val="707070"/>
                <w:sz w:val="20"/>
              </w:rPr>
              <w:t>&lt;Insert&gt;</w:t>
            </w:r>
          </w:p>
        </w:tc>
      </w:tr>
      <w:tr w:rsidR="00282991" w14:paraId="3017FC8F"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0E1B69E" w14:textId="77777777" w:rsidR="00282991" w:rsidRDefault="00FE4586">
            <w:pPr>
              <w:spacing w:after="0"/>
            </w:pPr>
            <w:r>
              <w:rPr>
                <w:rFonts w:eastAsia="Arial" w:cs="Arial"/>
                <w:sz w:val="17"/>
              </w:rPr>
              <w:t>Alternate dialysis placement</w:t>
            </w:r>
          </w:p>
        </w:tc>
        <w:tc>
          <w:tcPr>
            <w:tcW w:w="64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E2798A6" w14:textId="77777777" w:rsidR="00282991" w:rsidRDefault="00FE4586">
            <w:pPr>
              <w:spacing w:after="0"/>
            </w:pPr>
            <w:r>
              <w:rPr>
                <w:rFonts w:eastAsia="Arial" w:cs="Arial"/>
                <w:i/>
                <w:color w:val="707070"/>
                <w:sz w:val="20"/>
              </w:rPr>
              <w:t>&lt;Insert&gt;</w:t>
            </w:r>
          </w:p>
        </w:tc>
      </w:tr>
      <w:tr w:rsidR="00282991" w14:paraId="16C06A83"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340D524" w14:textId="77777777" w:rsidR="00282991" w:rsidRDefault="00FE4586">
            <w:pPr>
              <w:spacing w:after="0"/>
            </w:pPr>
            <w:r>
              <w:rPr>
                <w:rFonts w:eastAsia="Arial" w:cs="Arial"/>
                <w:sz w:val="17"/>
              </w:rPr>
              <w:t>Hospital transfer / emergency dialysis</w:t>
            </w:r>
          </w:p>
        </w:tc>
        <w:tc>
          <w:tcPr>
            <w:tcW w:w="64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93D7BBB" w14:textId="77777777" w:rsidR="00282991" w:rsidRDefault="00FE4586">
            <w:pPr>
              <w:spacing w:after="0"/>
            </w:pPr>
            <w:r>
              <w:rPr>
                <w:rFonts w:eastAsia="Arial" w:cs="Arial"/>
                <w:i/>
                <w:color w:val="707070"/>
                <w:sz w:val="20"/>
              </w:rPr>
              <w:t>&lt;Insert&gt;</w:t>
            </w:r>
          </w:p>
        </w:tc>
      </w:tr>
      <w:tr w:rsidR="00282991" w14:paraId="70651367"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EC2D231" w14:textId="77777777" w:rsidR="00282991" w:rsidRDefault="00FE4586">
            <w:pPr>
              <w:spacing w:after="0"/>
            </w:pPr>
            <w:r>
              <w:rPr>
                <w:rFonts w:eastAsia="Arial" w:cs="Arial"/>
                <w:sz w:val="17"/>
              </w:rPr>
              <w:t>Transportation disruption</w:t>
            </w:r>
          </w:p>
        </w:tc>
        <w:tc>
          <w:tcPr>
            <w:tcW w:w="64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306A141" w14:textId="77777777" w:rsidR="00282991" w:rsidRDefault="00FE4586">
            <w:pPr>
              <w:spacing w:after="0"/>
            </w:pPr>
            <w:r>
              <w:rPr>
                <w:rFonts w:eastAsia="Arial" w:cs="Arial"/>
                <w:i/>
                <w:color w:val="707070"/>
                <w:sz w:val="20"/>
              </w:rPr>
              <w:t>&lt;Insert&gt;</w:t>
            </w:r>
          </w:p>
        </w:tc>
      </w:tr>
      <w:tr w:rsidR="00282991" w14:paraId="1D90DF1B"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0A6399F" w14:textId="77777777" w:rsidR="00282991" w:rsidRDefault="00FE4586">
            <w:pPr>
              <w:spacing w:after="0"/>
            </w:pPr>
            <w:r>
              <w:rPr>
                <w:rFonts w:eastAsia="Arial" w:cs="Arial"/>
                <w:sz w:val="17"/>
              </w:rPr>
              <w:t>Altered treatment schedules</w:t>
            </w:r>
          </w:p>
        </w:tc>
        <w:tc>
          <w:tcPr>
            <w:tcW w:w="64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3FD757C" w14:textId="77777777" w:rsidR="00282991" w:rsidRDefault="00FE4586">
            <w:pPr>
              <w:spacing w:after="0"/>
            </w:pPr>
            <w:r>
              <w:rPr>
                <w:rFonts w:eastAsia="Arial" w:cs="Arial"/>
                <w:i/>
                <w:color w:val="707070"/>
                <w:sz w:val="20"/>
              </w:rPr>
              <w:t>&lt;Insert&gt;</w:t>
            </w:r>
          </w:p>
        </w:tc>
      </w:tr>
      <w:tr w:rsidR="00282991" w14:paraId="1EBE159E"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9CBC61B" w14:textId="77777777" w:rsidR="00282991" w:rsidRDefault="00FE4586">
            <w:pPr>
              <w:spacing w:after="0"/>
            </w:pPr>
            <w:r>
              <w:rPr>
                <w:rFonts w:eastAsia="Arial" w:cs="Arial"/>
                <w:sz w:val="17"/>
              </w:rPr>
              <w:t>Home dialysis backup</w:t>
            </w:r>
          </w:p>
        </w:tc>
        <w:tc>
          <w:tcPr>
            <w:tcW w:w="64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97BD598" w14:textId="77777777" w:rsidR="00282991" w:rsidRDefault="00FE4586">
            <w:pPr>
              <w:spacing w:after="0"/>
            </w:pPr>
            <w:r>
              <w:rPr>
                <w:rFonts w:eastAsia="Arial" w:cs="Arial"/>
                <w:i/>
                <w:color w:val="707070"/>
                <w:sz w:val="20"/>
              </w:rPr>
              <w:t>&lt;Insert if applicable&gt;</w:t>
            </w:r>
          </w:p>
        </w:tc>
      </w:tr>
      <w:tr w:rsidR="00282991" w14:paraId="24A9C2F8"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D50095D" w14:textId="77777777" w:rsidR="00282991" w:rsidRDefault="00FE4586">
            <w:pPr>
              <w:spacing w:after="0"/>
            </w:pPr>
            <w:r>
              <w:rPr>
                <w:rFonts w:eastAsia="Arial" w:cs="Arial"/>
                <w:sz w:val="17"/>
              </w:rPr>
              <w:t>Patient notification / follow-up</w:t>
            </w:r>
          </w:p>
        </w:tc>
        <w:tc>
          <w:tcPr>
            <w:tcW w:w="64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284331E" w14:textId="77777777" w:rsidR="00282991" w:rsidRDefault="00FE4586">
            <w:pPr>
              <w:spacing w:after="0"/>
            </w:pPr>
            <w:r>
              <w:rPr>
                <w:rFonts w:eastAsia="Arial" w:cs="Arial"/>
                <w:i/>
                <w:color w:val="707070"/>
                <w:sz w:val="20"/>
              </w:rPr>
              <w:t>&lt;Insert&gt;</w:t>
            </w:r>
          </w:p>
        </w:tc>
      </w:tr>
    </w:tbl>
    <w:p w14:paraId="1FA958FF" w14:textId="77777777" w:rsidR="00282991" w:rsidRDefault="00282991">
      <w:pPr>
        <w:spacing w:after="20"/>
      </w:pPr>
    </w:p>
    <w:p w14:paraId="3EC80242" w14:textId="77777777" w:rsidR="00282991" w:rsidRDefault="00FE4586">
      <w:r>
        <w:br w:type="page"/>
      </w:r>
    </w:p>
    <w:p w14:paraId="1A0B6CBB" w14:textId="77777777" w:rsidR="00282991" w:rsidRDefault="00FE4586">
      <w:pPr>
        <w:pStyle w:val="Heading1"/>
        <w:pBdr>
          <w:bottom w:val="single" w:sz="10" w:space="2" w:color="E63B07"/>
        </w:pBdr>
      </w:pPr>
      <w:r>
        <w:rPr>
          <w:rFonts w:ascii="Arial" w:eastAsia="Arial" w:hAnsi="Arial" w:cs="Arial"/>
        </w:rPr>
        <w:lastRenderedPageBreak/>
        <w:t>ANNEX F - WATER / DIALYSATE INTERRUPTION &amp; RESTORATION</w:t>
      </w:r>
    </w:p>
    <w:tbl>
      <w:tblPr>
        <w:tblW w:w="0" w:type="auto"/>
        <w:jc w:val="center"/>
        <w:tblLayout w:type="fixed"/>
        <w:tblLook w:val="04A0" w:firstRow="1" w:lastRow="0" w:firstColumn="1" w:lastColumn="0" w:noHBand="0" w:noVBand="1"/>
      </w:tblPr>
      <w:tblGrid>
        <w:gridCol w:w="4608"/>
        <w:gridCol w:w="6192"/>
      </w:tblGrid>
      <w:tr w:rsidR="00282991" w14:paraId="73267CAC" w14:textId="77777777">
        <w:trPr>
          <w:cantSplit/>
          <w:tblHeader/>
          <w:jc w:val="center"/>
        </w:trPr>
        <w:tc>
          <w:tcPr>
            <w:tcW w:w="460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356F1BD" w14:textId="77777777" w:rsidR="00282991" w:rsidRDefault="00FE4586">
            <w:pPr>
              <w:spacing w:after="0"/>
            </w:pPr>
            <w:r>
              <w:rPr>
                <w:rFonts w:eastAsia="Arial" w:cs="Arial"/>
                <w:b/>
                <w:color w:val="FFFFFF"/>
                <w:sz w:val="17"/>
              </w:rPr>
              <w:t>Element</w:t>
            </w:r>
          </w:p>
        </w:tc>
        <w:tc>
          <w:tcPr>
            <w:tcW w:w="619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984B526" w14:textId="77777777" w:rsidR="00282991" w:rsidRDefault="00FE4586">
            <w:pPr>
              <w:spacing w:after="0"/>
            </w:pPr>
            <w:r>
              <w:rPr>
                <w:rFonts w:eastAsia="Arial" w:cs="Arial"/>
                <w:b/>
                <w:color w:val="FFFFFF"/>
                <w:sz w:val="17"/>
              </w:rPr>
              <w:t>Facility Process / Decision Threshold</w:t>
            </w:r>
          </w:p>
        </w:tc>
      </w:tr>
      <w:tr w:rsidR="00282991" w14:paraId="2BE454AB"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689B4B8" w14:textId="77777777" w:rsidR="00282991" w:rsidRDefault="00FE4586">
            <w:pPr>
              <w:spacing w:after="0"/>
            </w:pPr>
            <w:r>
              <w:rPr>
                <w:rFonts w:eastAsia="Arial" w:cs="Arial"/>
                <w:sz w:val="17"/>
              </w:rPr>
              <w:t>Water utility interruption</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BE6AF6B" w14:textId="77777777" w:rsidR="00282991" w:rsidRDefault="00FE4586">
            <w:pPr>
              <w:spacing w:after="0"/>
            </w:pPr>
            <w:r>
              <w:rPr>
                <w:rFonts w:eastAsia="Arial" w:cs="Arial"/>
                <w:i/>
                <w:color w:val="707070"/>
                <w:sz w:val="20"/>
              </w:rPr>
              <w:t>&lt;Insert&gt;</w:t>
            </w:r>
          </w:p>
        </w:tc>
      </w:tr>
      <w:tr w:rsidR="00282991" w14:paraId="0C258EBD"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190F1D2" w14:textId="77777777" w:rsidR="00282991" w:rsidRDefault="00FE4586">
            <w:pPr>
              <w:spacing w:after="0"/>
            </w:pPr>
            <w:r>
              <w:rPr>
                <w:rFonts w:eastAsia="Arial" w:cs="Arial"/>
                <w:sz w:val="17"/>
              </w:rPr>
              <w:t>Well failure / source issue</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099ECFD" w14:textId="77777777" w:rsidR="00282991" w:rsidRDefault="00FE4586">
            <w:pPr>
              <w:spacing w:after="0"/>
            </w:pPr>
            <w:r>
              <w:rPr>
                <w:rFonts w:eastAsia="Arial" w:cs="Arial"/>
                <w:i/>
                <w:color w:val="707070"/>
                <w:sz w:val="20"/>
              </w:rPr>
              <w:t>&lt;Insert&gt;</w:t>
            </w:r>
          </w:p>
        </w:tc>
      </w:tr>
      <w:tr w:rsidR="00282991" w14:paraId="3D9562E7"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7E1A08F" w14:textId="77777777" w:rsidR="00282991" w:rsidRDefault="00FE4586">
            <w:pPr>
              <w:spacing w:after="0"/>
            </w:pPr>
            <w:r>
              <w:rPr>
                <w:rFonts w:eastAsia="Arial" w:cs="Arial"/>
                <w:sz w:val="17"/>
              </w:rPr>
              <w:t>RO/DI / water-treatment equipment failure</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5D954C2" w14:textId="77777777" w:rsidR="00282991" w:rsidRDefault="00FE4586">
            <w:pPr>
              <w:spacing w:after="0"/>
            </w:pPr>
            <w:r>
              <w:rPr>
                <w:rFonts w:eastAsia="Arial" w:cs="Arial"/>
                <w:i/>
                <w:color w:val="707070"/>
                <w:sz w:val="20"/>
              </w:rPr>
              <w:t>&lt;Insert&gt;</w:t>
            </w:r>
          </w:p>
        </w:tc>
      </w:tr>
      <w:tr w:rsidR="00282991" w14:paraId="5A3EA0E3"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7001C40" w14:textId="77777777" w:rsidR="00282991" w:rsidRDefault="00FE4586">
            <w:pPr>
              <w:spacing w:after="0"/>
            </w:pPr>
            <w:r>
              <w:rPr>
                <w:rFonts w:eastAsia="Arial" w:cs="Arial"/>
                <w:sz w:val="17"/>
              </w:rPr>
              <w:t>Water contamination concern</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A487F0B" w14:textId="77777777" w:rsidR="00282991" w:rsidRDefault="00FE4586">
            <w:pPr>
              <w:spacing w:after="0"/>
            </w:pPr>
            <w:r>
              <w:rPr>
                <w:rFonts w:eastAsia="Arial" w:cs="Arial"/>
                <w:i/>
                <w:color w:val="707070"/>
                <w:sz w:val="20"/>
              </w:rPr>
              <w:t>&lt;Insert&gt;</w:t>
            </w:r>
          </w:p>
        </w:tc>
      </w:tr>
      <w:tr w:rsidR="00282991" w14:paraId="713F7481"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FAF00C7" w14:textId="77777777" w:rsidR="00282991" w:rsidRDefault="00FE4586">
            <w:pPr>
              <w:spacing w:after="0"/>
            </w:pPr>
            <w:r>
              <w:rPr>
                <w:rFonts w:eastAsia="Arial" w:cs="Arial"/>
                <w:sz w:val="17"/>
              </w:rPr>
              <w:t>Monitoring / alarm failure</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7BDA3BD" w14:textId="77777777" w:rsidR="00282991" w:rsidRDefault="00FE4586">
            <w:pPr>
              <w:spacing w:after="0"/>
            </w:pPr>
            <w:r>
              <w:rPr>
                <w:rFonts w:eastAsia="Arial" w:cs="Arial"/>
                <w:i/>
                <w:color w:val="707070"/>
                <w:sz w:val="20"/>
              </w:rPr>
              <w:t>&lt;Insert&gt;</w:t>
            </w:r>
          </w:p>
        </w:tc>
      </w:tr>
      <w:tr w:rsidR="00282991" w14:paraId="01542B01"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A6579D1" w14:textId="77777777" w:rsidR="00282991" w:rsidRDefault="00FE4586">
            <w:pPr>
              <w:spacing w:after="0"/>
            </w:pPr>
            <w:r>
              <w:rPr>
                <w:rFonts w:eastAsia="Arial" w:cs="Arial"/>
                <w:sz w:val="17"/>
              </w:rPr>
              <w:t>Alternate water source / supplier</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1FF11A2" w14:textId="77777777" w:rsidR="00282991" w:rsidRDefault="00FE4586">
            <w:pPr>
              <w:spacing w:after="0"/>
            </w:pPr>
            <w:r>
              <w:rPr>
                <w:rFonts w:eastAsia="Arial" w:cs="Arial"/>
                <w:i/>
                <w:color w:val="707070"/>
                <w:sz w:val="20"/>
              </w:rPr>
              <w:t>&lt;Insert&gt;</w:t>
            </w:r>
          </w:p>
        </w:tc>
      </w:tr>
      <w:tr w:rsidR="00282991" w14:paraId="176305AE"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5026CDA" w14:textId="77777777" w:rsidR="00282991" w:rsidRDefault="00FE4586">
            <w:pPr>
              <w:spacing w:after="0"/>
            </w:pPr>
            <w:r>
              <w:rPr>
                <w:rFonts w:eastAsia="Arial" w:cs="Arial"/>
                <w:sz w:val="17"/>
              </w:rPr>
              <w:t>Conservation / reduced treatment operations</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916B679" w14:textId="77777777" w:rsidR="00282991" w:rsidRDefault="00FE4586">
            <w:pPr>
              <w:spacing w:after="0"/>
            </w:pPr>
            <w:r>
              <w:rPr>
                <w:rFonts w:eastAsia="Arial" w:cs="Arial"/>
                <w:i/>
                <w:color w:val="707070"/>
                <w:sz w:val="20"/>
              </w:rPr>
              <w:t>&lt;Insert&gt;</w:t>
            </w:r>
          </w:p>
        </w:tc>
      </w:tr>
      <w:tr w:rsidR="00282991" w14:paraId="54DDFE2E"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CDDAB81" w14:textId="77777777" w:rsidR="00282991" w:rsidRDefault="00FE4586">
            <w:pPr>
              <w:spacing w:after="0"/>
            </w:pPr>
            <w:r>
              <w:rPr>
                <w:rFonts w:eastAsia="Arial" w:cs="Arial"/>
                <w:sz w:val="17"/>
              </w:rPr>
              <w:t>Shutdown / transfer criteria</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F095A66" w14:textId="77777777" w:rsidR="00282991" w:rsidRDefault="00FE4586">
            <w:pPr>
              <w:spacing w:after="0"/>
            </w:pPr>
            <w:r>
              <w:rPr>
                <w:rFonts w:eastAsia="Arial" w:cs="Arial"/>
                <w:i/>
                <w:color w:val="707070"/>
                <w:sz w:val="20"/>
              </w:rPr>
              <w:t>&lt;Insert&gt;</w:t>
            </w:r>
          </w:p>
        </w:tc>
      </w:tr>
      <w:tr w:rsidR="00282991" w14:paraId="7761BF93"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36CFFC1" w14:textId="77777777" w:rsidR="00282991" w:rsidRDefault="00FE4586">
            <w:pPr>
              <w:spacing w:after="0"/>
            </w:pPr>
            <w:r>
              <w:rPr>
                <w:rFonts w:eastAsia="Arial" w:cs="Arial"/>
                <w:sz w:val="17"/>
              </w:rPr>
              <w:t>Patient/staff communication</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79C6F2B" w14:textId="77777777" w:rsidR="00282991" w:rsidRDefault="00FE4586">
            <w:pPr>
              <w:spacing w:after="0"/>
            </w:pPr>
            <w:r>
              <w:rPr>
                <w:rFonts w:eastAsia="Arial" w:cs="Arial"/>
                <w:i/>
                <w:color w:val="707070"/>
                <w:sz w:val="20"/>
              </w:rPr>
              <w:t>&lt;Insert&gt;</w:t>
            </w:r>
          </w:p>
        </w:tc>
      </w:tr>
      <w:tr w:rsidR="00282991" w14:paraId="43E5FD9A"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BFF6D60" w14:textId="77777777" w:rsidR="00282991" w:rsidRDefault="00FE4586">
            <w:pPr>
              <w:spacing w:after="0"/>
            </w:pPr>
            <w:r>
              <w:rPr>
                <w:rFonts w:eastAsia="Arial" w:cs="Arial"/>
                <w:sz w:val="17"/>
              </w:rPr>
              <w:t>Restoration verification before restart</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113E933" w14:textId="77777777" w:rsidR="00282991" w:rsidRDefault="00FE4586">
            <w:pPr>
              <w:spacing w:after="0"/>
            </w:pPr>
            <w:r>
              <w:rPr>
                <w:rFonts w:eastAsia="Arial" w:cs="Arial"/>
                <w:i/>
                <w:color w:val="707070"/>
                <w:sz w:val="20"/>
              </w:rPr>
              <w:t>&lt;Insert&gt;</w:t>
            </w:r>
          </w:p>
        </w:tc>
      </w:tr>
      <w:tr w:rsidR="00282991" w14:paraId="0589763F"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93EE000" w14:textId="77777777" w:rsidR="00282991" w:rsidRDefault="00FE4586">
            <w:pPr>
              <w:spacing w:after="0"/>
            </w:pPr>
            <w:r>
              <w:rPr>
                <w:rFonts w:eastAsia="Arial" w:cs="Arial"/>
                <w:sz w:val="17"/>
              </w:rPr>
              <w:t>Required documentation / reporting</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C243EC9" w14:textId="77777777" w:rsidR="00282991" w:rsidRDefault="00FE4586">
            <w:pPr>
              <w:spacing w:after="0"/>
            </w:pPr>
            <w:r>
              <w:rPr>
                <w:rFonts w:eastAsia="Arial" w:cs="Arial"/>
                <w:i/>
                <w:color w:val="707070"/>
                <w:sz w:val="20"/>
              </w:rPr>
              <w:t>&lt;Insert&gt;</w:t>
            </w:r>
          </w:p>
        </w:tc>
      </w:tr>
      <w:tr w:rsidR="00282991" w14:paraId="41048E94"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589FE78" w14:textId="77777777" w:rsidR="00282991" w:rsidRDefault="00FE4586">
            <w:pPr>
              <w:spacing w:after="0"/>
            </w:pPr>
            <w:r>
              <w:t>Water-main break / distribution failure</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9F4022F" w14:textId="77777777" w:rsidR="00282991" w:rsidRDefault="00FE4586">
            <w:pPr>
              <w:spacing w:after="0"/>
            </w:pPr>
            <w:r>
              <w:t>&lt;Insert&gt;</w:t>
            </w:r>
          </w:p>
        </w:tc>
      </w:tr>
      <w:tr w:rsidR="00282991" w14:paraId="5B4CD9F7"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6DEA4DF" w14:textId="77777777" w:rsidR="00282991" w:rsidRDefault="00FE4586">
            <w:pPr>
              <w:spacing w:after="0"/>
            </w:pPr>
            <w:r>
              <w:t>Sudden source-water quality change</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667E871" w14:textId="77777777" w:rsidR="00282991" w:rsidRDefault="00FE4586">
            <w:pPr>
              <w:spacing w:after="0"/>
            </w:pPr>
            <w:r>
              <w:t>&lt;Insert&gt;</w:t>
            </w:r>
          </w:p>
        </w:tc>
      </w:tr>
      <w:tr w:rsidR="00282991" w14:paraId="7E4B0B6C"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E52CB4C" w14:textId="77777777" w:rsidR="00282991" w:rsidRDefault="00FE4586">
            <w:pPr>
              <w:spacing w:after="0"/>
            </w:pPr>
            <w:r>
              <w:t>Critical water-treatment component failure</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94DF209" w14:textId="77777777" w:rsidR="00282991" w:rsidRDefault="00FE4586">
            <w:pPr>
              <w:spacing w:after="0"/>
            </w:pPr>
            <w:r>
              <w:t>&lt;Insert&gt;</w:t>
            </w:r>
          </w:p>
        </w:tc>
      </w:tr>
      <w:tr w:rsidR="00282991" w14:paraId="40227D09"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0022B5E" w14:textId="77777777" w:rsidR="00282991" w:rsidRDefault="00FE4586">
            <w:pPr>
              <w:spacing w:after="0"/>
            </w:pPr>
            <w:r>
              <w:t>Chlorine / chloramine breakthrough</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E4675D1" w14:textId="77777777" w:rsidR="00282991" w:rsidRDefault="00FE4586">
            <w:pPr>
              <w:spacing w:after="0"/>
            </w:pPr>
            <w:r>
              <w:t>&lt;Insert stop-treatment/corrective-action/retest criteria&gt;</w:t>
            </w:r>
          </w:p>
        </w:tc>
      </w:tr>
    </w:tbl>
    <w:p w14:paraId="06239F42" w14:textId="77777777" w:rsidR="00282991" w:rsidRDefault="00282991">
      <w:pPr>
        <w:spacing w:after="20"/>
      </w:pPr>
    </w:p>
    <w:p w14:paraId="1FA16A6A" w14:textId="77777777" w:rsidR="00282991" w:rsidRDefault="00FE4586">
      <w:r>
        <w:br w:type="page"/>
      </w:r>
    </w:p>
    <w:p w14:paraId="0E7C2A45" w14:textId="77777777" w:rsidR="00282991" w:rsidRDefault="00FE4586">
      <w:pPr>
        <w:pStyle w:val="Heading1"/>
        <w:pBdr>
          <w:bottom w:val="single" w:sz="10" w:space="2" w:color="E63B07"/>
        </w:pBdr>
      </w:pPr>
      <w:r>
        <w:rPr>
          <w:rFonts w:ascii="Arial" w:eastAsia="Arial" w:hAnsi="Arial" w:cs="Arial"/>
        </w:rPr>
        <w:lastRenderedPageBreak/>
        <w:t>ANNEX G - SUPPLY CHAIN / CRITICAL DIALYSIS RESOURCES</w:t>
      </w:r>
    </w:p>
    <w:tbl>
      <w:tblPr>
        <w:tblW w:w="0" w:type="auto"/>
        <w:jc w:val="center"/>
        <w:tblLayout w:type="fixed"/>
        <w:tblLook w:val="04A0" w:firstRow="1" w:lastRow="0" w:firstColumn="1" w:lastColumn="0" w:noHBand="0" w:noVBand="1"/>
      </w:tblPr>
      <w:tblGrid>
        <w:gridCol w:w="2016"/>
        <w:gridCol w:w="1944"/>
        <w:gridCol w:w="1944"/>
        <w:gridCol w:w="2664"/>
        <w:gridCol w:w="2232"/>
      </w:tblGrid>
      <w:tr w:rsidR="00282991" w14:paraId="7F21458A" w14:textId="77777777">
        <w:trPr>
          <w:cantSplit/>
          <w:tblHeader/>
          <w:jc w:val="center"/>
        </w:trPr>
        <w:tc>
          <w:tcPr>
            <w:tcW w:w="201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C6E50AA" w14:textId="77777777" w:rsidR="00282991" w:rsidRDefault="00FE4586">
            <w:pPr>
              <w:spacing w:after="0"/>
            </w:pPr>
            <w:r>
              <w:rPr>
                <w:rFonts w:eastAsia="Arial" w:cs="Arial"/>
                <w:b/>
                <w:color w:val="FFFFFF"/>
                <w:sz w:val="15"/>
              </w:rPr>
              <w:t>Critical Resource</w:t>
            </w:r>
          </w:p>
        </w:tc>
        <w:tc>
          <w:tcPr>
            <w:tcW w:w="194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F195B0E" w14:textId="77777777" w:rsidR="00282991" w:rsidRDefault="00FE4586">
            <w:pPr>
              <w:spacing w:after="0"/>
            </w:pPr>
            <w:r>
              <w:rPr>
                <w:rFonts w:eastAsia="Arial" w:cs="Arial"/>
                <w:b/>
                <w:color w:val="FFFFFF"/>
                <w:sz w:val="15"/>
              </w:rPr>
              <w:t>Normal Source</w:t>
            </w:r>
          </w:p>
        </w:tc>
        <w:tc>
          <w:tcPr>
            <w:tcW w:w="194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AC704FF" w14:textId="77777777" w:rsidR="00282991" w:rsidRDefault="00FE4586">
            <w:pPr>
              <w:spacing w:after="0"/>
            </w:pPr>
            <w:r>
              <w:rPr>
                <w:rFonts w:eastAsia="Arial" w:cs="Arial"/>
                <w:b/>
                <w:color w:val="FFFFFF"/>
                <w:sz w:val="15"/>
              </w:rPr>
              <w:t>Alternate Source</w:t>
            </w:r>
          </w:p>
        </w:tc>
        <w:tc>
          <w:tcPr>
            <w:tcW w:w="266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0178D77" w14:textId="77777777" w:rsidR="00282991" w:rsidRDefault="00FE4586">
            <w:pPr>
              <w:spacing w:after="0"/>
            </w:pPr>
            <w:r>
              <w:rPr>
                <w:rFonts w:eastAsia="Arial" w:cs="Arial"/>
                <w:b/>
                <w:color w:val="FFFFFF"/>
                <w:sz w:val="15"/>
              </w:rPr>
              <w:t>Conservation / Substitution</w:t>
            </w:r>
          </w:p>
        </w:tc>
        <w:tc>
          <w:tcPr>
            <w:tcW w:w="223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29AFE79" w14:textId="77777777" w:rsidR="00282991" w:rsidRDefault="00FE4586">
            <w:pPr>
              <w:spacing w:after="0"/>
            </w:pPr>
            <w:r>
              <w:rPr>
                <w:rFonts w:eastAsia="Arial" w:cs="Arial"/>
                <w:b/>
                <w:color w:val="FFFFFF"/>
                <w:sz w:val="15"/>
              </w:rPr>
              <w:t>Escalation Trigger</w:t>
            </w:r>
          </w:p>
        </w:tc>
      </w:tr>
      <w:tr w:rsidR="00282991" w14:paraId="6491BCE3" w14:textId="77777777">
        <w:trPr>
          <w:cantSplit/>
          <w:jc w:val="center"/>
        </w:trPr>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A75BA51" w14:textId="77777777" w:rsidR="00282991" w:rsidRDefault="00FE4586">
            <w:pPr>
              <w:spacing w:after="0"/>
            </w:pPr>
            <w:r>
              <w:rPr>
                <w:rFonts w:eastAsia="Arial" w:cs="Arial"/>
                <w:i/>
                <w:color w:val="707070"/>
                <w:sz w:val="20"/>
              </w:rPr>
              <w:t>&lt;Insert&gt;</w:t>
            </w:r>
          </w:p>
        </w:tc>
        <w:tc>
          <w:tcPr>
            <w:tcW w:w="19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1798094" w14:textId="77777777" w:rsidR="00282991" w:rsidRDefault="00FE4586">
            <w:pPr>
              <w:spacing w:after="0"/>
            </w:pPr>
            <w:r>
              <w:rPr>
                <w:rFonts w:eastAsia="Arial" w:cs="Arial"/>
                <w:i/>
                <w:color w:val="707070"/>
                <w:sz w:val="20"/>
              </w:rPr>
              <w:t>&lt;Insert&gt;</w:t>
            </w:r>
          </w:p>
        </w:tc>
        <w:tc>
          <w:tcPr>
            <w:tcW w:w="19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D468EB9" w14:textId="77777777" w:rsidR="00282991" w:rsidRDefault="00FE4586">
            <w:pPr>
              <w:spacing w:after="0"/>
            </w:pPr>
            <w:r>
              <w:rPr>
                <w:rFonts w:eastAsia="Arial" w:cs="Arial"/>
                <w:i/>
                <w:color w:val="707070"/>
                <w:sz w:val="20"/>
              </w:rPr>
              <w:t>&lt;Insert&gt;</w:t>
            </w:r>
          </w:p>
        </w:tc>
        <w:tc>
          <w:tcPr>
            <w:tcW w:w="26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6DE2AB2" w14:textId="77777777" w:rsidR="00282991" w:rsidRDefault="00FE4586">
            <w:pPr>
              <w:spacing w:after="0"/>
            </w:pPr>
            <w:r>
              <w:rPr>
                <w:rFonts w:eastAsia="Arial" w:cs="Arial"/>
                <w:i/>
                <w:color w:val="707070"/>
                <w:sz w:val="20"/>
              </w:rPr>
              <w:t>&lt;Insert&gt;</w:t>
            </w:r>
          </w:p>
        </w:tc>
        <w:tc>
          <w:tcPr>
            <w:tcW w:w="22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418C030" w14:textId="77777777" w:rsidR="00282991" w:rsidRDefault="00FE4586">
            <w:pPr>
              <w:spacing w:after="0"/>
            </w:pPr>
            <w:r>
              <w:rPr>
                <w:rFonts w:eastAsia="Arial" w:cs="Arial"/>
                <w:i/>
                <w:color w:val="707070"/>
                <w:sz w:val="20"/>
              </w:rPr>
              <w:t>&lt;Insert&gt;</w:t>
            </w:r>
          </w:p>
        </w:tc>
      </w:tr>
      <w:tr w:rsidR="00282991" w14:paraId="538C7486" w14:textId="77777777">
        <w:trPr>
          <w:cantSplit/>
          <w:jc w:val="center"/>
        </w:trPr>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6084D4C" w14:textId="77777777" w:rsidR="00282991" w:rsidRDefault="00FE4586">
            <w:pPr>
              <w:spacing w:after="0"/>
            </w:pPr>
            <w:r>
              <w:rPr>
                <w:rFonts w:eastAsia="Arial" w:cs="Arial"/>
                <w:i/>
                <w:color w:val="707070"/>
                <w:sz w:val="20"/>
              </w:rPr>
              <w:t>&lt;Insert&gt;</w:t>
            </w:r>
          </w:p>
        </w:tc>
        <w:tc>
          <w:tcPr>
            <w:tcW w:w="19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78A279D" w14:textId="77777777" w:rsidR="00282991" w:rsidRDefault="00FE4586">
            <w:pPr>
              <w:spacing w:after="0"/>
            </w:pPr>
            <w:r>
              <w:rPr>
                <w:rFonts w:eastAsia="Arial" w:cs="Arial"/>
                <w:i/>
                <w:color w:val="707070"/>
                <w:sz w:val="20"/>
              </w:rPr>
              <w:t>&lt;Insert&gt;</w:t>
            </w:r>
          </w:p>
        </w:tc>
        <w:tc>
          <w:tcPr>
            <w:tcW w:w="19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A1E850F" w14:textId="77777777" w:rsidR="00282991" w:rsidRDefault="00FE4586">
            <w:pPr>
              <w:spacing w:after="0"/>
            </w:pPr>
            <w:r>
              <w:rPr>
                <w:rFonts w:eastAsia="Arial" w:cs="Arial"/>
                <w:i/>
                <w:color w:val="707070"/>
                <w:sz w:val="20"/>
              </w:rPr>
              <w:t>&lt;Insert&gt;</w:t>
            </w:r>
          </w:p>
        </w:tc>
        <w:tc>
          <w:tcPr>
            <w:tcW w:w="26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FE34DD1" w14:textId="77777777" w:rsidR="00282991" w:rsidRDefault="00FE4586">
            <w:pPr>
              <w:spacing w:after="0"/>
            </w:pPr>
            <w:r>
              <w:rPr>
                <w:rFonts w:eastAsia="Arial" w:cs="Arial"/>
                <w:i/>
                <w:color w:val="707070"/>
                <w:sz w:val="20"/>
              </w:rPr>
              <w:t>&lt;Insert&gt;</w:t>
            </w:r>
          </w:p>
        </w:tc>
        <w:tc>
          <w:tcPr>
            <w:tcW w:w="22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E2D1BB2" w14:textId="77777777" w:rsidR="00282991" w:rsidRDefault="00FE4586">
            <w:pPr>
              <w:spacing w:after="0"/>
            </w:pPr>
            <w:r>
              <w:rPr>
                <w:rFonts w:eastAsia="Arial" w:cs="Arial"/>
                <w:i/>
                <w:color w:val="707070"/>
                <w:sz w:val="20"/>
              </w:rPr>
              <w:t>&lt;Insert&gt;</w:t>
            </w:r>
          </w:p>
        </w:tc>
      </w:tr>
      <w:tr w:rsidR="00282991" w14:paraId="65FA34B1" w14:textId="77777777">
        <w:trPr>
          <w:cantSplit/>
          <w:jc w:val="center"/>
        </w:trPr>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E5F1212" w14:textId="77777777" w:rsidR="00282991" w:rsidRDefault="00FE4586">
            <w:pPr>
              <w:spacing w:after="0"/>
            </w:pPr>
            <w:r>
              <w:rPr>
                <w:rFonts w:eastAsia="Arial" w:cs="Arial"/>
                <w:i/>
                <w:color w:val="707070"/>
                <w:sz w:val="20"/>
              </w:rPr>
              <w:t>&lt;Insert&gt;</w:t>
            </w:r>
          </w:p>
        </w:tc>
        <w:tc>
          <w:tcPr>
            <w:tcW w:w="19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0450AC4" w14:textId="77777777" w:rsidR="00282991" w:rsidRDefault="00FE4586">
            <w:pPr>
              <w:spacing w:after="0"/>
            </w:pPr>
            <w:r>
              <w:rPr>
                <w:rFonts w:eastAsia="Arial" w:cs="Arial"/>
                <w:i/>
                <w:color w:val="707070"/>
                <w:sz w:val="20"/>
              </w:rPr>
              <w:t>&lt;Insert&gt;</w:t>
            </w:r>
          </w:p>
        </w:tc>
        <w:tc>
          <w:tcPr>
            <w:tcW w:w="19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3BACCF4" w14:textId="77777777" w:rsidR="00282991" w:rsidRDefault="00FE4586">
            <w:pPr>
              <w:spacing w:after="0"/>
            </w:pPr>
            <w:r>
              <w:rPr>
                <w:rFonts w:eastAsia="Arial" w:cs="Arial"/>
                <w:i/>
                <w:color w:val="707070"/>
                <w:sz w:val="20"/>
              </w:rPr>
              <w:t>&lt;Insert&gt;</w:t>
            </w:r>
          </w:p>
        </w:tc>
        <w:tc>
          <w:tcPr>
            <w:tcW w:w="26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0559EFC" w14:textId="77777777" w:rsidR="00282991" w:rsidRDefault="00FE4586">
            <w:pPr>
              <w:spacing w:after="0"/>
            </w:pPr>
            <w:r>
              <w:rPr>
                <w:rFonts w:eastAsia="Arial" w:cs="Arial"/>
                <w:i/>
                <w:color w:val="707070"/>
                <w:sz w:val="20"/>
              </w:rPr>
              <w:t>&lt;Insert&gt;</w:t>
            </w:r>
          </w:p>
        </w:tc>
        <w:tc>
          <w:tcPr>
            <w:tcW w:w="22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FC0E411" w14:textId="77777777" w:rsidR="00282991" w:rsidRDefault="00FE4586">
            <w:pPr>
              <w:spacing w:after="0"/>
            </w:pPr>
            <w:r>
              <w:rPr>
                <w:rFonts w:eastAsia="Arial" w:cs="Arial"/>
                <w:i/>
                <w:color w:val="707070"/>
                <w:sz w:val="20"/>
              </w:rPr>
              <w:t>&lt;Insert&gt;</w:t>
            </w:r>
          </w:p>
        </w:tc>
      </w:tr>
      <w:tr w:rsidR="00282991" w14:paraId="0FFF1190" w14:textId="77777777">
        <w:trPr>
          <w:cantSplit/>
          <w:jc w:val="center"/>
        </w:trPr>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AC4664F" w14:textId="77777777" w:rsidR="00282991" w:rsidRDefault="00FE4586">
            <w:pPr>
              <w:spacing w:after="0"/>
            </w:pPr>
            <w:r>
              <w:rPr>
                <w:rFonts w:eastAsia="Arial" w:cs="Arial"/>
                <w:i/>
                <w:color w:val="707070"/>
                <w:sz w:val="20"/>
              </w:rPr>
              <w:t>&lt;Insert&gt;</w:t>
            </w:r>
          </w:p>
        </w:tc>
        <w:tc>
          <w:tcPr>
            <w:tcW w:w="19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B95AFC6" w14:textId="77777777" w:rsidR="00282991" w:rsidRDefault="00FE4586">
            <w:pPr>
              <w:spacing w:after="0"/>
            </w:pPr>
            <w:r>
              <w:rPr>
                <w:rFonts w:eastAsia="Arial" w:cs="Arial"/>
                <w:i/>
                <w:color w:val="707070"/>
                <w:sz w:val="20"/>
              </w:rPr>
              <w:t>&lt;Insert&gt;</w:t>
            </w:r>
          </w:p>
        </w:tc>
        <w:tc>
          <w:tcPr>
            <w:tcW w:w="19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8853F48" w14:textId="77777777" w:rsidR="00282991" w:rsidRDefault="00FE4586">
            <w:pPr>
              <w:spacing w:after="0"/>
            </w:pPr>
            <w:r>
              <w:rPr>
                <w:rFonts w:eastAsia="Arial" w:cs="Arial"/>
                <w:i/>
                <w:color w:val="707070"/>
                <w:sz w:val="20"/>
              </w:rPr>
              <w:t>&lt;Insert&gt;</w:t>
            </w:r>
          </w:p>
        </w:tc>
        <w:tc>
          <w:tcPr>
            <w:tcW w:w="26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AD98CD7" w14:textId="77777777" w:rsidR="00282991" w:rsidRDefault="00FE4586">
            <w:pPr>
              <w:spacing w:after="0"/>
            </w:pPr>
            <w:r>
              <w:rPr>
                <w:rFonts w:eastAsia="Arial" w:cs="Arial"/>
                <w:i/>
                <w:color w:val="707070"/>
                <w:sz w:val="20"/>
              </w:rPr>
              <w:t>&lt;Insert&gt;</w:t>
            </w:r>
          </w:p>
        </w:tc>
        <w:tc>
          <w:tcPr>
            <w:tcW w:w="22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6FCEC38" w14:textId="77777777" w:rsidR="00282991" w:rsidRDefault="00FE4586">
            <w:pPr>
              <w:spacing w:after="0"/>
            </w:pPr>
            <w:r>
              <w:rPr>
                <w:rFonts w:eastAsia="Arial" w:cs="Arial"/>
                <w:i/>
                <w:color w:val="707070"/>
                <w:sz w:val="20"/>
              </w:rPr>
              <w:t>&lt;Insert&gt;</w:t>
            </w:r>
          </w:p>
        </w:tc>
      </w:tr>
      <w:tr w:rsidR="00282991" w14:paraId="56B4D706" w14:textId="77777777">
        <w:trPr>
          <w:cantSplit/>
          <w:jc w:val="center"/>
        </w:trPr>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7518665" w14:textId="77777777" w:rsidR="00282991" w:rsidRDefault="00FE4586">
            <w:pPr>
              <w:spacing w:after="0"/>
            </w:pPr>
            <w:r>
              <w:rPr>
                <w:rFonts w:eastAsia="Arial" w:cs="Arial"/>
                <w:i/>
                <w:color w:val="707070"/>
                <w:sz w:val="20"/>
              </w:rPr>
              <w:t>&lt;Insert&gt;</w:t>
            </w:r>
          </w:p>
        </w:tc>
        <w:tc>
          <w:tcPr>
            <w:tcW w:w="19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D9DBCAA" w14:textId="77777777" w:rsidR="00282991" w:rsidRDefault="00FE4586">
            <w:pPr>
              <w:spacing w:after="0"/>
            </w:pPr>
            <w:r>
              <w:rPr>
                <w:rFonts w:eastAsia="Arial" w:cs="Arial"/>
                <w:i/>
                <w:color w:val="707070"/>
                <w:sz w:val="20"/>
              </w:rPr>
              <w:t>&lt;Insert&gt;</w:t>
            </w:r>
          </w:p>
        </w:tc>
        <w:tc>
          <w:tcPr>
            <w:tcW w:w="19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75B95C8" w14:textId="77777777" w:rsidR="00282991" w:rsidRDefault="00FE4586">
            <w:pPr>
              <w:spacing w:after="0"/>
            </w:pPr>
            <w:r>
              <w:rPr>
                <w:rFonts w:eastAsia="Arial" w:cs="Arial"/>
                <w:i/>
                <w:color w:val="707070"/>
                <w:sz w:val="20"/>
              </w:rPr>
              <w:t>&lt;Insert&gt;</w:t>
            </w:r>
          </w:p>
        </w:tc>
        <w:tc>
          <w:tcPr>
            <w:tcW w:w="26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F8DF333" w14:textId="77777777" w:rsidR="00282991" w:rsidRDefault="00FE4586">
            <w:pPr>
              <w:spacing w:after="0"/>
            </w:pPr>
            <w:r>
              <w:rPr>
                <w:rFonts w:eastAsia="Arial" w:cs="Arial"/>
                <w:i/>
                <w:color w:val="707070"/>
                <w:sz w:val="20"/>
              </w:rPr>
              <w:t>&lt;Insert&gt;</w:t>
            </w:r>
          </w:p>
        </w:tc>
        <w:tc>
          <w:tcPr>
            <w:tcW w:w="22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3B7A154" w14:textId="77777777" w:rsidR="00282991" w:rsidRDefault="00FE4586">
            <w:pPr>
              <w:spacing w:after="0"/>
            </w:pPr>
            <w:r>
              <w:rPr>
                <w:rFonts w:eastAsia="Arial" w:cs="Arial"/>
                <w:i/>
                <w:color w:val="707070"/>
                <w:sz w:val="20"/>
              </w:rPr>
              <w:t>&lt;Insert&gt;</w:t>
            </w:r>
          </w:p>
        </w:tc>
      </w:tr>
      <w:tr w:rsidR="00282991" w14:paraId="240D1212" w14:textId="77777777">
        <w:trPr>
          <w:cantSplit/>
          <w:jc w:val="center"/>
        </w:trPr>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2A9F444" w14:textId="77777777" w:rsidR="00282991" w:rsidRDefault="00FE4586">
            <w:pPr>
              <w:spacing w:after="0"/>
            </w:pPr>
            <w:r>
              <w:rPr>
                <w:rFonts w:eastAsia="Arial" w:cs="Arial"/>
                <w:i/>
                <w:color w:val="707070"/>
                <w:sz w:val="20"/>
              </w:rPr>
              <w:t>&lt;Insert&gt;</w:t>
            </w:r>
          </w:p>
        </w:tc>
        <w:tc>
          <w:tcPr>
            <w:tcW w:w="19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D0CD4E7" w14:textId="77777777" w:rsidR="00282991" w:rsidRDefault="00FE4586">
            <w:pPr>
              <w:spacing w:after="0"/>
            </w:pPr>
            <w:r>
              <w:rPr>
                <w:rFonts w:eastAsia="Arial" w:cs="Arial"/>
                <w:i/>
                <w:color w:val="707070"/>
                <w:sz w:val="20"/>
              </w:rPr>
              <w:t>&lt;Insert&gt;</w:t>
            </w:r>
          </w:p>
        </w:tc>
        <w:tc>
          <w:tcPr>
            <w:tcW w:w="19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0509A07" w14:textId="77777777" w:rsidR="00282991" w:rsidRDefault="00FE4586">
            <w:pPr>
              <w:spacing w:after="0"/>
            </w:pPr>
            <w:r>
              <w:rPr>
                <w:rFonts w:eastAsia="Arial" w:cs="Arial"/>
                <w:i/>
                <w:color w:val="707070"/>
                <w:sz w:val="20"/>
              </w:rPr>
              <w:t>&lt;Insert&gt;</w:t>
            </w:r>
          </w:p>
        </w:tc>
        <w:tc>
          <w:tcPr>
            <w:tcW w:w="26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F31DEF9" w14:textId="77777777" w:rsidR="00282991" w:rsidRDefault="00FE4586">
            <w:pPr>
              <w:spacing w:after="0"/>
            </w:pPr>
            <w:r>
              <w:rPr>
                <w:rFonts w:eastAsia="Arial" w:cs="Arial"/>
                <w:i/>
                <w:color w:val="707070"/>
                <w:sz w:val="20"/>
              </w:rPr>
              <w:t>&lt;Insert&gt;</w:t>
            </w:r>
          </w:p>
        </w:tc>
        <w:tc>
          <w:tcPr>
            <w:tcW w:w="22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743EDF8" w14:textId="77777777" w:rsidR="00282991" w:rsidRDefault="00FE4586">
            <w:pPr>
              <w:spacing w:after="0"/>
            </w:pPr>
            <w:r>
              <w:rPr>
                <w:rFonts w:eastAsia="Arial" w:cs="Arial"/>
                <w:i/>
                <w:color w:val="707070"/>
                <w:sz w:val="20"/>
              </w:rPr>
              <w:t>&lt;Insert&gt;</w:t>
            </w:r>
          </w:p>
        </w:tc>
      </w:tr>
      <w:tr w:rsidR="00282991" w14:paraId="1E0CF4EF" w14:textId="77777777">
        <w:trPr>
          <w:cantSplit/>
          <w:jc w:val="center"/>
        </w:trPr>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47B0140" w14:textId="77777777" w:rsidR="00282991" w:rsidRDefault="00FE4586">
            <w:pPr>
              <w:spacing w:after="0"/>
            </w:pPr>
            <w:r>
              <w:rPr>
                <w:rFonts w:eastAsia="Arial" w:cs="Arial"/>
                <w:i/>
                <w:color w:val="707070"/>
                <w:sz w:val="20"/>
              </w:rPr>
              <w:t>&lt;Insert&gt;</w:t>
            </w:r>
          </w:p>
        </w:tc>
        <w:tc>
          <w:tcPr>
            <w:tcW w:w="19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DEBBD62" w14:textId="77777777" w:rsidR="00282991" w:rsidRDefault="00FE4586">
            <w:pPr>
              <w:spacing w:after="0"/>
            </w:pPr>
            <w:r>
              <w:rPr>
                <w:rFonts w:eastAsia="Arial" w:cs="Arial"/>
                <w:i/>
                <w:color w:val="707070"/>
                <w:sz w:val="20"/>
              </w:rPr>
              <w:t>&lt;Insert&gt;</w:t>
            </w:r>
          </w:p>
        </w:tc>
        <w:tc>
          <w:tcPr>
            <w:tcW w:w="19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7CD16DD" w14:textId="77777777" w:rsidR="00282991" w:rsidRDefault="00FE4586">
            <w:pPr>
              <w:spacing w:after="0"/>
            </w:pPr>
            <w:r>
              <w:rPr>
                <w:rFonts w:eastAsia="Arial" w:cs="Arial"/>
                <w:i/>
                <w:color w:val="707070"/>
                <w:sz w:val="20"/>
              </w:rPr>
              <w:t>&lt;Insert&gt;</w:t>
            </w:r>
          </w:p>
        </w:tc>
        <w:tc>
          <w:tcPr>
            <w:tcW w:w="26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1F31A51" w14:textId="77777777" w:rsidR="00282991" w:rsidRDefault="00FE4586">
            <w:pPr>
              <w:spacing w:after="0"/>
            </w:pPr>
            <w:r>
              <w:rPr>
                <w:rFonts w:eastAsia="Arial" w:cs="Arial"/>
                <w:i/>
                <w:color w:val="707070"/>
                <w:sz w:val="20"/>
              </w:rPr>
              <w:t>&lt;Insert&gt;</w:t>
            </w:r>
          </w:p>
        </w:tc>
        <w:tc>
          <w:tcPr>
            <w:tcW w:w="22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6455CFC" w14:textId="77777777" w:rsidR="00282991" w:rsidRDefault="00FE4586">
            <w:pPr>
              <w:spacing w:after="0"/>
            </w:pPr>
            <w:r>
              <w:rPr>
                <w:rFonts w:eastAsia="Arial" w:cs="Arial"/>
                <w:i/>
                <w:color w:val="707070"/>
                <w:sz w:val="20"/>
              </w:rPr>
              <w:t>&lt;Insert&gt;</w:t>
            </w:r>
          </w:p>
        </w:tc>
      </w:tr>
      <w:tr w:rsidR="00282991" w14:paraId="360D3890" w14:textId="77777777">
        <w:trPr>
          <w:cantSplit/>
          <w:jc w:val="center"/>
        </w:trPr>
        <w:tc>
          <w:tcPr>
            <w:tcW w:w="201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21D2FF1" w14:textId="77777777" w:rsidR="00282991" w:rsidRDefault="00FE4586">
            <w:pPr>
              <w:spacing w:after="0"/>
            </w:pPr>
            <w:r>
              <w:rPr>
                <w:rFonts w:eastAsia="Arial" w:cs="Arial"/>
                <w:i/>
                <w:color w:val="707070"/>
                <w:sz w:val="20"/>
              </w:rPr>
              <w:t>&lt;Insert&gt;</w:t>
            </w:r>
          </w:p>
        </w:tc>
        <w:tc>
          <w:tcPr>
            <w:tcW w:w="19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4C51674" w14:textId="77777777" w:rsidR="00282991" w:rsidRDefault="00FE4586">
            <w:pPr>
              <w:spacing w:after="0"/>
            </w:pPr>
            <w:r>
              <w:rPr>
                <w:rFonts w:eastAsia="Arial" w:cs="Arial"/>
                <w:i/>
                <w:color w:val="707070"/>
                <w:sz w:val="20"/>
              </w:rPr>
              <w:t>&lt;Insert&gt;</w:t>
            </w:r>
          </w:p>
        </w:tc>
        <w:tc>
          <w:tcPr>
            <w:tcW w:w="194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7FB3B2D" w14:textId="77777777" w:rsidR="00282991" w:rsidRDefault="00FE4586">
            <w:pPr>
              <w:spacing w:after="0"/>
            </w:pPr>
            <w:r>
              <w:rPr>
                <w:rFonts w:eastAsia="Arial" w:cs="Arial"/>
                <w:i/>
                <w:color w:val="707070"/>
                <w:sz w:val="20"/>
              </w:rPr>
              <w:t>&lt;Insert&gt;</w:t>
            </w:r>
          </w:p>
        </w:tc>
        <w:tc>
          <w:tcPr>
            <w:tcW w:w="26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C1A21C8" w14:textId="77777777" w:rsidR="00282991" w:rsidRDefault="00FE4586">
            <w:pPr>
              <w:spacing w:after="0"/>
            </w:pPr>
            <w:r>
              <w:rPr>
                <w:rFonts w:eastAsia="Arial" w:cs="Arial"/>
                <w:i/>
                <w:color w:val="707070"/>
                <w:sz w:val="20"/>
              </w:rPr>
              <w:t>&lt;Insert&gt;</w:t>
            </w:r>
          </w:p>
        </w:tc>
        <w:tc>
          <w:tcPr>
            <w:tcW w:w="22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18F005A" w14:textId="77777777" w:rsidR="00282991" w:rsidRDefault="00FE4586">
            <w:pPr>
              <w:spacing w:after="0"/>
            </w:pPr>
            <w:r>
              <w:rPr>
                <w:rFonts w:eastAsia="Arial" w:cs="Arial"/>
                <w:i/>
                <w:color w:val="707070"/>
                <w:sz w:val="20"/>
              </w:rPr>
              <w:t>&lt;Insert&gt;</w:t>
            </w:r>
          </w:p>
        </w:tc>
      </w:tr>
      <w:tr w:rsidR="00282991" w14:paraId="1A308DD8" w14:textId="77777777">
        <w:trPr>
          <w:cantSplit/>
          <w:jc w:val="center"/>
        </w:trPr>
        <w:tc>
          <w:tcPr>
            <w:tcW w:w="201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43FCB2C" w14:textId="77777777" w:rsidR="00282991" w:rsidRDefault="00FE4586">
            <w:pPr>
              <w:spacing w:after="0"/>
            </w:pPr>
            <w:r>
              <w:rPr>
                <w:rFonts w:eastAsia="Arial" w:cs="Arial"/>
                <w:i/>
                <w:color w:val="707070"/>
                <w:sz w:val="20"/>
              </w:rPr>
              <w:t>&lt;Insert&gt;</w:t>
            </w:r>
          </w:p>
        </w:tc>
        <w:tc>
          <w:tcPr>
            <w:tcW w:w="19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E622F2E" w14:textId="77777777" w:rsidR="00282991" w:rsidRDefault="00FE4586">
            <w:pPr>
              <w:spacing w:after="0"/>
            </w:pPr>
            <w:r>
              <w:rPr>
                <w:rFonts w:eastAsia="Arial" w:cs="Arial"/>
                <w:i/>
                <w:color w:val="707070"/>
                <w:sz w:val="20"/>
              </w:rPr>
              <w:t>&lt;Insert&gt;</w:t>
            </w:r>
          </w:p>
        </w:tc>
        <w:tc>
          <w:tcPr>
            <w:tcW w:w="194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7B8A32B" w14:textId="77777777" w:rsidR="00282991" w:rsidRDefault="00FE4586">
            <w:pPr>
              <w:spacing w:after="0"/>
            </w:pPr>
            <w:r>
              <w:rPr>
                <w:rFonts w:eastAsia="Arial" w:cs="Arial"/>
                <w:i/>
                <w:color w:val="707070"/>
                <w:sz w:val="20"/>
              </w:rPr>
              <w:t>&lt;Insert&gt;</w:t>
            </w:r>
          </w:p>
        </w:tc>
        <w:tc>
          <w:tcPr>
            <w:tcW w:w="26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1588FF3" w14:textId="77777777" w:rsidR="00282991" w:rsidRDefault="00FE4586">
            <w:pPr>
              <w:spacing w:after="0"/>
            </w:pPr>
            <w:r>
              <w:rPr>
                <w:rFonts w:eastAsia="Arial" w:cs="Arial"/>
                <w:i/>
                <w:color w:val="707070"/>
                <w:sz w:val="20"/>
              </w:rPr>
              <w:t>&lt;Insert&gt;</w:t>
            </w:r>
          </w:p>
        </w:tc>
        <w:tc>
          <w:tcPr>
            <w:tcW w:w="22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D972343" w14:textId="77777777" w:rsidR="00282991" w:rsidRDefault="00FE4586">
            <w:pPr>
              <w:spacing w:after="0"/>
            </w:pPr>
            <w:r>
              <w:rPr>
                <w:rFonts w:eastAsia="Arial" w:cs="Arial"/>
                <w:i/>
                <w:color w:val="707070"/>
                <w:sz w:val="20"/>
              </w:rPr>
              <w:t>&lt;Insert&gt;</w:t>
            </w:r>
          </w:p>
        </w:tc>
      </w:tr>
    </w:tbl>
    <w:p w14:paraId="53BE5C67" w14:textId="77777777" w:rsidR="00282991" w:rsidRDefault="00282991">
      <w:pPr>
        <w:spacing w:after="20"/>
      </w:pPr>
    </w:p>
    <w:p w14:paraId="48EBB974" w14:textId="77777777" w:rsidR="00282991" w:rsidRDefault="00FE4586">
      <w:r>
        <w:br w:type="page"/>
      </w:r>
    </w:p>
    <w:p w14:paraId="16366F69" w14:textId="77777777" w:rsidR="00282991" w:rsidRDefault="00FE4586">
      <w:pPr>
        <w:pStyle w:val="Heading1"/>
        <w:pBdr>
          <w:bottom w:val="single" w:sz="10" w:space="2" w:color="E63B07"/>
        </w:pBdr>
      </w:pPr>
      <w:r>
        <w:rPr>
          <w:rFonts w:ascii="Arial" w:eastAsia="Arial" w:hAnsi="Arial" w:cs="Arial"/>
        </w:rPr>
        <w:lastRenderedPageBreak/>
        <w:t>ANNEX H - EMERGENCY STAFFING / VOLUNTEER INTEGRATION</w:t>
      </w:r>
    </w:p>
    <w:tbl>
      <w:tblPr>
        <w:tblW w:w="0" w:type="auto"/>
        <w:jc w:val="center"/>
        <w:tblLayout w:type="fixed"/>
        <w:tblLook w:val="04A0" w:firstRow="1" w:lastRow="0" w:firstColumn="1" w:lastColumn="0" w:noHBand="0" w:noVBand="1"/>
      </w:tblPr>
      <w:tblGrid>
        <w:gridCol w:w="2304"/>
        <w:gridCol w:w="1872"/>
        <w:gridCol w:w="2232"/>
        <w:gridCol w:w="2664"/>
        <w:gridCol w:w="1728"/>
      </w:tblGrid>
      <w:tr w:rsidR="00282991" w:rsidRPr="003B7872" w14:paraId="30A8FD42" w14:textId="77777777">
        <w:trPr>
          <w:cantSplit/>
          <w:tblHeader/>
          <w:jc w:val="center"/>
        </w:trPr>
        <w:tc>
          <w:tcPr>
            <w:tcW w:w="230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15CC192" w14:textId="77777777" w:rsidR="00282991" w:rsidRPr="003B7872" w:rsidRDefault="00FE4586">
            <w:pPr>
              <w:spacing w:after="0"/>
              <w:rPr>
                <w:sz w:val="18"/>
                <w:szCs w:val="18"/>
              </w:rPr>
            </w:pPr>
            <w:r w:rsidRPr="003B7872">
              <w:rPr>
                <w:rFonts w:eastAsia="Arial" w:cs="Arial"/>
                <w:b/>
                <w:color w:val="FFFFFF"/>
                <w:sz w:val="18"/>
                <w:szCs w:val="18"/>
              </w:rPr>
              <w:t>Phase / Strategy</w:t>
            </w:r>
          </w:p>
        </w:tc>
        <w:tc>
          <w:tcPr>
            <w:tcW w:w="187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E7AE13F" w14:textId="77777777" w:rsidR="00282991" w:rsidRPr="003B7872" w:rsidRDefault="00FE4586">
            <w:pPr>
              <w:spacing w:after="0"/>
              <w:rPr>
                <w:sz w:val="18"/>
                <w:szCs w:val="18"/>
              </w:rPr>
            </w:pPr>
            <w:r w:rsidRPr="003B7872">
              <w:rPr>
                <w:rFonts w:eastAsia="Arial" w:cs="Arial"/>
                <w:b/>
                <w:color w:val="FFFFFF"/>
                <w:sz w:val="18"/>
                <w:szCs w:val="18"/>
              </w:rPr>
              <w:t>Trigger</w:t>
            </w:r>
          </w:p>
        </w:tc>
        <w:tc>
          <w:tcPr>
            <w:tcW w:w="223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B1FF43E" w14:textId="77777777" w:rsidR="00282991" w:rsidRPr="003B7872" w:rsidRDefault="00FE4586">
            <w:pPr>
              <w:spacing w:after="0"/>
              <w:rPr>
                <w:sz w:val="18"/>
                <w:szCs w:val="18"/>
              </w:rPr>
            </w:pPr>
            <w:r w:rsidRPr="003B7872">
              <w:rPr>
                <w:rFonts w:eastAsia="Arial" w:cs="Arial"/>
                <w:b/>
                <w:color w:val="FFFFFF"/>
                <w:sz w:val="18"/>
                <w:szCs w:val="18"/>
              </w:rPr>
              <w:t>Staffing Action</w:t>
            </w:r>
          </w:p>
        </w:tc>
        <w:tc>
          <w:tcPr>
            <w:tcW w:w="266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3E9DDDE" w14:textId="77777777" w:rsidR="00282991" w:rsidRPr="003B7872" w:rsidRDefault="00FE4586">
            <w:pPr>
              <w:spacing w:after="0"/>
              <w:rPr>
                <w:sz w:val="18"/>
                <w:szCs w:val="18"/>
              </w:rPr>
            </w:pPr>
            <w:r w:rsidRPr="003B7872">
              <w:rPr>
                <w:rFonts w:eastAsia="Arial" w:cs="Arial"/>
                <w:b/>
                <w:color w:val="FFFFFF"/>
                <w:sz w:val="18"/>
                <w:szCs w:val="18"/>
              </w:rPr>
              <w:t>Credential / Scope / Supervision</w:t>
            </w:r>
          </w:p>
        </w:tc>
        <w:tc>
          <w:tcPr>
            <w:tcW w:w="172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DF1647D" w14:textId="77777777" w:rsidR="00282991" w:rsidRPr="003B7872" w:rsidRDefault="00FE4586">
            <w:pPr>
              <w:spacing w:after="0"/>
              <w:rPr>
                <w:sz w:val="18"/>
                <w:szCs w:val="18"/>
              </w:rPr>
            </w:pPr>
            <w:r w:rsidRPr="003B7872">
              <w:rPr>
                <w:rFonts w:eastAsia="Arial" w:cs="Arial"/>
                <w:b/>
                <w:color w:val="FFFFFF"/>
                <w:sz w:val="18"/>
                <w:szCs w:val="18"/>
              </w:rPr>
              <w:t>Documentation</w:t>
            </w:r>
          </w:p>
        </w:tc>
      </w:tr>
      <w:tr w:rsidR="00282991" w:rsidRPr="003B7872" w14:paraId="4786BE8C"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E088B8A" w14:textId="77777777" w:rsidR="00282991" w:rsidRPr="003B7872" w:rsidRDefault="00FE4586">
            <w:pPr>
              <w:spacing w:after="0"/>
              <w:rPr>
                <w:sz w:val="18"/>
                <w:szCs w:val="18"/>
              </w:rPr>
            </w:pPr>
            <w:r w:rsidRPr="003B7872">
              <w:rPr>
                <w:rFonts w:eastAsia="Arial" w:cs="Arial"/>
                <w:sz w:val="18"/>
                <w:szCs w:val="18"/>
              </w:rPr>
              <w:t>Call-back</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8DE20AD" w14:textId="77777777" w:rsidR="00282991" w:rsidRPr="003B7872" w:rsidRDefault="00FE4586">
            <w:pPr>
              <w:spacing w:after="0"/>
              <w:rPr>
                <w:sz w:val="18"/>
                <w:szCs w:val="18"/>
              </w:rPr>
            </w:pPr>
            <w:r w:rsidRPr="003B7872">
              <w:rPr>
                <w:rFonts w:eastAsia="Arial" w:cs="Arial"/>
                <w:i/>
                <w:color w:val="707070"/>
                <w:sz w:val="18"/>
                <w:szCs w:val="18"/>
              </w:rPr>
              <w:t>&lt;Insert&gt;</w:t>
            </w:r>
          </w:p>
        </w:tc>
        <w:tc>
          <w:tcPr>
            <w:tcW w:w="22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C9843C5" w14:textId="77777777" w:rsidR="00282991" w:rsidRPr="003B7872" w:rsidRDefault="00FE4586">
            <w:pPr>
              <w:spacing w:after="0"/>
              <w:rPr>
                <w:sz w:val="18"/>
                <w:szCs w:val="18"/>
              </w:rPr>
            </w:pPr>
            <w:r w:rsidRPr="003B7872">
              <w:rPr>
                <w:rFonts w:eastAsia="Arial" w:cs="Arial"/>
                <w:i/>
                <w:color w:val="707070"/>
                <w:sz w:val="18"/>
                <w:szCs w:val="18"/>
              </w:rPr>
              <w:t>&lt;Insert&gt;</w:t>
            </w:r>
          </w:p>
        </w:tc>
        <w:tc>
          <w:tcPr>
            <w:tcW w:w="26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86CBBE1" w14:textId="77777777" w:rsidR="00282991" w:rsidRPr="003B7872" w:rsidRDefault="00FE4586">
            <w:pPr>
              <w:spacing w:after="0"/>
              <w:rPr>
                <w:sz w:val="18"/>
                <w:szCs w:val="18"/>
              </w:rPr>
            </w:pPr>
            <w:r w:rsidRPr="003B7872">
              <w:rPr>
                <w:rFonts w:eastAsia="Arial" w:cs="Arial"/>
                <w:sz w:val="18"/>
                <w:szCs w:val="18"/>
              </w:rPr>
              <w:t>N/A</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E705C03" w14:textId="77777777" w:rsidR="00282991" w:rsidRPr="003B7872" w:rsidRDefault="00FE4586">
            <w:pPr>
              <w:spacing w:after="0"/>
              <w:rPr>
                <w:sz w:val="18"/>
                <w:szCs w:val="18"/>
              </w:rPr>
            </w:pPr>
            <w:r w:rsidRPr="003B7872">
              <w:rPr>
                <w:rFonts w:eastAsia="Arial" w:cs="Arial"/>
                <w:i/>
                <w:color w:val="707070"/>
                <w:sz w:val="18"/>
                <w:szCs w:val="18"/>
              </w:rPr>
              <w:t>&lt;Insert&gt;</w:t>
            </w:r>
          </w:p>
        </w:tc>
      </w:tr>
      <w:tr w:rsidR="00282991" w:rsidRPr="003B7872" w14:paraId="68F6C312"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748EA70" w14:textId="77777777" w:rsidR="00282991" w:rsidRPr="003B7872" w:rsidRDefault="00FE4586">
            <w:pPr>
              <w:spacing w:after="0"/>
              <w:rPr>
                <w:sz w:val="18"/>
                <w:szCs w:val="18"/>
              </w:rPr>
            </w:pPr>
            <w:r w:rsidRPr="003B7872">
              <w:rPr>
                <w:rFonts w:eastAsia="Arial" w:cs="Arial"/>
                <w:sz w:val="18"/>
                <w:szCs w:val="18"/>
              </w:rPr>
              <w:t>Reassignment / cross-coverage</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3567B8A" w14:textId="77777777" w:rsidR="00282991" w:rsidRPr="003B7872" w:rsidRDefault="00FE4586">
            <w:pPr>
              <w:spacing w:after="0"/>
              <w:rPr>
                <w:sz w:val="18"/>
                <w:szCs w:val="18"/>
              </w:rPr>
            </w:pPr>
            <w:r w:rsidRPr="003B7872">
              <w:rPr>
                <w:rFonts w:eastAsia="Arial" w:cs="Arial"/>
                <w:i/>
                <w:color w:val="707070"/>
                <w:sz w:val="18"/>
                <w:szCs w:val="18"/>
              </w:rPr>
              <w:t>&lt;Insert&gt;</w:t>
            </w:r>
          </w:p>
        </w:tc>
        <w:tc>
          <w:tcPr>
            <w:tcW w:w="22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7CE4776" w14:textId="77777777" w:rsidR="00282991" w:rsidRPr="003B7872" w:rsidRDefault="00FE4586">
            <w:pPr>
              <w:spacing w:after="0"/>
              <w:rPr>
                <w:sz w:val="18"/>
                <w:szCs w:val="18"/>
              </w:rPr>
            </w:pPr>
            <w:r w:rsidRPr="003B7872">
              <w:rPr>
                <w:rFonts w:eastAsia="Arial" w:cs="Arial"/>
                <w:i/>
                <w:color w:val="707070"/>
                <w:sz w:val="18"/>
                <w:szCs w:val="18"/>
              </w:rPr>
              <w:t>&lt;Insert&gt;</w:t>
            </w:r>
          </w:p>
        </w:tc>
        <w:tc>
          <w:tcPr>
            <w:tcW w:w="26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F9823AE" w14:textId="77777777" w:rsidR="00282991" w:rsidRPr="003B7872" w:rsidRDefault="00FE4586">
            <w:pPr>
              <w:spacing w:after="0"/>
              <w:rPr>
                <w:sz w:val="18"/>
                <w:szCs w:val="18"/>
              </w:rPr>
            </w:pPr>
            <w:r w:rsidRPr="003B7872">
              <w:rPr>
                <w:rFonts w:eastAsia="Arial" w:cs="Arial"/>
                <w:i/>
                <w:color w:val="707070"/>
                <w:sz w:val="18"/>
                <w:szCs w:val="18"/>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A9D8B53" w14:textId="77777777" w:rsidR="00282991" w:rsidRPr="003B7872" w:rsidRDefault="00FE4586">
            <w:pPr>
              <w:spacing w:after="0"/>
              <w:rPr>
                <w:sz w:val="18"/>
                <w:szCs w:val="18"/>
              </w:rPr>
            </w:pPr>
            <w:r w:rsidRPr="003B7872">
              <w:rPr>
                <w:rFonts w:eastAsia="Arial" w:cs="Arial"/>
                <w:i/>
                <w:color w:val="707070"/>
                <w:sz w:val="18"/>
                <w:szCs w:val="18"/>
              </w:rPr>
              <w:t>&lt;Insert&gt;</w:t>
            </w:r>
          </w:p>
        </w:tc>
      </w:tr>
      <w:tr w:rsidR="00282991" w:rsidRPr="003B7872" w14:paraId="47C9BCEC"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DA67429" w14:textId="77777777" w:rsidR="00282991" w:rsidRPr="003B7872" w:rsidRDefault="00FE4586">
            <w:pPr>
              <w:spacing w:after="0"/>
              <w:rPr>
                <w:sz w:val="18"/>
                <w:szCs w:val="18"/>
              </w:rPr>
            </w:pPr>
            <w:r w:rsidRPr="003B7872">
              <w:rPr>
                <w:rFonts w:eastAsia="Arial" w:cs="Arial"/>
                <w:sz w:val="18"/>
                <w:szCs w:val="18"/>
              </w:rPr>
              <w:t>Contract / agency</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5C334F1" w14:textId="77777777" w:rsidR="00282991" w:rsidRPr="003B7872" w:rsidRDefault="00FE4586">
            <w:pPr>
              <w:spacing w:after="0"/>
              <w:rPr>
                <w:sz w:val="18"/>
                <w:szCs w:val="18"/>
              </w:rPr>
            </w:pPr>
            <w:r w:rsidRPr="003B7872">
              <w:rPr>
                <w:rFonts w:eastAsia="Arial" w:cs="Arial"/>
                <w:i/>
                <w:color w:val="707070"/>
                <w:sz w:val="18"/>
                <w:szCs w:val="18"/>
              </w:rPr>
              <w:t>&lt;Insert&gt;</w:t>
            </w:r>
          </w:p>
        </w:tc>
        <w:tc>
          <w:tcPr>
            <w:tcW w:w="22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CD2D88B" w14:textId="77777777" w:rsidR="00282991" w:rsidRPr="003B7872" w:rsidRDefault="00FE4586">
            <w:pPr>
              <w:spacing w:after="0"/>
              <w:rPr>
                <w:sz w:val="18"/>
                <w:szCs w:val="18"/>
              </w:rPr>
            </w:pPr>
            <w:r w:rsidRPr="003B7872">
              <w:rPr>
                <w:rFonts w:eastAsia="Arial" w:cs="Arial"/>
                <w:i/>
                <w:color w:val="707070"/>
                <w:sz w:val="18"/>
                <w:szCs w:val="18"/>
              </w:rPr>
              <w:t>&lt;Insert&gt;</w:t>
            </w:r>
          </w:p>
        </w:tc>
        <w:tc>
          <w:tcPr>
            <w:tcW w:w="26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FCA21E9" w14:textId="77777777" w:rsidR="00282991" w:rsidRPr="003B7872" w:rsidRDefault="00FE4586">
            <w:pPr>
              <w:spacing w:after="0"/>
              <w:rPr>
                <w:sz w:val="18"/>
                <w:szCs w:val="18"/>
              </w:rPr>
            </w:pPr>
            <w:r w:rsidRPr="003B7872">
              <w:rPr>
                <w:rFonts w:eastAsia="Arial" w:cs="Arial"/>
                <w:i/>
                <w:color w:val="707070"/>
                <w:sz w:val="18"/>
                <w:szCs w:val="18"/>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883EA8C" w14:textId="77777777" w:rsidR="00282991" w:rsidRPr="003B7872" w:rsidRDefault="00FE4586">
            <w:pPr>
              <w:spacing w:after="0"/>
              <w:rPr>
                <w:sz w:val="18"/>
                <w:szCs w:val="18"/>
              </w:rPr>
            </w:pPr>
            <w:r w:rsidRPr="003B7872">
              <w:rPr>
                <w:rFonts w:eastAsia="Arial" w:cs="Arial"/>
                <w:i/>
                <w:color w:val="707070"/>
                <w:sz w:val="18"/>
                <w:szCs w:val="18"/>
              </w:rPr>
              <w:t>&lt;Insert&gt;</w:t>
            </w:r>
          </w:p>
        </w:tc>
      </w:tr>
      <w:tr w:rsidR="00282991" w:rsidRPr="003B7872" w14:paraId="78173A97"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1618F31" w14:textId="77777777" w:rsidR="00282991" w:rsidRPr="003B7872" w:rsidRDefault="00FE4586">
            <w:pPr>
              <w:spacing w:after="0"/>
              <w:rPr>
                <w:sz w:val="18"/>
                <w:szCs w:val="18"/>
              </w:rPr>
            </w:pPr>
            <w:r w:rsidRPr="003B7872">
              <w:rPr>
                <w:rFonts w:eastAsia="Arial" w:cs="Arial"/>
                <w:sz w:val="18"/>
                <w:szCs w:val="18"/>
              </w:rPr>
              <w:t>Volunteers</w:t>
            </w:r>
          </w:p>
        </w:tc>
        <w:tc>
          <w:tcPr>
            <w:tcW w:w="187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6BEFC08" w14:textId="77777777" w:rsidR="00282991" w:rsidRPr="003B7872" w:rsidRDefault="00FE4586">
            <w:pPr>
              <w:spacing w:after="0"/>
              <w:rPr>
                <w:sz w:val="18"/>
                <w:szCs w:val="18"/>
              </w:rPr>
            </w:pPr>
            <w:r w:rsidRPr="003B7872">
              <w:rPr>
                <w:rFonts w:eastAsia="Arial" w:cs="Arial"/>
                <w:i/>
                <w:color w:val="707070"/>
                <w:sz w:val="18"/>
                <w:szCs w:val="18"/>
              </w:rPr>
              <w:t>&lt;Insert&gt;</w:t>
            </w:r>
          </w:p>
        </w:tc>
        <w:tc>
          <w:tcPr>
            <w:tcW w:w="223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7D77F58" w14:textId="77777777" w:rsidR="00282991" w:rsidRPr="003B7872" w:rsidRDefault="00FE4586">
            <w:pPr>
              <w:spacing w:after="0"/>
              <w:rPr>
                <w:sz w:val="18"/>
                <w:szCs w:val="18"/>
              </w:rPr>
            </w:pPr>
            <w:r w:rsidRPr="003B7872">
              <w:rPr>
                <w:rFonts w:eastAsia="Arial" w:cs="Arial"/>
                <w:i/>
                <w:color w:val="707070"/>
                <w:sz w:val="18"/>
                <w:szCs w:val="18"/>
              </w:rPr>
              <w:t>&lt;Insert&gt;</w:t>
            </w:r>
          </w:p>
        </w:tc>
        <w:tc>
          <w:tcPr>
            <w:tcW w:w="26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13D34E7" w14:textId="77777777" w:rsidR="00282991" w:rsidRPr="003B7872" w:rsidRDefault="00FE4586">
            <w:pPr>
              <w:spacing w:after="0"/>
              <w:rPr>
                <w:sz w:val="18"/>
                <w:szCs w:val="18"/>
              </w:rPr>
            </w:pPr>
            <w:r w:rsidRPr="003B7872">
              <w:rPr>
                <w:rFonts w:eastAsia="Arial" w:cs="Arial"/>
                <w:i/>
                <w:color w:val="707070"/>
                <w:sz w:val="18"/>
                <w:szCs w:val="18"/>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42344E8" w14:textId="77777777" w:rsidR="00282991" w:rsidRPr="003B7872" w:rsidRDefault="00FE4586">
            <w:pPr>
              <w:spacing w:after="0"/>
              <w:rPr>
                <w:sz w:val="18"/>
                <w:szCs w:val="18"/>
              </w:rPr>
            </w:pPr>
            <w:r w:rsidRPr="003B7872">
              <w:rPr>
                <w:rFonts w:eastAsia="Arial" w:cs="Arial"/>
                <w:i/>
                <w:color w:val="707070"/>
                <w:sz w:val="18"/>
                <w:szCs w:val="18"/>
              </w:rPr>
              <w:t>&lt;Insert&gt;</w:t>
            </w:r>
          </w:p>
        </w:tc>
      </w:tr>
      <w:tr w:rsidR="00282991" w:rsidRPr="003B7872" w14:paraId="08A8EA62"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E2FB50B" w14:textId="77777777" w:rsidR="00282991" w:rsidRPr="003B7872" w:rsidRDefault="00FE4586">
            <w:pPr>
              <w:spacing w:after="0"/>
              <w:rPr>
                <w:sz w:val="18"/>
                <w:szCs w:val="18"/>
              </w:rPr>
            </w:pPr>
            <w:r w:rsidRPr="003B7872">
              <w:rPr>
                <w:rFonts w:eastAsia="Arial" w:cs="Arial"/>
                <w:sz w:val="18"/>
                <w:szCs w:val="18"/>
              </w:rPr>
              <w:t>State/Federal designated professionals</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74144BA" w14:textId="77777777" w:rsidR="00282991" w:rsidRPr="003B7872" w:rsidRDefault="00FE4586">
            <w:pPr>
              <w:spacing w:after="0"/>
              <w:rPr>
                <w:sz w:val="18"/>
                <w:szCs w:val="18"/>
              </w:rPr>
            </w:pPr>
            <w:r w:rsidRPr="003B7872">
              <w:rPr>
                <w:rFonts w:eastAsia="Arial" w:cs="Arial"/>
                <w:i/>
                <w:color w:val="707070"/>
                <w:sz w:val="18"/>
                <w:szCs w:val="18"/>
              </w:rPr>
              <w:t>&lt;Insert&gt;</w:t>
            </w:r>
          </w:p>
        </w:tc>
        <w:tc>
          <w:tcPr>
            <w:tcW w:w="22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DF69CB1" w14:textId="77777777" w:rsidR="00282991" w:rsidRPr="003B7872" w:rsidRDefault="00FE4586">
            <w:pPr>
              <w:spacing w:after="0"/>
              <w:rPr>
                <w:sz w:val="18"/>
                <w:szCs w:val="18"/>
              </w:rPr>
            </w:pPr>
            <w:r w:rsidRPr="003B7872">
              <w:rPr>
                <w:rFonts w:eastAsia="Arial" w:cs="Arial"/>
                <w:i/>
                <w:color w:val="707070"/>
                <w:sz w:val="18"/>
                <w:szCs w:val="18"/>
              </w:rPr>
              <w:t>&lt;Insert&gt;</w:t>
            </w:r>
          </w:p>
        </w:tc>
        <w:tc>
          <w:tcPr>
            <w:tcW w:w="26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8E5F55D" w14:textId="77777777" w:rsidR="00282991" w:rsidRPr="003B7872" w:rsidRDefault="00FE4586">
            <w:pPr>
              <w:spacing w:after="0"/>
              <w:rPr>
                <w:sz w:val="18"/>
                <w:szCs w:val="18"/>
              </w:rPr>
            </w:pPr>
            <w:r w:rsidRPr="003B7872">
              <w:rPr>
                <w:rFonts w:eastAsia="Arial" w:cs="Arial"/>
                <w:i/>
                <w:color w:val="707070"/>
                <w:sz w:val="18"/>
                <w:szCs w:val="18"/>
              </w:rPr>
              <w:t>&lt;Insert&gt;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902BA11" w14:textId="77777777" w:rsidR="00282991" w:rsidRPr="003B7872" w:rsidRDefault="00FE4586">
            <w:pPr>
              <w:spacing w:after="0"/>
              <w:rPr>
                <w:sz w:val="18"/>
                <w:szCs w:val="18"/>
              </w:rPr>
            </w:pPr>
            <w:r w:rsidRPr="003B7872">
              <w:rPr>
                <w:rFonts w:eastAsia="Arial" w:cs="Arial"/>
                <w:i/>
                <w:color w:val="707070"/>
                <w:sz w:val="18"/>
                <w:szCs w:val="18"/>
              </w:rPr>
              <w:t>&lt;Insert&gt;</w:t>
            </w:r>
          </w:p>
        </w:tc>
      </w:tr>
      <w:tr w:rsidR="00282991" w:rsidRPr="003B7872" w14:paraId="5729E486" w14:textId="77777777">
        <w:trPr>
          <w:cantSplit/>
          <w:jc w:val="center"/>
        </w:trPr>
        <w:tc>
          <w:tcPr>
            <w:tcW w:w="23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3345AA9" w14:textId="77777777" w:rsidR="00282991" w:rsidRPr="003B7872" w:rsidRDefault="00FE4586">
            <w:pPr>
              <w:spacing w:after="0"/>
              <w:rPr>
                <w:sz w:val="18"/>
                <w:szCs w:val="18"/>
              </w:rPr>
            </w:pPr>
            <w:r w:rsidRPr="003B7872">
              <w:rPr>
                <w:sz w:val="18"/>
                <w:szCs w:val="18"/>
              </w:rPr>
              <w:t>Required RN coverage / charge responsibility</w:t>
            </w:r>
          </w:p>
        </w:tc>
        <w:tc>
          <w:tcPr>
            <w:tcW w:w="187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A86F3EB" w14:textId="77777777" w:rsidR="00282991" w:rsidRPr="003B7872" w:rsidRDefault="00FE4586">
            <w:pPr>
              <w:spacing w:after="0"/>
              <w:rPr>
                <w:sz w:val="18"/>
                <w:szCs w:val="18"/>
              </w:rPr>
            </w:pPr>
            <w:r w:rsidRPr="003B7872">
              <w:rPr>
                <w:sz w:val="18"/>
                <w:szCs w:val="18"/>
              </w:rPr>
              <w:t>&lt;Insert trigger&gt;</w:t>
            </w:r>
          </w:p>
        </w:tc>
        <w:tc>
          <w:tcPr>
            <w:tcW w:w="223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6482EC6" w14:textId="77777777" w:rsidR="00282991" w:rsidRPr="003B7872" w:rsidRDefault="00FE4586">
            <w:pPr>
              <w:spacing w:after="0"/>
              <w:rPr>
                <w:sz w:val="18"/>
                <w:szCs w:val="18"/>
              </w:rPr>
            </w:pPr>
            <w:r w:rsidRPr="003B7872">
              <w:rPr>
                <w:sz w:val="18"/>
                <w:szCs w:val="18"/>
              </w:rPr>
              <w:t>Maintain RN responsible for nursing care whenever in-center patients are treated</w:t>
            </w:r>
          </w:p>
        </w:tc>
        <w:tc>
          <w:tcPr>
            <w:tcW w:w="26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A3748CE" w14:textId="77777777" w:rsidR="00282991" w:rsidRPr="003B7872" w:rsidRDefault="00FE4586">
            <w:pPr>
              <w:spacing w:after="0"/>
              <w:rPr>
                <w:sz w:val="18"/>
                <w:szCs w:val="18"/>
              </w:rPr>
            </w:pPr>
            <w:r w:rsidRPr="003B7872">
              <w:rPr>
                <w:sz w:val="18"/>
                <w:szCs w:val="18"/>
              </w:rPr>
              <w:t>&lt;License / competency / scope verification&gt;</w:t>
            </w:r>
          </w:p>
        </w:tc>
        <w:tc>
          <w:tcPr>
            <w:tcW w:w="172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5F0EFBD" w14:textId="77777777" w:rsidR="00282991" w:rsidRPr="003B7872" w:rsidRDefault="00FE4586">
            <w:pPr>
              <w:spacing w:after="0"/>
              <w:rPr>
                <w:sz w:val="18"/>
                <w:szCs w:val="18"/>
              </w:rPr>
            </w:pPr>
            <w:r w:rsidRPr="003B7872">
              <w:rPr>
                <w:sz w:val="18"/>
                <w:szCs w:val="18"/>
              </w:rPr>
              <w:t>&lt;Record location&gt;</w:t>
            </w:r>
          </w:p>
        </w:tc>
      </w:tr>
    </w:tbl>
    <w:p w14:paraId="7D30D1BA" w14:textId="77777777" w:rsidR="00282991" w:rsidRDefault="00282991">
      <w:pPr>
        <w:spacing w:after="20"/>
      </w:pPr>
    </w:p>
    <w:p w14:paraId="54EABFBC" w14:textId="77777777" w:rsidR="00282991" w:rsidRDefault="00FE4586">
      <w:r>
        <w:br w:type="page"/>
      </w:r>
    </w:p>
    <w:p w14:paraId="4CCA702E" w14:textId="77777777" w:rsidR="00282991" w:rsidRDefault="00FE4586">
      <w:pPr>
        <w:pStyle w:val="Heading1"/>
        <w:pBdr>
          <w:bottom w:val="single" w:sz="10" w:space="2" w:color="E63B07"/>
        </w:pBdr>
      </w:pPr>
      <w:r>
        <w:rPr>
          <w:rFonts w:ascii="Arial" w:eastAsia="Arial" w:hAnsi="Arial" w:cs="Arial"/>
        </w:rPr>
        <w:lastRenderedPageBreak/>
        <w:t>ANNEX I - CYBERSECURITY / IT / EHR DOWNTIME</w:t>
      </w:r>
    </w:p>
    <w:tbl>
      <w:tblPr>
        <w:tblW w:w="0" w:type="auto"/>
        <w:jc w:val="center"/>
        <w:tblLayout w:type="fixed"/>
        <w:tblLook w:val="04A0" w:firstRow="1" w:lastRow="0" w:firstColumn="1" w:lastColumn="0" w:noHBand="0" w:noVBand="1"/>
      </w:tblPr>
      <w:tblGrid>
        <w:gridCol w:w="4608"/>
        <w:gridCol w:w="6192"/>
      </w:tblGrid>
      <w:tr w:rsidR="00282991" w14:paraId="7A231457" w14:textId="77777777">
        <w:trPr>
          <w:cantSplit/>
          <w:tblHeader/>
          <w:jc w:val="center"/>
        </w:trPr>
        <w:tc>
          <w:tcPr>
            <w:tcW w:w="460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D3E693C" w14:textId="77777777" w:rsidR="00282991" w:rsidRDefault="00FE4586">
            <w:pPr>
              <w:spacing w:after="0"/>
            </w:pPr>
            <w:r>
              <w:rPr>
                <w:rFonts w:eastAsia="Arial" w:cs="Arial"/>
                <w:b/>
                <w:color w:val="FFFFFF"/>
                <w:sz w:val="17"/>
              </w:rPr>
              <w:t>Element</w:t>
            </w:r>
          </w:p>
        </w:tc>
        <w:tc>
          <w:tcPr>
            <w:tcW w:w="619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E57D214" w14:textId="77777777" w:rsidR="00282991" w:rsidRDefault="00FE4586">
            <w:pPr>
              <w:spacing w:after="0"/>
            </w:pPr>
            <w:r>
              <w:rPr>
                <w:rFonts w:eastAsia="Arial" w:cs="Arial"/>
                <w:b/>
                <w:color w:val="FFFFFF"/>
                <w:sz w:val="17"/>
              </w:rPr>
              <w:t>Facility Process</w:t>
            </w:r>
          </w:p>
        </w:tc>
      </w:tr>
      <w:tr w:rsidR="00282991" w14:paraId="55D42B0D"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ED04DF6" w14:textId="77777777" w:rsidR="00282991" w:rsidRDefault="00FE4586">
            <w:pPr>
              <w:spacing w:after="0"/>
            </w:pPr>
            <w:r>
              <w:rPr>
                <w:rFonts w:eastAsia="Arial" w:cs="Arial"/>
                <w:sz w:val="17"/>
              </w:rPr>
              <w:t>Activation / incident classification</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84B8FB1" w14:textId="77777777" w:rsidR="00282991" w:rsidRDefault="00FE4586">
            <w:pPr>
              <w:spacing w:after="0"/>
            </w:pPr>
            <w:r>
              <w:rPr>
                <w:rFonts w:eastAsia="Arial" w:cs="Arial"/>
                <w:i/>
                <w:color w:val="707070"/>
                <w:sz w:val="20"/>
              </w:rPr>
              <w:t>&lt;Insert&gt;</w:t>
            </w:r>
          </w:p>
        </w:tc>
      </w:tr>
      <w:tr w:rsidR="00282991" w14:paraId="36775ED3"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78482F0" w14:textId="77777777" w:rsidR="00282991" w:rsidRDefault="00FE4586">
            <w:pPr>
              <w:spacing w:after="0"/>
            </w:pPr>
            <w:r>
              <w:rPr>
                <w:rFonts w:eastAsia="Arial" w:cs="Arial"/>
                <w:sz w:val="17"/>
              </w:rPr>
              <w:t>EHR downtime forms / treatment documentation</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1A01CA3" w14:textId="77777777" w:rsidR="00282991" w:rsidRDefault="00FE4586">
            <w:pPr>
              <w:spacing w:after="0"/>
            </w:pPr>
            <w:r>
              <w:rPr>
                <w:rFonts w:eastAsia="Arial" w:cs="Arial"/>
                <w:i/>
                <w:color w:val="707070"/>
                <w:sz w:val="20"/>
              </w:rPr>
              <w:t>&lt;Insert&gt;</w:t>
            </w:r>
          </w:p>
        </w:tc>
      </w:tr>
      <w:tr w:rsidR="00282991" w14:paraId="3A72D421"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C7D94AE" w14:textId="77777777" w:rsidR="00282991" w:rsidRDefault="00FE4586">
            <w:pPr>
              <w:spacing w:after="0"/>
            </w:pPr>
            <w:r>
              <w:rPr>
                <w:rFonts w:eastAsia="Arial" w:cs="Arial"/>
                <w:sz w:val="17"/>
              </w:rPr>
              <w:t>Patient identity / registration</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8BD8A64" w14:textId="77777777" w:rsidR="00282991" w:rsidRDefault="00FE4586">
            <w:pPr>
              <w:spacing w:after="0"/>
            </w:pPr>
            <w:r>
              <w:rPr>
                <w:rFonts w:eastAsia="Arial" w:cs="Arial"/>
                <w:i/>
                <w:color w:val="707070"/>
                <w:sz w:val="20"/>
              </w:rPr>
              <w:t>&lt;Insert&gt;</w:t>
            </w:r>
          </w:p>
        </w:tc>
      </w:tr>
      <w:tr w:rsidR="00282991" w14:paraId="295BFAE9"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240B97F" w14:textId="77777777" w:rsidR="00282991" w:rsidRDefault="00FE4586">
            <w:pPr>
              <w:spacing w:after="0"/>
            </w:pPr>
            <w:r>
              <w:rPr>
                <w:rFonts w:eastAsia="Arial" w:cs="Arial"/>
                <w:sz w:val="17"/>
              </w:rPr>
              <w:t>Dialysis prescription / treatment history access</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8193039" w14:textId="77777777" w:rsidR="00282991" w:rsidRDefault="00FE4586">
            <w:pPr>
              <w:spacing w:after="0"/>
            </w:pPr>
            <w:r>
              <w:rPr>
                <w:rFonts w:eastAsia="Arial" w:cs="Arial"/>
                <w:i/>
                <w:color w:val="707070"/>
                <w:sz w:val="20"/>
              </w:rPr>
              <w:t>&lt;Insert&gt;</w:t>
            </w:r>
          </w:p>
        </w:tc>
      </w:tr>
      <w:tr w:rsidR="00282991" w14:paraId="3B0A2A27"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8B58E51" w14:textId="77777777" w:rsidR="00282991" w:rsidRDefault="00FE4586">
            <w:pPr>
              <w:spacing w:after="0"/>
            </w:pPr>
            <w:r>
              <w:rPr>
                <w:rFonts w:eastAsia="Arial" w:cs="Arial"/>
                <w:sz w:val="17"/>
              </w:rPr>
              <w:t>Medication / allergy / lab continuity</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82192D0" w14:textId="77777777" w:rsidR="00282991" w:rsidRDefault="00FE4586">
            <w:pPr>
              <w:spacing w:after="0"/>
            </w:pPr>
            <w:r>
              <w:rPr>
                <w:rFonts w:eastAsia="Arial" w:cs="Arial"/>
                <w:i/>
                <w:color w:val="707070"/>
                <w:sz w:val="20"/>
              </w:rPr>
              <w:t>&lt;Insert&gt;</w:t>
            </w:r>
          </w:p>
        </w:tc>
      </w:tr>
      <w:tr w:rsidR="00282991" w14:paraId="78B8D8FF"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FFFE5EC" w14:textId="77777777" w:rsidR="00282991" w:rsidRDefault="00FE4586">
            <w:pPr>
              <w:spacing w:after="0"/>
            </w:pPr>
            <w:r>
              <w:rPr>
                <w:rFonts w:eastAsia="Arial" w:cs="Arial"/>
                <w:sz w:val="17"/>
              </w:rPr>
              <w:t>Patient / alternate facility information transfer</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7245AB6" w14:textId="77777777" w:rsidR="00282991" w:rsidRDefault="00FE4586">
            <w:pPr>
              <w:spacing w:after="0"/>
            </w:pPr>
            <w:r>
              <w:rPr>
                <w:rFonts w:eastAsia="Arial" w:cs="Arial"/>
                <w:i/>
                <w:color w:val="707070"/>
                <w:sz w:val="20"/>
              </w:rPr>
              <w:t>&lt;Insert&gt;</w:t>
            </w:r>
          </w:p>
        </w:tc>
      </w:tr>
      <w:tr w:rsidR="00282991" w14:paraId="54C53072"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669A984" w14:textId="77777777" w:rsidR="00282991" w:rsidRDefault="00FE4586">
            <w:pPr>
              <w:spacing w:after="0"/>
            </w:pPr>
            <w:r>
              <w:rPr>
                <w:rFonts w:eastAsia="Arial" w:cs="Arial"/>
                <w:sz w:val="17"/>
              </w:rPr>
              <w:t>Internal / external communications</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E9928F5" w14:textId="77777777" w:rsidR="00282991" w:rsidRDefault="00FE4586">
            <w:pPr>
              <w:spacing w:after="0"/>
            </w:pPr>
            <w:r>
              <w:rPr>
                <w:rFonts w:eastAsia="Arial" w:cs="Arial"/>
                <w:i/>
                <w:color w:val="707070"/>
                <w:sz w:val="20"/>
              </w:rPr>
              <w:t>&lt;Insert&gt;</w:t>
            </w:r>
          </w:p>
        </w:tc>
      </w:tr>
      <w:tr w:rsidR="00282991" w14:paraId="7EEAFB78"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BE05F8E" w14:textId="77777777" w:rsidR="00282991" w:rsidRDefault="00FE4586">
            <w:pPr>
              <w:spacing w:after="0"/>
            </w:pPr>
            <w:r>
              <w:rPr>
                <w:rFonts w:eastAsia="Arial" w:cs="Arial"/>
                <w:sz w:val="17"/>
              </w:rPr>
              <w:t>Cybersecurity escalation / vendor / insurer</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9BE91C4" w14:textId="77777777" w:rsidR="00282991" w:rsidRDefault="00FE4586">
            <w:pPr>
              <w:spacing w:after="0"/>
            </w:pPr>
            <w:r>
              <w:rPr>
                <w:rFonts w:eastAsia="Arial" w:cs="Arial"/>
                <w:i/>
                <w:color w:val="707070"/>
                <w:sz w:val="20"/>
              </w:rPr>
              <w:t>&lt;Insert&gt;</w:t>
            </w:r>
          </w:p>
        </w:tc>
      </w:tr>
      <w:tr w:rsidR="00282991" w14:paraId="22CEEBCF"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7BE20AF" w14:textId="77777777" w:rsidR="00282991" w:rsidRDefault="00FE4586">
            <w:pPr>
              <w:spacing w:after="0"/>
            </w:pPr>
            <w:r>
              <w:rPr>
                <w:rFonts w:eastAsia="Arial" w:cs="Arial"/>
                <w:sz w:val="17"/>
              </w:rPr>
              <w:t>Backup / restoration / validation</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3F8973D" w14:textId="77777777" w:rsidR="00282991" w:rsidRDefault="00FE4586">
            <w:pPr>
              <w:spacing w:after="0"/>
            </w:pPr>
            <w:r>
              <w:rPr>
                <w:rFonts w:eastAsia="Arial" w:cs="Arial"/>
                <w:i/>
                <w:color w:val="707070"/>
                <w:sz w:val="20"/>
              </w:rPr>
              <w:t>&lt;Insert&gt;</w:t>
            </w:r>
          </w:p>
        </w:tc>
      </w:tr>
      <w:tr w:rsidR="00282991" w14:paraId="111EEF6E"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739265C" w14:textId="77777777" w:rsidR="00282991" w:rsidRDefault="00FE4586">
            <w:pPr>
              <w:spacing w:after="0"/>
            </w:pPr>
            <w:r>
              <w:rPr>
                <w:rFonts w:eastAsia="Arial" w:cs="Arial"/>
                <w:sz w:val="17"/>
              </w:rPr>
              <w:t>Reconciliation after restoration</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681802B" w14:textId="77777777" w:rsidR="00282991" w:rsidRDefault="00FE4586">
            <w:pPr>
              <w:spacing w:after="0"/>
            </w:pPr>
            <w:r>
              <w:rPr>
                <w:rFonts w:eastAsia="Arial" w:cs="Arial"/>
                <w:i/>
                <w:color w:val="707070"/>
                <w:sz w:val="20"/>
              </w:rPr>
              <w:t>&lt;Insert&gt;</w:t>
            </w:r>
          </w:p>
        </w:tc>
      </w:tr>
      <w:tr w:rsidR="00282991" w14:paraId="2413C64F"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AD40176" w14:textId="77777777" w:rsidR="00282991" w:rsidRDefault="00FE4586">
            <w:pPr>
              <w:spacing w:after="0"/>
            </w:pPr>
            <w:r>
              <w:rPr>
                <w:rFonts w:eastAsia="Arial" w:cs="Arial"/>
                <w:sz w:val="17"/>
              </w:rPr>
              <w:t>Extended downtime / service closure trigger</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248F60A" w14:textId="77777777" w:rsidR="00282991" w:rsidRDefault="00FE4586">
            <w:pPr>
              <w:spacing w:after="0"/>
            </w:pPr>
            <w:r>
              <w:rPr>
                <w:rFonts w:eastAsia="Arial" w:cs="Arial"/>
                <w:i/>
                <w:color w:val="707070"/>
                <w:sz w:val="20"/>
              </w:rPr>
              <w:t>&lt;Insert&gt;</w:t>
            </w:r>
          </w:p>
        </w:tc>
      </w:tr>
    </w:tbl>
    <w:p w14:paraId="25AB9506" w14:textId="77777777" w:rsidR="00282991" w:rsidRDefault="00282991">
      <w:pPr>
        <w:spacing w:after="20"/>
      </w:pPr>
    </w:p>
    <w:p w14:paraId="4280D63B" w14:textId="77777777" w:rsidR="00282991" w:rsidRDefault="00FE4586">
      <w:r>
        <w:br w:type="page"/>
      </w:r>
    </w:p>
    <w:p w14:paraId="63A7611C" w14:textId="77777777" w:rsidR="00282991" w:rsidRDefault="00FE4586">
      <w:pPr>
        <w:pStyle w:val="Heading1"/>
        <w:pBdr>
          <w:bottom w:val="single" w:sz="10" w:space="2" w:color="E63B07"/>
        </w:pBdr>
      </w:pPr>
      <w:r>
        <w:rPr>
          <w:rFonts w:ascii="Arial" w:eastAsia="Arial" w:hAnsi="Arial" w:cs="Arial"/>
        </w:rPr>
        <w:lastRenderedPageBreak/>
        <w:t>ANNEX J - HOME DIALYSIS EMERGENCY BACKUP - IF APPLICABLE</w:t>
      </w:r>
    </w:p>
    <w:tbl>
      <w:tblPr>
        <w:tblW w:w="0" w:type="auto"/>
        <w:jc w:val="center"/>
        <w:tblLayout w:type="fixed"/>
        <w:tblLook w:val="04A0" w:firstRow="1" w:lastRow="0" w:firstColumn="1" w:lastColumn="0" w:noHBand="0" w:noVBand="1"/>
      </w:tblPr>
      <w:tblGrid>
        <w:gridCol w:w="4608"/>
        <w:gridCol w:w="6192"/>
      </w:tblGrid>
      <w:tr w:rsidR="00282991" w14:paraId="26BBE1A5" w14:textId="77777777">
        <w:trPr>
          <w:cantSplit/>
          <w:tblHeader/>
          <w:jc w:val="center"/>
        </w:trPr>
        <w:tc>
          <w:tcPr>
            <w:tcW w:w="460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7455A8C" w14:textId="77777777" w:rsidR="00282991" w:rsidRDefault="00FE4586">
            <w:pPr>
              <w:spacing w:after="0"/>
            </w:pPr>
            <w:r>
              <w:rPr>
                <w:rFonts w:eastAsia="Arial" w:cs="Arial"/>
                <w:b/>
                <w:color w:val="FFFFFF"/>
                <w:sz w:val="17"/>
              </w:rPr>
              <w:t>Element</w:t>
            </w:r>
          </w:p>
        </w:tc>
        <w:tc>
          <w:tcPr>
            <w:tcW w:w="619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AAF6B80" w14:textId="77777777" w:rsidR="00282991" w:rsidRDefault="00FE4586">
            <w:pPr>
              <w:spacing w:after="0"/>
            </w:pPr>
            <w:r>
              <w:rPr>
                <w:rFonts w:eastAsia="Arial" w:cs="Arial"/>
                <w:b/>
                <w:color w:val="FFFFFF"/>
                <w:sz w:val="17"/>
              </w:rPr>
              <w:t>Facility Process</w:t>
            </w:r>
          </w:p>
        </w:tc>
      </w:tr>
      <w:tr w:rsidR="00282991" w14:paraId="2AA1E8E4"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0CC501C" w14:textId="77777777" w:rsidR="00282991" w:rsidRDefault="00FE4586">
            <w:pPr>
              <w:spacing w:after="0"/>
            </w:pPr>
            <w:r>
              <w:rPr>
                <w:rFonts w:eastAsia="Arial" w:cs="Arial"/>
                <w:sz w:val="17"/>
              </w:rPr>
              <w:t>Affected home modalities</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929FB7F" w14:textId="77777777" w:rsidR="00282991" w:rsidRDefault="00FE4586">
            <w:pPr>
              <w:spacing w:after="0"/>
            </w:pPr>
            <w:r>
              <w:rPr>
                <w:rFonts w:eastAsia="Arial" w:cs="Arial"/>
                <w:i/>
                <w:color w:val="707070"/>
                <w:sz w:val="20"/>
              </w:rPr>
              <w:t>&lt;Insert&gt;</w:t>
            </w:r>
          </w:p>
        </w:tc>
      </w:tr>
      <w:tr w:rsidR="00282991" w14:paraId="1A2D4401"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0703DAF" w14:textId="77777777" w:rsidR="00282991" w:rsidRDefault="00FE4586">
            <w:pPr>
              <w:spacing w:after="0"/>
            </w:pPr>
            <w:r>
              <w:rPr>
                <w:rFonts w:eastAsia="Arial" w:cs="Arial"/>
                <w:sz w:val="17"/>
              </w:rPr>
              <w:t>Patient/caregiver emergency instructions</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CFB27A9" w14:textId="77777777" w:rsidR="00282991" w:rsidRDefault="00FE4586">
            <w:pPr>
              <w:spacing w:after="0"/>
            </w:pPr>
            <w:r>
              <w:rPr>
                <w:rFonts w:eastAsia="Arial" w:cs="Arial"/>
                <w:i/>
                <w:color w:val="707070"/>
                <w:sz w:val="20"/>
              </w:rPr>
              <w:t>&lt;Insert&gt;</w:t>
            </w:r>
          </w:p>
        </w:tc>
      </w:tr>
      <w:tr w:rsidR="00282991" w14:paraId="54F63E06"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596AA63" w14:textId="77777777" w:rsidR="00282991" w:rsidRDefault="00FE4586">
            <w:pPr>
              <w:spacing w:after="0"/>
            </w:pPr>
            <w:r>
              <w:rPr>
                <w:rFonts w:eastAsia="Arial" w:cs="Arial"/>
                <w:sz w:val="17"/>
              </w:rPr>
              <w:t>Emergency contact pathway</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0137182" w14:textId="77777777" w:rsidR="00282991" w:rsidRDefault="00FE4586">
            <w:pPr>
              <w:spacing w:after="0"/>
            </w:pPr>
            <w:r>
              <w:rPr>
                <w:rFonts w:eastAsia="Arial" w:cs="Arial"/>
                <w:i/>
                <w:color w:val="707070"/>
                <w:sz w:val="20"/>
              </w:rPr>
              <w:t>&lt;Insert&gt;</w:t>
            </w:r>
          </w:p>
        </w:tc>
      </w:tr>
      <w:tr w:rsidR="00282991" w14:paraId="693ABC66"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5B6560F" w14:textId="77777777" w:rsidR="00282991" w:rsidRDefault="00FE4586">
            <w:pPr>
              <w:spacing w:after="0"/>
            </w:pPr>
            <w:r>
              <w:rPr>
                <w:rFonts w:eastAsia="Arial" w:cs="Arial"/>
                <w:sz w:val="17"/>
              </w:rPr>
              <w:t>Backup in-center treatment</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F1023D0" w14:textId="77777777" w:rsidR="00282991" w:rsidRDefault="00FE4586">
            <w:pPr>
              <w:spacing w:after="0"/>
            </w:pPr>
            <w:r>
              <w:rPr>
                <w:rFonts w:eastAsia="Arial" w:cs="Arial"/>
                <w:i/>
                <w:color w:val="707070"/>
                <w:sz w:val="20"/>
              </w:rPr>
              <w:t>&lt;Insert&gt;</w:t>
            </w:r>
          </w:p>
        </w:tc>
      </w:tr>
      <w:tr w:rsidR="00282991" w14:paraId="6468619C"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D5A8D18" w14:textId="77777777" w:rsidR="00282991" w:rsidRDefault="00FE4586">
            <w:pPr>
              <w:spacing w:after="0"/>
            </w:pPr>
            <w:r>
              <w:rPr>
                <w:rFonts w:eastAsia="Arial" w:cs="Arial"/>
                <w:sz w:val="17"/>
              </w:rPr>
              <w:t>Equipment failure</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5E384BE" w14:textId="77777777" w:rsidR="00282991" w:rsidRDefault="00FE4586">
            <w:pPr>
              <w:spacing w:after="0"/>
            </w:pPr>
            <w:r>
              <w:rPr>
                <w:rFonts w:eastAsia="Arial" w:cs="Arial"/>
                <w:i/>
                <w:color w:val="707070"/>
                <w:sz w:val="20"/>
              </w:rPr>
              <w:t>&lt;Insert&gt;</w:t>
            </w:r>
          </w:p>
        </w:tc>
      </w:tr>
      <w:tr w:rsidR="00282991" w14:paraId="21261E4E"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3758FCA" w14:textId="77777777" w:rsidR="00282991" w:rsidRDefault="00FE4586">
            <w:pPr>
              <w:spacing w:after="0"/>
            </w:pPr>
            <w:r>
              <w:rPr>
                <w:rFonts w:eastAsia="Arial" w:cs="Arial"/>
                <w:sz w:val="17"/>
              </w:rPr>
              <w:t>Supply interruption</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01A045D" w14:textId="77777777" w:rsidR="00282991" w:rsidRDefault="00FE4586">
            <w:pPr>
              <w:spacing w:after="0"/>
            </w:pPr>
            <w:r>
              <w:rPr>
                <w:rFonts w:eastAsia="Arial" w:cs="Arial"/>
                <w:i/>
                <w:color w:val="707070"/>
                <w:sz w:val="20"/>
              </w:rPr>
              <w:t>&lt;Insert&gt;</w:t>
            </w:r>
          </w:p>
        </w:tc>
      </w:tr>
      <w:tr w:rsidR="00282991" w14:paraId="44567AF8"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E656ADB" w14:textId="77777777" w:rsidR="00282991" w:rsidRDefault="00FE4586">
            <w:pPr>
              <w:spacing w:after="0"/>
            </w:pPr>
            <w:r>
              <w:rPr>
                <w:rFonts w:eastAsia="Arial" w:cs="Arial"/>
                <w:sz w:val="17"/>
              </w:rPr>
              <w:t>Power / water interruption</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3C12934" w14:textId="77777777" w:rsidR="00282991" w:rsidRDefault="00FE4586">
            <w:pPr>
              <w:spacing w:after="0"/>
            </w:pPr>
            <w:r>
              <w:rPr>
                <w:rFonts w:eastAsia="Arial" w:cs="Arial"/>
                <w:i/>
                <w:color w:val="707070"/>
                <w:sz w:val="20"/>
              </w:rPr>
              <w:t>&lt;Insert&gt;</w:t>
            </w:r>
          </w:p>
        </w:tc>
      </w:tr>
      <w:tr w:rsidR="00282991" w14:paraId="06DF4C50"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4B85615" w14:textId="77777777" w:rsidR="00282991" w:rsidRDefault="00FE4586">
            <w:pPr>
              <w:spacing w:after="0"/>
            </w:pPr>
            <w:r>
              <w:rPr>
                <w:rFonts w:eastAsia="Arial" w:cs="Arial"/>
                <w:sz w:val="17"/>
              </w:rPr>
              <w:t>Transportation / transfer</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ECB433C" w14:textId="77777777" w:rsidR="00282991" w:rsidRDefault="00FE4586">
            <w:pPr>
              <w:spacing w:after="0"/>
            </w:pPr>
            <w:r>
              <w:rPr>
                <w:rFonts w:eastAsia="Arial" w:cs="Arial"/>
                <w:i/>
                <w:color w:val="707070"/>
                <w:sz w:val="20"/>
              </w:rPr>
              <w:t>&lt;Insert&gt;</w:t>
            </w:r>
          </w:p>
        </w:tc>
      </w:tr>
      <w:tr w:rsidR="00282991" w14:paraId="71A3F6F8"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F7F41C0" w14:textId="77777777" w:rsidR="00282991" w:rsidRDefault="00FE4586">
            <w:pPr>
              <w:spacing w:after="0"/>
            </w:pPr>
            <w:r>
              <w:rPr>
                <w:rFonts w:eastAsia="Arial" w:cs="Arial"/>
                <w:sz w:val="17"/>
              </w:rPr>
              <w:t>Nursing-home dialysis coordination - if applicable</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00A2E6E" w14:textId="77777777" w:rsidR="00282991" w:rsidRDefault="00FE4586">
            <w:pPr>
              <w:spacing w:after="0"/>
            </w:pPr>
            <w:r>
              <w:rPr>
                <w:rFonts w:eastAsia="Arial" w:cs="Arial"/>
                <w:i/>
                <w:color w:val="707070"/>
                <w:sz w:val="20"/>
              </w:rPr>
              <w:t>&lt;Insert&gt;</w:t>
            </w:r>
          </w:p>
        </w:tc>
      </w:tr>
      <w:tr w:rsidR="00282991" w14:paraId="78B1863B"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A466D19" w14:textId="77777777" w:rsidR="00282991" w:rsidRDefault="00FE4586">
            <w:pPr>
              <w:spacing w:after="0"/>
            </w:pPr>
            <w:r>
              <w:rPr>
                <w:rFonts w:eastAsia="Arial" w:cs="Arial"/>
                <w:sz w:val="17"/>
              </w:rPr>
              <w:t>Follow-up / documentation</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AD42C3A" w14:textId="77777777" w:rsidR="00282991" w:rsidRDefault="00FE4586">
            <w:pPr>
              <w:spacing w:after="0"/>
            </w:pPr>
            <w:r>
              <w:rPr>
                <w:rFonts w:eastAsia="Arial" w:cs="Arial"/>
                <w:i/>
                <w:color w:val="707070"/>
                <w:sz w:val="20"/>
              </w:rPr>
              <w:t>&lt;Insert&gt;</w:t>
            </w:r>
          </w:p>
        </w:tc>
      </w:tr>
    </w:tbl>
    <w:p w14:paraId="4D778B7B" w14:textId="77777777" w:rsidR="00282991" w:rsidRDefault="00282991">
      <w:pPr>
        <w:spacing w:after="20"/>
      </w:pPr>
    </w:p>
    <w:p w14:paraId="7E2EC5DF" w14:textId="77777777" w:rsidR="00282991" w:rsidRDefault="00FE4586">
      <w:r>
        <w:br w:type="page"/>
      </w:r>
    </w:p>
    <w:p w14:paraId="6369F432" w14:textId="77777777" w:rsidR="00282991" w:rsidRDefault="00FE4586">
      <w:pPr>
        <w:pStyle w:val="Heading1"/>
        <w:pBdr>
          <w:bottom w:val="single" w:sz="10" w:space="2" w:color="E63B07"/>
        </w:pBdr>
      </w:pPr>
      <w:r>
        <w:rPr>
          <w:rFonts w:ascii="Arial" w:eastAsia="Arial" w:hAnsi="Arial" w:cs="Arial"/>
        </w:rPr>
        <w:lastRenderedPageBreak/>
        <w:t>ANNEX K - EMRESOURCE / HCC-ME SITUATIONAL AWARENESS (OPTIONAL)</w:t>
      </w:r>
    </w:p>
    <w:tbl>
      <w:tblPr>
        <w:tblW w:w="0" w:type="auto"/>
        <w:jc w:val="center"/>
        <w:tblLook w:val="04A0" w:firstRow="1" w:lastRow="0" w:firstColumn="1" w:lastColumn="0" w:noHBand="0" w:noVBand="1"/>
      </w:tblPr>
      <w:tblGrid>
        <w:gridCol w:w="10800"/>
      </w:tblGrid>
      <w:tr w:rsidR="00282991" w14:paraId="4BDAECC2" w14:textId="77777777">
        <w:trPr>
          <w:jc w:val="center"/>
        </w:trPr>
        <w:tc>
          <w:tcPr>
            <w:tcW w:w="10800" w:type="dxa"/>
            <w:shd w:val="clear" w:color="auto" w:fill="E8F2EF"/>
            <w:tcMar>
              <w:top w:w="90" w:type="dxa"/>
              <w:left w:w="100" w:type="dxa"/>
              <w:bottom w:w="90" w:type="dxa"/>
              <w:right w:w="100" w:type="dxa"/>
            </w:tcMar>
          </w:tcPr>
          <w:p w14:paraId="72CA097D" w14:textId="77777777" w:rsidR="00282991" w:rsidRDefault="00FE4586">
            <w:pPr>
              <w:spacing w:after="0"/>
            </w:pPr>
            <w:r>
              <w:rPr>
                <w:rFonts w:eastAsia="Arial" w:cs="Arial"/>
                <w:b/>
                <w:color w:val="015A41"/>
                <w:sz w:val="19"/>
              </w:rPr>
              <w:t xml:space="preserve">OPTIONAL HCC-ME RESOURCE </w:t>
            </w:r>
            <w:r>
              <w:rPr>
                <w:rFonts w:eastAsia="Arial" w:cs="Arial"/>
                <w:sz w:val="18"/>
              </w:rPr>
              <w:t>Participation in HCC-ME or EMResource does not replace required regulatory/public-health reporting. Document coalition participation when used for exercises, preparedness assistance, situational awareness or resource coordination.</w:t>
            </w:r>
          </w:p>
        </w:tc>
      </w:tr>
    </w:tbl>
    <w:p w14:paraId="28B99B21" w14:textId="77777777" w:rsidR="00282991" w:rsidRDefault="00282991">
      <w:pPr>
        <w:spacing w:after="20"/>
      </w:pPr>
    </w:p>
    <w:tbl>
      <w:tblPr>
        <w:tblW w:w="0" w:type="auto"/>
        <w:jc w:val="center"/>
        <w:tblLayout w:type="fixed"/>
        <w:tblLook w:val="04A0" w:firstRow="1" w:lastRow="0" w:firstColumn="1" w:lastColumn="0" w:noHBand="0" w:noVBand="1"/>
      </w:tblPr>
      <w:tblGrid>
        <w:gridCol w:w="4320"/>
        <w:gridCol w:w="6480"/>
      </w:tblGrid>
      <w:tr w:rsidR="00282991" w14:paraId="6F98A991" w14:textId="77777777">
        <w:trPr>
          <w:cantSplit/>
          <w:tblHeader/>
          <w:jc w:val="center"/>
        </w:trPr>
        <w:tc>
          <w:tcPr>
            <w:tcW w:w="432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38113DB" w14:textId="77777777" w:rsidR="00282991" w:rsidRDefault="00FE4586">
            <w:pPr>
              <w:spacing w:after="0"/>
            </w:pPr>
            <w:r>
              <w:rPr>
                <w:rFonts w:eastAsia="Arial" w:cs="Arial"/>
                <w:b/>
                <w:color w:val="FFFFFF"/>
                <w:sz w:val="17"/>
              </w:rPr>
              <w:t>Field</w:t>
            </w:r>
          </w:p>
        </w:tc>
        <w:tc>
          <w:tcPr>
            <w:tcW w:w="648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9E3B4B7" w14:textId="77777777" w:rsidR="00282991" w:rsidRDefault="00FE4586">
            <w:pPr>
              <w:spacing w:after="0"/>
            </w:pPr>
            <w:r>
              <w:rPr>
                <w:rFonts w:eastAsia="Arial" w:cs="Arial"/>
                <w:b/>
                <w:color w:val="FFFFFF"/>
                <w:sz w:val="17"/>
              </w:rPr>
              <w:t>Facility Entry</w:t>
            </w:r>
          </w:p>
        </w:tc>
      </w:tr>
      <w:tr w:rsidR="00282991" w14:paraId="61D37D2C"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EAE1EC1" w14:textId="77777777" w:rsidR="00282991" w:rsidRDefault="00FE4586">
            <w:pPr>
              <w:spacing w:after="0"/>
            </w:pPr>
            <w:r>
              <w:rPr>
                <w:rFonts w:eastAsia="Arial" w:cs="Arial"/>
                <w:sz w:val="18"/>
              </w:rPr>
              <w:t>HCC-ME District Liaison</w:t>
            </w:r>
          </w:p>
        </w:tc>
        <w:tc>
          <w:tcPr>
            <w:tcW w:w="64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8DEAE5B" w14:textId="77777777" w:rsidR="00282991" w:rsidRDefault="00FE4586">
            <w:pPr>
              <w:spacing w:after="0"/>
            </w:pPr>
            <w:r>
              <w:rPr>
                <w:rFonts w:eastAsia="Arial" w:cs="Arial"/>
                <w:i/>
                <w:color w:val="707070"/>
                <w:sz w:val="20"/>
              </w:rPr>
              <w:t>&lt;Insert&gt;</w:t>
            </w:r>
          </w:p>
        </w:tc>
      </w:tr>
      <w:tr w:rsidR="00282991" w14:paraId="21E8C8B6"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975EFF5" w14:textId="77777777" w:rsidR="00282991" w:rsidRDefault="00FE4586">
            <w:pPr>
              <w:spacing w:after="0"/>
            </w:pPr>
            <w:r>
              <w:rPr>
                <w:rFonts w:eastAsia="Arial" w:cs="Arial"/>
                <w:sz w:val="18"/>
              </w:rPr>
              <w:t>EMResource account / responsible role</w:t>
            </w:r>
          </w:p>
        </w:tc>
        <w:tc>
          <w:tcPr>
            <w:tcW w:w="64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C833DDC" w14:textId="77777777" w:rsidR="00282991" w:rsidRDefault="00FE4586">
            <w:pPr>
              <w:spacing w:after="0"/>
            </w:pPr>
            <w:r>
              <w:rPr>
                <w:rFonts w:eastAsia="Arial" w:cs="Arial"/>
                <w:i/>
                <w:color w:val="707070"/>
                <w:sz w:val="20"/>
              </w:rPr>
              <w:t>&lt;Insert&gt;</w:t>
            </w:r>
          </w:p>
        </w:tc>
      </w:tr>
      <w:tr w:rsidR="00282991" w14:paraId="3B3A3209"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A68B2E6" w14:textId="77777777" w:rsidR="00282991" w:rsidRDefault="00FE4586">
            <w:pPr>
              <w:spacing w:after="0"/>
            </w:pPr>
            <w:r>
              <w:rPr>
                <w:rFonts w:eastAsia="Arial" w:cs="Arial"/>
                <w:sz w:val="18"/>
              </w:rPr>
              <w:t>Internal approval to submit status</w:t>
            </w:r>
          </w:p>
        </w:tc>
        <w:tc>
          <w:tcPr>
            <w:tcW w:w="64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DA41805" w14:textId="77777777" w:rsidR="00282991" w:rsidRDefault="00FE4586">
            <w:pPr>
              <w:spacing w:after="0"/>
            </w:pPr>
            <w:r>
              <w:rPr>
                <w:rFonts w:eastAsia="Arial" w:cs="Arial"/>
                <w:i/>
                <w:color w:val="707070"/>
                <w:sz w:val="20"/>
              </w:rPr>
              <w:t>&lt;Insert&gt;</w:t>
            </w:r>
          </w:p>
        </w:tc>
      </w:tr>
      <w:tr w:rsidR="00282991" w14:paraId="4BC7DE50"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29E6247" w14:textId="77777777" w:rsidR="00282991" w:rsidRDefault="00FE4586">
            <w:pPr>
              <w:spacing w:after="0"/>
            </w:pPr>
            <w:r>
              <w:rPr>
                <w:rFonts w:eastAsia="Arial" w:cs="Arial"/>
                <w:sz w:val="18"/>
              </w:rPr>
              <w:t>Information shared / update triggers</w:t>
            </w:r>
          </w:p>
        </w:tc>
        <w:tc>
          <w:tcPr>
            <w:tcW w:w="64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12D23EB" w14:textId="77777777" w:rsidR="00282991" w:rsidRDefault="00FE4586">
            <w:pPr>
              <w:spacing w:after="0"/>
            </w:pPr>
            <w:r>
              <w:rPr>
                <w:rFonts w:eastAsia="Arial" w:cs="Arial"/>
                <w:i/>
                <w:color w:val="707070"/>
                <w:sz w:val="20"/>
              </w:rPr>
              <w:t>&lt;Insert&gt;</w:t>
            </w:r>
          </w:p>
        </w:tc>
      </w:tr>
      <w:tr w:rsidR="00282991" w14:paraId="3EF0C079"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DA88B23" w14:textId="77777777" w:rsidR="00282991" w:rsidRDefault="00FE4586">
            <w:pPr>
              <w:spacing w:after="0"/>
            </w:pPr>
            <w:r>
              <w:rPr>
                <w:rFonts w:eastAsia="Arial" w:cs="Arial"/>
                <w:sz w:val="18"/>
              </w:rPr>
              <w:t>Resource request pathway</w:t>
            </w:r>
          </w:p>
        </w:tc>
        <w:tc>
          <w:tcPr>
            <w:tcW w:w="64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5EEA304" w14:textId="77777777" w:rsidR="00282991" w:rsidRDefault="00FE4586">
            <w:pPr>
              <w:spacing w:after="0"/>
            </w:pPr>
            <w:r>
              <w:rPr>
                <w:rFonts w:eastAsia="Arial" w:cs="Arial"/>
                <w:i/>
                <w:color w:val="707070"/>
                <w:sz w:val="20"/>
              </w:rPr>
              <w:t>&lt;Insert&gt;</w:t>
            </w:r>
          </w:p>
        </w:tc>
      </w:tr>
      <w:tr w:rsidR="00282991" w14:paraId="45F8E315" w14:textId="77777777">
        <w:trPr>
          <w:cantSplit/>
          <w:jc w:val="center"/>
        </w:trPr>
        <w:tc>
          <w:tcPr>
            <w:tcW w:w="432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514AAA3" w14:textId="77777777" w:rsidR="00282991" w:rsidRDefault="00FE4586">
            <w:pPr>
              <w:spacing w:after="0"/>
            </w:pPr>
            <w:r>
              <w:rPr>
                <w:rFonts w:eastAsia="Arial" w:cs="Arial"/>
                <w:sz w:val="18"/>
              </w:rPr>
              <w:t>Downtime alternative</w:t>
            </w:r>
          </w:p>
        </w:tc>
        <w:tc>
          <w:tcPr>
            <w:tcW w:w="64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4E31065" w14:textId="77777777" w:rsidR="00282991" w:rsidRDefault="00FE4586">
            <w:pPr>
              <w:spacing w:after="0"/>
            </w:pPr>
            <w:r>
              <w:rPr>
                <w:rFonts w:eastAsia="Arial" w:cs="Arial"/>
                <w:i/>
                <w:color w:val="707070"/>
                <w:sz w:val="20"/>
              </w:rPr>
              <w:t>&lt;Insert&gt;</w:t>
            </w:r>
          </w:p>
        </w:tc>
      </w:tr>
    </w:tbl>
    <w:p w14:paraId="782C8826" w14:textId="77777777" w:rsidR="00282991" w:rsidRDefault="00282991">
      <w:pPr>
        <w:spacing w:after="20"/>
      </w:pPr>
    </w:p>
    <w:p w14:paraId="5F700CBE" w14:textId="77777777" w:rsidR="00282991" w:rsidRDefault="00FE4586">
      <w:r>
        <w:br w:type="page"/>
      </w:r>
    </w:p>
    <w:p w14:paraId="68A5C770" w14:textId="77777777" w:rsidR="00282991" w:rsidRDefault="00FE4586">
      <w:pPr>
        <w:pStyle w:val="Heading1"/>
        <w:pBdr>
          <w:bottom w:val="single" w:sz="10" w:space="2" w:color="E63B07"/>
        </w:pBdr>
      </w:pPr>
      <w:r>
        <w:rPr>
          <w:rFonts w:ascii="Arial" w:eastAsia="Arial" w:hAnsi="Arial" w:cs="Arial"/>
        </w:rPr>
        <w:lastRenderedPageBreak/>
        <w:t>ANNEX L - FIRE / LIFE SAFETY / GENERATOR / FACILITY CLOSURE COORDINATION</w:t>
      </w:r>
    </w:p>
    <w:tbl>
      <w:tblPr>
        <w:tblW w:w="0" w:type="auto"/>
        <w:jc w:val="center"/>
        <w:tblLayout w:type="fixed"/>
        <w:tblLook w:val="04A0" w:firstRow="1" w:lastRow="0" w:firstColumn="1" w:lastColumn="0" w:noHBand="0" w:noVBand="1"/>
      </w:tblPr>
      <w:tblGrid>
        <w:gridCol w:w="4608"/>
        <w:gridCol w:w="6192"/>
      </w:tblGrid>
      <w:tr w:rsidR="00282991" w14:paraId="07F4106D" w14:textId="77777777">
        <w:trPr>
          <w:cantSplit/>
          <w:tblHeader/>
          <w:jc w:val="center"/>
        </w:trPr>
        <w:tc>
          <w:tcPr>
            <w:tcW w:w="460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AE0FB8A" w14:textId="77777777" w:rsidR="00282991" w:rsidRDefault="00FE4586">
            <w:pPr>
              <w:spacing w:after="0"/>
            </w:pPr>
            <w:r>
              <w:rPr>
                <w:rFonts w:eastAsia="Arial" w:cs="Arial"/>
                <w:b/>
                <w:color w:val="FFFFFF"/>
                <w:sz w:val="17"/>
              </w:rPr>
              <w:t>Element</w:t>
            </w:r>
          </w:p>
        </w:tc>
        <w:tc>
          <w:tcPr>
            <w:tcW w:w="619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41EAD87" w14:textId="77777777" w:rsidR="00282991" w:rsidRDefault="00FE4586">
            <w:pPr>
              <w:spacing w:after="0"/>
            </w:pPr>
            <w:r>
              <w:rPr>
                <w:rFonts w:eastAsia="Arial" w:cs="Arial"/>
                <w:b/>
                <w:color w:val="FFFFFF"/>
                <w:sz w:val="17"/>
              </w:rPr>
              <w:t>Facility Process / Controlled Location</w:t>
            </w:r>
          </w:p>
        </w:tc>
      </w:tr>
      <w:tr w:rsidR="00282991" w14:paraId="297BDE7E"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926ED28" w14:textId="77777777" w:rsidR="00282991" w:rsidRDefault="00FE4586">
            <w:pPr>
              <w:spacing w:after="0"/>
            </w:pPr>
            <w:r>
              <w:rPr>
                <w:rFonts w:eastAsia="Arial" w:cs="Arial"/>
                <w:sz w:val="17"/>
              </w:rPr>
              <w:t>Federal grade-level exit / LSC determination</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64DCEB" w14:textId="77777777" w:rsidR="00282991" w:rsidRDefault="00FE4586">
            <w:pPr>
              <w:spacing w:after="0"/>
            </w:pPr>
            <w:r>
              <w:rPr>
                <w:rFonts w:eastAsia="Arial" w:cs="Arial"/>
                <w:i/>
                <w:color w:val="707070"/>
                <w:sz w:val="20"/>
              </w:rPr>
              <w:t>&lt;Insert&gt;</w:t>
            </w:r>
          </w:p>
        </w:tc>
      </w:tr>
      <w:tr w:rsidR="00282991" w14:paraId="76B4EA85"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0134751" w14:textId="77777777" w:rsidR="00282991" w:rsidRDefault="00FE4586">
            <w:pPr>
              <w:spacing w:after="0"/>
            </w:pPr>
            <w:r>
              <w:rPr>
                <w:rFonts w:eastAsia="Arial" w:cs="Arial"/>
                <w:sz w:val="17"/>
              </w:rPr>
              <w:t>CMS-2786U / federal LSC evidence - if applicable</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EA3A31A" w14:textId="77777777" w:rsidR="00282991" w:rsidRDefault="00FE4586">
            <w:pPr>
              <w:spacing w:after="0"/>
            </w:pPr>
            <w:r>
              <w:rPr>
                <w:rFonts w:eastAsia="Arial" w:cs="Arial"/>
                <w:i/>
                <w:color w:val="707070"/>
                <w:sz w:val="20"/>
              </w:rPr>
              <w:t>&lt;Insert&gt;</w:t>
            </w:r>
          </w:p>
        </w:tc>
      </w:tr>
      <w:tr w:rsidR="00282991" w14:paraId="6C7FC30F"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595D480" w14:textId="77777777" w:rsidR="00282991" w:rsidRDefault="00FE4586">
            <w:pPr>
              <w:spacing w:after="0"/>
            </w:pPr>
            <w:r>
              <w:rPr>
                <w:rFonts w:eastAsia="Arial" w:cs="Arial"/>
                <w:sz w:val="17"/>
              </w:rPr>
              <w:t>Maine FMO / local AHJ occupancy determination</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005E06F" w14:textId="77777777" w:rsidR="00282991" w:rsidRDefault="00FE4586">
            <w:pPr>
              <w:spacing w:after="0"/>
            </w:pPr>
            <w:r>
              <w:rPr>
                <w:rFonts w:eastAsia="Arial" w:cs="Arial"/>
                <w:i/>
                <w:color w:val="707070"/>
                <w:sz w:val="20"/>
              </w:rPr>
              <w:t>&lt;Insert&gt;</w:t>
            </w:r>
          </w:p>
        </w:tc>
      </w:tr>
      <w:tr w:rsidR="00282991" w14:paraId="76714470"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C6B1440" w14:textId="77777777" w:rsidR="00282991" w:rsidRDefault="00FE4586">
            <w:pPr>
              <w:spacing w:after="0"/>
            </w:pPr>
            <w:r>
              <w:rPr>
                <w:rFonts w:eastAsia="Arial" w:cs="Arial"/>
                <w:sz w:val="17"/>
              </w:rPr>
              <w:t>Fire alarm / sprinkler impairment</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2F4DA8E" w14:textId="77777777" w:rsidR="00282991" w:rsidRDefault="00FE4586">
            <w:pPr>
              <w:spacing w:after="0"/>
            </w:pPr>
            <w:r>
              <w:rPr>
                <w:rFonts w:eastAsia="Arial" w:cs="Arial"/>
                <w:i/>
                <w:color w:val="707070"/>
                <w:sz w:val="20"/>
              </w:rPr>
              <w:t>&lt;Insert&gt;</w:t>
            </w:r>
          </w:p>
        </w:tc>
      </w:tr>
      <w:tr w:rsidR="00282991" w14:paraId="7ACF1BFD"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25B6822" w14:textId="77777777" w:rsidR="00282991" w:rsidRDefault="00FE4586">
            <w:pPr>
              <w:spacing w:after="0"/>
            </w:pPr>
            <w:r>
              <w:rPr>
                <w:rFonts w:eastAsia="Arial" w:cs="Arial"/>
                <w:sz w:val="17"/>
              </w:rPr>
              <w:t>Egress / exit sign issue</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7B6CC79" w14:textId="77777777" w:rsidR="00282991" w:rsidRDefault="00FE4586">
            <w:pPr>
              <w:spacing w:after="0"/>
            </w:pPr>
            <w:r>
              <w:rPr>
                <w:rFonts w:eastAsia="Arial" w:cs="Arial"/>
                <w:i/>
                <w:color w:val="707070"/>
                <w:sz w:val="20"/>
              </w:rPr>
              <w:t>&lt;Insert&gt;</w:t>
            </w:r>
          </w:p>
        </w:tc>
      </w:tr>
      <w:tr w:rsidR="00282991" w14:paraId="6CAB5DC1"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671B789" w14:textId="77777777" w:rsidR="00282991" w:rsidRDefault="00FE4586">
            <w:pPr>
              <w:spacing w:after="0"/>
            </w:pPr>
            <w:r>
              <w:rPr>
                <w:rFonts w:eastAsia="Arial" w:cs="Arial"/>
                <w:sz w:val="17"/>
              </w:rPr>
              <w:t>Fire / smoke response</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39B0214" w14:textId="77777777" w:rsidR="00282991" w:rsidRDefault="00FE4586">
            <w:pPr>
              <w:spacing w:after="0"/>
            </w:pPr>
            <w:r>
              <w:rPr>
                <w:rFonts w:eastAsia="Arial" w:cs="Arial"/>
                <w:i/>
                <w:color w:val="707070"/>
                <w:sz w:val="20"/>
              </w:rPr>
              <w:t>&lt;Insert&gt;</w:t>
            </w:r>
          </w:p>
        </w:tc>
      </w:tr>
      <w:tr w:rsidR="00282991" w14:paraId="577BE27F"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538A090" w14:textId="77777777" w:rsidR="00282991" w:rsidRDefault="00FE4586">
            <w:pPr>
              <w:spacing w:after="0"/>
            </w:pPr>
            <w:r>
              <w:rPr>
                <w:rFonts w:eastAsia="Arial" w:cs="Arial"/>
                <w:sz w:val="17"/>
              </w:rPr>
              <w:t>Generator activation / monthly operation / fuel</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8747A12" w14:textId="77777777" w:rsidR="00282991" w:rsidRDefault="00FE4586">
            <w:pPr>
              <w:spacing w:after="0"/>
            </w:pPr>
            <w:r>
              <w:rPr>
                <w:rFonts w:eastAsia="Arial" w:cs="Arial"/>
                <w:i/>
                <w:color w:val="707070"/>
                <w:sz w:val="20"/>
              </w:rPr>
              <w:t>&lt;Insert&gt;</w:t>
            </w:r>
          </w:p>
        </w:tc>
      </w:tr>
      <w:tr w:rsidR="00282991" w14:paraId="5CAC96A5"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6AD19CC" w14:textId="77777777" w:rsidR="00282991" w:rsidRDefault="00FE4586">
            <w:pPr>
              <w:spacing w:after="0"/>
            </w:pPr>
            <w:r>
              <w:rPr>
                <w:rFonts w:eastAsia="Arial" w:cs="Arial"/>
                <w:sz w:val="17"/>
              </w:rPr>
              <w:t>Building unsafe / closure decision</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9C38404" w14:textId="77777777" w:rsidR="00282991" w:rsidRDefault="00FE4586">
            <w:pPr>
              <w:spacing w:after="0"/>
            </w:pPr>
            <w:r>
              <w:rPr>
                <w:rFonts w:eastAsia="Arial" w:cs="Arial"/>
                <w:i/>
                <w:color w:val="707070"/>
                <w:sz w:val="20"/>
              </w:rPr>
              <w:t>&lt;Insert&gt;</w:t>
            </w:r>
          </w:p>
        </w:tc>
      </w:tr>
      <w:tr w:rsidR="00282991" w14:paraId="0FBB421B"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41C2842" w14:textId="77777777" w:rsidR="00282991" w:rsidRDefault="00FE4586">
            <w:pPr>
              <w:spacing w:after="0"/>
            </w:pPr>
            <w:r>
              <w:rPr>
                <w:rFonts w:eastAsia="Arial" w:cs="Arial"/>
                <w:sz w:val="17"/>
              </w:rPr>
              <w:t>Construction / renovation coordination</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7415088" w14:textId="77777777" w:rsidR="00282991" w:rsidRDefault="00FE4586">
            <w:pPr>
              <w:spacing w:after="0"/>
            </w:pPr>
            <w:r>
              <w:rPr>
                <w:rFonts w:eastAsia="Arial" w:cs="Arial"/>
                <w:i/>
                <w:color w:val="707070"/>
                <w:sz w:val="20"/>
              </w:rPr>
              <w:t>&lt;Insert&gt;</w:t>
            </w:r>
          </w:p>
        </w:tc>
      </w:tr>
      <w:tr w:rsidR="00282991" w14:paraId="5E2DB317"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DE3D157" w14:textId="77777777" w:rsidR="00282991" w:rsidRDefault="00FE4586">
            <w:pPr>
              <w:spacing w:after="0"/>
            </w:pPr>
            <w:r>
              <w:rPr>
                <w:rFonts w:eastAsia="Arial" w:cs="Arial"/>
                <w:sz w:val="17"/>
              </w:rPr>
              <w:t>FMO / local AHJ notification</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7E2ADAD" w14:textId="77777777" w:rsidR="00282991" w:rsidRDefault="00FE4586">
            <w:pPr>
              <w:spacing w:after="0"/>
            </w:pPr>
            <w:r>
              <w:rPr>
                <w:rFonts w:eastAsia="Arial" w:cs="Arial"/>
                <w:i/>
                <w:color w:val="707070"/>
                <w:sz w:val="20"/>
              </w:rPr>
              <w:t>&lt;Insert&gt;</w:t>
            </w:r>
          </w:p>
        </w:tc>
      </w:tr>
      <w:tr w:rsidR="00282991" w14:paraId="0617FE8F"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A3C731E" w14:textId="77777777" w:rsidR="00282991" w:rsidRDefault="00FE4586">
            <w:pPr>
              <w:spacing w:after="0"/>
            </w:pPr>
            <w:r>
              <w:rPr>
                <w:rFonts w:eastAsia="Arial" w:cs="Arial"/>
                <w:sz w:val="17"/>
              </w:rPr>
              <w:t>Reopening approval / verification</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C18FFBF" w14:textId="77777777" w:rsidR="00282991" w:rsidRDefault="00FE4586">
            <w:pPr>
              <w:spacing w:after="0"/>
            </w:pPr>
            <w:r>
              <w:rPr>
                <w:rFonts w:eastAsia="Arial" w:cs="Arial"/>
                <w:i/>
                <w:color w:val="707070"/>
                <w:sz w:val="20"/>
              </w:rPr>
              <w:t>&lt;Insert&gt;</w:t>
            </w:r>
          </w:p>
        </w:tc>
      </w:tr>
    </w:tbl>
    <w:p w14:paraId="618D61F4" w14:textId="77777777" w:rsidR="00282991" w:rsidRDefault="00282991">
      <w:pPr>
        <w:spacing w:after="20"/>
      </w:pPr>
    </w:p>
    <w:p w14:paraId="07F3BBB7" w14:textId="77777777" w:rsidR="00282991" w:rsidRDefault="00FE4586">
      <w:r>
        <w:br w:type="page"/>
      </w:r>
    </w:p>
    <w:p w14:paraId="2C750870" w14:textId="77777777" w:rsidR="00282991" w:rsidRDefault="00FE4586">
      <w:pPr>
        <w:pStyle w:val="Heading1"/>
      </w:pPr>
      <w:r>
        <w:lastRenderedPageBreak/>
        <w:t>ANNEX M - §1135 WAIVER / ALTERNATE CARE SITE OPERATIONS</w:t>
      </w:r>
    </w:p>
    <w:tbl>
      <w:tblPr>
        <w:tblW w:w="0" w:type="auto"/>
        <w:jc w:val="center"/>
        <w:tblLook w:val="04A0" w:firstRow="1" w:lastRow="0" w:firstColumn="1" w:lastColumn="0" w:noHBand="0" w:noVBand="1"/>
      </w:tblPr>
      <w:tblGrid>
        <w:gridCol w:w="10800"/>
      </w:tblGrid>
      <w:tr w:rsidR="00282991" w14:paraId="21A52FC0" w14:textId="77777777">
        <w:trPr>
          <w:jc w:val="center"/>
        </w:trPr>
        <w:tc>
          <w:tcPr>
            <w:tcW w:w="10800" w:type="dxa"/>
            <w:shd w:val="clear" w:color="auto" w:fill="E8F2EF"/>
            <w:tcMar>
              <w:top w:w="90" w:type="dxa"/>
              <w:left w:w="100" w:type="dxa"/>
              <w:bottom w:w="90" w:type="dxa"/>
              <w:right w:w="100" w:type="dxa"/>
            </w:tcMar>
          </w:tcPr>
          <w:p w14:paraId="20D189EE" w14:textId="77777777" w:rsidR="00282991" w:rsidRDefault="00FE4586">
            <w:pPr>
              <w:spacing w:after="0"/>
            </w:pPr>
            <w:r>
              <w:rPr>
                <w:rFonts w:eastAsia="Arial" w:cs="Arial"/>
                <w:b/>
                <w:color w:val="015A41"/>
                <w:sz w:val="19"/>
              </w:rPr>
              <w:t>CMS REQUIRED / EVENT-</w:t>
            </w:r>
            <w:proofErr w:type="gramStart"/>
            <w:r>
              <w:rPr>
                <w:rFonts w:eastAsia="Arial" w:cs="Arial"/>
                <w:b/>
                <w:color w:val="015A41"/>
                <w:sz w:val="19"/>
              </w:rPr>
              <w:t xml:space="preserve">DEPENDENT  </w:t>
            </w:r>
            <w:r w:rsidRPr="003B7872">
              <w:rPr>
                <w:rFonts w:eastAsia="Arial" w:cs="Arial"/>
                <w:bCs/>
                <w:color w:val="auto"/>
                <w:sz w:val="19"/>
              </w:rPr>
              <w:t>Customize</w:t>
            </w:r>
            <w:proofErr w:type="gramEnd"/>
            <w:r w:rsidRPr="003B7872">
              <w:rPr>
                <w:rFonts w:eastAsia="Arial" w:cs="Arial"/>
                <w:bCs/>
                <w:color w:val="auto"/>
                <w:sz w:val="19"/>
              </w:rPr>
              <w:t xml:space="preserve"> this annex to address the facility’s role under 42 CFR §494.62(b)(7) when a </w:t>
            </w:r>
            <w:proofErr w:type="gramStart"/>
            <w:r w:rsidRPr="003B7872">
              <w:rPr>
                <w:rFonts w:eastAsia="Arial" w:cs="Arial"/>
                <w:bCs/>
                <w:color w:val="auto"/>
                <w:sz w:val="19"/>
              </w:rPr>
              <w:t>Secretary</w:t>
            </w:r>
            <w:proofErr w:type="gramEnd"/>
            <w:r w:rsidRPr="003B7872">
              <w:rPr>
                <w:rFonts w:eastAsia="Arial" w:cs="Arial"/>
                <w:bCs/>
                <w:color w:val="auto"/>
                <w:sz w:val="19"/>
              </w:rPr>
              <w:t>-declared §1135 waiver and emergency-management-designated alternate care site are applicable. This annex does not independently authorize operation of a temporary dialysis site; confirm current CMS, Maine, local/AHJ, licensure, credentialing, and emergency-management requirements for the event.</w:t>
            </w:r>
          </w:p>
        </w:tc>
      </w:tr>
    </w:tbl>
    <w:p w14:paraId="5925ACBE" w14:textId="77777777" w:rsidR="00282991" w:rsidRDefault="00282991"/>
    <w:tbl>
      <w:tblPr>
        <w:tblW w:w="0" w:type="auto"/>
        <w:jc w:val="center"/>
        <w:tblLayout w:type="fixed"/>
        <w:tblLook w:val="04A0" w:firstRow="1" w:lastRow="0" w:firstColumn="1" w:lastColumn="0" w:noHBand="0" w:noVBand="1"/>
      </w:tblPr>
      <w:tblGrid>
        <w:gridCol w:w="4608"/>
        <w:gridCol w:w="6192"/>
      </w:tblGrid>
      <w:tr w:rsidR="00282991" w14:paraId="4CA440BC" w14:textId="77777777">
        <w:trPr>
          <w:cantSplit/>
          <w:tblHeader/>
          <w:jc w:val="center"/>
        </w:trPr>
        <w:tc>
          <w:tcPr>
            <w:tcW w:w="460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560E69E" w14:textId="77777777" w:rsidR="00282991" w:rsidRDefault="00FE4586">
            <w:pPr>
              <w:spacing w:after="0"/>
            </w:pPr>
            <w:r>
              <w:t>Element</w:t>
            </w:r>
          </w:p>
        </w:tc>
        <w:tc>
          <w:tcPr>
            <w:tcW w:w="619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17BFCF6" w14:textId="77777777" w:rsidR="00282991" w:rsidRDefault="00FE4586">
            <w:pPr>
              <w:spacing w:after="0"/>
            </w:pPr>
            <w:r>
              <w:t>Facility Process / Controlled Location</w:t>
            </w:r>
          </w:p>
        </w:tc>
      </w:tr>
      <w:tr w:rsidR="00282991" w14:paraId="1DBC9CF2"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4543E31" w14:textId="77777777" w:rsidR="00282991" w:rsidRDefault="00FE4586">
            <w:pPr>
              <w:spacing w:after="0"/>
            </w:pPr>
            <w:r>
              <w:t>Declaration / waiver / emergency authority</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EE2CC18" w14:textId="77777777" w:rsidR="00282991" w:rsidRDefault="00FE4586">
            <w:pPr>
              <w:spacing w:after="0"/>
            </w:pPr>
            <w:r>
              <w:t>&lt;Insert&gt;</w:t>
            </w:r>
          </w:p>
        </w:tc>
      </w:tr>
      <w:tr w:rsidR="00282991" w14:paraId="6754E352"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7DDBCCA" w14:textId="77777777" w:rsidR="00282991" w:rsidRDefault="00FE4586">
            <w:pPr>
              <w:spacing w:after="0"/>
            </w:pPr>
            <w:r>
              <w:t>Alternate care site designation / approving authority</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0A07929" w14:textId="77777777" w:rsidR="00282991" w:rsidRDefault="00FE4586">
            <w:pPr>
              <w:spacing w:after="0"/>
            </w:pPr>
            <w:r>
              <w:t>&lt;Insert&gt;</w:t>
            </w:r>
          </w:p>
        </w:tc>
      </w:tr>
      <w:tr w:rsidR="00282991" w14:paraId="1AEC41DE"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EA1C14B" w14:textId="77777777" w:rsidR="00282991" w:rsidRDefault="00FE4586">
            <w:pPr>
              <w:spacing w:after="0"/>
            </w:pPr>
            <w:r>
              <w:t>Site address / access / life-safety determination</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E81216D" w14:textId="77777777" w:rsidR="00282991" w:rsidRDefault="00FE4586">
            <w:pPr>
              <w:spacing w:after="0"/>
            </w:pPr>
            <w:r>
              <w:t>&lt;Insert&gt;</w:t>
            </w:r>
          </w:p>
        </w:tc>
      </w:tr>
      <w:tr w:rsidR="00282991" w14:paraId="6F1333DA"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4A7B15F" w14:textId="77777777" w:rsidR="00282991" w:rsidRDefault="00FE4586">
            <w:pPr>
              <w:spacing w:after="0"/>
            </w:pPr>
            <w:r>
              <w:t>Dialysis modalities / treatment capacity / hours</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04C6D8A" w14:textId="77777777" w:rsidR="00282991" w:rsidRDefault="00FE4586">
            <w:pPr>
              <w:spacing w:after="0"/>
            </w:pPr>
            <w:r>
              <w:t>&lt;Insert&gt;</w:t>
            </w:r>
          </w:p>
        </w:tc>
      </w:tr>
      <w:tr w:rsidR="00282991" w14:paraId="0BAF1B4E"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EB9218A" w14:textId="77777777" w:rsidR="00282991" w:rsidRDefault="00FE4586">
            <w:pPr>
              <w:spacing w:after="0"/>
            </w:pPr>
            <w:r>
              <w:t>Patient selection / prioritization / continuity criteria</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F4881FA" w14:textId="77777777" w:rsidR="00282991" w:rsidRDefault="00FE4586">
            <w:pPr>
              <w:spacing w:after="0"/>
            </w:pPr>
            <w:r>
              <w:t>&lt;Insert&gt;</w:t>
            </w:r>
          </w:p>
        </w:tc>
      </w:tr>
      <w:tr w:rsidR="00282991" w14:paraId="52876639"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7B73DC0" w14:textId="77777777" w:rsidR="00282991" w:rsidRDefault="00FE4586">
            <w:pPr>
              <w:spacing w:after="0"/>
            </w:pPr>
            <w:r>
              <w:t>Staffing / RN coverage / credentials / scope / supervision</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BC8D45B" w14:textId="77777777" w:rsidR="00282991" w:rsidRDefault="00FE4586">
            <w:pPr>
              <w:spacing w:after="0"/>
            </w:pPr>
            <w:r>
              <w:t>&lt;Insert&gt;</w:t>
            </w:r>
          </w:p>
        </w:tc>
      </w:tr>
      <w:tr w:rsidR="00282991" w14:paraId="3EF8E7E8"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F697745" w14:textId="77777777" w:rsidR="00282991" w:rsidRDefault="00FE4586">
            <w:pPr>
              <w:spacing w:after="0"/>
            </w:pPr>
            <w:r>
              <w:t>Water / dialysate / utilities / environmental verification</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C114E61" w14:textId="77777777" w:rsidR="00282991" w:rsidRDefault="00FE4586">
            <w:pPr>
              <w:spacing w:after="0"/>
            </w:pPr>
            <w:r>
              <w:t>&lt;Insert&gt;</w:t>
            </w:r>
          </w:p>
        </w:tc>
      </w:tr>
      <w:tr w:rsidR="00282991" w14:paraId="6A6C47DE"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DE5951B" w14:textId="77777777" w:rsidR="00282991" w:rsidRDefault="00FE4586">
            <w:pPr>
              <w:spacing w:after="0"/>
            </w:pPr>
            <w:r>
              <w:t>Machines / supplies / medications / emergency equipment</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B96273E" w14:textId="77777777" w:rsidR="00282991" w:rsidRDefault="00FE4586">
            <w:pPr>
              <w:spacing w:after="0"/>
            </w:pPr>
            <w:r>
              <w:t>&lt;Insert&gt;</w:t>
            </w:r>
          </w:p>
        </w:tc>
      </w:tr>
      <w:tr w:rsidR="00282991" w14:paraId="04231C25"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70E0163" w14:textId="77777777" w:rsidR="00282991" w:rsidRDefault="00FE4586">
            <w:pPr>
              <w:spacing w:after="0"/>
            </w:pPr>
            <w:r>
              <w:t>Medical records / prescription / PHI continuity</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F5828D4" w14:textId="77777777" w:rsidR="00282991" w:rsidRDefault="00FE4586">
            <w:pPr>
              <w:spacing w:after="0"/>
            </w:pPr>
            <w:r>
              <w:t>&lt;Insert&gt;</w:t>
            </w:r>
          </w:p>
        </w:tc>
      </w:tr>
      <w:tr w:rsidR="00282991" w14:paraId="541848E2"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1FB63B9" w14:textId="77777777" w:rsidR="00282991" w:rsidRDefault="00FE4586">
            <w:pPr>
              <w:spacing w:after="0"/>
            </w:pPr>
            <w:r>
              <w:t>Transportation / transfer / receiving facility coordination</w:t>
            </w:r>
          </w:p>
        </w:tc>
        <w:tc>
          <w:tcPr>
            <w:tcW w:w="619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42D9776" w14:textId="77777777" w:rsidR="00282991" w:rsidRDefault="00FE4586">
            <w:pPr>
              <w:spacing w:after="0"/>
            </w:pPr>
            <w:r>
              <w:t>&lt;Insert&gt;</w:t>
            </w:r>
          </w:p>
        </w:tc>
      </w:tr>
      <w:tr w:rsidR="00282991" w14:paraId="16036D8C"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2B0D6B9" w14:textId="77777777" w:rsidR="00282991" w:rsidRDefault="00FE4586">
            <w:pPr>
              <w:spacing w:after="0"/>
            </w:pPr>
            <w:r>
              <w:t>Emergency management / public health / HCC-ME coordination</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52A6222" w14:textId="77777777" w:rsidR="00282991" w:rsidRDefault="00FE4586">
            <w:pPr>
              <w:spacing w:after="0"/>
            </w:pPr>
            <w:r>
              <w:t>&lt;Insert&gt;</w:t>
            </w:r>
          </w:p>
        </w:tc>
      </w:tr>
      <w:tr w:rsidR="00282991" w14:paraId="1D3C1DA1"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C8E5A5F" w14:textId="77777777" w:rsidR="00282991" w:rsidRDefault="00FE4586">
            <w:pPr>
              <w:spacing w:after="0"/>
            </w:pPr>
            <w:r>
              <w:t>Patient / caregiver instructions / communications</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C2D9F11" w14:textId="77777777" w:rsidR="00282991" w:rsidRDefault="00FE4586">
            <w:pPr>
              <w:spacing w:after="0"/>
            </w:pPr>
            <w:r>
              <w:t>&lt;Insert&gt;</w:t>
            </w:r>
          </w:p>
        </w:tc>
      </w:tr>
      <w:tr w:rsidR="00282991" w14:paraId="716189DB"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64963C9" w14:textId="77777777" w:rsidR="00282991" w:rsidRDefault="00FE4586">
            <w:pPr>
              <w:spacing w:after="0"/>
            </w:pPr>
            <w:r>
              <w:t>Activation documentation / situation reporting</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885D5A2" w14:textId="77777777" w:rsidR="00282991" w:rsidRDefault="00FE4586">
            <w:pPr>
              <w:spacing w:after="0"/>
            </w:pPr>
            <w:r>
              <w:t>&lt;Insert&gt;</w:t>
            </w:r>
          </w:p>
        </w:tc>
      </w:tr>
      <w:tr w:rsidR="00282991" w14:paraId="52CB1207"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5F286E0" w14:textId="77777777" w:rsidR="00282991" w:rsidRDefault="00FE4586">
            <w:pPr>
              <w:spacing w:after="0"/>
            </w:pPr>
            <w:r>
              <w:t>Demobilization / return to normal / waiver expiration</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42D2402" w14:textId="77777777" w:rsidR="00282991" w:rsidRDefault="00FE4586">
            <w:pPr>
              <w:spacing w:after="0"/>
            </w:pPr>
            <w:r>
              <w:t>&lt;Insert&gt;</w:t>
            </w:r>
          </w:p>
        </w:tc>
      </w:tr>
      <w:tr w:rsidR="00282991" w14:paraId="53242ABC" w14:textId="77777777">
        <w:trPr>
          <w:cantSplit/>
          <w:jc w:val="center"/>
        </w:trPr>
        <w:tc>
          <w:tcPr>
            <w:tcW w:w="460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37F8450" w14:textId="77777777" w:rsidR="00282991" w:rsidRDefault="00FE4586">
            <w:pPr>
              <w:spacing w:after="0"/>
            </w:pPr>
            <w:r>
              <w:t>AAR / QAPI / corrective action</w:t>
            </w:r>
          </w:p>
        </w:tc>
        <w:tc>
          <w:tcPr>
            <w:tcW w:w="619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E03CEDF" w14:textId="77777777" w:rsidR="00282991" w:rsidRDefault="00FE4586">
            <w:pPr>
              <w:spacing w:after="0"/>
            </w:pPr>
            <w:r>
              <w:t>&lt;Insert&gt;</w:t>
            </w:r>
          </w:p>
        </w:tc>
      </w:tr>
    </w:tbl>
    <w:p w14:paraId="2D885374" w14:textId="77777777" w:rsidR="00282991" w:rsidRDefault="00282991"/>
    <w:p w14:paraId="61F644DB" w14:textId="77777777" w:rsidR="00282991" w:rsidRDefault="00FE4586">
      <w:pPr>
        <w:pStyle w:val="Heading1"/>
        <w:pageBreakBefore/>
        <w:pBdr>
          <w:bottom w:val="single" w:sz="10" w:space="2" w:color="E63B07"/>
        </w:pBdr>
      </w:pPr>
      <w:r>
        <w:rPr>
          <w:rFonts w:ascii="Arial" w:eastAsia="Arial" w:hAnsi="Arial" w:cs="Arial"/>
        </w:rPr>
        <w:lastRenderedPageBreak/>
        <w:t>18. INCIDENT-SPECIFIC APPENDICES</w:t>
      </w:r>
    </w:p>
    <w:p w14:paraId="3FBC7CD8" w14:textId="77777777" w:rsidR="00282991" w:rsidRDefault="00FE4586">
      <w:r>
        <w:rPr>
          <w:rFonts w:eastAsia="Arial" w:cs="Arial"/>
        </w:rPr>
        <w:t>The facility is not required to create a wholly separate procedure for every hazard when the same protective-action process applies. Response strategies may be consolidated, but hazards identified in the risk assessment should be addressed and important dialysis-specific differences documented.</w:t>
      </w:r>
    </w:p>
    <w:tbl>
      <w:tblPr>
        <w:tblW w:w="0" w:type="auto"/>
        <w:jc w:val="center"/>
        <w:tblLayout w:type="fixed"/>
        <w:tblLook w:val="04A0" w:firstRow="1" w:lastRow="0" w:firstColumn="1" w:lastColumn="0" w:noHBand="0" w:noVBand="1"/>
      </w:tblPr>
      <w:tblGrid>
        <w:gridCol w:w="1152"/>
        <w:gridCol w:w="9648"/>
      </w:tblGrid>
      <w:tr w:rsidR="00282991" w14:paraId="389BE848" w14:textId="77777777">
        <w:trPr>
          <w:cantSplit/>
          <w:tblHeader/>
          <w:jc w:val="center"/>
        </w:trPr>
        <w:tc>
          <w:tcPr>
            <w:tcW w:w="115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D0E4AE7" w14:textId="77777777" w:rsidR="00282991" w:rsidRDefault="00FE4586">
            <w:pPr>
              <w:spacing w:after="0"/>
            </w:pPr>
            <w:r>
              <w:rPr>
                <w:rFonts w:eastAsia="Arial" w:cs="Arial"/>
                <w:b/>
                <w:color w:val="FFFFFF"/>
                <w:sz w:val="17"/>
              </w:rPr>
              <w:t>Appendix</w:t>
            </w:r>
          </w:p>
        </w:tc>
        <w:tc>
          <w:tcPr>
            <w:tcW w:w="9648"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85C50FD" w14:textId="77777777" w:rsidR="00282991" w:rsidRDefault="00FE4586">
            <w:pPr>
              <w:spacing w:after="0"/>
            </w:pPr>
            <w:r>
              <w:rPr>
                <w:rFonts w:eastAsia="Arial" w:cs="Arial"/>
                <w:b/>
                <w:color w:val="FFFFFF"/>
                <w:sz w:val="17"/>
              </w:rPr>
              <w:t>Hazard / Scenario</w:t>
            </w:r>
          </w:p>
        </w:tc>
      </w:tr>
      <w:tr w:rsidR="00282991" w14:paraId="3D9435E9"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02ADAFC" w14:textId="77777777" w:rsidR="00282991" w:rsidRDefault="00FE4586">
            <w:pPr>
              <w:spacing w:after="0"/>
            </w:pPr>
            <w:r>
              <w:rPr>
                <w:rFonts w:eastAsia="Arial" w:cs="Arial"/>
                <w:sz w:val="18"/>
              </w:rPr>
              <w:t>A</w:t>
            </w:r>
          </w:p>
        </w:tc>
        <w:tc>
          <w:tcPr>
            <w:tcW w:w="96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71FE4AB" w14:textId="77777777" w:rsidR="00282991" w:rsidRDefault="00FE4586">
            <w:pPr>
              <w:spacing w:after="0"/>
            </w:pPr>
            <w:r>
              <w:rPr>
                <w:rFonts w:eastAsia="Arial" w:cs="Arial"/>
                <w:sz w:val="18"/>
              </w:rPr>
              <w:t>Severe Winter Weather / Extreme Cold</w:t>
            </w:r>
          </w:p>
        </w:tc>
      </w:tr>
      <w:tr w:rsidR="00282991" w14:paraId="0E0C6052"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9E4F18D" w14:textId="77777777" w:rsidR="00282991" w:rsidRDefault="00FE4586">
            <w:pPr>
              <w:spacing w:after="0"/>
            </w:pPr>
            <w:r>
              <w:rPr>
                <w:rFonts w:eastAsia="Arial" w:cs="Arial"/>
                <w:sz w:val="18"/>
              </w:rPr>
              <w:t>B</w:t>
            </w:r>
          </w:p>
        </w:tc>
        <w:tc>
          <w:tcPr>
            <w:tcW w:w="96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F139A1E" w14:textId="77777777" w:rsidR="00282991" w:rsidRDefault="00FE4586">
            <w:pPr>
              <w:spacing w:after="0"/>
            </w:pPr>
            <w:r>
              <w:rPr>
                <w:rFonts w:eastAsia="Arial" w:cs="Arial"/>
                <w:sz w:val="18"/>
              </w:rPr>
              <w:t>Extended Power / Generator / HVAC Failure</w:t>
            </w:r>
          </w:p>
        </w:tc>
      </w:tr>
      <w:tr w:rsidR="00282991" w14:paraId="626F93B0"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BD7E117" w14:textId="77777777" w:rsidR="00282991" w:rsidRDefault="00FE4586">
            <w:pPr>
              <w:spacing w:after="0"/>
            </w:pPr>
            <w:r>
              <w:rPr>
                <w:rFonts w:eastAsia="Arial" w:cs="Arial"/>
                <w:sz w:val="18"/>
              </w:rPr>
              <w:t>C</w:t>
            </w:r>
          </w:p>
        </w:tc>
        <w:tc>
          <w:tcPr>
            <w:tcW w:w="96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3E2E4C7" w14:textId="77777777" w:rsidR="00282991" w:rsidRDefault="00FE4586">
            <w:pPr>
              <w:spacing w:after="0"/>
            </w:pPr>
            <w:r>
              <w:rPr>
                <w:rFonts w:eastAsia="Arial" w:cs="Arial"/>
                <w:sz w:val="18"/>
              </w:rPr>
              <w:t>Water Supply / Water-Treatment / Dialysate Quality Failure</w:t>
            </w:r>
          </w:p>
        </w:tc>
      </w:tr>
      <w:tr w:rsidR="00282991" w14:paraId="6F491155"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D81A844" w14:textId="77777777" w:rsidR="00282991" w:rsidRDefault="00FE4586">
            <w:pPr>
              <w:spacing w:after="0"/>
            </w:pPr>
            <w:r>
              <w:rPr>
                <w:rFonts w:eastAsia="Arial" w:cs="Arial"/>
                <w:sz w:val="18"/>
              </w:rPr>
              <w:t>D</w:t>
            </w:r>
          </w:p>
        </w:tc>
        <w:tc>
          <w:tcPr>
            <w:tcW w:w="96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2213709" w14:textId="77777777" w:rsidR="00282991" w:rsidRDefault="00FE4586">
            <w:pPr>
              <w:spacing w:after="0"/>
            </w:pPr>
            <w:r>
              <w:rPr>
                <w:rFonts w:eastAsia="Arial" w:cs="Arial"/>
                <w:sz w:val="18"/>
              </w:rPr>
              <w:t>Fire / Smoke / Building Emergency</w:t>
            </w:r>
          </w:p>
        </w:tc>
      </w:tr>
      <w:tr w:rsidR="00282991" w14:paraId="0D427408"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12AEB81" w14:textId="77777777" w:rsidR="00282991" w:rsidRDefault="00FE4586">
            <w:pPr>
              <w:spacing w:after="0"/>
            </w:pPr>
            <w:r>
              <w:rPr>
                <w:rFonts w:eastAsia="Arial" w:cs="Arial"/>
                <w:sz w:val="18"/>
              </w:rPr>
              <w:t>E</w:t>
            </w:r>
          </w:p>
        </w:tc>
        <w:tc>
          <w:tcPr>
            <w:tcW w:w="96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69996FE" w14:textId="77777777" w:rsidR="00282991" w:rsidRDefault="00FE4586">
            <w:pPr>
              <w:spacing w:after="0"/>
            </w:pPr>
            <w:r>
              <w:rPr>
                <w:rFonts w:eastAsia="Arial" w:cs="Arial"/>
                <w:sz w:val="18"/>
              </w:rPr>
              <w:t>Emerging Infectious Disease / Outbreak</w:t>
            </w:r>
          </w:p>
        </w:tc>
      </w:tr>
      <w:tr w:rsidR="00282991" w14:paraId="321CBC68"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969FDA5" w14:textId="77777777" w:rsidR="00282991" w:rsidRDefault="00FE4586">
            <w:pPr>
              <w:spacing w:after="0"/>
            </w:pPr>
            <w:r>
              <w:rPr>
                <w:rFonts w:eastAsia="Arial" w:cs="Arial"/>
                <w:sz w:val="18"/>
              </w:rPr>
              <w:t>F</w:t>
            </w:r>
          </w:p>
        </w:tc>
        <w:tc>
          <w:tcPr>
            <w:tcW w:w="96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2347943" w14:textId="77777777" w:rsidR="00282991" w:rsidRDefault="00FE4586">
            <w:pPr>
              <w:spacing w:after="0"/>
            </w:pPr>
            <w:r>
              <w:rPr>
                <w:rFonts w:eastAsia="Arial" w:cs="Arial"/>
                <w:sz w:val="18"/>
              </w:rPr>
              <w:t>Cyberattack / Extended IT-EHR Downtime</w:t>
            </w:r>
          </w:p>
        </w:tc>
      </w:tr>
      <w:tr w:rsidR="00282991" w14:paraId="144D93F0"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374BD0D" w14:textId="77777777" w:rsidR="00282991" w:rsidRDefault="00FE4586">
            <w:pPr>
              <w:spacing w:after="0"/>
            </w:pPr>
            <w:r>
              <w:rPr>
                <w:rFonts w:eastAsia="Arial" w:cs="Arial"/>
                <w:sz w:val="18"/>
              </w:rPr>
              <w:t>G</w:t>
            </w:r>
          </w:p>
        </w:tc>
        <w:tc>
          <w:tcPr>
            <w:tcW w:w="96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08548FC" w14:textId="77777777" w:rsidR="00282991" w:rsidRDefault="00FE4586">
            <w:pPr>
              <w:spacing w:after="0"/>
            </w:pPr>
            <w:r>
              <w:rPr>
                <w:rFonts w:eastAsia="Arial" w:cs="Arial"/>
                <w:sz w:val="18"/>
              </w:rPr>
              <w:t>Flood / Severe Storm / High Wind</w:t>
            </w:r>
          </w:p>
        </w:tc>
      </w:tr>
      <w:tr w:rsidR="00282991" w14:paraId="537AE4F8"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F310DFD" w14:textId="77777777" w:rsidR="00282991" w:rsidRDefault="00FE4586">
            <w:pPr>
              <w:spacing w:after="0"/>
            </w:pPr>
            <w:r>
              <w:rPr>
                <w:rFonts w:eastAsia="Arial" w:cs="Arial"/>
                <w:sz w:val="18"/>
              </w:rPr>
              <w:t>H</w:t>
            </w:r>
          </w:p>
        </w:tc>
        <w:tc>
          <w:tcPr>
            <w:tcW w:w="96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7F2AA45" w14:textId="77777777" w:rsidR="00282991" w:rsidRDefault="00FE4586">
            <w:pPr>
              <w:spacing w:after="0"/>
            </w:pPr>
            <w:r>
              <w:rPr>
                <w:rFonts w:eastAsia="Arial" w:cs="Arial"/>
                <w:sz w:val="18"/>
              </w:rPr>
              <w:t>Dialysis Equipment / Machine Failure</w:t>
            </w:r>
          </w:p>
        </w:tc>
      </w:tr>
      <w:tr w:rsidR="00282991" w14:paraId="351EF46B"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CAED802" w14:textId="77777777" w:rsidR="00282991" w:rsidRDefault="00FE4586">
            <w:pPr>
              <w:spacing w:after="0"/>
            </w:pPr>
            <w:r>
              <w:rPr>
                <w:rFonts w:eastAsia="Arial" w:cs="Arial"/>
                <w:sz w:val="18"/>
              </w:rPr>
              <w:t>I</w:t>
            </w:r>
          </w:p>
        </w:tc>
        <w:tc>
          <w:tcPr>
            <w:tcW w:w="96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AA19D5E" w14:textId="77777777" w:rsidR="00282991" w:rsidRDefault="00FE4586">
            <w:pPr>
              <w:spacing w:after="0"/>
            </w:pPr>
            <w:r>
              <w:rPr>
                <w:rFonts w:eastAsia="Arial" w:cs="Arial"/>
                <w:sz w:val="18"/>
              </w:rPr>
              <w:t>Transportation / Access Disruption</w:t>
            </w:r>
          </w:p>
        </w:tc>
      </w:tr>
      <w:tr w:rsidR="00282991" w14:paraId="5DA5A42C"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F937B78" w14:textId="77777777" w:rsidR="00282991" w:rsidRDefault="00FE4586">
            <w:pPr>
              <w:spacing w:after="0"/>
            </w:pPr>
            <w:r>
              <w:rPr>
                <w:rFonts w:eastAsia="Arial" w:cs="Arial"/>
                <w:sz w:val="18"/>
              </w:rPr>
              <w:t>J</w:t>
            </w:r>
          </w:p>
        </w:tc>
        <w:tc>
          <w:tcPr>
            <w:tcW w:w="96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7F49930" w14:textId="77777777" w:rsidR="00282991" w:rsidRDefault="00FE4586">
            <w:pPr>
              <w:spacing w:after="0"/>
            </w:pPr>
            <w:r>
              <w:rPr>
                <w:rFonts w:eastAsia="Arial" w:cs="Arial"/>
                <w:sz w:val="18"/>
              </w:rPr>
              <w:t>Supply Chain / Critical Dialysis Supplies Disruption</w:t>
            </w:r>
          </w:p>
        </w:tc>
      </w:tr>
      <w:tr w:rsidR="00282991" w14:paraId="29A61F88"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6980EBE" w14:textId="77777777" w:rsidR="00282991" w:rsidRDefault="00FE4586">
            <w:pPr>
              <w:spacing w:after="0"/>
            </w:pPr>
            <w:r>
              <w:rPr>
                <w:rFonts w:eastAsia="Arial" w:cs="Arial"/>
                <w:sz w:val="18"/>
              </w:rPr>
              <w:t>K</w:t>
            </w:r>
          </w:p>
        </w:tc>
        <w:tc>
          <w:tcPr>
            <w:tcW w:w="96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27A51F0" w14:textId="77777777" w:rsidR="00282991" w:rsidRDefault="00FE4586">
            <w:pPr>
              <w:spacing w:after="0"/>
            </w:pPr>
            <w:r>
              <w:rPr>
                <w:rFonts w:eastAsia="Arial" w:cs="Arial"/>
                <w:sz w:val="18"/>
              </w:rPr>
              <w:t>Active Threat / Violence / Security Incident</w:t>
            </w:r>
          </w:p>
        </w:tc>
      </w:tr>
      <w:tr w:rsidR="00282991" w14:paraId="3FC5DF82"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51478DA" w14:textId="77777777" w:rsidR="00282991" w:rsidRDefault="00FE4586">
            <w:pPr>
              <w:spacing w:after="0"/>
            </w:pPr>
            <w:r>
              <w:rPr>
                <w:rFonts w:eastAsia="Arial" w:cs="Arial"/>
                <w:sz w:val="18"/>
              </w:rPr>
              <w:t>L</w:t>
            </w:r>
          </w:p>
        </w:tc>
        <w:tc>
          <w:tcPr>
            <w:tcW w:w="9648"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D6D28DF" w14:textId="77777777" w:rsidR="00282991" w:rsidRDefault="00FE4586">
            <w:pPr>
              <w:spacing w:after="0"/>
            </w:pPr>
            <w:r>
              <w:rPr>
                <w:rFonts w:eastAsia="Arial" w:cs="Arial"/>
                <w:sz w:val="18"/>
              </w:rPr>
              <w:t>Hazardous Materials / Indoor Air / Environmental Incident</w:t>
            </w:r>
          </w:p>
        </w:tc>
      </w:tr>
      <w:tr w:rsidR="00282991" w14:paraId="61FC8E58" w14:textId="77777777">
        <w:trPr>
          <w:cantSplit/>
          <w:jc w:val="center"/>
        </w:trPr>
        <w:tc>
          <w:tcPr>
            <w:tcW w:w="115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1C58AB" w14:textId="77777777" w:rsidR="00282991" w:rsidRDefault="00FE4586">
            <w:pPr>
              <w:spacing w:after="0"/>
            </w:pPr>
            <w:r>
              <w:rPr>
                <w:rFonts w:eastAsia="Arial" w:cs="Arial"/>
                <w:sz w:val="18"/>
              </w:rPr>
              <w:t>M</w:t>
            </w:r>
          </w:p>
        </w:tc>
        <w:tc>
          <w:tcPr>
            <w:tcW w:w="9648"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B8254D0" w14:textId="77777777" w:rsidR="00282991" w:rsidRDefault="00FE4586">
            <w:pPr>
              <w:spacing w:after="0"/>
            </w:pPr>
            <w:r>
              <w:rPr>
                <w:rFonts w:eastAsia="Arial" w:cs="Arial"/>
                <w:sz w:val="18"/>
              </w:rPr>
              <w:t>Mass Casualty / Community Surge</w:t>
            </w:r>
          </w:p>
        </w:tc>
      </w:tr>
    </w:tbl>
    <w:p w14:paraId="30EDBD8E" w14:textId="77777777" w:rsidR="00282991" w:rsidRDefault="00282991">
      <w:pPr>
        <w:spacing w:after="20"/>
      </w:pPr>
    </w:p>
    <w:p w14:paraId="2B8DC688" w14:textId="77777777" w:rsidR="00282991" w:rsidRDefault="00FE4586">
      <w:r>
        <w:br w:type="page"/>
      </w:r>
    </w:p>
    <w:p w14:paraId="79060FFE" w14:textId="77777777" w:rsidR="00282991" w:rsidRDefault="00FE4586">
      <w:pPr>
        <w:pStyle w:val="Heading1"/>
        <w:pBdr>
          <w:bottom w:val="single" w:sz="10" w:space="2" w:color="E63B07"/>
        </w:pBdr>
      </w:pPr>
      <w:r>
        <w:rPr>
          <w:rFonts w:ascii="Arial" w:eastAsia="Arial" w:hAnsi="Arial" w:cs="Arial"/>
        </w:rPr>
        <w:lastRenderedPageBreak/>
        <w:t>APPENDIX A - SEVERE WINTER WEATHER / EXTREME COLD</w:t>
      </w:r>
    </w:p>
    <w:tbl>
      <w:tblPr>
        <w:tblW w:w="0" w:type="auto"/>
        <w:jc w:val="center"/>
        <w:tblLook w:val="04A0" w:firstRow="1" w:lastRow="0" w:firstColumn="1" w:lastColumn="0" w:noHBand="0" w:noVBand="1"/>
      </w:tblPr>
      <w:tblGrid>
        <w:gridCol w:w="10800"/>
      </w:tblGrid>
      <w:tr w:rsidR="00282991" w14:paraId="3E6E0D43" w14:textId="77777777">
        <w:trPr>
          <w:jc w:val="center"/>
        </w:trPr>
        <w:tc>
          <w:tcPr>
            <w:tcW w:w="10800" w:type="dxa"/>
            <w:shd w:val="clear" w:color="auto" w:fill="E8F2EF"/>
            <w:tcMar>
              <w:top w:w="90" w:type="dxa"/>
              <w:left w:w="100" w:type="dxa"/>
              <w:bottom w:w="90" w:type="dxa"/>
              <w:right w:w="100" w:type="dxa"/>
            </w:tcMar>
          </w:tcPr>
          <w:p w14:paraId="78A07323" w14:textId="77777777" w:rsidR="00282991" w:rsidRDefault="00FE4586">
            <w:pPr>
              <w:spacing w:after="0"/>
            </w:pPr>
            <w:r>
              <w:rPr>
                <w:rFonts w:eastAsia="Arial" w:cs="Arial"/>
                <w:b/>
                <w:color w:val="015A41"/>
                <w:sz w:val="19"/>
              </w:rPr>
              <w:t xml:space="preserve">REGULATORY CONNECTION </w:t>
            </w:r>
            <w:r>
              <w:rPr>
                <w:rFonts w:eastAsia="Arial" w:cs="Arial"/>
                <w:sz w:val="18"/>
              </w:rPr>
              <w:t>Address this hazard when supported by the facility- and community-based all-hazards risk assessment. Customize dialysis-specific differences rather than duplicating generic activation, communication, evacuation or recovery procedures.</w:t>
            </w:r>
          </w:p>
        </w:tc>
      </w:tr>
    </w:tbl>
    <w:p w14:paraId="1EFF8D72" w14:textId="77777777" w:rsidR="00282991" w:rsidRDefault="00282991">
      <w:pPr>
        <w:spacing w:after="20"/>
      </w:pPr>
    </w:p>
    <w:tbl>
      <w:tblPr>
        <w:tblW w:w="0" w:type="auto"/>
        <w:jc w:val="center"/>
        <w:tblLayout w:type="fixed"/>
        <w:tblLook w:val="04A0" w:firstRow="1" w:lastRow="0" w:firstColumn="1" w:lastColumn="0" w:noHBand="0" w:noVBand="1"/>
      </w:tblPr>
      <w:tblGrid>
        <w:gridCol w:w="4464"/>
        <w:gridCol w:w="6336"/>
      </w:tblGrid>
      <w:tr w:rsidR="00282991" w14:paraId="244772EB" w14:textId="77777777">
        <w:trPr>
          <w:cantSplit/>
          <w:tblHeader/>
          <w:jc w:val="center"/>
        </w:trPr>
        <w:tc>
          <w:tcPr>
            <w:tcW w:w="446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CE21A8A" w14:textId="77777777" w:rsidR="00282991" w:rsidRDefault="00FE4586">
            <w:pPr>
              <w:spacing w:after="0"/>
            </w:pPr>
            <w:r>
              <w:rPr>
                <w:rFonts w:eastAsia="Arial" w:cs="Arial"/>
                <w:b/>
                <w:color w:val="FFFFFF"/>
                <w:sz w:val="17"/>
              </w:rPr>
              <w:t>Field</w:t>
            </w:r>
          </w:p>
        </w:tc>
        <w:tc>
          <w:tcPr>
            <w:tcW w:w="633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9210EF4" w14:textId="77777777" w:rsidR="00282991" w:rsidRDefault="00FE4586">
            <w:pPr>
              <w:spacing w:after="0"/>
            </w:pPr>
            <w:r>
              <w:rPr>
                <w:rFonts w:eastAsia="Arial" w:cs="Arial"/>
                <w:b/>
                <w:color w:val="FFFFFF"/>
                <w:sz w:val="17"/>
              </w:rPr>
              <w:t>Facility Entry</w:t>
            </w:r>
          </w:p>
        </w:tc>
      </w:tr>
      <w:tr w:rsidR="00282991" w14:paraId="3C5F214D"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41077C3" w14:textId="77777777" w:rsidR="00282991" w:rsidRDefault="00FE4586">
            <w:pPr>
              <w:spacing w:after="0"/>
            </w:pPr>
            <w:r>
              <w:rPr>
                <w:rFonts w:eastAsia="Arial" w:cs="Arial"/>
                <w:sz w:val="17"/>
              </w:rPr>
              <w:t>Risk / HVA rating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6CF5E3C" w14:textId="77777777" w:rsidR="00282991" w:rsidRDefault="00FE4586">
            <w:pPr>
              <w:spacing w:after="0"/>
            </w:pPr>
            <w:r>
              <w:rPr>
                <w:rFonts w:eastAsia="Arial" w:cs="Arial"/>
                <w:i/>
                <w:color w:val="707070"/>
                <w:sz w:val="20"/>
              </w:rPr>
              <w:t>&lt;Insert&gt;</w:t>
            </w:r>
          </w:p>
        </w:tc>
      </w:tr>
      <w:tr w:rsidR="00282991" w14:paraId="0D6DA84E"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88D6A54" w14:textId="77777777" w:rsidR="00282991" w:rsidRDefault="00FE4586">
            <w:pPr>
              <w:spacing w:after="0"/>
            </w:pPr>
            <w:r>
              <w:rPr>
                <w:rFonts w:eastAsia="Arial" w:cs="Arial"/>
                <w:sz w:val="17"/>
              </w:rPr>
              <w:t>Primary activation triggers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434ECCF" w14:textId="77777777" w:rsidR="00282991" w:rsidRDefault="00FE4586">
            <w:pPr>
              <w:spacing w:after="0"/>
            </w:pPr>
            <w:r>
              <w:rPr>
                <w:rFonts w:eastAsia="Arial" w:cs="Arial"/>
                <w:i/>
                <w:color w:val="707070"/>
                <w:sz w:val="20"/>
              </w:rPr>
              <w:t>&lt;Insert&gt;</w:t>
            </w:r>
          </w:p>
        </w:tc>
      </w:tr>
      <w:tr w:rsidR="00282991" w14:paraId="437286AF"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2DE696A" w14:textId="77777777" w:rsidR="00282991" w:rsidRDefault="00FE4586">
            <w:pPr>
              <w:spacing w:after="0"/>
            </w:pPr>
            <w:r>
              <w:rPr>
                <w:rFonts w:eastAsia="Arial" w:cs="Arial"/>
                <w:sz w:val="17"/>
              </w:rPr>
              <w:t>Decision authority</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97EE05F" w14:textId="77777777" w:rsidR="00282991" w:rsidRDefault="00FE4586">
            <w:pPr>
              <w:spacing w:after="0"/>
            </w:pPr>
            <w:r>
              <w:rPr>
                <w:rFonts w:eastAsia="Arial" w:cs="Arial"/>
                <w:i/>
                <w:color w:val="707070"/>
                <w:sz w:val="20"/>
              </w:rPr>
              <w:t>&lt;Insert&gt;</w:t>
            </w:r>
          </w:p>
        </w:tc>
      </w:tr>
      <w:tr w:rsidR="00282991" w14:paraId="270A2790"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BA5D02D" w14:textId="77777777" w:rsidR="00282991" w:rsidRDefault="00FE4586">
            <w:pPr>
              <w:spacing w:after="0"/>
            </w:pPr>
            <w:r>
              <w:rPr>
                <w:rFonts w:eastAsia="Arial" w:cs="Arial"/>
                <w:sz w:val="17"/>
              </w:rPr>
              <w:t>Immediate life-safety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33017B4" w14:textId="77777777" w:rsidR="00282991" w:rsidRDefault="00FE4586">
            <w:pPr>
              <w:spacing w:after="0"/>
            </w:pPr>
            <w:r>
              <w:rPr>
                <w:rFonts w:eastAsia="Arial" w:cs="Arial"/>
                <w:i/>
                <w:color w:val="707070"/>
                <w:sz w:val="20"/>
              </w:rPr>
              <w:t>&lt;Insert&gt;</w:t>
            </w:r>
          </w:p>
        </w:tc>
      </w:tr>
      <w:tr w:rsidR="00282991" w14:paraId="469758B5"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B9C8A9D" w14:textId="77777777" w:rsidR="00282991" w:rsidRDefault="00FE4586">
            <w:pPr>
              <w:spacing w:after="0"/>
            </w:pPr>
            <w:r>
              <w:rPr>
                <w:rFonts w:eastAsia="Arial" w:cs="Arial"/>
                <w:sz w:val="17"/>
              </w:rPr>
              <w:t>Dialysis treatment / patient priorities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F7E97EE" w14:textId="77777777" w:rsidR="00282991" w:rsidRDefault="00FE4586">
            <w:pPr>
              <w:spacing w:after="0"/>
            </w:pPr>
            <w:r>
              <w:rPr>
                <w:rFonts w:eastAsia="Arial" w:cs="Arial"/>
                <w:i/>
                <w:color w:val="707070"/>
                <w:sz w:val="20"/>
              </w:rPr>
              <w:t>&lt;Insert&gt;</w:t>
            </w:r>
          </w:p>
        </w:tc>
      </w:tr>
      <w:tr w:rsidR="00282991" w14:paraId="7FD1AE42"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732EA07" w14:textId="77777777" w:rsidR="00282991" w:rsidRDefault="00FE4586">
            <w:pPr>
              <w:spacing w:after="0"/>
            </w:pPr>
            <w:r>
              <w:rPr>
                <w:rFonts w:eastAsia="Arial" w:cs="Arial"/>
                <w:sz w:val="17"/>
              </w:rPr>
              <w:t>Safe treatment interruption / disconnection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748D2F4" w14:textId="77777777" w:rsidR="00282991" w:rsidRDefault="00FE4586">
            <w:pPr>
              <w:spacing w:after="0"/>
            </w:pPr>
            <w:r>
              <w:rPr>
                <w:rFonts w:eastAsia="Arial" w:cs="Arial"/>
                <w:i/>
                <w:color w:val="707070"/>
                <w:sz w:val="20"/>
              </w:rPr>
              <w:t>&lt;Insert&gt;</w:t>
            </w:r>
          </w:p>
        </w:tc>
      </w:tr>
      <w:tr w:rsidR="00282991" w14:paraId="1DEBB90C"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A170F17" w14:textId="77777777" w:rsidR="00282991" w:rsidRDefault="00FE4586">
            <w:pPr>
              <w:spacing w:after="0"/>
            </w:pPr>
            <w:r>
              <w:rPr>
                <w:rFonts w:eastAsia="Arial" w:cs="Arial"/>
                <w:sz w:val="17"/>
              </w:rPr>
              <w:t>Water / utility / equipment considerations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1AABB99" w14:textId="77777777" w:rsidR="00282991" w:rsidRDefault="00FE4586">
            <w:pPr>
              <w:spacing w:after="0"/>
            </w:pPr>
            <w:r>
              <w:rPr>
                <w:rFonts w:eastAsia="Arial" w:cs="Arial"/>
                <w:i/>
                <w:color w:val="707070"/>
                <w:sz w:val="20"/>
              </w:rPr>
              <w:t>&lt;Insert&gt;</w:t>
            </w:r>
          </w:p>
        </w:tc>
      </w:tr>
      <w:tr w:rsidR="00282991" w14:paraId="70BF22CE"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726BA60" w14:textId="77777777" w:rsidR="00282991" w:rsidRDefault="00FE4586">
            <w:pPr>
              <w:spacing w:after="0"/>
            </w:pPr>
            <w:r>
              <w:rPr>
                <w:rFonts w:eastAsia="Arial" w:cs="Arial"/>
                <w:sz w:val="17"/>
              </w:rPr>
              <w:t>Staffing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3C8FDD9" w14:textId="77777777" w:rsidR="00282991" w:rsidRDefault="00FE4586">
            <w:pPr>
              <w:spacing w:after="0"/>
            </w:pPr>
            <w:r>
              <w:rPr>
                <w:rFonts w:eastAsia="Arial" w:cs="Arial"/>
                <w:i/>
                <w:color w:val="707070"/>
                <w:sz w:val="20"/>
              </w:rPr>
              <w:t>&lt;Insert&gt;</w:t>
            </w:r>
          </w:p>
        </w:tc>
      </w:tr>
      <w:tr w:rsidR="00282991" w14:paraId="46079E04"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FA722C8" w14:textId="77777777" w:rsidR="00282991" w:rsidRDefault="00FE4586">
            <w:pPr>
              <w:spacing w:after="0"/>
            </w:pPr>
            <w:r>
              <w:rPr>
                <w:rFonts w:eastAsia="Arial" w:cs="Arial"/>
                <w:sz w:val="17"/>
              </w:rPr>
              <w:t>Communication / reporting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9EE4CDC" w14:textId="77777777" w:rsidR="00282991" w:rsidRDefault="00FE4586">
            <w:pPr>
              <w:spacing w:after="0"/>
            </w:pPr>
            <w:r>
              <w:rPr>
                <w:rFonts w:eastAsia="Arial" w:cs="Arial"/>
                <w:i/>
                <w:color w:val="707070"/>
                <w:sz w:val="20"/>
              </w:rPr>
              <w:t>&lt;Insert&gt;</w:t>
            </w:r>
          </w:p>
        </w:tc>
      </w:tr>
      <w:tr w:rsidR="00282991" w14:paraId="580BE4E1"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D45D04D" w14:textId="77777777" w:rsidR="00282991" w:rsidRDefault="00FE4586">
            <w:pPr>
              <w:spacing w:after="0"/>
            </w:pPr>
            <w:r>
              <w:rPr>
                <w:rFonts w:eastAsia="Arial" w:cs="Arial"/>
                <w:sz w:val="17"/>
              </w:rPr>
              <w:t>Evacuation / SIP / closure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A54F36F" w14:textId="77777777" w:rsidR="00282991" w:rsidRDefault="00FE4586">
            <w:pPr>
              <w:spacing w:after="0"/>
            </w:pPr>
            <w:r>
              <w:rPr>
                <w:rFonts w:eastAsia="Arial" w:cs="Arial"/>
                <w:i/>
                <w:color w:val="707070"/>
                <w:sz w:val="20"/>
              </w:rPr>
              <w:t>&lt;Insert&gt;</w:t>
            </w:r>
          </w:p>
        </w:tc>
      </w:tr>
      <w:tr w:rsidR="00282991" w14:paraId="5EA3D6AA"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B5879BB" w14:textId="77777777" w:rsidR="00282991" w:rsidRDefault="00FE4586">
            <w:pPr>
              <w:spacing w:after="0"/>
            </w:pPr>
            <w:r>
              <w:rPr>
                <w:rFonts w:eastAsia="Arial" w:cs="Arial"/>
                <w:sz w:val="17"/>
              </w:rPr>
              <w:t>Alternate dialysis / transportation / external partners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C42EDA5" w14:textId="77777777" w:rsidR="00282991" w:rsidRDefault="00FE4586">
            <w:pPr>
              <w:spacing w:after="0"/>
            </w:pPr>
            <w:r>
              <w:rPr>
                <w:rFonts w:eastAsia="Arial" w:cs="Arial"/>
                <w:i/>
                <w:color w:val="707070"/>
                <w:sz w:val="20"/>
              </w:rPr>
              <w:t>&lt;Insert&gt;</w:t>
            </w:r>
          </w:p>
        </w:tc>
      </w:tr>
      <w:tr w:rsidR="00282991" w14:paraId="6763D0A2"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E6F1E2F" w14:textId="77777777" w:rsidR="00282991" w:rsidRDefault="00FE4586">
            <w:pPr>
              <w:spacing w:after="0"/>
            </w:pPr>
            <w:r>
              <w:rPr>
                <w:rFonts w:eastAsia="Arial" w:cs="Arial"/>
                <w:sz w:val="17"/>
              </w:rPr>
              <w:t>Recovery / return-to-normal criteria</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7E5D688" w14:textId="77777777" w:rsidR="00282991" w:rsidRDefault="00FE4586">
            <w:pPr>
              <w:spacing w:after="0"/>
            </w:pPr>
            <w:r>
              <w:rPr>
                <w:rFonts w:eastAsia="Arial" w:cs="Arial"/>
                <w:i/>
                <w:color w:val="707070"/>
                <w:sz w:val="20"/>
              </w:rPr>
              <w:t>&lt;Insert&gt;</w:t>
            </w:r>
          </w:p>
        </w:tc>
      </w:tr>
      <w:tr w:rsidR="00282991" w14:paraId="5D358401"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B47BDA6" w14:textId="77777777" w:rsidR="00282991" w:rsidRDefault="00FE4586">
            <w:pPr>
              <w:spacing w:after="0"/>
            </w:pPr>
            <w:r>
              <w:rPr>
                <w:rFonts w:eastAsia="Arial" w:cs="Arial"/>
                <w:sz w:val="17"/>
              </w:rPr>
              <w:t>Required documentation / AAR-QAPI</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A43919A" w14:textId="77777777" w:rsidR="00282991" w:rsidRDefault="00FE4586">
            <w:pPr>
              <w:spacing w:after="0"/>
            </w:pPr>
            <w:r>
              <w:rPr>
                <w:rFonts w:eastAsia="Arial" w:cs="Arial"/>
                <w:i/>
                <w:color w:val="707070"/>
                <w:sz w:val="20"/>
              </w:rPr>
              <w:t>&lt;Insert&gt;</w:t>
            </w:r>
          </w:p>
        </w:tc>
      </w:tr>
    </w:tbl>
    <w:p w14:paraId="69160A01" w14:textId="77777777" w:rsidR="00282991" w:rsidRDefault="00282991">
      <w:pPr>
        <w:spacing w:after="20"/>
      </w:pPr>
    </w:p>
    <w:p w14:paraId="0D8ABAEF" w14:textId="77777777" w:rsidR="00282991" w:rsidRDefault="00FE4586">
      <w:pPr>
        <w:pStyle w:val="Heading2"/>
      </w:pPr>
      <w:r>
        <w:rPr>
          <w:rFonts w:ascii="Arial" w:eastAsia="Arial" w:hAnsi="Arial" w:cs="Arial"/>
        </w:rPr>
        <w:t>Hazard-Specific Procedures / Notes</w:t>
      </w:r>
    </w:p>
    <w:p w14:paraId="1E320BE3" w14:textId="77777777" w:rsidR="00282991" w:rsidRDefault="00FE4586">
      <w:pPr>
        <w:spacing w:after="20"/>
      </w:pPr>
      <w:r>
        <w:rPr>
          <w:rFonts w:eastAsia="Arial" w:cs="Arial"/>
          <w:color w:val="BBBBBB"/>
          <w:sz w:val="16"/>
        </w:rPr>
        <w:t>__________________________________________________________________________________________________</w:t>
      </w:r>
    </w:p>
    <w:p w14:paraId="00FECBA0" w14:textId="77777777" w:rsidR="00282991" w:rsidRDefault="00FE4586">
      <w:pPr>
        <w:spacing w:after="20"/>
      </w:pPr>
      <w:r>
        <w:rPr>
          <w:rFonts w:eastAsia="Arial" w:cs="Arial"/>
          <w:color w:val="BBBBBB"/>
          <w:sz w:val="16"/>
        </w:rPr>
        <w:t>__________________________________________________________________________________________________</w:t>
      </w:r>
    </w:p>
    <w:p w14:paraId="49D66987" w14:textId="77777777" w:rsidR="00282991" w:rsidRDefault="00FE4586">
      <w:pPr>
        <w:spacing w:after="20"/>
      </w:pPr>
      <w:r>
        <w:rPr>
          <w:rFonts w:eastAsia="Arial" w:cs="Arial"/>
          <w:color w:val="BBBBBB"/>
          <w:sz w:val="16"/>
        </w:rPr>
        <w:t>__________________________________________________________________________________________________</w:t>
      </w:r>
    </w:p>
    <w:p w14:paraId="419B46EC" w14:textId="77777777" w:rsidR="00282991" w:rsidRDefault="00FE4586">
      <w:pPr>
        <w:spacing w:after="20"/>
      </w:pPr>
      <w:r>
        <w:rPr>
          <w:rFonts w:eastAsia="Arial" w:cs="Arial"/>
          <w:color w:val="BBBBBB"/>
          <w:sz w:val="16"/>
        </w:rPr>
        <w:t>__________________________________________________________________________________________________</w:t>
      </w:r>
    </w:p>
    <w:p w14:paraId="7CFC99BB" w14:textId="77777777" w:rsidR="00282991" w:rsidRDefault="00FE4586">
      <w:pPr>
        <w:spacing w:after="20"/>
      </w:pPr>
      <w:r>
        <w:rPr>
          <w:rFonts w:eastAsia="Arial" w:cs="Arial"/>
          <w:color w:val="BBBBBB"/>
          <w:sz w:val="16"/>
        </w:rPr>
        <w:t>__________________________________________________________________________________________________</w:t>
      </w:r>
    </w:p>
    <w:p w14:paraId="01A29E83" w14:textId="77777777" w:rsidR="00282991" w:rsidRDefault="00FE4586">
      <w:r>
        <w:br w:type="page"/>
      </w:r>
    </w:p>
    <w:p w14:paraId="56A7B991" w14:textId="77777777" w:rsidR="00282991" w:rsidRDefault="00FE4586">
      <w:pPr>
        <w:pStyle w:val="Heading1"/>
        <w:pBdr>
          <w:bottom w:val="single" w:sz="10" w:space="2" w:color="E63B07"/>
        </w:pBdr>
      </w:pPr>
      <w:r>
        <w:rPr>
          <w:rFonts w:ascii="Arial" w:eastAsia="Arial" w:hAnsi="Arial" w:cs="Arial"/>
        </w:rPr>
        <w:lastRenderedPageBreak/>
        <w:t>APPENDIX B - EXTENDED POWER / GENERATOR / HVAC FAILURE</w:t>
      </w:r>
    </w:p>
    <w:tbl>
      <w:tblPr>
        <w:tblW w:w="0" w:type="auto"/>
        <w:jc w:val="center"/>
        <w:tblLook w:val="04A0" w:firstRow="1" w:lastRow="0" w:firstColumn="1" w:lastColumn="0" w:noHBand="0" w:noVBand="1"/>
      </w:tblPr>
      <w:tblGrid>
        <w:gridCol w:w="10800"/>
      </w:tblGrid>
      <w:tr w:rsidR="00282991" w14:paraId="7DD0BFDE" w14:textId="77777777">
        <w:trPr>
          <w:jc w:val="center"/>
        </w:trPr>
        <w:tc>
          <w:tcPr>
            <w:tcW w:w="10800" w:type="dxa"/>
            <w:shd w:val="clear" w:color="auto" w:fill="E8F2EF"/>
            <w:tcMar>
              <w:top w:w="90" w:type="dxa"/>
              <w:left w:w="100" w:type="dxa"/>
              <w:bottom w:w="90" w:type="dxa"/>
              <w:right w:w="100" w:type="dxa"/>
            </w:tcMar>
          </w:tcPr>
          <w:p w14:paraId="7B86CF6F" w14:textId="77777777" w:rsidR="00282991" w:rsidRDefault="00FE4586">
            <w:pPr>
              <w:spacing w:after="0"/>
            </w:pPr>
            <w:r>
              <w:rPr>
                <w:rFonts w:eastAsia="Arial" w:cs="Arial"/>
                <w:b/>
                <w:color w:val="015A41"/>
                <w:sz w:val="19"/>
              </w:rPr>
              <w:t xml:space="preserve">REGULATORY CONNECTION </w:t>
            </w:r>
            <w:r>
              <w:rPr>
                <w:rFonts w:eastAsia="Arial" w:cs="Arial"/>
                <w:sz w:val="18"/>
              </w:rPr>
              <w:t>Address this hazard when supported by the facility- and community-based all-hazards risk assessment. Customize dialysis-specific differences rather than duplicating generic activation, communication, evacuation or recovery procedures.</w:t>
            </w:r>
          </w:p>
        </w:tc>
      </w:tr>
    </w:tbl>
    <w:p w14:paraId="4C5DB33D" w14:textId="77777777" w:rsidR="00282991" w:rsidRDefault="00282991">
      <w:pPr>
        <w:spacing w:after="20"/>
      </w:pPr>
    </w:p>
    <w:tbl>
      <w:tblPr>
        <w:tblW w:w="0" w:type="auto"/>
        <w:jc w:val="center"/>
        <w:tblLayout w:type="fixed"/>
        <w:tblLook w:val="04A0" w:firstRow="1" w:lastRow="0" w:firstColumn="1" w:lastColumn="0" w:noHBand="0" w:noVBand="1"/>
      </w:tblPr>
      <w:tblGrid>
        <w:gridCol w:w="4464"/>
        <w:gridCol w:w="6336"/>
      </w:tblGrid>
      <w:tr w:rsidR="00282991" w14:paraId="7367DB91" w14:textId="77777777">
        <w:trPr>
          <w:cantSplit/>
          <w:tblHeader/>
          <w:jc w:val="center"/>
        </w:trPr>
        <w:tc>
          <w:tcPr>
            <w:tcW w:w="446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1B21449" w14:textId="77777777" w:rsidR="00282991" w:rsidRDefault="00FE4586">
            <w:pPr>
              <w:spacing w:after="0"/>
            </w:pPr>
            <w:r>
              <w:rPr>
                <w:rFonts w:eastAsia="Arial" w:cs="Arial"/>
                <w:b/>
                <w:color w:val="FFFFFF"/>
                <w:sz w:val="17"/>
              </w:rPr>
              <w:t>Field</w:t>
            </w:r>
          </w:p>
        </w:tc>
        <w:tc>
          <w:tcPr>
            <w:tcW w:w="633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7C1084A" w14:textId="77777777" w:rsidR="00282991" w:rsidRDefault="00FE4586">
            <w:pPr>
              <w:spacing w:after="0"/>
            </w:pPr>
            <w:r>
              <w:rPr>
                <w:rFonts w:eastAsia="Arial" w:cs="Arial"/>
                <w:b/>
                <w:color w:val="FFFFFF"/>
                <w:sz w:val="17"/>
              </w:rPr>
              <w:t>Facility Entry</w:t>
            </w:r>
          </w:p>
        </w:tc>
      </w:tr>
      <w:tr w:rsidR="00282991" w14:paraId="0253E6FF"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25F3DF6" w14:textId="77777777" w:rsidR="00282991" w:rsidRDefault="00FE4586">
            <w:pPr>
              <w:spacing w:after="0"/>
            </w:pPr>
            <w:r>
              <w:rPr>
                <w:rFonts w:eastAsia="Arial" w:cs="Arial"/>
                <w:sz w:val="17"/>
              </w:rPr>
              <w:t>Risk / HVA rating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AD902F9" w14:textId="77777777" w:rsidR="00282991" w:rsidRDefault="00FE4586">
            <w:pPr>
              <w:spacing w:after="0"/>
            </w:pPr>
            <w:r>
              <w:rPr>
                <w:rFonts w:eastAsia="Arial" w:cs="Arial"/>
                <w:i/>
                <w:color w:val="707070"/>
                <w:sz w:val="20"/>
              </w:rPr>
              <w:t>&lt;Insert&gt;</w:t>
            </w:r>
          </w:p>
        </w:tc>
      </w:tr>
      <w:tr w:rsidR="00282991" w14:paraId="1D8B6F64"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7D184A0" w14:textId="77777777" w:rsidR="00282991" w:rsidRDefault="00FE4586">
            <w:pPr>
              <w:spacing w:after="0"/>
            </w:pPr>
            <w:r>
              <w:rPr>
                <w:rFonts w:eastAsia="Arial" w:cs="Arial"/>
                <w:sz w:val="17"/>
              </w:rPr>
              <w:t>Primary activation triggers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BD9CC9C" w14:textId="77777777" w:rsidR="00282991" w:rsidRDefault="00FE4586">
            <w:pPr>
              <w:spacing w:after="0"/>
            </w:pPr>
            <w:r>
              <w:rPr>
                <w:rFonts w:eastAsia="Arial" w:cs="Arial"/>
                <w:i/>
                <w:color w:val="707070"/>
                <w:sz w:val="20"/>
              </w:rPr>
              <w:t>&lt;Insert&gt;</w:t>
            </w:r>
          </w:p>
        </w:tc>
      </w:tr>
      <w:tr w:rsidR="00282991" w14:paraId="6CB3B15E"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93D0667" w14:textId="77777777" w:rsidR="00282991" w:rsidRDefault="00FE4586">
            <w:pPr>
              <w:spacing w:after="0"/>
            </w:pPr>
            <w:r>
              <w:rPr>
                <w:rFonts w:eastAsia="Arial" w:cs="Arial"/>
                <w:sz w:val="17"/>
              </w:rPr>
              <w:t>Decision authority</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52B644E" w14:textId="77777777" w:rsidR="00282991" w:rsidRDefault="00FE4586">
            <w:pPr>
              <w:spacing w:after="0"/>
            </w:pPr>
            <w:r>
              <w:rPr>
                <w:rFonts w:eastAsia="Arial" w:cs="Arial"/>
                <w:i/>
                <w:color w:val="707070"/>
                <w:sz w:val="20"/>
              </w:rPr>
              <w:t>&lt;Insert&gt;</w:t>
            </w:r>
          </w:p>
        </w:tc>
      </w:tr>
      <w:tr w:rsidR="00282991" w14:paraId="0217613B"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4A8435B" w14:textId="77777777" w:rsidR="00282991" w:rsidRDefault="00FE4586">
            <w:pPr>
              <w:spacing w:after="0"/>
            </w:pPr>
            <w:r>
              <w:rPr>
                <w:rFonts w:eastAsia="Arial" w:cs="Arial"/>
                <w:sz w:val="17"/>
              </w:rPr>
              <w:t>Immediate life-safety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62CDC98" w14:textId="77777777" w:rsidR="00282991" w:rsidRDefault="00FE4586">
            <w:pPr>
              <w:spacing w:after="0"/>
            </w:pPr>
            <w:r>
              <w:rPr>
                <w:rFonts w:eastAsia="Arial" w:cs="Arial"/>
                <w:i/>
                <w:color w:val="707070"/>
                <w:sz w:val="20"/>
              </w:rPr>
              <w:t>&lt;Insert&gt;</w:t>
            </w:r>
          </w:p>
        </w:tc>
      </w:tr>
      <w:tr w:rsidR="00282991" w14:paraId="34D08547"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5F9B5C7" w14:textId="77777777" w:rsidR="00282991" w:rsidRDefault="00FE4586">
            <w:pPr>
              <w:spacing w:after="0"/>
            </w:pPr>
            <w:r>
              <w:rPr>
                <w:rFonts w:eastAsia="Arial" w:cs="Arial"/>
                <w:sz w:val="17"/>
              </w:rPr>
              <w:t>Dialysis treatment / patient priorities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7BF669D" w14:textId="77777777" w:rsidR="00282991" w:rsidRDefault="00FE4586">
            <w:pPr>
              <w:spacing w:after="0"/>
            </w:pPr>
            <w:r>
              <w:rPr>
                <w:rFonts w:eastAsia="Arial" w:cs="Arial"/>
                <w:i/>
                <w:color w:val="707070"/>
                <w:sz w:val="20"/>
              </w:rPr>
              <w:t>&lt;Insert&gt;</w:t>
            </w:r>
          </w:p>
        </w:tc>
      </w:tr>
      <w:tr w:rsidR="00282991" w14:paraId="71A01299"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E95D261" w14:textId="77777777" w:rsidR="00282991" w:rsidRDefault="00FE4586">
            <w:pPr>
              <w:spacing w:after="0"/>
            </w:pPr>
            <w:r>
              <w:rPr>
                <w:rFonts w:eastAsia="Arial" w:cs="Arial"/>
                <w:sz w:val="17"/>
              </w:rPr>
              <w:t>Safe treatment interruption / disconnection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4B4A80F" w14:textId="77777777" w:rsidR="00282991" w:rsidRDefault="00FE4586">
            <w:pPr>
              <w:spacing w:after="0"/>
            </w:pPr>
            <w:r>
              <w:rPr>
                <w:rFonts w:eastAsia="Arial" w:cs="Arial"/>
                <w:i/>
                <w:color w:val="707070"/>
                <w:sz w:val="20"/>
              </w:rPr>
              <w:t>&lt;Insert&gt;</w:t>
            </w:r>
          </w:p>
        </w:tc>
      </w:tr>
      <w:tr w:rsidR="00282991" w14:paraId="09E60A0C"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4F67EE8" w14:textId="77777777" w:rsidR="00282991" w:rsidRDefault="00FE4586">
            <w:pPr>
              <w:spacing w:after="0"/>
            </w:pPr>
            <w:r>
              <w:rPr>
                <w:rFonts w:eastAsia="Arial" w:cs="Arial"/>
                <w:sz w:val="17"/>
              </w:rPr>
              <w:t>Water / utility / equipment considerations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F6F3F8F" w14:textId="77777777" w:rsidR="00282991" w:rsidRDefault="00FE4586">
            <w:pPr>
              <w:spacing w:after="0"/>
            </w:pPr>
            <w:r>
              <w:rPr>
                <w:rFonts w:eastAsia="Arial" w:cs="Arial"/>
                <w:i/>
                <w:color w:val="707070"/>
                <w:sz w:val="20"/>
              </w:rPr>
              <w:t>&lt;Insert&gt;</w:t>
            </w:r>
          </w:p>
        </w:tc>
      </w:tr>
      <w:tr w:rsidR="00282991" w14:paraId="7452F8EF"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91C3192" w14:textId="77777777" w:rsidR="00282991" w:rsidRDefault="00FE4586">
            <w:pPr>
              <w:spacing w:after="0"/>
            </w:pPr>
            <w:r>
              <w:rPr>
                <w:rFonts w:eastAsia="Arial" w:cs="Arial"/>
                <w:sz w:val="17"/>
              </w:rPr>
              <w:t>Staffing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9A68542" w14:textId="77777777" w:rsidR="00282991" w:rsidRDefault="00FE4586">
            <w:pPr>
              <w:spacing w:after="0"/>
            </w:pPr>
            <w:r>
              <w:rPr>
                <w:rFonts w:eastAsia="Arial" w:cs="Arial"/>
                <w:i/>
                <w:color w:val="707070"/>
                <w:sz w:val="20"/>
              </w:rPr>
              <w:t>&lt;Insert&gt;</w:t>
            </w:r>
          </w:p>
        </w:tc>
      </w:tr>
      <w:tr w:rsidR="00282991" w14:paraId="3E9D1237"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E24DF5D" w14:textId="77777777" w:rsidR="00282991" w:rsidRDefault="00FE4586">
            <w:pPr>
              <w:spacing w:after="0"/>
            </w:pPr>
            <w:r>
              <w:rPr>
                <w:rFonts w:eastAsia="Arial" w:cs="Arial"/>
                <w:sz w:val="17"/>
              </w:rPr>
              <w:t>Communication / reporting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799B40C" w14:textId="77777777" w:rsidR="00282991" w:rsidRDefault="00FE4586">
            <w:pPr>
              <w:spacing w:after="0"/>
            </w:pPr>
            <w:r>
              <w:rPr>
                <w:rFonts w:eastAsia="Arial" w:cs="Arial"/>
                <w:i/>
                <w:color w:val="707070"/>
                <w:sz w:val="20"/>
              </w:rPr>
              <w:t>&lt;Insert&gt;</w:t>
            </w:r>
          </w:p>
        </w:tc>
      </w:tr>
      <w:tr w:rsidR="00282991" w14:paraId="6C24CC4A"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AD0AA5D" w14:textId="77777777" w:rsidR="00282991" w:rsidRDefault="00FE4586">
            <w:pPr>
              <w:spacing w:after="0"/>
            </w:pPr>
            <w:r>
              <w:rPr>
                <w:rFonts w:eastAsia="Arial" w:cs="Arial"/>
                <w:sz w:val="17"/>
              </w:rPr>
              <w:t>Evacuation / SIP / closure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2247838" w14:textId="77777777" w:rsidR="00282991" w:rsidRDefault="00FE4586">
            <w:pPr>
              <w:spacing w:after="0"/>
            </w:pPr>
            <w:r>
              <w:rPr>
                <w:rFonts w:eastAsia="Arial" w:cs="Arial"/>
                <w:i/>
                <w:color w:val="707070"/>
                <w:sz w:val="20"/>
              </w:rPr>
              <w:t>&lt;Insert&gt;</w:t>
            </w:r>
          </w:p>
        </w:tc>
      </w:tr>
      <w:tr w:rsidR="00282991" w14:paraId="43A3877F"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ABE2BD1" w14:textId="77777777" w:rsidR="00282991" w:rsidRDefault="00FE4586">
            <w:pPr>
              <w:spacing w:after="0"/>
            </w:pPr>
            <w:r>
              <w:rPr>
                <w:rFonts w:eastAsia="Arial" w:cs="Arial"/>
                <w:sz w:val="17"/>
              </w:rPr>
              <w:t>Alternate dialysis / transportation / external partners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CA3D15C" w14:textId="77777777" w:rsidR="00282991" w:rsidRDefault="00FE4586">
            <w:pPr>
              <w:spacing w:after="0"/>
            </w:pPr>
            <w:r>
              <w:rPr>
                <w:rFonts w:eastAsia="Arial" w:cs="Arial"/>
                <w:i/>
                <w:color w:val="707070"/>
                <w:sz w:val="20"/>
              </w:rPr>
              <w:t>&lt;Insert&gt;</w:t>
            </w:r>
          </w:p>
        </w:tc>
      </w:tr>
      <w:tr w:rsidR="00282991" w14:paraId="7A6BBD2F"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391DB24" w14:textId="77777777" w:rsidR="00282991" w:rsidRDefault="00FE4586">
            <w:pPr>
              <w:spacing w:after="0"/>
            </w:pPr>
            <w:r>
              <w:rPr>
                <w:rFonts w:eastAsia="Arial" w:cs="Arial"/>
                <w:sz w:val="17"/>
              </w:rPr>
              <w:t>Recovery / return-to-normal criteria</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D90E346" w14:textId="77777777" w:rsidR="00282991" w:rsidRDefault="00FE4586">
            <w:pPr>
              <w:spacing w:after="0"/>
            </w:pPr>
            <w:r>
              <w:rPr>
                <w:rFonts w:eastAsia="Arial" w:cs="Arial"/>
                <w:i/>
                <w:color w:val="707070"/>
                <w:sz w:val="20"/>
              </w:rPr>
              <w:t>&lt;Insert&gt;</w:t>
            </w:r>
          </w:p>
        </w:tc>
      </w:tr>
      <w:tr w:rsidR="00282991" w14:paraId="425B7C75"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2459C3A" w14:textId="77777777" w:rsidR="00282991" w:rsidRDefault="00FE4586">
            <w:pPr>
              <w:spacing w:after="0"/>
            </w:pPr>
            <w:r>
              <w:rPr>
                <w:rFonts w:eastAsia="Arial" w:cs="Arial"/>
                <w:sz w:val="17"/>
              </w:rPr>
              <w:t>Required documentation / AAR-QAPI</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3872322" w14:textId="77777777" w:rsidR="00282991" w:rsidRDefault="00FE4586">
            <w:pPr>
              <w:spacing w:after="0"/>
            </w:pPr>
            <w:r>
              <w:rPr>
                <w:rFonts w:eastAsia="Arial" w:cs="Arial"/>
                <w:i/>
                <w:color w:val="707070"/>
                <w:sz w:val="20"/>
              </w:rPr>
              <w:t>&lt;Insert&gt;</w:t>
            </w:r>
          </w:p>
        </w:tc>
      </w:tr>
    </w:tbl>
    <w:p w14:paraId="4AC27BAE" w14:textId="77777777" w:rsidR="00282991" w:rsidRDefault="00282991">
      <w:pPr>
        <w:spacing w:after="20"/>
      </w:pPr>
    </w:p>
    <w:p w14:paraId="220FA09F" w14:textId="77777777" w:rsidR="00282991" w:rsidRDefault="00FE4586">
      <w:pPr>
        <w:pStyle w:val="Heading2"/>
      </w:pPr>
      <w:r>
        <w:rPr>
          <w:rFonts w:ascii="Arial" w:eastAsia="Arial" w:hAnsi="Arial" w:cs="Arial"/>
        </w:rPr>
        <w:t>Hazard-Specific Procedures / Notes</w:t>
      </w:r>
    </w:p>
    <w:p w14:paraId="4C91C881" w14:textId="77777777" w:rsidR="00282991" w:rsidRDefault="00FE4586">
      <w:pPr>
        <w:spacing w:after="20"/>
      </w:pPr>
      <w:r>
        <w:rPr>
          <w:rFonts w:eastAsia="Arial" w:cs="Arial"/>
          <w:color w:val="BBBBBB"/>
          <w:sz w:val="16"/>
        </w:rPr>
        <w:t>__________________________________________________________________________________________________</w:t>
      </w:r>
    </w:p>
    <w:p w14:paraId="0FC5E76A" w14:textId="77777777" w:rsidR="00282991" w:rsidRDefault="00FE4586">
      <w:pPr>
        <w:spacing w:after="20"/>
      </w:pPr>
      <w:r>
        <w:rPr>
          <w:rFonts w:eastAsia="Arial" w:cs="Arial"/>
          <w:color w:val="BBBBBB"/>
          <w:sz w:val="16"/>
        </w:rPr>
        <w:t>__________________________________________________________________________________________________</w:t>
      </w:r>
    </w:p>
    <w:p w14:paraId="364B8C39" w14:textId="77777777" w:rsidR="00282991" w:rsidRDefault="00FE4586">
      <w:pPr>
        <w:spacing w:after="20"/>
      </w:pPr>
      <w:r>
        <w:rPr>
          <w:rFonts w:eastAsia="Arial" w:cs="Arial"/>
          <w:color w:val="BBBBBB"/>
          <w:sz w:val="16"/>
        </w:rPr>
        <w:t>__________________________________________________________________________________________________</w:t>
      </w:r>
    </w:p>
    <w:p w14:paraId="0B4F41D3" w14:textId="77777777" w:rsidR="00282991" w:rsidRDefault="00FE4586">
      <w:pPr>
        <w:spacing w:after="20"/>
      </w:pPr>
      <w:r>
        <w:rPr>
          <w:rFonts w:eastAsia="Arial" w:cs="Arial"/>
          <w:color w:val="BBBBBB"/>
          <w:sz w:val="16"/>
        </w:rPr>
        <w:t>__________________________________________________________________________________________________</w:t>
      </w:r>
    </w:p>
    <w:p w14:paraId="7A9CEA54" w14:textId="77777777" w:rsidR="00282991" w:rsidRDefault="00FE4586">
      <w:pPr>
        <w:spacing w:after="20"/>
      </w:pPr>
      <w:r>
        <w:rPr>
          <w:rFonts w:eastAsia="Arial" w:cs="Arial"/>
          <w:color w:val="BBBBBB"/>
          <w:sz w:val="16"/>
        </w:rPr>
        <w:t>__________________________________________________________________________________________________</w:t>
      </w:r>
    </w:p>
    <w:p w14:paraId="70D69EEF" w14:textId="77777777" w:rsidR="00282991" w:rsidRDefault="00FE4586">
      <w:r>
        <w:br w:type="page"/>
      </w:r>
    </w:p>
    <w:p w14:paraId="749C31EE" w14:textId="77777777" w:rsidR="00282991" w:rsidRDefault="00FE4586">
      <w:pPr>
        <w:pStyle w:val="Heading1"/>
        <w:pBdr>
          <w:bottom w:val="single" w:sz="10" w:space="2" w:color="E63B07"/>
        </w:pBdr>
      </w:pPr>
      <w:r>
        <w:rPr>
          <w:rFonts w:ascii="Arial" w:eastAsia="Arial" w:hAnsi="Arial" w:cs="Arial"/>
        </w:rPr>
        <w:lastRenderedPageBreak/>
        <w:t>APPENDIX C - WATER SUPPLY / WATER-TREATMENT / DIALYSATE QUALITY FAILURE</w:t>
      </w:r>
    </w:p>
    <w:tbl>
      <w:tblPr>
        <w:tblW w:w="0" w:type="auto"/>
        <w:jc w:val="center"/>
        <w:tblLook w:val="04A0" w:firstRow="1" w:lastRow="0" w:firstColumn="1" w:lastColumn="0" w:noHBand="0" w:noVBand="1"/>
      </w:tblPr>
      <w:tblGrid>
        <w:gridCol w:w="10800"/>
      </w:tblGrid>
      <w:tr w:rsidR="00282991" w14:paraId="1FA3ABC1" w14:textId="77777777">
        <w:trPr>
          <w:jc w:val="center"/>
        </w:trPr>
        <w:tc>
          <w:tcPr>
            <w:tcW w:w="10800" w:type="dxa"/>
            <w:shd w:val="clear" w:color="auto" w:fill="E8F2EF"/>
            <w:tcMar>
              <w:top w:w="90" w:type="dxa"/>
              <w:left w:w="100" w:type="dxa"/>
              <w:bottom w:w="90" w:type="dxa"/>
              <w:right w:w="100" w:type="dxa"/>
            </w:tcMar>
          </w:tcPr>
          <w:p w14:paraId="27346216" w14:textId="77777777" w:rsidR="00282991" w:rsidRDefault="00FE4586">
            <w:pPr>
              <w:spacing w:after="0"/>
            </w:pPr>
            <w:r>
              <w:rPr>
                <w:rFonts w:eastAsia="Arial" w:cs="Arial"/>
                <w:b/>
                <w:color w:val="015A41"/>
                <w:sz w:val="19"/>
              </w:rPr>
              <w:t xml:space="preserve">REGULATORY CONNECTION </w:t>
            </w:r>
            <w:r>
              <w:rPr>
                <w:rFonts w:eastAsia="Arial" w:cs="Arial"/>
                <w:sz w:val="18"/>
              </w:rPr>
              <w:t>Address this hazard when supported by the facility- and community-based all-hazards risk assessment. Customize dialysis-specific differences rather than duplicating generic activation, communication, evacuation or recovery procedures.</w:t>
            </w:r>
          </w:p>
        </w:tc>
      </w:tr>
    </w:tbl>
    <w:p w14:paraId="6500C2B5" w14:textId="77777777" w:rsidR="00282991" w:rsidRDefault="00282991">
      <w:pPr>
        <w:spacing w:after="20"/>
      </w:pPr>
    </w:p>
    <w:tbl>
      <w:tblPr>
        <w:tblW w:w="0" w:type="auto"/>
        <w:jc w:val="center"/>
        <w:tblLayout w:type="fixed"/>
        <w:tblLook w:val="04A0" w:firstRow="1" w:lastRow="0" w:firstColumn="1" w:lastColumn="0" w:noHBand="0" w:noVBand="1"/>
      </w:tblPr>
      <w:tblGrid>
        <w:gridCol w:w="4464"/>
        <w:gridCol w:w="6336"/>
      </w:tblGrid>
      <w:tr w:rsidR="00282991" w14:paraId="43F127B4" w14:textId="77777777">
        <w:trPr>
          <w:cantSplit/>
          <w:tblHeader/>
          <w:jc w:val="center"/>
        </w:trPr>
        <w:tc>
          <w:tcPr>
            <w:tcW w:w="446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93A916A" w14:textId="77777777" w:rsidR="00282991" w:rsidRDefault="00FE4586">
            <w:pPr>
              <w:spacing w:after="0"/>
            </w:pPr>
            <w:r>
              <w:rPr>
                <w:rFonts w:eastAsia="Arial" w:cs="Arial"/>
                <w:b/>
                <w:color w:val="FFFFFF"/>
                <w:sz w:val="17"/>
              </w:rPr>
              <w:t>Field</w:t>
            </w:r>
          </w:p>
        </w:tc>
        <w:tc>
          <w:tcPr>
            <w:tcW w:w="633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06E96C6C" w14:textId="77777777" w:rsidR="00282991" w:rsidRDefault="00FE4586">
            <w:pPr>
              <w:spacing w:after="0"/>
            </w:pPr>
            <w:r>
              <w:rPr>
                <w:rFonts w:eastAsia="Arial" w:cs="Arial"/>
                <w:b/>
                <w:color w:val="FFFFFF"/>
                <w:sz w:val="17"/>
              </w:rPr>
              <w:t>Facility Entry</w:t>
            </w:r>
          </w:p>
        </w:tc>
      </w:tr>
      <w:tr w:rsidR="00282991" w14:paraId="6DA89D7C"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58CEE46" w14:textId="77777777" w:rsidR="00282991" w:rsidRDefault="00FE4586">
            <w:pPr>
              <w:spacing w:after="0"/>
            </w:pPr>
            <w:r>
              <w:rPr>
                <w:rFonts w:eastAsia="Arial" w:cs="Arial"/>
                <w:sz w:val="17"/>
              </w:rPr>
              <w:t>Risk / HVA rating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A9DAAA7" w14:textId="77777777" w:rsidR="00282991" w:rsidRDefault="00FE4586">
            <w:pPr>
              <w:spacing w:after="0"/>
            </w:pPr>
            <w:r>
              <w:rPr>
                <w:rFonts w:eastAsia="Arial" w:cs="Arial"/>
                <w:i/>
                <w:color w:val="707070"/>
                <w:sz w:val="20"/>
              </w:rPr>
              <w:t>&lt;Insert&gt;</w:t>
            </w:r>
          </w:p>
        </w:tc>
      </w:tr>
      <w:tr w:rsidR="00282991" w14:paraId="659DDA7F"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8AE8F8F" w14:textId="77777777" w:rsidR="00282991" w:rsidRDefault="00FE4586">
            <w:pPr>
              <w:spacing w:after="0"/>
            </w:pPr>
            <w:r>
              <w:rPr>
                <w:rFonts w:eastAsia="Arial" w:cs="Arial"/>
                <w:sz w:val="17"/>
              </w:rPr>
              <w:t>Primary activation triggers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BC66858" w14:textId="77777777" w:rsidR="00282991" w:rsidRDefault="00FE4586">
            <w:pPr>
              <w:spacing w:after="0"/>
            </w:pPr>
            <w:r>
              <w:rPr>
                <w:rFonts w:eastAsia="Arial" w:cs="Arial"/>
                <w:i/>
                <w:color w:val="707070"/>
                <w:sz w:val="20"/>
              </w:rPr>
              <w:t>&lt;Insert&gt;</w:t>
            </w:r>
          </w:p>
        </w:tc>
      </w:tr>
      <w:tr w:rsidR="00282991" w14:paraId="3E5D643D"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3D434DE" w14:textId="77777777" w:rsidR="00282991" w:rsidRDefault="00FE4586">
            <w:pPr>
              <w:spacing w:after="0"/>
            </w:pPr>
            <w:r>
              <w:rPr>
                <w:rFonts w:eastAsia="Arial" w:cs="Arial"/>
                <w:sz w:val="17"/>
              </w:rPr>
              <w:t>Decision authority</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EFD16B8" w14:textId="77777777" w:rsidR="00282991" w:rsidRDefault="00FE4586">
            <w:pPr>
              <w:spacing w:after="0"/>
            </w:pPr>
            <w:r>
              <w:rPr>
                <w:rFonts w:eastAsia="Arial" w:cs="Arial"/>
                <w:i/>
                <w:color w:val="707070"/>
                <w:sz w:val="20"/>
              </w:rPr>
              <w:t>&lt;Insert&gt;</w:t>
            </w:r>
          </w:p>
        </w:tc>
      </w:tr>
      <w:tr w:rsidR="00282991" w14:paraId="0FF31795"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FDB585F" w14:textId="77777777" w:rsidR="00282991" w:rsidRDefault="00FE4586">
            <w:pPr>
              <w:spacing w:after="0"/>
            </w:pPr>
            <w:r>
              <w:rPr>
                <w:rFonts w:eastAsia="Arial" w:cs="Arial"/>
                <w:sz w:val="17"/>
              </w:rPr>
              <w:t>Immediate life-safety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CD9F0AE" w14:textId="77777777" w:rsidR="00282991" w:rsidRDefault="00FE4586">
            <w:pPr>
              <w:spacing w:after="0"/>
            </w:pPr>
            <w:r>
              <w:rPr>
                <w:rFonts w:eastAsia="Arial" w:cs="Arial"/>
                <w:i/>
                <w:color w:val="707070"/>
                <w:sz w:val="20"/>
              </w:rPr>
              <w:t>&lt;Insert&gt;</w:t>
            </w:r>
          </w:p>
        </w:tc>
      </w:tr>
      <w:tr w:rsidR="00282991" w14:paraId="3193160E"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BDC76D5" w14:textId="77777777" w:rsidR="00282991" w:rsidRDefault="00FE4586">
            <w:pPr>
              <w:spacing w:after="0"/>
            </w:pPr>
            <w:r>
              <w:rPr>
                <w:rFonts w:eastAsia="Arial" w:cs="Arial"/>
                <w:sz w:val="17"/>
              </w:rPr>
              <w:t>Dialysis treatment / patient priorities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3C7C310" w14:textId="77777777" w:rsidR="00282991" w:rsidRDefault="00FE4586">
            <w:pPr>
              <w:spacing w:after="0"/>
            </w:pPr>
            <w:r>
              <w:rPr>
                <w:rFonts w:eastAsia="Arial" w:cs="Arial"/>
                <w:i/>
                <w:color w:val="707070"/>
                <w:sz w:val="20"/>
              </w:rPr>
              <w:t>&lt;Insert&gt;</w:t>
            </w:r>
          </w:p>
        </w:tc>
      </w:tr>
      <w:tr w:rsidR="00282991" w14:paraId="1D01A351"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2C1D75F" w14:textId="77777777" w:rsidR="00282991" w:rsidRDefault="00FE4586">
            <w:pPr>
              <w:spacing w:after="0"/>
            </w:pPr>
            <w:r>
              <w:rPr>
                <w:rFonts w:eastAsia="Arial" w:cs="Arial"/>
                <w:sz w:val="17"/>
              </w:rPr>
              <w:t>Safe treatment interruption / disconnection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17051DF" w14:textId="77777777" w:rsidR="00282991" w:rsidRDefault="00FE4586">
            <w:pPr>
              <w:spacing w:after="0"/>
            </w:pPr>
            <w:r>
              <w:rPr>
                <w:rFonts w:eastAsia="Arial" w:cs="Arial"/>
                <w:i/>
                <w:color w:val="707070"/>
                <w:sz w:val="20"/>
              </w:rPr>
              <w:t>&lt;Insert&gt;</w:t>
            </w:r>
          </w:p>
        </w:tc>
      </w:tr>
      <w:tr w:rsidR="00282991" w14:paraId="09013D86"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2E322F4" w14:textId="77777777" w:rsidR="00282991" w:rsidRDefault="00FE4586">
            <w:pPr>
              <w:spacing w:after="0"/>
            </w:pPr>
            <w:r>
              <w:rPr>
                <w:rFonts w:eastAsia="Arial" w:cs="Arial"/>
                <w:sz w:val="17"/>
              </w:rPr>
              <w:t>Water / utility / equipment considerations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EC0E440" w14:textId="77777777" w:rsidR="00282991" w:rsidRDefault="00FE4586">
            <w:pPr>
              <w:spacing w:after="0"/>
            </w:pPr>
            <w:r>
              <w:rPr>
                <w:rFonts w:eastAsia="Arial" w:cs="Arial"/>
                <w:i/>
                <w:color w:val="707070"/>
                <w:sz w:val="20"/>
              </w:rPr>
              <w:t>&lt;Insert&gt;</w:t>
            </w:r>
          </w:p>
        </w:tc>
      </w:tr>
      <w:tr w:rsidR="00282991" w14:paraId="3A06E892"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FA20218" w14:textId="77777777" w:rsidR="00282991" w:rsidRDefault="00FE4586">
            <w:pPr>
              <w:spacing w:after="0"/>
            </w:pPr>
            <w:r>
              <w:rPr>
                <w:rFonts w:eastAsia="Arial" w:cs="Arial"/>
                <w:sz w:val="17"/>
              </w:rPr>
              <w:t>Staffing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536FFF9" w14:textId="77777777" w:rsidR="00282991" w:rsidRDefault="00FE4586">
            <w:pPr>
              <w:spacing w:after="0"/>
            </w:pPr>
            <w:r>
              <w:rPr>
                <w:rFonts w:eastAsia="Arial" w:cs="Arial"/>
                <w:i/>
                <w:color w:val="707070"/>
                <w:sz w:val="20"/>
              </w:rPr>
              <w:t>&lt;Insert&gt;</w:t>
            </w:r>
          </w:p>
        </w:tc>
      </w:tr>
      <w:tr w:rsidR="00282991" w14:paraId="3ED8A7E4"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614FF35" w14:textId="77777777" w:rsidR="00282991" w:rsidRDefault="00FE4586">
            <w:pPr>
              <w:spacing w:after="0"/>
            </w:pPr>
            <w:r>
              <w:rPr>
                <w:rFonts w:eastAsia="Arial" w:cs="Arial"/>
                <w:sz w:val="17"/>
              </w:rPr>
              <w:t>Communication / reporting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E8F69BF" w14:textId="77777777" w:rsidR="00282991" w:rsidRDefault="00FE4586">
            <w:pPr>
              <w:spacing w:after="0"/>
            </w:pPr>
            <w:r>
              <w:rPr>
                <w:rFonts w:eastAsia="Arial" w:cs="Arial"/>
                <w:i/>
                <w:color w:val="707070"/>
                <w:sz w:val="20"/>
              </w:rPr>
              <w:t>&lt;Insert&gt;</w:t>
            </w:r>
          </w:p>
        </w:tc>
      </w:tr>
      <w:tr w:rsidR="00282991" w14:paraId="17480CE5"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8ADB810" w14:textId="77777777" w:rsidR="00282991" w:rsidRDefault="00FE4586">
            <w:pPr>
              <w:spacing w:after="0"/>
            </w:pPr>
            <w:r>
              <w:rPr>
                <w:rFonts w:eastAsia="Arial" w:cs="Arial"/>
                <w:sz w:val="17"/>
              </w:rPr>
              <w:t>Evacuation / SIP / closure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B7AF64F" w14:textId="77777777" w:rsidR="00282991" w:rsidRDefault="00FE4586">
            <w:pPr>
              <w:spacing w:after="0"/>
            </w:pPr>
            <w:r>
              <w:rPr>
                <w:rFonts w:eastAsia="Arial" w:cs="Arial"/>
                <w:i/>
                <w:color w:val="707070"/>
                <w:sz w:val="20"/>
              </w:rPr>
              <w:t>&lt;Insert&gt;</w:t>
            </w:r>
          </w:p>
        </w:tc>
      </w:tr>
      <w:tr w:rsidR="00282991" w14:paraId="41206FD6"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22358A6" w14:textId="77777777" w:rsidR="00282991" w:rsidRDefault="00FE4586">
            <w:pPr>
              <w:spacing w:after="0"/>
            </w:pPr>
            <w:r>
              <w:rPr>
                <w:rFonts w:eastAsia="Arial" w:cs="Arial"/>
                <w:sz w:val="17"/>
              </w:rPr>
              <w:t>Alternate dialysis / transportation / external partners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10CBFA1" w14:textId="77777777" w:rsidR="00282991" w:rsidRDefault="00FE4586">
            <w:pPr>
              <w:spacing w:after="0"/>
            </w:pPr>
            <w:r>
              <w:rPr>
                <w:rFonts w:eastAsia="Arial" w:cs="Arial"/>
                <w:i/>
                <w:color w:val="707070"/>
                <w:sz w:val="20"/>
              </w:rPr>
              <w:t>&lt;Insert&gt;</w:t>
            </w:r>
          </w:p>
        </w:tc>
      </w:tr>
      <w:tr w:rsidR="00282991" w14:paraId="6F961052"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46F313F" w14:textId="77777777" w:rsidR="00282991" w:rsidRDefault="00FE4586">
            <w:pPr>
              <w:spacing w:after="0"/>
            </w:pPr>
            <w:r>
              <w:rPr>
                <w:rFonts w:eastAsia="Arial" w:cs="Arial"/>
                <w:sz w:val="17"/>
              </w:rPr>
              <w:t>Recovery / return-to-normal criteria</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8C102D3" w14:textId="77777777" w:rsidR="00282991" w:rsidRDefault="00FE4586">
            <w:pPr>
              <w:spacing w:after="0"/>
            </w:pPr>
            <w:r>
              <w:rPr>
                <w:rFonts w:eastAsia="Arial" w:cs="Arial"/>
                <w:i/>
                <w:color w:val="707070"/>
                <w:sz w:val="20"/>
              </w:rPr>
              <w:t>&lt;Insert&gt;</w:t>
            </w:r>
          </w:p>
        </w:tc>
      </w:tr>
      <w:tr w:rsidR="00282991" w14:paraId="017F8B6C"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AFD186A" w14:textId="77777777" w:rsidR="00282991" w:rsidRDefault="00FE4586">
            <w:pPr>
              <w:spacing w:after="0"/>
            </w:pPr>
            <w:r>
              <w:rPr>
                <w:rFonts w:eastAsia="Arial" w:cs="Arial"/>
                <w:sz w:val="17"/>
              </w:rPr>
              <w:t>Required documentation / AAR-QAPI</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A9E99D1" w14:textId="77777777" w:rsidR="00282991" w:rsidRDefault="00FE4586">
            <w:pPr>
              <w:spacing w:after="0"/>
            </w:pPr>
            <w:r>
              <w:rPr>
                <w:rFonts w:eastAsia="Arial" w:cs="Arial"/>
                <w:i/>
                <w:color w:val="707070"/>
                <w:sz w:val="20"/>
              </w:rPr>
              <w:t>&lt;Insert&gt;</w:t>
            </w:r>
          </w:p>
        </w:tc>
      </w:tr>
    </w:tbl>
    <w:p w14:paraId="15144CF5" w14:textId="77777777" w:rsidR="00282991" w:rsidRDefault="00282991">
      <w:pPr>
        <w:spacing w:after="20"/>
      </w:pPr>
    </w:p>
    <w:p w14:paraId="46D9189D" w14:textId="77777777" w:rsidR="00282991" w:rsidRDefault="00FE4586">
      <w:pPr>
        <w:pStyle w:val="Heading2"/>
      </w:pPr>
      <w:r>
        <w:rPr>
          <w:rFonts w:ascii="Arial" w:eastAsia="Arial" w:hAnsi="Arial" w:cs="Arial"/>
        </w:rPr>
        <w:t>Hazard-Specific Procedures / Notes</w:t>
      </w:r>
    </w:p>
    <w:p w14:paraId="11921A90" w14:textId="77777777" w:rsidR="00282991" w:rsidRDefault="00FE4586">
      <w:pPr>
        <w:spacing w:after="20"/>
      </w:pPr>
      <w:r>
        <w:rPr>
          <w:rFonts w:eastAsia="Arial" w:cs="Arial"/>
          <w:color w:val="BBBBBB"/>
          <w:sz w:val="16"/>
        </w:rPr>
        <w:t>__________________________________________________________________________________________________</w:t>
      </w:r>
    </w:p>
    <w:p w14:paraId="2D11C81A" w14:textId="77777777" w:rsidR="00282991" w:rsidRDefault="00FE4586">
      <w:pPr>
        <w:spacing w:after="20"/>
      </w:pPr>
      <w:r>
        <w:rPr>
          <w:rFonts w:eastAsia="Arial" w:cs="Arial"/>
          <w:color w:val="BBBBBB"/>
          <w:sz w:val="16"/>
        </w:rPr>
        <w:t>__________________________________________________________________________________________________</w:t>
      </w:r>
    </w:p>
    <w:p w14:paraId="1E36535B" w14:textId="77777777" w:rsidR="00282991" w:rsidRDefault="00FE4586">
      <w:pPr>
        <w:spacing w:after="20"/>
      </w:pPr>
      <w:r>
        <w:rPr>
          <w:rFonts w:eastAsia="Arial" w:cs="Arial"/>
          <w:color w:val="BBBBBB"/>
          <w:sz w:val="16"/>
        </w:rPr>
        <w:t>__________________________________________________________________________________________________</w:t>
      </w:r>
    </w:p>
    <w:p w14:paraId="25288F98" w14:textId="77777777" w:rsidR="00282991" w:rsidRDefault="00FE4586">
      <w:pPr>
        <w:spacing w:after="20"/>
      </w:pPr>
      <w:r>
        <w:rPr>
          <w:rFonts w:eastAsia="Arial" w:cs="Arial"/>
          <w:color w:val="BBBBBB"/>
          <w:sz w:val="16"/>
        </w:rPr>
        <w:t>__________________________________________________________________________________________________</w:t>
      </w:r>
    </w:p>
    <w:p w14:paraId="20198347" w14:textId="77777777" w:rsidR="00282991" w:rsidRDefault="00FE4586">
      <w:pPr>
        <w:spacing w:after="20"/>
      </w:pPr>
      <w:r>
        <w:rPr>
          <w:rFonts w:eastAsia="Arial" w:cs="Arial"/>
          <w:color w:val="BBBBBB"/>
          <w:sz w:val="16"/>
        </w:rPr>
        <w:t>__________________________________________________________________________________________________</w:t>
      </w:r>
    </w:p>
    <w:p w14:paraId="0DCDF218" w14:textId="77777777" w:rsidR="00282991" w:rsidRDefault="00FE4586">
      <w:r>
        <w:br w:type="page"/>
      </w:r>
    </w:p>
    <w:p w14:paraId="30CD3825" w14:textId="77777777" w:rsidR="00282991" w:rsidRDefault="00FE4586">
      <w:pPr>
        <w:pStyle w:val="Heading1"/>
        <w:pBdr>
          <w:bottom w:val="single" w:sz="10" w:space="2" w:color="E63B07"/>
        </w:pBdr>
      </w:pPr>
      <w:r>
        <w:rPr>
          <w:rFonts w:ascii="Arial" w:eastAsia="Arial" w:hAnsi="Arial" w:cs="Arial"/>
        </w:rPr>
        <w:lastRenderedPageBreak/>
        <w:t>APPENDIX D - FIRE / SMOKE / BUILDING EMERGENCY</w:t>
      </w:r>
    </w:p>
    <w:tbl>
      <w:tblPr>
        <w:tblW w:w="0" w:type="auto"/>
        <w:jc w:val="center"/>
        <w:tblLook w:val="04A0" w:firstRow="1" w:lastRow="0" w:firstColumn="1" w:lastColumn="0" w:noHBand="0" w:noVBand="1"/>
      </w:tblPr>
      <w:tblGrid>
        <w:gridCol w:w="10800"/>
      </w:tblGrid>
      <w:tr w:rsidR="00282991" w14:paraId="446BC54A" w14:textId="77777777">
        <w:trPr>
          <w:jc w:val="center"/>
        </w:trPr>
        <w:tc>
          <w:tcPr>
            <w:tcW w:w="10800" w:type="dxa"/>
            <w:shd w:val="clear" w:color="auto" w:fill="E8F2EF"/>
            <w:tcMar>
              <w:top w:w="90" w:type="dxa"/>
              <w:left w:w="100" w:type="dxa"/>
              <w:bottom w:w="90" w:type="dxa"/>
              <w:right w:w="100" w:type="dxa"/>
            </w:tcMar>
          </w:tcPr>
          <w:p w14:paraId="4BEFAA79" w14:textId="77777777" w:rsidR="00282991" w:rsidRDefault="00FE4586">
            <w:pPr>
              <w:spacing w:after="0"/>
            </w:pPr>
            <w:r>
              <w:rPr>
                <w:rFonts w:eastAsia="Arial" w:cs="Arial"/>
                <w:b/>
                <w:color w:val="015A41"/>
                <w:sz w:val="19"/>
              </w:rPr>
              <w:t xml:space="preserve">REGULATORY CONNECTION </w:t>
            </w:r>
            <w:r>
              <w:rPr>
                <w:rFonts w:eastAsia="Arial" w:cs="Arial"/>
                <w:sz w:val="18"/>
              </w:rPr>
              <w:t>Address this hazard when supported by the facility- and community-based all-hazards risk assessment. Customize dialysis-specific differences rather than duplicating generic activation, communication, evacuation or recovery procedures.</w:t>
            </w:r>
          </w:p>
        </w:tc>
      </w:tr>
    </w:tbl>
    <w:p w14:paraId="757C7FD8" w14:textId="77777777" w:rsidR="00282991" w:rsidRDefault="00282991">
      <w:pPr>
        <w:spacing w:after="20"/>
      </w:pPr>
    </w:p>
    <w:tbl>
      <w:tblPr>
        <w:tblW w:w="0" w:type="auto"/>
        <w:jc w:val="center"/>
        <w:tblLayout w:type="fixed"/>
        <w:tblLook w:val="04A0" w:firstRow="1" w:lastRow="0" w:firstColumn="1" w:lastColumn="0" w:noHBand="0" w:noVBand="1"/>
      </w:tblPr>
      <w:tblGrid>
        <w:gridCol w:w="4464"/>
        <w:gridCol w:w="6336"/>
      </w:tblGrid>
      <w:tr w:rsidR="00282991" w14:paraId="2BFE5704" w14:textId="77777777">
        <w:trPr>
          <w:cantSplit/>
          <w:tblHeader/>
          <w:jc w:val="center"/>
        </w:trPr>
        <w:tc>
          <w:tcPr>
            <w:tcW w:w="446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4418B1D" w14:textId="77777777" w:rsidR="00282991" w:rsidRDefault="00FE4586">
            <w:pPr>
              <w:spacing w:after="0"/>
            </w:pPr>
            <w:r>
              <w:rPr>
                <w:rFonts w:eastAsia="Arial" w:cs="Arial"/>
                <w:b/>
                <w:color w:val="FFFFFF"/>
                <w:sz w:val="17"/>
              </w:rPr>
              <w:t>Field</w:t>
            </w:r>
          </w:p>
        </w:tc>
        <w:tc>
          <w:tcPr>
            <w:tcW w:w="633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182A4F0" w14:textId="77777777" w:rsidR="00282991" w:rsidRDefault="00FE4586">
            <w:pPr>
              <w:spacing w:after="0"/>
            </w:pPr>
            <w:r>
              <w:rPr>
                <w:rFonts w:eastAsia="Arial" w:cs="Arial"/>
                <w:b/>
                <w:color w:val="FFFFFF"/>
                <w:sz w:val="17"/>
              </w:rPr>
              <w:t>Facility Entry</w:t>
            </w:r>
          </w:p>
        </w:tc>
      </w:tr>
      <w:tr w:rsidR="00282991" w14:paraId="211916D2"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75D0766" w14:textId="77777777" w:rsidR="00282991" w:rsidRDefault="00FE4586">
            <w:pPr>
              <w:spacing w:after="0"/>
            </w:pPr>
            <w:r>
              <w:rPr>
                <w:rFonts w:eastAsia="Arial" w:cs="Arial"/>
                <w:sz w:val="17"/>
              </w:rPr>
              <w:t>Risk / HVA rating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6F1B0D1" w14:textId="77777777" w:rsidR="00282991" w:rsidRDefault="00FE4586">
            <w:pPr>
              <w:spacing w:after="0"/>
            </w:pPr>
            <w:r>
              <w:rPr>
                <w:rFonts w:eastAsia="Arial" w:cs="Arial"/>
                <w:i/>
                <w:color w:val="707070"/>
                <w:sz w:val="20"/>
              </w:rPr>
              <w:t>&lt;Insert&gt;</w:t>
            </w:r>
          </w:p>
        </w:tc>
      </w:tr>
      <w:tr w:rsidR="00282991" w14:paraId="523B390B"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A8D4869" w14:textId="77777777" w:rsidR="00282991" w:rsidRDefault="00FE4586">
            <w:pPr>
              <w:spacing w:after="0"/>
            </w:pPr>
            <w:r>
              <w:rPr>
                <w:rFonts w:eastAsia="Arial" w:cs="Arial"/>
                <w:sz w:val="17"/>
              </w:rPr>
              <w:t>Primary activation triggers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91FC0FA" w14:textId="77777777" w:rsidR="00282991" w:rsidRDefault="00FE4586">
            <w:pPr>
              <w:spacing w:after="0"/>
            </w:pPr>
            <w:r>
              <w:rPr>
                <w:rFonts w:eastAsia="Arial" w:cs="Arial"/>
                <w:i/>
                <w:color w:val="707070"/>
                <w:sz w:val="20"/>
              </w:rPr>
              <w:t>&lt;Insert&gt;</w:t>
            </w:r>
          </w:p>
        </w:tc>
      </w:tr>
      <w:tr w:rsidR="00282991" w14:paraId="0BDD47FA"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5084F82" w14:textId="77777777" w:rsidR="00282991" w:rsidRDefault="00FE4586">
            <w:pPr>
              <w:spacing w:after="0"/>
            </w:pPr>
            <w:r>
              <w:rPr>
                <w:rFonts w:eastAsia="Arial" w:cs="Arial"/>
                <w:sz w:val="17"/>
              </w:rPr>
              <w:t>Decision authority</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ADF195F" w14:textId="77777777" w:rsidR="00282991" w:rsidRDefault="00FE4586">
            <w:pPr>
              <w:spacing w:after="0"/>
            </w:pPr>
            <w:r>
              <w:rPr>
                <w:rFonts w:eastAsia="Arial" w:cs="Arial"/>
                <w:i/>
                <w:color w:val="707070"/>
                <w:sz w:val="20"/>
              </w:rPr>
              <w:t>&lt;Insert&gt;</w:t>
            </w:r>
          </w:p>
        </w:tc>
      </w:tr>
      <w:tr w:rsidR="00282991" w14:paraId="28B17BB5"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31EFC0A" w14:textId="77777777" w:rsidR="00282991" w:rsidRDefault="00FE4586">
            <w:pPr>
              <w:spacing w:after="0"/>
            </w:pPr>
            <w:r>
              <w:rPr>
                <w:rFonts w:eastAsia="Arial" w:cs="Arial"/>
                <w:sz w:val="17"/>
              </w:rPr>
              <w:t>Immediate life-safety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6B7EAA5" w14:textId="77777777" w:rsidR="00282991" w:rsidRDefault="00FE4586">
            <w:pPr>
              <w:spacing w:after="0"/>
            </w:pPr>
            <w:r>
              <w:rPr>
                <w:rFonts w:eastAsia="Arial" w:cs="Arial"/>
                <w:i/>
                <w:color w:val="707070"/>
                <w:sz w:val="20"/>
              </w:rPr>
              <w:t>&lt;Insert&gt;</w:t>
            </w:r>
          </w:p>
        </w:tc>
      </w:tr>
      <w:tr w:rsidR="00282991" w14:paraId="36C461F2"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BE39856" w14:textId="77777777" w:rsidR="00282991" w:rsidRDefault="00FE4586">
            <w:pPr>
              <w:spacing w:after="0"/>
            </w:pPr>
            <w:r>
              <w:rPr>
                <w:rFonts w:eastAsia="Arial" w:cs="Arial"/>
                <w:sz w:val="17"/>
              </w:rPr>
              <w:t>Dialysis treatment / patient priorities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57DCF5" w14:textId="77777777" w:rsidR="00282991" w:rsidRDefault="00FE4586">
            <w:pPr>
              <w:spacing w:after="0"/>
            </w:pPr>
            <w:r>
              <w:rPr>
                <w:rFonts w:eastAsia="Arial" w:cs="Arial"/>
                <w:i/>
                <w:color w:val="707070"/>
                <w:sz w:val="20"/>
              </w:rPr>
              <w:t>&lt;Insert&gt;</w:t>
            </w:r>
          </w:p>
        </w:tc>
      </w:tr>
      <w:tr w:rsidR="00282991" w14:paraId="4F8FF306"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6EE4A92" w14:textId="77777777" w:rsidR="00282991" w:rsidRDefault="00FE4586">
            <w:pPr>
              <w:spacing w:after="0"/>
            </w:pPr>
            <w:r>
              <w:rPr>
                <w:rFonts w:eastAsia="Arial" w:cs="Arial"/>
                <w:sz w:val="17"/>
              </w:rPr>
              <w:t>Safe treatment interruption / disconnection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EAF8BB9" w14:textId="77777777" w:rsidR="00282991" w:rsidRDefault="00FE4586">
            <w:pPr>
              <w:spacing w:after="0"/>
            </w:pPr>
            <w:r>
              <w:rPr>
                <w:rFonts w:eastAsia="Arial" w:cs="Arial"/>
                <w:i/>
                <w:color w:val="707070"/>
                <w:sz w:val="20"/>
              </w:rPr>
              <w:t>&lt;Insert&gt;</w:t>
            </w:r>
          </w:p>
        </w:tc>
      </w:tr>
      <w:tr w:rsidR="00282991" w14:paraId="0C9141E5"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06B1D92" w14:textId="77777777" w:rsidR="00282991" w:rsidRDefault="00FE4586">
            <w:pPr>
              <w:spacing w:after="0"/>
            </w:pPr>
            <w:r>
              <w:rPr>
                <w:rFonts w:eastAsia="Arial" w:cs="Arial"/>
                <w:sz w:val="17"/>
              </w:rPr>
              <w:t>Water / utility / equipment considerations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85A5591" w14:textId="77777777" w:rsidR="00282991" w:rsidRDefault="00FE4586">
            <w:pPr>
              <w:spacing w:after="0"/>
            </w:pPr>
            <w:r>
              <w:rPr>
                <w:rFonts w:eastAsia="Arial" w:cs="Arial"/>
                <w:i/>
                <w:color w:val="707070"/>
                <w:sz w:val="20"/>
              </w:rPr>
              <w:t>&lt;Insert&gt;</w:t>
            </w:r>
          </w:p>
        </w:tc>
      </w:tr>
      <w:tr w:rsidR="00282991" w14:paraId="643BCB78"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B9993BB" w14:textId="77777777" w:rsidR="00282991" w:rsidRDefault="00FE4586">
            <w:pPr>
              <w:spacing w:after="0"/>
            </w:pPr>
            <w:r>
              <w:rPr>
                <w:rFonts w:eastAsia="Arial" w:cs="Arial"/>
                <w:sz w:val="17"/>
              </w:rPr>
              <w:t>Staffing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DC546DA" w14:textId="77777777" w:rsidR="00282991" w:rsidRDefault="00FE4586">
            <w:pPr>
              <w:spacing w:after="0"/>
            </w:pPr>
            <w:r>
              <w:rPr>
                <w:rFonts w:eastAsia="Arial" w:cs="Arial"/>
                <w:i/>
                <w:color w:val="707070"/>
                <w:sz w:val="20"/>
              </w:rPr>
              <w:t>&lt;Insert&gt;</w:t>
            </w:r>
          </w:p>
        </w:tc>
      </w:tr>
      <w:tr w:rsidR="00282991" w14:paraId="103D97B8"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4F9B639" w14:textId="77777777" w:rsidR="00282991" w:rsidRDefault="00FE4586">
            <w:pPr>
              <w:spacing w:after="0"/>
            </w:pPr>
            <w:r>
              <w:rPr>
                <w:rFonts w:eastAsia="Arial" w:cs="Arial"/>
                <w:sz w:val="17"/>
              </w:rPr>
              <w:t>Communication / reporting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AD09DAB" w14:textId="77777777" w:rsidR="00282991" w:rsidRDefault="00FE4586">
            <w:pPr>
              <w:spacing w:after="0"/>
            </w:pPr>
            <w:r>
              <w:rPr>
                <w:rFonts w:eastAsia="Arial" w:cs="Arial"/>
                <w:i/>
                <w:color w:val="707070"/>
                <w:sz w:val="20"/>
              </w:rPr>
              <w:t>&lt;Insert&gt;</w:t>
            </w:r>
          </w:p>
        </w:tc>
      </w:tr>
      <w:tr w:rsidR="00282991" w14:paraId="4005C292"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5F22538" w14:textId="77777777" w:rsidR="00282991" w:rsidRDefault="00FE4586">
            <w:pPr>
              <w:spacing w:after="0"/>
            </w:pPr>
            <w:r>
              <w:rPr>
                <w:rFonts w:eastAsia="Arial" w:cs="Arial"/>
                <w:sz w:val="17"/>
              </w:rPr>
              <w:t>Evacuation / SIP / closure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58A91BC" w14:textId="77777777" w:rsidR="00282991" w:rsidRDefault="00FE4586">
            <w:pPr>
              <w:spacing w:after="0"/>
            </w:pPr>
            <w:r>
              <w:rPr>
                <w:rFonts w:eastAsia="Arial" w:cs="Arial"/>
                <w:i/>
                <w:color w:val="707070"/>
                <w:sz w:val="20"/>
              </w:rPr>
              <w:t>&lt;Insert&gt;</w:t>
            </w:r>
          </w:p>
        </w:tc>
      </w:tr>
      <w:tr w:rsidR="00282991" w14:paraId="7B7E9D0D"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8063CBF" w14:textId="77777777" w:rsidR="00282991" w:rsidRDefault="00FE4586">
            <w:pPr>
              <w:spacing w:after="0"/>
            </w:pPr>
            <w:r>
              <w:rPr>
                <w:rFonts w:eastAsia="Arial" w:cs="Arial"/>
                <w:sz w:val="17"/>
              </w:rPr>
              <w:t>Alternate dialysis / transportation / external partners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2553FD4" w14:textId="77777777" w:rsidR="00282991" w:rsidRDefault="00FE4586">
            <w:pPr>
              <w:spacing w:after="0"/>
            </w:pPr>
            <w:r>
              <w:rPr>
                <w:rFonts w:eastAsia="Arial" w:cs="Arial"/>
                <w:i/>
                <w:color w:val="707070"/>
                <w:sz w:val="20"/>
              </w:rPr>
              <w:t>&lt;Insert&gt;</w:t>
            </w:r>
          </w:p>
        </w:tc>
      </w:tr>
      <w:tr w:rsidR="00282991" w14:paraId="0DD2765B"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35BF149" w14:textId="77777777" w:rsidR="00282991" w:rsidRDefault="00FE4586">
            <w:pPr>
              <w:spacing w:after="0"/>
            </w:pPr>
            <w:r>
              <w:rPr>
                <w:rFonts w:eastAsia="Arial" w:cs="Arial"/>
                <w:sz w:val="17"/>
              </w:rPr>
              <w:t>Recovery / return-to-normal criteria</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9445736" w14:textId="77777777" w:rsidR="00282991" w:rsidRDefault="00FE4586">
            <w:pPr>
              <w:spacing w:after="0"/>
            </w:pPr>
            <w:r>
              <w:rPr>
                <w:rFonts w:eastAsia="Arial" w:cs="Arial"/>
                <w:i/>
                <w:color w:val="707070"/>
                <w:sz w:val="20"/>
              </w:rPr>
              <w:t>&lt;Insert&gt;</w:t>
            </w:r>
          </w:p>
        </w:tc>
      </w:tr>
      <w:tr w:rsidR="00282991" w14:paraId="0C83F613"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E133C53" w14:textId="77777777" w:rsidR="00282991" w:rsidRDefault="00FE4586">
            <w:pPr>
              <w:spacing w:after="0"/>
            </w:pPr>
            <w:r>
              <w:rPr>
                <w:rFonts w:eastAsia="Arial" w:cs="Arial"/>
                <w:sz w:val="17"/>
              </w:rPr>
              <w:t>Required documentation / AAR-QAPI</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2FE2FFE" w14:textId="77777777" w:rsidR="00282991" w:rsidRDefault="00FE4586">
            <w:pPr>
              <w:spacing w:after="0"/>
            </w:pPr>
            <w:r>
              <w:rPr>
                <w:rFonts w:eastAsia="Arial" w:cs="Arial"/>
                <w:i/>
                <w:color w:val="707070"/>
                <w:sz w:val="20"/>
              </w:rPr>
              <w:t>&lt;Insert&gt;</w:t>
            </w:r>
          </w:p>
        </w:tc>
      </w:tr>
    </w:tbl>
    <w:p w14:paraId="3D83DF5D" w14:textId="77777777" w:rsidR="00282991" w:rsidRDefault="00282991">
      <w:pPr>
        <w:spacing w:after="20"/>
      </w:pPr>
    </w:p>
    <w:p w14:paraId="071CCFED" w14:textId="77777777" w:rsidR="00282991" w:rsidRDefault="00FE4586">
      <w:pPr>
        <w:pStyle w:val="Heading2"/>
      </w:pPr>
      <w:r>
        <w:rPr>
          <w:rFonts w:ascii="Arial" w:eastAsia="Arial" w:hAnsi="Arial" w:cs="Arial"/>
        </w:rPr>
        <w:t>Hazard-Specific Procedures / Notes</w:t>
      </w:r>
    </w:p>
    <w:p w14:paraId="7761621A" w14:textId="77777777" w:rsidR="00282991" w:rsidRDefault="00FE4586">
      <w:pPr>
        <w:spacing w:after="20"/>
      </w:pPr>
      <w:r>
        <w:rPr>
          <w:rFonts w:eastAsia="Arial" w:cs="Arial"/>
          <w:color w:val="BBBBBB"/>
          <w:sz w:val="16"/>
        </w:rPr>
        <w:t>__________________________________________________________________________________________________</w:t>
      </w:r>
    </w:p>
    <w:p w14:paraId="6DFD89AF" w14:textId="77777777" w:rsidR="00282991" w:rsidRDefault="00FE4586">
      <w:pPr>
        <w:spacing w:after="20"/>
      </w:pPr>
      <w:r>
        <w:rPr>
          <w:rFonts w:eastAsia="Arial" w:cs="Arial"/>
          <w:color w:val="BBBBBB"/>
          <w:sz w:val="16"/>
        </w:rPr>
        <w:t>__________________________________________________________________________________________________</w:t>
      </w:r>
    </w:p>
    <w:p w14:paraId="329803B9" w14:textId="77777777" w:rsidR="00282991" w:rsidRDefault="00FE4586">
      <w:pPr>
        <w:spacing w:after="20"/>
      </w:pPr>
      <w:r>
        <w:rPr>
          <w:rFonts w:eastAsia="Arial" w:cs="Arial"/>
          <w:color w:val="BBBBBB"/>
          <w:sz w:val="16"/>
        </w:rPr>
        <w:t>__________________________________________________________________________________________________</w:t>
      </w:r>
    </w:p>
    <w:p w14:paraId="0CD3A182" w14:textId="77777777" w:rsidR="00282991" w:rsidRDefault="00FE4586">
      <w:pPr>
        <w:spacing w:after="20"/>
      </w:pPr>
      <w:r>
        <w:rPr>
          <w:rFonts w:eastAsia="Arial" w:cs="Arial"/>
          <w:color w:val="BBBBBB"/>
          <w:sz w:val="16"/>
        </w:rPr>
        <w:t>__________________________________________________________________________________________________</w:t>
      </w:r>
    </w:p>
    <w:p w14:paraId="2DE7AEC7" w14:textId="77777777" w:rsidR="00282991" w:rsidRDefault="00FE4586">
      <w:pPr>
        <w:spacing w:after="20"/>
      </w:pPr>
      <w:r>
        <w:rPr>
          <w:rFonts w:eastAsia="Arial" w:cs="Arial"/>
          <w:color w:val="BBBBBB"/>
          <w:sz w:val="16"/>
        </w:rPr>
        <w:t>__________________________________________________________________________________________________</w:t>
      </w:r>
    </w:p>
    <w:p w14:paraId="2C28C4C3" w14:textId="77777777" w:rsidR="00282991" w:rsidRDefault="00FE4586">
      <w:r>
        <w:br w:type="page"/>
      </w:r>
    </w:p>
    <w:p w14:paraId="331136B8" w14:textId="77777777" w:rsidR="00282991" w:rsidRDefault="00FE4586">
      <w:pPr>
        <w:pStyle w:val="Heading1"/>
        <w:pBdr>
          <w:bottom w:val="single" w:sz="10" w:space="2" w:color="E63B07"/>
        </w:pBdr>
      </w:pPr>
      <w:r>
        <w:rPr>
          <w:rFonts w:ascii="Arial" w:eastAsia="Arial" w:hAnsi="Arial" w:cs="Arial"/>
        </w:rPr>
        <w:lastRenderedPageBreak/>
        <w:t>APPENDIX E - EMERGING INFECTIOUS DISEASE / OUTBREAK</w:t>
      </w:r>
    </w:p>
    <w:tbl>
      <w:tblPr>
        <w:tblW w:w="0" w:type="auto"/>
        <w:jc w:val="center"/>
        <w:tblLook w:val="04A0" w:firstRow="1" w:lastRow="0" w:firstColumn="1" w:lastColumn="0" w:noHBand="0" w:noVBand="1"/>
      </w:tblPr>
      <w:tblGrid>
        <w:gridCol w:w="10800"/>
      </w:tblGrid>
      <w:tr w:rsidR="00282991" w14:paraId="10CF66C8" w14:textId="77777777">
        <w:trPr>
          <w:jc w:val="center"/>
        </w:trPr>
        <w:tc>
          <w:tcPr>
            <w:tcW w:w="10800" w:type="dxa"/>
            <w:shd w:val="clear" w:color="auto" w:fill="E8F2EF"/>
            <w:tcMar>
              <w:top w:w="90" w:type="dxa"/>
              <w:left w:w="100" w:type="dxa"/>
              <w:bottom w:w="90" w:type="dxa"/>
              <w:right w:w="100" w:type="dxa"/>
            </w:tcMar>
          </w:tcPr>
          <w:p w14:paraId="366D0E6E" w14:textId="77777777" w:rsidR="00282991" w:rsidRDefault="00FE4586">
            <w:pPr>
              <w:spacing w:after="0"/>
            </w:pPr>
            <w:r>
              <w:rPr>
                <w:rFonts w:eastAsia="Arial" w:cs="Arial"/>
                <w:b/>
                <w:color w:val="015A41"/>
                <w:sz w:val="19"/>
              </w:rPr>
              <w:t xml:space="preserve">REGULATORY CONNECTION </w:t>
            </w:r>
            <w:r>
              <w:rPr>
                <w:rFonts w:eastAsia="Arial" w:cs="Arial"/>
                <w:sz w:val="18"/>
              </w:rPr>
              <w:t>Address this hazard when supported by the facility- and community-based all-hazards risk assessment. Customize dialysis-specific differences rather than duplicating generic activation, communication, evacuation or recovery procedures.</w:t>
            </w:r>
          </w:p>
        </w:tc>
      </w:tr>
    </w:tbl>
    <w:p w14:paraId="7FA6D1CE" w14:textId="77777777" w:rsidR="00282991" w:rsidRDefault="00282991">
      <w:pPr>
        <w:spacing w:after="20"/>
      </w:pPr>
    </w:p>
    <w:tbl>
      <w:tblPr>
        <w:tblW w:w="0" w:type="auto"/>
        <w:jc w:val="center"/>
        <w:tblLayout w:type="fixed"/>
        <w:tblLook w:val="04A0" w:firstRow="1" w:lastRow="0" w:firstColumn="1" w:lastColumn="0" w:noHBand="0" w:noVBand="1"/>
      </w:tblPr>
      <w:tblGrid>
        <w:gridCol w:w="4464"/>
        <w:gridCol w:w="6336"/>
      </w:tblGrid>
      <w:tr w:rsidR="00282991" w14:paraId="2A182E15" w14:textId="77777777">
        <w:trPr>
          <w:cantSplit/>
          <w:tblHeader/>
          <w:jc w:val="center"/>
        </w:trPr>
        <w:tc>
          <w:tcPr>
            <w:tcW w:w="446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DCBD328" w14:textId="77777777" w:rsidR="00282991" w:rsidRDefault="00FE4586">
            <w:pPr>
              <w:spacing w:after="0"/>
            </w:pPr>
            <w:r>
              <w:rPr>
                <w:rFonts w:eastAsia="Arial" w:cs="Arial"/>
                <w:b/>
                <w:color w:val="FFFFFF"/>
                <w:sz w:val="17"/>
              </w:rPr>
              <w:t>Field</w:t>
            </w:r>
          </w:p>
        </w:tc>
        <w:tc>
          <w:tcPr>
            <w:tcW w:w="633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F70812B" w14:textId="77777777" w:rsidR="00282991" w:rsidRDefault="00FE4586">
            <w:pPr>
              <w:spacing w:after="0"/>
            </w:pPr>
            <w:r>
              <w:rPr>
                <w:rFonts w:eastAsia="Arial" w:cs="Arial"/>
                <w:b/>
                <w:color w:val="FFFFFF"/>
                <w:sz w:val="17"/>
              </w:rPr>
              <w:t>Facility Entry</w:t>
            </w:r>
          </w:p>
        </w:tc>
      </w:tr>
      <w:tr w:rsidR="00282991" w14:paraId="60DFB51C"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CAC9ED6" w14:textId="77777777" w:rsidR="00282991" w:rsidRDefault="00FE4586">
            <w:pPr>
              <w:spacing w:after="0"/>
            </w:pPr>
            <w:r>
              <w:rPr>
                <w:rFonts w:eastAsia="Arial" w:cs="Arial"/>
                <w:sz w:val="17"/>
              </w:rPr>
              <w:t>Risk / HVA rating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5567553" w14:textId="77777777" w:rsidR="00282991" w:rsidRDefault="00FE4586">
            <w:pPr>
              <w:spacing w:after="0"/>
            </w:pPr>
            <w:r>
              <w:rPr>
                <w:rFonts w:eastAsia="Arial" w:cs="Arial"/>
                <w:i/>
                <w:color w:val="707070"/>
                <w:sz w:val="20"/>
              </w:rPr>
              <w:t>&lt;Insert&gt;</w:t>
            </w:r>
          </w:p>
        </w:tc>
      </w:tr>
      <w:tr w:rsidR="00282991" w14:paraId="0571275C"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133E9B6" w14:textId="77777777" w:rsidR="00282991" w:rsidRDefault="00FE4586">
            <w:pPr>
              <w:spacing w:after="0"/>
            </w:pPr>
            <w:r>
              <w:rPr>
                <w:rFonts w:eastAsia="Arial" w:cs="Arial"/>
                <w:sz w:val="17"/>
              </w:rPr>
              <w:t>Primary activation triggers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F99AC3B" w14:textId="77777777" w:rsidR="00282991" w:rsidRDefault="00FE4586">
            <w:pPr>
              <w:spacing w:after="0"/>
            </w:pPr>
            <w:r>
              <w:rPr>
                <w:rFonts w:eastAsia="Arial" w:cs="Arial"/>
                <w:i/>
                <w:color w:val="707070"/>
                <w:sz w:val="20"/>
              </w:rPr>
              <w:t>&lt;Insert&gt;</w:t>
            </w:r>
          </w:p>
        </w:tc>
      </w:tr>
      <w:tr w:rsidR="00282991" w14:paraId="58FC5738"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0FF9DC8" w14:textId="77777777" w:rsidR="00282991" w:rsidRDefault="00FE4586">
            <w:pPr>
              <w:spacing w:after="0"/>
            </w:pPr>
            <w:r>
              <w:rPr>
                <w:rFonts w:eastAsia="Arial" w:cs="Arial"/>
                <w:sz w:val="17"/>
              </w:rPr>
              <w:t>Decision authority</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954E5AF" w14:textId="77777777" w:rsidR="00282991" w:rsidRDefault="00FE4586">
            <w:pPr>
              <w:spacing w:after="0"/>
            </w:pPr>
            <w:r>
              <w:rPr>
                <w:rFonts w:eastAsia="Arial" w:cs="Arial"/>
                <w:i/>
                <w:color w:val="707070"/>
                <w:sz w:val="20"/>
              </w:rPr>
              <w:t>&lt;Insert&gt;</w:t>
            </w:r>
          </w:p>
        </w:tc>
      </w:tr>
      <w:tr w:rsidR="00282991" w14:paraId="3FBE0491"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3AAE7B8" w14:textId="77777777" w:rsidR="00282991" w:rsidRDefault="00FE4586">
            <w:pPr>
              <w:spacing w:after="0"/>
            </w:pPr>
            <w:r>
              <w:rPr>
                <w:rFonts w:eastAsia="Arial" w:cs="Arial"/>
                <w:sz w:val="17"/>
              </w:rPr>
              <w:t>Immediate life-safety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E8858A9" w14:textId="77777777" w:rsidR="00282991" w:rsidRDefault="00FE4586">
            <w:pPr>
              <w:spacing w:after="0"/>
            </w:pPr>
            <w:r>
              <w:rPr>
                <w:rFonts w:eastAsia="Arial" w:cs="Arial"/>
                <w:i/>
                <w:color w:val="707070"/>
                <w:sz w:val="20"/>
              </w:rPr>
              <w:t>&lt;Insert&gt;</w:t>
            </w:r>
          </w:p>
        </w:tc>
      </w:tr>
      <w:tr w:rsidR="00282991" w14:paraId="04763D72"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7C1F8DA" w14:textId="77777777" w:rsidR="00282991" w:rsidRDefault="00FE4586">
            <w:pPr>
              <w:spacing w:after="0"/>
            </w:pPr>
            <w:r>
              <w:rPr>
                <w:rFonts w:eastAsia="Arial" w:cs="Arial"/>
                <w:sz w:val="17"/>
              </w:rPr>
              <w:t>Dialysis treatment / patient priorities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774BCA7" w14:textId="77777777" w:rsidR="00282991" w:rsidRDefault="00FE4586">
            <w:pPr>
              <w:spacing w:after="0"/>
            </w:pPr>
            <w:r>
              <w:rPr>
                <w:rFonts w:eastAsia="Arial" w:cs="Arial"/>
                <w:i/>
                <w:color w:val="707070"/>
                <w:sz w:val="20"/>
              </w:rPr>
              <w:t>&lt;Insert&gt;</w:t>
            </w:r>
          </w:p>
        </w:tc>
      </w:tr>
      <w:tr w:rsidR="00282991" w14:paraId="6FC677F6"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71FEBAC" w14:textId="77777777" w:rsidR="00282991" w:rsidRDefault="00FE4586">
            <w:pPr>
              <w:spacing w:after="0"/>
            </w:pPr>
            <w:r>
              <w:rPr>
                <w:rFonts w:eastAsia="Arial" w:cs="Arial"/>
                <w:sz w:val="17"/>
              </w:rPr>
              <w:t>Safe treatment interruption / disconnection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EA0F43C" w14:textId="77777777" w:rsidR="00282991" w:rsidRDefault="00FE4586">
            <w:pPr>
              <w:spacing w:after="0"/>
            </w:pPr>
            <w:r>
              <w:rPr>
                <w:rFonts w:eastAsia="Arial" w:cs="Arial"/>
                <w:i/>
                <w:color w:val="707070"/>
                <w:sz w:val="20"/>
              </w:rPr>
              <w:t>&lt;Insert&gt;</w:t>
            </w:r>
          </w:p>
        </w:tc>
      </w:tr>
      <w:tr w:rsidR="00282991" w14:paraId="7F6583B7"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BF5143A" w14:textId="77777777" w:rsidR="00282991" w:rsidRDefault="00FE4586">
            <w:pPr>
              <w:spacing w:after="0"/>
            </w:pPr>
            <w:r>
              <w:rPr>
                <w:rFonts w:eastAsia="Arial" w:cs="Arial"/>
                <w:sz w:val="17"/>
              </w:rPr>
              <w:t>Water / utility / equipment considerations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415B249" w14:textId="77777777" w:rsidR="00282991" w:rsidRDefault="00FE4586">
            <w:pPr>
              <w:spacing w:after="0"/>
            </w:pPr>
            <w:r>
              <w:rPr>
                <w:rFonts w:eastAsia="Arial" w:cs="Arial"/>
                <w:i/>
                <w:color w:val="707070"/>
                <w:sz w:val="20"/>
              </w:rPr>
              <w:t>&lt;Insert&gt;</w:t>
            </w:r>
          </w:p>
        </w:tc>
      </w:tr>
      <w:tr w:rsidR="00282991" w14:paraId="72037AE8"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47B0494" w14:textId="77777777" w:rsidR="00282991" w:rsidRDefault="00FE4586">
            <w:pPr>
              <w:spacing w:after="0"/>
            </w:pPr>
            <w:r>
              <w:rPr>
                <w:rFonts w:eastAsia="Arial" w:cs="Arial"/>
                <w:sz w:val="17"/>
              </w:rPr>
              <w:t>Staffing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E6BA0C5" w14:textId="77777777" w:rsidR="00282991" w:rsidRDefault="00FE4586">
            <w:pPr>
              <w:spacing w:after="0"/>
            </w:pPr>
            <w:r>
              <w:rPr>
                <w:rFonts w:eastAsia="Arial" w:cs="Arial"/>
                <w:i/>
                <w:color w:val="707070"/>
                <w:sz w:val="20"/>
              </w:rPr>
              <w:t>&lt;Insert&gt;</w:t>
            </w:r>
          </w:p>
        </w:tc>
      </w:tr>
      <w:tr w:rsidR="00282991" w14:paraId="68A2EC34"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A8F1237" w14:textId="77777777" w:rsidR="00282991" w:rsidRDefault="00FE4586">
            <w:pPr>
              <w:spacing w:after="0"/>
            </w:pPr>
            <w:r>
              <w:rPr>
                <w:rFonts w:eastAsia="Arial" w:cs="Arial"/>
                <w:sz w:val="17"/>
              </w:rPr>
              <w:t>Communication / reporting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DBA8C3E" w14:textId="77777777" w:rsidR="00282991" w:rsidRDefault="00FE4586">
            <w:pPr>
              <w:spacing w:after="0"/>
            </w:pPr>
            <w:r>
              <w:rPr>
                <w:rFonts w:eastAsia="Arial" w:cs="Arial"/>
                <w:i/>
                <w:color w:val="707070"/>
                <w:sz w:val="20"/>
              </w:rPr>
              <w:t>&lt;Insert&gt;</w:t>
            </w:r>
          </w:p>
        </w:tc>
      </w:tr>
      <w:tr w:rsidR="00282991" w14:paraId="6B1B9EDF"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D4C843F" w14:textId="77777777" w:rsidR="00282991" w:rsidRDefault="00FE4586">
            <w:pPr>
              <w:spacing w:after="0"/>
            </w:pPr>
            <w:r>
              <w:rPr>
                <w:rFonts w:eastAsia="Arial" w:cs="Arial"/>
                <w:sz w:val="17"/>
              </w:rPr>
              <w:t>Evacuation / SIP / closure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B7A3A4F" w14:textId="77777777" w:rsidR="00282991" w:rsidRDefault="00FE4586">
            <w:pPr>
              <w:spacing w:after="0"/>
            </w:pPr>
            <w:r>
              <w:rPr>
                <w:rFonts w:eastAsia="Arial" w:cs="Arial"/>
                <w:i/>
                <w:color w:val="707070"/>
                <w:sz w:val="20"/>
              </w:rPr>
              <w:t>&lt;Insert&gt;</w:t>
            </w:r>
          </w:p>
        </w:tc>
      </w:tr>
      <w:tr w:rsidR="00282991" w14:paraId="4B927785"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DAAB75E" w14:textId="77777777" w:rsidR="00282991" w:rsidRDefault="00FE4586">
            <w:pPr>
              <w:spacing w:after="0"/>
            </w:pPr>
            <w:r>
              <w:rPr>
                <w:rFonts w:eastAsia="Arial" w:cs="Arial"/>
                <w:sz w:val="17"/>
              </w:rPr>
              <w:t>Alternate dialysis / transportation / external partners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949496C" w14:textId="77777777" w:rsidR="00282991" w:rsidRDefault="00FE4586">
            <w:pPr>
              <w:spacing w:after="0"/>
            </w:pPr>
            <w:r>
              <w:rPr>
                <w:rFonts w:eastAsia="Arial" w:cs="Arial"/>
                <w:i/>
                <w:color w:val="707070"/>
                <w:sz w:val="20"/>
              </w:rPr>
              <w:t>&lt;Insert&gt;</w:t>
            </w:r>
          </w:p>
        </w:tc>
      </w:tr>
      <w:tr w:rsidR="00282991" w14:paraId="6BF78CF0"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D000780" w14:textId="77777777" w:rsidR="00282991" w:rsidRDefault="00FE4586">
            <w:pPr>
              <w:spacing w:after="0"/>
            </w:pPr>
            <w:r>
              <w:rPr>
                <w:rFonts w:eastAsia="Arial" w:cs="Arial"/>
                <w:sz w:val="17"/>
              </w:rPr>
              <w:t>Recovery / return-to-normal criteria</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52C9FB5" w14:textId="77777777" w:rsidR="00282991" w:rsidRDefault="00FE4586">
            <w:pPr>
              <w:spacing w:after="0"/>
            </w:pPr>
            <w:r>
              <w:rPr>
                <w:rFonts w:eastAsia="Arial" w:cs="Arial"/>
                <w:i/>
                <w:color w:val="707070"/>
                <w:sz w:val="20"/>
              </w:rPr>
              <w:t>&lt;Insert&gt;</w:t>
            </w:r>
          </w:p>
        </w:tc>
      </w:tr>
      <w:tr w:rsidR="00282991" w14:paraId="5D112959"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2E6B725" w14:textId="77777777" w:rsidR="00282991" w:rsidRDefault="00FE4586">
            <w:pPr>
              <w:spacing w:after="0"/>
            </w:pPr>
            <w:r>
              <w:rPr>
                <w:rFonts w:eastAsia="Arial" w:cs="Arial"/>
                <w:sz w:val="17"/>
              </w:rPr>
              <w:t>Required documentation / AAR-QAPI</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80CC5E8" w14:textId="77777777" w:rsidR="00282991" w:rsidRDefault="00FE4586">
            <w:pPr>
              <w:spacing w:after="0"/>
            </w:pPr>
            <w:r>
              <w:rPr>
                <w:rFonts w:eastAsia="Arial" w:cs="Arial"/>
                <w:i/>
                <w:color w:val="707070"/>
                <w:sz w:val="20"/>
              </w:rPr>
              <w:t>&lt;Insert&gt;</w:t>
            </w:r>
          </w:p>
        </w:tc>
      </w:tr>
    </w:tbl>
    <w:p w14:paraId="766C33E3" w14:textId="77777777" w:rsidR="00282991" w:rsidRDefault="00282991">
      <w:pPr>
        <w:spacing w:after="20"/>
      </w:pPr>
    </w:p>
    <w:p w14:paraId="300F95A2" w14:textId="77777777" w:rsidR="00282991" w:rsidRDefault="00FE4586">
      <w:pPr>
        <w:pStyle w:val="Heading2"/>
      </w:pPr>
      <w:r>
        <w:rPr>
          <w:rFonts w:ascii="Arial" w:eastAsia="Arial" w:hAnsi="Arial" w:cs="Arial"/>
        </w:rPr>
        <w:t>Hazard-Specific Procedures / Notes</w:t>
      </w:r>
    </w:p>
    <w:p w14:paraId="60EC3F97" w14:textId="77777777" w:rsidR="00282991" w:rsidRDefault="00FE4586">
      <w:pPr>
        <w:spacing w:after="20"/>
      </w:pPr>
      <w:r>
        <w:rPr>
          <w:rFonts w:eastAsia="Arial" w:cs="Arial"/>
          <w:color w:val="BBBBBB"/>
          <w:sz w:val="16"/>
        </w:rPr>
        <w:t>__________________________________________________________________________________________________</w:t>
      </w:r>
    </w:p>
    <w:p w14:paraId="62507898" w14:textId="77777777" w:rsidR="00282991" w:rsidRDefault="00FE4586">
      <w:pPr>
        <w:spacing w:after="20"/>
      </w:pPr>
      <w:r>
        <w:rPr>
          <w:rFonts w:eastAsia="Arial" w:cs="Arial"/>
          <w:color w:val="BBBBBB"/>
          <w:sz w:val="16"/>
        </w:rPr>
        <w:t>__________________________________________________________________________________________________</w:t>
      </w:r>
    </w:p>
    <w:p w14:paraId="442F38E8" w14:textId="77777777" w:rsidR="00282991" w:rsidRDefault="00FE4586">
      <w:pPr>
        <w:spacing w:after="20"/>
      </w:pPr>
      <w:r>
        <w:rPr>
          <w:rFonts w:eastAsia="Arial" w:cs="Arial"/>
          <w:color w:val="BBBBBB"/>
          <w:sz w:val="16"/>
        </w:rPr>
        <w:t>__________________________________________________________________________________________________</w:t>
      </w:r>
    </w:p>
    <w:p w14:paraId="62A70661" w14:textId="77777777" w:rsidR="00282991" w:rsidRDefault="00FE4586">
      <w:pPr>
        <w:spacing w:after="20"/>
      </w:pPr>
      <w:r>
        <w:rPr>
          <w:rFonts w:eastAsia="Arial" w:cs="Arial"/>
          <w:color w:val="BBBBBB"/>
          <w:sz w:val="16"/>
        </w:rPr>
        <w:t>__________________________________________________________________________________________________</w:t>
      </w:r>
    </w:p>
    <w:p w14:paraId="3CAC98DF" w14:textId="77777777" w:rsidR="00282991" w:rsidRDefault="00FE4586">
      <w:pPr>
        <w:spacing w:after="20"/>
      </w:pPr>
      <w:r>
        <w:rPr>
          <w:rFonts w:eastAsia="Arial" w:cs="Arial"/>
          <w:color w:val="BBBBBB"/>
          <w:sz w:val="16"/>
        </w:rPr>
        <w:t>__________________________________________________________________________________________________</w:t>
      </w:r>
    </w:p>
    <w:p w14:paraId="4471707D" w14:textId="77777777" w:rsidR="00282991" w:rsidRDefault="00FE4586">
      <w:r>
        <w:br w:type="page"/>
      </w:r>
    </w:p>
    <w:p w14:paraId="4EF53E35" w14:textId="77777777" w:rsidR="00282991" w:rsidRDefault="00FE4586">
      <w:pPr>
        <w:pStyle w:val="Heading1"/>
        <w:pBdr>
          <w:bottom w:val="single" w:sz="10" w:space="2" w:color="E63B07"/>
        </w:pBdr>
      </w:pPr>
      <w:r>
        <w:rPr>
          <w:rFonts w:ascii="Arial" w:eastAsia="Arial" w:hAnsi="Arial" w:cs="Arial"/>
        </w:rPr>
        <w:lastRenderedPageBreak/>
        <w:t>APPENDIX F - CYBERATTACK / EXTENDED IT-EHR DOWNTIME</w:t>
      </w:r>
    </w:p>
    <w:tbl>
      <w:tblPr>
        <w:tblW w:w="0" w:type="auto"/>
        <w:jc w:val="center"/>
        <w:tblLook w:val="04A0" w:firstRow="1" w:lastRow="0" w:firstColumn="1" w:lastColumn="0" w:noHBand="0" w:noVBand="1"/>
      </w:tblPr>
      <w:tblGrid>
        <w:gridCol w:w="10800"/>
      </w:tblGrid>
      <w:tr w:rsidR="00282991" w14:paraId="556D4A67" w14:textId="77777777">
        <w:trPr>
          <w:jc w:val="center"/>
        </w:trPr>
        <w:tc>
          <w:tcPr>
            <w:tcW w:w="10800" w:type="dxa"/>
            <w:shd w:val="clear" w:color="auto" w:fill="E8F2EF"/>
            <w:tcMar>
              <w:top w:w="90" w:type="dxa"/>
              <w:left w:w="100" w:type="dxa"/>
              <w:bottom w:w="90" w:type="dxa"/>
              <w:right w:w="100" w:type="dxa"/>
            </w:tcMar>
          </w:tcPr>
          <w:p w14:paraId="31604614" w14:textId="77777777" w:rsidR="00282991" w:rsidRDefault="00FE4586">
            <w:pPr>
              <w:spacing w:after="0"/>
            </w:pPr>
            <w:r>
              <w:rPr>
                <w:rFonts w:eastAsia="Arial" w:cs="Arial"/>
                <w:b/>
                <w:color w:val="015A41"/>
                <w:sz w:val="19"/>
              </w:rPr>
              <w:t xml:space="preserve">REGULATORY CONNECTION </w:t>
            </w:r>
            <w:r>
              <w:rPr>
                <w:rFonts w:eastAsia="Arial" w:cs="Arial"/>
                <w:sz w:val="18"/>
              </w:rPr>
              <w:t>Address this hazard when supported by the facility- and community-based all-hazards risk assessment. Customize dialysis-specific differences rather than duplicating generic activation, communication, evacuation or recovery procedures.</w:t>
            </w:r>
          </w:p>
        </w:tc>
      </w:tr>
    </w:tbl>
    <w:p w14:paraId="5CCC22CA" w14:textId="77777777" w:rsidR="00282991" w:rsidRDefault="00282991">
      <w:pPr>
        <w:spacing w:after="20"/>
      </w:pPr>
    </w:p>
    <w:tbl>
      <w:tblPr>
        <w:tblW w:w="0" w:type="auto"/>
        <w:jc w:val="center"/>
        <w:tblLayout w:type="fixed"/>
        <w:tblLook w:val="04A0" w:firstRow="1" w:lastRow="0" w:firstColumn="1" w:lastColumn="0" w:noHBand="0" w:noVBand="1"/>
      </w:tblPr>
      <w:tblGrid>
        <w:gridCol w:w="4464"/>
        <w:gridCol w:w="6336"/>
      </w:tblGrid>
      <w:tr w:rsidR="00282991" w14:paraId="72AC3CF9" w14:textId="77777777">
        <w:trPr>
          <w:cantSplit/>
          <w:tblHeader/>
          <w:jc w:val="center"/>
        </w:trPr>
        <w:tc>
          <w:tcPr>
            <w:tcW w:w="446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E5F8344" w14:textId="77777777" w:rsidR="00282991" w:rsidRDefault="00FE4586">
            <w:pPr>
              <w:spacing w:after="0"/>
            </w:pPr>
            <w:r>
              <w:rPr>
                <w:rFonts w:eastAsia="Arial" w:cs="Arial"/>
                <w:b/>
                <w:color w:val="FFFFFF"/>
                <w:sz w:val="17"/>
              </w:rPr>
              <w:t>Field</w:t>
            </w:r>
          </w:p>
        </w:tc>
        <w:tc>
          <w:tcPr>
            <w:tcW w:w="633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13B800C" w14:textId="77777777" w:rsidR="00282991" w:rsidRDefault="00FE4586">
            <w:pPr>
              <w:spacing w:after="0"/>
            </w:pPr>
            <w:r>
              <w:rPr>
                <w:rFonts w:eastAsia="Arial" w:cs="Arial"/>
                <w:b/>
                <w:color w:val="FFFFFF"/>
                <w:sz w:val="17"/>
              </w:rPr>
              <w:t>Facility Entry</w:t>
            </w:r>
          </w:p>
        </w:tc>
      </w:tr>
      <w:tr w:rsidR="00282991" w14:paraId="5C0FCFFA"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4AC1CE2" w14:textId="77777777" w:rsidR="00282991" w:rsidRDefault="00FE4586">
            <w:pPr>
              <w:spacing w:after="0"/>
            </w:pPr>
            <w:r>
              <w:rPr>
                <w:rFonts w:eastAsia="Arial" w:cs="Arial"/>
                <w:sz w:val="17"/>
              </w:rPr>
              <w:t>Risk / HVA rating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9DCF0D3" w14:textId="77777777" w:rsidR="00282991" w:rsidRDefault="00FE4586">
            <w:pPr>
              <w:spacing w:after="0"/>
            </w:pPr>
            <w:r>
              <w:rPr>
                <w:rFonts w:eastAsia="Arial" w:cs="Arial"/>
                <w:i/>
                <w:color w:val="707070"/>
                <w:sz w:val="20"/>
              </w:rPr>
              <w:t>&lt;Insert&gt;</w:t>
            </w:r>
          </w:p>
        </w:tc>
      </w:tr>
      <w:tr w:rsidR="00282991" w14:paraId="701110EB"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5AA974A" w14:textId="77777777" w:rsidR="00282991" w:rsidRDefault="00FE4586">
            <w:pPr>
              <w:spacing w:after="0"/>
            </w:pPr>
            <w:r>
              <w:rPr>
                <w:rFonts w:eastAsia="Arial" w:cs="Arial"/>
                <w:sz w:val="17"/>
              </w:rPr>
              <w:t>Primary activation triggers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C7ADA2E" w14:textId="77777777" w:rsidR="00282991" w:rsidRDefault="00FE4586">
            <w:pPr>
              <w:spacing w:after="0"/>
            </w:pPr>
            <w:r>
              <w:rPr>
                <w:rFonts w:eastAsia="Arial" w:cs="Arial"/>
                <w:i/>
                <w:color w:val="707070"/>
                <w:sz w:val="20"/>
              </w:rPr>
              <w:t>&lt;Insert&gt;</w:t>
            </w:r>
          </w:p>
        </w:tc>
      </w:tr>
      <w:tr w:rsidR="00282991" w14:paraId="33742DB1"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9C2EB06" w14:textId="77777777" w:rsidR="00282991" w:rsidRDefault="00FE4586">
            <w:pPr>
              <w:spacing w:after="0"/>
            </w:pPr>
            <w:r>
              <w:rPr>
                <w:rFonts w:eastAsia="Arial" w:cs="Arial"/>
                <w:sz w:val="17"/>
              </w:rPr>
              <w:t>Decision authority</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BF3580" w14:textId="77777777" w:rsidR="00282991" w:rsidRDefault="00FE4586">
            <w:pPr>
              <w:spacing w:after="0"/>
            </w:pPr>
            <w:r>
              <w:rPr>
                <w:rFonts w:eastAsia="Arial" w:cs="Arial"/>
                <w:i/>
                <w:color w:val="707070"/>
                <w:sz w:val="20"/>
              </w:rPr>
              <w:t>&lt;Insert&gt;</w:t>
            </w:r>
          </w:p>
        </w:tc>
      </w:tr>
      <w:tr w:rsidR="00282991" w14:paraId="7674077A"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B09B001" w14:textId="77777777" w:rsidR="00282991" w:rsidRDefault="00FE4586">
            <w:pPr>
              <w:spacing w:after="0"/>
            </w:pPr>
            <w:r>
              <w:rPr>
                <w:rFonts w:eastAsia="Arial" w:cs="Arial"/>
                <w:sz w:val="17"/>
              </w:rPr>
              <w:t>Immediate life-safety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DB1BB88" w14:textId="77777777" w:rsidR="00282991" w:rsidRDefault="00FE4586">
            <w:pPr>
              <w:spacing w:after="0"/>
            </w:pPr>
            <w:r>
              <w:rPr>
                <w:rFonts w:eastAsia="Arial" w:cs="Arial"/>
                <w:i/>
                <w:color w:val="707070"/>
                <w:sz w:val="20"/>
              </w:rPr>
              <w:t>&lt;Insert&gt;</w:t>
            </w:r>
          </w:p>
        </w:tc>
      </w:tr>
      <w:tr w:rsidR="00282991" w14:paraId="3314A87D"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C4FC090" w14:textId="77777777" w:rsidR="00282991" w:rsidRDefault="00FE4586">
            <w:pPr>
              <w:spacing w:after="0"/>
            </w:pPr>
            <w:r>
              <w:rPr>
                <w:rFonts w:eastAsia="Arial" w:cs="Arial"/>
                <w:sz w:val="17"/>
              </w:rPr>
              <w:t>Dialysis treatment / patient priorities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A9B4E38" w14:textId="77777777" w:rsidR="00282991" w:rsidRDefault="00FE4586">
            <w:pPr>
              <w:spacing w:after="0"/>
            </w:pPr>
            <w:r>
              <w:rPr>
                <w:rFonts w:eastAsia="Arial" w:cs="Arial"/>
                <w:i/>
                <w:color w:val="707070"/>
                <w:sz w:val="20"/>
              </w:rPr>
              <w:t>&lt;Insert&gt;</w:t>
            </w:r>
          </w:p>
        </w:tc>
      </w:tr>
      <w:tr w:rsidR="00282991" w14:paraId="1A6B9340"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A909DD9" w14:textId="77777777" w:rsidR="00282991" w:rsidRDefault="00FE4586">
            <w:pPr>
              <w:spacing w:after="0"/>
            </w:pPr>
            <w:r>
              <w:rPr>
                <w:rFonts w:eastAsia="Arial" w:cs="Arial"/>
                <w:sz w:val="17"/>
              </w:rPr>
              <w:t>Safe treatment interruption / disconnection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90470E3" w14:textId="77777777" w:rsidR="00282991" w:rsidRDefault="00FE4586">
            <w:pPr>
              <w:spacing w:after="0"/>
            </w:pPr>
            <w:r>
              <w:rPr>
                <w:rFonts w:eastAsia="Arial" w:cs="Arial"/>
                <w:i/>
                <w:color w:val="707070"/>
                <w:sz w:val="20"/>
              </w:rPr>
              <w:t>&lt;Insert&gt;</w:t>
            </w:r>
          </w:p>
        </w:tc>
      </w:tr>
      <w:tr w:rsidR="00282991" w14:paraId="2D6AA082"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BFCCF79" w14:textId="77777777" w:rsidR="00282991" w:rsidRDefault="00FE4586">
            <w:pPr>
              <w:spacing w:after="0"/>
            </w:pPr>
            <w:r>
              <w:rPr>
                <w:rFonts w:eastAsia="Arial" w:cs="Arial"/>
                <w:sz w:val="17"/>
              </w:rPr>
              <w:t>Water / utility / equipment considerations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CB02AE7" w14:textId="77777777" w:rsidR="00282991" w:rsidRDefault="00FE4586">
            <w:pPr>
              <w:spacing w:after="0"/>
            </w:pPr>
            <w:r>
              <w:rPr>
                <w:rFonts w:eastAsia="Arial" w:cs="Arial"/>
                <w:i/>
                <w:color w:val="707070"/>
                <w:sz w:val="20"/>
              </w:rPr>
              <w:t>&lt;Insert&gt;</w:t>
            </w:r>
          </w:p>
        </w:tc>
      </w:tr>
      <w:tr w:rsidR="00282991" w14:paraId="75D2D80E"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E9C64BB" w14:textId="77777777" w:rsidR="00282991" w:rsidRDefault="00FE4586">
            <w:pPr>
              <w:spacing w:after="0"/>
            </w:pPr>
            <w:r>
              <w:rPr>
                <w:rFonts w:eastAsia="Arial" w:cs="Arial"/>
                <w:sz w:val="17"/>
              </w:rPr>
              <w:t>Staffing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0D13B0B" w14:textId="77777777" w:rsidR="00282991" w:rsidRDefault="00FE4586">
            <w:pPr>
              <w:spacing w:after="0"/>
            </w:pPr>
            <w:r>
              <w:rPr>
                <w:rFonts w:eastAsia="Arial" w:cs="Arial"/>
                <w:i/>
                <w:color w:val="707070"/>
                <w:sz w:val="20"/>
              </w:rPr>
              <w:t>&lt;Insert&gt;</w:t>
            </w:r>
          </w:p>
        </w:tc>
      </w:tr>
      <w:tr w:rsidR="00282991" w14:paraId="67608438"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4B780BB" w14:textId="77777777" w:rsidR="00282991" w:rsidRDefault="00FE4586">
            <w:pPr>
              <w:spacing w:after="0"/>
            </w:pPr>
            <w:r>
              <w:rPr>
                <w:rFonts w:eastAsia="Arial" w:cs="Arial"/>
                <w:sz w:val="17"/>
              </w:rPr>
              <w:t>Communication / reporting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ED25DAC" w14:textId="77777777" w:rsidR="00282991" w:rsidRDefault="00FE4586">
            <w:pPr>
              <w:spacing w:after="0"/>
            </w:pPr>
            <w:r>
              <w:rPr>
                <w:rFonts w:eastAsia="Arial" w:cs="Arial"/>
                <w:i/>
                <w:color w:val="707070"/>
                <w:sz w:val="20"/>
              </w:rPr>
              <w:t>&lt;Insert&gt;</w:t>
            </w:r>
          </w:p>
        </w:tc>
      </w:tr>
      <w:tr w:rsidR="00282991" w14:paraId="5D526EF2"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CBD588B" w14:textId="77777777" w:rsidR="00282991" w:rsidRDefault="00FE4586">
            <w:pPr>
              <w:spacing w:after="0"/>
            </w:pPr>
            <w:r>
              <w:rPr>
                <w:rFonts w:eastAsia="Arial" w:cs="Arial"/>
                <w:sz w:val="17"/>
              </w:rPr>
              <w:t>Evacuation / SIP / closure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6FAC489" w14:textId="77777777" w:rsidR="00282991" w:rsidRDefault="00FE4586">
            <w:pPr>
              <w:spacing w:after="0"/>
            </w:pPr>
            <w:r>
              <w:rPr>
                <w:rFonts w:eastAsia="Arial" w:cs="Arial"/>
                <w:i/>
                <w:color w:val="707070"/>
                <w:sz w:val="20"/>
              </w:rPr>
              <w:t>&lt;Insert&gt;</w:t>
            </w:r>
          </w:p>
        </w:tc>
      </w:tr>
      <w:tr w:rsidR="00282991" w14:paraId="276E5F05"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E771614" w14:textId="77777777" w:rsidR="00282991" w:rsidRDefault="00FE4586">
            <w:pPr>
              <w:spacing w:after="0"/>
            </w:pPr>
            <w:r>
              <w:rPr>
                <w:rFonts w:eastAsia="Arial" w:cs="Arial"/>
                <w:sz w:val="17"/>
              </w:rPr>
              <w:t>Alternate dialysis / transportation / external partners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996C0C6" w14:textId="77777777" w:rsidR="00282991" w:rsidRDefault="00FE4586">
            <w:pPr>
              <w:spacing w:after="0"/>
            </w:pPr>
            <w:r>
              <w:rPr>
                <w:rFonts w:eastAsia="Arial" w:cs="Arial"/>
                <w:i/>
                <w:color w:val="707070"/>
                <w:sz w:val="20"/>
              </w:rPr>
              <w:t>&lt;Insert&gt;</w:t>
            </w:r>
          </w:p>
        </w:tc>
      </w:tr>
      <w:tr w:rsidR="00282991" w14:paraId="56AB14C7"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0401CA8" w14:textId="77777777" w:rsidR="00282991" w:rsidRDefault="00FE4586">
            <w:pPr>
              <w:spacing w:after="0"/>
            </w:pPr>
            <w:r>
              <w:rPr>
                <w:rFonts w:eastAsia="Arial" w:cs="Arial"/>
                <w:sz w:val="17"/>
              </w:rPr>
              <w:t>Recovery / return-to-normal criteria</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6982AB4" w14:textId="77777777" w:rsidR="00282991" w:rsidRDefault="00FE4586">
            <w:pPr>
              <w:spacing w:after="0"/>
            </w:pPr>
            <w:r>
              <w:rPr>
                <w:rFonts w:eastAsia="Arial" w:cs="Arial"/>
                <w:i/>
                <w:color w:val="707070"/>
                <w:sz w:val="20"/>
              </w:rPr>
              <w:t>&lt;Insert&gt;</w:t>
            </w:r>
          </w:p>
        </w:tc>
      </w:tr>
      <w:tr w:rsidR="00282991" w14:paraId="5FF1DC9C"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C490AE1" w14:textId="77777777" w:rsidR="00282991" w:rsidRDefault="00FE4586">
            <w:pPr>
              <w:spacing w:after="0"/>
            </w:pPr>
            <w:r>
              <w:rPr>
                <w:rFonts w:eastAsia="Arial" w:cs="Arial"/>
                <w:sz w:val="17"/>
              </w:rPr>
              <w:t>Required documentation / AAR-QAPI</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9334BDB" w14:textId="77777777" w:rsidR="00282991" w:rsidRDefault="00FE4586">
            <w:pPr>
              <w:spacing w:after="0"/>
            </w:pPr>
            <w:r>
              <w:rPr>
                <w:rFonts w:eastAsia="Arial" w:cs="Arial"/>
                <w:i/>
                <w:color w:val="707070"/>
                <w:sz w:val="20"/>
              </w:rPr>
              <w:t>&lt;Insert&gt;</w:t>
            </w:r>
          </w:p>
        </w:tc>
      </w:tr>
    </w:tbl>
    <w:p w14:paraId="5CA93485" w14:textId="77777777" w:rsidR="00282991" w:rsidRDefault="00282991">
      <w:pPr>
        <w:spacing w:after="20"/>
      </w:pPr>
    </w:p>
    <w:p w14:paraId="6250C913" w14:textId="77777777" w:rsidR="00282991" w:rsidRDefault="00FE4586">
      <w:pPr>
        <w:pStyle w:val="Heading2"/>
      </w:pPr>
      <w:r>
        <w:rPr>
          <w:rFonts w:ascii="Arial" w:eastAsia="Arial" w:hAnsi="Arial" w:cs="Arial"/>
        </w:rPr>
        <w:t>Hazard-Specific Procedures / Notes</w:t>
      </w:r>
    </w:p>
    <w:p w14:paraId="503EDA48" w14:textId="77777777" w:rsidR="00282991" w:rsidRDefault="00FE4586">
      <w:pPr>
        <w:spacing w:after="20"/>
      </w:pPr>
      <w:r>
        <w:rPr>
          <w:rFonts w:eastAsia="Arial" w:cs="Arial"/>
          <w:color w:val="BBBBBB"/>
          <w:sz w:val="16"/>
        </w:rPr>
        <w:t>__________________________________________________________________________________________________</w:t>
      </w:r>
    </w:p>
    <w:p w14:paraId="1648EA14" w14:textId="77777777" w:rsidR="00282991" w:rsidRDefault="00FE4586">
      <w:pPr>
        <w:spacing w:after="20"/>
      </w:pPr>
      <w:r>
        <w:rPr>
          <w:rFonts w:eastAsia="Arial" w:cs="Arial"/>
          <w:color w:val="BBBBBB"/>
          <w:sz w:val="16"/>
        </w:rPr>
        <w:t>__________________________________________________________________________________________________</w:t>
      </w:r>
    </w:p>
    <w:p w14:paraId="0648C6A7" w14:textId="77777777" w:rsidR="00282991" w:rsidRDefault="00FE4586">
      <w:pPr>
        <w:spacing w:after="20"/>
      </w:pPr>
      <w:r>
        <w:rPr>
          <w:rFonts w:eastAsia="Arial" w:cs="Arial"/>
          <w:color w:val="BBBBBB"/>
          <w:sz w:val="16"/>
        </w:rPr>
        <w:t>__________________________________________________________________________________________________</w:t>
      </w:r>
    </w:p>
    <w:p w14:paraId="30F9AFCA" w14:textId="77777777" w:rsidR="00282991" w:rsidRDefault="00FE4586">
      <w:pPr>
        <w:spacing w:after="20"/>
      </w:pPr>
      <w:r>
        <w:rPr>
          <w:rFonts w:eastAsia="Arial" w:cs="Arial"/>
          <w:color w:val="BBBBBB"/>
          <w:sz w:val="16"/>
        </w:rPr>
        <w:t>__________________________________________________________________________________________________</w:t>
      </w:r>
    </w:p>
    <w:p w14:paraId="75D997EB" w14:textId="77777777" w:rsidR="00282991" w:rsidRDefault="00FE4586">
      <w:pPr>
        <w:spacing w:after="20"/>
      </w:pPr>
      <w:r>
        <w:rPr>
          <w:rFonts w:eastAsia="Arial" w:cs="Arial"/>
          <w:color w:val="BBBBBB"/>
          <w:sz w:val="16"/>
        </w:rPr>
        <w:t>__________________________________________________________________________________________________</w:t>
      </w:r>
    </w:p>
    <w:p w14:paraId="37A613C6" w14:textId="77777777" w:rsidR="00282991" w:rsidRDefault="00FE4586">
      <w:r>
        <w:br w:type="page"/>
      </w:r>
    </w:p>
    <w:p w14:paraId="79516114" w14:textId="77777777" w:rsidR="00282991" w:rsidRDefault="00FE4586">
      <w:pPr>
        <w:pStyle w:val="Heading1"/>
        <w:pBdr>
          <w:bottom w:val="single" w:sz="10" w:space="2" w:color="E63B07"/>
        </w:pBdr>
      </w:pPr>
      <w:r>
        <w:rPr>
          <w:rFonts w:ascii="Arial" w:eastAsia="Arial" w:hAnsi="Arial" w:cs="Arial"/>
        </w:rPr>
        <w:lastRenderedPageBreak/>
        <w:t>APPENDIX G - FLOOD / SEVERE STORM / HIGH WIND</w:t>
      </w:r>
    </w:p>
    <w:tbl>
      <w:tblPr>
        <w:tblW w:w="0" w:type="auto"/>
        <w:jc w:val="center"/>
        <w:tblLook w:val="04A0" w:firstRow="1" w:lastRow="0" w:firstColumn="1" w:lastColumn="0" w:noHBand="0" w:noVBand="1"/>
      </w:tblPr>
      <w:tblGrid>
        <w:gridCol w:w="10800"/>
      </w:tblGrid>
      <w:tr w:rsidR="00282991" w14:paraId="0122DDC3" w14:textId="77777777">
        <w:trPr>
          <w:jc w:val="center"/>
        </w:trPr>
        <w:tc>
          <w:tcPr>
            <w:tcW w:w="10800" w:type="dxa"/>
            <w:shd w:val="clear" w:color="auto" w:fill="E8F2EF"/>
            <w:tcMar>
              <w:top w:w="90" w:type="dxa"/>
              <w:left w:w="100" w:type="dxa"/>
              <w:bottom w:w="90" w:type="dxa"/>
              <w:right w:w="100" w:type="dxa"/>
            </w:tcMar>
          </w:tcPr>
          <w:p w14:paraId="4206276A" w14:textId="77777777" w:rsidR="00282991" w:rsidRDefault="00FE4586">
            <w:pPr>
              <w:spacing w:after="0"/>
            </w:pPr>
            <w:r>
              <w:rPr>
                <w:rFonts w:eastAsia="Arial" w:cs="Arial"/>
                <w:b/>
                <w:color w:val="015A41"/>
                <w:sz w:val="19"/>
              </w:rPr>
              <w:t xml:space="preserve">REGULATORY CONNECTION </w:t>
            </w:r>
            <w:r>
              <w:rPr>
                <w:rFonts w:eastAsia="Arial" w:cs="Arial"/>
                <w:sz w:val="18"/>
              </w:rPr>
              <w:t>Address this hazard when supported by the facility- and community-based all-hazards risk assessment. Customize dialysis-specific differences rather than duplicating generic activation, communication, evacuation or recovery procedures.</w:t>
            </w:r>
          </w:p>
        </w:tc>
      </w:tr>
    </w:tbl>
    <w:p w14:paraId="31A2238F" w14:textId="77777777" w:rsidR="00282991" w:rsidRDefault="00282991">
      <w:pPr>
        <w:spacing w:after="20"/>
      </w:pPr>
    </w:p>
    <w:tbl>
      <w:tblPr>
        <w:tblW w:w="0" w:type="auto"/>
        <w:jc w:val="center"/>
        <w:tblLayout w:type="fixed"/>
        <w:tblLook w:val="04A0" w:firstRow="1" w:lastRow="0" w:firstColumn="1" w:lastColumn="0" w:noHBand="0" w:noVBand="1"/>
      </w:tblPr>
      <w:tblGrid>
        <w:gridCol w:w="4464"/>
        <w:gridCol w:w="6336"/>
      </w:tblGrid>
      <w:tr w:rsidR="00282991" w14:paraId="39D58A47" w14:textId="77777777">
        <w:trPr>
          <w:cantSplit/>
          <w:tblHeader/>
          <w:jc w:val="center"/>
        </w:trPr>
        <w:tc>
          <w:tcPr>
            <w:tcW w:w="446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43AF4C0" w14:textId="77777777" w:rsidR="00282991" w:rsidRDefault="00FE4586">
            <w:pPr>
              <w:spacing w:after="0"/>
            </w:pPr>
            <w:r>
              <w:rPr>
                <w:rFonts w:eastAsia="Arial" w:cs="Arial"/>
                <w:b/>
                <w:color w:val="FFFFFF"/>
                <w:sz w:val="17"/>
              </w:rPr>
              <w:t>Field</w:t>
            </w:r>
          </w:p>
        </w:tc>
        <w:tc>
          <w:tcPr>
            <w:tcW w:w="633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54CC39E3" w14:textId="77777777" w:rsidR="00282991" w:rsidRDefault="00FE4586">
            <w:pPr>
              <w:spacing w:after="0"/>
            </w:pPr>
            <w:r>
              <w:rPr>
                <w:rFonts w:eastAsia="Arial" w:cs="Arial"/>
                <w:b/>
                <w:color w:val="FFFFFF"/>
                <w:sz w:val="17"/>
              </w:rPr>
              <w:t>Facility Entry</w:t>
            </w:r>
          </w:p>
        </w:tc>
      </w:tr>
      <w:tr w:rsidR="00282991" w14:paraId="4D6F80A3"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02688A1" w14:textId="77777777" w:rsidR="00282991" w:rsidRDefault="00FE4586">
            <w:pPr>
              <w:spacing w:after="0"/>
            </w:pPr>
            <w:r>
              <w:rPr>
                <w:rFonts w:eastAsia="Arial" w:cs="Arial"/>
                <w:sz w:val="17"/>
              </w:rPr>
              <w:t>Risk / HVA rating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1546339" w14:textId="77777777" w:rsidR="00282991" w:rsidRDefault="00FE4586">
            <w:pPr>
              <w:spacing w:after="0"/>
            </w:pPr>
            <w:r>
              <w:rPr>
                <w:rFonts w:eastAsia="Arial" w:cs="Arial"/>
                <w:i/>
                <w:color w:val="707070"/>
                <w:sz w:val="20"/>
              </w:rPr>
              <w:t>&lt;Insert&gt;</w:t>
            </w:r>
          </w:p>
        </w:tc>
      </w:tr>
      <w:tr w:rsidR="00282991" w14:paraId="1A5F4D7D"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9A6BBAA" w14:textId="77777777" w:rsidR="00282991" w:rsidRDefault="00FE4586">
            <w:pPr>
              <w:spacing w:after="0"/>
            </w:pPr>
            <w:r>
              <w:rPr>
                <w:rFonts w:eastAsia="Arial" w:cs="Arial"/>
                <w:sz w:val="17"/>
              </w:rPr>
              <w:t>Primary activation triggers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C7A496B" w14:textId="77777777" w:rsidR="00282991" w:rsidRDefault="00FE4586">
            <w:pPr>
              <w:spacing w:after="0"/>
            </w:pPr>
            <w:r>
              <w:rPr>
                <w:rFonts w:eastAsia="Arial" w:cs="Arial"/>
                <w:i/>
                <w:color w:val="707070"/>
                <w:sz w:val="20"/>
              </w:rPr>
              <w:t>&lt;Insert&gt;</w:t>
            </w:r>
          </w:p>
        </w:tc>
      </w:tr>
      <w:tr w:rsidR="00282991" w14:paraId="63BCCB2F"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52C700D" w14:textId="77777777" w:rsidR="00282991" w:rsidRDefault="00FE4586">
            <w:pPr>
              <w:spacing w:after="0"/>
            </w:pPr>
            <w:r>
              <w:rPr>
                <w:rFonts w:eastAsia="Arial" w:cs="Arial"/>
                <w:sz w:val="17"/>
              </w:rPr>
              <w:t>Decision authority</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4D3930B" w14:textId="77777777" w:rsidR="00282991" w:rsidRDefault="00FE4586">
            <w:pPr>
              <w:spacing w:after="0"/>
            </w:pPr>
            <w:r>
              <w:rPr>
                <w:rFonts w:eastAsia="Arial" w:cs="Arial"/>
                <w:i/>
                <w:color w:val="707070"/>
                <w:sz w:val="20"/>
              </w:rPr>
              <w:t>&lt;Insert&gt;</w:t>
            </w:r>
          </w:p>
        </w:tc>
      </w:tr>
      <w:tr w:rsidR="00282991" w14:paraId="669752F5"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CCBC122" w14:textId="77777777" w:rsidR="00282991" w:rsidRDefault="00FE4586">
            <w:pPr>
              <w:spacing w:after="0"/>
            </w:pPr>
            <w:r>
              <w:rPr>
                <w:rFonts w:eastAsia="Arial" w:cs="Arial"/>
                <w:sz w:val="17"/>
              </w:rPr>
              <w:t>Immediate life-safety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FBD273F" w14:textId="77777777" w:rsidR="00282991" w:rsidRDefault="00FE4586">
            <w:pPr>
              <w:spacing w:after="0"/>
            </w:pPr>
            <w:r>
              <w:rPr>
                <w:rFonts w:eastAsia="Arial" w:cs="Arial"/>
                <w:i/>
                <w:color w:val="707070"/>
                <w:sz w:val="20"/>
              </w:rPr>
              <w:t>&lt;Insert&gt;</w:t>
            </w:r>
          </w:p>
        </w:tc>
      </w:tr>
      <w:tr w:rsidR="00282991" w14:paraId="71187A26"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6566E40" w14:textId="77777777" w:rsidR="00282991" w:rsidRDefault="00FE4586">
            <w:pPr>
              <w:spacing w:after="0"/>
            </w:pPr>
            <w:r>
              <w:rPr>
                <w:rFonts w:eastAsia="Arial" w:cs="Arial"/>
                <w:sz w:val="17"/>
              </w:rPr>
              <w:t>Dialysis treatment / patient priorities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CD060A5" w14:textId="77777777" w:rsidR="00282991" w:rsidRDefault="00FE4586">
            <w:pPr>
              <w:spacing w:after="0"/>
            </w:pPr>
            <w:r>
              <w:rPr>
                <w:rFonts w:eastAsia="Arial" w:cs="Arial"/>
                <w:i/>
                <w:color w:val="707070"/>
                <w:sz w:val="20"/>
              </w:rPr>
              <w:t>&lt;Insert&gt;</w:t>
            </w:r>
          </w:p>
        </w:tc>
      </w:tr>
      <w:tr w:rsidR="00282991" w14:paraId="0C4D3F9E"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312E656" w14:textId="77777777" w:rsidR="00282991" w:rsidRDefault="00FE4586">
            <w:pPr>
              <w:spacing w:after="0"/>
            </w:pPr>
            <w:r>
              <w:rPr>
                <w:rFonts w:eastAsia="Arial" w:cs="Arial"/>
                <w:sz w:val="17"/>
              </w:rPr>
              <w:t>Safe treatment interruption / disconnection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71B45B0" w14:textId="77777777" w:rsidR="00282991" w:rsidRDefault="00FE4586">
            <w:pPr>
              <w:spacing w:after="0"/>
            </w:pPr>
            <w:r>
              <w:rPr>
                <w:rFonts w:eastAsia="Arial" w:cs="Arial"/>
                <w:i/>
                <w:color w:val="707070"/>
                <w:sz w:val="20"/>
              </w:rPr>
              <w:t>&lt;Insert&gt;</w:t>
            </w:r>
          </w:p>
        </w:tc>
      </w:tr>
      <w:tr w:rsidR="00282991" w14:paraId="00B57B47"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A8E393D" w14:textId="77777777" w:rsidR="00282991" w:rsidRDefault="00FE4586">
            <w:pPr>
              <w:spacing w:after="0"/>
            </w:pPr>
            <w:r>
              <w:rPr>
                <w:rFonts w:eastAsia="Arial" w:cs="Arial"/>
                <w:sz w:val="17"/>
              </w:rPr>
              <w:t>Water / utility / equipment considerations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D368C6A" w14:textId="77777777" w:rsidR="00282991" w:rsidRDefault="00FE4586">
            <w:pPr>
              <w:spacing w:after="0"/>
            </w:pPr>
            <w:r>
              <w:rPr>
                <w:rFonts w:eastAsia="Arial" w:cs="Arial"/>
                <w:i/>
                <w:color w:val="707070"/>
                <w:sz w:val="20"/>
              </w:rPr>
              <w:t>&lt;Insert&gt;</w:t>
            </w:r>
          </w:p>
        </w:tc>
      </w:tr>
      <w:tr w:rsidR="00282991" w14:paraId="76703A20"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D47122F" w14:textId="77777777" w:rsidR="00282991" w:rsidRDefault="00FE4586">
            <w:pPr>
              <w:spacing w:after="0"/>
            </w:pPr>
            <w:r>
              <w:rPr>
                <w:rFonts w:eastAsia="Arial" w:cs="Arial"/>
                <w:sz w:val="17"/>
              </w:rPr>
              <w:t>Staffing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A91622D" w14:textId="77777777" w:rsidR="00282991" w:rsidRDefault="00FE4586">
            <w:pPr>
              <w:spacing w:after="0"/>
            </w:pPr>
            <w:r>
              <w:rPr>
                <w:rFonts w:eastAsia="Arial" w:cs="Arial"/>
                <w:i/>
                <w:color w:val="707070"/>
                <w:sz w:val="20"/>
              </w:rPr>
              <w:t>&lt;Insert&gt;</w:t>
            </w:r>
          </w:p>
        </w:tc>
      </w:tr>
      <w:tr w:rsidR="00282991" w14:paraId="48BCEC08"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A72DF67" w14:textId="77777777" w:rsidR="00282991" w:rsidRDefault="00FE4586">
            <w:pPr>
              <w:spacing w:after="0"/>
            </w:pPr>
            <w:r>
              <w:rPr>
                <w:rFonts w:eastAsia="Arial" w:cs="Arial"/>
                <w:sz w:val="17"/>
              </w:rPr>
              <w:t>Communication / reporting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3F13CF9" w14:textId="77777777" w:rsidR="00282991" w:rsidRDefault="00FE4586">
            <w:pPr>
              <w:spacing w:after="0"/>
            </w:pPr>
            <w:r>
              <w:rPr>
                <w:rFonts w:eastAsia="Arial" w:cs="Arial"/>
                <w:i/>
                <w:color w:val="707070"/>
                <w:sz w:val="20"/>
              </w:rPr>
              <w:t>&lt;Insert&gt;</w:t>
            </w:r>
          </w:p>
        </w:tc>
      </w:tr>
      <w:tr w:rsidR="00282991" w14:paraId="2F167F4F"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2B7C500" w14:textId="77777777" w:rsidR="00282991" w:rsidRDefault="00FE4586">
            <w:pPr>
              <w:spacing w:after="0"/>
            </w:pPr>
            <w:r>
              <w:rPr>
                <w:rFonts w:eastAsia="Arial" w:cs="Arial"/>
                <w:sz w:val="17"/>
              </w:rPr>
              <w:t>Evacuation / SIP / closure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F0D5F87" w14:textId="77777777" w:rsidR="00282991" w:rsidRDefault="00FE4586">
            <w:pPr>
              <w:spacing w:after="0"/>
            </w:pPr>
            <w:r>
              <w:rPr>
                <w:rFonts w:eastAsia="Arial" w:cs="Arial"/>
                <w:i/>
                <w:color w:val="707070"/>
                <w:sz w:val="20"/>
              </w:rPr>
              <w:t>&lt;Insert&gt;</w:t>
            </w:r>
          </w:p>
        </w:tc>
      </w:tr>
      <w:tr w:rsidR="00282991" w14:paraId="75C60081"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D1EB532" w14:textId="77777777" w:rsidR="00282991" w:rsidRDefault="00FE4586">
            <w:pPr>
              <w:spacing w:after="0"/>
            </w:pPr>
            <w:r>
              <w:rPr>
                <w:rFonts w:eastAsia="Arial" w:cs="Arial"/>
                <w:sz w:val="17"/>
              </w:rPr>
              <w:t>Alternate dialysis / transportation / external partners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E19FB2E" w14:textId="77777777" w:rsidR="00282991" w:rsidRDefault="00FE4586">
            <w:pPr>
              <w:spacing w:after="0"/>
            </w:pPr>
            <w:r>
              <w:rPr>
                <w:rFonts w:eastAsia="Arial" w:cs="Arial"/>
                <w:i/>
                <w:color w:val="707070"/>
                <w:sz w:val="20"/>
              </w:rPr>
              <w:t>&lt;Insert&gt;</w:t>
            </w:r>
          </w:p>
        </w:tc>
      </w:tr>
      <w:tr w:rsidR="00282991" w14:paraId="6E462A86"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80E4B2D" w14:textId="77777777" w:rsidR="00282991" w:rsidRDefault="00FE4586">
            <w:pPr>
              <w:spacing w:after="0"/>
            </w:pPr>
            <w:r>
              <w:rPr>
                <w:rFonts w:eastAsia="Arial" w:cs="Arial"/>
                <w:sz w:val="17"/>
              </w:rPr>
              <w:t>Recovery / return-to-normal criteria</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766CFFE" w14:textId="77777777" w:rsidR="00282991" w:rsidRDefault="00FE4586">
            <w:pPr>
              <w:spacing w:after="0"/>
            </w:pPr>
            <w:r>
              <w:rPr>
                <w:rFonts w:eastAsia="Arial" w:cs="Arial"/>
                <w:i/>
                <w:color w:val="707070"/>
                <w:sz w:val="20"/>
              </w:rPr>
              <w:t>&lt;Insert&gt;</w:t>
            </w:r>
          </w:p>
        </w:tc>
      </w:tr>
      <w:tr w:rsidR="00282991" w14:paraId="6D906954"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4DA3C10" w14:textId="77777777" w:rsidR="00282991" w:rsidRDefault="00FE4586">
            <w:pPr>
              <w:spacing w:after="0"/>
            </w:pPr>
            <w:r>
              <w:rPr>
                <w:rFonts w:eastAsia="Arial" w:cs="Arial"/>
                <w:sz w:val="17"/>
              </w:rPr>
              <w:t>Required documentation / AAR-QAPI</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33EDC26" w14:textId="77777777" w:rsidR="00282991" w:rsidRDefault="00FE4586">
            <w:pPr>
              <w:spacing w:after="0"/>
            </w:pPr>
            <w:r>
              <w:rPr>
                <w:rFonts w:eastAsia="Arial" w:cs="Arial"/>
                <w:i/>
                <w:color w:val="707070"/>
                <w:sz w:val="20"/>
              </w:rPr>
              <w:t>&lt;Insert&gt;</w:t>
            </w:r>
          </w:p>
        </w:tc>
      </w:tr>
    </w:tbl>
    <w:p w14:paraId="5825BF50" w14:textId="77777777" w:rsidR="00282991" w:rsidRDefault="00282991">
      <w:pPr>
        <w:spacing w:after="20"/>
      </w:pPr>
    </w:p>
    <w:p w14:paraId="3B294D62" w14:textId="77777777" w:rsidR="00282991" w:rsidRDefault="00FE4586">
      <w:pPr>
        <w:pStyle w:val="Heading2"/>
      </w:pPr>
      <w:r>
        <w:rPr>
          <w:rFonts w:ascii="Arial" w:eastAsia="Arial" w:hAnsi="Arial" w:cs="Arial"/>
        </w:rPr>
        <w:t>Hazard-Specific Procedures / Notes</w:t>
      </w:r>
    </w:p>
    <w:p w14:paraId="3A8A82F7" w14:textId="77777777" w:rsidR="00282991" w:rsidRDefault="00FE4586">
      <w:pPr>
        <w:spacing w:after="20"/>
      </w:pPr>
      <w:r>
        <w:rPr>
          <w:rFonts w:eastAsia="Arial" w:cs="Arial"/>
          <w:color w:val="BBBBBB"/>
          <w:sz w:val="16"/>
        </w:rPr>
        <w:t>__________________________________________________________________________________________________</w:t>
      </w:r>
    </w:p>
    <w:p w14:paraId="6ECF19D1" w14:textId="77777777" w:rsidR="00282991" w:rsidRDefault="00FE4586">
      <w:pPr>
        <w:spacing w:after="20"/>
      </w:pPr>
      <w:r>
        <w:rPr>
          <w:rFonts w:eastAsia="Arial" w:cs="Arial"/>
          <w:color w:val="BBBBBB"/>
          <w:sz w:val="16"/>
        </w:rPr>
        <w:t>__________________________________________________________________________________________________</w:t>
      </w:r>
    </w:p>
    <w:p w14:paraId="1A1E49D5" w14:textId="77777777" w:rsidR="00282991" w:rsidRDefault="00FE4586">
      <w:pPr>
        <w:spacing w:after="20"/>
      </w:pPr>
      <w:r>
        <w:rPr>
          <w:rFonts w:eastAsia="Arial" w:cs="Arial"/>
          <w:color w:val="BBBBBB"/>
          <w:sz w:val="16"/>
        </w:rPr>
        <w:t>__________________________________________________________________________________________________</w:t>
      </w:r>
    </w:p>
    <w:p w14:paraId="1703413B" w14:textId="77777777" w:rsidR="00282991" w:rsidRDefault="00FE4586">
      <w:pPr>
        <w:spacing w:after="20"/>
      </w:pPr>
      <w:r>
        <w:rPr>
          <w:rFonts w:eastAsia="Arial" w:cs="Arial"/>
          <w:color w:val="BBBBBB"/>
          <w:sz w:val="16"/>
        </w:rPr>
        <w:t>__________________________________________________________________________________________________</w:t>
      </w:r>
    </w:p>
    <w:p w14:paraId="72EA2788" w14:textId="77777777" w:rsidR="00282991" w:rsidRDefault="00FE4586">
      <w:pPr>
        <w:spacing w:after="20"/>
      </w:pPr>
      <w:r>
        <w:rPr>
          <w:rFonts w:eastAsia="Arial" w:cs="Arial"/>
          <w:color w:val="BBBBBB"/>
          <w:sz w:val="16"/>
        </w:rPr>
        <w:t>__________________________________________________________________________________________________</w:t>
      </w:r>
    </w:p>
    <w:p w14:paraId="1BFB87F7" w14:textId="77777777" w:rsidR="00282991" w:rsidRDefault="00FE4586">
      <w:r>
        <w:br w:type="page"/>
      </w:r>
    </w:p>
    <w:p w14:paraId="1B9BD670" w14:textId="77777777" w:rsidR="00282991" w:rsidRDefault="00FE4586">
      <w:pPr>
        <w:pStyle w:val="Heading1"/>
        <w:pBdr>
          <w:bottom w:val="single" w:sz="10" w:space="2" w:color="E63B07"/>
        </w:pBdr>
      </w:pPr>
      <w:r>
        <w:rPr>
          <w:rFonts w:ascii="Arial" w:eastAsia="Arial" w:hAnsi="Arial" w:cs="Arial"/>
        </w:rPr>
        <w:lastRenderedPageBreak/>
        <w:t>APPENDIX H - DIALYSIS EQUIPMENT / MACHINE FAILURE</w:t>
      </w:r>
    </w:p>
    <w:tbl>
      <w:tblPr>
        <w:tblW w:w="0" w:type="auto"/>
        <w:jc w:val="center"/>
        <w:tblLook w:val="04A0" w:firstRow="1" w:lastRow="0" w:firstColumn="1" w:lastColumn="0" w:noHBand="0" w:noVBand="1"/>
      </w:tblPr>
      <w:tblGrid>
        <w:gridCol w:w="10800"/>
      </w:tblGrid>
      <w:tr w:rsidR="00282991" w14:paraId="3E4FD7F7" w14:textId="77777777">
        <w:trPr>
          <w:jc w:val="center"/>
        </w:trPr>
        <w:tc>
          <w:tcPr>
            <w:tcW w:w="10800" w:type="dxa"/>
            <w:shd w:val="clear" w:color="auto" w:fill="E8F2EF"/>
            <w:tcMar>
              <w:top w:w="90" w:type="dxa"/>
              <w:left w:w="100" w:type="dxa"/>
              <w:bottom w:w="90" w:type="dxa"/>
              <w:right w:w="100" w:type="dxa"/>
            </w:tcMar>
          </w:tcPr>
          <w:p w14:paraId="447E5A02" w14:textId="77777777" w:rsidR="00282991" w:rsidRDefault="00FE4586">
            <w:pPr>
              <w:spacing w:after="0"/>
            </w:pPr>
            <w:r>
              <w:rPr>
                <w:rFonts w:eastAsia="Arial" w:cs="Arial"/>
                <w:b/>
                <w:color w:val="015A41"/>
                <w:sz w:val="19"/>
              </w:rPr>
              <w:t xml:space="preserve">REGULATORY CONNECTION </w:t>
            </w:r>
            <w:r>
              <w:rPr>
                <w:rFonts w:eastAsia="Arial" w:cs="Arial"/>
                <w:sz w:val="18"/>
              </w:rPr>
              <w:t>Address this hazard when supported by the facility- and community-based all-hazards risk assessment. Customize dialysis-specific differences rather than duplicating generic activation, communication, evacuation or recovery procedures.</w:t>
            </w:r>
          </w:p>
        </w:tc>
      </w:tr>
    </w:tbl>
    <w:p w14:paraId="181D0563" w14:textId="77777777" w:rsidR="00282991" w:rsidRDefault="00282991">
      <w:pPr>
        <w:spacing w:after="20"/>
      </w:pPr>
    </w:p>
    <w:tbl>
      <w:tblPr>
        <w:tblW w:w="0" w:type="auto"/>
        <w:jc w:val="center"/>
        <w:tblLayout w:type="fixed"/>
        <w:tblLook w:val="04A0" w:firstRow="1" w:lastRow="0" w:firstColumn="1" w:lastColumn="0" w:noHBand="0" w:noVBand="1"/>
      </w:tblPr>
      <w:tblGrid>
        <w:gridCol w:w="4464"/>
        <w:gridCol w:w="6336"/>
      </w:tblGrid>
      <w:tr w:rsidR="00282991" w14:paraId="5D3FB920" w14:textId="77777777">
        <w:trPr>
          <w:cantSplit/>
          <w:tblHeader/>
          <w:jc w:val="center"/>
        </w:trPr>
        <w:tc>
          <w:tcPr>
            <w:tcW w:w="446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C645499" w14:textId="77777777" w:rsidR="00282991" w:rsidRDefault="00FE4586">
            <w:pPr>
              <w:spacing w:after="0"/>
            </w:pPr>
            <w:r>
              <w:rPr>
                <w:rFonts w:eastAsia="Arial" w:cs="Arial"/>
                <w:b/>
                <w:color w:val="FFFFFF"/>
                <w:sz w:val="17"/>
              </w:rPr>
              <w:t>Field</w:t>
            </w:r>
          </w:p>
        </w:tc>
        <w:tc>
          <w:tcPr>
            <w:tcW w:w="633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00E3CD0" w14:textId="77777777" w:rsidR="00282991" w:rsidRDefault="00FE4586">
            <w:pPr>
              <w:spacing w:after="0"/>
            </w:pPr>
            <w:r>
              <w:rPr>
                <w:rFonts w:eastAsia="Arial" w:cs="Arial"/>
                <w:b/>
                <w:color w:val="FFFFFF"/>
                <w:sz w:val="17"/>
              </w:rPr>
              <w:t>Facility Entry</w:t>
            </w:r>
          </w:p>
        </w:tc>
      </w:tr>
      <w:tr w:rsidR="00282991" w14:paraId="435448FE"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0ADD7FD" w14:textId="77777777" w:rsidR="00282991" w:rsidRDefault="00FE4586">
            <w:pPr>
              <w:spacing w:after="0"/>
            </w:pPr>
            <w:r>
              <w:rPr>
                <w:rFonts w:eastAsia="Arial" w:cs="Arial"/>
                <w:sz w:val="17"/>
              </w:rPr>
              <w:t>Risk / HVA rating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843FD2B" w14:textId="77777777" w:rsidR="00282991" w:rsidRDefault="00FE4586">
            <w:pPr>
              <w:spacing w:after="0"/>
            </w:pPr>
            <w:r>
              <w:rPr>
                <w:rFonts w:eastAsia="Arial" w:cs="Arial"/>
                <w:i/>
                <w:color w:val="707070"/>
                <w:sz w:val="20"/>
              </w:rPr>
              <w:t>&lt;Insert&gt;</w:t>
            </w:r>
          </w:p>
        </w:tc>
      </w:tr>
      <w:tr w:rsidR="00282991" w14:paraId="3CBE4977"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381011B" w14:textId="77777777" w:rsidR="00282991" w:rsidRDefault="00FE4586">
            <w:pPr>
              <w:spacing w:after="0"/>
            </w:pPr>
            <w:r>
              <w:rPr>
                <w:rFonts w:eastAsia="Arial" w:cs="Arial"/>
                <w:sz w:val="17"/>
              </w:rPr>
              <w:t>Primary activation triggers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7143190" w14:textId="77777777" w:rsidR="00282991" w:rsidRDefault="00FE4586">
            <w:pPr>
              <w:spacing w:after="0"/>
            </w:pPr>
            <w:r>
              <w:rPr>
                <w:rFonts w:eastAsia="Arial" w:cs="Arial"/>
                <w:i/>
                <w:color w:val="707070"/>
                <w:sz w:val="20"/>
              </w:rPr>
              <w:t>&lt;Insert&gt;</w:t>
            </w:r>
          </w:p>
        </w:tc>
      </w:tr>
      <w:tr w:rsidR="00282991" w14:paraId="2F2FB217"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B152023" w14:textId="77777777" w:rsidR="00282991" w:rsidRDefault="00FE4586">
            <w:pPr>
              <w:spacing w:after="0"/>
            </w:pPr>
            <w:r>
              <w:rPr>
                <w:rFonts w:eastAsia="Arial" w:cs="Arial"/>
                <w:sz w:val="17"/>
              </w:rPr>
              <w:t>Decision authority</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47ECA9D" w14:textId="77777777" w:rsidR="00282991" w:rsidRDefault="00FE4586">
            <w:pPr>
              <w:spacing w:after="0"/>
            </w:pPr>
            <w:r>
              <w:rPr>
                <w:rFonts w:eastAsia="Arial" w:cs="Arial"/>
                <w:i/>
                <w:color w:val="707070"/>
                <w:sz w:val="20"/>
              </w:rPr>
              <w:t>&lt;Insert&gt;</w:t>
            </w:r>
          </w:p>
        </w:tc>
      </w:tr>
      <w:tr w:rsidR="00282991" w14:paraId="4E34DC8E"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3CFFA04" w14:textId="77777777" w:rsidR="00282991" w:rsidRDefault="00FE4586">
            <w:pPr>
              <w:spacing w:after="0"/>
            </w:pPr>
            <w:r>
              <w:rPr>
                <w:rFonts w:eastAsia="Arial" w:cs="Arial"/>
                <w:sz w:val="17"/>
              </w:rPr>
              <w:t>Immediate life-safety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CB7473D" w14:textId="77777777" w:rsidR="00282991" w:rsidRDefault="00FE4586">
            <w:pPr>
              <w:spacing w:after="0"/>
            </w:pPr>
            <w:r>
              <w:rPr>
                <w:rFonts w:eastAsia="Arial" w:cs="Arial"/>
                <w:i/>
                <w:color w:val="707070"/>
                <w:sz w:val="20"/>
              </w:rPr>
              <w:t>&lt;Insert&gt;</w:t>
            </w:r>
          </w:p>
        </w:tc>
      </w:tr>
      <w:tr w:rsidR="00282991" w14:paraId="220AED86"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CFE14EB" w14:textId="77777777" w:rsidR="00282991" w:rsidRDefault="00FE4586">
            <w:pPr>
              <w:spacing w:after="0"/>
            </w:pPr>
            <w:r>
              <w:rPr>
                <w:rFonts w:eastAsia="Arial" w:cs="Arial"/>
                <w:sz w:val="17"/>
              </w:rPr>
              <w:t>Dialysis treatment / patient priorities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A755357" w14:textId="77777777" w:rsidR="00282991" w:rsidRDefault="00FE4586">
            <w:pPr>
              <w:spacing w:after="0"/>
            </w:pPr>
            <w:r>
              <w:rPr>
                <w:rFonts w:eastAsia="Arial" w:cs="Arial"/>
                <w:i/>
                <w:color w:val="707070"/>
                <w:sz w:val="20"/>
              </w:rPr>
              <w:t>&lt;Insert&gt;</w:t>
            </w:r>
          </w:p>
        </w:tc>
      </w:tr>
      <w:tr w:rsidR="00282991" w14:paraId="1B729190"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846FB02" w14:textId="77777777" w:rsidR="00282991" w:rsidRDefault="00FE4586">
            <w:pPr>
              <w:spacing w:after="0"/>
            </w:pPr>
            <w:r>
              <w:rPr>
                <w:rFonts w:eastAsia="Arial" w:cs="Arial"/>
                <w:sz w:val="17"/>
              </w:rPr>
              <w:t>Safe treatment interruption / disconnection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6184095" w14:textId="77777777" w:rsidR="00282991" w:rsidRDefault="00FE4586">
            <w:pPr>
              <w:spacing w:after="0"/>
            </w:pPr>
            <w:r>
              <w:rPr>
                <w:rFonts w:eastAsia="Arial" w:cs="Arial"/>
                <w:i/>
                <w:color w:val="707070"/>
                <w:sz w:val="20"/>
              </w:rPr>
              <w:t>&lt;Insert&gt;</w:t>
            </w:r>
          </w:p>
        </w:tc>
      </w:tr>
      <w:tr w:rsidR="00282991" w14:paraId="03E0C58B"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546F77D" w14:textId="77777777" w:rsidR="00282991" w:rsidRDefault="00FE4586">
            <w:pPr>
              <w:spacing w:after="0"/>
            </w:pPr>
            <w:r>
              <w:rPr>
                <w:rFonts w:eastAsia="Arial" w:cs="Arial"/>
                <w:sz w:val="17"/>
              </w:rPr>
              <w:t>Water / utility / equipment considerations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E913666" w14:textId="77777777" w:rsidR="00282991" w:rsidRDefault="00FE4586">
            <w:pPr>
              <w:spacing w:after="0"/>
            </w:pPr>
            <w:r>
              <w:rPr>
                <w:rFonts w:eastAsia="Arial" w:cs="Arial"/>
                <w:i/>
                <w:color w:val="707070"/>
                <w:sz w:val="20"/>
              </w:rPr>
              <w:t>&lt;Insert&gt;</w:t>
            </w:r>
          </w:p>
        </w:tc>
      </w:tr>
      <w:tr w:rsidR="00282991" w14:paraId="057E54A6"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1071AD8" w14:textId="77777777" w:rsidR="00282991" w:rsidRDefault="00FE4586">
            <w:pPr>
              <w:spacing w:after="0"/>
            </w:pPr>
            <w:r>
              <w:rPr>
                <w:rFonts w:eastAsia="Arial" w:cs="Arial"/>
                <w:sz w:val="17"/>
              </w:rPr>
              <w:t>Staffing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89DB6E5" w14:textId="77777777" w:rsidR="00282991" w:rsidRDefault="00FE4586">
            <w:pPr>
              <w:spacing w:after="0"/>
            </w:pPr>
            <w:r>
              <w:rPr>
                <w:rFonts w:eastAsia="Arial" w:cs="Arial"/>
                <w:i/>
                <w:color w:val="707070"/>
                <w:sz w:val="20"/>
              </w:rPr>
              <w:t>&lt;Insert&gt;</w:t>
            </w:r>
          </w:p>
        </w:tc>
      </w:tr>
      <w:tr w:rsidR="00282991" w14:paraId="2B7F7830"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A821588" w14:textId="77777777" w:rsidR="00282991" w:rsidRDefault="00FE4586">
            <w:pPr>
              <w:spacing w:after="0"/>
            </w:pPr>
            <w:r>
              <w:rPr>
                <w:rFonts w:eastAsia="Arial" w:cs="Arial"/>
                <w:sz w:val="17"/>
              </w:rPr>
              <w:t>Communication / reporting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B80E935" w14:textId="77777777" w:rsidR="00282991" w:rsidRDefault="00FE4586">
            <w:pPr>
              <w:spacing w:after="0"/>
            </w:pPr>
            <w:r>
              <w:rPr>
                <w:rFonts w:eastAsia="Arial" w:cs="Arial"/>
                <w:i/>
                <w:color w:val="707070"/>
                <w:sz w:val="20"/>
              </w:rPr>
              <w:t>&lt;Insert&gt;</w:t>
            </w:r>
          </w:p>
        </w:tc>
      </w:tr>
      <w:tr w:rsidR="00282991" w14:paraId="273701F8"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4328C6C" w14:textId="77777777" w:rsidR="00282991" w:rsidRDefault="00FE4586">
            <w:pPr>
              <w:spacing w:after="0"/>
            </w:pPr>
            <w:r>
              <w:rPr>
                <w:rFonts w:eastAsia="Arial" w:cs="Arial"/>
                <w:sz w:val="17"/>
              </w:rPr>
              <w:t>Evacuation / SIP / closure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241F3E9" w14:textId="77777777" w:rsidR="00282991" w:rsidRDefault="00FE4586">
            <w:pPr>
              <w:spacing w:after="0"/>
            </w:pPr>
            <w:r>
              <w:rPr>
                <w:rFonts w:eastAsia="Arial" w:cs="Arial"/>
                <w:i/>
                <w:color w:val="707070"/>
                <w:sz w:val="20"/>
              </w:rPr>
              <w:t>&lt;Insert&gt;</w:t>
            </w:r>
          </w:p>
        </w:tc>
      </w:tr>
      <w:tr w:rsidR="00282991" w14:paraId="3F918B45"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4535626" w14:textId="77777777" w:rsidR="00282991" w:rsidRDefault="00FE4586">
            <w:pPr>
              <w:spacing w:after="0"/>
            </w:pPr>
            <w:r>
              <w:rPr>
                <w:rFonts w:eastAsia="Arial" w:cs="Arial"/>
                <w:sz w:val="17"/>
              </w:rPr>
              <w:t>Alternate dialysis / transportation / external partners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C1C951F" w14:textId="77777777" w:rsidR="00282991" w:rsidRDefault="00FE4586">
            <w:pPr>
              <w:spacing w:after="0"/>
            </w:pPr>
            <w:r>
              <w:rPr>
                <w:rFonts w:eastAsia="Arial" w:cs="Arial"/>
                <w:i/>
                <w:color w:val="707070"/>
                <w:sz w:val="20"/>
              </w:rPr>
              <w:t>&lt;Insert&gt;</w:t>
            </w:r>
          </w:p>
        </w:tc>
      </w:tr>
      <w:tr w:rsidR="00282991" w14:paraId="71A893BC"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D98BB12" w14:textId="77777777" w:rsidR="00282991" w:rsidRDefault="00FE4586">
            <w:pPr>
              <w:spacing w:after="0"/>
            </w:pPr>
            <w:r>
              <w:rPr>
                <w:rFonts w:eastAsia="Arial" w:cs="Arial"/>
                <w:sz w:val="17"/>
              </w:rPr>
              <w:t>Recovery / return-to-normal criteria</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74D75AE" w14:textId="77777777" w:rsidR="00282991" w:rsidRDefault="00FE4586">
            <w:pPr>
              <w:spacing w:after="0"/>
            </w:pPr>
            <w:r>
              <w:rPr>
                <w:rFonts w:eastAsia="Arial" w:cs="Arial"/>
                <w:i/>
                <w:color w:val="707070"/>
                <w:sz w:val="20"/>
              </w:rPr>
              <w:t>&lt;Insert&gt;</w:t>
            </w:r>
          </w:p>
        </w:tc>
      </w:tr>
      <w:tr w:rsidR="00282991" w14:paraId="4CA9D392"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B38997E" w14:textId="77777777" w:rsidR="00282991" w:rsidRDefault="00FE4586">
            <w:pPr>
              <w:spacing w:after="0"/>
            </w:pPr>
            <w:r>
              <w:rPr>
                <w:rFonts w:eastAsia="Arial" w:cs="Arial"/>
                <w:sz w:val="17"/>
              </w:rPr>
              <w:t>Required documentation / AAR-QAPI</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5655CE6" w14:textId="77777777" w:rsidR="00282991" w:rsidRDefault="00FE4586">
            <w:pPr>
              <w:spacing w:after="0"/>
            </w:pPr>
            <w:r>
              <w:rPr>
                <w:rFonts w:eastAsia="Arial" w:cs="Arial"/>
                <w:i/>
                <w:color w:val="707070"/>
                <w:sz w:val="20"/>
              </w:rPr>
              <w:t>&lt;Insert&gt;</w:t>
            </w:r>
          </w:p>
        </w:tc>
      </w:tr>
    </w:tbl>
    <w:p w14:paraId="2A267729" w14:textId="77777777" w:rsidR="00282991" w:rsidRDefault="00282991">
      <w:pPr>
        <w:spacing w:after="20"/>
      </w:pPr>
    </w:p>
    <w:p w14:paraId="20B621AF" w14:textId="77777777" w:rsidR="00282991" w:rsidRDefault="00FE4586">
      <w:pPr>
        <w:pStyle w:val="Heading2"/>
      </w:pPr>
      <w:r>
        <w:rPr>
          <w:rFonts w:ascii="Arial" w:eastAsia="Arial" w:hAnsi="Arial" w:cs="Arial"/>
        </w:rPr>
        <w:t>Hazard-Specific Procedures / Notes</w:t>
      </w:r>
    </w:p>
    <w:p w14:paraId="0636FC7C" w14:textId="77777777" w:rsidR="00282991" w:rsidRDefault="00FE4586">
      <w:pPr>
        <w:spacing w:after="20"/>
      </w:pPr>
      <w:r>
        <w:rPr>
          <w:rFonts w:eastAsia="Arial" w:cs="Arial"/>
          <w:color w:val="BBBBBB"/>
          <w:sz w:val="16"/>
        </w:rPr>
        <w:t>__________________________________________________________________________________________________</w:t>
      </w:r>
    </w:p>
    <w:p w14:paraId="0680E696" w14:textId="77777777" w:rsidR="00282991" w:rsidRDefault="00FE4586">
      <w:pPr>
        <w:spacing w:after="20"/>
      </w:pPr>
      <w:r>
        <w:rPr>
          <w:rFonts w:eastAsia="Arial" w:cs="Arial"/>
          <w:color w:val="BBBBBB"/>
          <w:sz w:val="16"/>
        </w:rPr>
        <w:t>__________________________________________________________________________________________________</w:t>
      </w:r>
    </w:p>
    <w:p w14:paraId="1A1AAB30" w14:textId="77777777" w:rsidR="00282991" w:rsidRDefault="00FE4586">
      <w:pPr>
        <w:spacing w:after="20"/>
      </w:pPr>
      <w:r>
        <w:rPr>
          <w:rFonts w:eastAsia="Arial" w:cs="Arial"/>
          <w:color w:val="BBBBBB"/>
          <w:sz w:val="16"/>
        </w:rPr>
        <w:t>__________________________________________________________________________________________________</w:t>
      </w:r>
    </w:p>
    <w:p w14:paraId="0C2607BD" w14:textId="77777777" w:rsidR="00282991" w:rsidRDefault="00FE4586">
      <w:pPr>
        <w:spacing w:after="20"/>
      </w:pPr>
      <w:r>
        <w:rPr>
          <w:rFonts w:eastAsia="Arial" w:cs="Arial"/>
          <w:color w:val="BBBBBB"/>
          <w:sz w:val="16"/>
        </w:rPr>
        <w:t>__________________________________________________________________________________________________</w:t>
      </w:r>
    </w:p>
    <w:p w14:paraId="2A039316" w14:textId="77777777" w:rsidR="00282991" w:rsidRDefault="00FE4586">
      <w:pPr>
        <w:spacing w:after="20"/>
      </w:pPr>
      <w:r>
        <w:rPr>
          <w:rFonts w:eastAsia="Arial" w:cs="Arial"/>
          <w:color w:val="BBBBBB"/>
          <w:sz w:val="16"/>
        </w:rPr>
        <w:t>__________________________________________________________________________________________________</w:t>
      </w:r>
    </w:p>
    <w:p w14:paraId="662E7A06" w14:textId="77777777" w:rsidR="00282991" w:rsidRDefault="00FE4586">
      <w:r>
        <w:br w:type="page"/>
      </w:r>
    </w:p>
    <w:p w14:paraId="200C1984" w14:textId="77777777" w:rsidR="00282991" w:rsidRDefault="00FE4586">
      <w:pPr>
        <w:pStyle w:val="Heading1"/>
        <w:pBdr>
          <w:bottom w:val="single" w:sz="10" w:space="2" w:color="E63B07"/>
        </w:pBdr>
      </w:pPr>
      <w:r>
        <w:rPr>
          <w:rFonts w:ascii="Arial" w:eastAsia="Arial" w:hAnsi="Arial" w:cs="Arial"/>
        </w:rPr>
        <w:lastRenderedPageBreak/>
        <w:t>APPENDIX I - TRANSPORTATION / ACCESS DISRUPTION</w:t>
      </w:r>
    </w:p>
    <w:tbl>
      <w:tblPr>
        <w:tblW w:w="0" w:type="auto"/>
        <w:jc w:val="center"/>
        <w:tblLook w:val="04A0" w:firstRow="1" w:lastRow="0" w:firstColumn="1" w:lastColumn="0" w:noHBand="0" w:noVBand="1"/>
      </w:tblPr>
      <w:tblGrid>
        <w:gridCol w:w="10800"/>
      </w:tblGrid>
      <w:tr w:rsidR="00282991" w14:paraId="06D8C0DF" w14:textId="77777777">
        <w:trPr>
          <w:jc w:val="center"/>
        </w:trPr>
        <w:tc>
          <w:tcPr>
            <w:tcW w:w="10800" w:type="dxa"/>
            <w:shd w:val="clear" w:color="auto" w:fill="E8F2EF"/>
            <w:tcMar>
              <w:top w:w="90" w:type="dxa"/>
              <w:left w:w="100" w:type="dxa"/>
              <w:bottom w:w="90" w:type="dxa"/>
              <w:right w:w="100" w:type="dxa"/>
            </w:tcMar>
          </w:tcPr>
          <w:p w14:paraId="0B3B8E8F" w14:textId="77777777" w:rsidR="00282991" w:rsidRDefault="00FE4586">
            <w:pPr>
              <w:spacing w:after="0"/>
            </w:pPr>
            <w:r>
              <w:rPr>
                <w:rFonts w:eastAsia="Arial" w:cs="Arial"/>
                <w:b/>
                <w:color w:val="015A41"/>
                <w:sz w:val="19"/>
              </w:rPr>
              <w:t xml:space="preserve">REGULATORY CONNECTION </w:t>
            </w:r>
            <w:r>
              <w:rPr>
                <w:rFonts w:eastAsia="Arial" w:cs="Arial"/>
                <w:sz w:val="18"/>
              </w:rPr>
              <w:t>Address this hazard when supported by the facility- and community-based all-hazards risk assessment. Customize dialysis-specific differences rather than duplicating generic activation, communication, evacuation or recovery procedures.</w:t>
            </w:r>
          </w:p>
        </w:tc>
      </w:tr>
    </w:tbl>
    <w:p w14:paraId="446BD1F9" w14:textId="77777777" w:rsidR="00282991" w:rsidRDefault="00282991">
      <w:pPr>
        <w:spacing w:after="20"/>
      </w:pPr>
    </w:p>
    <w:tbl>
      <w:tblPr>
        <w:tblW w:w="0" w:type="auto"/>
        <w:jc w:val="center"/>
        <w:tblLayout w:type="fixed"/>
        <w:tblLook w:val="04A0" w:firstRow="1" w:lastRow="0" w:firstColumn="1" w:lastColumn="0" w:noHBand="0" w:noVBand="1"/>
      </w:tblPr>
      <w:tblGrid>
        <w:gridCol w:w="4464"/>
        <w:gridCol w:w="6336"/>
      </w:tblGrid>
      <w:tr w:rsidR="00282991" w14:paraId="0858EA55" w14:textId="77777777">
        <w:trPr>
          <w:cantSplit/>
          <w:tblHeader/>
          <w:jc w:val="center"/>
        </w:trPr>
        <w:tc>
          <w:tcPr>
            <w:tcW w:w="446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76328AD" w14:textId="77777777" w:rsidR="00282991" w:rsidRDefault="00FE4586">
            <w:pPr>
              <w:spacing w:after="0"/>
            </w:pPr>
            <w:r>
              <w:rPr>
                <w:rFonts w:eastAsia="Arial" w:cs="Arial"/>
                <w:b/>
                <w:color w:val="FFFFFF"/>
                <w:sz w:val="17"/>
              </w:rPr>
              <w:t>Field</w:t>
            </w:r>
          </w:p>
        </w:tc>
        <w:tc>
          <w:tcPr>
            <w:tcW w:w="633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21C7247" w14:textId="77777777" w:rsidR="00282991" w:rsidRDefault="00FE4586">
            <w:pPr>
              <w:spacing w:after="0"/>
            </w:pPr>
            <w:r>
              <w:rPr>
                <w:rFonts w:eastAsia="Arial" w:cs="Arial"/>
                <w:b/>
                <w:color w:val="FFFFFF"/>
                <w:sz w:val="17"/>
              </w:rPr>
              <w:t>Facility Entry</w:t>
            </w:r>
          </w:p>
        </w:tc>
      </w:tr>
      <w:tr w:rsidR="00282991" w14:paraId="6E219910"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6227EDE" w14:textId="77777777" w:rsidR="00282991" w:rsidRDefault="00FE4586">
            <w:pPr>
              <w:spacing w:after="0"/>
            </w:pPr>
            <w:r>
              <w:rPr>
                <w:rFonts w:eastAsia="Arial" w:cs="Arial"/>
                <w:sz w:val="17"/>
              </w:rPr>
              <w:t>Risk / HVA rating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469E923" w14:textId="77777777" w:rsidR="00282991" w:rsidRDefault="00FE4586">
            <w:pPr>
              <w:spacing w:after="0"/>
            </w:pPr>
            <w:r>
              <w:rPr>
                <w:rFonts w:eastAsia="Arial" w:cs="Arial"/>
                <w:i/>
                <w:color w:val="707070"/>
                <w:sz w:val="20"/>
              </w:rPr>
              <w:t>&lt;Insert&gt;</w:t>
            </w:r>
          </w:p>
        </w:tc>
      </w:tr>
      <w:tr w:rsidR="00282991" w14:paraId="76CD2C7E"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9F9E13E" w14:textId="77777777" w:rsidR="00282991" w:rsidRDefault="00FE4586">
            <w:pPr>
              <w:spacing w:after="0"/>
            </w:pPr>
            <w:r>
              <w:rPr>
                <w:rFonts w:eastAsia="Arial" w:cs="Arial"/>
                <w:sz w:val="17"/>
              </w:rPr>
              <w:t>Primary activation triggers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242C6B1" w14:textId="77777777" w:rsidR="00282991" w:rsidRDefault="00FE4586">
            <w:pPr>
              <w:spacing w:after="0"/>
            </w:pPr>
            <w:r>
              <w:rPr>
                <w:rFonts w:eastAsia="Arial" w:cs="Arial"/>
                <w:i/>
                <w:color w:val="707070"/>
                <w:sz w:val="20"/>
              </w:rPr>
              <w:t>&lt;Insert&gt;</w:t>
            </w:r>
          </w:p>
        </w:tc>
      </w:tr>
      <w:tr w:rsidR="00282991" w14:paraId="5C121721"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830E6D1" w14:textId="77777777" w:rsidR="00282991" w:rsidRDefault="00FE4586">
            <w:pPr>
              <w:spacing w:after="0"/>
            </w:pPr>
            <w:r>
              <w:rPr>
                <w:rFonts w:eastAsia="Arial" w:cs="Arial"/>
                <w:sz w:val="17"/>
              </w:rPr>
              <w:t>Decision authority</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713C24E" w14:textId="77777777" w:rsidR="00282991" w:rsidRDefault="00FE4586">
            <w:pPr>
              <w:spacing w:after="0"/>
            </w:pPr>
            <w:r>
              <w:rPr>
                <w:rFonts w:eastAsia="Arial" w:cs="Arial"/>
                <w:i/>
                <w:color w:val="707070"/>
                <w:sz w:val="20"/>
              </w:rPr>
              <w:t>&lt;Insert&gt;</w:t>
            </w:r>
          </w:p>
        </w:tc>
      </w:tr>
      <w:tr w:rsidR="00282991" w14:paraId="054CBBC8"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D0E434D" w14:textId="77777777" w:rsidR="00282991" w:rsidRDefault="00FE4586">
            <w:pPr>
              <w:spacing w:after="0"/>
            </w:pPr>
            <w:r>
              <w:rPr>
                <w:rFonts w:eastAsia="Arial" w:cs="Arial"/>
                <w:sz w:val="17"/>
              </w:rPr>
              <w:t>Immediate life-safety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738B38B" w14:textId="77777777" w:rsidR="00282991" w:rsidRDefault="00FE4586">
            <w:pPr>
              <w:spacing w:after="0"/>
            </w:pPr>
            <w:r>
              <w:rPr>
                <w:rFonts w:eastAsia="Arial" w:cs="Arial"/>
                <w:i/>
                <w:color w:val="707070"/>
                <w:sz w:val="20"/>
              </w:rPr>
              <w:t>&lt;Insert&gt;</w:t>
            </w:r>
          </w:p>
        </w:tc>
      </w:tr>
      <w:tr w:rsidR="00282991" w14:paraId="77DCE7CA"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BCCAACA" w14:textId="77777777" w:rsidR="00282991" w:rsidRDefault="00FE4586">
            <w:pPr>
              <w:spacing w:after="0"/>
            </w:pPr>
            <w:r>
              <w:rPr>
                <w:rFonts w:eastAsia="Arial" w:cs="Arial"/>
                <w:sz w:val="17"/>
              </w:rPr>
              <w:t>Dialysis treatment / patient priorities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C0FDFF" w14:textId="77777777" w:rsidR="00282991" w:rsidRDefault="00FE4586">
            <w:pPr>
              <w:spacing w:after="0"/>
            </w:pPr>
            <w:r>
              <w:rPr>
                <w:rFonts w:eastAsia="Arial" w:cs="Arial"/>
                <w:i/>
                <w:color w:val="707070"/>
                <w:sz w:val="20"/>
              </w:rPr>
              <w:t>&lt;Insert&gt;</w:t>
            </w:r>
          </w:p>
        </w:tc>
      </w:tr>
      <w:tr w:rsidR="00282991" w14:paraId="1D9F3AF3"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0B52D83" w14:textId="77777777" w:rsidR="00282991" w:rsidRDefault="00FE4586">
            <w:pPr>
              <w:spacing w:after="0"/>
            </w:pPr>
            <w:r>
              <w:rPr>
                <w:rFonts w:eastAsia="Arial" w:cs="Arial"/>
                <w:sz w:val="17"/>
              </w:rPr>
              <w:t>Safe treatment interruption / disconnection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19FE19D" w14:textId="77777777" w:rsidR="00282991" w:rsidRDefault="00FE4586">
            <w:pPr>
              <w:spacing w:after="0"/>
            </w:pPr>
            <w:r>
              <w:rPr>
                <w:rFonts w:eastAsia="Arial" w:cs="Arial"/>
                <w:i/>
                <w:color w:val="707070"/>
                <w:sz w:val="20"/>
              </w:rPr>
              <w:t>&lt;Insert&gt;</w:t>
            </w:r>
          </w:p>
        </w:tc>
      </w:tr>
      <w:tr w:rsidR="00282991" w14:paraId="472FC98A"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0A539F3" w14:textId="77777777" w:rsidR="00282991" w:rsidRDefault="00FE4586">
            <w:pPr>
              <w:spacing w:after="0"/>
            </w:pPr>
            <w:r>
              <w:rPr>
                <w:rFonts w:eastAsia="Arial" w:cs="Arial"/>
                <w:sz w:val="17"/>
              </w:rPr>
              <w:t>Water / utility / equipment considerations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DACBF32" w14:textId="77777777" w:rsidR="00282991" w:rsidRDefault="00FE4586">
            <w:pPr>
              <w:spacing w:after="0"/>
            </w:pPr>
            <w:r>
              <w:rPr>
                <w:rFonts w:eastAsia="Arial" w:cs="Arial"/>
                <w:i/>
                <w:color w:val="707070"/>
                <w:sz w:val="20"/>
              </w:rPr>
              <w:t>&lt;Insert&gt;</w:t>
            </w:r>
          </w:p>
        </w:tc>
      </w:tr>
      <w:tr w:rsidR="00282991" w14:paraId="19F1BB3B"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F53996A" w14:textId="77777777" w:rsidR="00282991" w:rsidRDefault="00FE4586">
            <w:pPr>
              <w:spacing w:after="0"/>
            </w:pPr>
            <w:r>
              <w:rPr>
                <w:rFonts w:eastAsia="Arial" w:cs="Arial"/>
                <w:sz w:val="17"/>
              </w:rPr>
              <w:t>Staffing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53128AA" w14:textId="77777777" w:rsidR="00282991" w:rsidRDefault="00FE4586">
            <w:pPr>
              <w:spacing w:after="0"/>
            </w:pPr>
            <w:r>
              <w:rPr>
                <w:rFonts w:eastAsia="Arial" w:cs="Arial"/>
                <w:i/>
                <w:color w:val="707070"/>
                <w:sz w:val="20"/>
              </w:rPr>
              <w:t>&lt;Insert&gt;</w:t>
            </w:r>
          </w:p>
        </w:tc>
      </w:tr>
      <w:tr w:rsidR="00282991" w14:paraId="65C9B5FE"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9A8861F" w14:textId="77777777" w:rsidR="00282991" w:rsidRDefault="00FE4586">
            <w:pPr>
              <w:spacing w:after="0"/>
            </w:pPr>
            <w:r>
              <w:rPr>
                <w:rFonts w:eastAsia="Arial" w:cs="Arial"/>
                <w:sz w:val="17"/>
              </w:rPr>
              <w:t>Communication / reporting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12E3C3E" w14:textId="77777777" w:rsidR="00282991" w:rsidRDefault="00FE4586">
            <w:pPr>
              <w:spacing w:after="0"/>
            </w:pPr>
            <w:r>
              <w:rPr>
                <w:rFonts w:eastAsia="Arial" w:cs="Arial"/>
                <w:i/>
                <w:color w:val="707070"/>
                <w:sz w:val="20"/>
              </w:rPr>
              <w:t>&lt;Insert&gt;</w:t>
            </w:r>
          </w:p>
        </w:tc>
      </w:tr>
      <w:tr w:rsidR="00282991" w14:paraId="080E53AE"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657B635" w14:textId="77777777" w:rsidR="00282991" w:rsidRDefault="00FE4586">
            <w:pPr>
              <w:spacing w:after="0"/>
            </w:pPr>
            <w:r>
              <w:rPr>
                <w:rFonts w:eastAsia="Arial" w:cs="Arial"/>
                <w:sz w:val="17"/>
              </w:rPr>
              <w:t>Evacuation / SIP / closure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DF5C187" w14:textId="77777777" w:rsidR="00282991" w:rsidRDefault="00FE4586">
            <w:pPr>
              <w:spacing w:after="0"/>
            </w:pPr>
            <w:r>
              <w:rPr>
                <w:rFonts w:eastAsia="Arial" w:cs="Arial"/>
                <w:i/>
                <w:color w:val="707070"/>
                <w:sz w:val="20"/>
              </w:rPr>
              <w:t>&lt;Insert&gt;</w:t>
            </w:r>
          </w:p>
        </w:tc>
      </w:tr>
      <w:tr w:rsidR="00282991" w14:paraId="76B0E43D"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8ACE299" w14:textId="77777777" w:rsidR="00282991" w:rsidRDefault="00FE4586">
            <w:pPr>
              <w:spacing w:after="0"/>
            </w:pPr>
            <w:r>
              <w:rPr>
                <w:rFonts w:eastAsia="Arial" w:cs="Arial"/>
                <w:sz w:val="17"/>
              </w:rPr>
              <w:t>Alternate dialysis / transportation / external partners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B7DDDC1" w14:textId="77777777" w:rsidR="00282991" w:rsidRDefault="00FE4586">
            <w:pPr>
              <w:spacing w:after="0"/>
            </w:pPr>
            <w:r>
              <w:rPr>
                <w:rFonts w:eastAsia="Arial" w:cs="Arial"/>
                <w:i/>
                <w:color w:val="707070"/>
                <w:sz w:val="20"/>
              </w:rPr>
              <w:t>&lt;Insert&gt;</w:t>
            </w:r>
          </w:p>
        </w:tc>
      </w:tr>
      <w:tr w:rsidR="00282991" w14:paraId="668292DD"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B310206" w14:textId="77777777" w:rsidR="00282991" w:rsidRDefault="00FE4586">
            <w:pPr>
              <w:spacing w:after="0"/>
            </w:pPr>
            <w:r>
              <w:rPr>
                <w:rFonts w:eastAsia="Arial" w:cs="Arial"/>
                <w:sz w:val="17"/>
              </w:rPr>
              <w:t>Recovery / return-to-normal criteria</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227A8C7" w14:textId="77777777" w:rsidR="00282991" w:rsidRDefault="00FE4586">
            <w:pPr>
              <w:spacing w:after="0"/>
            </w:pPr>
            <w:r>
              <w:rPr>
                <w:rFonts w:eastAsia="Arial" w:cs="Arial"/>
                <w:i/>
                <w:color w:val="707070"/>
                <w:sz w:val="20"/>
              </w:rPr>
              <w:t>&lt;Insert&gt;</w:t>
            </w:r>
          </w:p>
        </w:tc>
      </w:tr>
      <w:tr w:rsidR="00282991" w14:paraId="4B20363C"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A490772" w14:textId="77777777" w:rsidR="00282991" w:rsidRDefault="00FE4586">
            <w:pPr>
              <w:spacing w:after="0"/>
            </w:pPr>
            <w:r>
              <w:rPr>
                <w:rFonts w:eastAsia="Arial" w:cs="Arial"/>
                <w:sz w:val="17"/>
              </w:rPr>
              <w:t>Required documentation / AAR-QAPI</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EAF6E1E" w14:textId="77777777" w:rsidR="00282991" w:rsidRDefault="00FE4586">
            <w:pPr>
              <w:spacing w:after="0"/>
            </w:pPr>
            <w:r>
              <w:rPr>
                <w:rFonts w:eastAsia="Arial" w:cs="Arial"/>
                <w:i/>
                <w:color w:val="707070"/>
                <w:sz w:val="20"/>
              </w:rPr>
              <w:t>&lt;Insert&gt;</w:t>
            </w:r>
          </w:p>
        </w:tc>
      </w:tr>
    </w:tbl>
    <w:p w14:paraId="2DCD849F" w14:textId="77777777" w:rsidR="00282991" w:rsidRDefault="00282991">
      <w:pPr>
        <w:spacing w:after="20"/>
      </w:pPr>
    </w:p>
    <w:p w14:paraId="4065A606" w14:textId="77777777" w:rsidR="00282991" w:rsidRDefault="00FE4586">
      <w:pPr>
        <w:pStyle w:val="Heading2"/>
      </w:pPr>
      <w:r>
        <w:rPr>
          <w:rFonts w:ascii="Arial" w:eastAsia="Arial" w:hAnsi="Arial" w:cs="Arial"/>
        </w:rPr>
        <w:t>Hazard-Specific Procedures / Notes</w:t>
      </w:r>
    </w:p>
    <w:p w14:paraId="169EFAFD" w14:textId="77777777" w:rsidR="00282991" w:rsidRDefault="00FE4586">
      <w:pPr>
        <w:spacing w:after="20"/>
      </w:pPr>
      <w:r>
        <w:rPr>
          <w:rFonts w:eastAsia="Arial" w:cs="Arial"/>
          <w:color w:val="BBBBBB"/>
          <w:sz w:val="16"/>
        </w:rPr>
        <w:t>__________________________________________________________________________________________________</w:t>
      </w:r>
    </w:p>
    <w:p w14:paraId="6C0F8856" w14:textId="77777777" w:rsidR="00282991" w:rsidRDefault="00FE4586">
      <w:pPr>
        <w:spacing w:after="20"/>
      </w:pPr>
      <w:r>
        <w:rPr>
          <w:rFonts w:eastAsia="Arial" w:cs="Arial"/>
          <w:color w:val="BBBBBB"/>
          <w:sz w:val="16"/>
        </w:rPr>
        <w:t>__________________________________________________________________________________________________</w:t>
      </w:r>
    </w:p>
    <w:p w14:paraId="2AEE2F93" w14:textId="77777777" w:rsidR="00282991" w:rsidRDefault="00FE4586">
      <w:pPr>
        <w:spacing w:after="20"/>
      </w:pPr>
      <w:r>
        <w:rPr>
          <w:rFonts w:eastAsia="Arial" w:cs="Arial"/>
          <w:color w:val="BBBBBB"/>
          <w:sz w:val="16"/>
        </w:rPr>
        <w:t>__________________________________________________________________________________________________</w:t>
      </w:r>
    </w:p>
    <w:p w14:paraId="0EA3D646" w14:textId="77777777" w:rsidR="00282991" w:rsidRDefault="00FE4586">
      <w:pPr>
        <w:spacing w:after="20"/>
      </w:pPr>
      <w:r>
        <w:rPr>
          <w:rFonts w:eastAsia="Arial" w:cs="Arial"/>
          <w:color w:val="BBBBBB"/>
          <w:sz w:val="16"/>
        </w:rPr>
        <w:t>__________________________________________________________________________________________________</w:t>
      </w:r>
    </w:p>
    <w:p w14:paraId="3E5FF3ED" w14:textId="77777777" w:rsidR="00282991" w:rsidRDefault="00FE4586">
      <w:pPr>
        <w:spacing w:after="20"/>
      </w:pPr>
      <w:r>
        <w:rPr>
          <w:rFonts w:eastAsia="Arial" w:cs="Arial"/>
          <w:color w:val="BBBBBB"/>
          <w:sz w:val="16"/>
        </w:rPr>
        <w:t>__________________________________________________________________________________________________</w:t>
      </w:r>
    </w:p>
    <w:p w14:paraId="021DA34B" w14:textId="77777777" w:rsidR="00282991" w:rsidRDefault="00FE4586">
      <w:r>
        <w:br w:type="page"/>
      </w:r>
    </w:p>
    <w:p w14:paraId="460E1FB4" w14:textId="77777777" w:rsidR="00282991" w:rsidRDefault="00FE4586">
      <w:pPr>
        <w:pStyle w:val="Heading1"/>
        <w:pBdr>
          <w:bottom w:val="single" w:sz="10" w:space="2" w:color="E63B07"/>
        </w:pBdr>
      </w:pPr>
      <w:r>
        <w:rPr>
          <w:rFonts w:ascii="Arial" w:eastAsia="Arial" w:hAnsi="Arial" w:cs="Arial"/>
        </w:rPr>
        <w:lastRenderedPageBreak/>
        <w:t>APPENDIX J - SUPPLY CHAIN / CRITICAL DIALYSIS SUPPLIES DISRUPTION</w:t>
      </w:r>
    </w:p>
    <w:tbl>
      <w:tblPr>
        <w:tblW w:w="0" w:type="auto"/>
        <w:jc w:val="center"/>
        <w:tblLook w:val="04A0" w:firstRow="1" w:lastRow="0" w:firstColumn="1" w:lastColumn="0" w:noHBand="0" w:noVBand="1"/>
      </w:tblPr>
      <w:tblGrid>
        <w:gridCol w:w="10800"/>
      </w:tblGrid>
      <w:tr w:rsidR="00282991" w14:paraId="72DE26D4" w14:textId="77777777">
        <w:trPr>
          <w:jc w:val="center"/>
        </w:trPr>
        <w:tc>
          <w:tcPr>
            <w:tcW w:w="10800" w:type="dxa"/>
            <w:shd w:val="clear" w:color="auto" w:fill="E8F2EF"/>
            <w:tcMar>
              <w:top w:w="90" w:type="dxa"/>
              <w:left w:w="100" w:type="dxa"/>
              <w:bottom w:w="90" w:type="dxa"/>
              <w:right w:w="100" w:type="dxa"/>
            </w:tcMar>
          </w:tcPr>
          <w:p w14:paraId="26E323B9" w14:textId="77777777" w:rsidR="00282991" w:rsidRDefault="00FE4586">
            <w:pPr>
              <w:spacing w:after="0"/>
            </w:pPr>
            <w:r>
              <w:rPr>
                <w:rFonts w:eastAsia="Arial" w:cs="Arial"/>
                <w:b/>
                <w:color w:val="015A41"/>
                <w:sz w:val="19"/>
              </w:rPr>
              <w:t xml:space="preserve">REGULATORY CONNECTION </w:t>
            </w:r>
            <w:r>
              <w:rPr>
                <w:rFonts w:eastAsia="Arial" w:cs="Arial"/>
                <w:sz w:val="18"/>
              </w:rPr>
              <w:t>Address this hazard when supported by the facility- and community-based all-hazards risk assessment. Customize dialysis-specific differences rather than duplicating generic activation, communication, evacuation or recovery procedures.</w:t>
            </w:r>
          </w:p>
        </w:tc>
      </w:tr>
    </w:tbl>
    <w:p w14:paraId="4F847CD0" w14:textId="77777777" w:rsidR="00282991" w:rsidRDefault="00282991">
      <w:pPr>
        <w:spacing w:after="20"/>
      </w:pPr>
    </w:p>
    <w:tbl>
      <w:tblPr>
        <w:tblW w:w="0" w:type="auto"/>
        <w:jc w:val="center"/>
        <w:tblLayout w:type="fixed"/>
        <w:tblLook w:val="04A0" w:firstRow="1" w:lastRow="0" w:firstColumn="1" w:lastColumn="0" w:noHBand="0" w:noVBand="1"/>
      </w:tblPr>
      <w:tblGrid>
        <w:gridCol w:w="4464"/>
        <w:gridCol w:w="6336"/>
      </w:tblGrid>
      <w:tr w:rsidR="00282991" w14:paraId="13CE2F12" w14:textId="77777777">
        <w:trPr>
          <w:cantSplit/>
          <w:tblHeader/>
          <w:jc w:val="center"/>
        </w:trPr>
        <w:tc>
          <w:tcPr>
            <w:tcW w:w="446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8B523B0" w14:textId="77777777" w:rsidR="00282991" w:rsidRDefault="00FE4586">
            <w:pPr>
              <w:spacing w:after="0"/>
            </w:pPr>
            <w:r>
              <w:rPr>
                <w:rFonts w:eastAsia="Arial" w:cs="Arial"/>
                <w:b/>
                <w:color w:val="FFFFFF"/>
                <w:sz w:val="17"/>
              </w:rPr>
              <w:t>Field</w:t>
            </w:r>
          </w:p>
        </w:tc>
        <w:tc>
          <w:tcPr>
            <w:tcW w:w="633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826CE89" w14:textId="77777777" w:rsidR="00282991" w:rsidRDefault="00FE4586">
            <w:pPr>
              <w:spacing w:after="0"/>
            </w:pPr>
            <w:r>
              <w:rPr>
                <w:rFonts w:eastAsia="Arial" w:cs="Arial"/>
                <w:b/>
                <w:color w:val="FFFFFF"/>
                <w:sz w:val="17"/>
              </w:rPr>
              <w:t>Facility Entry</w:t>
            </w:r>
          </w:p>
        </w:tc>
      </w:tr>
      <w:tr w:rsidR="00282991" w14:paraId="023E7A89"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7F07C16" w14:textId="77777777" w:rsidR="00282991" w:rsidRDefault="00FE4586">
            <w:pPr>
              <w:spacing w:after="0"/>
            </w:pPr>
            <w:r>
              <w:rPr>
                <w:rFonts w:eastAsia="Arial" w:cs="Arial"/>
                <w:sz w:val="17"/>
              </w:rPr>
              <w:t>Risk / HVA rating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FD53AD3" w14:textId="77777777" w:rsidR="00282991" w:rsidRDefault="00FE4586">
            <w:pPr>
              <w:spacing w:after="0"/>
            </w:pPr>
            <w:r>
              <w:rPr>
                <w:rFonts w:eastAsia="Arial" w:cs="Arial"/>
                <w:i/>
                <w:color w:val="707070"/>
                <w:sz w:val="20"/>
              </w:rPr>
              <w:t>&lt;Insert&gt;</w:t>
            </w:r>
          </w:p>
        </w:tc>
      </w:tr>
      <w:tr w:rsidR="00282991" w14:paraId="0CF3BBE1"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1EF90FE" w14:textId="77777777" w:rsidR="00282991" w:rsidRDefault="00FE4586">
            <w:pPr>
              <w:spacing w:after="0"/>
            </w:pPr>
            <w:r>
              <w:rPr>
                <w:rFonts w:eastAsia="Arial" w:cs="Arial"/>
                <w:sz w:val="17"/>
              </w:rPr>
              <w:t>Primary activation triggers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E9A3518" w14:textId="77777777" w:rsidR="00282991" w:rsidRDefault="00FE4586">
            <w:pPr>
              <w:spacing w:after="0"/>
            </w:pPr>
            <w:r>
              <w:rPr>
                <w:rFonts w:eastAsia="Arial" w:cs="Arial"/>
                <w:i/>
                <w:color w:val="707070"/>
                <w:sz w:val="20"/>
              </w:rPr>
              <w:t>&lt;Insert&gt;</w:t>
            </w:r>
          </w:p>
        </w:tc>
      </w:tr>
      <w:tr w:rsidR="00282991" w14:paraId="1C2B3BE7"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D7B5843" w14:textId="77777777" w:rsidR="00282991" w:rsidRDefault="00FE4586">
            <w:pPr>
              <w:spacing w:after="0"/>
            </w:pPr>
            <w:r>
              <w:rPr>
                <w:rFonts w:eastAsia="Arial" w:cs="Arial"/>
                <w:sz w:val="17"/>
              </w:rPr>
              <w:t>Decision authority</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FF60503" w14:textId="77777777" w:rsidR="00282991" w:rsidRDefault="00FE4586">
            <w:pPr>
              <w:spacing w:after="0"/>
            </w:pPr>
            <w:r>
              <w:rPr>
                <w:rFonts w:eastAsia="Arial" w:cs="Arial"/>
                <w:i/>
                <w:color w:val="707070"/>
                <w:sz w:val="20"/>
              </w:rPr>
              <w:t>&lt;Insert&gt;</w:t>
            </w:r>
          </w:p>
        </w:tc>
      </w:tr>
      <w:tr w:rsidR="00282991" w14:paraId="7B147C3E"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1A5D17A" w14:textId="77777777" w:rsidR="00282991" w:rsidRDefault="00FE4586">
            <w:pPr>
              <w:spacing w:after="0"/>
            </w:pPr>
            <w:r>
              <w:rPr>
                <w:rFonts w:eastAsia="Arial" w:cs="Arial"/>
                <w:sz w:val="17"/>
              </w:rPr>
              <w:t>Immediate life-safety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16216E1" w14:textId="77777777" w:rsidR="00282991" w:rsidRDefault="00FE4586">
            <w:pPr>
              <w:spacing w:after="0"/>
            </w:pPr>
            <w:r>
              <w:rPr>
                <w:rFonts w:eastAsia="Arial" w:cs="Arial"/>
                <w:i/>
                <w:color w:val="707070"/>
                <w:sz w:val="20"/>
              </w:rPr>
              <w:t>&lt;Insert&gt;</w:t>
            </w:r>
          </w:p>
        </w:tc>
      </w:tr>
      <w:tr w:rsidR="00282991" w14:paraId="41D2D52D"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BEF53CD" w14:textId="77777777" w:rsidR="00282991" w:rsidRDefault="00FE4586">
            <w:pPr>
              <w:spacing w:after="0"/>
            </w:pPr>
            <w:r>
              <w:rPr>
                <w:rFonts w:eastAsia="Arial" w:cs="Arial"/>
                <w:sz w:val="17"/>
              </w:rPr>
              <w:t>Dialysis treatment / patient priorities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76ED44A" w14:textId="77777777" w:rsidR="00282991" w:rsidRDefault="00FE4586">
            <w:pPr>
              <w:spacing w:after="0"/>
            </w:pPr>
            <w:r>
              <w:rPr>
                <w:rFonts w:eastAsia="Arial" w:cs="Arial"/>
                <w:i/>
                <w:color w:val="707070"/>
                <w:sz w:val="20"/>
              </w:rPr>
              <w:t>&lt;Insert&gt;</w:t>
            </w:r>
          </w:p>
        </w:tc>
      </w:tr>
      <w:tr w:rsidR="00282991" w14:paraId="6277A5D9"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0490553" w14:textId="77777777" w:rsidR="00282991" w:rsidRDefault="00FE4586">
            <w:pPr>
              <w:spacing w:after="0"/>
            </w:pPr>
            <w:r>
              <w:rPr>
                <w:rFonts w:eastAsia="Arial" w:cs="Arial"/>
                <w:sz w:val="17"/>
              </w:rPr>
              <w:t>Safe treatment interruption / disconnection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C5E2329" w14:textId="77777777" w:rsidR="00282991" w:rsidRDefault="00FE4586">
            <w:pPr>
              <w:spacing w:after="0"/>
            </w:pPr>
            <w:r>
              <w:rPr>
                <w:rFonts w:eastAsia="Arial" w:cs="Arial"/>
                <w:i/>
                <w:color w:val="707070"/>
                <w:sz w:val="20"/>
              </w:rPr>
              <w:t>&lt;Insert&gt;</w:t>
            </w:r>
          </w:p>
        </w:tc>
      </w:tr>
      <w:tr w:rsidR="00282991" w14:paraId="27403D4A"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3225A63" w14:textId="77777777" w:rsidR="00282991" w:rsidRDefault="00FE4586">
            <w:pPr>
              <w:spacing w:after="0"/>
            </w:pPr>
            <w:r>
              <w:rPr>
                <w:rFonts w:eastAsia="Arial" w:cs="Arial"/>
                <w:sz w:val="17"/>
              </w:rPr>
              <w:t>Water / utility / equipment considerations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7F258A9" w14:textId="77777777" w:rsidR="00282991" w:rsidRDefault="00FE4586">
            <w:pPr>
              <w:spacing w:after="0"/>
            </w:pPr>
            <w:r>
              <w:rPr>
                <w:rFonts w:eastAsia="Arial" w:cs="Arial"/>
                <w:i/>
                <w:color w:val="707070"/>
                <w:sz w:val="20"/>
              </w:rPr>
              <w:t>&lt;Insert&gt;</w:t>
            </w:r>
          </w:p>
        </w:tc>
      </w:tr>
      <w:tr w:rsidR="00282991" w14:paraId="5AA966DC"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67BF6F4" w14:textId="77777777" w:rsidR="00282991" w:rsidRDefault="00FE4586">
            <w:pPr>
              <w:spacing w:after="0"/>
            </w:pPr>
            <w:r>
              <w:rPr>
                <w:rFonts w:eastAsia="Arial" w:cs="Arial"/>
                <w:sz w:val="17"/>
              </w:rPr>
              <w:t>Staffing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CBDDBE3" w14:textId="77777777" w:rsidR="00282991" w:rsidRDefault="00FE4586">
            <w:pPr>
              <w:spacing w:after="0"/>
            </w:pPr>
            <w:r>
              <w:rPr>
                <w:rFonts w:eastAsia="Arial" w:cs="Arial"/>
                <w:i/>
                <w:color w:val="707070"/>
                <w:sz w:val="20"/>
              </w:rPr>
              <w:t>&lt;Insert&gt;</w:t>
            </w:r>
          </w:p>
        </w:tc>
      </w:tr>
      <w:tr w:rsidR="00282991" w14:paraId="1C885CB0"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FDBE622" w14:textId="77777777" w:rsidR="00282991" w:rsidRDefault="00FE4586">
            <w:pPr>
              <w:spacing w:after="0"/>
            </w:pPr>
            <w:r>
              <w:rPr>
                <w:rFonts w:eastAsia="Arial" w:cs="Arial"/>
                <w:sz w:val="17"/>
              </w:rPr>
              <w:t>Communication / reporting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2186285" w14:textId="77777777" w:rsidR="00282991" w:rsidRDefault="00FE4586">
            <w:pPr>
              <w:spacing w:after="0"/>
            </w:pPr>
            <w:r>
              <w:rPr>
                <w:rFonts w:eastAsia="Arial" w:cs="Arial"/>
                <w:i/>
                <w:color w:val="707070"/>
                <w:sz w:val="20"/>
              </w:rPr>
              <w:t>&lt;Insert&gt;</w:t>
            </w:r>
          </w:p>
        </w:tc>
      </w:tr>
      <w:tr w:rsidR="00282991" w14:paraId="47BB8794"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65893A5" w14:textId="77777777" w:rsidR="00282991" w:rsidRDefault="00FE4586">
            <w:pPr>
              <w:spacing w:after="0"/>
            </w:pPr>
            <w:r>
              <w:rPr>
                <w:rFonts w:eastAsia="Arial" w:cs="Arial"/>
                <w:sz w:val="17"/>
              </w:rPr>
              <w:t>Evacuation / SIP / closure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F24F442" w14:textId="77777777" w:rsidR="00282991" w:rsidRDefault="00FE4586">
            <w:pPr>
              <w:spacing w:after="0"/>
            </w:pPr>
            <w:r>
              <w:rPr>
                <w:rFonts w:eastAsia="Arial" w:cs="Arial"/>
                <w:i/>
                <w:color w:val="707070"/>
                <w:sz w:val="20"/>
              </w:rPr>
              <w:t>&lt;Insert&gt;</w:t>
            </w:r>
          </w:p>
        </w:tc>
      </w:tr>
      <w:tr w:rsidR="00282991" w14:paraId="7908BCC4"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04D1F7F" w14:textId="77777777" w:rsidR="00282991" w:rsidRDefault="00FE4586">
            <w:pPr>
              <w:spacing w:after="0"/>
            </w:pPr>
            <w:r>
              <w:rPr>
                <w:rFonts w:eastAsia="Arial" w:cs="Arial"/>
                <w:sz w:val="17"/>
              </w:rPr>
              <w:t>Alternate dialysis / transportation / external partners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9BDFFBD" w14:textId="77777777" w:rsidR="00282991" w:rsidRDefault="00FE4586">
            <w:pPr>
              <w:spacing w:after="0"/>
            </w:pPr>
            <w:r>
              <w:rPr>
                <w:rFonts w:eastAsia="Arial" w:cs="Arial"/>
                <w:i/>
                <w:color w:val="707070"/>
                <w:sz w:val="20"/>
              </w:rPr>
              <w:t>&lt;Insert&gt;</w:t>
            </w:r>
          </w:p>
        </w:tc>
      </w:tr>
      <w:tr w:rsidR="00282991" w14:paraId="183E616B"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F3EA1E3" w14:textId="77777777" w:rsidR="00282991" w:rsidRDefault="00FE4586">
            <w:pPr>
              <w:spacing w:after="0"/>
            </w:pPr>
            <w:r>
              <w:rPr>
                <w:rFonts w:eastAsia="Arial" w:cs="Arial"/>
                <w:sz w:val="17"/>
              </w:rPr>
              <w:t>Recovery / return-to-normal criteria</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0D576E2" w14:textId="77777777" w:rsidR="00282991" w:rsidRDefault="00FE4586">
            <w:pPr>
              <w:spacing w:after="0"/>
            </w:pPr>
            <w:r>
              <w:rPr>
                <w:rFonts w:eastAsia="Arial" w:cs="Arial"/>
                <w:i/>
                <w:color w:val="707070"/>
                <w:sz w:val="20"/>
              </w:rPr>
              <w:t>&lt;Insert&gt;</w:t>
            </w:r>
          </w:p>
        </w:tc>
      </w:tr>
      <w:tr w:rsidR="00282991" w14:paraId="0FEF0F52"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C2C0AE2" w14:textId="77777777" w:rsidR="00282991" w:rsidRDefault="00FE4586">
            <w:pPr>
              <w:spacing w:after="0"/>
            </w:pPr>
            <w:r>
              <w:rPr>
                <w:rFonts w:eastAsia="Arial" w:cs="Arial"/>
                <w:sz w:val="17"/>
              </w:rPr>
              <w:t>Required documentation / AAR-QAPI</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0AA4A3F" w14:textId="77777777" w:rsidR="00282991" w:rsidRDefault="00FE4586">
            <w:pPr>
              <w:spacing w:after="0"/>
            </w:pPr>
            <w:r>
              <w:rPr>
                <w:rFonts w:eastAsia="Arial" w:cs="Arial"/>
                <w:i/>
                <w:color w:val="707070"/>
                <w:sz w:val="20"/>
              </w:rPr>
              <w:t>&lt;Insert&gt;</w:t>
            </w:r>
          </w:p>
        </w:tc>
      </w:tr>
    </w:tbl>
    <w:p w14:paraId="612B7000" w14:textId="77777777" w:rsidR="00282991" w:rsidRDefault="00282991">
      <w:pPr>
        <w:spacing w:after="20"/>
      </w:pPr>
    </w:p>
    <w:p w14:paraId="5A74A2D4" w14:textId="77777777" w:rsidR="00282991" w:rsidRDefault="00FE4586">
      <w:pPr>
        <w:pStyle w:val="Heading2"/>
      </w:pPr>
      <w:r>
        <w:rPr>
          <w:rFonts w:ascii="Arial" w:eastAsia="Arial" w:hAnsi="Arial" w:cs="Arial"/>
        </w:rPr>
        <w:t>Hazard-Specific Procedures / Notes</w:t>
      </w:r>
    </w:p>
    <w:p w14:paraId="479773AF" w14:textId="77777777" w:rsidR="00282991" w:rsidRDefault="00FE4586">
      <w:pPr>
        <w:spacing w:after="20"/>
      </w:pPr>
      <w:r>
        <w:rPr>
          <w:rFonts w:eastAsia="Arial" w:cs="Arial"/>
          <w:color w:val="BBBBBB"/>
          <w:sz w:val="16"/>
        </w:rPr>
        <w:t>__________________________________________________________________________________________________</w:t>
      </w:r>
    </w:p>
    <w:p w14:paraId="183DE428" w14:textId="77777777" w:rsidR="00282991" w:rsidRDefault="00FE4586">
      <w:pPr>
        <w:spacing w:after="20"/>
      </w:pPr>
      <w:r>
        <w:rPr>
          <w:rFonts w:eastAsia="Arial" w:cs="Arial"/>
          <w:color w:val="BBBBBB"/>
          <w:sz w:val="16"/>
        </w:rPr>
        <w:t>__________________________________________________________________________________________________</w:t>
      </w:r>
    </w:p>
    <w:p w14:paraId="1966955F" w14:textId="77777777" w:rsidR="00282991" w:rsidRDefault="00FE4586">
      <w:pPr>
        <w:spacing w:after="20"/>
      </w:pPr>
      <w:r>
        <w:rPr>
          <w:rFonts w:eastAsia="Arial" w:cs="Arial"/>
          <w:color w:val="BBBBBB"/>
          <w:sz w:val="16"/>
        </w:rPr>
        <w:t>__________________________________________________________________________________________________</w:t>
      </w:r>
    </w:p>
    <w:p w14:paraId="0F7D11E4" w14:textId="77777777" w:rsidR="00282991" w:rsidRDefault="00FE4586">
      <w:pPr>
        <w:spacing w:after="20"/>
      </w:pPr>
      <w:r>
        <w:rPr>
          <w:rFonts w:eastAsia="Arial" w:cs="Arial"/>
          <w:color w:val="BBBBBB"/>
          <w:sz w:val="16"/>
        </w:rPr>
        <w:t>__________________________________________________________________________________________________</w:t>
      </w:r>
    </w:p>
    <w:p w14:paraId="4C240A08" w14:textId="77777777" w:rsidR="00282991" w:rsidRDefault="00FE4586">
      <w:pPr>
        <w:spacing w:after="20"/>
      </w:pPr>
      <w:r>
        <w:rPr>
          <w:rFonts w:eastAsia="Arial" w:cs="Arial"/>
          <w:color w:val="BBBBBB"/>
          <w:sz w:val="16"/>
        </w:rPr>
        <w:t>__________________________________________________________________________________________________</w:t>
      </w:r>
    </w:p>
    <w:p w14:paraId="1DA1A335" w14:textId="77777777" w:rsidR="00282991" w:rsidRDefault="00FE4586">
      <w:r>
        <w:br w:type="page"/>
      </w:r>
    </w:p>
    <w:p w14:paraId="5CFEFAF9" w14:textId="77777777" w:rsidR="00282991" w:rsidRDefault="00FE4586">
      <w:pPr>
        <w:pStyle w:val="Heading1"/>
        <w:pBdr>
          <w:bottom w:val="single" w:sz="10" w:space="2" w:color="E63B07"/>
        </w:pBdr>
      </w:pPr>
      <w:r>
        <w:rPr>
          <w:rFonts w:ascii="Arial" w:eastAsia="Arial" w:hAnsi="Arial" w:cs="Arial"/>
        </w:rPr>
        <w:lastRenderedPageBreak/>
        <w:t>APPENDIX K - ACTIVE THREAT / VIOLENCE / SECURITY INCIDENT</w:t>
      </w:r>
    </w:p>
    <w:tbl>
      <w:tblPr>
        <w:tblW w:w="0" w:type="auto"/>
        <w:jc w:val="center"/>
        <w:tblLook w:val="04A0" w:firstRow="1" w:lastRow="0" w:firstColumn="1" w:lastColumn="0" w:noHBand="0" w:noVBand="1"/>
      </w:tblPr>
      <w:tblGrid>
        <w:gridCol w:w="10800"/>
      </w:tblGrid>
      <w:tr w:rsidR="00282991" w14:paraId="3A5F9E1B" w14:textId="77777777">
        <w:trPr>
          <w:jc w:val="center"/>
        </w:trPr>
        <w:tc>
          <w:tcPr>
            <w:tcW w:w="10800" w:type="dxa"/>
            <w:shd w:val="clear" w:color="auto" w:fill="E8F2EF"/>
            <w:tcMar>
              <w:top w:w="90" w:type="dxa"/>
              <w:left w:w="100" w:type="dxa"/>
              <w:bottom w:w="90" w:type="dxa"/>
              <w:right w:w="100" w:type="dxa"/>
            </w:tcMar>
          </w:tcPr>
          <w:p w14:paraId="3CEF10AD" w14:textId="77777777" w:rsidR="00282991" w:rsidRDefault="00FE4586">
            <w:pPr>
              <w:spacing w:after="0"/>
            </w:pPr>
            <w:r>
              <w:rPr>
                <w:rFonts w:eastAsia="Arial" w:cs="Arial"/>
                <w:b/>
                <w:color w:val="015A41"/>
                <w:sz w:val="19"/>
              </w:rPr>
              <w:t xml:space="preserve">REGULATORY CONNECTION </w:t>
            </w:r>
            <w:r>
              <w:rPr>
                <w:rFonts w:eastAsia="Arial" w:cs="Arial"/>
                <w:sz w:val="18"/>
              </w:rPr>
              <w:t>Address this hazard when supported by the facility- and community-based all-hazards risk assessment. Customize dialysis-specific differences rather than duplicating generic activation, communication, evacuation or recovery procedures.</w:t>
            </w:r>
          </w:p>
        </w:tc>
      </w:tr>
    </w:tbl>
    <w:p w14:paraId="014142CF" w14:textId="77777777" w:rsidR="00282991" w:rsidRDefault="00282991">
      <w:pPr>
        <w:spacing w:after="20"/>
      </w:pPr>
    </w:p>
    <w:tbl>
      <w:tblPr>
        <w:tblW w:w="0" w:type="auto"/>
        <w:jc w:val="center"/>
        <w:tblLayout w:type="fixed"/>
        <w:tblLook w:val="04A0" w:firstRow="1" w:lastRow="0" w:firstColumn="1" w:lastColumn="0" w:noHBand="0" w:noVBand="1"/>
      </w:tblPr>
      <w:tblGrid>
        <w:gridCol w:w="4464"/>
        <w:gridCol w:w="6336"/>
      </w:tblGrid>
      <w:tr w:rsidR="00282991" w14:paraId="7C327960" w14:textId="77777777">
        <w:trPr>
          <w:cantSplit/>
          <w:tblHeader/>
          <w:jc w:val="center"/>
        </w:trPr>
        <w:tc>
          <w:tcPr>
            <w:tcW w:w="446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FACC03D" w14:textId="77777777" w:rsidR="00282991" w:rsidRDefault="00FE4586">
            <w:pPr>
              <w:spacing w:after="0"/>
            </w:pPr>
            <w:r>
              <w:rPr>
                <w:rFonts w:eastAsia="Arial" w:cs="Arial"/>
                <w:b/>
                <w:color w:val="FFFFFF"/>
                <w:sz w:val="17"/>
              </w:rPr>
              <w:t>Field</w:t>
            </w:r>
          </w:p>
        </w:tc>
        <w:tc>
          <w:tcPr>
            <w:tcW w:w="633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157B11C" w14:textId="77777777" w:rsidR="00282991" w:rsidRDefault="00FE4586">
            <w:pPr>
              <w:spacing w:after="0"/>
            </w:pPr>
            <w:r>
              <w:rPr>
                <w:rFonts w:eastAsia="Arial" w:cs="Arial"/>
                <w:b/>
                <w:color w:val="FFFFFF"/>
                <w:sz w:val="17"/>
              </w:rPr>
              <w:t>Facility Entry</w:t>
            </w:r>
          </w:p>
        </w:tc>
      </w:tr>
      <w:tr w:rsidR="00282991" w14:paraId="2AF967FF"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76761E5" w14:textId="77777777" w:rsidR="00282991" w:rsidRDefault="00FE4586">
            <w:pPr>
              <w:spacing w:after="0"/>
            </w:pPr>
            <w:r>
              <w:rPr>
                <w:rFonts w:eastAsia="Arial" w:cs="Arial"/>
                <w:sz w:val="17"/>
              </w:rPr>
              <w:t>Risk / HVA rating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4235826" w14:textId="77777777" w:rsidR="00282991" w:rsidRDefault="00FE4586">
            <w:pPr>
              <w:spacing w:after="0"/>
            </w:pPr>
            <w:r>
              <w:rPr>
                <w:rFonts w:eastAsia="Arial" w:cs="Arial"/>
                <w:i/>
                <w:color w:val="707070"/>
                <w:sz w:val="20"/>
              </w:rPr>
              <w:t>&lt;Insert&gt;</w:t>
            </w:r>
          </w:p>
        </w:tc>
      </w:tr>
      <w:tr w:rsidR="00282991" w14:paraId="17E51B01"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D177256" w14:textId="77777777" w:rsidR="00282991" w:rsidRDefault="00FE4586">
            <w:pPr>
              <w:spacing w:after="0"/>
            </w:pPr>
            <w:r>
              <w:rPr>
                <w:rFonts w:eastAsia="Arial" w:cs="Arial"/>
                <w:sz w:val="17"/>
              </w:rPr>
              <w:t>Primary activation triggers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78A18C5" w14:textId="77777777" w:rsidR="00282991" w:rsidRDefault="00FE4586">
            <w:pPr>
              <w:spacing w:after="0"/>
            </w:pPr>
            <w:r>
              <w:rPr>
                <w:rFonts w:eastAsia="Arial" w:cs="Arial"/>
                <w:i/>
                <w:color w:val="707070"/>
                <w:sz w:val="20"/>
              </w:rPr>
              <w:t>&lt;Insert&gt;</w:t>
            </w:r>
          </w:p>
        </w:tc>
      </w:tr>
      <w:tr w:rsidR="00282991" w14:paraId="10F6FA5E"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B49BC3F" w14:textId="77777777" w:rsidR="00282991" w:rsidRDefault="00FE4586">
            <w:pPr>
              <w:spacing w:after="0"/>
            </w:pPr>
            <w:r>
              <w:rPr>
                <w:rFonts w:eastAsia="Arial" w:cs="Arial"/>
                <w:sz w:val="17"/>
              </w:rPr>
              <w:t>Decision authority</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6C79048" w14:textId="77777777" w:rsidR="00282991" w:rsidRDefault="00FE4586">
            <w:pPr>
              <w:spacing w:after="0"/>
            </w:pPr>
            <w:r>
              <w:rPr>
                <w:rFonts w:eastAsia="Arial" w:cs="Arial"/>
                <w:i/>
                <w:color w:val="707070"/>
                <w:sz w:val="20"/>
              </w:rPr>
              <w:t>&lt;Insert&gt;</w:t>
            </w:r>
          </w:p>
        </w:tc>
      </w:tr>
      <w:tr w:rsidR="00282991" w14:paraId="4122D8F7"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DEFA450" w14:textId="77777777" w:rsidR="00282991" w:rsidRDefault="00FE4586">
            <w:pPr>
              <w:spacing w:after="0"/>
            </w:pPr>
            <w:r>
              <w:rPr>
                <w:rFonts w:eastAsia="Arial" w:cs="Arial"/>
                <w:sz w:val="17"/>
              </w:rPr>
              <w:t>Immediate life-safety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D7F8BCC" w14:textId="77777777" w:rsidR="00282991" w:rsidRDefault="00FE4586">
            <w:pPr>
              <w:spacing w:after="0"/>
            </w:pPr>
            <w:r>
              <w:rPr>
                <w:rFonts w:eastAsia="Arial" w:cs="Arial"/>
                <w:i/>
                <w:color w:val="707070"/>
                <w:sz w:val="20"/>
              </w:rPr>
              <w:t>&lt;Insert&gt;</w:t>
            </w:r>
          </w:p>
        </w:tc>
      </w:tr>
      <w:tr w:rsidR="00282991" w14:paraId="562779C2"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0EA5CFC" w14:textId="77777777" w:rsidR="00282991" w:rsidRDefault="00FE4586">
            <w:pPr>
              <w:spacing w:after="0"/>
            </w:pPr>
            <w:r>
              <w:rPr>
                <w:rFonts w:eastAsia="Arial" w:cs="Arial"/>
                <w:sz w:val="17"/>
              </w:rPr>
              <w:t>Dialysis treatment / patient priorities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9FE26E8" w14:textId="77777777" w:rsidR="00282991" w:rsidRDefault="00FE4586">
            <w:pPr>
              <w:spacing w:after="0"/>
            </w:pPr>
            <w:r>
              <w:rPr>
                <w:rFonts w:eastAsia="Arial" w:cs="Arial"/>
                <w:i/>
                <w:color w:val="707070"/>
                <w:sz w:val="20"/>
              </w:rPr>
              <w:t>&lt;Insert&gt;</w:t>
            </w:r>
          </w:p>
        </w:tc>
      </w:tr>
      <w:tr w:rsidR="00282991" w14:paraId="3B38951C"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376DB65" w14:textId="77777777" w:rsidR="00282991" w:rsidRDefault="00FE4586">
            <w:pPr>
              <w:spacing w:after="0"/>
            </w:pPr>
            <w:r>
              <w:rPr>
                <w:rFonts w:eastAsia="Arial" w:cs="Arial"/>
                <w:sz w:val="17"/>
              </w:rPr>
              <w:t>Safe treatment interruption / disconnection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1CB9C51" w14:textId="77777777" w:rsidR="00282991" w:rsidRDefault="00FE4586">
            <w:pPr>
              <w:spacing w:after="0"/>
            </w:pPr>
            <w:r>
              <w:rPr>
                <w:rFonts w:eastAsia="Arial" w:cs="Arial"/>
                <w:i/>
                <w:color w:val="707070"/>
                <w:sz w:val="20"/>
              </w:rPr>
              <w:t>&lt;Insert&gt;</w:t>
            </w:r>
          </w:p>
        </w:tc>
      </w:tr>
      <w:tr w:rsidR="00282991" w14:paraId="7E616361"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4BD2A2B" w14:textId="77777777" w:rsidR="00282991" w:rsidRDefault="00FE4586">
            <w:pPr>
              <w:spacing w:after="0"/>
            </w:pPr>
            <w:r>
              <w:rPr>
                <w:rFonts w:eastAsia="Arial" w:cs="Arial"/>
                <w:sz w:val="17"/>
              </w:rPr>
              <w:t>Water / utility / equipment considerations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80762AD" w14:textId="77777777" w:rsidR="00282991" w:rsidRDefault="00FE4586">
            <w:pPr>
              <w:spacing w:after="0"/>
            </w:pPr>
            <w:r>
              <w:rPr>
                <w:rFonts w:eastAsia="Arial" w:cs="Arial"/>
                <w:i/>
                <w:color w:val="707070"/>
                <w:sz w:val="20"/>
              </w:rPr>
              <w:t>&lt;Insert&gt;</w:t>
            </w:r>
          </w:p>
        </w:tc>
      </w:tr>
      <w:tr w:rsidR="00282991" w14:paraId="496EA627"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92E8CF3" w14:textId="77777777" w:rsidR="00282991" w:rsidRDefault="00FE4586">
            <w:pPr>
              <w:spacing w:after="0"/>
            </w:pPr>
            <w:r>
              <w:rPr>
                <w:rFonts w:eastAsia="Arial" w:cs="Arial"/>
                <w:sz w:val="17"/>
              </w:rPr>
              <w:t>Staffing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9E24B47" w14:textId="77777777" w:rsidR="00282991" w:rsidRDefault="00FE4586">
            <w:pPr>
              <w:spacing w:after="0"/>
            </w:pPr>
            <w:r>
              <w:rPr>
                <w:rFonts w:eastAsia="Arial" w:cs="Arial"/>
                <w:i/>
                <w:color w:val="707070"/>
                <w:sz w:val="20"/>
              </w:rPr>
              <w:t>&lt;Insert&gt;</w:t>
            </w:r>
          </w:p>
        </w:tc>
      </w:tr>
      <w:tr w:rsidR="00282991" w14:paraId="7CCD7DEE"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4E90B52" w14:textId="77777777" w:rsidR="00282991" w:rsidRDefault="00FE4586">
            <w:pPr>
              <w:spacing w:after="0"/>
            </w:pPr>
            <w:r>
              <w:rPr>
                <w:rFonts w:eastAsia="Arial" w:cs="Arial"/>
                <w:sz w:val="17"/>
              </w:rPr>
              <w:t>Communication / reporting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B642ADE" w14:textId="77777777" w:rsidR="00282991" w:rsidRDefault="00FE4586">
            <w:pPr>
              <w:spacing w:after="0"/>
            </w:pPr>
            <w:r>
              <w:rPr>
                <w:rFonts w:eastAsia="Arial" w:cs="Arial"/>
                <w:i/>
                <w:color w:val="707070"/>
                <w:sz w:val="20"/>
              </w:rPr>
              <w:t>&lt;Insert&gt;</w:t>
            </w:r>
          </w:p>
        </w:tc>
      </w:tr>
      <w:tr w:rsidR="00282991" w14:paraId="2CC2C5AD"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2651A41" w14:textId="77777777" w:rsidR="00282991" w:rsidRDefault="00FE4586">
            <w:pPr>
              <w:spacing w:after="0"/>
            </w:pPr>
            <w:r>
              <w:rPr>
                <w:rFonts w:eastAsia="Arial" w:cs="Arial"/>
                <w:sz w:val="17"/>
              </w:rPr>
              <w:t>Evacuation / SIP / closure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BAD2720" w14:textId="77777777" w:rsidR="00282991" w:rsidRDefault="00FE4586">
            <w:pPr>
              <w:spacing w:after="0"/>
            </w:pPr>
            <w:r>
              <w:rPr>
                <w:rFonts w:eastAsia="Arial" w:cs="Arial"/>
                <w:i/>
                <w:color w:val="707070"/>
                <w:sz w:val="20"/>
              </w:rPr>
              <w:t>&lt;Insert&gt;</w:t>
            </w:r>
          </w:p>
        </w:tc>
      </w:tr>
      <w:tr w:rsidR="00282991" w14:paraId="740028B9"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7264986" w14:textId="77777777" w:rsidR="00282991" w:rsidRDefault="00FE4586">
            <w:pPr>
              <w:spacing w:after="0"/>
            </w:pPr>
            <w:r>
              <w:rPr>
                <w:rFonts w:eastAsia="Arial" w:cs="Arial"/>
                <w:sz w:val="17"/>
              </w:rPr>
              <w:t>Alternate dialysis / transportation / external partners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2DF850E" w14:textId="77777777" w:rsidR="00282991" w:rsidRDefault="00FE4586">
            <w:pPr>
              <w:spacing w:after="0"/>
            </w:pPr>
            <w:r>
              <w:rPr>
                <w:rFonts w:eastAsia="Arial" w:cs="Arial"/>
                <w:i/>
                <w:color w:val="707070"/>
                <w:sz w:val="20"/>
              </w:rPr>
              <w:t>&lt;Insert&gt;</w:t>
            </w:r>
          </w:p>
        </w:tc>
      </w:tr>
      <w:tr w:rsidR="00282991" w14:paraId="3A63DD7F"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5273BB7" w14:textId="77777777" w:rsidR="00282991" w:rsidRDefault="00FE4586">
            <w:pPr>
              <w:spacing w:after="0"/>
            </w:pPr>
            <w:r>
              <w:rPr>
                <w:rFonts w:eastAsia="Arial" w:cs="Arial"/>
                <w:sz w:val="17"/>
              </w:rPr>
              <w:t>Recovery / return-to-normal criteria</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D2AB4B9" w14:textId="77777777" w:rsidR="00282991" w:rsidRDefault="00FE4586">
            <w:pPr>
              <w:spacing w:after="0"/>
            </w:pPr>
            <w:r>
              <w:rPr>
                <w:rFonts w:eastAsia="Arial" w:cs="Arial"/>
                <w:i/>
                <w:color w:val="707070"/>
                <w:sz w:val="20"/>
              </w:rPr>
              <w:t>&lt;Insert&gt;</w:t>
            </w:r>
          </w:p>
        </w:tc>
      </w:tr>
      <w:tr w:rsidR="00282991" w14:paraId="5D5F99B1"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4352522" w14:textId="77777777" w:rsidR="00282991" w:rsidRDefault="00FE4586">
            <w:pPr>
              <w:spacing w:after="0"/>
            </w:pPr>
            <w:r>
              <w:rPr>
                <w:rFonts w:eastAsia="Arial" w:cs="Arial"/>
                <w:sz w:val="17"/>
              </w:rPr>
              <w:t>Required documentation / AAR-QAPI</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DE5495" w14:textId="77777777" w:rsidR="00282991" w:rsidRDefault="00FE4586">
            <w:pPr>
              <w:spacing w:after="0"/>
            </w:pPr>
            <w:r>
              <w:rPr>
                <w:rFonts w:eastAsia="Arial" w:cs="Arial"/>
                <w:i/>
                <w:color w:val="707070"/>
                <w:sz w:val="20"/>
              </w:rPr>
              <w:t>&lt;Insert&gt;</w:t>
            </w:r>
          </w:p>
        </w:tc>
      </w:tr>
    </w:tbl>
    <w:p w14:paraId="3797F2AB" w14:textId="77777777" w:rsidR="00282991" w:rsidRDefault="00282991">
      <w:pPr>
        <w:spacing w:after="20"/>
      </w:pPr>
    </w:p>
    <w:p w14:paraId="5B455C04" w14:textId="77777777" w:rsidR="00282991" w:rsidRDefault="00FE4586">
      <w:pPr>
        <w:pStyle w:val="Heading2"/>
      </w:pPr>
      <w:r>
        <w:rPr>
          <w:rFonts w:ascii="Arial" w:eastAsia="Arial" w:hAnsi="Arial" w:cs="Arial"/>
        </w:rPr>
        <w:t>Hazard-Specific Procedures / Notes</w:t>
      </w:r>
    </w:p>
    <w:p w14:paraId="0EE7F3C0" w14:textId="77777777" w:rsidR="00282991" w:rsidRDefault="00FE4586">
      <w:pPr>
        <w:spacing w:after="20"/>
      </w:pPr>
      <w:r>
        <w:rPr>
          <w:rFonts w:eastAsia="Arial" w:cs="Arial"/>
          <w:color w:val="BBBBBB"/>
          <w:sz w:val="16"/>
        </w:rPr>
        <w:t>__________________________________________________________________________________________________</w:t>
      </w:r>
    </w:p>
    <w:p w14:paraId="737ECE9C" w14:textId="77777777" w:rsidR="00282991" w:rsidRDefault="00FE4586">
      <w:pPr>
        <w:spacing w:after="20"/>
      </w:pPr>
      <w:r>
        <w:rPr>
          <w:rFonts w:eastAsia="Arial" w:cs="Arial"/>
          <w:color w:val="BBBBBB"/>
          <w:sz w:val="16"/>
        </w:rPr>
        <w:t>__________________________________________________________________________________________________</w:t>
      </w:r>
    </w:p>
    <w:p w14:paraId="62C929E9" w14:textId="77777777" w:rsidR="00282991" w:rsidRDefault="00FE4586">
      <w:pPr>
        <w:spacing w:after="20"/>
      </w:pPr>
      <w:r>
        <w:rPr>
          <w:rFonts w:eastAsia="Arial" w:cs="Arial"/>
          <w:color w:val="BBBBBB"/>
          <w:sz w:val="16"/>
        </w:rPr>
        <w:t>__________________________________________________________________________________________________</w:t>
      </w:r>
    </w:p>
    <w:p w14:paraId="5A59B792" w14:textId="77777777" w:rsidR="00282991" w:rsidRDefault="00FE4586">
      <w:pPr>
        <w:spacing w:after="20"/>
      </w:pPr>
      <w:r>
        <w:rPr>
          <w:rFonts w:eastAsia="Arial" w:cs="Arial"/>
          <w:color w:val="BBBBBB"/>
          <w:sz w:val="16"/>
        </w:rPr>
        <w:t>__________________________________________________________________________________________________</w:t>
      </w:r>
    </w:p>
    <w:p w14:paraId="3EE43368" w14:textId="77777777" w:rsidR="00282991" w:rsidRDefault="00FE4586">
      <w:pPr>
        <w:spacing w:after="20"/>
      </w:pPr>
      <w:r>
        <w:rPr>
          <w:rFonts w:eastAsia="Arial" w:cs="Arial"/>
          <w:color w:val="BBBBBB"/>
          <w:sz w:val="16"/>
        </w:rPr>
        <w:t>__________________________________________________________________________________________________</w:t>
      </w:r>
    </w:p>
    <w:p w14:paraId="5394EEAD" w14:textId="77777777" w:rsidR="00282991" w:rsidRDefault="00FE4586">
      <w:r>
        <w:br w:type="page"/>
      </w:r>
    </w:p>
    <w:p w14:paraId="13955125" w14:textId="77777777" w:rsidR="00282991" w:rsidRDefault="00FE4586">
      <w:pPr>
        <w:pStyle w:val="Heading1"/>
        <w:pBdr>
          <w:bottom w:val="single" w:sz="10" w:space="2" w:color="E63B07"/>
        </w:pBdr>
      </w:pPr>
      <w:r>
        <w:rPr>
          <w:rFonts w:ascii="Arial" w:eastAsia="Arial" w:hAnsi="Arial" w:cs="Arial"/>
        </w:rPr>
        <w:lastRenderedPageBreak/>
        <w:t>APPENDIX L - HAZARDOUS MATERIALS / INDOOR AIR / ENVIRONMENTAL INCIDENT</w:t>
      </w:r>
    </w:p>
    <w:tbl>
      <w:tblPr>
        <w:tblW w:w="0" w:type="auto"/>
        <w:jc w:val="center"/>
        <w:tblLook w:val="04A0" w:firstRow="1" w:lastRow="0" w:firstColumn="1" w:lastColumn="0" w:noHBand="0" w:noVBand="1"/>
      </w:tblPr>
      <w:tblGrid>
        <w:gridCol w:w="10800"/>
      </w:tblGrid>
      <w:tr w:rsidR="00282991" w14:paraId="34360F37" w14:textId="77777777">
        <w:trPr>
          <w:jc w:val="center"/>
        </w:trPr>
        <w:tc>
          <w:tcPr>
            <w:tcW w:w="10800" w:type="dxa"/>
            <w:shd w:val="clear" w:color="auto" w:fill="E8F2EF"/>
            <w:tcMar>
              <w:top w:w="90" w:type="dxa"/>
              <w:left w:w="100" w:type="dxa"/>
              <w:bottom w:w="90" w:type="dxa"/>
              <w:right w:w="100" w:type="dxa"/>
            </w:tcMar>
          </w:tcPr>
          <w:p w14:paraId="6256BA4D" w14:textId="77777777" w:rsidR="00282991" w:rsidRDefault="00FE4586">
            <w:pPr>
              <w:spacing w:after="0"/>
            </w:pPr>
            <w:r>
              <w:rPr>
                <w:rFonts w:eastAsia="Arial" w:cs="Arial"/>
                <w:b/>
                <w:color w:val="015A41"/>
                <w:sz w:val="19"/>
              </w:rPr>
              <w:t xml:space="preserve">REGULATORY CONNECTION </w:t>
            </w:r>
            <w:r>
              <w:rPr>
                <w:rFonts w:eastAsia="Arial" w:cs="Arial"/>
                <w:sz w:val="18"/>
              </w:rPr>
              <w:t>Address this hazard when supported by the facility- and community-based all-hazards risk assessment. Customize dialysis-specific differences rather than duplicating generic activation, communication, evacuation or recovery procedures.</w:t>
            </w:r>
          </w:p>
        </w:tc>
      </w:tr>
    </w:tbl>
    <w:p w14:paraId="18F27265" w14:textId="77777777" w:rsidR="00282991" w:rsidRDefault="00282991">
      <w:pPr>
        <w:spacing w:after="20"/>
      </w:pPr>
    </w:p>
    <w:tbl>
      <w:tblPr>
        <w:tblW w:w="0" w:type="auto"/>
        <w:jc w:val="center"/>
        <w:tblLayout w:type="fixed"/>
        <w:tblLook w:val="04A0" w:firstRow="1" w:lastRow="0" w:firstColumn="1" w:lastColumn="0" w:noHBand="0" w:noVBand="1"/>
      </w:tblPr>
      <w:tblGrid>
        <w:gridCol w:w="4464"/>
        <w:gridCol w:w="6336"/>
      </w:tblGrid>
      <w:tr w:rsidR="00282991" w14:paraId="5F45DF99" w14:textId="77777777">
        <w:trPr>
          <w:cantSplit/>
          <w:tblHeader/>
          <w:jc w:val="center"/>
        </w:trPr>
        <w:tc>
          <w:tcPr>
            <w:tcW w:w="446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81B561F" w14:textId="77777777" w:rsidR="00282991" w:rsidRDefault="00FE4586">
            <w:pPr>
              <w:spacing w:after="0"/>
            </w:pPr>
            <w:r>
              <w:rPr>
                <w:rFonts w:eastAsia="Arial" w:cs="Arial"/>
                <w:b/>
                <w:color w:val="FFFFFF"/>
                <w:sz w:val="17"/>
              </w:rPr>
              <w:t>Field</w:t>
            </w:r>
          </w:p>
        </w:tc>
        <w:tc>
          <w:tcPr>
            <w:tcW w:w="633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BC3BD67" w14:textId="77777777" w:rsidR="00282991" w:rsidRDefault="00FE4586">
            <w:pPr>
              <w:spacing w:after="0"/>
            </w:pPr>
            <w:r>
              <w:rPr>
                <w:rFonts w:eastAsia="Arial" w:cs="Arial"/>
                <w:b/>
                <w:color w:val="FFFFFF"/>
                <w:sz w:val="17"/>
              </w:rPr>
              <w:t>Facility Entry</w:t>
            </w:r>
          </w:p>
        </w:tc>
      </w:tr>
      <w:tr w:rsidR="00282991" w14:paraId="66FA8466"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69FDFDA" w14:textId="77777777" w:rsidR="00282991" w:rsidRDefault="00FE4586">
            <w:pPr>
              <w:spacing w:after="0"/>
            </w:pPr>
            <w:r>
              <w:rPr>
                <w:rFonts w:eastAsia="Arial" w:cs="Arial"/>
                <w:sz w:val="17"/>
              </w:rPr>
              <w:t>Risk / HVA rating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E5B7DEC" w14:textId="77777777" w:rsidR="00282991" w:rsidRDefault="00FE4586">
            <w:pPr>
              <w:spacing w:after="0"/>
            </w:pPr>
            <w:r>
              <w:rPr>
                <w:rFonts w:eastAsia="Arial" w:cs="Arial"/>
                <w:i/>
                <w:color w:val="707070"/>
                <w:sz w:val="20"/>
              </w:rPr>
              <w:t>&lt;Insert&gt;</w:t>
            </w:r>
          </w:p>
        </w:tc>
      </w:tr>
      <w:tr w:rsidR="00282991" w14:paraId="0B986A3C"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3B629B4" w14:textId="77777777" w:rsidR="00282991" w:rsidRDefault="00FE4586">
            <w:pPr>
              <w:spacing w:after="0"/>
            </w:pPr>
            <w:r>
              <w:rPr>
                <w:rFonts w:eastAsia="Arial" w:cs="Arial"/>
                <w:sz w:val="17"/>
              </w:rPr>
              <w:t>Primary activation triggers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E6AA066" w14:textId="77777777" w:rsidR="00282991" w:rsidRDefault="00FE4586">
            <w:pPr>
              <w:spacing w:after="0"/>
            </w:pPr>
            <w:r>
              <w:rPr>
                <w:rFonts w:eastAsia="Arial" w:cs="Arial"/>
                <w:i/>
                <w:color w:val="707070"/>
                <w:sz w:val="20"/>
              </w:rPr>
              <w:t>&lt;Insert&gt;</w:t>
            </w:r>
          </w:p>
        </w:tc>
      </w:tr>
      <w:tr w:rsidR="00282991" w14:paraId="26A8ECAD"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13038F7" w14:textId="77777777" w:rsidR="00282991" w:rsidRDefault="00FE4586">
            <w:pPr>
              <w:spacing w:after="0"/>
            </w:pPr>
            <w:r>
              <w:rPr>
                <w:rFonts w:eastAsia="Arial" w:cs="Arial"/>
                <w:sz w:val="17"/>
              </w:rPr>
              <w:t>Decision authority</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2064C45" w14:textId="77777777" w:rsidR="00282991" w:rsidRDefault="00FE4586">
            <w:pPr>
              <w:spacing w:after="0"/>
            </w:pPr>
            <w:r>
              <w:rPr>
                <w:rFonts w:eastAsia="Arial" w:cs="Arial"/>
                <w:i/>
                <w:color w:val="707070"/>
                <w:sz w:val="20"/>
              </w:rPr>
              <w:t>&lt;Insert&gt;</w:t>
            </w:r>
          </w:p>
        </w:tc>
      </w:tr>
      <w:tr w:rsidR="00282991" w14:paraId="312B521B"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98C7B1F" w14:textId="77777777" w:rsidR="00282991" w:rsidRDefault="00FE4586">
            <w:pPr>
              <w:spacing w:after="0"/>
            </w:pPr>
            <w:r>
              <w:rPr>
                <w:rFonts w:eastAsia="Arial" w:cs="Arial"/>
                <w:sz w:val="17"/>
              </w:rPr>
              <w:t>Immediate life-safety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D5C18AB" w14:textId="77777777" w:rsidR="00282991" w:rsidRDefault="00FE4586">
            <w:pPr>
              <w:spacing w:after="0"/>
            </w:pPr>
            <w:r>
              <w:rPr>
                <w:rFonts w:eastAsia="Arial" w:cs="Arial"/>
                <w:i/>
                <w:color w:val="707070"/>
                <w:sz w:val="20"/>
              </w:rPr>
              <w:t>&lt;Insert&gt;</w:t>
            </w:r>
          </w:p>
        </w:tc>
      </w:tr>
      <w:tr w:rsidR="00282991" w14:paraId="47B1CC64"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5F9A48E" w14:textId="77777777" w:rsidR="00282991" w:rsidRDefault="00FE4586">
            <w:pPr>
              <w:spacing w:after="0"/>
            </w:pPr>
            <w:r>
              <w:rPr>
                <w:rFonts w:eastAsia="Arial" w:cs="Arial"/>
                <w:sz w:val="17"/>
              </w:rPr>
              <w:t>Dialysis treatment / patient priorities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52AD81E" w14:textId="77777777" w:rsidR="00282991" w:rsidRDefault="00FE4586">
            <w:pPr>
              <w:spacing w:after="0"/>
            </w:pPr>
            <w:r>
              <w:rPr>
                <w:rFonts w:eastAsia="Arial" w:cs="Arial"/>
                <w:i/>
                <w:color w:val="707070"/>
                <w:sz w:val="20"/>
              </w:rPr>
              <w:t>&lt;Insert&gt;</w:t>
            </w:r>
          </w:p>
        </w:tc>
      </w:tr>
      <w:tr w:rsidR="00282991" w14:paraId="5036CB88"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AFAFBD6" w14:textId="77777777" w:rsidR="00282991" w:rsidRDefault="00FE4586">
            <w:pPr>
              <w:spacing w:after="0"/>
            </w:pPr>
            <w:r>
              <w:rPr>
                <w:rFonts w:eastAsia="Arial" w:cs="Arial"/>
                <w:sz w:val="17"/>
              </w:rPr>
              <w:t>Safe treatment interruption / disconnection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99BFC9C" w14:textId="77777777" w:rsidR="00282991" w:rsidRDefault="00FE4586">
            <w:pPr>
              <w:spacing w:after="0"/>
            </w:pPr>
            <w:r>
              <w:rPr>
                <w:rFonts w:eastAsia="Arial" w:cs="Arial"/>
                <w:i/>
                <w:color w:val="707070"/>
                <w:sz w:val="20"/>
              </w:rPr>
              <w:t>&lt;Insert&gt;</w:t>
            </w:r>
          </w:p>
        </w:tc>
      </w:tr>
      <w:tr w:rsidR="00282991" w14:paraId="514771BE"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12AF898" w14:textId="77777777" w:rsidR="00282991" w:rsidRDefault="00FE4586">
            <w:pPr>
              <w:spacing w:after="0"/>
            </w:pPr>
            <w:r>
              <w:rPr>
                <w:rFonts w:eastAsia="Arial" w:cs="Arial"/>
                <w:sz w:val="17"/>
              </w:rPr>
              <w:t>Water / utility / equipment considerations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88FD767" w14:textId="77777777" w:rsidR="00282991" w:rsidRDefault="00FE4586">
            <w:pPr>
              <w:spacing w:after="0"/>
            </w:pPr>
            <w:r>
              <w:rPr>
                <w:rFonts w:eastAsia="Arial" w:cs="Arial"/>
                <w:i/>
                <w:color w:val="707070"/>
                <w:sz w:val="20"/>
              </w:rPr>
              <w:t>&lt;Insert&gt;</w:t>
            </w:r>
          </w:p>
        </w:tc>
      </w:tr>
      <w:tr w:rsidR="00282991" w14:paraId="3EF42563"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CE3725F" w14:textId="77777777" w:rsidR="00282991" w:rsidRDefault="00FE4586">
            <w:pPr>
              <w:spacing w:after="0"/>
            </w:pPr>
            <w:r>
              <w:rPr>
                <w:rFonts w:eastAsia="Arial" w:cs="Arial"/>
                <w:sz w:val="17"/>
              </w:rPr>
              <w:t>Staffing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CA77303" w14:textId="77777777" w:rsidR="00282991" w:rsidRDefault="00FE4586">
            <w:pPr>
              <w:spacing w:after="0"/>
            </w:pPr>
            <w:r>
              <w:rPr>
                <w:rFonts w:eastAsia="Arial" w:cs="Arial"/>
                <w:i/>
                <w:color w:val="707070"/>
                <w:sz w:val="20"/>
              </w:rPr>
              <w:t>&lt;Insert&gt;</w:t>
            </w:r>
          </w:p>
        </w:tc>
      </w:tr>
      <w:tr w:rsidR="00282991" w14:paraId="56228E7E"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74B2500" w14:textId="77777777" w:rsidR="00282991" w:rsidRDefault="00FE4586">
            <w:pPr>
              <w:spacing w:after="0"/>
            </w:pPr>
            <w:r>
              <w:rPr>
                <w:rFonts w:eastAsia="Arial" w:cs="Arial"/>
                <w:sz w:val="17"/>
              </w:rPr>
              <w:t>Communication / reporting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8D74944" w14:textId="77777777" w:rsidR="00282991" w:rsidRDefault="00FE4586">
            <w:pPr>
              <w:spacing w:after="0"/>
            </w:pPr>
            <w:r>
              <w:rPr>
                <w:rFonts w:eastAsia="Arial" w:cs="Arial"/>
                <w:i/>
                <w:color w:val="707070"/>
                <w:sz w:val="20"/>
              </w:rPr>
              <w:t>&lt;Insert&gt;</w:t>
            </w:r>
          </w:p>
        </w:tc>
      </w:tr>
      <w:tr w:rsidR="00282991" w14:paraId="2A633E7A"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6C15AFB" w14:textId="77777777" w:rsidR="00282991" w:rsidRDefault="00FE4586">
            <w:pPr>
              <w:spacing w:after="0"/>
            </w:pPr>
            <w:r>
              <w:rPr>
                <w:rFonts w:eastAsia="Arial" w:cs="Arial"/>
                <w:sz w:val="17"/>
              </w:rPr>
              <w:t>Evacuation / SIP / closure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2CC158B" w14:textId="77777777" w:rsidR="00282991" w:rsidRDefault="00FE4586">
            <w:pPr>
              <w:spacing w:after="0"/>
            </w:pPr>
            <w:r>
              <w:rPr>
                <w:rFonts w:eastAsia="Arial" w:cs="Arial"/>
                <w:i/>
                <w:color w:val="707070"/>
                <w:sz w:val="20"/>
              </w:rPr>
              <w:t>&lt;Insert&gt;</w:t>
            </w:r>
          </w:p>
        </w:tc>
      </w:tr>
      <w:tr w:rsidR="00282991" w14:paraId="45E87AA8"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C60A503" w14:textId="77777777" w:rsidR="00282991" w:rsidRDefault="00FE4586">
            <w:pPr>
              <w:spacing w:after="0"/>
            </w:pPr>
            <w:r>
              <w:rPr>
                <w:rFonts w:eastAsia="Arial" w:cs="Arial"/>
                <w:sz w:val="17"/>
              </w:rPr>
              <w:t>Alternate dialysis / transportation / external partners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2A743FF" w14:textId="77777777" w:rsidR="00282991" w:rsidRDefault="00FE4586">
            <w:pPr>
              <w:spacing w:after="0"/>
            </w:pPr>
            <w:r>
              <w:rPr>
                <w:rFonts w:eastAsia="Arial" w:cs="Arial"/>
                <w:i/>
                <w:color w:val="707070"/>
                <w:sz w:val="20"/>
              </w:rPr>
              <w:t>&lt;Insert&gt;</w:t>
            </w:r>
          </w:p>
        </w:tc>
      </w:tr>
      <w:tr w:rsidR="00282991" w14:paraId="126CC4E6"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2B663E4" w14:textId="77777777" w:rsidR="00282991" w:rsidRDefault="00FE4586">
            <w:pPr>
              <w:spacing w:after="0"/>
            </w:pPr>
            <w:r>
              <w:rPr>
                <w:rFonts w:eastAsia="Arial" w:cs="Arial"/>
                <w:sz w:val="17"/>
              </w:rPr>
              <w:t>Recovery / return-to-normal criteria</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A22C1AD" w14:textId="77777777" w:rsidR="00282991" w:rsidRDefault="00FE4586">
            <w:pPr>
              <w:spacing w:after="0"/>
            </w:pPr>
            <w:r>
              <w:rPr>
                <w:rFonts w:eastAsia="Arial" w:cs="Arial"/>
                <w:i/>
                <w:color w:val="707070"/>
                <w:sz w:val="20"/>
              </w:rPr>
              <w:t>&lt;Insert&gt;</w:t>
            </w:r>
          </w:p>
        </w:tc>
      </w:tr>
      <w:tr w:rsidR="00282991" w14:paraId="212B6736"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1CA54C3" w14:textId="77777777" w:rsidR="00282991" w:rsidRDefault="00FE4586">
            <w:pPr>
              <w:spacing w:after="0"/>
            </w:pPr>
            <w:r>
              <w:rPr>
                <w:rFonts w:eastAsia="Arial" w:cs="Arial"/>
                <w:sz w:val="17"/>
              </w:rPr>
              <w:t>Required documentation / AAR-QAPI</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A22B94B" w14:textId="77777777" w:rsidR="00282991" w:rsidRDefault="00FE4586">
            <w:pPr>
              <w:spacing w:after="0"/>
            </w:pPr>
            <w:r>
              <w:rPr>
                <w:rFonts w:eastAsia="Arial" w:cs="Arial"/>
                <w:i/>
                <w:color w:val="707070"/>
                <w:sz w:val="20"/>
              </w:rPr>
              <w:t>&lt;Insert&gt;</w:t>
            </w:r>
          </w:p>
        </w:tc>
      </w:tr>
    </w:tbl>
    <w:p w14:paraId="19234AED" w14:textId="77777777" w:rsidR="00282991" w:rsidRDefault="00282991">
      <w:pPr>
        <w:spacing w:after="20"/>
      </w:pPr>
    </w:p>
    <w:p w14:paraId="79FE246F" w14:textId="77777777" w:rsidR="00282991" w:rsidRDefault="00FE4586">
      <w:pPr>
        <w:pStyle w:val="Heading2"/>
      </w:pPr>
      <w:r>
        <w:rPr>
          <w:rFonts w:ascii="Arial" w:eastAsia="Arial" w:hAnsi="Arial" w:cs="Arial"/>
        </w:rPr>
        <w:t>Hazard-Specific Procedures / Notes</w:t>
      </w:r>
    </w:p>
    <w:p w14:paraId="25C8BB53" w14:textId="77777777" w:rsidR="00282991" w:rsidRDefault="00FE4586">
      <w:pPr>
        <w:spacing w:after="20"/>
      </w:pPr>
      <w:r>
        <w:rPr>
          <w:rFonts w:eastAsia="Arial" w:cs="Arial"/>
          <w:color w:val="BBBBBB"/>
          <w:sz w:val="16"/>
        </w:rPr>
        <w:t>__________________________________________________________________________________________________</w:t>
      </w:r>
    </w:p>
    <w:p w14:paraId="20C72284" w14:textId="77777777" w:rsidR="00282991" w:rsidRDefault="00FE4586">
      <w:pPr>
        <w:spacing w:after="20"/>
      </w:pPr>
      <w:r>
        <w:rPr>
          <w:rFonts w:eastAsia="Arial" w:cs="Arial"/>
          <w:color w:val="BBBBBB"/>
          <w:sz w:val="16"/>
        </w:rPr>
        <w:t>__________________________________________________________________________________________________</w:t>
      </w:r>
    </w:p>
    <w:p w14:paraId="1283E0BF" w14:textId="77777777" w:rsidR="00282991" w:rsidRDefault="00FE4586">
      <w:pPr>
        <w:spacing w:after="20"/>
      </w:pPr>
      <w:r>
        <w:rPr>
          <w:rFonts w:eastAsia="Arial" w:cs="Arial"/>
          <w:color w:val="BBBBBB"/>
          <w:sz w:val="16"/>
        </w:rPr>
        <w:t>__________________________________________________________________________________________________</w:t>
      </w:r>
    </w:p>
    <w:p w14:paraId="6851BB1A" w14:textId="77777777" w:rsidR="00282991" w:rsidRDefault="00FE4586">
      <w:pPr>
        <w:spacing w:after="20"/>
      </w:pPr>
      <w:r>
        <w:rPr>
          <w:rFonts w:eastAsia="Arial" w:cs="Arial"/>
          <w:color w:val="BBBBBB"/>
          <w:sz w:val="16"/>
        </w:rPr>
        <w:t>__________________________________________________________________________________________________</w:t>
      </w:r>
    </w:p>
    <w:p w14:paraId="2283CBBC" w14:textId="77777777" w:rsidR="00282991" w:rsidRDefault="00FE4586">
      <w:pPr>
        <w:spacing w:after="20"/>
      </w:pPr>
      <w:r>
        <w:rPr>
          <w:rFonts w:eastAsia="Arial" w:cs="Arial"/>
          <w:color w:val="BBBBBB"/>
          <w:sz w:val="16"/>
        </w:rPr>
        <w:t>__________________________________________________________________________________________________</w:t>
      </w:r>
    </w:p>
    <w:p w14:paraId="352BA55E" w14:textId="77777777" w:rsidR="00282991" w:rsidRDefault="00FE4586">
      <w:r>
        <w:br w:type="page"/>
      </w:r>
    </w:p>
    <w:p w14:paraId="6673D838" w14:textId="77777777" w:rsidR="00282991" w:rsidRDefault="00FE4586">
      <w:pPr>
        <w:pStyle w:val="Heading1"/>
        <w:pBdr>
          <w:bottom w:val="single" w:sz="10" w:space="2" w:color="E63B07"/>
        </w:pBdr>
      </w:pPr>
      <w:r>
        <w:rPr>
          <w:rFonts w:ascii="Arial" w:eastAsia="Arial" w:hAnsi="Arial" w:cs="Arial"/>
        </w:rPr>
        <w:lastRenderedPageBreak/>
        <w:t>APPENDIX M - MASS CASUALTY / COMMUNITY SURGE</w:t>
      </w:r>
    </w:p>
    <w:tbl>
      <w:tblPr>
        <w:tblW w:w="0" w:type="auto"/>
        <w:jc w:val="center"/>
        <w:tblLook w:val="04A0" w:firstRow="1" w:lastRow="0" w:firstColumn="1" w:lastColumn="0" w:noHBand="0" w:noVBand="1"/>
      </w:tblPr>
      <w:tblGrid>
        <w:gridCol w:w="10800"/>
      </w:tblGrid>
      <w:tr w:rsidR="00282991" w14:paraId="3B7F9750" w14:textId="77777777">
        <w:trPr>
          <w:jc w:val="center"/>
        </w:trPr>
        <w:tc>
          <w:tcPr>
            <w:tcW w:w="10800" w:type="dxa"/>
            <w:shd w:val="clear" w:color="auto" w:fill="E8F2EF"/>
            <w:tcMar>
              <w:top w:w="90" w:type="dxa"/>
              <w:left w:w="100" w:type="dxa"/>
              <w:bottom w:w="90" w:type="dxa"/>
              <w:right w:w="100" w:type="dxa"/>
            </w:tcMar>
          </w:tcPr>
          <w:p w14:paraId="053ACAB8" w14:textId="77777777" w:rsidR="00282991" w:rsidRDefault="00FE4586">
            <w:pPr>
              <w:spacing w:after="0"/>
            </w:pPr>
            <w:r>
              <w:rPr>
                <w:rFonts w:eastAsia="Arial" w:cs="Arial"/>
                <w:b/>
                <w:color w:val="015A41"/>
                <w:sz w:val="19"/>
              </w:rPr>
              <w:t xml:space="preserve">REGULATORY CONNECTION </w:t>
            </w:r>
            <w:r>
              <w:rPr>
                <w:rFonts w:eastAsia="Arial" w:cs="Arial"/>
                <w:sz w:val="18"/>
              </w:rPr>
              <w:t>Address this hazard when supported by the facility- and community-based all-hazards risk assessment. Customize dialysis-specific differences rather than duplicating generic activation, communication, evacuation or recovery procedures.</w:t>
            </w:r>
          </w:p>
        </w:tc>
      </w:tr>
    </w:tbl>
    <w:p w14:paraId="28DCA0D2" w14:textId="77777777" w:rsidR="00282991" w:rsidRDefault="00282991">
      <w:pPr>
        <w:spacing w:after="20"/>
      </w:pPr>
    </w:p>
    <w:tbl>
      <w:tblPr>
        <w:tblW w:w="0" w:type="auto"/>
        <w:jc w:val="center"/>
        <w:tblLayout w:type="fixed"/>
        <w:tblLook w:val="04A0" w:firstRow="1" w:lastRow="0" w:firstColumn="1" w:lastColumn="0" w:noHBand="0" w:noVBand="1"/>
      </w:tblPr>
      <w:tblGrid>
        <w:gridCol w:w="4464"/>
        <w:gridCol w:w="6336"/>
      </w:tblGrid>
      <w:tr w:rsidR="00282991" w14:paraId="12E6BEE2" w14:textId="77777777">
        <w:trPr>
          <w:cantSplit/>
          <w:tblHeader/>
          <w:jc w:val="center"/>
        </w:trPr>
        <w:tc>
          <w:tcPr>
            <w:tcW w:w="446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3125A14" w14:textId="77777777" w:rsidR="00282991" w:rsidRDefault="00FE4586">
            <w:pPr>
              <w:spacing w:after="0"/>
            </w:pPr>
            <w:r>
              <w:rPr>
                <w:rFonts w:eastAsia="Arial" w:cs="Arial"/>
                <w:b/>
                <w:color w:val="FFFFFF"/>
                <w:sz w:val="17"/>
              </w:rPr>
              <w:t>Field</w:t>
            </w:r>
          </w:p>
        </w:tc>
        <w:tc>
          <w:tcPr>
            <w:tcW w:w="633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216772C" w14:textId="77777777" w:rsidR="00282991" w:rsidRDefault="00FE4586">
            <w:pPr>
              <w:spacing w:after="0"/>
            </w:pPr>
            <w:r>
              <w:rPr>
                <w:rFonts w:eastAsia="Arial" w:cs="Arial"/>
                <w:b/>
                <w:color w:val="FFFFFF"/>
                <w:sz w:val="17"/>
              </w:rPr>
              <w:t>Facility Entry</w:t>
            </w:r>
          </w:p>
        </w:tc>
      </w:tr>
      <w:tr w:rsidR="00282991" w14:paraId="5C73F496"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935AD28" w14:textId="77777777" w:rsidR="00282991" w:rsidRDefault="00FE4586">
            <w:pPr>
              <w:spacing w:after="0"/>
            </w:pPr>
            <w:r>
              <w:rPr>
                <w:rFonts w:eastAsia="Arial" w:cs="Arial"/>
                <w:sz w:val="17"/>
              </w:rPr>
              <w:t>Risk / HVA rating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B40B531" w14:textId="77777777" w:rsidR="00282991" w:rsidRDefault="00FE4586">
            <w:pPr>
              <w:spacing w:after="0"/>
            </w:pPr>
            <w:r>
              <w:rPr>
                <w:rFonts w:eastAsia="Arial" w:cs="Arial"/>
                <w:i/>
                <w:color w:val="707070"/>
                <w:sz w:val="20"/>
              </w:rPr>
              <w:t>&lt;Insert&gt;</w:t>
            </w:r>
          </w:p>
        </w:tc>
      </w:tr>
      <w:tr w:rsidR="00282991" w14:paraId="3CED3E13"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77B0BE3" w14:textId="77777777" w:rsidR="00282991" w:rsidRDefault="00FE4586">
            <w:pPr>
              <w:spacing w:after="0"/>
            </w:pPr>
            <w:r>
              <w:rPr>
                <w:rFonts w:eastAsia="Arial" w:cs="Arial"/>
                <w:sz w:val="17"/>
              </w:rPr>
              <w:t>Primary activation triggers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683E4CB" w14:textId="77777777" w:rsidR="00282991" w:rsidRDefault="00FE4586">
            <w:pPr>
              <w:spacing w:after="0"/>
            </w:pPr>
            <w:r>
              <w:rPr>
                <w:rFonts w:eastAsia="Arial" w:cs="Arial"/>
                <w:i/>
                <w:color w:val="707070"/>
                <w:sz w:val="20"/>
              </w:rPr>
              <w:t>&lt;Insert&gt;</w:t>
            </w:r>
          </w:p>
        </w:tc>
      </w:tr>
      <w:tr w:rsidR="00282991" w14:paraId="04275236"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4734254" w14:textId="77777777" w:rsidR="00282991" w:rsidRDefault="00FE4586">
            <w:pPr>
              <w:spacing w:after="0"/>
            </w:pPr>
            <w:r>
              <w:rPr>
                <w:rFonts w:eastAsia="Arial" w:cs="Arial"/>
                <w:sz w:val="17"/>
              </w:rPr>
              <w:t>Decision authority</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4C49225" w14:textId="77777777" w:rsidR="00282991" w:rsidRDefault="00FE4586">
            <w:pPr>
              <w:spacing w:after="0"/>
            </w:pPr>
            <w:r>
              <w:rPr>
                <w:rFonts w:eastAsia="Arial" w:cs="Arial"/>
                <w:i/>
                <w:color w:val="707070"/>
                <w:sz w:val="20"/>
              </w:rPr>
              <w:t>&lt;Insert&gt;</w:t>
            </w:r>
          </w:p>
        </w:tc>
      </w:tr>
      <w:tr w:rsidR="00282991" w14:paraId="52911968"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389A101" w14:textId="77777777" w:rsidR="00282991" w:rsidRDefault="00FE4586">
            <w:pPr>
              <w:spacing w:after="0"/>
            </w:pPr>
            <w:r>
              <w:rPr>
                <w:rFonts w:eastAsia="Arial" w:cs="Arial"/>
                <w:sz w:val="17"/>
              </w:rPr>
              <w:t>Immediate life-safety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1F296D5" w14:textId="77777777" w:rsidR="00282991" w:rsidRDefault="00FE4586">
            <w:pPr>
              <w:spacing w:after="0"/>
            </w:pPr>
            <w:r>
              <w:rPr>
                <w:rFonts w:eastAsia="Arial" w:cs="Arial"/>
                <w:i/>
                <w:color w:val="707070"/>
                <w:sz w:val="20"/>
              </w:rPr>
              <w:t>&lt;Insert&gt;</w:t>
            </w:r>
          </w:p>
        </w:tc>
      </w:tr>
      <w:tr w:rsidR="00282991" w14:paraId="49CAF2D9"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388952F" w14:textId="77777777" w:rsidR="00282991" w:rsidRDefault="00FE4586">
            <w:pPr>
              <w:spacing w:after="0"/>
            </w:pPr>
            <w:r>
              <w:rPr>
                <w:rFonts w:eastAsia="Arial" w:cs="Arial"/>
                <w:sz w:val="17"/>
              </w:rPr>
              <w:t>Dialysis treatment / patient priorities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9CFF3DB" w14:textId="77777777" w:rsidR="00282991" w:rsidRDefault="00FE4586">
            <w:pPr>
              <w:spacing w:after="0"/>
            </w:pPr>
            <w:r>
              <w:rPr>
                <w:rFonts w:eastAsia="Arial" w:cs="Arial"/>
                <w:i/>
                <w:color w:val="707070"/>
                <w:sz w:val="20"/>
              </w:rPr>
              <w:t>&lt;Insert&gt;</w:t>
            </w:r>
          </w:p>
        </w:tc>
      </w:tr>
      <w:tr w:rsidR="00282991" w14:paraId="7A5F88CE"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9D343F4" w14:textId="77777777" w:rsidR="00282991" w:rsidRDefault="00FE4586">
            <w:pPr>
              <w:spacing w:after="0"/>
            </w:pPr>
            <w:r>
              <w:rPr>
                <w:rFonts w:eastAsia="Arial" w:cs="Arial"/>
                <w:sz w:val="17"/>
              </w:rPr>
              <w:t>Safe treatment interruption / disconnection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8E2A84F" w14:textId="77777777" w:rsidR="00282991" w:rsidRDefault="00FE4586">
            <w:pPr>
              <w:spacing w:after="0"/>
            </w:pPr>
            <w:r>
              <w:rPr>
                <w:rFonts w:eastAsia="Arial" w:cs="Arial"/>
                <w:i/>
                <w:color w:val="707070"/>
                <w:sz w:val="20"/>
              </w:rPr>
              <w:t>&lt;Insert&gt;</w:t>
            </w:r>
          </w:p>
        </w:tc>
      </w:tr>
      <w:tr w:rsidR="00282991" w14:paraId="5F14F501"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E104A30" w14:textId="77777777" w:rsidR="00282991" w:rsidRDefault="00FE4586">
            <w:pPr>
              <w:spacing w:after="0"/>
            </w:pPr>
            <w:r>
              <w:rPr>
                <w:rFonts w:eastAsia="Arial" w:cs="Arial"/>
                <w:sz w:val="17"/>
              </w:rPr>
              <w:t>Water / utility / equipment considerations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1FAD6F3" w14:textId="77777777" w:rsidR="00282991" w:rsidRDefault="00FE4586">
            <w:pPr>
              <w:spacing w:after="0"/>
            </w:pPr>
            <w:r>
              <w:rPr>
                <w:rFonts w:eastAsia="Arial" w:cs="Arial"/>
                <w:i/>
                <w:color w:val="707070"/>
                <w:sz w:val="20"/>
              </w:rPr>
              <w:t>&lt;Insert&gt;</w:t>
            </w:r>
          </w:p>
        </w:tc>
      </w:tr>
      <w:tr w:rsidR="00282991" w14:paraId="00CCE2B5"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2080134" w14:textId="77777777" w:rsidR="00282991" w:rsidRDefault="00FE4586">
            <w:pPr>
              <w:spacing w:after="0"/>
            </w:pPr>
            <w:r>
              <w:rPr>
                <w:rFonts w:eastAsia="Arial" w:cs="Arial"/>
                <w:sz w:val="17"/>
              </w:rPr>
              <w:t>Staffing actions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822F990" w14:textId="77777777" w:rsidR="00282991" w:rsidRDefault="00FE4586">
            <w:pPr>
              <w:spacing w:after="0"/>
            </w:pPr>
            <w:r>
              <w:rPr>
                <w:rFonts w:eastAsia="Arial" w:cs="Arial"/>
                <w:i/>
                <w:color w:val="707070"/>
                <w:sz w:val="20"/>
              </w:rPr>
              <w:t>&lt;Insert&gt;</w:t>
            </w:r>
          </w:p>
        </w:tc>
      </w:tr>
      <w:tr w:rsidR="00282991" w14:paraId="64FF4D9B"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F21E19D" w14:textId="77777777" w:rsidR="00282991" w:rsidRDefault="00FE4586">
            <w:pPr>
              <w:spacing w:after="0"/>
            </w:pPr>
            <w:r>
              <w:rPr>
                <w:rFonts w:eastAsia="Arial" w:cs="Arial"/>
                <w:sz w:val="17"/>
              </w:rPr>
              <w:t>Communication / reporting</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1D93626" w14:textId="77777777" w:rsidR="00282991" w:rsidRDefault="00FE4586">
            <w:pPr>
              <w:spacing w:after="0"/>
            </w:pPr>
            <w:r>
              <w:rPr>
                <w:rFonts w:eastAsia="Arial" w:cs="Arial"/>
                <w:i/>
                <w:color w:val="707070"/>
                <w:sz w:val="20"/>
              </w:rPr>
              <w:t>&lt;Insert&gt;</w:t>
            </w:r>
          </w:p>
        </w:tc>
      </w:tr>
      <w:tr w:rsidR="00282991" w14:paraId="65C75526"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3151328A" w14:textId="77777777" w:rsidR="00282991" w:rsidRDefault="00FE4586">
            <w:pPr>
              <w:spacing w:after="0"/>
            </w:pPr>
            <w:r>
              <w:rPr>
                <w:rFonts w:eastAsia="Arial" w:cs="Arial"/>
                <w:sz w:val="17"/>
              </w:rPr>
              <w:t>Evacuation / SIP / closure implications</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30C9BF2" w14:textId="77777777" w:rsidR="00282991" w:rsidRDefault="00FE4586">
            <w:pPr>
              <w:spacing w:after="0"/>
            </w:pPr>
            <w:r>
              <w:rPr>
                <w:rFonts w:eastAsia="Arial" w:cs="Arial"/>
                <w:i/>
                <w:color w:val="707070"/>
                <w:sz w:val="20"/>
              </w:rPr>
              <w:t>&lt;Insert&gt;</w:t>
            </w:r>
          </w:p>
        </w:tc>
      </w:tr>
      <w:tr w:rsidR="00282991" w14:paraId="40357380"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B1A8286" w14:textId="77777777" w:rsidR="00282991" w:rsidRDefault="00FE4586">
            <w:pPr>
              <w:spacing w:after="0"/>
            </w:pPr>
            <w:r>
              <w:rPr>
                <w:rFonts w:eastAsia="Arial" w:cs="Arial"/>
                <w:sz w:val="17"/>
              </w:rPr>
              <w:t>Alternate dialysis / transportation / external partners</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30E21DA" w14:textId="77777777" w:rsidR="00282991" w:rsidRDefault="00FE4586">
            <w:pPr>
              <w:spacing w:after="0"/>
            </w:pPr>
            <w:r>
              <w:rPr>
                <w:rFonts w:eastAsia="Arial" w:cs="Arial"/>
                <w:i/>
                <w:color w:val="707070"/>
                <w:sz w:val="20"/>
              </w:rPr>
              <w:t>&lt;Insert&gt;</w:t>
            </w:r>
          </w:p>
        </w:tc>
      </w:tr>
      <w:tr w:rsidR="00282991" w14:paraId="7E660670"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D9CBE07" w14:textId="77777777" w:rsidR="00282991" w:rsidRDefault="00FE4586">
            <w:pPr>
              <w:spacing w:after="0"/>
            </w:pPr>
            <w:r>
              <w:rPr>
                <w:rFonts w:eastAsia="Arial" w:cs="Arial"/>
                <w:sz w:val="17"/>
              </w:rPr>
              <w:t>Recovery / return-to-normal criteria</w:t>
            </w:r>
          </w:p>
        </w:tc>
        <w:tc>
          <w:tcPr>
            <w:tcW w:w="633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1330C26" w14:textId="77777777" w:rsidR="00282991" w:rsidRDefault="00FE4586">
            <w:pPr>
              <w:spacing w:after="0"/>
            </w:pPr>
            <w:r>
              <w:rPr>
                <w:rFonts w:eastAsia="Arial" w:cs="Arial"/>
                <w:i/>
                <w:color w:val="707070"/>
                <w:sz w:val="20"/>
              </w:rPr>
              <w:t>&lt;Insert&gt;</w:t>
            </w:r>
          </w:p>
        </w:tc>
      </w:tr>
      <w:tr w:rsidR="00282991" w14:paraId="5FAA4D07" w14:textId="77777777">
        <w:trPr>
          <w:cantSplit/>
          <w:jc w:val="center"/>
        </w:trPr>
        <w:tc>
          <w:tcPr>
            <w:tcW w:w="446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B11E176" w14:textId="77777777" w:rsidR="00282991" w:rsidRDefault="00FE4586">
            <w:pPr>
              <w:spacing w:after="0"/>
            </w:pPr>
            <w:r>
              <w:rPr>
                <w:rFonts w:eastAsia="Arial" w:cs="Arial"/>
                <w:sz w:val="17"/>
              </w:rPr>
              <w:t>Required documentation / AAR-QAPI</w:t>
            </w:r>
          </w:p>
        </w:tc>
        <w:tc>
          <w:tcPr>
            <w:tcW w:w="633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8033F8F" w14:textId="77777777" w:rsidR="00282991" w:rsidRDefault="00FE4586">
            <w:pPr>
              <w:spacing w:after="0"/>
            </w:pPr>
            <w:r>
              <w:rPr>
                <w:rFonts w:eastAsia="Arial" w:cs="Arial"/>
                <w:i/>
                <w:color w:val="707070"/>
                <w:sz w:val="20"/>
              </w:rPr>
              <w:t>&lt;Insert&gt;</w:t>
            </w:r>
          </w:p>
        </w:tc>
      </w:tr>
    </w:tbl>
    <w:p w14:paraId="2359FDF4" w14:textId="77777777" w:rsidR="00282991" w:rsidRDefault="00282991">
      <w:pPr>
        <w:spacing w:after="20"/>
      </w:pPr>
    </w:p>
    <w:p w14:paraId="4E704F82" w14:textId="77777777" w:rsidR="00282991" w:rsidRDefault="00FE4586">
      <w:pPr>
        <w:pStyle w:val="Heading2"/>
      </w:pPr>
      <w:r>
        <w:rPr>
          <w:rFonts w:ascii="Arial" w:eastAsia="Arial" w:hAnsi="Arial" w:cs="Arial"/>
        </w:rPr>
        <w:t>Hazard-Specific Procedures / Notes</w:t>
      </w:r>
    </w:p>
    <w:p w14:paraId="45A70E36" w14:textId="77777777" w:rsidR="00282991" w:rsidRDefault="00FE4586">
      <w:pPr>
        <w:spacing w:after="20"/>
      </w:pPr>
      <w:r>
        <w:rPr>
          <w:rFonts w:eastAsia="Arial" w:cs="Arial"/>
          <w:color w:val="BBBBBB"/>
          <w:sz w:val="16"/>
        </w:rPr>
        <w:t>__________________________________________________________________________________________________</w:t>
      </w:r>
    </w:p>
    <w:p w14:paraId="34D8FB3E" w14:textId="77777777" w:rsidR="00282991" w:rsidRDefault="00FE4586">
      <w:pPr>
        <w:spacing w:after="20"/>
      </w:pPr>
      <w:r>
        <w:rPr>
          <w:rFonts w:eastAsia="Arial" w:cs="Arial"/>
          <w:color w:val="BBBBBB"/>
          <w:sz w:val="16"/>
        </w:rPr>
        <w:t>__________________________________________________________________________________________________</w:t>
      </w:r>
    </w:p>
    <w:p w14:paraId="032B5A43" w14:textId="77777777" w:rsidR="00282991" w:rsidRDefault="00FE4586">
      <w:pPr>
        <w:spacing w:after="20"/>
      </w:pPr>
      <w:r>
        <w:rPr>
          <w:rFonts w:eastAsia="Arial" w:cs="Arial"/>
          <w:color w:val="BBBBBB"/>
          <w:sz w:val="16"/>
        </w:rPr>
        <w:t>__________________________________________________________________________________________________</w:t>
      </w:r>
    </w:p>
    <w:p w14:paraId="31325C8F" w14:textId="77777777" w:rsidR="00282991" w:rsidRDefault="00FE4586">
      <w:pPr>
        <w:spacing w:after="20"/>
      </w:pPr>
      <w:r>
        <w:rPr>
          <w:rFonts w:eastAsia="Arial" w:cs="Arial"/>
          <w:color w:val="BBBBBB"/>
          <w:sz w:val="16"/>
        </w:rPr>
        <w:t>__________________________________________________________________________________________________</w:t>
      </w:r>
    </w:p>
    <w:p w14:paraId="7415B7D5" w14:textId="77777777" w:rsidR="00282991" w:rsidRDefault="00FE4586">
      <w:pPr>
        <w:spacing w:after="20"/>
      </w:pPr>
      <w:r>
        <w:rPr>
          <w:rFonts w:eastAsia="Arial" w:cs="Arial"/>
          <w:color w:val="BBBBBB"/>
          <w:sz w:val="16"/>
        </w:rPr>
        <w:t>__________________________________________________________________________________________________</w:t>
      </w:r>
    </w:p>
    <w:p w14:paraId="003A6E14" w14:textId="77777777" w:rsidR="00282991" w:rsidRDefault="00FE4586">
      <w:r>
        <w:br w:type="page"/>
      </w:r>
    </w:p>
    <w:p w14:paraId="5C9DA6F1" w14:textId="77777777" w:rsidR="00282991" w:rsidRDefault="00FE4586">
      <w:pPr>
        <w:pStyle w:val="Heading1"/>
        <w:pBdr>
          <w:bottom w:val="single" w:sz="10" w:space="2" w:color="E63B07"/>
        </w:pBdr>
      </w:pPr>
      <w:r>
        <w:rPr>
          <w:rFonts w:ascii="Arial" w:eastAsia="Arial" w:hAnsi="Arial" w:cs="Arial"/>
        </w:rPr>
        <w:lastRenderedPageBreak/>
        <w:t>19. OFFICIAL SOURCES &amp; VERSION REFERENCES</w:t>
      </w:r>
    </w:p>
    <w:tbl>
      <w:tblPr>
        <w:tblW w:w="0" w:type="auto"/>
        <w:jc w:val="center"/>
        <w:tblLook w:val="04A0" w:firstRow="1" w:lastRow="0" w:firstColumn="1" w:lastColumn="0" w:noHBand="0" w:noVBand="1"/>
      </w:tblPr>
      <w:tblGrid>
        <w:gridCol w:w="10800"/>
      </w:tblGrid>
      <w:tr w:rsidR="00282991" w14:paraId="385A7111" w14:textId="77777777">
        <w:trPr>
          <w:jc w:val="center"/>
        </w:trPr>
        <w:tc>
          <w:tcPr>
            <w:tcW w:w="10800" w:type="dxa"/>
            <w:shd w:val="clear" w:color="auto" w:fill="FBEDE7"/>
            <w:tcMar>
              <w:top w:w="90" w:type="dxa"/>
              <w:left w:w="100" w:type="dxa"/>
              <w:bottom w:w="90" w:type="dxa"/>
              <w:right w:w="100" w:type="dxa"/>
            </w:tcMar>
          </w:tcPr>
          <w:p w14:paraId="271A55CD" w14:textId="77777777" w:rsidR="00282991" w:rsidRDefault="00FE4586">
            <w:pPr>
              <w:spacing w:after="0"/>
            </w:pPr>
            <w:r>
              <w:rPr>
                <w:rFonts w:eastAsia="Arial" w:cs="Arial"/>
                <w:b/>
                <w:color w:val="E63B07"/>
                <w:sz w:val="19"/>
              </w:rPr>
              <w:t xml:space="preserve">VERSION NOTE </w:t>
            </w:r>
            <w:r>
              <w:rPr>
                <w:rFonts w:eastAsia="Arial" w:cs="Arial"/>
                <w:sz w:val="18"/>
              </w:rPr>
              <w:t>Federal and Maine sources in the attached ESRD checklist were rechecked September 16, 2026, and the checklist identifies CMS Appendix H Rev. 246 as effective August 17, 2026. Regulations, survey guidance, State rules, licensing requirements and code editions can change; verify the current controlling source during each formal review and before a compliance determination.</w:t>
            </w:r>
          </w:p>
        </w:tc>
      </w:tr>
    </w:tbl>
    <w:p w14:paraId="00B0599E" w14:textId="77777777" w:rsidR="00282991" w:rsidRDefault="00282991">
      <w:pPr>
        <w:spacing w:after="20"/>
      </w:pPr>
    </w:p>
    <w:tbl>
      <w:tblPr>
        <w:tblW w:w="0" w:type="auto"/>
        <w:jc w:val="center"/>
        <w:tblLayout w:type="fixed"/>
        <w:tblLook w:val="04A0" w:firstRow="1" w:lastRow="0" w:firstColumn="1" w:lastColumn="0" w:noHBand="0" w:noVBand="1"/>
      </w:tblPr>
      <w:tblGrid>
        <w:gridCol w:w="1710"/>
        <w:gridCol w:w="3690"/>
        <w:gridCol w:w="2700"/>
        <w:gridCol w:w="2700"/>
      </w:tblGrid>
      <w:tr w:rsidR="00282991" w14:paraId="05B35B9C" w14:textId="77777777" w:rsidTr="003B7872">
        <w:trPr>
          <w:tblHeader/>
          <w:jc w:val="center"/>
        </w:trPr>
        <w:tc>
          <w:tcPr>
            <w:tcW w:w="1710" w:type="dxa"/>
            <w:shd w:val="clear" w:color="auto" w:fill="015A41"/>
            <w:tcMar>
              <w:top w:w="70" w:type="dxa"/>
              <w:left w:w="90" w:type="dxa"/>
              <w:bottom w:w="70" w:type="dxa"/>
              <w:right w:w="90" w:type="dxa"/>
            </w:tcMar>
          </w:tcPr>
          <w:p w14:paraId="086ABDF8" w14:textId="77777777" w:rsidR="00282991" w:rsidRDefault="00FE4586">
            <w:r>
              <w:rPr>
                <w:rFonts w:eastAsia="Arial" w:cs="Arial"/>
                <w:b/>
                <w:color w:val="FFFFFF"/>
                <w:sz w:val="16"/>
              </w:rPr>
              <w:t>Source Layer</w:t>
            </w:r>
          </w:p>
        </w:tc>
        <w:tc>
          <w:tcPr>
            <w:tcW w:w="3690" w:type="dxa"/>
            <w:shd w:val="clear" w:color="auto" w:fill="015A41"/>
            <w:tcMar>
              <w:top w:w="70" w:type="dxa"/>
              <w:left w:w="90" w:type="dxa"/>
              <w:bottom w:w="70" w:type="dxa"/>
              <w:right w:w="90" w:type="dxa"/>
            </w:tcMar>
          </w:tcPr>
          <w:p w14:paraId="02069616" w14:textId="77777777" w:rsidR="00282991" w:rsidRDefault="00FE4586">
            <w:r>
              <w:rPr>
                <w:rFonts w:eastAsia="Arial" w:cs="Arial"/>
                <w:b/>
                <w:color w:val="FFFFFF"/>
                <w:sz w:val="16"/>
              </w:rPr>
              <w:t>Official Source</w:t>
            </w:r>
          </w:p>
        </w:tc>
        <w:tc>
          <w:tcPr>
            <w:tcW w:w="2700" w:type="dxa"/>
            <w:shd w:val="clear" w:color="auto" w:fill="015A41"/>
            <w:tcMar>
              <w:top w:w="70" w:type="dxa"/>
              <w:left w:w="90" w:type="dxa"/>
              <w:bottom w:w="70" w:type="dxa"/>
              <w:right w:w="90" w:type="dxa"/>
            </w:tcMar>
          </w:tcPr>
          <w:p w14:paraId="51B87171" w14:textId="77777777" w:rsidR="00282991" w:rsidRDefault="00FE4586">
            <w:r>
              <w:rPr>
                <w:rFonts w:eastAsia="Arial" w:cs="Arial"/>
                <w:b/>
                <w:color w:val="FFFFFF"/>
                <w:sz w:val="16"/>
              </w:rPr>
              <w:t>Link</w:t>
            </w:r>
          </w:p>
        </w:tc>
        <w:tc>
          <w:tcPr>
            <w:tcW w:w="2700" w:type="dxa"/>
            <w:shd w:val="clear" w:color="auto" w:fill="015A41"/>
            <w:tcMar>
              <w:top w:w="70" w:type="dxa"/>
              <w:left w:w="90" w:type="dxa"/>
              <w:bottom w:w="70" w:type="dxa"/>
              <w:right w:w="90" w:type="dxa"/>
            </w:tcMar>
          </w:tcPr>
          <w:p w14:paraId="2BE4DB07" w14:textId="77777777" w:rsidR="00282991" w:rsidRDefault="00FE4586">
            <w:r>
              <w:rPr>
                <w:rFonts w:eastAsia="Arial" w:cs="Arial"/>
                <w:b/>
                <w:color w:val="FFFFFF"/>
                <w:sz w:val="16"/>
              </w:rPr>
              <w:t>Use in ESRD Toolkit</w:t>
            </w:r>
          </w:p>
        </w:tc>
      </w:tr>
      <w:tr w:rsidR="00282991" w14:paraId="4FE5B0EA"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4CCE2EC3" w14:textId="77777777" w:rsidR="00282991" w:rsidRDefault="00FE4586">
            <w:r>
              <w:rPr>
                <w:rFonts w:eastAsia="Arial" w:cs="Arial"/>
                <w:sz w:val="14"/>
              </w:rPr>
              <w:t>CMS / Federal</w:t>
            </w:r>
          </w:p>
        </w:tc>
        <w:tc>
          <w:tcPr>
            <w:tcW w:w="369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1CE4C66F" w14:textId="77777777" w:rsidR="00282991" w:rsidRDefault="00FE4586">
            <w:r>
              <w:rPr>
                <w:rFonts w:eastAsia="Arial" w:cs="Arial"/>
                <w:sz w:val="14"/>
              </w:rPr>
              <w:t>42 CFR Part 494 - ESRD Conditions for Coverage</w:t>
            </w:r>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0F9D50C4" w14:textId="77777777" w:rsidR="00282991" w:rsidRDefault="00FE4586">
            <w:hyperlink r:id="rId15">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21302AC6" w14:textId="77777777" w:rsidR="00282991" w:rsidRDefault="00FE4586">
            <w:r>
              <w:rPr>
                <w:rFonts w:eastAsia="Arial" w:cs="Arial"/>
                <w:sz w:val="14"/>
              </w:rPr>
              <w:t>Controlling federal ESRD Conditions for Coverage.</w:t>
            </w:r>
          </w:p>
        </w:tc>
      </w:tr>
      <w:tr w:rsidR="00282991" w14:paraId="1EDADBEC"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39C0E9AF" w14:textId="77777777" w:rsidR="00282991" w:rsidRDefault="00FE4586">
            <w:r>
              <w:rPr>
                <w:rFonts w:eastAsia="Arial" w:cs="Arial"/>
                <w:sz w:val="14"/>
              </w:rPr>
              <w:t>CMS / Federal</w:t>
            </w:r>
          </w:p>
        </w:tc>
        <w:tc>
          <w:tcPr>
            <w:tcW w:w="369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38D1AEE6" w14:textId="77777777" w:rsidR="00282991" w:rsidRDefault="00FE4586">
            <w:r>
              <w:rPr>
                <w:rFonts w:eastAsia="Arial" w:cs="Arial"/>
                <w:sz w:val="14"/>
              </w:rPr>
              <w:t>42 CFR §494.62 - ESRD Emergency Preparedness</w:t>
            </w:r>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5F2F7C9A" w14:textId="77777777" w:rsidR="00282991" w:rsidRDefault="00FE4586">
            <w:hyperlink r:id="rId16">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3BCC11FD" w14:textId="77777777" w:rsidR="00282991" w:rsidRDefault="00FE4586">
            <w:r>
              <w:rPr>
                <w:rFonts w:eastAsia="Arial" w:cs="Arial"/>
                <w:sz w:val="14"/>
              </w:rPr>
              <w:t>Provider-specific ESRD emergency preparedness regulation.</w:t>
            </w:r>
          </w:p>
        </w:tc>
      </w:tr>
      <w:tr w:rsidR="00282991" w14:paraId="7A4D2EC3"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4D33AB60" w14:textId="77777777" w:rsidR="00282991" w:rsidRDefault="00FE4586">
            <w:r>
              <w:rPr>
                <w:rFonts w:eastAsia="Arial" w:cs="Arial"/>
                <w:sz w:val="14"/>
              </w:rPr>
              <w:t>CMS</w:t>
            </w:r>
          </w:p>
        </w:tc>
        <w:tc>
          <w:tcPr>
            <w:tcW w:w="369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52425605" w14:textId="77777777" w:rsidR="00282991" w:rsidRDefault="00FE4586">
            <w:r>
              <w:rPr>
                <w:rFonts w:eastAsia="Arial" w:cs="Arial"/>
                <w:sz w:val="14"/>
              </w:rPr>
              <w:t>CMS Emergency Preparedness Rule / Appendix Z resources</w:t>
            </w:r>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55EAD6FB" w14:textId="77777777" w:rsidR="00282991" w:rsidRDefault="00FE4586">
            <w:hyperlink r:id="rId17">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2D463ADE" w14:textId="77777777" w:rsidR="00282991" w:rsidRDefault="00FE4586">
            <w:r>
              <w:rPr>
                <w:rFonts w:eastAsia="Arial" w:cs="Arial"/>
                <w:sz w:val="14"/>
              </w:rPr>
              <w:t>Emergency preparedness E-tags, interpretive guidance and survey resources.</w:t>
            </w:r>
          </w:p>
        </w:tc>
      </w:tr>
      <w:tr w:rsidR="00282991" w14:paraId="68C65BF8"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7E07E00E" w14:textId="77777777" w:rsidR="00282991" w:rsidRDefault="00FE4586">
            <w:r>
              <w:rPr>
                <w:rFonts w:eastAsia="Arial" w:cs="Arial"/>
                <w:sz w:val="14"/>
              </w:rPr>
              <w:t>CMS</w:t>
            </w:r>
          </w:p>
        </w:tc>
        <w:tc>
          <w:tcPr>
            <w:tcW w:w="369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0F2B649D" w14:textId="77777777" w:rsidR="00282991" w:rsidRDefault="00FE4586">
            <w:r>
              <w:rPr>
                <w:rFonts w:eastAsia="Arial" w:cs="Arial"/>
                <w:sz w:val="14"/>
              </w:rPr>
              <w:t>CMS ESRD Conditions for Coverage / Appendix H hub</w:t>
            </w:r>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0EBF8154" w14:textId="77777777" w:rsidR="00282991" w:rsidRDefault="00FE4586">
            <w:hyperlink r:id="rId18">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63D12005" w14:textId="77777777" w:rsidR="00282991" w:rsidRDefault="00FE4586">
            <w:r>
              <w:rPr>
                <w:rFonts w:eastAsia="Arial" w:cs="Arial"/>
                <w:sz w:val="14"/>
              </w:rPr>
              <w:t>Current ESRD interpretive guidance and survey procedures.</w:t>
            </w:r>
          </w:p>
        </w:tc>
      </w:tr>
      <w:tr w:rsidR="00282991" w14:paraId="4E5A68AF"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1CC33879" w14:textId="77777777" w:rsidR="00282991" w:rsidRDefault="00FE4586">
            <w:r>
              <w:rPr>
                <w:rFonts w:eastAsia="Arial" w:cs="Arial"/>
                <w:sz w:val="14"/>
              </w:rPr>
              <w:t>CMS</w:t>
            </w:r>
          </w:p>
        </w:tc>
        <w:tc>
          <w:tcPr>
            <w:tcW w:w="369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085A4BB5" w14:textId="77777777" w:rsidR="00282991" w:rsidRDefault="00FE4586">
            <w:r>
              <w:rPr>
                <w:rFonts w:eastAsia="Arial" w:cs="Arial"/>
                <w:sz w:val="14"/>
              </w:rPr>
              <w:t>R246SOMA Transmittal</w:t>
            </w:r>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0B1718C1" w14:textId="77777777" w:rsidR="00282991" w:rsidRDefault="00FE4586">
            <w:hyperlink r:id="rId19">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101D47DB" w14:textId="77777777" w:rsidR="00282991" w:rsidRDefault="00FE4586">
            <w:r>
              <w:rPr>
                <w:rFonts w:eastAsia="Arial" w:cs="Arial"/>
                <w:sz w:val="14"/>
              </w:rPr>
              <w:t>Appendix H Rev. 246 issue/implementation reference.</w:t>
            </w:r>
          </w:p>
        </w:tc>
      </w:tr>
      <w:tr w:rsidR="00282991" w14:paraId="50D57956"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7D6EF064" w14:textId="77777777" w:rsidR="00282991" w:rsidRDefault="00FE4586">
            <w:r>
              <w:rPr>
                <w:rFonts w:eastAsia="Arial" w:cs="Arial"/>
                <w:sz w:val="14"/>
              </w:rPr>
              <w:t>CMS</w:t>
            </w:r>
          </w:p>
        </w:tc>
        <w:tc>
          <w:tcPr>
            <w:tcW w:w="369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24091EF8" w14:textId="77777777" w:rsidR="00282991" w:rsidRDefault="00FE4586">
            <w:r>
              <w:rPr>
                <w:rFonts w:eastAsia="Arial" w:cs="Arial"/>
                <w:sz w:val="14"/>
              </w:rPr>
              <w:t>Life Safety Code &amp; Health Care Facilities Code Requirements</w:t>
            </w:r>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0CF5E6A4" w14:textId="77777777" w:rsidR="00282991" w:rsidRDefault="00FE4586">
            <w:hyperlink r:id="rId20">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509DCD30" w14:textId="77777777" w:rsidR="00282991" w:rsidRDefault="00FE4586">
            <w:r>
              <w:rPr>
                <w:rFonts w:eastAsia="Arial" w:cs="Arial"/>
                <w:sz w:val="14"/>
              </w:rPr>
              <w:t>Federal LSC/HCFC survey framework and CMS-2786 forms.</w:t>
            </w:r>
          </w:p>
        </w:tc>
      </w:tr>
      <w:tr w:rsidR="00282991" w14:paraId="251B6666"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289CBC59" w14:textId="77777777" w:rsidR="00282991" w:rsidRDefault="00FE4586">
            <w:r>
              <w:rPr>
                <w:rFonts w:eastAsia="Arial" w:cs="Arial"/>
                <w:sz w:val="14"/>
              </w:rPr>
              <w:t>CMS</w:t>
            </w:r>
          </w:p>
        </w:tc>
        <w:tc>
          <w:tcPr>
            <w:tcW w:w="369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1FF26F96" w14:textId="77777777" w:rsidR="00282991" w:rsidRDefault="00FE4586">
            <w:r>
              <w:rPr>
                <w:rFonts w:eastAsia="Arial" w:cs="Arial"/>
                <w:sz w:val="14"/>
              </w:rPr>
              <w:t>CMS-2786U - Fire Safety Survey Report - ASC &amp; ESRD</w:t>
            </w:r>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32AF8B62" w14:textId="77777777" w:rsidR="00282991" w:rsidRDefault="00FE4586">
            <w:hyperlink r:id="rId21">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138309CB" w14:textId="77777777" w:rsidR="00282991" w:rsidRDefault="00FE4586">
            <w:r>
              <w:rPr>
                <w:rFonts w:eastAsia="Arial" w:cs="Arial"/>
                <w:sz w:val="14"/>
              </w:rPr>
              <w:t>Provider-specific federal fire-safety form when ESRD federal LSC applies.</w:t>
            </w:r>
          </w:p>
        </w:tc>
      </w:tr>
      <w:tr w:rsidR="00282991" w14:paraId="20A52E10"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27340CA1" w14:textId="77777777" w:rsidR="00282991" w:rsidRDefault="00FE4586">
            <w:r>
              <w:rPr>
                <w:rFonts w:eastAsia="Arial" w:cs="Arial"/>
                <w:sz w:val="14"/>
              </w:rPr>
              <w:t>CMS</w:t>
            </w:r>
          </w:p>
        </w:tc>
        <w:tc>
          <w:tcPr>
            <w:tcW w:w="369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12D55176" w14:textId="77777777" w:rsidR="00282991" w:rsidRDefault="00FE4586">
            <w:r>
              <w:rPr>
                <w:rFonts w:eastAsia="Arial" w:cs="Arial"/>
                <w:sz w:val="14"/>
              </w:rPr>
              <w:t>QSO-24-16-ESRD - Medical Director Board Certification</w:t>
            </w:r>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1CA2CE99" w14:textId="77777777" w:rsidR="00282991" w:rsidRDefault="00FE4586">
            <w:hyperlink r:id="rId22">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2CDC75EF" w14:textId="77777777" w:rsidR="00282991" w:rsidRDefault="00FE4586">
            <w:r>
              <w:rPr>
                <w:rFonts w:eastAsia="Arial" w:cs="Arial"/>
                <w:sz w:val="14"/>
              </w:rPr>
              <w:t>Medical director board-certification clarification.</w:t>
            </w:r>
          </w:p>
        </w:tc>
      </w:tr>
      <w:tr w:rsidR="00282991" w14:paraId="34F10049"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7BE4E64A" w14:textId="77777777" w:rsidR="00282991" w:rsidRDefault="00FE4586">
            <w:r>
              <w:rPr>
                <w:rFonts w:eastAsia="Arial" w:cs="Arial"/>
                <w:sz w:val="14"/>
              </w:rPr>
              <w:t>Maine DHHS/DLC</w:t>
            </w:r>
          </w:p>
        </w:tc>
        <w:tc>
          <w:tcPr>
            <w:tcW w:w="369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176393DB" w14:textId="77777777" w:rsidR="00282991" w:rsidRDefault="00FE4586">
            <w:r>
              <w:rPr>
                <w:rFonts w:eastAsia="Arial" w:cs="Arial"/>
                <w:sz w:val="14"/>
              </w:rPr>
              <w:t>Medical Facilities - ESRD</w:t>
            </w:r>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622BEC7B" w14:textId="77777777" w:rsidR="00282991" w:rsidRDefault="00FE4586">
            <w:hyperlink r:id="rId23">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4A1C262A" w14:textId="77777777" w:rsidR="00282991" w:rsidRDefault="00FE4586">
            <w:r>
              <w:rPr>
                <w:rFonts w:eastAsia="Arial" w:cs="Arial"/>
                <w:sz w:val="14"/>
              </w:rPr>
              <w:t>Maine ESRD licensing/certification hub.</w:t>
            </w:r>
          </w:p>
        </w:tc>
      </w:tr>
      <w:tr w:rsidR="00282991" w14:paraId="2D3F5EC2"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1CA4C0FF" w14:textId="77777777" w:rsidR="00282991" w:rsidRDefault="00FE4586">
            <w:r>
              <w:rPr>
                <w:rFonts w:eastAsia="Arial" w:cs="Arial"/>
                <w:sz w:val="14"/>
              </w:rPr>
              <w:t>Maine DHHS/DLC</w:t>
            </w:r>
          </w:p>
        </w:tc>
        <w:tc>
          <w:tcPr>
            <w:tcW w:w="369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778CAD42" w14:textId="77777777" w:rsidR="00282991" w:rsidRDefault="00FE4586">
            <w:r>
              <w:rPr>
                <w:rFonts w:eastAsia="Arial" w:cs="Arial"/>
                <w:sz w:val="14"/>
              </w:rPr>
              <w:t>Rules &amp; Regulations</w:t>
            </w:r>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6ADFA6C6" w14:textId="77777777" w:rsidR="00282991" w:rsidRDefault="00FE4586">
            <w:hyperlink r:id="rId24">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210DE60E" w14:textId="77777777" w:rsidR="00282991" w:rsidRDefault="00FE4586">
            <w:r>
              <w:rPr>
                <w:rFonts w:eastAsia="Arial" w:cs="Arial"/>
                <w:sz w:val="14"/>
              </w:rPr>
              <w:t>Official Maine DLC rule listing including Chapter 126 / laboratory rules.</w:t>
            </w:r>
          </w:p>
        </w:tc>
      </w:tr>
      <w:tr w:rsidR="00282991" w14:paraId="2A0998F8"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732310BD" w14:textId="77777777" w:rsidR="00282991" w:rsidRDefault="00FE4586">
            <w:r>
              <w:rPr>
                <w:rFonts w:eastAsia="Arial" w:cs="Arial"/>
                <w:sz w:val="14"/>
              </w:rPr>
              <w:t>Maine Legislature</w:t>
            </w:r>
          </w:p>
        </w:tc>
        <w:tc>
          <w:tcPr>
            <w:tcW w:w="369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234621D1" w14:textId="77777777" w:rsidR="00282991" w:rsidRDefault="00FE4586">
            <w:r>
              <w:rPr>
                <w:rFonts w:eastAsia="Arial" w:cs="Arial"/>
                <w:sz w:val="14"/>
              </w:rPr>
              <w:t>22 MRS §2042 - Licensing of ESRD Facilities</w:t>
            </w:r>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548C0BD7" w14:textId="77777777" w:rsidR="00282991" w:rsidRDefault="00FE4586">
            <w:hyperlink r:id="rId25">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1BAF2ACC" w14:textId="77777777" w:rsidR="00282991" w:rsidRDefault="00FE4586">
            <w:r>
              <w:rPr>
                <w:rFonts w:eastAsia="Arial" w:cs="Arial"/>
                <w:sz w:val="14"/>
              </w:rPr>
              <w:t>State ESRD licensing, survey and backup generator provisions.</w:t>
            </w:r>
          </w:p>
        </w:tc>
      </w:tr>
      <w:tr w:rsidR="00282991" w14:paraId="2261452B"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4D3E3929" w14:textId="77777777" w:rsidR="00282991" w:rsidRDefault="00FE4586">
            <w:r>
              <w:rPr>
                <w:rFonts w:eastAsia="Arial" w:cs="Arial"/>
                <w:sz w:val="14"/>
              </w:rPr>
              <w:t>Maine FMO</w:t>
            </w:r>
          </w:p>
        </w:tc>
        <w:tc>
          <w:tcPr>
            <w:tcW w:w="369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6723B647" w14:textId="77777777" w:rsidR="00282991" w:rsidRDefault="00FE4586">
            <w:r>
              <w:rPr>
                <w:rFonts w:eastAsia="Arial" w:cs="Arial"/>
                <w:sz w:val="14"/>
              </w:rPr>
              <w:t>State Adopted NFPA Standards</w:t>
            </w:r>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6014C092" w14:textId="77777777" w:rsidR="00282991" w:rsidRDefault="00FE4586">
            <w:hyperlink r:id="rId26">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172C87C5" w14:textId="77777777" w:rsidR="00282991" w:rsidRDefault="00FE4586">
            <w:r>
              <w:rPr>
                <w:rFonts w:eastAsia="Arial" w:cs="Arial"/>
                <w:sz w:val="14"/>
              </w:rPr>
              <w:t>Current Maine-adopted NFPA editions.</w:t>
            </w:r>
          </w:p>
        </w:tc>
      </w:tr>
      <w:tr w:rsidR="00282991" w14:paraId="67D7F2C8"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08A749BB" w14:textId="77777777" w:rsidR="00282991" w:rsidRDefault="00FE4586">
            <w:r>
              <w:rPr>
                <w:rFonts w:eastAsia="Arial" w:cs="Arial"/>
                <w:sz w:val="14"/>
              </w:rPr>
              <w:t>Maine FMO</w:t>
            </w:r>
          </w:p>
        </w:tc>
        <w:tc>
          <w:tcPr>
            <w:tcW w:w="369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14C44CE0" w14:textId="77777777" w:rsidR="00282991" w:rsidRDefault="00FE4586">
            <w:r>
              <w:rPr>
                <w:rFonts w:eastAsia="Arial" w:cs="Arial"/>
                <w:sz w:val="14"/>
              </w:rPr>
              <w:t>Rules of the State Fire Marshal</w:t>
            </w:r>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49C5DADB" w14:textId="77777777" w:rsidR="00282991" w:rsidRDefault="00FE4586">
            <w:hyperlink r:id="rId27">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4669E737" w14:textId="77777777" w:rsidR="00282991" w:rsidRDefault="00FE4586">
            <w:r>
              <w:rPr>
                <w:rFonts w:eastAsia="Arial" w:cs="Arial"/>
                <w:sz w:val="14"/>
              </w:rPr>
              <w:t>State Fire Marshal rules and incorporated standards.</w:t>
            </w:r>
          </w:p>
        </w:tc>
      </w:tr>
      <w:tr w:rsidR="00282991" w14:paraId="59A8DB70"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6289DFA3" w14:textId="77777777" w:rsidR="00282991" w:rsidRDefault="00FE4586">
            <w:r>
              <w:rPr>
                <w:rFonts w:eastAsia="Arial" w:cs="Arial"/>
                <w:sz w:val="14"/>
              </w:rPr>
              <w:t>Maine FMO</w:t>
            </w:r>
          </w:p>
        </w:tc>
        <w:tc>
          <w:tcPr>
            <w:tcW w:w="369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5E554927" w14:textId="77777777" w:rsidR="00282991" w:rsidRDefault="00FE4586">
            <w:r>
              <w:rPr>
                <w:rFonts w:eastAsia="Arial" w:cs="Arial"/>
                <w:sz w:val="14"/>
              </w:rPr>
              <w:t>Inspections &amp; Plans Review</w:t>
            </w:r>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08E44E50" w14:textId="77777777" w:rsidR="00282991" w:rsidRDefault="00FE4586">
            <w:hyperlink r:id="rId28">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399D112E" w14:textId="77777777" w:rsidR="00282991" w:rsidRDefault="00FE4586">
            <w:r>
              <w:rPr>
                <w:rFonts w:eastAsia="Arial" w:cs="Arial"/>
                <w:sz w:val="14"/>
              </w:rPr>
              <w:t>Healthcare inspection / plan review overview.</w:t>
            </w:r>
          </w:p>
        </w:tc>
      </w:tr>
      <w:tr w:rsidR="00282991" w14:paraId="04AD61A9"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3DF74DB3" w14:textId="77777777" w:rsidR="00282991" w:rsidRDefault="00FE4586">
            <w:r>
              <w:rPr>
                <w:rFonts w:eastAsia="Arial" w:cs="Arial"/>
                <w:sz w:val="14"/>
              </w:rPr>
              <w:t>Maine CDC</w:t>
            </w:r>
          </w:p>
        </w:tc>
        <w:tc>
          <w:tcPr>
            <w:tcW w:w="369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536CA916" w14:textId="77777777" w:rsidR="00282991" w:rsidRDefault="00FE4586">
            <w:r>
              <w:rPr>
                <w:rFonts w:eastAsia="Arial" w:cs="Arial"/>
                <w:sz w:val="14"/>
              </w:rPr>
              <w:t>10-144 CMR Ch. 258 - Control of Notifiable Diseases and Conditions</w:t>
            </w:r>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0A9FA1C3" w14:textId="77777777" w:rsidR="00282991" w:rsidRDefault="00FE4586">
            <w:hyperlink r:id="rId29">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290D777B" w14:textId="77777777" w:rsidR="00282991" w:rsidRDefault="00FE4586">
            <w:r>
              <w:rPr>
                <w:rFonts w:eastAsia="Arial" w:cs="Arial"/>
                <w:sz w:val="14"/>
              </w:rPr>
              <w:t>Maine reportable disease/public-health emergency rule resource.</w:t>
            </w:r>
          </w:p>
        </w:tc>
      </w:tr>
      <w:tr w:rsidR="00282991" w14:paraId="351AFE59"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0A8837CF" w14:textId="77777777" w:rsidR="00282991" w:rsidRDefault="00FE4586">
            <w:r>
              <w:rPr>
                <w:rFonts w:eastAsia="Arial" w:cs="Arial"/>
                <w:sz w:val="14"/>
              </w:rPr>
              <w:t>Maine Nursing</w:t>
            </w:r>
          </w:p>
        </w:tc>
        <w:tc>
          <w:tcPr>
            <w:tcW w:w="369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26D1C882" w14:textId="77777777" w:rsidR="00282991" w:rsidRDefault="00FE4586">
            <w:r>
              <w:rPr>
                <w:rFonts w:eastAsia="Arial" w:cs="Arial"/>
                <w:sz w:val="14"/>
              </w:rPr>
              <w:t>Maine Board of Nursing - License Verification</w:t>
            </w:r>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5905E191" w14:textId="77777777" w:rsidR="00282991" w:rsidRDefault="00FE4586">
            <w:hyperlink r:id="rId30">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51AB564F" w14:textId="77777777" w:rsidR="00282991" w:rsidRDefault="00FE4586">
            <w:r>
              <w:rPr>
                <w:rFonts w:eastAsia="Arial" w:cs="Arial"/>
                <w:sz w:val="14"/>
              </w:rPr>
              <w:t>RN/LPN/APRN verification.</w:t>
            </w:r>
          </w:p>
        </w:tc>
      </w:tr>
      <w:tr w:rsidR="00282991" w14:paraId="269027E5"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679C7A84" w14:textId="77777777" w:rsidR="00282991" w:rsidRDefault="00FE4586">
            <w:r>
              <w:rPr>
                <w:rFonts w:eastAsia="Arial" w:cs="Arial"/>
                <w:sz w:val="14"/>
              </w:rPr>
              <w:t>Maine Medicine</w:t>
            </w:r>
          </w:p>
        </w:tc>
        <w:tc>
          <w:tcPr>
            <w:tcW w:w="369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79150027" w14:textId="77777777" w:rsidR="00282991" w:rsidRDefault="00FE4586">
            <w:r>
              <w:rPr>
                <w:rFonts w:eastAsia="Arial" w:cs="Arial"/>
                <w:sz w:val="14"/>
              </w:rPr>
              <w:t>Board of Licensure in Medicine - License Verification</w:t>
            </w:r>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35B3CF15" w14:textId="77777777" w:rsidR="00282991" w:rsidRDefault="00FE4586">
            <w:hyperlink r:id="rId31">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4E1C164B" w14:textId="77777777" w:rsidR="00282991" w:rsidRDefault="00FE4586">
            <w:r>
              <w:rPr>
                <w:rFonts w:eastAsia="Arial" w:cs="Arial"/>
                <w:sz w:val="14"/>
              </w:rPr>
              <w:t>MD/PA primary-source verification.</w:t>
            </w:r>
          </w:p>
        </w:tc>
      </w:tr>
      <w:tr w:rsidR="00282991" w14:paraId="47733BE3"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03573E35" w14:textId="77777777" w:rsidR="00282991" w:rsidRDefault="00FE4586">
            <w:r>
              <w:rPr>
                <w:rFonts w:eastAsia="Arial" w:cs="Arial"/>
                <w:sz w:val="14"/>
              </w:rPr>
              <w:t>Maine Osteopathic</w:t>
            </w:r>
          </w:p>
        </w:tc>
        <w:tc>
          <w:tcPr>
            <w:tcW w:w="369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44FA2BB4" w14:textId="77777777" w:rsidR="00282991" w:rsidRDefault="00FE4586">
            <w:r>
              <w:rPr>
                <w:rFonts w:eastAsia="Arial" w:cs="Arial"/>
                <w:sz w:val="14"/>
              </w:rPr>
              <w:t>Board of Osteopathic Licensure - Verification</w:t>
            </w:r>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4C6B77EC" w14:textId="77777777" w:rsidR="00282991" w:rsidRDefault="00FE4586">
            <w:hyperlink r:id="rId32">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51E48947" w14:textId="77777777" w:rsidR="00282991" w:rsidRDefault="00FE4586">
            <w:r>
              <w:rPr>
                <w:rFonts w:eastAsia="Arial" w:cs="Arial"/>
                <w:sz w:val="14"/>
              </w:rPr>
              <w:t>DO/PA primary-source verification.</w:t>
            </w:r>
          </w:p>
        </w:tc>
      </w:tr>
      <w:tr w:rsidR="00282991" w14:paraId="20281767"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2ACD5E2A" w14:textId="77777777" w:rsidR="00282991" w:rsidRDefault="00FE4586">
            <w:r>
              <w:rPr>
                <w:rFonts w:eastAsia="Arial" w:cs="Arial"/>
                <w:sz w:val="14"/>
              </w:rPr>
              <w:t>Maine Dietetics</w:t>
            </w:r>
          </w:p>
        </w:tc>
        <w:tc>
          <w:tcPr>
            <w:tcW w:w="369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23A23DE9" w14:textId="77777777" w:rsidR="00282991" w:rsidRDefault="00FE4586">
            <w:r>
              <w:rPr>
                <w:rFonts w:eastAsia="Arial" w:cs="Arial"/>
                <w:sz w:val="14"/>
              </w:rPr>
              <w:t>Board of Licensing of Dietetic Practice</w:t>
            </w:r>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222DE684" w14:textId="77777777" w:rsidR="00282991" w:rsidRDefault="00FE4586">
            <w:hyperlink r:id="rId33">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55F12BBF" w14:textId="77777777" w:rsidR="00282991" w:rsidRDefault="00FE4586">
            <w:r>
              <w:rPr>
                <w:rFonts w:eastAsia="Arial" w:cs="Arial"/>
                <w:sz w:val="14"/>
              </w:rPr>
              <w:t>Dietitian licensing and verification.</w:t>
            </w:r>
          </w:p>
        </w:tc>
      </w:tr>
      <w:tr w:rsidR="00282991" w14:paraId="294C1ABB"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3D169C2A" w14:textId="77777777" w:rsidR="00282991" w:rsidRDefault="00FE4586">
            <w:r>
              <w:rPr>
                <w:rFonts w:eastAsia="Arial" w:cs="Arial"/>
                <w:sz w:val="14"/>
              </w:rPr>
              <w:t>Maine Social Work</w:t>
            </w:r>
          </w:p>
        </w:tc>
        <w:tc>
          <w:tcPr>
            <w:tcW w:w="369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2771D79E" w14:textId="77777777" w:rsidR="00282991" w:rsidRDefault="00FE4586">
            <w:r>
              <w:rPr>
                <w:rFonts w:eastAsia="Arial" w:cs="Arial"/>
                <w:sz w:val="14"/>
              </w:rPr>
              <w:t>State Board of Social Worker Licensure</w:t>
            </w:r>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55699280" w14:textId="77777777" w:rsidR="00282991" w:rsidRDefault="00FE4586">
            <w:hyperlink r:id="rId34">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4E262AFD" w14:textId="77777777" w:rsidR="00282991" w:rsidRDefault="00FE4586">
            <w:r>
              <w:rPr>
                <w:rFonts w:eastAsia="Arial" w:cs="Arial"/>
                <w:sz w:val="14"/>
              </w:rPr>
              <w:t>Social worker licensing and verification.</w:t>
            </w:r>
          </w:p>
        </w:tc>
      </w:tr>
      <w:tr w:rsidR="00282991" w14:paraId="454F758F"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67AA4435" w14:textId="77777777" w:rsidR="00282991" w:rsidRDefault="00FE4586">
            <w:r>
              <w:rPr>
                <w:rFonts w:eastAsia="Arial" w:cs="Arial"/>
                <w:sz w:val="14"/>
              </w:rPr>
              <w:t>Maine Pharmacy</w:t>
            </w:r>
          </w:p>
        </w:tc>
        <w:tc>
          <w:tcPr>
            <w:tcW w:w="369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0A07A203" w14:textId="77777777" w:rsidR="00282991" w:rsidRDefault="00FE4586">
            <w:r>
              <w:rPr>
                <w:rFonts w:eastAsia="Arial" w:cs="Arial"/>
                <w:sz w:val="14"/>
              </w:rPr>
              <w:t>Board of Pharmacy</w:t>
            </w:r>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61DF111F" w14:textId="77777777" w:rsidR="00282991" w:rsidRDefault="00FE4586">
            <w:hyperlink r:id="rId35">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45A0CFC4" w14:textId="77777777" w:rsidR="00282991" w:rsidRDefault="00FE4586">
            <w:r>
              <w:rPr>
                <w:rFonts w:eastAsia="Arial" w:cs="Arial"/>
                <w:sz w:val="14"/>
              </w:rPr>
              <w:t>Apply when the ESRD site operates a regulated pharmacy/drug-outlet function.</w:t>
            </w:r>
          </w:p>
        </w:tc>
      </w:tr>
      <w:tr w:rsidR="00282991" w14:paraId="00732042"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145DC33F" w14:textId="77777777" w:rsidR="00282991" w:rsidRDefault="00FE4586">
            <w:r>
              <w:rPr>
                <w:rFonts w:eastAsia="Arial" w:cs="Arial"/>
                <w:sz w:val="14"/>
              </w:rPr>
              <w:t>Maine / CLIA</w:t>
            </w:r>
          </w:p>
        </w:tc>
        <w:tc>
          <w:tcPr>
            <w:tcW w:w="369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6C18089F" w14:textId="77777777" w:rsidR="00282991" w:rsidRDefault="00FE4586">
            <w:r>
              <w:rPr>
                <w:rFonts w:eastAsia="Arial" w:cs="Arial"/>
                <w:sz w:val="14"/>
              </w:rPr>
              <w:t>Maine Medical Facilities / Laboratory resources</w:t>
            </w:r>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710FB990" w14:textId="77777777" w:rsidR="00282991" w:rsidRDefault="00FE4586">
            <w:hyperlink r:id="rId36">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034EC89F" w14:textId="77777777" w:rsidR="00282991" w:rsidRDefault="00FE4586">
            <w:r>
              <w:rPr>
                <w:rFonts w:eastAsia="Arial" w:cs="Arial"/>
                <w:sz w:val="14"/>
              </w:rPr>
              <w:t>Laboratory / CLIA resources and applications.</w:t>
            </w:r>
          </w:p>
        </w:tc>
      </w:tr>
      <w:tr w:rsidR="00282991" w14:paraId="76CE3A4D"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5BA922B3" w14:textId="77777777" w:rsidR="00282991" w:rsidRDefault="00FE4586">
            <w:r>
              <w:rPr>
                <w:rFonts w:eastAsia="Arial" w:cs="Arial"/>
                <w:sz w:val="14"/>
              </w:rPr>
              <w:t>ASPR TRACIE</w:t>
            </w:r>
          </w:p>
        </w:tc>
        <w:tc>
          <w:tcPr>
            <w:tcW w:w="369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02A509A3" w14:textId="77777777" w:rsidR="00282991" w:rsidRDefault="00FE4586">
            <w:r>
              <w:rPr>
                <w:rFonts w:eastAsia="Arial" w:cs="Arial"/>
                <w:sz w:val="14"/>
              </w:rPr>
              <w:t>CMS Emergency Preparedness Rule Resources</w:t>
            </w:r>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106F6612" w14:textId="77777777" w:rsidR="00282991" w:rsidRDefault="00FE4586">
            <w:hyperlink r:id="rId37">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1CAB6855" w14:textId="77777777" w:rsidR="00282991" w:rsidRDefault="00FE4586">
            <w:r>
              <w:rPr>
                <w:rFonts w:eastAsia="Arial" w:cs="Arial"/>
                <w:sz w:val="14"/>
              </w:rPr>
              <w:t>Optional preparedness tools; not a controlling regulation.</w:t>
            </w:r>
          </w:p>
        </w:tc>
      </w:tr>
      <w:tr w:rsidR="00282991" w14:paraId="0EE5C0D2"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609F895E" w14:textId="77777777" w:rsidR="00282991" w:rsidRDefault="00FE4586">
            <w:r>
              <w:rPr>
                <w:rFonts w:eastAsia="Arial" w:cs="Arial"/>
                <w:sz w:val="14"/>
              </w:rPr>
              <w:lastRenderedPageBreak/>
              <w:t>KCER</w:t>
            </w:r>
          </w:p>
        </w:tc>
        <w:tc>
          <w:tcPr>
            <w:tcW w:w="369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6365BC7A" w14:textId="77777777" w:rsidR="00282991" w:rsidRDefault="00FE4586">
            <w:r>
              <w:rPr>
                <w:rFonts w:eastAsia="Arial" w:cs="Arial"/>
                <w:sz w:val="14"/>
              </w:rPr>
              <w:t>Kidney Community Emergency Response</w:t>
            </w:r>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50FC92A6" w14:textId="77777777" w:rsidR="00282991" w:rsidRDefault="00FE4586">
            <w:hyperlink r:id="rId38">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tcPr>
          <w:p w14:paraId="0492CD97" w14:textId="77777777" w:rsidR="00282991" w:rsidRDefault="00FE4586">
            <w:r>
              <w:rPr>
                <w:rFonts w:eastAsia="Arial" w:cs="Arial"/>
                <w:sz w:val="14"/>
              </w:rPr>
              <w:t>Dialysis emergency preparedness/patient resource referenced in CMS ESRD guidance.</w:t>
            </w:r>
          </w:p>
        </w:tc>
      </w:tr>
      <w:tr w:rsidR="00282991" w14:paraId="54F5D352" w14:textId="77777777" w:rsidTr="003B7872">
        <w:trPr>
          <w:jc w:val="center"/>
        </w:trPr>
        <w:tc>
          <w:tcPr>
            <w:tcW w:w="171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1F22FD27" w14:textId="77777777" w:rsidR="00282991" w:rsidRDefault="00FE4586">
            <w:r>
              <w:rPr>
                <w:rFonts w:eastAsia="Arial" w:cs="Arial"/>
                <w:sz w:val="14"/>
              </w:rPr>
              <w:t>FEMA</w:t>
            </w:r>
          </w:p>
        </w:tc>
        <w:tc>
          <w:tcPr>
            <w:tcW w:w="369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1C5671E0" w14:textId="77777777" w:rsidR="00282991" w:rsidRDefault="00FE4586">
            <w:r>
              <w:rPr>
                <w:rFonts w:eastAsia="Arial" w:cs="Arial"/>
                <w:sz w:val="14"/>
              </w:rPr>
              <w:t>HSEEP Resources</w:t>
            </w:r>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3B5B5466" w14:textId="77777777" w:rsidR="00282991" w:rsidRDefault="00FE4586">
            <w:hyperlink r:id="rId39">
              <w:r>
                <w:rPr>
                  <w:rFonts w:eastAsia="Arial" w:cs="Arial"/>
                  <w:color w:val="0563C1"/>
                  <w:sz w:val="20"/>
                  <w:u w:val="single"/>
                </w:rPr>
                <w:t>Open official source</w:t>
              </w:r>
            </w:hyperlink>
          </w:p>
        </w:tc>
        <w:tc>
          <w:tcPr>
            <w:tcW w:w="270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tcPr>
          <w:p w14:paraId="39C1A579" w14:textId="77777777" w:rsidR="00282991" w:rsidRDefault="00FE4586">
            <w:r>
              <w:rPr>
                <w:rFonts w:eastAsia="Arial" w:cs="Arial"/>
                <w:sz w:val="14"/>
              </w:rPr>
              <w:t>Exercise design/evaluation resource.</w:t>
            </w:r>
          </w:p>
        </w:tc>
      </w:tr>
    </w:tbl>
    <w:p w14:paraId="75B8CBC0" w14:textId="77777777" w:rsidR="00282991" w:rsidRDefault="00FE4586">
      <w:r>
        <w:br w:type="page"/>
      </w:r>
    </w:p>
    <w:p w14:paraId="4D6D7238" w14:textId="77777777" w:rsidR="00282991" w:rsidRDefault="00FE4586">
      <w:pPr>
        <w:pStyle w:val="Heading1"/>
        <w:pBdr>
          <w:bottom w:val="single" w:sz="10" w:space="2" w:color="E63B07"/>
        </w:pBdr>
      </w:pPr>
      <w:r>
        <w:rPr>
          <w:rFonts w:ascii="Arial" w:eastAsia="Arial" w:hAnsi="Arial" w:cs="Arial"/>
        </w:rPr>
        <w:lastRenderedPageBreak/>
        <w:t>SOURCE VERIFICATION LOG</w:t>
      </w:r>
    </w:p>
    <w:tbl>
      <w:tblPr>
        <w:tblW w:w="0" w:type="auto"/>
        <w:jc w:val="center"/>
        <w:tblLayout w:type="fixed"/>
        <w:tblLook w:val="04A0" w:firstRow="1" w:lastRow="0" w:firstColumn="1" w:lastColumn="0" w:noHBand="0" w:noVBand="1"/>
      </w:tblPr>
      <w:tblGrid>
        <w:gridCol w:w="1584"/>
        <w:gridCol w:w="2880"/>
        <w:gridCol w:w="5040"/>
        <w:gridCol w:w="1296"/>
      </w:tblGrid>
      <w:tr w:rsidR="00282991" w14:paraId="1DFEBBA8" w14:textId="77777777">
        <w:trPr>
          <w:cantSplit/>
          <w:tblHeader/>
          <w:jc w:val="center"/>
        </w:trPr>
        <w:tc>
          <w:tcPr>
            <w:tcW w:w="158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AC3B6B7" w14:textId="77777777" w:rsidR="00282991" w:rsidRDefault="00FE4586">
            <w:pPr>
              <w:spacing w:after="0"/>
            </w:pPr>
            <w:r>
              <w:rPr>
                <w:rFonts w:eastAsia="Arial" w:cs="Arial"/>
                <w:b/>
                <w:color w:val="FFFFFF"/>
                <w:sz w:val="15"/>
              </w:rPr>
              <w:t>Date</w:t>
            </w:r>
          </w:p>
        </w:tc>
        <w:tc>
          <w:tcPr>
            <w:tcW w:w="288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41458BA8" w14:textId="77777777" w:rsidR="00282991" w:rsidRDefault="00FE4586">
            <w:pPr>
              <w:spacing w:after="0"/>
            </w:pPr>
            <w:r>
              <w:rPr>
                <w:rFonts w:eastAsia="Arial" w:cs="Arial"/>
                <w:b/>
                <w:color w:val="FFFFFF"/>
                <w:sz w:val="15"/>
              </w:rPr>
              <w:t>Review / Change</w:t>
            </w:r>
          </w:p>
        </w:tc>
        <w:tc>
          <w:tcPr>
            <w:tcW w:w="5040"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240B8B91" w14:textId="77777777" w:rsidR="00282991" w:rsidRDefault="00FE4586">
            <w:pPr>
              <w:spacing w:after="0"/>
            </w:pPr>
            <w:r>
              <w:rPr>
                <w:rFonts w:eastAsia="Arial" w:cs="Arial"/>
                <w:b/>
                <w:color w:val="FFFFFF"/>
                <w:sz w:val="15"/>
              </w:rPr>
              <w:t>Sources Verified / Notes</w:t>
            </w:r>
          </w:p>
        </w:tc>
        <w:tc>
          <w:tcPr>
            <w:tcW w:w="1296"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69F603DA" w14:textId="77777777" w:rsidR="00282991" w:rsidRDefault="00FE4586">
            <w:pPr>
              <w:spacing w:after="0"/>
            </w:pPr>
            <w:r>
              <w:rPr>
                <w:rFonts w:eastAsia="Arial" w:cs="Arial"/>
                <w:b/>
                <w:color w:val="FFFFFF"/>
                <w:sz w:val="15"/>
              </w:rPr>
              <w:t>Initials</w:t>
            </w:r>
          </w:p>
        </w:tc>
      </w:tr>
      <w:tr w:rsidR="00282991" w14:paraId="4C594FDB" w14:textId="77777777">
        <w:trPr>
          <w:cantSplit/>
          <w:jc w:val="center"/>
        </w:trPr>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071E05D" w14:textId="77777777" w:rsidR="00282991" w:rsidRDefault="00FE4586">
            <w:pPr>
              <w:spacing w:after="0"/>
            </w:pPr>
            <w:r>
              <w:rPr>
                <w:rFonts w:eastAsia="Arial" w:cs="Arial"/>
                <w:sz w:val="16"/>
              </w:rPr>
              <w:t>09/16/2026</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BB942CD" w14:textId="77777777" w:rsidR="00282991" w:rsidRDefault="00FE4586">
            <w:pPr>
              <w:spacing w:after="0"/>
            </w:pPr>
            <w:r>
              <w:rPr>
                <w:rFonts w:eastAsia="Arial" w:cs="Arial"/>
                <w:sz w:val="16"/>
              </w:rPr>
              <w:t>Initial HCC-ME ESRD toolkit source set</w:t>
            </w:r>
          </w:p>
        </w:tc>
        <w:tc>
          <w:tcPr>
            <w:tcW w:w="50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D448558" w14:textId="77777777" w:rsidR="00282991" w:rsidRDefault="00FE4586">
            <w:pPr>
              <w:spacing w:after="0"/>
            </w:pPr>
            <w:r>
              <w:rPr>
                <w:rFonts w:eastAsia="Arial" w:cs="Arial"/>
                <w:sz w:val="16"/>
              </w:rPr>
              <w:t>CMS Part 494 / §494.62; Appendix Z; Appendix H Rev.246; Maine DLC / Ch.126; 22 MRS §2042; FMO; Maine professional boards; Maine CDC; CLIA</w:t>
            </w:r>
          </w:p>
        </w:tc>
        <w:tc>
          <w:tcPr>
            <w:tcW w:w="12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58BC56C3" w14:textId="77777777" w:rsidR="00282991" w:rsidRDefault="00FE4586">
            <w:pPr>
              <w:spacing w:after="0"/>
            </w:pPr>
            <w:r>
              <w:rPr>
                <w:rFonts w:eastAsia="Arial" w:cs="Arial"/>
                <w:sz w:val="16"/>
              </w:rPr>
              <w:t>HCC-ME</w:t>
            </w:r>
          </w:p>
        </w:tc>
      </w:tr>
      <w:tr w:rsidR="00282991" w14:paraId="0B2A8E20" w14:textId="77777777">
        <w:trPr>
          <w:cantSplit/>
          <w:jc w:val="center"/>
        </w:trPr>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959564F" w14:textId="77777777" w:rsidR="00282991" w:rsidRDefault="00FE4586">
            <w:pPr>
              <w:spacing w:after="0"/>
            </w:pPr>
            <w:r>
              <w:rPr>
                <w:rFonts w:eastAsia="Arial" w:cs="Arial"/>
                <w:i/>
                <w:color w:val="707070"/>
                <w:sz w:val="20"/>
              </w:rPr>
              <w:t>&lt;Date&gt;</w:t>
            </w:r>
          </w:p>
        </w:tc>
        <w:tc>
          <w:tcPr>
            <w:tcW w:w="288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350CEB2" w14:textId="77777777" w:rsidR="00282991" w:rsidRDefault="00FE4586">
            <w:pPr>
              <w:spacing w:after="0"/>
            </w:pPr>
            <w:r>
              <w:rPr>
                <w:rFonts w:eastAsia="Arial" w:cs="Arial"/>
                <w:i/>
                <w:color w:val="707070"/>
                <w:sz w:val="20"/>
              </w:rPr>
              <w:t>&lt;Review / change&gt;</w:t>
            </w:r>
          </w:p>
        </w:tc>
        <w:tc>
          <w:tcPr>
            <w:tcW w:w="5040"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E164CC5" w14:textId="77777777" w:rsidR="00282991" w:rsidRDefault="00FE4586">
            <w:pPr>
              <w:spacing w:after="0"/>
            </w:pPr>
            <w:r>
              <w:rPr>
                <w:rFonts w:eastAsia="Arial" w:cs="Arial"/>
                <w:i/>
                <w:color w:val="707070"/>
                <w:sz w:val="20"/>
              </w:rPr>
              <w:t>&lt;Sources / notes&gt;</w:t>
            </w:r>
          </w:p>
        </w:tc>
        <w:tc>
          <w:tcPr>
            <w:tcW w:w="1296"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88BEDB1" w14:textId="77777777" w:rsidR="00282991" w:rsidRDefault="00FE4586">
            <w:pPr>
              <w:spacing w:after="0"/>
            </w:pPr>
            <w:r>
              <w:rPr>
                <w:rFonts w:eastAsia="Arial" w:cs="Arial"/>
                <w:i/>
                <w:color w:val="707070"/>
                <w:sz w:val="20"/>
              </w:rPr>
              <w:t>&lt;Initials&gt;</w:t>
            </w:r>
          </w:p>
        </w:tc>
      </w:tr>
      <w:tr w:rsidR="00282991" w14:paraId="7D3C2306" w14:textId="77777777">
        <w:trPr>
          <w:cantSplit/>
          <w:jc w:val="center"/>
        </w:trPr>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A9B0789" w14:textId="77777777" w:rsidR="00282991" w:rsidRDefault="00FE4586">
            <w:pPr>
              <w:spacing w:after="0"/>
            </w:pPr>
            <w:r>
              <w:rPr>
                <w:rFonts w:eastAsia="Arial" w:cs="Arial"/>
                <w:i/>
                <w:color w:val="707070"/>
                <w:sz w:val="20"/>
              </w:rPr>
              <w:t>&lt;Date&gt;</w:t>
            </w:r>
          </w:p>
        </w:tc>
        <w:tc>
          <w:tcPr>
            <w:tcW w:w="288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87D0F87" w14:textId="77777777" w:rsidR="00282991" w:rsidRDefault="00FE4586">
            <w:pPr>
              <w:spacing w:after="0"/>
            </w:pPr>
            <w:r>
              <w:rPr>
                <w:rFonts w:eastAsia="Arial" w:cs="Arial"/>
                <w:i/>
                <w:color w:val="707070"/>
                <w:sz w:val="20"/>
              </w:rPr>
              <w:t>&lt;Review / change&gt;</w:t>
            </w:r>
          </w:p>
        </w:tc>
        <w:tc>
          <w:tcPr>
            <w:tcW w:w="5040"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60C97227" w14:textId="77777777" w:rsidR="00282991" w:rsidRDefault="00FE4586">
            <w:pPr>
              <w:spacing w:after="0"/>
            </w:pPr>
            <w:r>
              <w:rPr>
                <w:rFonts w:eastAsia="Arial" w:cs="Arial"/>
                <w:i/>
                <w:color w:val="707070"/>
                <w:sz w:val="20"/>
              </w:rPr>
              <w:t>&lt;Sources / notes&gt;</w:t>
            </w:r>
          </w:p>
        </w:tc>
        <w:tc>
          <w:tcPr>
            <w:tcW w:w="1296"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B2D2048" w14:textId="77777777" w:rsidR="00282991" w:rsidRDefault="00FE4586">
            <w:pPr>
              <w:spacing w:after="0"/>
            </w:pPr>
            <w:r>
              <w:rPr>
                <w:rFonts w:eastAsia="Arial" w:cs="Arial"/>
                <w:i/>
                <w:color w:val="707070"/>
                <w:sz w:val="20"/>
              </w:rPr>
              <w:t>&lt;Initials&gt;</w:t>
            </w:r>
          </w:p>
        </w:tc>
      </w:tr>
    </w:tbl>
    <w:p w14:paraId="07189837" w14:textId="77777777" w:rsidR="00282991" w:rsidRDefault="00282991">
      <w:pPr>
        <w:spacing w:after="20"/>
      </w:pPr>
    </w:p>
    <w:p w14:paraId="55943359" w14:textId="77777777" w:rsidR="00282991" w:rsidRDefault="00FE4586">
      <w:pPr>
        <w:pStyle w:val="Heading1"/>
        <w:pBdr>
          <w:bottom w:val="single" w:sz="10" w:space="2" w:color="E63B07"/>
        </w:pBdr>
      </w:pPr>
      <w:r>
        <w:rPr>
          <w:rFonts w:ascii="Arial" w:eastAsia="Arial" w:hAnsi="Arial" w:cs="Arial"/>
        </w:rPr>
        <w:t>Facility Review / Sign-Off</w:t>
      </w:r>
    </w:p>
    <w:tbl>
      <w:tblPr>
        <w:tblW w:w="0" w:type="auto"/>
        <w:jc w:val="center"/>
        <w:tblLayout w:type="fixed"/>
        <w:tblLook w:val="04A0" w:firstRow="1" w:lastRow="0" w:firstColumn="1" w:lastColumn="0" w:noHBand="0" w:noVBand="1"/>
      </w:tblPr>
      <w:tblGrid>
        <w:gridCol w:w="3312"/>
        <w:gridCol w:w="5904"/>
        <w:gridCol w:w="1584"/>
      </w:tblGrid>
      <w:tr w:rsidR="00282991" w14:paraId="670746EC" w14:textId="77777777">
        <w:trPr>
          <w:cantSplit/>
          <w:tblHeader/>
          <w:jc w:val="center"/>
        </w:trPr>
        <w:tc>
          <w:tcPr>
            <w:tcW w:w="3312"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3182AE1B" w14:textId="77777777" w:rsidR="00282991" w:rsidRDefault="00FE4586">
            <w:pPr>
              <w:spacing w:after="0"/>
            </w:pPr>
            <w:r>
              <w:rPr>
                <w:rFonts w:eastAsia="Arial" w:cs="Arial"/>
                <w:b/>
                <w:color w:val="FFFFFF"/>
                <w:sz w:val="17"/>
              </w:rPr>
              <w:t>Role</w:t>
            </w:r>
          </w:p>
        </w:tc>
        <w:tc>
          <w:tcPr>
            <w:tcW w:w="590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7D5E144D" w14:textId="77777777" w:rsidR="00282991" w:rsidRDefault="00FE4586">
            <w:pPr>
              <w:spacing w:after="0"/>
            </w:pPr>
            <w:r>
              <w:rPr>
                <w:rFonts w:eastAsia="Arial" w:cs="Arial"/>
                <w:b/>
                <w:color w:val="FFFFFF"/>
                <w:sz w:val="17"/>
              </w:rPr>
              <w:t>Name / Signature or Electronic Approval</w:t>
            </w:r>
          </w:p>
        </w:tc>
        <w:tc>
          <w:tcPr>
            <w:tcW w:w="1584" w:type="dxa"/>
            <w:tcBorders>
              <w:top w:val="single" w:sz="4" w:space="0" w:color="CAD8D3"/>
              <w:left w:val="single" w:sz="4" w:space="0" w:color="CAD8D3"/>
              <w:bottom w:val="single" w:sz="4" w:space="0" w:color="CAD8D3"/>
              <w:right w:val="single" w:sz="4" w:space="0" w:color="CAD8D3"/>
            </w:tcBorders>
            <w:shd w:val="clear" w:color="auto" w:fill="015A41"/>
            <w:tcMar>
              <w:top w:w="70" w:type="dxa"/>
              <w:left w:w="90" w:type="dxa"/>
              <w:bottom w:w="70" w:type="dxa"/>
              <w:right w:w="90" w:type="dxa"/>
            </w:tcMar>
            <w:vAlign w:val="center"/>
          </w:tcPr>
          <w:p w14:paraId="1D3DCDA7" w14:textId="77777777" w:rsidR="00282991" w:rsidRDefault="00FE4586">
            <w:pPr>
              <w:spacing w:after="0"/>
            </w:pPr>
            <w:r>
              <w:rPr>
                <w:rFonts w:eastAsia="Arial" w:cs="Arial"/>
                <w:b/>
                <w:color w:val="FFFFFF"/>
                <w:sz w:val="17"/>
              </w:rPr>
              <w:t>Date</w:t>
            </w:r>
          </w:p>
        </w:tc>
      </w:tr>
      <w:tr w:rsidR="00282991" w14:paraId="67C70C51" w14:textId="77777777">
        <w:trPr>
          <w:cantSplit/>
          <w:jc w:val="center"/>
        </w:trPr>
        <w:tc>
          <w:tcPr>
            <w:tcW w:w="33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D38C1F9" w14:textId="77777777" w:rsidR="00282991" w:rsidRDefault="00FE4586">
            <w:pPr>
              <w:spacing w:after="0"/>
            </w:pPr>
            <w:r>
              <w:rPr>
                <w:rFonts w:eastAsia="Arial" w:cs="Arial"/>
                <w:sz w:val="17"/>
              </w:rPr>
              <w:t>Administrator / CEO</w:t>
            </w:r>
          </w:p>
        </w:tc>
        <w:tc>
          <w:tcPr>
            <w:tcW w:w="59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5763910"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4377D8DA" w14:textId="77777777" w:rsidR="00282991" w:rsidRDefault="00FE4586">
            <w:pPr>
              <w:spacing w:after="0"/>
            </w:pPr>
            <w:r>
              <w:rPr>
                <w:rFonts w:eastAsia="Arial" w:cs="Arial"/>
                <w:i/>
                <w:color w:val="707070"/>
                <w:sz w:val="20"/>
              </w:rPr>
              <w:t>&lt;Date&gt;</w:t>
            </w:r>
          </w:p>
        </w:tc>
      </w:tr>
      <w:tr w:rsidR="00282991" w14:paraId="2F632152" w14:textId="77777777">
        <w:trPr>
          <w:cantSplit/>
          <w:jc w:val="center"/>
        </w:trPr>
        <w:tc>
          <w:tcPr>
            <w:tcW w:w="33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A30798F" w14:textId="77777777" w:rsidR="00282991" w:rsidRDefault="00FE4586">
            <w:pPr>
              <w:spacing w:after="0"/>
            </w:pPr>
            <w:r>
              <w:rPr>
                <w:rFonts w:eastAsia="Arial" w:cs="Arial"/>
                <w:sz w:val="17"/>
              </w:rPr>
              <w:t>Medical Director</w:t>
            </w:r>
          </w:p>
        </w:tc>
        <w:tc>
          <w:tcPr>
            <w:tcW w:w="59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10B43FA4"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DFA1E23" w14:textId="77777777" w:rsidR="00282991" w:rsidRDefault="00FE4586">
            <w:pPr>
              <w:spacing w:after="0"/>
            </w:pPr>
            <w:r>
              <w:rPr>
                <w:rFonts w:eastAsia="Arial" w:cs="Arial"/>
                <w:i/>
                <w:color w:val="707070"/>
                <w:sz w:val="20"/>
              </w:rPr>
              <w:t>&lt;Date&gt;</w:t>
            </w:r>
          </w:p>
        </w:tc>
      </w:tr>
      <w:tr w:rsidR="00282991" w14:paraId="1423EE0C" w14:textId="77777777">
        <w:trPr>
          <w:cantSplit/>
          <w:jc w:val="center"/>
        </w:trPr>
        <w:tc>
          <w:tcPr>
            <w:tcW w:w="33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09022354" w14:textId="77777777" w:rsidR="00282991" w:rsidRDefault="00FE4586">
            <w:pPr>
              <w:spacing w:after="0"/>
            </w:pPr>
            <w:r>
              <w:rPr>
                <w:rFonts w:eastAsia="Arial" w:cs="Arial"/>
                <w:sz w:val="17"/>
              </w:rPr>
              <w:t>Nurse Manager / Clinical Lead</w:t>
            </w:r>
          </w:p>
        </w:tc>
        <w:tc>
          <w:tcPr>
            <w:tcW w:w="59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32120D81"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99CEC58" w14:textId="77777777" w:rsidR="00282991" w:rsidRDefault="00FE4586">
            <w:pPr>
              <w:spacing w:after="0"/>
            </w:pPr>
            <w:r>
              <w:rPr>
                <w:rFonts w:eastAsia="Arial" w:cs="Arial"/>
                <w:i/>
                <w:color w:val="707070"/>
                <w:sz w:val="20"/>
              </w:rPr>
              <w:t>&lt;Date&gt;</w:t>
            </w:r>
          </w:p>
        </w:tc>
      </w:tr>
      <w:tr w:rsidR="00282991" w14:paraId="66E2DAD8" w14:textId="77777777">
        <w:trPr>
          <w:cantSplit/>
          <w:jc w:val="center"/>
        </w:trPr>
        <w:tc>
          <w:tcPr>
            <w:tcW w:w="33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4170026C" w14:textId="77777777" w:rsidR="00282991" w:rsidRDefault="00FE4586">
            <w:pPr>
              <w:spacing w:after="0"/>
            </w:pPr>
            <w:r>
              <w:rPr>
                <w:rFonts w:eastAsia="Arial" w:cs="Arial"/>
                <w:sz w:val="17"/>
              </w:rPr>
              <w:t>Emergency Preparedness Lead</w:t>
            </w:r>
          </w:p>
        </w:tc>
        <w:tc>
          <w:tcPr>
            <w:tcW w:w="59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0119CEB1"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561B0D87" w14:textId="77777777" w:rsidR="00282991" w:rsidRDefault="00FE4586">
            <w:pPr>
              <w:spacing w:after="0"/>
            </w:pPr>
            <w:r>
              <w:rPr>
                <w:rFonts w:eastAsia="Arial" w:cs="Arial"/>
                <w:i/>
                <w:color w:val="707070"/>
                <w:sz w:val="20"/>
              </w:rPr>
              <w:t>&lt;Date&gt;</w:t>
            </w:r>
          </w:p>
        </w:tc>
      </w:tr>
      <w:tr w:rsidR="00282991" w14:paraId="30E1CC11" w14:textId="77777777">
        <w:trPr>
          <w:cantSplit/>
          <w:jc w:val="center"/>
        </w:trPr>
        <w:tc>
          <w:tcPr>
            <w:tcW w:w="3312"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27F27DDE" w14:textId="77777777" w:rsidR="00282991" w:rsidRDefault="00FE4586">
            <w:pPr>
              <w:spacing w:after="0"/>
            </w:pPr>
            <w:r>
              <w:rPr>
                <w:rFonts w:eastAsia="Arial" w:cs="Arial"/>
                <w:sz w:val="17"/>
              </w:rPr>
              <w:t>Facilities / Safety Lead</w:t>
            </w:r>
          </w:p>
        </w:tc>
        <w:tc>
          <w:tcPr>
            <w:tcW w:w="590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1CD3689F"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E8F2EF"/>
            <w:tcMar>
              <w:top w:w="70" w:type="dxa"/>
              <w:left w:w="90" w:type="dxa"/>
              <w:bottom w:w="70" w:type="dxa"/>
              <w:right w:w="90" w:type="dxa"/>
            </w:tcMar>
            <w:vAlign w:val="center"/>
          </w:tcPr>
          <w:p w14:paraId="75614D5C" w14:textId="77777777" w:rsidR="00282991" w:rsidRDefault="00FE4586">
            <w:pPr>
              <w:spacing w:after="0"/>
            </w:pPr>
            <w:r>
              <w:rPr>
                <w:rFonts w:eastAsia="Arial" w:cs="Arial"/>
                <w:i/>
                <w:color w:val="707070"/>
                <w:sz w:val="20"/>
              </w:rPr>
              <w:t>&lt;Date&gt;</w:t>
            </w:r>
          </w:p>
        </w:tc>
      </w:tr>
      <w:tr w:rsidR="00282991" w14:paraId="4868E418" w14:textId="77777777">
        <w:trPr>
          <w:cantSplit/>
          <w:jc w:val="center"/>
        </w:trPr>
        <w:tc>
          <w:tcPr>
            <w:tcW w:w="3312"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615E7593" w14:textId="77777777" w:rsidR="00282991" w:rsidRDefault="00FE4586">
            <w:pPr>
              <w:spacing w:after="0"/>
            </w:pPr>
            <w:r>
              <w:rPr>
                <w:rFonts w:eastAsia="Arial" w:cs="Arial"/>
                <w:sz w:val="17"/>
              </w:rPr>
              <w:t>Other Required Reviewer</w:t>
            </w:r>
          </w:p>
        </w:tc>
        <w:tc>
          <w:tcPr>
            <w:tcW w:w="590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7FD17A97" w14:textId="77777777" w:rsidR="00282991" w:rsidRDefault="00FE4586">
            <w:pPr>
              <w:spacing w:after="0"/>
            </w:pPr>
            <w:r>
              <w:rPr>
                <w:rFonts w:eastAsia="Arial" w:cs="Arial"/>
                <w:i/>
                <w:color w:val="707070"/>
                <w:sz w:val="20"/>
              </w:rPr>
              <w:t>&lt;Insert&gt;</w:t>
            </w:r>
          </w:p>
        </w:tc>
        <w:tc>
          <w:tcPr>
            <w:tcW w:w="1584" w:type="dxa"/>
            <w:tcBorders>
              <w:top w:val="single" w:sz="3" w:space="0" w:color="CAD8D3"/>
              <w:left w:val="single" w:sz="3" w:space="0" w:color="CAD8D3"/>
              <w:bottom w:val="single" w:sz="3" w:space="0" w:color="CAD8D3"/>
              <w:right w:val="single" w:sz="3" w:space="0" w:color="CAD8D3"/>
            </w:tcBorders>
            <w:shd w:val="clear" w:color="auto" w:fill="FFFFFF"/>
            <w:tcMar>
              <w:top w:w="70" w:type="dxa"/>
              <w:left w:w="90" w:type="dxa"/>
              <w:bottom w:w="70" w:type="dxa"/>
              <w:right w:w="90" w:type="dxa"/>
            </w:tcMar>
            <w:vAlign w:val="center"/>
          </w:tcPr>
          <w:p w14:paraId="2258EC2B" w14:textId="77777777" w:rsidR="00282991" w:rsidRDefault="00FE4586">
            <w:pPr>
              <w:spacing w:after="0"/>
            </w:pPr>
            <w:r>
              <w:rPr>
                <w:rFonts w:eastAsia="Arial" w:cs="Arial"/>
                <w:i/>
                <w:color w:val="707070"/>
                <w:sz w:val="20"/>
              </w:rPr>
              <w:t>&lt;Date&gt;</w:t>
            </w:r>
          </w:p>
        </w:tc>
      </w:tr>
    </w:tbl>
    <w:p w14:paraId="7B034894" w14:textId="77777777" w:rsidR="00282991" w:rsidRDefault="00282991">
      <w:pPr>
        <w:spacing w:after="20"/>
      </w:pPr>
    </w:p>
    <w:tbl>
      <w:tblPr>
        <w:tblW w:w="0" w:type="auto"/>
        <w:jc w:val="center"/>
        <w:tblLook w:val="04A0" w:firstRow="1" w:lastRow="0" w:firstColumn="1" w:lastColumn="0" w:noHBand="0" w:noVBand="1"/>
      </w:tblPr>
      <w:tblGrid>
        <w:gridCol w:w="10800"/>
      </w:tblGrid>
      <w:tr w:rsidR="00282991" w14:paraId="679CB146" w14:textId="77777777">
        <w:trPr>
          <w:jc w:val="center"/>
        </w:trPr>
        <w:tc>
          <w:tcPr>
            <w:tcW w:w="10800" w:type="dxa"/>
            <w:shd w:val="clear" w:color="auto" w:fill="FBEDE7"/>
            <w:tcMar>
              <w:top w:w="90" w:type="dxa"/>
              <w:left w:w="100" w:type="dxa"/>
              <w:bottom w:w="90" w:type="dxa"/>
              <w:right w:w="100" w:type="dxa"/>
            </w:tcMar>
          </w:tcPr>
          <w:p w14:paraId="48044A21" w14:textId="77777777" w:rsidR="00282991" w:rsidRDefault="00FE4586">
            <w:pPr>
              <w:spacing w:after="0"/>
            </w:pPr>
            <w:r>
              <w:rPr>
                <w:rFonts w:eastAsia="Arial" w:cs="Arial"/>
                <w:b/>
                <w:color w:val="E63B07"/>
                <w:sz w:val="19"/>
              </w:rPr>
              <w:t xml:space="preserve">FINAL USE NOTE </w:t>
            </w:r>
            <w:r>
              <w:rPr>
                <w:rFonts w:eastAsia="Arial" w:cs="Arial"/>
                <w:sz w:val="18"/>
              </w:rPr>
              <w:t>After facility customization, update all controlled-document locations, owners, dates, local contacts, applicable code/AHJ determinations, facility-specific policies, agreements, water/generator details, patient orientation materials and emergency contacts. This template is a planning resource and is not the sole basis for a compliance determination.</w:t>
            </w:r>
          </w:p>
        </w:tc>
      </w:tr>
    </w:tbl>
    <w:p w14:paraId="0149A9BE" w14:textId="77777777" w:rsidR="00282991" w:rsidRDefault="00282991">
      <w:pPr>
        <w:spacing w:after="20"/>
      </w:pPr>
    </w:p>
    <w:sectPr w:rsidR="00282991" w:rsidSect="00034616">
      <w:headerReference w:type="default" r:id="rId40"/>
      <w:footerReference w:type="default" r:id="rId41"/>
      <w:pgSz w:w="12240" w:h="15840"/>
      <w:pgMar w:top="720" w:right="720" w:bottom="720" w:left="720" w:header="259"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2AA6A" w14:textId="77777777" w:rsidR="00FE4586" w:rsidRDefault="00FE4586">
      <w:pPr>
        <w:spacing w:after="0"/>
      </w:pPr>
      <w:r>
        <w:separator/>
      </w:r>
    </w:p>
  </w:endnote>
  <w:endnote w:type="continuationSeparator" w:id="0">
    <w:p w14:paraId="3EE095C8" w14:textId="77777777" w:rsidR="00FE4586" w:rsidRDefault="00FE458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B7495" w14:textId="77777777" w:rsidR="00282991" w:rsidRDefault="00FE4586">
    <w:pPr>
      <w:pStyle w:val="Footer"/>
      <w:jc w:val="center"/>
    </w:pPr>
    <w:r>
      <w:rPr>
        <w:rFonts w:eastAsia="Arial" w:cs="Arial"/>
        <w:color w:val="777777"/>
        <w:sz w:val="16"/>
      </w:rPr>
      <w:t xml:space="preserve">Healthcare Coalition of Maine | www.mainehccs.org | Planning Resource | Page </w:t>
    </w:r>
    <w:r>
      <w:rPr>
        <w:color w:val="777777"/>
        <w:sz w:val="16"/>
      </w:rPr>
      <w:fldChar w:fldCharType="begin"/>
    </w:r>
    <w:r>
      <w:rPr>
        <w:color w:val="777777"/>
        <w:sz w:val="16"/>
      </w:rPr>
      <w:instrText>PAGE</w:instrText>
    </w:r>
    <w:r w:rsidR="003B7872">
      <w:rPr>
        <w:color w:val="777777"/>
        <w:sz w:val="16"/>
      </w:rPr>
      <w:fldChar w:fldCharType="separate"/>
    </w:r>
    <w:r w:rsidR="003B7872">
      <w:rPr>
        <w:noProof/>
        <w:color w:val="777777"/>
        <w:sz w:val="16"/>
      </w:rPr>
      <w:t>2</w:t>
    </w:r>
    <w:r>
      <w:rPr>
        <w:color w:val="777777"/>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D70BE" w14:textId="77777777" w:rsidR="00282991" w:rsidRDefault="002829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33938" w14:textId="6914A065" w:rsidR="00282991" w:rsidRDefault="00FE4586">
    <w:pPr>
      <w:pStyle w:val="Footer"/>
      <w:jc w:val="center"/>
    </w:pPr>
    <w:r>
      <w:rPr>
        <w:rFonts w:eastAsia="Arial" w:cs="Arial"/>
        <w:color w:val="777777"/>
        <w:sz w:val="16"/>
      </w:rPr>
      <w:t xml:space="preserve">Healthcare Coalition of Maine | www.mainehccs.org | Planning Resource | Page </w:t>
    </w:r>
    <w:r>
      <w:rPr>
        <w:color w:val="777777"/>
        <w:sz w:val="16"/>
      </w:rPr>
      <w:fldChar w:fldCharType="begin"/>
    </w:r>
    <w:r>
      <w:rPr>
        <w:color w:val="777777"/>
        <w:sz w:val="16"/>
      </w:rPr>
      <w:instrText>PAGE</w:instrText>
    </w:r>
    <w:r w:rsidR="003B7872">
      <w:rPr>
        <w:color w:val="777777"/>
        <w:sz w:val="16"/>
      </w:rPr>
      <w:fldChar w:fldCharType="separate"/>
    </w:r>
    <w:r w:rsidR="003B7872">
      <w:rPr>
        <w:noProof/>
        <w:color w:val="777777"/>
        <w:sz w:val="16"/>
      </w:rPr>
      <w:t>31</w:t>
    </w:r>
    <w:r>
      <w:rPr>
        <w:color w:val="777777"/>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DEDC5" w14:textId="39416558" w:rsidR="00282991" w:rsidRDefault="00FE4586">
    <w:pPr>
      <w:pStyle w:val="Footer"/>
      <w:jc w:val="center"/>
    </w:pPr>
    <w:r>
      <w:rPr>
        <w:rFonts w:eastAsia="Arial" w:cs="Arial"/>
        <w:color w:val="777777"/>
        <w:sz w:val="16"/>
      </w:rPr>
      <w:t xml:space="preserve">Healthcare Coalition of Maine | www.mainehccs.org | Planning Resource | Page </w:t>
    </w:r>
    <w:r>
      <w:rPr>
        <w:color w:val="777777"/>
        <w:sz w:val="16"/>
      </w:rPr>
      <w:fldChar w:fldCharType="begin"/>
    </w:r>
    <w:r>
      <w:rPr>
        <w:color w:val="777777"/>
        <w:sz w:val="16"/>
      </w:rPr>
      <w:instrText>PAGE</w:instrText>
    </w:r>
    <w:r w:rsidR="003B7872">
      <w:rPr>
        <w:color w:val="777777"/>
        <w:sz w:val="16"/>
      </w:rPr>
      <w:fldChar w:fldCharType="separate"/>
    </w:r>
    <w:r w:rsidR="003B7872">
      <w:rPr>
        <w:noProof/>
        <w:color w:val="777777"/>
        <w:sz w:val="16"/>
      </w:rPr>
      <w:t>35</w:t>
    </w:r>
    <w:r>
      <w:rPr>
        <w:color w:val="777777"/>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E0F5A" w14:textId="77777777" w:rsidR="00FE4586" w:rsidRDefault="00FE4586">
      <w:pPr>
        <w:spacing w:after="0"/>
      </w:pPr>
      <w:r>
        <w:separator/>
      </w:r>
    </w:p>
  </w:footnote>
  <w:footnote w:type="continuationSeparator" w:id="0">
    <w:p w14:paraId="5D8E257B" w14:textId="77777777" w:rsidR="00FE4586" w:rsidRDefault="00FE458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A04E4" w14:textId="77777777" w:rsidR="00282991" w:rsidRDefault="00FE4586">
    <w:pPr>
      <w:pStyle w:val="Header"/>
      <w:jc w:val="right"/>
    </w:pPr>
    <w:r>
      <w:rPr>
        <w:rFonts w:eastAsia="Arial" w:cs="Arial"/>
        <w:b/>
        <w:color w:val="015A41"/>
        <w:sz w:val="16"/>
      </w:rPr>
      <w:t>HEALTHCARE COALITION OF MAINE | ESRD/DIALYSIS EMERGENCY OPERATIONS PLAN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B9BA9" w14:textId="77777777" w:rsidR="00282991" w:rsidRDefault="002829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254E" w14:textId="77777777" w:rsidR="00282991" w:rsidRDefault="00FE4586">
    <w:pPr>
      <w:pStyle w:val="Header"/>
      <w:jc w:val="right"/>
    </w:pPr>
    <w:r>
      <w:rPr>
        <w:rFonts w:eastAsia="Arial" w:cs="Arial"/>
        <w:b/>
        <w:color w:val="015A41"/>
        <w:sz w:val="16"/>
      </w:rPr>
      <w:t>HEALTHCARE COALITION OF MAINE | ESRD/DIALYSIS EMERGENCY OPERATIONS PLAN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F503D" w14:textId="77777777" w:rsidR="00282991" w:rsidRDefault="00FE4586">
    <w:pPr>
      <w:pStyle w:val="Header"/>
      <w:jc w:val="right"/>
    </w:pPr>
    <w:r>
      <w:rPr>
        <w:rFonts w:eastAsia="Arial" w:cs="Arial"/>
        <w:b/>
        <w:color w:val="015A41"/>
        <w:sz w:val="16"/>
      </w:rPr>
      <w:t>HEALTHCARE COALITION OF MAINE | ESRD/DIALYSIS EMERGENCY OPERATIONS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21664195">
    <w:abstractNumId w:val="8"/>
  </w:num>
  <w:num w:numId="2" w16cid:durableId="1383947614">
    <w:abstractNumId w:val="6"/>
  </w:num>
  <w:num w:numId="3" w16cid:durableId="1633052534">
    <w:abstractNumId w:val="5"/>
  </w:num>
  <w:num w:numId="4" w16cid:durableId="135728449">
    <w:abstractNumId w:val="4"/>
  </w:num>
  <w:num w:numId="5" w16cid:durableId="143787578">
    <w:abstractNumId w:val="7"/>
  </w:num>
  <w:num w:numId="6" w16cid:durableId="1225027121">
    <w:abstractNumId w:val="3"/>
  </w:num>
  <w:num w:numId="7" w16cid:durableId="50467536">
    <w:abstractNumId w:val="2"/>
  </w:num>
  <w:num w:numId="8" w16cid:durableId="567956610">
    <w:abstractNumId w:val="1"/>
  </w:num>
  <w:num w:numId="9" w16cid:durableId="99685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82991"/>
    <w:rsid w:val="0029639D"/>
    <w:rsid w:val="00326F90"/>
    <w:rsid w:val="003B7872"/>
    <w:rsid w:val="00AA1D8D"/>
    <w:rsid w:val="00B47730"/>
    <w:rsid w:val="00CB0664"/>
    <w:rsid w:val="00EE7F4A"/>
    <w:rsid w:val="00FC693F"/>
    <w:rsid w:val="00FE45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73735C"/>
  <w14:defaultImageDpi w14:val="300"/>
  <w15:docId w15:val="{4F790C25-929C-490C-9EE3-0225B5A99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Arial" w:hAnsi="Arial"/>
      <w:color w:val="222222"/>
      <w:sz w:val="21"/>
    </w:rPr>
  </w:style>
  <w:style w:type="paragraph" w:styleId="Heading1">
    <w:name w:val="heading 1"/>
    <w:basedOn w:val="Normal"/>
    <w:next w:val="Normal"/>
    <w:link w:val="Heading1Char"/>
    <w:uiPriority w:val="9"/>
    <w:qFormat/>
    <w:rsid w:val="00FC693F"/>
    <w:pPr>
      <w:keepNext/>
      <w:keepLines/>
      <w:spacing w:before="120"/>
      <w:outlineLvl w:val="0"/>
    </w:pPr>
    <w:rPr>
      <w:rFonts w:asciiTheme="majorHAnsi" w:eastAsiaTheme="majorEastAsia" w:hAnsiTheme="majorHAnsi" w:cstheme="majorBidi"/>
      <w:b/>
      <w:bCs/>
      <w:color w:val="015A41"/>
      <w:sz w:val="34"/>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color w:val="015A41"/>
      <w:sz w:val="25"/>
      <w:szCs w:val="26"/>
    </w:rPr>
  </w:style>
  <w:style w:type="paragraph" w:styleId="Heading3">
    <w:name w:val="heading 3"/>
    <w:basedOn w:val="Normal"/>
    <w:next w:val="Normal"/>
    <w:link w:val="Heading3Char"/>
    <w:uiPriority w:val="9"/>
    <w:unhideWhenUsed/>
    <w:qFormat/>
    <w:rsid w:val="00FC693F"/>
    <w:pPr>
      <w:keepNext/>
      <w:keepLines/>
      <w:spacing w:before="120"/>
      <w:outlineLvl w:val="2"/>
    </w:pPr>
    <w:rPr>
      <w:rFonts w:asciiTheme="majorHAnsi" w:eastAsiaTheme="majorEastAsia" w:hAnsiTheme="majorHAnsi" w:cstheme="majorBidi"/>
      <w:b/>
      <w:bCs/>
      <w:color w:val="E63B0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cms.gov/medicare/health-safety-standards/conditions-coverage-participation/end-stage-renal-disease-facilities" TargetMode="External"/><Relationship Id="rId26" Type="http://schemas.openxmlformats.org/officeDocument/2006/relationships/hyperlink" Target="https://www.maine.gov/dps/fmo/laws-rules-policy/nfpa-standards" TargetMode="External"/><Relationship Id="rId39" Type="http://schemas.openxmlformats.org/officeDocument/2006/relationships/hyperlink" Target="https://preptoolkit.fema.gov/web/hseep-resources" TargetMode="External"/><Relationship Id="rId21" Type="http://schemas.openxmlformats.org/officeDocument/2006/relationships/hyperlink" Target="https://www.cms.gov/medicare/cms-forms/cms-forms/cms-forms-items/cms009395" TargetMode="External"/><Relationship Id="rId34" Type="http://schemas.openxmlformats.org/officeDocument/2006/relationships/hyperlink" Target="https://www.maine.gov/pfr/professionallicensing/professions/state-board-social-worker-licensure"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cfr.gov/current/title-42/chapter-IV/subchapter-G/part-494/section-494.62" TargetMode="External"/><Relationship Id="rId20" Type="http://schemas.openxmlformats.org/officeDocument/2006/relationships/hyperlink" Target="https://www.cms.gov/medicare/health-safety-standards/certification-compliance/life-safety-code-health-care-facilities-code-requirements" TargetMode="External"/><Relationship Id="rId29" Type="http://schemas.openxmlformats.org/officeDocument/2006/relationships/hyperlink" Target="https://www.maine.gov/dhhs/about/rulemaking/control-notifiable-diseases-and-conditions-rule-10-144-cmr-ch-258-2025-06-04"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www.maine.gov/dhhs/dlc/about-us/rules-regulations" TargetMode="External"/><Relationship Id="rId32" Type="http://schemas.openxmlformats.org/officeDocument/2006/relationships/hyperlink" Target="https://www.maine.gov/osteo/licensure/verification" TargetMode="External"/><Relationship Id="rId37" Type="http://schemas.openxmlformats.org/officeDocument/2006/relationships/hyperlink" Target="https://asprtracie.hhs.gov/cmsrule" TargetMode="External"/><Relationship Id="rId40"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www.ecfr.gov/current/title-42/chapter-IV/subchapter-G/part-494" TargetMode="External"/><Relationship Id="rId23" Type="http://schemas.openxmlformats.org/officeDocument/2006/relationships/hyperlink" Target="https://www.maine.gov/dhhs/dlc/licensing-certification/medical-facilities" TargetMode="External"/><Relationship Id="rId28" Type="http://schemas.openxmlformats.org/officeDocument/2006/relationships/hyperlink" Target="https://www.maine.gov/dps/fmo/inspections-plans-review" TargetMode="External"/><Relationship Id="rId36" Type="http://schemas.openxmlformats.org/officeDocument/2006/relationships/hyperlink" Target="https://www.maine.gov/dhhs/dlc/licensing-certification/medical-facilities" TargetMode="External"/><Relationship Id="rId10" Type="http://schemas.openxmlformats.org/officeDocument/2006/relationships/footer" Target="footer1.xml"/><Relationship Id="rId19" Type="http://schemas.openxmlformats.org/officeDocument/2006/relationships/hyperlink" Target="https://www.cms.gov/medicare/regulations-guidance/transmittals/2026-transmittals/r246soma" TargetMode="External"/><Relationship Id="rId31" Type="http://schemas.openxmlformats.org/officeDocument/2006/relationships/hyperlink" Target="https://www.maine.gov/md/licensure/license-verificatio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cms.gov/medicare/health-safety-standards/quality-safety-oversight-general-information/policy-memos-states-and-cms-locations/clarification-medical-director-board-certification-requirements" TargetMode="External"/><Relationship Id="rId27" Type="http://schemas.openxmlformats.org/officeDocument/2006/relationships/hyperlink" Target="https://www.maine.gov/dps/fmo/laws-rules-policy/rules" TargetMode="External"/><Relationship Id="rId30" Type="http://schemas.openxmlformats.org/officeDocument/2006/relationships/hyperlink" Target="https://www.maine.gov/boardofnursing/licensure/license-verification" TargetMode="External"/><Relationship Id="rId35" Type="http://schemas.openxmlformats.org/officeDocument/2006/relationships/hyperlink" Target="https://www.maine.gov/pfr/professionallicensing/professions/board-pharmacy" TargetMode="External"/><Relationship Id="rId43" Type="http://schemas.openxmlformats.org/officeDocument/2006/relationships/theme" Target="theme/theme1.xm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www.cms.gov/medicare/health-safety-standards/quality-safety-oversight-emergency-preparedness/emergency-preparedness-rule" TargetMode="External"/><Relationship Id="rId25" Type="http://schemas.openxmlformats.org/officeDocument/2006/relationships/hyperlink" Target="https://legislature.maine.gov/legis/statutes/22/title22sec2042.html" TargetMode="External"/><Relationship Id="rId33" Type="http://schemas.openxmlformats.org/officeDocument/2006/relationships/hyperlink" Target="https://www.maine.gov/pfr/professionallicensing/professions/board-licensing-dietetic-practice" TargetMode="External"/><Relationship Id="rId38" Type="http://schemas.openxmlformats.org/officeDocument/2006/relationships/hyperlink" Target="https://www.kcercoali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81</Pages>
  <Words>16881</Words>
  <Characters>96228</Characters>
  <Application>Microsoft Office Word</Application>
  <DocSecurity>0</DocSecurity>
  <Lines>801</Lines>
  <Paragraphs>225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112884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Dieterich, Hannah</cp:lastModifiedBy>
  <cp:revision>2</cp:revision>
  <dcterms:created xsi:type="dcterms:W3CDTF">2026-09-17T13:34:00Z</dcterms:created>
  <dcterms:modified xsi:type="dcterms:W3CDTF">2026-09-17T13:34:00Z</dcterms:modified>
  <cp:category/>
</cp:coreProperties>
</file>