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2686"/>
        <w:gridCol w:w="11714"/>
        <w:gridCol w:w="152"/>
      </w:tblGrid>
      <w:tr w:rsidR="009A62B6" w14:paraId="7D04381B" w14:textId="77777777" w:rsidTr="007A7D18">
        <w:trPr>
          <w:gridAfter w:val="1"/>
          <w:wAfter w:w="152" w:type="dxa"/>
          <w:jc w:val="center"/>
        </w:trPr>
        <w:tc>
          <w:tcPr>
            <w:tcW w:w="2686" w:type="dxa"/>
            <w:tcBorders>
              <w:top w:val="single" w:sz="0" w:space="0" w:color="FFFFFF"/>
              <w:left w:val="single" w:sz="0" w:space="0" w:color="FFFFFF"/>
              <w:bottom w:val="single" w:sz="0" w:space="0" w:color="FFFFFF"/>
              <w:right w:val="single" w:sz="0" w:space="0" w:color="FFFFFF"/>
            </w:tcBorders>
          </w:tcPr>
          <w:p w14:paraId="57928BC4" w14:textId="77777777" w:rsidR="009A62B6" w:rsidRDefault="0010470F" w:rsidP="007A7D18">
            <w:r>
              <w:rPr>
                <w:noProof/>
              </w:rPr>
              <w:drawing>
                <wp:inline distT="0" distB="0" distL="0" distR="0" wp14:anchorId="6C5A2538" wp14:editId="56515D89">
                  <wp:extent cx="1590675" cy="140230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1593865" cy="1405118"/>
                          </a:xfrm>
                          <a:prstGeom prst="rect">
                            <a:avLst/>
                          </a:prstGeom>
                        </pic:spPr>
                      </pic:pic>
                    </a:graphicData>
                  </a:graphic>
                </wp:inline>
              </w:drawing>
            </w:r>
          </w:p>
        </w:tc>
        <w:tc>
          <w:tcPr>
            <w:tcW w:w="11714" w:type="dxa"/>
            <w:tcBorders>
              <w:top w:val="single" w:sz="0" w:space="0" w:color="FFFFFF"/>
              <w:left w:val="single" w:sz="0" w:space="0" w:color="FFFFFF"/>
              <w:bottom w:val="single" w:sz="0" w:space="0" w:color="FFFFFF"/>
              <w:right w:val="single" w:sz="0" w:space="0" w:color="FFFFFF"/>
            </w:tcBorders>
          </w:tcPr>
          <w:p w14:paraId="25F014BE" w14:textId="77777777" w:rsidR="007A7D18" w:rsidRDefault="007A7D18">
            <w:pPr>
              <w:spacing w:after="0"/>
              <w:rPr>
                <w:b/>
                <w:color w:val="0B5D48"/>
                <w:sz w:val="40"/>
              </w:rPr>
            </w:pPr>
          </w:p>
          <w:p w14:paraId="2C08C348" w14:textId="7397E9C5" w:rsidR="009A62B6" w:rsidRDefault="0010470F">
            <w:pPr>
              <w:spacing w:after="0"/>
            </w:pPr>
            <w:r>
              <w:rPr>
                <w:b/>
                <w:color w:val="0B5D48"/>
                <w:sz w:val="40"/>
              </w:rPr>
              <w:t>MAINE LTC/SNF</w:t>
            </w:r>
            <w:r>
              <w:rPr>
                <w:b/>
                <w:color w:val="0B5D48"/>
                <w:sz w:val="40"/>
              </w:rPr>
              <w:br/>
              <w:t>EMERGENCY POWER &amp; CRITICAL UTILITIES WORKSHEET</w:t>
            </w:r>
          </w:p>
          <w:p w14:paraId="67387C44" w14:textId="77777777" w:rsidR="009A62B6" w:rsidRDefault="0010470F">
            <w:pPr>
              <w:spacing w:before="20" w:after="0"/>
            </w:pPr>
            <w:r>
              <w:rPr>
                <w:b/>
                <w:color w:val="E24E1B"/>
                <w:sz w:val="20"/>
              </w:rPr>
              <w:t>HCC-ME Long-Term Care / Skilled Nursing Continuity &amp; Infrastructure Planning Tool</w:t>
            </w:r>
          </w:p>
        </w:tc>
      </w:tr>
      <w:tr w:rsidR="009A62B6" w14:paraId="069D2E2E" w14:textId="77777777" w:rsidTr="007A7D18">
        <w:trPr>
          <w:jc w:val="center"/>
        </w:trPr>
        <w:tc>
          <w:tcPr>
            <w:tcW w:w="14552" w:type="dxa"/>
            <w:gridSpan w:val="3"/>
            <w:tcBorders>
              <w:top w:val="single" w:sz="4" w:space="0" w:color="E8B7A6"/>
              <w:left w:val="single" w:sz="4" w:space="0" w:color="E8B7A6"/>
              <w:bottom w:val="single" w:sz="4" w:space="0" w:color="E8B7A6"/>
              <w:right w:val="single" w:sz="4" w:space="0" w:color="E8B7A6"/>
            </w:tcBorders>
            <w:shd w:val="clear" w:color="auto" w:fill="F8F4F0"/>
            <w:tcMar>
              <w:top w:w="90" w:type="dxa"/>
              <w:left w:w="100" w:type="dxa"/>
              <w:bottom w:w="90" w:type="dxa"/>
              <w:right w:w="100" w:type="dxa"/>
            </w:tcMar>
          </w:tcPr>
          <w:p w14:paraId="25E96A3B" w14:textId="77777777" w:rsidR="009A62B6" w:rsidRDefault="0010470F">
            <w:pPr>
              <w:spacing w:after="0"/>
            </w:pPr>
            <w:r>
              <w:rPr>
                <w:b/>
                <w:color w:val="E24E1B"/>
              </w:rPr>
              <w:t xml:space="preserve">PLANNING RESOURCE </w:t>
            </w:r>
            <w:r>
              <w:rPr>
                <w:color w:val="1F2937"/>
              </w:rPr>
              <w:t>This LTC/SNF worksheet is an optional planning and documentation aid. It does not replace current CMS emergency preparedness, CMS Life Safety Code, Maine DHHS/DLC, Maine Office of State Fire Marshal, local AHJ, electrical, generator, fuel-storage, environmental, or other applicable requirements. Current controlling requirements and qualified technical guidance govern.</w:t>
            </w:r>
          </w:p>
        </w:tc>
      </w:tr>
    </w:tbl>
    <w:p w14:paraId="633BD3AD" w14:textId="77777777" w:rsidR="007A7D18" w:rsidRDefault="007A7D18">
      <w:pPr>
        <w:pBdr>
          <w:bottom w:val="single" w:sz="12" w:space="3" w:color="E24E1B"/>
        </w:pBdr>
        <w:spacing w:after="80"/>
        <w:rPr>
          <w:b/>
          <w:color w:val="0B5D48"/>
          <w:sz w:val="23"/>
        </w:rPr>
      </w:pPr>
    </w:p>
    <w:p w14:paraId="57015EE5" w14:textId="2E3C880B" w:rsidR="009A62B6" w:rsidRDefault="0010470F">
      <w:pPr>
        <w:pBdr>
          <w:bottom w:val="single" w:sz="12" w:space="3" w:color="E24E1B"/>
        </w:pBdr>
        <w:spacing w:after="80"/>
      </w:pPr>
      <w:r>
        <w:rPr>
          <w:b/>
          <w:color w:val="0B5D48"/>
          <w:sz w:val="23"/>
        </w:rPr>
        <w:t>FACILITY INFORMATION</w:t>
      </w:r>
    </w:p>
    <w:tbl>
      <w:tblPr>
        <w:tblW w:w="0" w:type="auto"/>
        <w:jc w:val="center"/>
        <w:tblLayout w:type="fixed"/>
        <w:tblLook w:val="04A0" w:firstRow="1" w:lastRow="0" w:firstColumn="1" w:lastColumn="0" w:noHBand="0" w:noVBand="1"/>
      </w:tblPr>
      <w:tblGrid>
        <w:gridCol w:w="2400"/>
        <w:gridCol w:w="2400"/>
        <w:gridCol w:w="2400"/>
        <w:gridCol w:w="2400"/>
        <w:gridCol w:w="2400"/>
        <w:gridCol w:w="2400"/>
      </w:tblGrid>
      <w:tr w:rsidR="009A62B6" w14:paraId="12205967" w14:textId="77777777">
        <w:trPr>
          <w:trHeight w:val="410"/>
          <w:jc w:val="center"/>
        </w:trPr>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AA25C44" w14:textId="77777777" w:rsidR="009A62B6" w:rsidRPr="007A7D18" w:rsidRDefault="0010470F">
            <w:pPr>
              <w:spacing w:after="0"/>
              <w:rPr>
                <w:sz w:val="18"/>
                <w:szCs w:val="28"/>
              </w:rPr>
            </w:pPr>
            <w:r w:rsidRPr="007A7D18">
              <w:rPr>
                <w:b/>
                <w:color w:val="0B5D48"/>
                <w:sz w:val="18"/>
                <w:szCs w:val="28"/>
              </w:rPr>
              <w:t>Facility / Organization</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1BA9E2D" w14:textId="77777777" w:rsidR="009A62B6" w:rsidRPr="007A7D18" w:rsidRDefault="009A62B6">
            <w:pPr>
              <w:spacing w:after="0"/>
              <w:rPr>
                <w:sz w:val="18"/>
                <w:szCs w:val="28"/>
              </w:rPr>
            </w:pPr>
          </w:p>
        </w:tc>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F531FC2" w14:textId="77777777" w:rsidR="009A62B6" w:rsidRPr="007A7D18" w:rsidRDefault="0010470F">
            <w:pPr>
              <w:spacing w:after="0"/>
              <w:rPr>
                <w:sz w:val="18"/>
                <w:szCs w:val="28"/>
              </w:rPr>
            </w:pPr>
            <w:r w:rsidRPr="007A7D18">
              <w:rPr>
                <w:b/>
                <w:color w:val="0B5D48"/>
                <w:sz w:val="18"/>
                <w:szCs w:val="28"/>
              </w:rPr>
              <w:t>Provider Type</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52F60F3F" w14:textId="77777777" w:rsidR="009A62B6" w:rsidRPr="007A7D18" w:rsidRDefault="0010470F">
            <w:pPr>
              <w:spacing w:after="0"/>
              <w:rPr>
                <w:sz w:val="18"/>
                <w:szCs w:val="28"/>
              </w:rPr>
            </w:pPr>
            <w:r w:rsidRPr="007A7D18">
              <w:rPr>
                <w:color w:val="6B7280"/>
                <w:sz w:val="18"/>
                <w:szCs w:val="28"/>
              </w:rPr>
              <w:t>LTC / SNF</w:t>
            </w:r>
          </w:p>
        </w:tc>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4B3BF73" w14:textId="77777777" w:rsidR="009A62B6" w:rsidRPr="007A7D18" w:rsidRDefault="0010470F">
            <w:pPr>
              <w:spacing w:after="0"/>
              <w:rPr>
                <w:sz w:val="18"/>
                <w:szCs w:val="28"/>
              </w:rPr>
            </w:pPr>
            <w:r w:rsidRPr="007A7D18">
              <w:rPr>
                <w:b/>
                <w:color w:val="0B5D48"/>
                <w:sz w:val="18"/>
                <w:szCs w:val="28"/>
              </w:rPr>
              <w:t>Primary Site / Building</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3EC47745" w14:textId="77777777" w:rsidR="009A62B6" w:rsidRPr="007A7D18" w:rsidRDefault="009A62B6">
            <w:pPr>
              <w:spacing w:after="0"/>
              <w:rPr>
                <w:sz w:val="18"/>
                <w:szCs w:val="28"/>
              </w:rPr>
            </w:pPr>
          </w:p>
        </w:tc>
      </w:tr>
      <w:tr w:rsidR="009A62B6" w14:paraId="1507762C" w14:textId="77777777">
        <w:trPr>
          <w:trHeight w:val="410"/>
          <w:jc w:val="center"/>
        </w:trPr>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E1274E5" w14:textId="77777777" w:rsidR="009A62B6" w:rsidRPr="007A7D18" w:rsidRDefault="0010470F">
            <w:pPr>
              <w:spacing w:after="0"/>
              <w:rPr>
                <w:sz w:val="18"/>
                <w:szCs w:val="28"/>
              </w:rPr>
            </w:pPr>
            <w:r w:rsidRPr="007A7D18">
              <w:rPr>
                <w:b/>
                <w:color w:val="0B5D48"/>
                <w:sz w:val="18"/>
                <w:szCs w:val="28"/>
              </w:rPr>
              <w:t>Preparedness / Facilities Lead</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251B630A" w14:textId="77777777" w:rsidR="009A62B6" w:rsidRPr="007A7D18" w:rsidRDefault="009A62B6">
            <w:pPr>
              <w:spacing w:after="0"/>
              <w:rPr>
                <w:sz w:val="18"/>
                <w:szCs w:val="28"/>
              </w:rPr>
            </w:pPr>
          </w:p>
        </w:tc>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6B33533" w14:textId="77777777" w:rsidR="009A62B6" w:rsidRPr="007A7D18" w:rsidRDefault="0010470F">
            <w:pPr>
              <w:spacing w:after="0"/>
              <w:rPr>
                <w:sz w:val="18"/>
                <w:szCs w:val="28"/>
              </w:rPr>
            </w:pPr>
            <w:r w:rsidRPr="007A7D18">
              <w:rPr>
                <w:b/>
                <w:color w:val="0B5D48"/>
                <w:sz w:val="18"/>
                <w:szCs w:val="28"/>
              </w:rPr>
              <w:t>Date Completed / Reviewed</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40CB2B4" w14:textId="77777777" w:rsidR="009A62B6" w:rsidRPr="007A7D18" w:rsidRDefault="009A62B6">
            <w:pPr>
              <w:spacing w:after="0"/>
              <w:rPr>
                <w:sz w:val="18"/>
                <w:szCs w:val="28"/>
              </w:rPr>
            </w:pPr>
          </w:p>
        </w:tc>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63080AD" w14:textId="77777777" w:rsidR="009A62B6" w:rsidRPr="007A7D18" w:rsidRDefault="0010470F">
            <w:pPr>
              <w:spacing w:after="0"/>
              <w:rPr>
                <w:sz w:val="18"/>
                <w:szCs w:val="28"/>
              </w:rPr>
            </w:pPr>
            <w:r w:rsidRPr="007A7D18">
              <w:rPr>
                <w:b/>
                <w:color w:val="0B5D48"/>
                <w:sz w:val="18"/>
                <w:szCs w:val="28"/>
              </w:rPr>
              <w:t>Next Review Date</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7DC54C27" w14:textId="77777777" w:rsidR="009A62B6" w:rsidRPr="007A7D18" w:rsidRDefault="009A62B6">
            <w:pPr>
              <w:spacing w:after="0"/>
              <w:rPr>
                <w:sz w:val="18"/>
                <w:szCs w:val="28"/>
              </w:rPr>
            </w:pPr>
          </w:p>
        </w:tc>
      </w:tr>
      <w:tr w:rsidR="009A62B6" w14:paraId="4B830082" w14:textId="77777777">
        <w:trPr>
          <w:trHeight w:val="410"/>
          <w:jc w:val="center"/>
        </w:trPr>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A4D2F27" w14:textId="77777777" w:rsidR="009A62B6" w:rsidRPr="007A7D18" w:rsidRDefault="0010470F">
            <w:pPr>
              <w:spacing w:after="0"/>
              <w:rPr>
                <w:sz w:val="18"/>
                <w:szCs w:val="28"/>
              </w:rPr>
            </w:pPr>
            <w:r w:rsidRPr="007A7D18">
              <w:rPr>
                <w:b/>
                <w:color w:val="0B5D48"/>
                <w:sz w:val="18"/>
                <w:szCs w:val="28"/>
              </w:rPr>
              <w:t>Maine License #</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5E16DBB5" w14:textId="77777777" w:rsidR="009A62B6" w:rsidRPr="007A7D18" w:rsidRDefault="009A62B6">
            <w:pPr>
              <w:spacing w:after="0"/>
              <w:rPr>
                <w:sz w:val="18"/>
                <w:szCs w:val="28"/>
              </w:rPr>
            </w:pPr>
          </w:p>
        </w:tc>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DF7A837" w14:textId="77777777" w:rsidR="009A62B6" w:rsidRPr="007A7D18" w:rsidRDefault="0010470F">
            <w:pPr>
              <w:spacing w:after="0"/>
              <w:rPr>
                <w:sz w:val="18"/>
                <w:szCs w:val="28"/>
              </w:rPr>
            </w:pPr>
            <w:r w:rsidRPr="007A7D18">
              <w:rPr>
                <w:b/>
                <w:color w:val="0B5D48"/>
                <w:sz w:val="18"/>
                <w:szCs w:val="28"/>
              </w:rPr>
              <w:t>CMS CCN</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10FD0A51" w14:textId="77777777" w:rsidR="009A62B6" w:rsidRPr="007A7D18" w:rsidRDefault="009A62B6">
            <w:pPr>
              <w:spacing w:after="0"/>
              <w:rPr>
                <w:sz w:val="18"/>
                <w:szCs w:val="28"/>
              </w:rPr>
            </w:pPr>
          </w:p>
        </w:tc>
        <w:tc>
          <w:tcPr>
            <w:tcW w:w="24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6819214" w14:textId="77777777" w:rsidR="009A62B6" w:rsidRPr="007A7D18" w:rsidRDefault="0010470F">
            <w:pPr>
              <w:spacing w:after="0"/>
              <w:rPr>
                <w:sz w:val="18"/>
                <w:szCs w:val="28"/>
              </w:rPr>
            </w:pPr>
            <w:r w:rsidRPr="007A7D18">
              <w:rPr>
                <w:b/>
                <w:color w:val="0B5D48"/>
                <w:sz w:val="18"/>
                <w:szCs w:val="28"/>
              </w:rPr>
              <w:t>Licensed Bed Capacity</w:t>
            </w:r>
          </w:p>
        </w:tc>
        <w:tc>
          <w:tcPr>
            <w:tcW w:w="2400" w:type="dxa"/>
            <w:tcBorders>
              <w:top w:val="single" w:sz="4" w:space="0" w:color="B7C9C2"/>
              <w:left w:val="single" w:sz="4" w:space="0" w:color="B7C9C2"/>
              <w:bottom w:val="single" w:sz="4" w:space="0" w:color="B7C9C2"/>
              <w:right w:val="single" w:sz="4" w:space="0" w:color="B7C9C2"/>
            </w:tcBorders>
            <w:tcMar>
              <w:top w:w="80" w:type="dxa"/>
              <w:left w:w="80" w:type="dxa"/>
              <w:bottom w:w="80" w:type="dxa"/>
              <w:right w:w="80" w:type="dxa"/>
            </w:tcMar>
            <w:vAlign w:val="center"/>
          </w:tcPr>
          <w:p w14:paraId="43CDDC23" w14:textId="77777777" w:rsidR="009A62B6" w:rsidRPr="007A7D18" w:rsidRDefault="009A62B6">
            <w:pPr>
              <w:spacing w:after="0"/>
              <w:rPr>
                <w:sz w:val="18"/>
                <w:szCs w:val="28"/>
              </w:rPr>
            </w:pPr>
          </w:p>
        </w:tc>
      </w:tr>
    </w:tbl>
    <w:p w14:paraId="0C19D692" w14:textId="77777777" w:rsidR="007A7D18" w:rsidRDefault="007A7D18">
      <w:pPr>
        <w:pBdr>
          <w:bottom w:val="single" w:sz="12" w:space="3" w:color="E24E1B"/>
        </w:pBdr>
        <w:spacing w:after="80"/>
        <w:rPr>
          <w:b/>
          <w:color w:val="0B5D48"/>
          <w:sz w:val="23"/>
        </w:rPr>
      </w:pPr>
    </w:p>
    <w:p w14:paraId="7BB7543D" w14:textId="06587F57" w:rsidR="009A62B6" w:rsidRDefault="0010470F">
      <w:pPr>
        <w:pBdr>
          <w:bottom w:val="single" w:sz="12" w:space="3" w:color="E24E1B"/>
        </w:pBdr>
        <w:spacing w:after="80"/>
      </w:pPr>
      <w:r>
        <w:rPr>
          <w:b/>
          <w:color w:val="0B5D48"/>
          <w:sz w:val="23"/>
        </w:rPr>
        <w:t>HOW TO USE THIS WORKSHEET</w:t>
      </w:r>
    </w:p>
    <w:p w14:paraId="4327A045" w14:textId="77777777" w:rsidR="009A62B6" w:rsidRPr="007A7D18" w:rsidRDefault="0010470F">
      <w:pPr>
        <w:pStyle w:val="ListBullet"/>
        <w:spacing w:after="20"/>
        <w:ind w:left="259" w:hanging="115"/>
        <w:rPr>
          <w:sz w:val="20"/>
          <w:szCs w:val="28"/>
        </w:rPr>
      </w:pPr>
      <w:r w:rsidRPr="007A7D18">
        <w:rPr>
          <w:color w:val="1F2937"/>
          <w:sz w:val="18"/>
          <w:szCs w:val="28"/>
        </w:rPr>
        <w:t>Document utility sources, backup capabilities, critical resident-care dependencies, connection/isolation methods, vendors, and estimated duration of continuity.</w:t>
      </w:r>
    </w:p>
    <w:p w14:paraId="623C577F" w14:textId="77777777" w:rsidR="009A62B6" w:rsidRPr="007A7D18" w:rsidRDefault="0010470F">
      <w:pPr>
        <w:pStyle w:val="ListBullet"/>
        <w:spacing w:after="20"/>
        <w:ind w:left="259" w:hanging="115"/>
        <w:rPr>
          <w:sz w:val="20"/>
          <w:szCs w:val="28"/>
        </w:rPr>
      </w:pPr>
      <w:r w:rsidRPr="007A7D18">
        <w:rPr>
          <w:color w:val="1F2937"/>
          <w:sz w:val="18"/>
          <w:szCs w:val="28"/>
        </w:rPr>
        <w:t>Use this worksheet with the facility EOP, HVA, maintenance records, fire/life-safety documentation, resident dependency data, and qualified facilities/engineering guidance.</w:t>
      </w:r>
    </w:p>
    <w:p w14:paraId="3FF59A93" w14:textId="77777777" w:rsidR="009A62B6" w:rsidRPr="007A7D18" w:rsidRDefault="0010470F">
      <w:pPr>
        <w:pStyle w:val="ListBullet"/>
        <w:spacing w:after="20"/>
        <w:ind w:left="259" w:hanging="115"/>
        <w:rPr>
          <w:sz w:val="20"/>
          <w:szCs w:val="28"/>
        </w:rPr>
      </w:pPr>
      <w:r w:rsidRPr="007A7D18">
        <w:rPr>
          <w:color w:val="1F2937"/>
          <w:sz w:val="18"/>
          <w:szCs w:val="28"/>
        </w:rPr>
        <w:t>Pre-identify decision points for conservation, internal relocation, transfer, evacuation, service reduction, or closure before a prolonged utility failure occurs.</w:t>
      </w:r>
    </w:p>
    <w:p w14:paraId="4C37C168" w14:textId="77777777" w:rsidR="009A62B6" w:rsidRPr="007A7D18" w:rsidRDefault="0010470F">
      <w:pPr>
        <w:pStyle w:val="ListBullet"/>
        <w:spacing w:after="20"/>
        <w:ind w:left="259" w:hanging="115"/>
        <w:rPr>
          <w:sz w:val="20"/>
          <w:szCs w:val="28"/>
        </w:rPr>
      </w:pPr>
      <w:r w:rsidRPr="007A7D18">
        <w:rPr>
          <w:color w:val="1F2937"/>
          <w:sz w:val="18"/>
          <w:szCs w:val="28"/>
        </w:rPr>
        <w:t>Keep completed operational copies in a controlled location. Do not enter resident-identifiable clinical information in a broadly distributed EOP copy.</w:t>
      </w:r>
    </w:p>
    <w:p w14:paraId="5451763F" w14:textId="77777777" w:rsidR="007A7D18" w:rsidRPr="007A7D18" w:rsidRDefault="007A7D18" w:rsidP="007A7D18">
      <w:pPr>
        <w:pStyle w:val="ListBullet"/>
        <w:numPr>
          <w:ilvl w:val="0"/>
          <w:numId w:val="0"/>
        </w:numPr>
        <w:spacing w:after="20"/>
        <w:ind w:left="259"/>
        <w:rPr>
          <w:sz w:val="20"/>
          <w:szCs w:val="28"/>
        </w:rPr>
      </w:pPr>
    </w:p>
    <w:tbl>
      <w:tblPr>
        <w:tblW w:w="0" w:type="auto"/>
        <w:jc w:val="center"/>
        <w:tblLayout w:type="fixed"/>
        <w:tblLook w:val="04A0" w:firstRow="1" w:lastRow="0" w:firstColumn="1" w:lastColumn="0" w:noHBand="0" w:noVBand="1"/>
      </w:tblPr>
      <w:tblGrid>
        <w:gridCol w:w="14400"/>
      </w:tblGrid>
      <w:tr w:rsidR="009A62B6" w:rsidRPr="007A7D18" w14:paraId="3069BC94" w14:textId="77777777">
        <w:trPr>
          <w:jc w:val="center"/>
        </w:trPr>
        <w:tc>
          <w:tcPr>
            <w:tcW w:w="14400" w:type="dxa"/>
            <w:tcBorders>
              <w:top w:val="single" w:sz="4" w:space="0" w:color="E8B7A6"/>
              <w:left w:val="single" w:sz="4" w:space="0" w:color="E8B7A6"/>
              <w:bottom w:val="single" w:sz="4" w:space="0" w:color="E8B7A6"/>
              <w:right w:val="single" w:sz="4" w:space="0" w:color="E8B7A6"/>
            </w:tcBorders>
            <w:shd w:val="clear" w:color="auto" w:fill="F4F8F6"/>
            <w:tcMar>
              <w:top w:w="90" w:type="dxa"/>
              <w:left w:w="100" w:type="dxa"/>
              <w:bottom w:w="90" w:type="dxa"/>
              <w:right w:w="100" w:type="dxa"/>
            </w:tcMar>
          </w:tcPr>
          <w:p w14:paraId="1203A1FA" w14:textId="77777777" w:rsidR="009A62B6" w:rsidRPr="007A7D18" w:rsidRDefault="0010470F">
            <w:pPr>
              <w:spacing w:after="0"/>
              <w:rPr>
                <w:sz w:val="20"/>
                <w:szCs w:val="28"/>
              </w:rPr>
            </w:pPr>
            <w:r w:rsidRPr="007A7D18">
              <w:rPr>
                <w:b/>
                <w:color w:val="E24E1B"/>
                <w:sz w:val="20"/>
                <w:szCs w:val="28"/>
              </w:rPr>
              <w:t xml:space="preserve">LTC/SNF REGULATORY ALIGNMENT </w:t>
            </w:r>
            <w:r w:rsidRPr="007A7D18">
              <w:rPr>
                <w:color w:val="1F2937"/>
                <w:sz w:val="20"/>
                <w:szCs w:val="28"/>
              </w:rPr>
              <w:t>CMS 42 CFR §483.73(b)(1) requires policies/procedures for subsistence needs and alternate energy, including food, water, medical/pharmaceutical supplies, safe temperatures, emergency lighting, fire systems, and sewage/waste. Maine 10-144 CMR Ch. 110 includes additional emergency-power and facility utility requirements. Coordinate generator and life-safety compliance with applicable CMS LSC/K-tags, Maine FMO requirements, and adopted NFPA standards.</w:t>
            </w:r>
          </w:p>
        </w:tc>
      </w:tr>
    </w:tbl>
    <w:p w14:paraId="63743B8D" w14:textId="77777777" w:rsidR="009A62B6" w:rsidRDefault="0010470F">
      <w:r>
        <w:br w:type="page"/>
      </w:r>
    </w:p>
    <w:p w14:paraId="7D1D7C7E" w14:textId="77777777" w:rsidR="009A62B6" w:rsidRDefault="0010470F">
      <w:pPr>
        <w:pBdr>
          <w:bottom w:val="single" w:sz="12" w:space="3" w:color="E24E1B"/>
        </w:pBdr>
        <w:spacing w:after="80"/>
      </w:pPr>
      <w:r>
        <w:rPr>
          <w:b/>
          <w:color w:val="0B5D48"/>
          <w:sz w:val="23"/>
        </w:rPr>
        <w:lastRenderedPageBreak/>
        <w:t>1. LTC/SNF CRITICAL UTILITIES - SOURCE, BACKUP &amp; CAPACITY</w:t>
      </w:r>
    </w:p>
    <w:tbl>
      <w:tblPr>
        <w:tblW w:w="0" w:type="auto"/>
        <w:jc w:val="center"/>
        <w:tblLayout w:type="fixed"/>
        <w:tblLook w:val="04A0" w:firstRow="1" w:lastRow="0" w:firstColumn="1" w:lastColumn="0" w:noHBand="0" w:noVBand="1"/>
      </w:tblPr>
      <w:tblGrid>
        <w:gridCol w:w="2520"/>
        <w:gridCol w:w="2592"/>
        <w:gridCol w:w="2592"/>
        <w:gridCol w:w="4104"/>
        <w:gridCol w:w="2592"/>
      </w:tblGrid>
      <w:tr w:rsidR="009A62B6" w:rsidRPr="007A7D18" w14:paraId="6D6C5A01" w14:textId="77777777">
        <w:trPr>
          <w:trHeight w:val="430"/>
          <w:tblHeader/>
          <w:jc w:val="center"/>
        </w:trPr>
        <w:tc>
          <w:tcPr>
            <w:tcW w:w="252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F3DD9AB" w14:textId="77777777" w:rsidR="009A62B6" w:rsidRPr="007A7D18" w:rsidRDefault="0010470F">
            <w:pPr>
              <w:spacing w:after="0"/>
              <w:rPr>
                <w:sz w:val="18"/>
                <w:szCs w:val="24"/>
              </w:rPr>
            </w:pPr>
            <w:r w:rsidRPr="007A7D18">
              <w:rPr>
                <w:b/>
                <w:color w:val="FFFFFF"/>
                <w:sz w:val="18"/>
                <w:szCs w:val="24"/>
              </w:rPr>
              <w:t>System / Utility</w:t>
            </w:r>
          </w:p>
        </w:tc>
        <w:tc>
          <w:tcPr>
            <w:tcW w:w="259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32D4648A" w14:textId="77777777" w:rsidR="009A62B6" w:rsidRPr="007A7D18" w:rsidRDefault="0010470F">
            <w:pPr>
              <w:spacing w:after="0"/>
              <w:rPr>
                <w:sz w:val="18"/>
                <w:szCs w:val="24"/>
              </w:rPr>
            </w:pPr>
            <w:r w:rsidRPr="007A7D18">
              <w:rPr>
                <w:b/>
                <w:color w:val="FFFFFF"/>
                <w:sz w:val="18"/>
                <w:szCs w:val="24"/>
              </w:rPr>
              <w:t>Primary Source</w:t>
            </w:r>
          </w:p>
        </w:tc>
        <w:tc>
          <w:tcPr>
            <w:tcW w:w="259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921DFDF" w14:textId="77777777" w:rsidR="009A62B6" w:rsidRPr="007A7D18" w:rsidRDefault="0010470F">
            <w:pPr>
              <w:spacing w:after="0"/>
              <w:rPr>
                <w:sz w:val="18"/>
                <w:szCs w:val="24"/>
              </w:rPr>
            </w:pPr>
            <w:r w:rsidRPr="007A7D18">
              <w:rPr>
                <w:b/>
                <w:color w:val="FFFFFF"/>
                <w:sz w:val="18"/>
                <w:szCs w:val="24"/>
              </w:rPr>
              <w:t>Backup / Alternate</w:t>
            </w:r>
          </w:p>
        </w:tc>
        <w:tc>
          <w:tcPr>
            <w:tcW w:w="410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3962A67" w14:textId="77777777" w:rsidR="009A62B6" w:rsidRPr="007A7D18" w:rsidRDefault="0010470F">
            <w:pPr>
              <w:spacing w:after="0"/>
              <w:rPr>
                <w:sz w:val="18"/>
                <w:szCs w:val="24"/>
              </w:rPr>
            </w:pPr>
            <w:r w:rsidRPr="007A7D18">
              <w:rPr>
                <w:b/>
                <w:color w:val="FFFFFF"/>
                <w:sz w:val="18"/>
                <w:szCs w:val="24"/>
              </w:rPr>
              <w:t>Critical Areas / Functions Served</w:t>
            </w:r>
          </w:p>
        </w:tc>
        <w:tc>
          <w:tcPr>
            <w:tcW w:w="259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2E59AB0" w14:textId="77777777" w:rsidR="009A62B6" w:rsidRPr="007A7D18" w:rsidRDefault="0010470F">
            <w:pPr>
              <w:spacing w:after="0"/>
              <w:rPr>
                <w:sz w:val="18"/>
                <w:szCs w:val="24"/>
              </w:rPr>
            </w:pPr>
            <w:r w:rsidRPr="007A7D18">
              <w:rPr>
                <w:b/>
                <w:color w:val="FFFFFF"/>
                <w:sz w:val="18"/>
                <w:szCs w:val="24"/>
              </w:rPr>
              <w:t>Estimated Runtime / Capacity</w:t>
            </w:r>
          </w:p>
        </w:tc>
      </w:tr>
      <w:tr w:rsidR="009A62B6" w:rsidRPr="007A7D18" w14:paraId="2E8EAF71"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0C5D32B" w14:textId="77777777" w:rsidR="009A62B6" w:rsidRPr="007A7D18" w:rsidRDefault="0010470F">
            <w:pPr>
              <w:spacing w:after="0"/>
              <w:rPr>
                <w:sz w:val="18"/>
                <w:szCs w:val="24"/>
              </w:rPr>
            </w:pPr>
            <w:r w:rsidRPr="007A7D18">
              <w:rPr>
                <w:b/>
                <w:color w:val="0B5D48"/>
                <w:sz w:val="18"/>
                <w:szCs w:val="24"/>
              </w:rPr>
              <w:t>Electrical Power</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0430DBB"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772BB8A"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79179AB"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F57B79" w14:textId="77777777" w:rsidR="009A62B6" w:rsidRPr="007A7D18" w:rsidRDefault="009A62B6">
            <w:pPr>
              <w:spacing w:after="0"/>
              <w:rPr>
                <w:sz w:val="18"/>
                <w:szCs w:val="24"/>
              </w:rPr>
            </w:pPr>
          </w:p>
        </w:tc>
      </w:tr>
      <w:tr w:rsidR="009A62B6" w:rsidRPr="007A7D18" w14:paraId="3D89FFBF"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2ED5DC4" w14:textId="77777777" w:rsidR="009A62B6" w:rsidRPr="007A7D18" w:rsidRDefault="0010470F">
            <w:pPr>
              <w:spacing w:after="0"/>
              <w:rPr>
                <w:sz w:val="18"/>
                <w:szCs w:val="24"/>
              </w:rPr>
            </w:pPr>
            <w:r w:rsidRPr="007A7D18">
              <w:rPr>
                <w:b/>
                <w:color w:val="0B5D48"/>
                <w:sz w:val="18"/>
                <w:szCs w:val="24"/>
              </w:rPr>
              <w:t>Generator / Emergency Power</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732E844"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7055E28"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3F9FC20"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84A1811" w14:textId="77777777" w:rsidR="009A62B6" w:rsidRPr="007A7D18" w:rsidRDefault="009A62B6">
            <w:pPr>
              <w:spacing w:after="0"/>
              <w:rPr>
                <w:sz w:val="18"/>
                <w:szCs w:val="24"/>
              </w:rPr>
            </w:pPr>
          </w:p>
        </w:tc>
      </w:tr>
      <w:tr w:rsidR="009A62B6" w:rsidRPr="007A7D18" w14:paraId="7554486F"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225055F" w14:textId="77777777" w:rsidR="009A62B6" w:rsidRPr="007A7D18" w:rsidRDefault="0010470F">
            <w:pPr>
              <w:spacing w:after="0"/>
              <w:rPr>
                <w:sz w:val="18"/>
                <w:szCs w:val="24"/>
              </w:rPr>
            </w:pPr>
            <w:r w:rsidRPr="007A7D18">
              <w:rPr>
                <w:b/>
                <w:color w:val="0B5D48"/>
                <w:sz w:val="18"/>
                <w:szCs w:val="24"/>
              </w:rPr>
              <w:t>Generator / Heating Fuel</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14BF631"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A305FD6"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CD96AC3"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BE18265" w14:textId="77777777" w:rsidR="009A62B6" w:rsidRPr="007A7D18" w:rsidRDefault="009A62B6">
            <w:pPr>
              <w:spacing w:after="0"/>
              <w:rPr>
                <w:sz w:val="18"/>
                <w:szCs w:val="24"/>
              </w:rPr>
            </w:pPr>
          </w:p>
        </w:tc>
      </w:tr>
      <w:tr w:rsidR="009A62B6" w:rsidRPr="007A7D18" w14:paraId="310317D0"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D6BD22B" w14:textId="77777777" w:rsidR="009A62B6" w:rsidRPr="007A7D18" w:rsidRDefault="0010470F">
            <w:pPr>
              <w:spacing w:after="0"/>
              <w:rPr>
                <w:sz w:val="18"/>
                <w:szCs w:val="24"/>
              </w:rPr>
            </w:pPr>
            <w:r w:rsidRPr="007A7D18">
              <w:rPr>
                <w:b/>
                <w:color w:val="0B5D48"/>
                <w:sz w:val="18"/>
                <w:szCs w:val="24"/>
              </w:rPr>
              <w:t>Heating / HVAC / Required Heat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6AA199"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C64C96"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F7506CF"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79317C2" w14:textId="77777777" w:rsidR="009A62B6" w:rsidRPr="007A7D18" w:rsidRDefault="009A62B6">
            <w:pPr>
              <w:spacing w:after="0"/>
              <w:rPr>
                <w:sz w:val="18"/>
                <w:szCs w:val="24"/>
              </w:rPr>
            </w:pPr>
          </w:p>
        </w:tc>
      </w:tr>
      <w:tr w:rsidR="009A62B6" w:rsidRPr="007A7D18" w14:paraId="4354C103"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EB55217" w14:textId="77777777" w:rsidR="009A62B6" w:rsidRPr="007A7D18" w:rsidRDefault="0010470F">
            <w:pPr>
              <w:spacing w:after="0"/>
              <w:rPr>
                <w:sz w:val="18"/>
                <w:szCs w:val="24"/>
              </w:rPr>
            </w:pPr>
            <w:r w:rsidRPr="007A7D18">
              <w:rPr>
                <w:b/>
                <w:color w:val="0B5D48"/>
                <w:sz w:val="18"/>
                <w:szCs w:val="24"/>
              </w:rPr>
              <w:t>Potable Water</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D1B19CA"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3B947A1"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5FDBF09"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296840D" w14:textId="77777777" w:rsidR="009A62B6" w:rsidRPr="007A7D18" w:rsidRDefault="009A62B6">
            <w:pPr>
              <w:spacing w:after="0"/>
              <w:rPr>
                <w:sz w:val="18"/>
                <w:szCs w:val="24"/>
              </w:rPr>
            </w:pPr>
          </w:p>
        </w:tc>
      </w:tr>
      <w:tr w:rsidR="009A62B6" w:rsidRPr="007A7D18" w14:paraId="48DB573C"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57D6536" w14:textId="77777777" w:rsidR="009A62B6" w:rsidRPr="007A7D18" w:rsidRDefault="0010470F">
            <w:pPr>
              <w:spacing w:after="0"/>
              <w:rPr>
                <w:sz w:val="18"/>
                <w:szCs w:val="24"/>
              </w:rPr>
            </w:pPr>
            <w:r w:rsidRPr="007A7D18">
              <w:rPr>
                <w:b/>
                <w:color w:val="0B5D48"/>
                <w:sz w:val="18"/>
                <w:szCs w:val="24"/>
              </w:rPr>
              <w:t>Water-Supply Pumps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6A08947"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7BF5FA1"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3C4807A"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818BC2" w14:textId="77777777" w:rsidR="009A62B6" w:rsidRPr="007A7D18" w:rsidRDefault="009A62B6">
            <w:pPr>
              <w:spacing w:after="0"/>
              <w:rPr>
                <w:sz w:val="18"/>
                <w:szCs w:val="24"/>
              </w:rPr>
            </w:pPr>
          </w:p>
        </w:tc>
      </w:tr>
      <w:tr w:rsidR="009A62B6" w:rsidRPr="007A7D18" w14:paraId="03D109A3"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1AE76C2" w14:textId="77777777" w:rsidR="009A62B6" w:rsidRPr="007A7D18" w:rsidRDefault="0010470F">
            <w:pPr>
              <w:spacing w:after="0"/>
              <w:rPr>
                <w:sz w:val="18"/>
                <w:szCs w:val="24"/>
              </w:rPr>
            </w:pPr>
            <w:r w:rsidRPr="007A7D18">
              <w:rPr>
                <w:b/>
                <w:color w:val="0B5D48"/>
                <w:sz w:val="18"/>
                <w:szCs w:val="24"/>
              </w:rPr>
              <w:t>Wastewater / Sewer / Septic Pumps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D0EC1C6"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A2CA5D6"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DE30BF0"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A4DC025" w14:textId="77777777" w:rsidR="009A62B6" w:rsidRPr="007A7D18" w:rsidRDefault="009A62B6">
            <w:pPr>
              <w:spacing w:after="0"/>
              <w:rPr>
                <w:sz w:val="18"/>
                <w:szCs w:val="24"/>
              </w:rPr>
            </w:pPr>
          </w:p>
        </w:tc>
      </w:tr>
      <w:tr w:rsidR="009A62B6" w:rsidRPr="007A7D18" w14:paraId="527BAB94"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56B5C8E" w14:textId="77777777" w:rsidR="009A62B6" w:rsidRPr="007A7D18" w:rsidRDefault="0010470F">
            <w:pPr>
              <w:spacing w:after="0"/>
              <w:rPr>
                <w:sz w:val="18"/>
                <w:szCs w:val="24"/>
              </w:rPr>
            </w:pPr>
            <w:r w:rsidRPr="007A7D18">
              <w:rPr>
                <w:b/>
                <w:color w:val="0B5D48"/>
                <w:sz w:val="18"/>
                <w:szCs w:val="24"/>
              </w:rPr>
              <w:t>Oxygen / Medical Gas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CA58C1"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7BB9B30"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33D4752"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0E5FF30" w14:textId="77777777" w:rsidR="009A62B6" w:rsidRPr="007A7D18" w:rsidRDefault="009A62B6">
            <w:pPr>
              <w:spacing w:after="0"/>
              <w:rPr>
                <w:sz w:val="18"/>
                <w:szCs w:val="24"/>
              </w:rPr>
            </w:pPr>
          </w:p>
        </w:tc>
      </w:tr>
      <w:tr w:rsidR="009A62B6" w:rsidRPr="007A7D18" w14:paraId="0AC507D3"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D72301E" w14:textId="77777777" w:rsidR="009A62B6" w:rsidRPr="007A7D18" w:rsidRDefault="0010470F">
            <w:pPr>
              <w:spacing w:after="0"/>
              <w:rPr>
                <w:sz w:val="18"/>
                <w:szCs w:val="24"/>
              </w:rPr>
            </w:pPr>
            <w:r w:rsidRPr="007A7D18">
              <w:rPr>
                <w:b/>
                <w:color w:val="0B5D48"/>
                <w:sz w:val="18"/>
                <w:szCs w:val="24"/>
              </w:rPr>
              <w:t>Nurse Call / Resident Alert Systems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0ACE98E"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88D3C4"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030BE3F"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FF71FE" w14:textId="77777777" w:rsidR="009A62B6" w:rsidRPr="007A7D18" w:rsidRDefault="009A62B6">
            <w:pPr>
              <w:spacing w:after="0"/>
              <w:rPr>
                <w:sz w:val="18"/>
                <w:szCs w:val="24"/>
              </w:rPr>
            </w:pPr>
          </w:p>
        </w:tc>
      </w:tr>
      <w:tr w:rsidR="009A62B6" w:rsidRPr="007A7D18" w14:paraId="76FB1C85"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3C9E85E" w14:textId="77777777" w:rsidR="009A62B6" w:rsidRPr="007A7D18" w:rsidRDefault="0010470F">
            <w:pPr>
              <w:spacing w:after="0"/>
              <w:rPr>
                <w:sz w:val="18"/>
                <w:szCs w:val="24"/>
              </w:rPr>
            </w:pPr>
            <w:r w:rsidRPr="007A7D18">
              <w:rPr>
                <w:b/>
                <w:color w:val="0B5D48"/>
                <w:sz w:val="18"/>
                <w:szCs w:val="24"/>
              </w:rPr>
              <w:t>Telephone / Communications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3E43943"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759462"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ACA53AA"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EF84EFD" w14:textId="77777777" w:rsidR="009A62B6" w:rsidRPr="007A7D18" w:rsidRDefault="009A62B6">
            <w:pPr>
              <w:spacing w:after="0"/>
              <w:rPr>
                <w:sz w:val="18"/>
                <w:szCs w:val="24"/>
              </w:rPr>
            </w:pPr>
          </w:p>
        </w:tc>
      </w:tr>
      <w:tr w:rsidR="009A62B6" w:rsidRPr="007A7D18" w14:paraId="00A52915"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A8207A4" w14:textId="77777777" w:rsidR="009A62B6" w:rsidRPr="007A7D18" w:rsidRDefault="0010470F">
            <w:pPr>
              <w:spacing w:after="0"/>
              <w:rPr>
                <w:sz w:val="18"/>
                <w:szCs w:val="24"/>
              </w:rPr>
            </w:pPr>
            <w:r w:rsidRPr="007A7D18">
              <w:rPr>
                <w:b/>
                <w:color w:val="0B5D48"/>
                <w:sz w:val="18"/>
                <w:szCs w:val="24"/>
              </w:rPr>
              <w:t>Internet / Network / EHR</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96BD2A8"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87D33BA"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6361EFE"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4FC77F" w14:textId="77777777" w:rsidR="009A62B6" w:rsidRPr="007A7D18" w:rsidRDefault="009A62B6">
            <w:pPr>
              <w:spacing w:after="0"/>
              <w:rPr>
                <w:sz w:val="18"/>
                <w:szCs w:val="24"/>
              </w:rPr>
            </w:pPr>
          </w:p>
        </w:tc>
      </w:tr>
      <w:tr w:rsidR="009A62B6" w:rsidRPr="007A7D18" w14:paraId="7EC68AA7"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B25CB37" w14:textId="77777777" w:rsidR="009A62B6" w:rsidRPr="007A7D18" w:rsidRDefault="0010470F">
            <w:pPr>
              <w:spacing w:after="0"/>
              <w:rPr>
                <w:sz w:val="18"/>
                <w:szCs w:val="24"/>
              </w:rPr>
            </w:pPr>
            <w:r w:rsidRPr="007A7D18">
              <w:rPr>
                <w:b/>
                <w:color w:val="0B5D48"/>
                <w:sz w:val="18"/>
                <w:szCs w:val="24"/>
              </w:rPr>
              <w:t>Fire Alarm / Sprinkler / Life Safety</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3F1ECD9"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3182D68"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92A9D3"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89E298" w14:textId="77777777" w:rsidR="009A62B6" w:rsidRPr="007A7D18" w:rsidRDefault="009A62B6">
            <w:pPr>
              <w:spacing w:after="0"/>
              <w:rPr>
                <w:sz w:val="18"/>
                <w:szCs w:val="24"/>
              </w:rPr>
            </w:pPr>
          </w:p>
        </w:tc>
      </w:tr>
      <w:tr w:rsidR="009A62B6" w:rsidRPr="007A7D18" w14:paraId="0B28B696"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1C213AC" w14:textId="77777777" w:rsidR="009A62B6" w:rsidRPr="007A7D18" w:rsidRDefault="0010470F">
            <w:pPr>
              <w:spacing w:after="0"/>
              <w:rPr>
                <w:sz w:val="18"/>
                <w:szCs w:val="24"/>
              </w:rPr>
            </w:pPr>
            <w:r w:rsidRPr="007A7D18">
              <w:rPr>
                <w:b/>
                <w:color w:val="0B5D48"/>
                <w:sz w:val="18"/>
                <w:szCs w:val="24"/>
              </w:rPr>
              <w:t>Medication / Vaccine Refrigeration</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D79605D"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4729013"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A0DFCE5"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5ABCEC8" w14:textId="77777777" w:rsidR="009A62B6" w:rsidRPr="007A7D18" w:rsidRDefault="009A62B6">
            <w:pPr>
              <w:spacing w:after="0"/>
              <w:rPr>
                <w:sz w:val="18"/>
                <w:szCs w:val="24"/>
              </w:rPr>
            </w:pPr>
          </w:p>
        </w:tc>
      </w:tr>
      <w:tr w:rsidR="009A62B6" w:rsidRPr="007A7D18" w14:paraId="6CEAC9AF"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3F1497F" w14:textId="77777777" w:rsidR="009A62B6" w:rsidRPr="007A7D18" w:rsidRDefault="0010470F">
            <w:pPr>
              <w:spacing w:after="0"/>
              <w:rPr>
                <w:sz w:val="18"/>
                <w:szCs w:val="24"/>
              </w:rPr>
            </w:pPr>
            <w:r w:rsidRPr="007A7D18">
              <w:rPr>
                <w:b/>
                <w:color w:val="0B5D48"/>
                <w:sz w:val="18"/>
                <w:szCs w:val="24"/>
              </w:rPr>
              <w:t>Food Refrigeration / Kitchen</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9D5F08"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53A434"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DCF20C1"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E2858FC" w14:textId="77777777" w:rsidR="009A62B6" w:rsidRPr="007A7D18" w:rsidRDefault="009A62B6">
            <w:pPr>
              <w:spacing w:after="0"/>
              <w:rPr>
                <w:sz w:val="18"/>
                <w:szCs w:val="24"/>
              </w:rPr>
            </w:pPr>
          </w:p>
        </w:tc>
      </w:tr>
      <w:tr w:rsidR="009A62B6" w:rsidRPr="007A7D18" w14:paraId="4E28F4DF"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6482E72" w14:textId="77777777" w:rsidR="009A62B6" w:rsidRPr="007A7D18" w:rsidRDefault="0010470F">
            <w:pPr>
              <w:spacing w:after="0"/>
              <w:rPr>
                <w:sz w:val="18"/>
                <w:szCs w:val="24"/>
              </w:rPr>
            </w:pPr>
            <w:r w:rsidRPr="007A7D18">
              <w:rPr>
                <w:b/>
                <w:color w:val="0B5D48"/>
                <w:sz w:val="18"/>
                <w:szCs w:val="24"/>
              </w:rPr>
              <w:t>Elevators / Vertical Transport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A2A863C"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6C75D3"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7F10B2D"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5468A01" w14:textId="77777777" w:rsidR="009A62B6" w:rsidRPr="007A7D18" w:rsidRDefault="009A62B6">
            <w:pPr>
              <w:spacing w:after="0"/>
              <w:rPr>
                <w:sz w:val="18"/>
                <w:szCs w:val="24"/>
              </w:rPr>
            </w:pPr>
          </w:p>
        </w:tc>
      </w:tr>
      <w:tr w:rsidR="009A62B6" w:rsidRPr="007A7D18" w14:paraId="7CE1EBC4"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446E4CF" w14:textId="77777777" w:rsidR="009A62B6" w:rsidRPr="007A7D18" w:rsidRDefault="0010470F">
            <w:pPr>
              <w:spacing w:after="0"/>
              <w:rPr>
                <w:sz w:val="18"/>
                <w:szCs w:val="24"/>
              </w:rPr>
            </w:pPr>
            <w:r w:rsidRPr="007A7D18">
              <w:rPr>
                <w:b/>
                <w:color w:val="0B5D48"/>
                <w:sz w:val="18"/>
                <w:szCs w:val="24"/>
              </w:rPr>
              <w:t>Powered Beds / Lifts / Resident Equipment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EC48BD9"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35FBF1"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30F2CFD"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3D909E" w14:textId="77777777" w:rsidR="009A62B6" w:rsidRPr="007A7D18" w:rsidRDefault="009A62B6">
            <w:pPr>
              <w:spacing w:after="0"/>
              <w:rPr>
                <w:sz w:val="18"/>
                <w:szCs w:val="24"/>
              </w:rPr>
            </w:pPr>
          </w:p>
        </w:tc>
      </w:tr>
      <w:tr w:rsidR="009A62B6" w:rsidRPr="007A7D18" w14:paraId="3460C4DA"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21EAD67" w14:textId="77777777" w:rsidR="009A62B6" w:rsidRPr="007A7D18" w:rsidRDefault="0010470F">
            <w:pPr>
              <w:spacing w:after="0"/>
              <w:rPr>
                <w:sz w:val="18"/>
                <w:szCs w:val="24"/>
              </w:rPr>
            </w:pPr>
            <w:r w:rsidRPr="007A7D18">
              <w:rPr>
                <w:b/>
                <w:color w:val="0B5D48"/>
                <w:sz w:val="18"/>
                <w:szCs w:val="24"/>
              </w:rPr>
              <w:t>Security / Access Control</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DEEEACF"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B2EF5B"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952CAE"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DDFF904" w14:textId="77777777" w:rsidR="009A62B6" w:rsidRPr="007A7D18" w:rsidRDefault="009A62B6">
            <w:pPr>
              <w:spacing w:after="0"/>
              <w:rPr>
                <w:sz w:val="18"/>
                <w:szCs w:val="24"/>
              </w:rPr>
            </w:pPr>
          </w:p>
        </w:tc>
      </w:tr>
      <w:tr w:rsidR="009A62B6" w:rsidRPr="007A7D18" w14:paraId="0FAC5E42"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F6CB416" w14:textId="77777777" w:rsidR="009A62B6" w:rsidRPr="007A7D18" w:rsidRDefault="0010470F">
            <w:pPr>
              <w:spacing w:after="0"/>
              <w:rPr>
                <w:sz w:val="18"/>
                <w:szCs w:val="24"/>
              </w:rPr>
            </w:pPr>
            <w:r w:rsidRPr="007A7D18">
              <w:rPr>
                <w:b/>
                <w:color w:val="0B5D48"/>
                <w:sz w:val="18"/>
                <w:szCs w:val="24"/>
              </w:rPr>
              <w:lastRenderedPageBreak/>
              <w:t>Other Critical Utility</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845A87B"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35D2D27" w14:textId="77777777" w:rsidR="009A62B6" w:rsidRPr="007A7D18" w:rsidRDefault="009A62B6">
            <w:pPr>
              <w:spacing w:after="0"/>
              <w:rPr>
                <w:sz w:val="18"/>
                <w:szCs w:val="24"/>
              </w:rPr>
            </w:pPr>
          </w:p>
        </w:tc>
        <w:tc>
          <w:tcPr>
            <w:tcW w:w="410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9A3364"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EB277D8" w14:textId="77777777" w:rsidR="009A62B6" w:rsidRPr="007A7D18" w:rsidRDefault="009A62B6">
            <w:pPr>
              <w:spacing w:after="0"/>
              <w:rPr>
                <w:sz w:val="18"/>
                <w:szCs w:val="24"/>
              </w:rPr>
            </w:pPr>
          </w:p>
        </w:tc>
      </w:tr>
    </w:tbl>
    <w:p w14:paraId="62A8B3B6" w14:textId="77777777" w:rsidR="009A62B6" w:rsidRDefault="0010470F">
      <w:r>
        <w:br w:type="page"/>
      </w:r>
    </w:p>
    <w:p w14:paraId="7D032D9F" w14:textId="77777777" w:rsidR="009A62B6" w:rsidRDefault="0010470F">
      <w:pPr>
        <w:pBdr>
          <w:bottom w:val="single" w:sz="12" w:space="3" w:color="E24E1B"/>
        </w:pBdr>
        <w:spacing w:after="80"/>
      </w:pPr>
      <w:r>
        <w:rPr>
          <w:b/>
          <w:color w:val="0B5D48"/>
          <w:sz w:val="23"/>
        </w:rPr>
        <w:lastRenderedPageBreak/>
        <w:t>2. CRITICAL UTILITIES - OPERATING &amp; RESPONSE DETAILS</w:t>
      </w:r>
    </w:p>
    <w:tbl>
      <w:tblPr>
        <w:tblW w:w="0" w:type="auto"/>
        <w:jc w:val="center"/>
        <w:tblLayout w:type="fixed"/>
        <w:tblLook w:val="04A0" w:firstRow="1" w:lastRow="0" w:firstColumn="1" w:lastColumn="0" w:noHBand="0" w:noVBand="1"/>
      </w:tblPr>
      <w:tblGrid>
        <w:gridCol w:w="2520"/>
        <w:gridCol w:w="2880"/>
        <w:gridCol w:w="2951"/>
        <w:gridCol w:w="3240"/>
        <w:gridCol w:w="2736"/>
      </w:tblGrid>
      <w:tr w:rsidR="009A62B6" w:rsidRPr="007A7D18" w14:paraId="3FF08794" w14:textId="77777777">
        <w:trPr>
          <w:trHeight w:val="430"/>
          <w:tblHeader/>
          <w:jc w:val="center"/>
        </w:trPr>
        <w:tc>
          <w:tcPr>
            <w:tcW w:w="252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DFA2B2A" w14:textId="77777777" w:rsidR="009A62B6" w:rsidRPr="007A7D18" w:rsidRDefault="0010470F">
            <w:pPr>
              <w:spacing w:after="0"/>
              <w:rPr>
                <w:sz w:val="18"/>
                <w:szCs w:val="24"/>
              </w:rPr>
            </w:pPr>
            <w:r w:rsidRPr="007A7D18">
              <w:rPr>
                <w:b/>
                <w:color w:val="FFFFFF"/>
                <w:sz w:val="18"/>
                <w:szCs w:val="24"/>
              </w:rPr>
              <w:t>System / Utility</w:t>
            </w:r>
          </w:p>
        </w:tc>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156D496" w14:textId="77777777" w:rsidR="009A62B6" w:rsidRPr="007A7D18" w:rsidRDefault="0010470F">
            <w:pPr>
              <w:spacing w:after="0"/>
              <w:rPr>
                <w:sz w:val="18"/>
                <w:szCs w:val="24"/>
              </w:rPr>
            </w:pPr>
            <w:r w:rsidRPr="007A7D18">
              <w:rPr>
                <w:b/>
                <w:color w:val="FFFFFF"/>
                <w:sz w:val="18"/>
                <w:szCs w:val="24"/>
              </w:rPr>
              <w:t>Start / Transfer / Isolation Method</w:t>
            </w:r>
          </w:p>
        </w:tc>
        <w:tc>
          <w:tcPr>
            <w:tcW w:w="2951"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B262860" w14:textId="77777777" w:rsidR="009A62B6" w:rsidRPr="007A7D18" w:rsidRDefault="0010470F">
            <w:pPr>
              <w:spacing w:after="0"/>
              <w:rPr>
                <w:sz w:val="18"/>
                <w:szCs w:val="24"/>
              </w:rPr>
            </w:pPr>
            <w:r w:rsidRPr="007A7D18">
              <w:rPr>
                <w:b/>
                <w:color w:val="FFFFFF"/>
                <w:sz w:val="18"/>
                <w:szCs w:val="24"/>
              </w:rPr>
              <w:t>Vendor / 24-Hour Emergency Contact</w:t>
            </w:r>
          </w:p>
        </w:tc>
        <w:tc>
          <w:tcPr>
            <w:tcW w:w="324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1E7D953" w14:textId="77777777" w:rsidR="009A62B6" w:rsidRPr="007A7D18" w:rsidRDefault="0010470F">
            <w:pPr>
              <w:spacing w:after="0"/>
              <w:rPr>
                <w:sz w:val="18"/>
                <w:szCs w:val="24"/>
              </w:rPr>
            </w:pPr>
            <w:r w:rsidRPr="007A7D18">
              <w:rPr>
                <w:b/>
                <w:color w:val="FFFFFF"/>
                <w:sz w:val="18"/>
                <w:szCs w:val="24"/>
              </w:rPr>
              <w:t>Shutoff / Connection / Key Location</w:t>
            </w:r>
          </w:p>
        </w:tc>
        <w:tc>
          <w:tcPr>
            <w:tcW w:w="273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3688FA21" w14:textId="77777777" w:rsidR="009A62B6" w:rsidRPr="007A7D18" w:rsidRDefault="0010470F">
            <w:pPr>
              <w:spacing w:after="0"/>
              <w:rPr>
                <w:sz w:val="18"/>
                <w:szCs w:val="24"/>
              </w:rPr>
            </w:pPr>
            <w:r w:rsidRPr="007A7D18">
              <w:rPr>
                <w:b/>
                <w:color w:val="FFFFFF"/>
                <w:sz w:val="18"/>
                <w:szCs w:val="24"/>
              </w:rPr>
              <w:t>Testing / Inspection / Notes</w:t>
            </w:r>
          </w:p>
        </w:tc>
      </w:tr>
      <w:tr w:rsidR="009A62B6" w:rsidRPr="007A7D18" w14:paraId="6142176E"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98DFD1B" w14:textId="77777777" w:rsidR="009A62B6" w:rsidRPr="007A7D18" w:rsidRDefault="0010470F">
            <w:pPr>
              <w:spacing w:after="0"/>
              <w:rPr>
                <w:sz w:val="18"/>
                <w:szCs w:val="24"/>
              </w:rPr>
            </w:pPr>
            <w:r w:rsidRPr="007A7D18">
              <w:rPr>
                <w:b/>
                <w:color w:val="0B5D48"/>
                <w:sz w:val="18"/>
                <w:szCs w:val="24"/>
              </w:rPr>
              <w:t>Electrical Power</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7339B19"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D1E0F5"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BAFC66E"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5C6957" w14:textId="77777777" w:rsidR="009A62B6" w:rsidRPr="007A7D18" w:rsidRDefault="009A62B6">
            <w:pPr>
              <w:spacing w:after="0"/>
              <w:rPr>
                <w:sz w:val="18"/>
                <w:szCs w:val="24"/>
              </w:rPr>
            </w:pPr>
          </w:p>
        </w:tc>
      </w:tr>
      <w:tr w:rsidR="009A62B6" w:rsidRPr="007A7D18" w14:paraId="35929A45"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F89B539" w14:textId="77777777" w:rsidR="009A62B6" w:rsidRPr="007A7D18" w:rsidRDefault="0010470F">
            <w:pPr>
              <w:spacing w:after="0"/>
              <w:rPr>
                <w:sz w:val="18"/>
                <w:szCs w:val="24"/>
              </w:rPr>
            </w:pPr>
            <w:r w:rsidRPr="007A7D18">
              <w:rPr>
                <w:b/>
                <w:color w:val="0B5D48"/>
                <w:sz w:val="18"/>
                <w:szCs w:val="24"/>
              </w:rPr>
              <w:t>Generator / Emergency Power</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0FA1284"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4A51E62"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D8B5391"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11C3D5" w14:textId="77777777" w:rsidR="009A62B6" w:rsidRPr="007A7D18" w:rsidRDefault="009A62B6">
            <w:pPr>
              <w:spacing w:after="0"/>
              <w:rPr>
                <w:sz w:val="18"/>
                <w:szCs w:val="24"/>
              </w:rPr>
            </w:pPr>
          </w:p>
        </w:tc>
      </w:tr>
      <w:tr w:rsidR="009A62B6" w:rsidRPr="007A7D18" w14:paraId="4F112592"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4352561" w14:textId="77777777" w:rsidR="009A62B6" w:rsidRPr="007A7D18" w:rsidRDefault="0010470F">
            <w:pPr>
              <w:spacing w:after="0"/>
              <w:rPr>
                <w:sz w:val="18"/>
                <w:szCs w:val="24"/>
              </w:rPr>
            </w:pPr>
            <w:r w:rsidRPr="007A7D18">
              <w:rPr>
                <w:b/>
                <w:color w:val="0B5D48"/>
                <w:sz w:val="18"/>
                <w:szCs w:val="24"/>
              </w:rPr>
              <w:t>Generator / Heating Fuel</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5E7CBB0"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87DE36B"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08A80D3"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C7CE95B" w14:textId="77777777" w:rsidR="009A62B6" w:rsidRPr="007A7D18" w:rsidRDefault="009A62B6">
            <w:pPr>
              <w:spacing w:after="0"/>
              <w:rPr>
                <w:sz w:val="18"/>
                <w:szCs w:val="24"/>
              </w:rPr>
            </w:pPr>
          </w:p>
        </w:tc>
      </w:tr>
      <w:tr w:rsidR="009A62B6" w:rsidRPr="007A7D18" w14:paraId="31C7692B"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FDB1FE3" w14:textId="77777777" w:rsidR="009A62B6" w:rsidRPr="007A7D18" w:rsidRDefault="0010470F">
            <w:pPr>
              <w:spacing w:after="0"/>
              <w:rPr>
                <w:sz w:val="18"/>
                <w:szCs w:val="24"/>
              </w:rPr>
            </w:pPr>
            <w:r w:rsidRPr="007A7D18">
              <w:rPr>
                <w:b/>
                <w:color w:val="0B5D48"/>
                <w:sz w:val="18"/>
                <w:szCs w:val="24"/>
              </w:rPr>
              <w:t>Heating / HVAC / Required Heat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4633D19"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E2BEF08"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67DBEA1"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106ED38" w14:textId="77777777" w:rsidR="009A62B6" w:rsidRPr="007A7D18" w:rsidRDefault="009A62B6">
            <w:pPr>
              <w:spacing w:after="0"/>
              <w:rPr>
                <w:sz w:val="18"/>
                <w:szCs w:val="24"/>
              </w:rPr>
            </w:pPr>
          </w:p>
        </w:tc>
      </w:tr>
      <w:tr w:rsidR="009A62B6" w:rsidRPr="007A7D18" w14:paraId="58AC8DB3"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A1A58C8" w14:textId="77777777" w:rsidR="009A62B6" w:rsidRPr="007A7D18" w:rsidRDefault="0010470F">
            <w:pPr>
              <w:spacing w:after="0"/>
              <w:rPr>
                <w:sz w:val="18"/>
                <w:szCs w:val="24"/>
              </w:rPr>
            </w:pPr>
            <w:r w:rsidRPr="007A7D18">
              <w:rPr>
                <w:b/>
                <w:color w:val="0B5D48"/>
                <w:sz w:val="18"/>
                <w:szCs w:val="24"/>
              </w:rPr>
              <w:t>Potable Water</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FCCD967"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0BD4213"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79C9DE9"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E62A04D" w14:textId="77777777" w:rsidR="009A62B6" w:rsidRPr="007A7D18" w:rsidRDefault="009A62B6">
            <w:pPr>
              <w:spacing w:after="0"/>
              <w:rPr>
                <w:sz w:val="18"/>
                <w:szCs w:val="24"/>
              </w:rPr>
            </w:pPr>
          </w:p>
        </w:tc>
      </w:tr>
      <w:tr w:rsidR="009A62B6" w:rsidRPr="007A7D18" w14:paraId="0086DF43"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EC5033C" w14:textId="77777777" w:rsidR="009A62B6" w:rsidRPr="007A7D18" w:rsidRDefault="0010470F">
            <w:pPr>
              <w:spacing w:after="0"/>
              <w:rPr>
                <w:sz w:val="18"/>
                <w:szCs w:val="24"/>
              </w:rPr>
            </w:pPr>
            <w:r w:rsidRPr="007A7D18">
              <w:rPr>
                <w:b/>
                <w:color w:val="0B5D48"/>
                <w:sz w:val="18"/>
                <w:szCs w:val="24"/>
              </w:rPr>
              <w:t>Water-Supply Pumps</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71A14A1"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E961377"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E75B82A"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526E75E" w14:textId="77777777" w:rsidR="009A62B6" w:rsidRPr="007A7D18" w:rsidRDefault="009A62B6">
            <w:pPr>
              <w:spacing w:after="0"/>
              <w:rPr>
                <w:sz w:val="18"/>
                <w:szCs w:val="24"/>
              </w:rPr>
            </w:pPr>
          </w:p>
        </w:tc>
      </w:tr>
      <w:tr w:rsidR="009A62B6" w:rsidRPr="007A7D18" w14:paraId="0C97B2C9"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12FC636" w14:textId="77777777" w:rsidR="009A62B6" w:rsidRPr="007A7D18" w:rsidRDefault="0010470F">
            <w:pPr>
              <w:spacing w:after="0"/>
              <w:rPr>
                <w:sz w:val="18"/>
                <w:szCs w:val="24"/>
              </w:rPr>
            </w:pPr>
            <w:r w:rsidRPr="007A7D18">
              <w:rPr>
                <w:b/>
                <w:color w:val="0B5D48"/>
                <w:sz w:val="18"/>
                <w:szCs w:val="24"/>
              </w:rPr>
              <w:t>Wastewater / Sewer / Septic Pumps</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0D3DA4A"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6A1190"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230A27E"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ED6AC2A" w14:textId="77777777" w:rsidR="009A62B6" w:rsidRPr="007A7D18" w:rsidRDefault="009A62B6">
            <w:pPr>
              <w:spacing w:after="0"/>
              <w:rPr>
                <w:sz w:val="18"/>
                <w:szCs w:val="24"/>
              </w:rPr>
            </w:pPr>
          </w:p>
        </w:tc>
      </w:tr>
      <w:tr w:rsidR="009A62B6" w:rsidRPr="007A7D18" w14:paraId="7A7FD336"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2B26F4F" w14:textId="77777777" w:rsidR="009A62B6" w:rsidRPr="007A7D18" w:rsidRDefault="0010470F">
            <w:pPr>
              <w:spacing w:after="0"/>
              <w:rPr>
                <w:sz w:val="18"/>
                <w:szCs w:val="24"/>
              </w:rPr>
            </w:pPr>
            <w:r w:rsidRPr="007A7D18">
              <w:rPr>
                <w:b/>
                <w:color w:val="0B5D48"/>
                <w:sz w:val="18"/>
                <w:szCs w:val="24"/>
              </w:rPr>
              <w:t>Oxygen / Medical Gas</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64FC93"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3A42D4"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122BE66"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EF1183" w14:textId="77777777" w:rsidR="009A62B6" w:rsidRPr="007A7D18" w:rsidRDefault="009A62B6">
            <w:pPr>
              <w:spacing w:after="0"/>
              <w:rPr>
                <w:sz w:val="18"/>
                <w:szCs w:val="24"/>
              </w:rPr>
            </w:pPr>
          </w:p>
        </w:tc>
      </w:tr>
      <w:tr w:rsidR="009A62B6" w:rsidRPr="007A7D18" w14:paraId="22FFD05E"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4D6ABF1" w14:textId="77777777" w:rsidR="009A62B6" w:rsidRPr="007A7D18" w:rsidRDefault="0010470F">
            <w:pPr>
              <w:spacing w:after="0"/>
              <w:rPr>
                <w:sz w:val="18"/>
                <w:szCs w:val="24"/>
              </w:rPr>
            </w:pPr>
            <w:r w:rsidRPr="007A7D18">
              <w:rPr>
                <w:b/>
                <w:color w:val="0B5D48"/>
                <w:sz w:val="18"/>
                <w:szCs w:val="24"/>
              </w:rPr>
              <w:t>Nurse Call / Resident Alert Systems</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A8EF0A1"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8B20D2F"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B07C7F"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AA4E55B" w14:textId="77777777" w:rsidR="009A62B6" w:rsidRPr="007A7D18" w:rsidRDefault="009A62B6">
            <w:pPr>
              <w:spacing w:after="0"/>
              <w:rPr>
                <w:sz w:val="18"/>
                <w:szCs w:val="24"/>
              </w:rPr>
            </w:pPr>
          </w:p>
        </w:tc>
      </w:tr>
      <w:tr w:rsidR="009A62B6" w:rsidRPr="007A7D18" w14:paraId="5489D78E"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AE966D0" w14:textId="77777777" w:rsidR="009A62B6" w:rsidRPr="007A7D18" w:rsidRDefault="0010470F">
            <w:pPr>
              <w:spacing w:after="0"/>
              <w:rPr>
                <w:sz w:val="18"/>
                <w:szCs w:val="24"/>
              </w:rPr>
            </w:pPr>
            <w:r w:rsidRPr="007A7D18">
              <w:rPr>
                <w:b/>
                <w:color w:val="0B5D48"/>
                <w:sz w:val="18"/>
                <w:szCs w:val="24"/>
              </w:rPr>
              <w:t>Telephone / Communications</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1A0A08"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FFD842"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E181F7D"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E7CCB23" w14:textId="77777777" w:rsidR="009A62B6" w:rsidRPr="007A7D18" w:rsidRDefault="009A62B6">
            <w:pPr>
              <w:spacing w:after="0"/>
              <w:rPr>
                <w:sz w:val="18"/>
                <w:szCs w:val="24"/>
              </w:rPr>
            </w:pPr>
          </w:p>
        </w:tc>
      </w:tr>
      <w:tr w:rsidR="009A62B6" w:rsidRPr="007A7D18" w14:paraId="113554FD"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71F3442" w14:textId="77777777" w:rsidR="009A62B6" w:rsidRPr="007A7D18" w:rsidRDefault="0010470F">
            <w:pPr>
              <w:spacing w:after="0"/>
              <w:rPr>
                <w:sz w:val="18"/>
                <w:szCs w:val="24"/>
              </w:rPr>
            </w:pPr>
            <w:r w:rsidRPr="007A7D18">
              <w:rPr>
                <w:b/>
                <w:color w:val="0B5D48"/>
                <w:sz w:val="18"/>
                <w:szCs w:val="24"/>
              </w:rPr>
              <w:t>Internet / Network / EHR</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324A15E"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F4F615F"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3576BA1"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BC8CB8A" w14:textId="77777777" w:rsidR="009A62B6" w:rsidRPr="007A7D18" w:rsidRDefault="009A62B6">
            <w:pPr>
              <w:spacing w:after="0"/>
              <w:rPr>
                <w:sz w:val="18"/>
                <w:szCs w:val="24"/>
              </w:rPr>
            </w:pPr>
          </w:p>
        </w:tc>
      </w:tr>
      <w:tr w:rsidR="009A62B6" w:rsidRPr="007A7D18" w14:paraId="68032942"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60A1818" w14:textId="77777777" w:rsidR="009A62B6" w:rsidRPr="007A7D18" w:rsidRDefault="0010470F">
            <w:pPr>
              <w:spacing w:after="0"/>
              <w:rPr>
                <w:sz w:val="18"/>
                <w:szCs w:val="24"/>
              </w:rPr>
            </w:pPr>
            <w:r w:rsidRPr="007A7D18">
              <w:rPr>
                <w:b/>
                <w:color w:val="0B5D48"/>
                <w:sz w:val="18"/>
                <w:szCs w:val="24"/>
              </w:rPr>
              <w:t>Fire Alarm / Sprinkler / Life Safety</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C4B34AD"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30902A"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E176164"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0013C4" w14:textId="77777777" w:rsidR="009A62B6" w:rsidRPr="007A7D18" w:rsidRDefault="009A62B6">
            <w:pPr>
              <w:spacing w:after="0"/>
              <w:rPr>
                <w:sz w:val="18"/>
                <w:szCs w:val="24"/>
              </w:rPr>
            </w:pPr>
          </w:p>
        </w:tc>
      </w:tr>
      <w:tr w:rsidR="009A62B6" w:rsidRPr="007A7D18" w14:paraId="6AD96C51"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C52A7C2" w14:textId="77777777" w:rsidR="009A62B6" w:rsidRPr="007A7D18" w:rsidRDefault="0010470F">
            <w:pPr>
              <w:spacing w:after="0"/>
              <w:rPr>
                <w:sz w:val="18"/>
                <w:szCs w:val="24"/>
              </w:rPr>
            </w:pPr>
            <w:r w:rsidRPr="007A7D18">
              <w:rPr>
                <w:b/>
                <w:color w:val="0B5D48"/>
                <w:sz w:val="18"/>
                <w:szCs w:val="24"/>
              </w:rPr>
              <w:t>Medication / Vaccine Refrigeration</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FAB50F"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00FCC1"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AED5F11"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F64D8AE" w14:textId="77777777" w:rsidR="009A62B6" w:rsidRPr="007A7D18" w:rsidRDefault="009A62B6">
            <w:pPr>
              <w:spacing w:after="0"/>
              <w:rPr>
                <w:sz w:val="18"/>
                <w:szCs w:val="24"/>
              </w:rPr>
            </w:pPr>
          </w:p>
        </w:tc>
      </w:tr>
      <w:tr w:rsidR="009A62B6" w:rsidRPr="007A7D18" w14:paraId="42671CDE"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21D48DA" w14:textId="77777777" w:rsidR="009A62B6" w:rsidRPr="007A7D18" w:rsidRDefault="0010470F">
            <w:pPr>
              <w:spacing w:after="0"/>
              <w:rPr>
                <w:sz w:val="18"/>
                <w:szCs w:val="24"/>
              </w:rPr>
            </w:pPr>
            <w:r w:rsidRPr="007A7D18">
              <w:rPr>
                <w:b/>
                <w:color w:val="0B5D48"/>
                <w:sz w:val="18"/>
                <w:szCs w:val="24"/>
              </w:rPr>
              <w:t>Food Refrigeration / Kitchen</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8809C8D"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02A064"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4D00DFF"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CB5B82A" w14:textId="77777777" w:rsidR="009A62B6" w:rsidRPr="007A7D18" w:rsidRDefault="009A62B6">
            <w:pPr>
              <w:spacing w:after="0"/>
              <w:rPr>
                <w:sz w:val="18"/>
                <w:szCs w:val="24"/>
              </w:rPr>
            </w:pPr>
          </w:p>
        </w:tc>
      </w:tr>
      <w:tr w:rsidR="009A62B6" w:rsidRPr="007A7D18" w14:paraId="19E1512E"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8CB42EC" w14:textId="77777777" w:rsidR="009A62B6" w:rsidRPr="007A7D18" w:rsidRDefault="0010470F">
            <w:pPr>
              <w:spacing w:after="0"/>
              <w:rPr>
                <w:sz w:val="18"/>
                <w:szCs w:val="24"/>
              </w:rPr>
            </w:pPr>
            <w:r w:rsidRPr="007A7D18">
              <w:rPr>
                <w:b/>
                <w:color w:val="0B5D48"/>
                <w:sz w:val="18"/>
                <w:szCs w:val="24"/>
              </w:rPr>
              <w:t>Elevators / Vertical Transport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8D31C24"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EB8B0F"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42B390"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1EF717B" w14:textId="77777777" w:rsidR="009A62B6" w:rsidRPr="007A7D18" w:rsidRDefault="009A62B6">
            <w:pPr>
              <w:spacing w:after="0"/>
              <w:rPr>
                <w:sz w:val="18"/>
                <w:szCs w:val="24"/>
              </w:rPr>
            </w:pPr>
          </w:p>
        </w:tc>
      </w:tr>
      <w:tr w:rsidR="009A62B6" w:rsidRPr="007A7D18" w14:paraId="0DCE739F"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3F40ED9" w14:textId="77777777" w:rsidR="009A62B6" w:rsidRPr="007A7D18" w:rsidRDefault="0010470F">
            <w:pPr>
              <w:spacing w:after="0"/>
              <w:rPr>
                <w:sz w:val="18"/>
                <w:szCs w:val="24"/>
              </w:rPr>
            </w:pPr>
            <w:r w:rsidRPr="007A7D18">
              <w:rPr>
                <w:b/>
                <w:color w:val="0B5D48"/>
                <w:sz w:val="18"/>
                <w:szCs w:val="24"/>
              </w:rPr>
              <w:t>Powered Beds / Lifts / Resident Equipment</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4EAA36C"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88C6B88"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E061FA3"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BF8AB3E" w14:textId="77777777" w:rsidR="009A62B6" w:rsidRPr="007A7D18" w:rsidRDefault="009A62B6">
            <w:pPr>
              <w:spacing w:after="0"/>
              <w:rPr>
                <w:sz w:val="18"/>
                <w:szCs w:val="24"/>
              </w:rPr>
            </w:pPr>
          </w:p>
        </w:tc>
      </w:tr>
      <w:tr w:rsidR="009A62B6" w:rsidRPr="007A7D18" w14:paraId="0DE43C99"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436453F" w14:textId="77777777" w:rsidR="009A62B6" w:rsidRPr="007A7D18" w:rsidRDefault="0010470F">
            <w:pPr>
              <w:spacing w:after="0"/>
              <w:rPr>
                <w:sz w:val="18"/>
                <w:szCs w:val="24"/>
              </w:rPr>
            </w:pPr>
            <w:r w:rsidRPr="007A7D18">
              <w:rPr>
                <w:b/>
                <w:color w:val="0B5D48"/>
                <w:sz w:val="18"/>
                <w:szCs w:val="24"/>
              </w:rPr>
              <w:t>Security / Access Control</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10B5B59"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BBC60E3"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4DDD288"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CE2A517" w14:textId="77777777" w:rsidR="009A62B6" w:rsidRPr="007A7D18" w:rsidRDefault="009A62B6">
            <w:pPr>
              <w:spacing w:after="0"/>
              <w:rPr>
                <w:sz w:val="18"/>
                <w:szCs w:val="24"/>
              </w:rPr>
            </w:pPr>
          </w:p>
        </w:tc>
      </w:tr>
      <w:tr w:rsidR="009A62B6" w:rsidRPr="007A7D18" w14:paraId="4329A0E5" w14:textId="77777777">
        <w:trPr>
          <w:trHeight w:val="345"/>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7F579E0" w14:textId="77777777" w:rsidR="009A62B6" w:rsidRPr="007A7D18" w:rsidRDefault="0010470F">
            <w:pPr>
              <w:spacing w:after="0"/>
              <w:rPr>
                <w:sz w:val="18"/>
                <w:szCs w:val="24"/>
              </w:rPr>
            </w:pPr>
            <w:r w:rsidRPr="007A7D18">
              <w:rPr>
                <w:b/>
                <w:color w:val="0B5D48"/>
                <w:sz w:val="18"/>
                <w:szCs w:val="24"/>
              </w:rPr>
              <w:lastRenderedPageBreak/>
              <w:t>Other Critical Utility</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F513401"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44FBF5" w14:textId="77777777" w:rsidR="009A62B6" w:rsidRPr="007A7D18" w:rsidRDefault="009A62B6">
            <w:pPr>
              <w:spacing w:after="0"/>
              <w:rPr>
                <w:sz w:val="18"/>
                <w:szCs w:val="24"/>
              </w:rPr>
            </w:pPr>
          </w:p>
        </w:tc>
        <w:tc>
          <w:tcPr>
            <w:tcW w:w="32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682A792" w14:textId="77777777" w:rsidR="009A62B6" w:rsidRPr="007A7D18" w:rsidRDefault="009A62B6">
            <w:pPr>
              <w:spacing w:after="0"/>
              <w:rPr>
                <w:sz w:val="18"/>
                <w:szCs w:val="24"/>
              </w:rPr>
            </w:pPr>
          </w:p>
        </w:tc>
        <w:tc>
          <w:tcPr>
            <w:tcW w:w="273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D633D0A" w14:textId="77777777" w:rsidR="009A62B6" w:rsidRPr="007A7D18" w:rsidRDefault="009A62B6">
            <w:pPr>
              <w:spacing w:after="0"/>
              <w:rPr>
                <w:sz w:val="18"/>
                <w:szCs w:val="24"/>
              </w:rPr>
            </w:pPr>
          </w:p>
        </w:tc>
      </w:tr>
    </w:tbl>
    <w:p w14:paraId="2F0E3920" w14:textId="77777777" w:rsidR="009A62B6" w:rsidRDefault="0010470F">
      <w:r>
        <w:br w:type="page"/>
      </w:r>
    </w:p>
    <w:p w14:paraId="4FB2427D" w14:textId="77777777" w:rsidR="009A62B6" w:rsidRDefault="0010470F">
      <w:pPr>
        <w:pBdr>
          <w:bottom w:val="single" w:sz="12" w:space="3" w:color="E24E1B"/>
        </w:pBdr>
        <w:spacing w:after="80"/>
      </w:pPr>
      <w:r>
        <w:rPr>
          <w:b/>
          <w:color w:val="0B5D48"/>
          <w:sz w:val="23"/>
        </w:rPr>
        <w:lastRenderedPageBreak/>
        <w:t>3. EMERGENCY POWER / GENERATOR DETAILS</w:t>
      </w:r>
    </w:p>
    <w:tbl>
      <w:tblPr>
        <w:tblW w:w="0" w:type="auto"/>
        <w:jc w:val="center"/>
        <w:tblLayout w:type="fixed"/>
        <w:tblLook w:val="04A0" w:firstRow="1" w:lastRow="0" w:firstColumn="1" w:lastColumn="0" w:noHBand="0" w:noVBand="1"/>
      </w:tblPr>
      <w:tblGrid>
        <w:gridCol w:w="3600"/>
        <w:gridCol w:w="3600"/>
        <w:gridCol w:w="3600"/>
        <w:gridCol w:w="3600"/>
      </w:tblGrid>
      <w:tr w:rsidR="009A62B6" w:rsidRPr="007A7D18" w14:paraId="53F7771C" w14:textId="77777777" w:rsidTr="007A7D18">
        <w:trPr>
          <w:trHeight w:val="686"/>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04AD824A" w14:textId="77777777" w:rsidR="009A62B6" w:rsidRPr="007A7D18" w:rsidRDefault="0010470F" w:rsidP="007A7D18">
            <w:pPr>
              <w:spacing w:after="0"/>
              <w:rPr>
                <w:sz w:val="18"/>
                <w:szCs w:val="28"/>
              </w:rPr>
            </w:pPr>
            <w:r w:rsidRPr="007A7D18">
              <w:rPr>
                <w:b/>
                <w:color w:val="0B5D48"/>
                <w:sz w:val="18"/>
                <w:szCs w:val="28"/>
              </w:rPr>
              <w:t>Generator Make / Model</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0F6C124C" w14:textId="77777777" w:rsidR="009A62B6" w:rsidRPr="007A7D18" w:rsidRDefault="0010470F" w:rsidP="007A7D18">
            <w:pPr>
              <w:spacing w:after="0"/>
              <w:rPr>
                <w:sz w:val="18"/>
                <w:szCs w:val="28"/>
              </w:rPr>
            </w:pPr>
            <w:r w:rsidRPr="007A7D18">
              <w:rPr>
                <w:b/>
                <w:color w:val="0B5D48"/>
                <w:sz w:val="18"/>
                <w:szCs w:val="28"/>
              </w:rPr>
              <w:t>Rated Capacity (kW/kVA)</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4006B70A" w14:textId="77777777" w:rsidR="009A62B6" w:rsidRPr="007A7D18" w:rsidRDefault="0010470F" w:rsidP="007A7D18">
            <w:pPr>
              <w:spacing w:after="0"/>
              <w:rPr>
                <w:sz w:val="18"/>
                <w:szCs w:val="28"/>
              </w:rPr>
            </w:pPr>
            <w:r w:rsidRPr="007A7D18">
              <w:rPr>
                <w:b/>
                <w:color w:val="0B5D48"/>
                <w:sz w:val="18"/>
                <w:szCs w:val="28"/>
              </w:rPr>
              <w:t>Fuel Type</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5CA8D4C5" w14:textId="77777777" w:rsidR="009A62B6" w:rsidRPr="007A7D18" w:rsidRDefault="0010470F" w:rsidP="007A7D18">
            <w:pPr>
              <w:spacing w:after="0"/>
              <w:rPr>
                <w:sz w:val="18"/>
                <w:szCs w:val="28"/>
              </w:rPr>
            </w:pPr>
            <w:r w:rsidRPr="007A7D18">
              <w:rPr>
                <w:b/>
                <w:color w:val="0B5D48"/>
                <w:sz w:val="18"/>
                <w:szCs w:val="28"/>
              </w:rPr>
              <w:t>Fuel Capacity</w:t>
            </w:r>
            <w:r w:rsidRPr="007A7D18">
              <w:rPr>
                <w:b/>
                <w:color w:val="0B5D48"/>
                <w:sz w:val="18"/>
                <w:szCs w:val="28"/>
              </w:rPr>
              <w:br/>
            </w:r>
            <w:r w:rsidRPr="007A7D18">
              <w:rPr>
                <w:color w:val="6B7280"/>
                <w:sz w:val="18"/>
                <w:szCs w:val="28"/>
              </w:rPr>
              <w:t>____________________________</w:t>
            </w:r>
          </w:p>
        </w:tc>
      </w:tr>
      <w:tr w:rsidR="009A62B6" w:rsidRPr="007A7D18" w14:paraId="202218D5" w14:textId="77777777" w:rsidTr="007A7D18">
        <w:trPr>
          <w:trHeight w:val="686"/>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57A15C70" w14:textId="77777777" w:rsidR="009A62B6" w:rsidRPr="007A7D18" w:rsidRDefault="0010470F" w:rsidP="007A7D18">
            <w:pPr>
              <w:spacing w:after="0"/>
              <w:rPr>
                <w:sz w:val="18"/>
                <w:szCs w:val="28"/>
              </w:rPr>
            </w:pPr>
            <w:r w:rsidRPr="007A7D18">
              <w:rPr>
                <w:b/>
                <w:color w:val="0B5D48"/>
                <w:sz w:val="18"/>
                <w:szCs w:val="28"/>
              </w:rPr>
              <w:t>Generator Location</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64642AC6" w14:textId="77777777" w:rsidR="009A62B6" w:rsidRPr="007A7D18" w:rsidRDefault="0010470F" w:rsidP="007A7D18">
            <w:pPr>
              <w:spacing w:after="0"/>
              <w:rPr>
                <w:sz w:val="18"/>
                <w:szCs w:val="28"/>
              </w:rPr>
            </w:pPr>
            <w:r w:rsidRPr="007A7D18">
              <w:rPr>
                <w:b/>
                <w:color w:val="0B5D48"/>
                <w:sz w:val="18"/>
                <w:szCs w:val="28"/>
              </w:rPr>
              <w:t>Automatic / Manual Transfer</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71C9D1F5" w14:textId="77777777" w:rsidR="009A62B6" w:rsidRPr="007A7D18" w:rsidRDefault="0010470F" w:rsidP="007A7D18">
            <w:pPr>
              <w:spacing w:after="0"/>
              <w:rPr>
                <w:sz w:val="18"/>
                <w:szCs w:val="28"/>
              </w:rPr>
            </w:pPr>
            <w:r w:rsidRPr="007A7D18">
              <w:rPr>
                <w:b/>
                <w:color w:val="0B5D48"/>
                <w:sz w:val="18"/>
                <w:szCs w:val="28"/>
              </w:rPr>
              <w:t>Transfer Switch Location</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668890A6" w14:textId="77777777" w:rsidR="009A62B6" w:rsidRPr="007A7D18" w:rsidRDefault="0010470F" w:rsidP="007A7D18">
            <w:pPr>
              <w:spacing w:after="0"/>
              <w:rPr>
                <w:sz w:val="18"/>
                <w:szCs w:val="28"/>
              </w:rPr>
            </w:pPr>
            <w:r w:rsidRPr="007A7D18">
              <w:rPr>
                <w:b/>
                <w:color w:val="0B5D48"/>
                <w:sz w:val="18"/>
                <w:szCs w:val="28"/>
              </w:rPr>
              <w:t>Emergency Connection / Quick Connect</w:t>
            </w:r>
            <w:r w:rsidRPr="007A7D18">
              <w:rPr>
                <w:b/>
                <w:color w:val="0B5D48"/>
                <w:sz w:val="18"/>
                <w:szCs w:val="28"/>
              </w:rPr>
              <w:br/>
            </w:r>
            <w:r w:rsidRPr="007A7D18">
              <w:rPr>
                <w:color w:val="6B7280"/>
                <w:sz w:val="18"/>
                <w:szCs w:val="28"/>
              </w:rPr>
              <w:t>____________________________</w:t>
            </w:r>
          </w:p>
        </w:tc>
      </w:tr>
      <w:tr w:rsidR="009A62B6" w:rsidRPr="007A7D18" w14:paraId="54C3BEEC" w14:textId="77777777" w:rsidTr="007A7D18">
        <w:trPr>
          <w:trHeight w:val="686"/>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571F65C4" w14:textId="77777777" w:rsidR="009A62B6" w:rsidRPr="007A7D18" w:rsidRDefault="0010470F" w:rsidP="007A7D18">
            <w:pPr>
              <w:spacing w:after="0"/>
              <w:rPr>
                <w:sz w:val="18"/>
                <w:szCs w:val="28"/>
              </w:rPr>
            </w:pPr>
            <w:r w:rsidRPr="007A7D18">
              <w:rPr>
                <w:b/>
                <w:color w:val="0B5D48"/>
                <w:sz w:val="18"/>
                <w:szCs w:val="28"/>
              </w:rPr>
              <w:t>Typical Load / Critical Circuits</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6A8FE77E" w14:textId="77777777" w:rsidR="009A62B6" w:rsidRPr="007A7D18" w:rsidRDefault="0010470F" w:rsidP="007A7D18">
            <w:pPr>
              <w:spacing w:after="0"/>
              <w:rPr>
                <w:sz w:val="18"/>
                <w:szCs w:val="28"/>
              </w:rPr>
            </w:pPr>
            <w:r w:rsidRPr="007A7D18">
              <w:rPr>
                <w:b/>
                <w:color w:val="0B5D48"/>
                <w:sz w:val="18"/>
                <w:szCs w:val="28"/>
              </w:rPr>
              <w:t>Estimated Runtime at Typical Load</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2DB0BE11" w14:textId="77777777" w:rsidR="009A62B6" w:rsidRPr="007A7D18" w:rsidRDefault="0010470F" w:rsidP="007A7D18">
            <w:pPr>
              <w:spacing w:after="0"/>
              <w:rPr>
                <w:sz w:val="18"/>
                <w:szCs w:val="28"/>
              </w:rPr>
            </w:pPr>
            <w:r w:rsidRPr="007A7D18">
              <w:rPr>
                <w:b/>
                <w:color w:val="0B5D48"/>
                <w:sz w:val="18"/>
                <w:szCs w:val="28"/>
              </w:rPr>
              <w:t>Refueling Threshold</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70785E3A" w14:textId="77777777" w:rsidR="009A62B6" w:rsidRPr="007A7D18" w:rsidRDefault="0010470F" w:rsidP="007A7D18">
            <w:pPr>
              <w:spacing w:after="0"/>
              <w:rPr>
                <w:sz w:val="18"/>
                <w:szCs w:val="28"/>
              </w:rPr>
            </w:pPr>
            <w:r w:rsidRPr="007A7D18">
              <w:rPr>
                <w:b/>
                <w:color w:val="0B5D48"/>
                <w:sz w:val="18"/>
                <w:szCs w:val="28"/>
              </w:rPr>
              <w:t>Primary Fuel Vendor / 24-Hour Contact</w:t>
            </w:r>
            <w:r w:rsidRPr="007A7D18">
              <w:rPr>
                <w:b/>
                <w:color w:val="0B5D48"/>
                <w:sz w:val="18"/>
                <w:szCs w:val="28"/>
              </w:rPr>
              <w:br/>
            </w:r>
            <w:r w:rsidRPr="007A7D18">
              <w:rPr>
                <w:color w:val="6B7280"/>
                <w:sz w:val="18"/>
                <w:szCs w:val="28"/>
              </w:rPr>
              <w:t>____________________________</w:t>
            </w:r>
          </w:p>
        </w:tc>
      </w:tr>
      <w:tr w:rsidR="009A62B6" w:rsidRPr="007A7D18" w14:paraId="40541A9B" w14:textId="77777777" w:rsidTr="007A7D18">
        <w:trPr>
          <w:trHeight w:val="686"/>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74803448" w14:textId="77777777" w:rsidR="009A62B6" w:rsidRPr="007A7D18" w:rsidRDefault="0010470F" w:rsidP="007A7D18">
            <w:pPr>
              <w:spacing w:after="0"/>
              <w:rPr>
                <w:sz w:val="18"/>
                <w:szCs w:val="28"/>
              </w:rPr>
            </w:pPr>
            <w:r w:rsidRPr="007A7D18">
              <w:rPr>
                <w:b/>
                <w:color w:val="0B5D48"/>
                <w:sz w:val="18"/>
                <w:szCs w:val="28"/>
              </w:rPr>
              <w:t>Alternate Fuel Vendor / Source</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7562921C" w14:textId="77777777" w:rsidR="009A62B6" w:rsidRPr="007A7D18" w:rsidRDefault="0010470F" w:rsidP="007A7D18">
            <w:pPr>
              <w:spacing w:after="0"/>
              <w:rPr>
                <w:sz w:val="18"/>
                <w:szCs w:val="28"/>
              </w:rPr>
            </w:pPr>
            <w:r w:rsidRPr="007A7D18">
              <w:rPr>
                <w:b/>
                <w:color w:val="0B5D48"/>
                <w:sz w:val="18"/>
                <w:szCs w:val="28"/>
              </w:rPr>
              <w:t>Portable / Rental Generator Plan</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618C21FF" w14:textId="77777777" w:rsidR="009A62B6" w:rsidRPr="007A7D18" w:rsidRDefault="0010470F" w:rsidP="007A7D18">
            <w:pPr>
              <w:spacing w:after="0"/>
              <w:rPr>
                <w:sz w:val="18"/>
                <w:szCs w:val="28"/>
              </w:rPr>
            </w:pPr>
            <w:r w:rsidRPr="007A7D18">
              <w:rPr>
                <w:b/>
                <w:color w:val="0B5D48"/>
                <w:sz w:val="18"/>
                <w:szCs w:val="28"/>
              </w:rPr>
              <w:t>Connection / Cable Requirements</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58012E25" w14:textId="77777777" w:rsidR="009A62B6" w:rsidRPr="007A7D18" w:rsidRDefault="0010470F" w:rsidP="007A7D18">
            <w:pPr>
              <w:spacing w:after="0"/>
              <w:rPr>
                <w:sz w:val="18"/>
                <w:szCs w:val="28"/>
              </w:rPr>
            </w:pPr>
            <w:r w:rsidRPr="007A7D18">
              <w:rPr>
                <w:b/>
                <w:color w:val="0B5D48"/>
                <w:sz w:val="18"/>
                <w:szCs w:val="28"/>
              </w:rPr>
              <w:t>Qualified Staff / Contractor</w:t>
            </w:r>
            <w:r w:rsidRPr="007A7D18">
              <w:rPr>
                <w:b/>
                <w:color w:val="0B5D48"/>
                <w:sz w:val="18"/>
                <w:szCs w:val="28"/>
              </w:rPr>
              <w:br/>
            </w:r>
            <w:r w:rsidRPr="007A7D18">
              <w:rPr>
                <w:color w:val="6B7280"/>
                <w:sz w:val="18"/>
                <w:szCs w:val="28"/>
              </w:rPr>
              <w:t>____________________________</w:t>
            </w:r>
          </w:p>
        </w:tc>
      </w:tr>
      <w:tr w:rsidR="009A62B6" w:rsidRPr="007A7D18" w14:paraId="7699BC80" w14:textId="77777777" w:rsidTr="007A7D18">
        <w:trPr>
          <w:trHeight w:val="686"/>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758D8BFD" w14:textId="77777777" w:rsidR="009A62B6" w:rsidRPr="007A7D18" w:rsidRDefault="0010470F" w:rsidP="007A7D18">
            <w:pPr>
              <w:spacing w:after="0"/>
              <w:rPr>
                <w:sz w:val="18"/>
                <w:szCs w:val="28"/>
              </w:rPr>
            </w:pPr>
            <w:r w:rsidRPr="007A7D18">
              <w:rPr>
                <w:b/>
                <w:color w:val="0B5D48"/>
                <w:sz w:val="18"/>
                <w:szCs w:val="28"/>
              </w:rPr>
              <w:t>Last Preventive Maintenance</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52406763" w14:textId="77777777" w:rsidR="009A62B6" w:rsidRPr="007A7D18" w:rsidRDefault="0010470F" w:rsidP="007A7D18">
            <w:pPr>
              <w:spacing w:after="0"/>
              <w:rPr>
                <w:sz w:val="18"/>
                <w:szCs w:val="28"/>
              </w:rPr>
            </w:pPr>
            <w:r w:rsidRPr="007A7D18">
              <w:rPr>
                <w:b/>
                <w:color w:val="0B5D48"/>
                <w:sz w:val="18"/>
                <w:szCs w:val="28"/>
              </w:rPr>
              <w:t>Last Load-Bank / Functional Test</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70" w:type="dxa"/>
              <w:left w:w="70" w:type="dxa"/>
              <w:bottom w:w="70" w:type="dxa"/>
              <w:right w:w="70" w:type="dxa"/>
            </w:tcMar>
          </w:tcPr>
          <w:p w14:paraId="0BCB322F" w14:textId="77777777" w:rsidR="009A62B6" w:rsidRPr="007A7D18" w:rsidRDefault="0010470F" w:rsidP="007A7D18">
            <w:pPr>
              <w:spacing w:after="0"/>
              <w:rPr>
                <w:sz w:val="18"/>
                <w:szCs w:val="28"/>
              </w:rPr>
            </w:pPr>
            <w:r w:rsidRPr="007A7D18">
              <w:rPr>
                <w:b/>
                <w:color w:val="0B5D48"/>
                <w:sz w:val="18"/>
                <w:szCs w:val="28"/>
              </w:rPr>
              <w:t>Last Fuel Quality / Tank Check</w:t>
            </w:r>
            <w:r w:rsidRPr="007A7D18">
              <w:rPr>
                <w:b/>
                <w:color w:val="0B5D48"/>
                <w:sz w:val="18"/>
                <w:szCs w:val="28"/>
              </w:rPr>
              <w:br/>
            </w:r>
            <w:r w:rsidRPr="007A7D18">
              <w:rPr>
                <w:color w:val="6B7280"/>
                <w:sz w:val="18"/>
                <w:szCs w:val="28"/>
              </w:rPr>
              <w:t>____________________________</w:t>
            </w:r>
          </w:p>
        </w:tc>
        <w:tc>
          <w:tcPr>
            <w:tcW w:w="3600" w:type="dxa"/>
            <w:tcBorders>
              <w:top w:val="single" w:sz="4" w:space="0" w:color="B7C9C2"/>
              <w:left w:val="single" w:sz="4" w:space="0" w:color="B7C9C2"/>
              <w:bottom w:val="single" w:sz="4" w:space="0" w:color="B7C9C2"/>
              <w:right w:val="single" w:sz="4" w:space="0" w:color="B7C9C2"/>
            </w:tcBorders>
            <w:shd w:val="clear" w:color="auto" w:fill="F5F8F7"/>
            <w:tcMar>
              <w:top w:w="70" w:type="dxa"/>
              <w:left w:w="70" w:type="dxa"/>
              <w:bottom w:w="70" w:type="dxa"/>
              <w:right w:w="70" w:type="dxa"/>
            </w:tcMar>
          </w:tcPr>
          <w:p w14:paraId="0D50FA29" w14:textId="77777777" w:rsidR="009A62B6" w:rsidRPr="007A7D18" w:rsidRDefault="0010470F" w:rsidP="007A7D18">
            <w:pPr>
              <w:spacing w:after="0"/>
              <w:rPr>
                <w:sz w:val="18"/>
                <w:szCs w:val="28"/>
              </w:rPr>
            </w:pPr>
            <w:r w:rsidRPr="007A7D18">
              <w:rPr>
                <w:b/>
                <w:color w:val="0B5D48"/>
                <w:sz w:val="18"/>
                <w:szCs w:val="28"/>
              </w:rPr>
              <w:t>Next Scheduled Service</w:t>
            </w:r>
            <w:r w:rsidRPr="007A7D18">
              <w:rPr>
                <w:b/>
                <w:color w:val="0B5D48"/>
                <w:sz w:val="18"/>
                <w:szCs w:val="28"/>
              </w:rPr>
              <w:br/>
            </w:r>
            <w:r w:rsidRPr="007A7D18">
              <w:rPr>
                <w:color w:val="6B7280"/>
                <w:sz w:val="18"/>
                <w:szCs w:val="28"/>
              </w:rPr>
              <w:t>____________________________</w:t>
            </w:r>
          </w:p>
        </w:tc>
      </w:tr>
    </w:tbl>
    <w:p w14:paraId="25F1DAFB" w14:textId="77777777" w:rsidR="007A7D18" w:rsidRDefault="007A7D18">
      <w:pPr>
        <w:pBdr>
          <w:bottom w:val="single" w:sz="12" w:space="3" w:color="E24E1B"/>
        </w:pBdr>
        <w:spacing w:after="80"/>
        <w:rPr>
          <w:b/>
          <w:color w:val="0B5D48"/>
          <w:sz w:val="23"/>
        </w:rPr>
      </w:pPr>
    </w:p>
    <w:p w14:paraId="02E170E4" w14:textId="54323A42" w:rsidR="009A62B6" w:rsidRDefault="0010470F">
      <w:pPr>
        <w:pBdr>
          <w:bottom w:val="single" w:sz="12" w:space="3" w:color="E24E1B"/>
        </w:pBdr>
        <w:spacing w:after="80"/>
      </w:pPr>
      <w:r>
        <w:rPr>
          <w:b/>
          <w:color w:val="0B5D48"/>
          <w:sz w:val="23"/>
        </w:rPr>
        <w:t>LTC/SNF-SPECIFIC EMERGENCY POWER CHECK</w:t>
      </w:r>
    </w:p>
    <w:tbl>
      <w:tblPr>
        <w:tblW w:w="0" w:type="auto"/>
        <w:jc w:val="center"/>
        <w:tblLayout w:type="fixed"/>
        <w:tblLook w:val="04A0" w:firstRow="1" w:lastRow="0" w:firstColumn="1" w:lastColumn="0" w:noHBand="0" w:noVBand="1"/>
      </w:tblPr>
      <w:tblGrid>
        <w:gridCol w:w="7200"/>
        <w:gridCol w:w="2088"/>
        <w:gridCol w:w="5112"/>
        <w:gridCol w:w="20"/>
      </w:tblGrid>
      <w:tr w:rsidR="009A62B6" w:rsidRPr="007A7D18" w14:paraId="626C2A9C" w14:textId="77777777">
        <w:trPr>
          <w:trHeight w:val="430"/>
          <w:tblHeader/>
          <w:jc w:val="center"/>
        </w:trPr>
        <w:tc>
          <w:tcPr>
            <w:tcW w:w="720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DB48E02" w14:textId="77777777" w:rsidR="009A62B6" w:rsidRPr="007A7D18" w:rsidRDefault="0010470F">
            <w:pPr>
              <w:spacing w:after="0"/>
              <w:rPr>
                <w:sz w:val="18"/>
                <w:szCs w:val="24"/>
              </w:rPr>
            </w:pPr>
            <w:r w:rsidRPr="007A7D18">
              <w:rPr>
                <w:b/>
                <w:color w:val="FFFFFF"/>
                <w:sz w:val="18"/>
                <w:szCs w:val="24"/>
              </w:rPr>
              <w:t>Planning / Compliance Prompt</w:t>
            </w:r>
          </w:p>
        </w:tc>
        <w:tc>
          <w:tcPr>
            <w:tcW w:w="208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32B89887" w14:textId="77777777" w:rsidR="009A62B6" w:rsidRPr="007A7D18" w:rsidRDefault="0010470F">
            <w:pPr>
              <w:spacing w:after="0"/>
              <w:rPr>
                <w:sz w:val="18"/>
                <w:szCs w:val="24"/>
              </w:rPr>
            </w:pPr>
            <w:r w:rsidRPr="007A7D18">
              <w:rPr>
                <w:b/>
                <w:color w:val="FFFFFF"/>
                <w:sz w:val="18"/>
                <w:szCs w:val="24"/>
              </w:rPr>
              <w:t>Status</w:t>
            </w:r>
          </w:p>
        </w:tc>
        <w:tc>
          <w:tcPr>
            <w:tcW w:w="5112" w:type="dxa"/>
            <w:gridSpan w:val="2"/>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EC04D8E" w14:textId="77777777" w:rsidR="009A62B6" w:rsidRPr="007A7D18" w:rsidRDefault="0010470F">
            <w:pPr>
              <w:spacing w:after="0"/>
              <w:rPr>
                <w:sz w:val="18"/>
                <w:szCs w:val="24"/>
              </w:rPr>
            </w:pPr>
            <w:r w:rsidRPr="007A7D18">
              <w:rPr>
                <w:b/>
                <w:color w:val="FFFFFF"/>
                <w:sz w:val="18"/>
                <w:szCs w:val="24"/>
              </w:rPr>
              <w:t>Evidence / Notes</w:t>
            </w:r>
          </w:p>
        </w:tc>
      </w:tr>
      <w:tr w:rsidR="009A62B6" w:rsidRPr="007A7D18" w14:paraId="5059C497" w14:textId="77777777">
        <w:trPr>
          <w:trHeight w:val="470"/>
          <w:jc w:val="center"/>
        </w:trPr>
        <w:tc>
          <w:tcPr>
            <w:tcW w:w="72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AAB7D68" w14:textId="77777777" w:rsidR="009A62B6" w:rsidRPr="007A7D18" w:rsidRDefault="0010470F">
            <w:pPr>
              <w:spacing w:after="0"/>
              <w:rPr>
                <w:sz w:val="18"/>
                <w:szCs w:val="24"/>
              </w:rPr>
            </w:pPr>
            <w:r w:rsidRPr="007A7D18">
              <w:rPr>
                <w:b/>
                <w:color w:val="0B5D48"/>
                <w:sz w:val="18"/>
                <w:szCs w:val="24"/>
              </w:rPr>
              <w:t>Life-support equipment/systems used in the facility?</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FF6FDB6" w14:textId="77777777" w:rsidR="009A62B6" w:rsidRPr="007A7D18" w:rsidRDefault="0010470F">
            <w:pPr>
              <w:spacing w:after="0"/>
              <w:rPr>
                <w:sz w:val="18"/>
                <w:szCs w:val="24"/>
              </w:rPr>
            </w:pPr>
            <w:r w:rsidRPr="007A7D18">
              <w:rPr>
                <w:color w:val="1F2937"/>
                <w:sz w:val="18"/>
                <w:szCs w:val="24"/>
              </w:rPr>
              <w:t>☐</w:t>
            </w:r>
            <w:r w:rsidRPr="007A7D18">
              <w:rPr>
                <w:color w:val="1F2937"/>
                <w:sz w:val="18"/>
                <w:szCs w:val="24"/>
              </w:rPr>
              <w:t xml:space="preserve"> </w:t>
            </w:r>
            <w:proofErr w:type="gramStart"/>
            <w:r w:rsidRPr="007A7D18">
              <w:rPr>
                <w:color w:val="1F2937"/>
                <w:sz w:val="18"/>
                <w:szCs w:val="24"/>
              </w:rPr>
              <w:t>Yes  ☐</w:t>
            </w:r>
            <w:proofErr w:type="gramEnd"/>
            <w:r w:rsidRPr="007A7D18">
              <w:rPr>
                <w:color w:val="1F2937"/>
                <w:sz w:val="18"/>
                <w:szCs w:val="24"/>
              </w:rPr>
              <w:t xml:space="preserve"> No</w:t>
            </w:r>
          </w:p>
        </w:tc>
        <w:tc>
          <w:tcPr>
            <w:tcW w:w="5112"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6FFD6B" w14:textId="77777777" w:rsidR="009A62B6" w:rsidRPr="007A7D18" w:rsidRDefault="0010470F">
            <w:pPr>
              <w:spacing w:after="0"/>
              <w:rPr>
                <w:sz w:val="18"/>
                <w:szCs w:val="24"/>
              </w:rPr>
            </w:pPr>
            <w:r w:rsidRPr="007A7D18">
              <w:rPr>
                <w:color w:val="1F2937"/>
                <w:sz w:val="18"/>
                <w:szCs w:val="24"/>
              </w:rPr>
              <w:t>If yes, identify supported locations/equipment and continuity plan.</w:t>
            </w:r>
          </w:p>
        </w:tc>
      </w:tr>
      <w:tr w:rsidR="009A62B6" w:rsidRPr="007A7D18" w14:paraId="46A9EC3B" w14:textId="77777777">
        <w:trPr>
          <w:trHeight w:val="470"/>
          <w:jc w:val="center"/>
        </w:trPr>
        <w:tc>
          <w:tcPr>
            <w:tcW w:w="72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ED7C314" w14:textId="77777777" w:rsidR="009A62B6" w:rsidRPr="007A7D18" w:rsidRDefault="0010470F">
            <w:pPr>
              <w:spacing w:after="0"/>
              <w:rPr>
                <w:sz w:val="18"/>
                <w:szCs w:val="24"/>
              </w:rPr>
            </w:pPr>
            <w:r w:rsidRPr="007A7D18">
              <w:rPr>
                <w:b/>
                <w:color w:val="0B5D48"/>
                <w:sz w:val="18"/>
                <w:szCs w:val="24"/>
              </w:rPr>
              <w:t>On-premises emergency generator supports required life-support systems, if applicable.</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6639129" w14:textId="77777777" w:rsidR="009A62B6" w:rsidRPr="007A7D18" w:rsidRDefault="0010470F">
            <w:pPr>
              <w:spacing w:after="0"/>
              <w:rPr>
                <w:sz w:val="18"/>
                <w:szCs w:val="24"/>
              </w:rPr>
            </w:pPr>
            <w:r w:rsidRPr="007A7D18">
              <w:rPr>
                <w:color w:val="1F2937"/>
                <w:sz w:val="18"/>
                <w:szCs w:val="24"/>
              </w:rPr>
              <w:t>☐</w:t>
            </w:r>
            <w:r w:rsidRPr="007A7D18">
              <w:rPr>
                <w:color w:val="1F2937"/>
                <w:sz w:val="18"/>
                <w:szCs w:val="24"/>
              </w:rPr>
              <w:t xml:space="preserve"> </w:t>
            </w:r>
            <w:proofErr w:type="gramStart"/>
            <w:r w:rsidRPr="007A7D18">
              <w:rPr>
                <w:color w:val="1F2937"/>
                <w:sz w:val="18"/>
                <w:szCs w:val="24"/>
              </w:rPr>
              <w:t>Verified  ☐</w:t>
            </w:r>
            <w:proofErr w:type="gramEnd"/>
            <w:r w:rsidRPr="007A7D18">
              <w:rPr>
                <w:color w:val="1F2937"/>
                <w:sz w:val="18"/>
                <w:szCs w:val="24"/>
              </w:rPr>
              <w:t xml:space="preserve"> N/A</w:t>
            </w:r>
          </w:p>
        </w:tc>
        <w:tc>
          <w:tcPr>
            <w:tcW w:w="5112"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4C4A2E4" w14:textId="77777777" w:rsidR="009A62B6" w:rsidRPr="007A7D18" w:rsidRDefault="0010470F">
            <w:pPr>
              <w:spacing w:after="0"/>
              <w:rPr>
                <w:sz w:val="18"/>
                <w:szCs w:val="24"/>
              </w:rPr>
            </w:pPr>
            <w:r w:rsidRPr="007A7D18">
              <w:rPr>
                <w:color w:val="1F2937"/>
                <w:sz w:val="18"/>
                <w:szCs w:val="24"/>
              </w:rPr>
              <w:t>Evidence / record location: ______________________________</w:t>
            </w:r>
          </w:p>
        </w:tc>
      </w:tr>
      <w:tr w:rsidR="009A62B6" w:rsidRPr="007A7D18" w14:paraId="0C37EAD6" w14:textId="77777777">
        <w:trPr>
          <w:trHeight w:val="470"/>
          <w:jc w:val="center"/>
        </w:trPr>
        <w:tc>
          <w:tcPr>
            <w:tcW w:w="72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FD86062" w14:textId="77777777" w:rsidR="009A62B6" w:rsidRPr="007A7D18" w:rsidRDefault="0010470F">
            <w:pPr>
              <w:spacing w:after="0"/>
              <w:rPr>
                <w:sz w:val="18"/>
                <w:szCs w:val="24"/>
              </w:rPr>
            </w:pPr>
            <w:r w:rsidRPr="007A7D18">
              <w:rPr>
                <w:b/>
                <w:color w:val="0B5D48"/>
                <w:sz w:val="18"/>
                <w:szCs w:val="24"/>
              </w:rPr>
              <w:t>Emergency power supports essential resident-care and life-safety services identified by the facility.</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AF67E59" w14:textId="77777777" w:rsidR="009A62B6" w:rsidRPr="007A7D18" w:rsidRDefault="0010470F">
            <w:pPr>
              <w:spacing w:after="0"/>
              <w:rPr>
                <w:sz w:val="18"/>
                <w:szCs w:val="24"/>
              </w:rPr>
            </w:pPr>
            <w:r w:rsidRPr="007A7D18">
              <w:rPr>
                <w:color w:val="1F2937"/>
                <w:sz w:val="18"/>
                <w:szCs w:val="24"/>
              </w:rPr>
              <w:t>☐</w:t>
            </w:r>
            <w:r w:rsidRPr="007A7D18">
              <w:rPr>
                <w:color w:val="1F2937"/>
                <w:sz w:val="18"/>
                <w:szCs w:val="24"/>
              </w:rPr>
              <w:t xml:space="preserve"> Verified</w:t>
            </w:r>
          </w:p>
        </w:tc>
        <w:tc>
          <w:tcPr>
            <w:tcW w:w="5112"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D59E1CA" w14:textId="77777777" w:rsidR="009A62B6" w:rsidRPr="007A7D18" w:rsidRDefault="0010470F">
            <w:pPr>
              <w:spacing w:after="0"/>
              <w:rPr>
                <w:sz w:val="18"/>
                <w:szCs w:val="24"/>
              </w:rPr>
            </w:pPr>
            <w:r w:rsidRPr="007A7D18">
              <w:rPr>
                <w:color w:val="1F2937"/>
                <w:sz w:val="18"/>
                <w:szCs w:val="24"/>
              </w:rPr>
              <w:t>Critical-load panel / circuit list location: __________________</w:t>
            </w:r>
          </w:p>
        </w:tc>
      </w:tr>
      <w:tr w:rsidR="009A62B6" w:rsidRPr="007A7D18" w14:paraId="1BAE1531" w14:textId="77777777">
        <w:trPr>
          <w:trHeight w:val="470"/>
          <w:jc w:val="center"/>
        </w:trPr>
        <w:tc>
          <w:tcPr>
            <w:tcW w:w="72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838CF29" w14:textId="77777777" w:rsidR="009A62B6" w:rsidRPr="007A7D18" w:rsidRDefault="0010470F">
            <w:pPr>
              <w:spacing w:after="0"/>
              <w:rPr>
                <w:sz w:val="18"/>
                <w:szCs w:val="24"/>
              </w:rPr>
            </w:pPr>
            <w:r w:rsidRPr="007A7D18">
              <w:rPr>
                <w:b/>
                <w:color w:val="0B5D48"/>
                <w:sz w:val="18"/>
                <w:szCs w:val="24"/>
              </w:rPr>
              <w:t>Maine monthly generator operation/testing requirement is tracked in maintenance records.</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670334F" w14:textId="77777777" w:rsidR="009A62B6" w:rsidRPr="007A7D18" w:rsidRDefault="0010470F">
            <w:pPr>
              <w:spacing w:after="0"/>
              <w:rPr>
                <w:sz w:val="18"/>
                <w:szCs w:val="24"/>
              </w:rPr>
            </w:pPr>
            <w:r w:rsidRPr="007A7D18">
              <w:rPr>
                <w:color w:val="1F2937"/>
                <w:sz w:val="18"/>
                <w:szCs w:val="24"/>
              </w:rPr>
              <w:t>☐</w:t>
            </w:r>
            <w:r w:rsidRPr="007A7D18">
              <w:rPr>
                <w:color w:val="1F2937"/>
                <w:sz w:val="18"/>
                <w:szCs w:val="24"/>
              </w:rPr>
              <w:t xml:space="preserve"> Verified</w:t>
            </w:r>
          </w:p>
        </w:tc>
        <w:tc>
          <w:tcPr>
            <w:tcW w:w="5112"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6D2840" w14:textId="77777777" w:rsidR="009A62B6" w:rsidRPr="007A7D18" w:rsidRDefault="0010470F">
            <w:pPr>
              <w:spacing w:after="0"/>
              <w:rPr>
                <w:sz w:val="18"/>
                <w:szCs w:val="24"/>
              </w:rPr>
            </w:pPr>
            <w:r w:rsidRPr="007A7D18">
              <w:rPr>
                <w:color w:val="1F2937"/>
                <w:sz w:val="18"/>
                <w:szCs w:val="24"/>
              </w:rPr>
              <w:t>Last documented monthly run: _________</w:t>
            </w:r>
            <w:proofErr w:type="gramStart"/>
            <w:r w:rsidRPr="007A7D18">
              <w:rPr>
                <w:color w:val="1F2937"/>
                <w:sz w:val="18"/>
                <w:szCs w:val="24"/>
              </w:rPr>
              <w:t>_  Record</w:t>
            </w:r>
            <w:proofErr w:type="gramEnd"/>
            <w:r w:rsidRPr="007A7D18">
              <w:rPr>
                <w:color w:val="1F2937"/>
                <w:sz w:val="18"/>
                <w:szCs w:val="24"/>
              </w:rPr>
              <w:t xml:space="preserve"> location: __________</w:t>
            </w:r>
          </w:p>
        </w:tc>
      </w:tr>
      <w:tr w:rsidR="009A62B6" w:rsidRPr="007A7D18" w14:paraId="44907250" w14:textId="77777777">
        <w:trPr>
          <w:trHeight w:val="470"/>
          <w:jc w:val="center"/>
        </w:trPr>
        <w:tc>
          <w:tcPr>
            <w:tcW w:w="72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06FA889" w14:textId="77777777" w:rsidR="009A62B6" w:rsidRPr="007A7D18" w:rsidRDefault="0010470F">
            <w:pPr>
              <w:spacing w:after="0"/>
              <w:rPr>
                <w:sz w:val="18"/>
                <w:szCs w:val="24"/>
              </w:rPr>
            </w:pPr>
            <w:r w:rsidRPr="007A7D18">
              <w:rPr>
                <w:b/>
                <w:color w:val="0B5D48"/>
                <w:sz w:val="18"/>
                <w:szCs w:val="24"/>
              </w:rPr>
              <w:t>Applicable CMS LSC / NFPA inspection, testing, maintenance, and fuel records are current and retrievable.</w:t>
            </w: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6A137EE" w14:textId="77777777" w:rsidR="009A62B6" w:rsidRPr="007A7D18" w:rsidRDefault="0010470F">
            <w:pPr>
              <w:spacing w:after="0"/>
              <w:rPr>
                <w:sz w:val="18"/>
                <w:szCs w:val="24"/>
              </w:rPr>
            </w:pPr>
            <w:r w:rsidRPr="007A7D18">
              <w:rPr>
                <w:color w:val="1F2937"/>
                <w:sz w:val="18"/>
                <w:szCs w:val="24"/>
              </w:rPr>
              <w:t>☐</w:t>
            </w:r>
            <w:r w:rsidRPr="007A7D18">
              <w:rPr>
                <w:color w:val="1F2937"/>
                <w:sz w:val="18"/>
                <w:szCs w:val="24"/>
              </w:rPr>
              <w:t xml:space="preserve"> Verified</w:t>
            </w:r>
          </w:p>
        </w:tc>
        <w:tc>
          <w:tcPr>
            <w:tcW w:w="5112"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EB8D18" w14:textId="77777777" w:rsidR="009A62B6" w:rsidRPr="007A7D18" w:rsidRDefault="0010470F">
            <w:pPr>
              <w:spacing w:after="0"/>
              <w:rPr>
                <w:sz w:val="18"/>
                <w:szCs w:val="24"/>
              </w:rPr>
            </w:pPr>
            <w:r w:rsidRPr="007A7D18">
              <w:rPr>
                <w:color w:val="1F2937"/>
                <w:sz w:val="18"/>
                <w:szCs w:val="24"/>
              </w:rPr>
              <w:t>Record location / responsible lead: __________________________</w:t>
            </w:r>
          </w:p>
        </w:tc>
      </w:tr>
      <w:tr w:rsidR="009A62B6" w:rsidRPr="007A7D18" w14:paraId="2AA0E5B0" w14:textId="77777777">
        <w:trPr>
          <w:gridAfter w:val="1"/>
          <w:wAfter w:w="20" w:type="dxa"/>
          <w:jc w:val="center"/>
        </w:trPr>
        <w:tc>
          <w:tcPr>
            <w:tcW w:w="14400" w:type="dxa"/>
            <w:gridSpan w:val="3"/>
            <w:tcBorders>
              <w:top w:val="single" w:sz="4" w:space="0" w:color="E8B7A6"/>
              <w:left w:val="single" w:sz="4" w:space="0" w:color="E8B7A6"/>
              <w:bottom w:val="single" w:sz="4" w:space="0" w:color="E8B7A6"/>
              <w:right w:val="single" w:sz="4" w:space="0" w:color="E8B7A6"/>
            </w:tcBorders>
            <w:shd w:val="clear" w:color="auto" w:fill="F4F8F6"/>
            <w:tcMar>
              <w:top w:w="90" w:type="dxa"/>
              <w:left w:w="100" w:type="dxa"/>
              <w:bottom w:w="90" w:type="dxa"/>
              <w:right w:w="100" w:type="dxa"/>
            </w:tcMar>
          </w:tcPr>
          <w:p w14:paraId="747E416D" w14:textId="77777777" w:rsidR="009A62B6" w:rsidRPr="007A7D18" w:rsidRDefault="0010470F">
            <w:pPr>
              <w:spacing w:after="0"/>
              <w:rPr>
                <w:sz w:val="18"/>
                <w:szCs w:val="24"/>
              </w:rPr>
            </w:pPr>
            <w:r w:rsidRPr="007A7D18">
              <w:rPr>
                <w:b/>
                <w:color w:val="E24E1B"/>
                <w:sz w:val="18"/>
                <w:szCs w:val="24"/>
              </w:rPr>
              <w:t xml:space="preserve">IMPORTANT </w:t>
            </w:r>
            <w:r w:rsidRPr="007A7D18">
              <w:rPr>
                <w:color w:val="1F2937"/>
                <w:sz w:val="18"/>
                <w:szCs w:val="24"/>
              </w:rPr>
              <w:t>This worksheet is not the generator maintenance log and does not replace required CMS Life Safety Code/K-tag, NFPA, Maine FMO, or qualified technician inspection/testing records. Reference the controlled record location above.</w:t>
            </w:r>
          </w:p>
        </w:tc>
      </w:tr>
    </w:tbl>
    <w:p w14:paraId="79986AC6" w14:textId="77777777" w:rsidR="009A62B6" w:rsidRDefault="0010470F">
      <w:r>
        <w:br w:type="page"/>
      </w:r>
    </w:p>
    <w:p w14:paraId="674525F6" w14:textId="77777777" w:rsidR="009A62B6" w:rsidRDefault="0010470F">
      <w:pPr>
        <w:pBdr>
          <w:bottom w:val="single" w:sz="12" w:space="3" w:color="E24E1B"/>
        </w:pBdr>
        <w:spacing w:after="80"/>
      </w:pPr>
      <w:r>
        <w:rPr>
          <w:b/>
          <w:color w:val="0B5D48"/>
          <w:sz w:val="23"/>
        </w:rPr>
        <w:lastRenderedPageBreak/>
        <w:t>4. FUEL, WATER, OXYGEN &amp; CRITICAL SUPPLY CONTINUITY</w:t>
      </w:r>
    </w:p>
    <w:tbl>
      <w:tblPr>
        <w:tblW w:w="0" w:type="auto"/>
        <w:jc w:val="center"/>
        <w:tblLayout w:type="fixed"/>
        <w:tblLook w:val="04A0" w:firstRow="1" w:lastRow="0" w:firstColumn="1" w:lastColumn="0" w:noHBand="0" w:noVBand="1"/>
      </w:tblPr>
      <w:tblGrid>
        <w:gridCol w:w="2520"/>
        <w:gridCol w:w="2880"/>
        <w:gridCol w:w="2592"/>
        <w:gridCol w:w="2880"/>
        <w:gridCol w:w="3528"/>
      </w:tblGrid>
      <w:tr w:rsidR="009A62B6" w:rsidRPr="007A7D18" w14:paraId="2FB0DE9F" w14:textId="77777777">
        <w:trPr>
          <w:trHeight w:val="430"/>
          <w:tblHeader/>
          <w:jc w:val="center"/>
        </w:trPr>
        <w:tc>
          <w:tcPr>
            <w:tcW w:w="252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2CE4E45" w14:textId="77777777" w:rsidR="009A62B6" w:rsidRPr="007A7D18" w:rsidRDefault="0010470F">
            <w:pPr>
              <w:spacing w:after="0"/>
              <w:rPr>
                <w:sz w:val="18"/>
                <w:szCs w:val="24"/>
              </w:rPr>
            </w:pPr>
            <w:r w:rsidRPr="007A7D18">
              <w:rPr>
                <w:b/>
                <w:color w:val="FFFFFF"/>
                <w:sz w:val="18"/>
                <w:szCs w:val="24"/>
              </w:rPr>
              <w:t>Resource</w:t>
            </w:r>
          </w:p>
        </w:tc>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F9D893B" w14:textId="77777777" w:rsidR="009A62B6" w:rsidRPr="007A7D18" w:rsidRDefault="0010470F">
            <w:pPr>
              <w:spacing w:after="0"/>
              <w:rPr>
                <w:sz w:val="18"/>
                <w:szCs w:val="24"/>
              </w:rPr>
            </w:pPr>
            <w:r w:rsidRPr="007A7D18">
              <w:rPr>
                <w:b/>
                <w:color w:val="FFFFFF"/>
                <w:sz w:val="18"/>
                <w:szCs w:val="24"/>
              </w:rPr>
              <w:t>Normal Supply / Vendor</w:t>
            </w:r>
          </w:p>
        </w:tc>
        <w:tc>
          <w:tcPr>
            <w:tcW w:w="259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9A65FF1" w14:textId="77777777" w:rsidR="009A62B6" w:rsidRPr="007A7D18" w:rsidRDefault="0010470F">
            <w:pPr>
              <w:spacing w:after="0"/>
              <w:rPr>
                <w:sz w:val="18"/>
                <w:szCs w:val="24"/>
              </w:rPr>
            </w:pPr>
            <w:r w:rsidRPr="007A7D18">
              <w:rPr>
                <w:b/>
                <w:color w:val="FFFFFF"/>
                <w:sz w:val="18"/>
                <w:szCs w:val="24"/>
              </w:rPr>
              <w:t>Minimum Operating Level</w:t>
            </w:r>
          </w:p>
        </w:tc>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EBB93A3" w14:textId="77777777" w:rsidR="009A62B6" w:rsidRPr="007A7D18" w:rsidRDefault="0010470F">
            <w:pPr>
              <w:spacing w:after="0"/>
              <w:rPr>
                <w:sz w:val="18"/>
                <w:szCs w:val="24"/>
              </w:rPr>
            </w:pPr>
            <w:r w:rsidRPr="007A7D18">
              <w:rPr>
                <w:b/>
                <w:color w:val="FFFFFF"/>
                <w:sz w:val="18"/>
                <w:szCs w:val="24"/>
              </w:rPr>
              <w:t>Emergency Reorder / Activation Point</w:t>
            </w:r>
          </w:p>
        </w:tc>
        <w:tc>
          <w:tcPr>
            <w:tcW w:w="352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D1BD46A" w14:textId="77777777" w:rsidR="009A62B6" w:rsidRPr="007A7D18" w:rsidRDefault="0010470F">
            <w:pPr>
              <w:spacing w:after="0"/>
              <w:rPr>
                <w:sz w:val="18"/>
                <w:szCs w:val="24"/>
              </w:rPr>
            </w:pPr>
            <w:r w:rsidRPr="007A7D18">
              <w:rPr>
                <w:b/>
                <w:color w:val="FFFFFF"/>
                <w:sz w:val="18"/>
                <w:szCs w:val="24"/>
              </w:rPr>
              <w:t>Alternate Source / Contingency</w:t>
            </w:r>
          </w:p>
        </w:tc>
      </w:tr>
      <w:tr w:rsidR="009A62B6" w:rsidRPr="007A7D18" w14:paraId="4FC0A23E" w14:textId="77777777">
        <w:trPr>
          <w:trHeight w:val="490"/>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F5933D5" w14:textId="77777777" w:rsidR="009A62B6" w:rsidRPr="007A7D18" w:rsidRDefault="0010470F">
            <w:pPr>
              <w:spacing w:after="0"/>
              <w:rPr>
                <w:sz w:val="18"/>
                <w:szCs w:val="24"/>
              </w:rPr>
            </w:pPr>
            <w:r w:rsidRPr="007A7D18">
              <w:rPr>
                <w:b/>
                <w:color w:val="0B5D48"/>
                <w:sz w:val="18"/>
                <w:szCs w:val="24"/>
              </w:rPr>
              <w:t>Generator / Heating Fuel</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C264374"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2F68126" w14:textId="77777777" w:rsidR="009A62B6" w:rsidRPr="007A7D18" w:rsidRDefault="009A62B6">
            <w:pPr>
              <w:spacing w:after="0"/>
              <w:rPr>
                <w:sz w:val="18"/>
                <w:szCs w:val="24"/>
              </w:rPr>
            </w:pP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5C557A3" w14:textId="77777777" w:rsidR="009A62B6" w:rsidRPr="007A7D18" w:rsidRDefault="009A62B6">
            <w:pPr>
              <w:spacing w:after="0"/>
              <w:rPr>
                <w:sz w:val="18"/>
                <w:szCs w:val="24"/>
              </w:rPr>
            </w:pP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EBFD0F8" w14:textId="77777777" w:rsidR="009A62B6" w:rsidRPr="007A7D18" w:rsidRDefault="009A62B6">
            <w:pPr>
              <w:spacing w:after="0"/>
              <w:rPr>
                <w:sz w:val="18"/>
                <w:szCs w:val="24"/>
              </w:rPr>
            </w:pPr>
          </w:p>
        </w:tc>
      </w:tr>
      <w:tr w:rsidR="009A62B6" w:rsidRPr="007A7D18" w14:paraId="108CF7CB" w14:textId="77777777">
        <w:trPr>
          <w:trHeight w:val="490"/>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C1D10F2" w14:textId="77777777" w:rsidR="009A62B6" w:rsidRPr="007A7D18" w:rsidRDefault="0010470F">
            <w:pPr>
              <w:spacing w:after="0"/>
              <w:rPr>
                <w:sz w:val="18"/>
                <w:szCs w:val="24"/>
              </w:rPr>
            </w:pPr>
            <w:r w:rsidRPr="007A7D18">
              <w:rPr>
                <w:b/>
                <w:color w:val="0B5D48"/>
                <w:sz w:val="18"/>
                <w:szCs w:val="24"/>
              </w:rPr>
              <w:t>Potable Water</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21FE762"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CFC81C7" w14:textId="77777777" w:rsidR="009A62B6" w:rsidRPr="007A7D18" w:rsidRDefault="009A62B6">
            <w:pPr>
              <w:spacing w:after="0"/>
              <w:rPr>
                <w:sz w:val="18"/>
                <w:szCs w:val="24"/>
              </w:rPr>
            </w:pP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E0B8DC8" w14:textId="77777777" w:rsidR="009A62B6" w:rsidRPr="007A7D18" w:rsidRDefault="009A62B6">
            <w:pPr>
              <w:spacing w:after="0"/>
              <w:rPr>
                <w:sz w:val="18"/>
                <w:szCs w:val="24"/>
              </w:rPr>
            </w:pP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4AE701" w14:textId="77777777" w:rsidR="009A62B6" w:rsidRPr="007A7D18" w:rsidRDefault="009A62B6">
            <w:pPr>
              <w:spacing w:after="0"/>
              <w:rPr>
                <w:sz w:val="18"/>
                <w:szCs w:val="24"/>
              </w:rPr>
            </w:pPr>
          </w:p>
        </w:tc>
      </w:tr>
      <w:tr w:rsidR="009A62B6" w:rsidRPr="007A7D18" w14:paraId="78B89D2D" w14:textId="77777777">
        <w:trPr>
          <w:trHeight w:val="490"/>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B0AE5EA" w14:textId="77777777" w:rsidR="009A62B6" w:rsidRPr="007A7D18" w:rsidRDefault="0010470F">
            <w:pPr>
              <w:spacing w:after="0"/>
              <w:rPr>
                <w:sz w:val="18"/>
                <w:szCs w:val="24"/>
              </w:rPr>
            </w:pPr>
            <w:r w:rsidRPr="007A7D18">
              <w:rPr>
                <w:b/>
                <w:color w:val="0B5D48"/>
                <w:sz w:val="18"/>
                <w:szCs w:val="24"/>
              </w:rPr>
              <w:t>Sanitation / Wastewater</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C22FA34"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4E57F93" w14:textId="77777777" w:rsidR="009A62B6" w:rsidRPr="007A7D18" w:rsidRDefault="009A62B6">
            <w:pPr>
              <w:spacing w:after="0"/>
              <w:rPr>
                <w:sz w:val="18"/>
                <w:szCs w:val="24"/>
              </w:rPr>
            </w:pP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35BE659" w14:textId="77777777" w:rsidR="009A62B6" w:rsidRPr="007A7D18" w:rsidRDefault="009A62B6">
            <w:pPr>
              <w:spacing w:after="0"/>
              <w:rPr>
                <w:sz w:val="18"/>
                <w:szCs w:val="24"/>
              </w:rPr>
            </w:pP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7A0A3CC" w14:textId="77777777" w:rsidR="009A62B6" w:rsidRPr="007A7D18" w:rsidRDefault="009A62B6">
            <w:pPr>
              <w:spacing w:after="0"/>
              <w:rPr>
                <w:sz w:val="18"/>
                <w:szCs w:val="24"/>
              </w:rPr>
            </w:pPr>
          </w:p>
        </w:tc>
      </w:tr>
      <w:tr w:rsidR="009A62B6" w:rsidRPr="007A7D18" w14:paraId="47E26D74" w14:textId="77777777">
        <w:trPr>
          <w:trHeight w:val="490"/>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D72BFE8" w14:textId="77777777" w:rsidR="009A62B6" w:rsidRPr="007A7D18" w:rsidRDefault="0010470F">
            <w:pPr>
              <w:spacing w:after="0"/>
              <w:rPr>
                <w:sz w:val="18"/>
                <w:szCs w:val="24"/>
              </w:rPr>
            </w:pPr>
            <w:r w:rsidRPr="007A7D18">
              <w:rPr>
                <w:b/>
                <w:color w:val="0B5D48"/>
                <w:sz w:val="18"/>
                <w:szCs w:val="24"/>
              </w:rPr>
              <w:t>Oxygen / Medical Gas</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6390B2A"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6E029B" w14:textId="77777777" w:rsidR="009A62B6" w:rsidRPr="007A7D18" w:rsidRDefault="009A62B6">
            <w:pPr>
              <w:spacing w:after="0"/>
              <w:rPr>
                <w:sz w:val="18"/>
                <w:szCs w:val="24"/>
              </w:rPr>
            </w:pP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866BE91" w14:textId="77777777" w:rsidR="009A62B6" w:rsidRPr="007A7D18" w:rsidRDefault="009A62B6">
            <w:pPr>
              <w:spacing w:after="0"/>
              <w:rPr>
                <w:sz w:val="18"/>
                <w:szCs w:val="24"/>
              </w:rPr>
            </w:pP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8A97460" w14:textId="77777777" w:rsidR="009A62B6" w:rsidRPr="007A7D18" w:rsidRDefault="009A62B6">
            <w:pPr>
              <w:spacing w:after="0"/>
              <w:rPr>
                <w:sz w:val="18"/>
                <w:szCs w:val="24"/>
              </w:rPr>
            </w:pPr>
          </w:p>
        </w:tc>
      </w:tr>
      <w:tr w:rsidR="009A62B6" w:rsidRPr="007A7D18" w14:paraId="6E5DC45F" w14:textId="77777777">
        <w:trPr>
          <w:trHeight w:val="490"/>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48DC82A" w14:textId="77777777" w:rsidR="009A62B6" w:rsidRPr="007A7D18" w:rsidRDefault="0010470F">
            <w:pPr>
              <w:spacing w:after="0"/>
              <w:rPr>
                <w:sz w:val="18"/>
                <w:szCs w:val="24"/>
              </w:rPr>
            </w:pPr>
            <w:r w:rsidRPr="007A7D18">
              <w:rPr>
                <w:b/>
                <w:color w:val="0B5D48"/>
                <w:sz w:val="18"/>
                <w:szCs w:val="24"/>
              </w:rPr>
              <w:t>Medication / Vaccine Refrigeration</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E44E8F8"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AA59A6" w14:textId="77777777" w:rsidR="009A62B6" w:rsidRPr="007A7D18" w:rsidRDefault="009A62B6">
            <w:pPr>
              <w:spacing w:after="0"/>
              <w:rPr>
                <w:sz w:val="18"/>
                <w:szCs w:val="24"/>
              </w:rPr>
            </w:pP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63DE9D4" w14:textId="77777777" w:rsidR="009A62B6" w:rsidRPr="007A7D18" w:rsidRDefault="009A62B6">
            <w:pPr>
              <w:spacing w:after="0"/>
              <w:rPr>
                <w:sz w:val="18"/>
                <w:szCs w:val="24"/>
              </w:rPr>
            </w:pP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0405084" w14:textId="77777777" w:rsidR="009A62B6" w:rsidRPr="007A7D18" w:rsidRDefault="009A62B6">
            <w:pPr>
              <w:spacing w:after="0"/>
              <w:rPr>
                <w:sz w:val="18"/>
                <w:szCs w:val="24"/>
              </w:rPr>
            </w:pPr>
          </w:p>
        </w:tc>
      </w:tr>
      <w:tr w:rsidR="009A62B6" w:rsidRPr="007A7D18" w14:paraId="410695A7" w14:textId="77777777">
        <w:trPr>
          <w:trHeight w:val="490"/>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E436A6C" w14:textId="77777777" w:rsidR="009A62B6" w:rsidRPr="007A7D18" w:rsidRDefault="0010470F">
            <w:pPr>
              <w:spacing w:after="0"/>
              <w:rPr>
                <w:sz w:val="18"/>
                <w:szCs w:val="24"/>
              </w:rPr>
            </w:pPr>
            <w:r w:rsidRPr="007A7D18">
              <w:rPr>
                <w:b/>
                <w:color w:val="0B5D48"/>
                <w:sz w:val="18"/>
                <w:szCs w:val="24"/>
              </w:rPr>
              <w:t>Food Refrigeration / Dietary Operations</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B567918"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F70489C" w14:textId="77777777" w:rsidR="009A62B6" w:rsidRPr="007A7D18" w:rsidRDefault="009A62B6">
            <w:pPr>
              <w:spacing w:after="0"/>
              <w:rPr>
                <w:sz w:val="18"/>
                <w:szCs w:val="24"/>
              </w:rPr>
            </w:pP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19E8008" w14:textId="77777777" w:rsidR="009A62B6" w:rsidRPr="007A7D18" w:rsidRDefault="009A62B6">
            <w:pPr>
              <w:spacing w:after="0"/>
              <w:rPr>
                <w:sz w:val="18"/>
                <w:szCs w:val="24"/>
              </w:rPr>
            </w:pP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8A29A4E" w14:textId="77777777" w:rsidR="009A62B6" w:rsidRPr="007A7D18" w:rsidRDefault="009A62B6">
            <w:pPr>
              <w:spacing w:after="0"/>
              <w:rPr>
                <w:sz w:val="18"/>
                <w:szCs w:val="24"/>
              </w:rPr>
            </w:pPr>
          </w:p>
        </w:tc>
      </w:tr>
      <w:tr w:rsidR="009A62B6" w:rsidRPr="007A7D18" w14:paraId="214A043C" w14:textId="77777777">
        <w:trPr>
          <w:trHeight w:val="490"/>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4A7F00D" w14:textId="77777777" w:rsidR="009A62B6" w:rsidRPr="007A7D18" w:rsidRDefault="0010470F">
            <w:pPr>
              <w:spacing w:after="0"/>
              <w:rPr>
                <w:sz w:val="18"/>
                <w:szCs w:val="24"/>
              </w:rPr>
            </w:pPr>
            <w:r w:rsidRPr="007A7D18">
              <w:rPr>
                <w:b/>
                <w:color w:val="0B5D48"/>
                <w:sz w:val="18"/>
                <w:szCs w:val="24"/>
              </w:rPr>
              <w:t>Batteries / UPS / Portable Power</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9B0E808"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2C2556C" w14:textId="77777777" w:rsidR="009A62B6" w:rsidRPr="007A7D18" w:rsidRDefault="009A62B6">
            <w:pPr>
              <w:spacing w:after="0"/>
              <w:rPr>
                <w:sz w:val="18"/>
                <w:szCs w:val="24"/>
              </w:rPr>
            </w:pP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453D3E4" w14:textId="77777777" w:rsidR="009A62B6" w:rsidRPr="007A7D18" w:rsidRDefault="009A62B6">
            <w:pPr>
              <w:spacing w:after="0"/>
              <w:rPr>
                <w:sz w:val="18"/>
                <w:szCs w:val="24"/>
              </w:rPr>
            </w:pP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EF4D2DB" w14:textId="77777777" w:rsidR="009A62B6" w:rsidRPr="007A7D18" w:rsidRDefault="009A62B6">
            <w:pPr>
              <w:spacing w:after="0"/>
              <w:rPr>
                <w:sz w:val="18"/>
                <w:szCs w:val="24"/>
              </w:rPr>
            </w:pPr>
          </w:p>
        </w:tc>
      </w:tr>
      <w:tr w:rsidR="009A62B6" w:rsidRPr="007A7D18" w14:paraId="58065192" w14:textId="77777777">
        <w:trPr>
          <w:trHeight w:val="490"/>
          <w:jc w:val="center"/>
        </w:trPr>
        <w:tc>
          <w:tcPr>
            <w:tcW w:w="252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F91421F" w14:textId="77777777" w:rsidR="009A62B6" w:rsidRPr="007A7D18" w:rsidRDefault="0010470F">
            <w:pPr>
              <w:spacing w:after="0"/>
              <w:rPr>
                <w:sz w:val="18"/>
                <w:szCs w:val="24"/>
              </w:rPr>
            </w:pPr>
            <w:r w:rsidRPr="007A7D18">
              <w:rPr>
                <w:b/>
                <w:color w:val="0B5D48"/>
                <w:sz w:val="18"/>
                <w:szCs w:val="24"/>
              </w:rPr>
              <w:t>Other Critical Utility Supply</w:t>
            </w: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2A26E4F" w14:textId="77777777" w:rsidR="009A62B6" w:rsidRPr="007A7D18" w:rsidRDefault="009A62B6">
            <w:pPr>
              <w:spacing w:after="0"/>
              <w:rPr>
                <w:sz w:val="18"/>
                <w:szCs w:val="24"/>
              </w:rPr>
            </w:pP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C6EBEBD" w14:textId="77777777" w:rsidR="009A62B6" w:rsidRPr="007A7D18" w:rsidRDefault="009A62B6">
            <w:pPr>
              <w:spacing w:after="0"/>
              <w:rPr>
                <w:sz w:val="18"/>
                <w:szCs w:val="24"/>
              </w:rPr>
            </w:pPr>
          </w:p>
        </w:tc>
        <w:tc>
          <w:tcPr>
            <w:tcW w:w="288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F98442F" w14:textId="77777777" w:rsidR="009A62B6" w:rsidRPr="007A7D18" w:rsidRDefault="009A62B6">
            <w:pPr>
              <w:spacing w:after="0"/>
              <w:rPr>
                <w:sz w:val="18"/>
                <w:szCs w:val="24"/>
              </w:rPr>
            </w:pPr>
          </w:p>
        </w:tc>
        <w:tc>
          <w:tcPr>
            <w:tcW w:w="352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F7C8BA7" w14:textId="77777777" w:rsidR="009A62B6" w:rsidRPr="007A7D18" w:rsidRDefault="009A62B6">
            <w:pPr>
              <w:spacing w:after="0"/>
              <w:rPr>
                <w:sz w:val="18"/>
                <w:szCs w:val="24"/>
              </w:rPr>
            </w:pPr>
          </w:p>
        </w:tc>
      </w:tr>
    </w:tbl>
    <w:p w14:paraId="3B606806" w14:textId="77777777" w:rsidR="007A7D18" w:rsidRDefault="007A7D18">
      <w:pPr>
        <w:pBdr>
          <w:bottom w:val="single" w:sz="12" w:space="3" w:color="E24E1B"/>
        </w:pBdr>
        <w:spacing w:after="80"/>
        <w:rPr>
          <w:b/>
          <w:color w:val="0B5D48"/>
          <w:sz w:val="23"/>
        </w:rPr>
      </w:pPr>
    </w:p>
    <w:p w14:paraId="057427F5" w14:textId="7E55C480" w:rsidR="009A62B6" w:rsidRDefault="0010470F">
      <w:pPr>
        <w:pBdr>
          <w:bottom w:val="single" w:sz="12" w:space="3" w:color="E24E1B"/>
        </w:pBdr>
        <w:spacing w:after="80"/>
      </w:pPr>
      <w:r>
        <w:rPr>
          <w:b/>
          <w:color w:val="0B5D48"/>
          <w:sz w:val="23"/>
        </w:rPr>
        <w:t>SUPPLY / VENDOR VERIFICATION</w:t>
      </w:r>
    </w:p>
    <w:tbl>
      <w:tblPr>
        <w:tblW w:w="0" w:type="auto"/>
        <w:jc w:val="center"/>
        <w:tblLayout w:type="fixed"/>
        <w:tblLook w:val="04A0" w:firstRow="1" w:lastRow="0" w:firstColumn="1" w:lastColumn="0" w:noHBand="0" w:noVBand="1"/>
      </w:tblPr>
      <w:tblGrid>
        <w:gridCol w:w="7343"/>
        <w:gridCol w:w="3168"/>
        <w:gridCol w:w="3888"/>
      </w:tblGrid>
      <w:tr w:rsidR="009A62B6" w:rsidRPr="007A7D18" w14:paraId="5B753BD5" w14:textId="77777777">
        <w:trPr>
          <w:trHeight w:val="430"/>
          <w:tblHeader/>
          <w:jc w:val="center"/>
        </w:trPr>
        <w:tc>
          <w:tcPr>
            <w:tcW w:w="7343"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542D9448" w14:textId="77777777" w:rsidR="009A62B6" w:rsidRPr="007A7D18" w:rsidRDefault="0010470F">
            <w:pPr>
              <w:spacing w:after="0"/>
              <w:rPr>
                <w:sz w:val="18"/>
                <w:szCs w:val="24"/>
              </w:rPr>
            </w:pPr>
            <w:r w:rsidRPr="007A7D18">
              <w:rPr>
                <w:b/>
                <w:color w:val="FFFFFF"/>
                <w:sz w:val="18"/>
                <w:szCs w:val="24"/>
              </w:rPr>
              <w:t>Verification Item</w:t>
            </w:r>
          </w:p>
        </w:tc>
        <w:tc>
          <w:tcPr>
            <w:tcW w:w="316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39E636C" w14:textId="77777777" w:rsidR="009A62B6" w:rsidRPr="007A7D18" w:rsidRDefault="0010470F">
            <w:pPr>
              <w:spacing w:after="0"/>
              <w:rPr>
                <w:sz w:val="18"/>
                <w:szCs w:val="24"/>
              </w:rPr>
            </w:pPr>
            <w:r w:rsidRPr="007A7D18">
              <w:rPr>
                <w:b/>
                <w:color w:val="FFFFFF"/>
                <w:sz w:val="18"/>
                <w:szCs w:val="24"/>
              </w:rPr>
              <w:t>Owner / Contact</w:t>
            </w:r>
          </w:p>
        </w:tc>
        <w:tc>
          <w:tcPr>
            <w:tcW w:w="388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E591B33" w14:textId="77777777" w:rsidR="009A62B6" w:rsidRPr="007A7D18" w:rsidRDefault="0010470F">
            <w:pPr>
              <w:spacing w:after="0"/>
              <w:rPr>
                <w:sz w:val="18"/>
                <w:szCs w:val="24"/>
              </w:rPr>
            </w:pPr>
            <w:r w:rsidRPr="007A7D18">
              <w:rPr>
                <w:b/>
                <w:color w:val="FFFFFF"/>
                <w:sz w:val="18"/>
                <w:szCs w:val="24"/>
              </w:rPr>
              <w:t>Last Verified / Notes</w:t>
            </w:r>
          </w:p>
        </w:tc>
      </w:tr>
      <w:tr w:rsidR="009A62B6" w:rsidRPr="007A7D18" w14:paraId="18F46E1A" w14:textId="77777777">
        <w:trPr>
          <w:trHeight w:val="430"/>
          <w:jc w:val="center"/>
        </w:trPr>
        <w:tc>
          <w:tcPr>
            <w:tcW w:w="7343"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B853F15" w14:textId="77777777" w:rsidR="009A62B6" w:rsidRPr="007A7D18" w:rsidRDefault="0010470F">
            <w:pPr>
              <w:spacing w:after="0"/>
              <w:rPr>
                <w:sz w:val="18"/>
                <w:szCs w:val="24"/>
              </w:rPr>
            </w:pPr>
            <w:r w:rsidRPr="007A7D18">
              <w:rPr>
                <w:b/>
                <w:color w:val="0B5D48"/>
                <w:sz w:val="18"/>
                <w:szCs w:val="24"/>
              </w:rPr>
              <w:t>Primary fuel delivery access during severe weather / road closure</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D1E744" w14:textId="77777777" w:rsidR="009A62B6" w:rsidRPr="007A7D18" w:rsidRDefault="009A62B6">
            <w:pPr>
              <w:spacing w:after="0"/>
              <w:rPr>
                <w:sz w:val="18"/>
                <w:szCs w:val="24"/>
              </w:rPr>
            </w:pP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A1DEFD" w14:textId="77777777" w:rsidR="009A62B6" w:rsidRPr="007A7D18" w:rsidRDefault="009A62B6">
            <w:pPr>
              <w:spacing w:after="0"/>
              <w:rPr>
                <w:sz w:val="18"/>
                <w:szCs w:val="24"/>
              </w:rPr>
            </w:pPr>
          </w:p>
        </w:tc>
      </w:tr>
      <w:tr w:rsidR="009A62B6" w:rsidRPr="007A7D18" w14:paraId="63659DD7" w14:textId="77777777">
        <w:trPr>
          <w:trHeight w:val="430"/>
          <w:jc w:val="center"/>
        </w:trPr>
        <w:tc>
          <w:tcPr>
            <w:tcW w:w="7343"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4308BEC" w14:textId="77777777" w:rsidR="009A62B6" w:rsidRPr="007A7D18" w:rsidRDefault="0010470F">
            <w:pPr>
              <w:spacing w:after="0"/>
              <w:rPr>
                <w:sz w:val="18"/>
                <w:szCs w:val="24"/>
              </w:rPr>
            </w:pPr>
            <w:r w:rsidRPr="007A7D18">
              <w:rPr>
                <w:b/>
                <w:color w:val="0B5D48"/>
                <w:sz w:val="18"/>
                <w:szCs w:val="24"/>
              </w:rPr>
              <w:t>Alternate water source and delivery method</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74CA95" w14:textId="77777777" w:rsidR="009A62B6" w:rsidRPr="007A7D18" w:rsidRDefault="009A62B6">
            <w:pPr>
              <w:spacing w:after="0"/>
              <w:rPr>
                <w:sz w:val="18"/>
                <w:szCs w:val="24"/>
              </w:rPr>
            </w:pP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8C74B1" w14:textId="77777777" w:rsidR="009A62B6" w:rsidRPr="007A7D18" w:rsidRDefault="009A62B6">
            <w:pPr>
              <w:spacing w:after="0"/>
              <w:rPr>
                <w:sz w:val="18"/>
                <w:szCs w:val="24"/>
              </w:rPr>
            </w:pPr>
          </w:p>
        </w:tc>
      </w:tr>
      <w:tr w:rsidR="009A62B6" w:rsidRPr="007A7D18" w14:paraId="7CF8DC0E" w14:textId="77777777">
        <w:trPr>
          <w:trHeight w:val="430"/>
          <w:jc w:val="center"/>
        </w:trPr>
        <w:tc>
          <w:tcPr>
            <w:tcW w:w="7343"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C651E8A" w14:textId="77777777" w:rsidR="009A62B6" w:rsidRPr="007A7D18" w:rsidRDefault="0010470F">
            <w:pPr>
              <w:spacing w:after="0"/>
              <w:rPr>
                <w:sz w:val="18"/>
                <w:szCs w:val="24"/>
              </w:rPr>
            </w:pPr>
            <w:r w:rsidRPr="007A7D18">
              <w:rPr>
                <w:b/>
                <w:color w:val="0B5D48"/>
                <w:sz w:val="18"/>
                <w:szCs w:val="24"/>
              </w:rPr>
              <w:t>Oxygen / medical gas emergency resupply and cylinder storage plan</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E518160" w14:textId="77777777" w:rsidR="009A62B6" w:rsidRPr="007A7D18" w:rsidRDefault="009A62B6">
            <w:pPr>
              <w:spacing w:after="0"/>
              <w:rPr>
                <w:sz w:val="18"/>
                <w:szCs w:val="24"/>
              </w:rPr>
            </w:pP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DD39A1" w14:textId="77777777" w:rsidR="009A62B6" w:rsidRPr="007A7D18" w:rsidRDefault="009A62B6">
            <w:pPr>
              <w:spacing w:after="0"/>
              <w:rPr>
                <w:sz w:val="18"/>
                <w:szCs w:val="24"/>
              </w:rPr>
            </w:pPr>
          </w:p>
        </w:tc>
      </w:tr>
      <w:tr w:rsidR="009A62B6" w:rsidRPr="007A7D18" w14:paraId="0DC5C755" w14:textId="77777777">
        <w:trPr>
          <w:trHeight w:val="430"/>
          <w:jc w:val="center"/>
        </w:trPr>
        <w:tc>
          <w:tcPr>
            <w:tcW w:w="7343"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21F0DFA" w14:textId="77777777" w:rsidR="009A62B6" w:rsidRPr="007A7D18" w:rsidRDefault="0010470F">
            <w:pPr>
              <w:spacing w:after="0"/>
              <w:rPr>
                <w:sz w:val="18"/>
                <w:szCs w:val="24"/>
              </w:rPr>
            </w:pPr>
            <w:r w:rsidRPr="007A7D18">
              <w:rPr>
                <w:b/>
                <w:color w:val="0B5D48"/>
                <w:sz w:val="18"/>
                <w:szCs w:val="24"/>
              </w:rPr>
              <w:t>Medication / vaccine cold-chain contingency</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C682AA1" w14:textId="77777777" w:rsidR="009A62B6" w:rsidRPr="007A7D18" w:rsidRDefault="009A62B6">
            <w:pPr>
              <w:spacing w:after="0"/>
              <w:rPr>
                <w:sz w:val="18"/>
                <w:szCs w:val="24"/>
              </w:rPr>
            </w:pP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338313D" w14:textId="77777777" w:rsidR="009A62B6" w:rsidRPr="007A7D18" w:rsidRDefault="009A62B6">
            <w:pPr>
              <w:spacing w:after="0"/>
              <w:rPr>
                <w:sz w:val="18"/>
                <w:szCs w:val="24"/>
              </w:rPr>
            </w:pPr>
          </w:p>
        </w:tc>
      </w:tr>
      <w:tr w:rsidR="009A62B6" w:rsidRPr="007A7D18" w14:paraId="0EB2D09F" w14:textId="77777777">
        <w:trPr>
          <w:trHeight w:val="430"/>
          <w:jc w:val="center"/>
        </w:trPr>
        <w:tc>
          <w:tcPr>
            <w:tcW w:w="7343"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77CB701" w14:textId="77777777" w:rsidR="009A62B6" w:rsidRPr="007A7D18" w:rsidRDefault="0010470F">
            <w:pPr>
              <w:spacing w:after="0"/>
              <w:rPr>
                <w:sz w:val="18"/>
                <w:szCs w:val="24"/>
              </w:rPr>
            </w:pPr>
            <w:r w:rsidRPr="007A7D18">
              <w:rPr>
                <w:b/>
                <w:color w:val="0B5D48"/>
                <w:sz w:val="18"/>
                <w:szCs w:val="24"/>
              </w:rPr>
              <w:t>Food refrigeration / emergency dietary continuity</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685AB3C" w14:textId="77777777" w:rsidR="009A62B6" w:rsidRPr="007A7D18" w:rsidRDefault="009A62B6">
            <w:pPr>
              <w:spacing w:after="0"/>
              <w:rPr>
                <w:sz w:val="18"/>
                <w:szCs w:val="24"/>
              </w:rPr>
            </w:pP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06D8AA" w14:textId="77777777" w:rsidR="009A62B6" w:rsidRPr="007A7D18" w:rsidRDefault="009A62B6">
            <w:pPr>
              <w:spacing w:after="0"/>
              <w:rPr>
                <w:sz w:val="18"/>
                <w:szCs w:val="24"/>
              </w:rPr>
            </w:pPr>
          </w:p>
        </w:tc>
      </w:tr>
      <w:tr w:rsidR="009A62B6" w:rsidRPr="007A7D18" w14:paraId="63EF7354" w14:textId="77777777">
        <w:trPr>
          <w:trHeight w:val="430"/>
          <w:jc w:val="center"/>
        </w:trPr>
        <w:tc>
          <w:tcPr>
            <w:tcW w:w="7343"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CFA1596" w14:textId="77777777" w:rsidR="009A62B6" w:rsidRPr="007A7D18" w:rsidRDefault="0010470F">
            <w:pPr>
              <w:spacing w:after="0"/>
              <w:rPr>
                <w:sz w:val="18"/>
                <w:szCs w:val="24"/>
              </w:rPr>
            </w:pPr>
            <w:r w:rsidRPr="007A7D18">
              <w:rPr>
                <w:b/>
                <w:color w:val="0B5D48"/>
                <w:sz w:val="18"/>
                <w:szCs w:val="24"/>
              </w:rPr>
              <w:lastRenderedPageBreak/>
              <w:t>Wastewater / septic contingency and vendor access</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11B13AE" w14:textId="77777777" w:rsidR="009A62B6" w:rsidRPr="007A7D18" w:rsidRDefault="009A62B6">
            <w:pPr>
              <w:spacing w:after="0"/>
              <w:rPr>
                <w:sz w:val="18"/>
                <w:szCs w:val="24"/>
              </w:rPr>
            </w:pPr>
          </w:p>
        </w:tc>
        <w:tc>
          <w:tcPr>
            <w:tcW w:w="38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6CEBB2D" w14:textId="77777777" w:rsidR="009A62B6" w:rsidRPr="007A7D18" w:rsidRDefault="009A62B6">
            <w:pPr>
              <w:spacing w:after="0"/>
              <w:rPr>
                <w:sz w:val="18"/>
                <w:szCs w:val="24"/>
              </w:rPr>
            </w:pPr>
          </w:p>
        </w:tc>
      </w:tr>
    </w:tbl>
    <w:p w14:paraId="74285061" w14:textId="77777777" w:rsidR="009A62B6" w:rsidRDefault="0010470F">
      <w:r>
        <w:br w:type="page"/>
      </w:r>
    </w:p>
    <w:p w14:paraId="49A08489" w14:textId="77777777" w:rsidR="009A62B6" w:rsidRDefault="0010470F">
      <w:pPr>
        <w:pBdr>
          <w:bottom w:val="single" w:sz="12" w:space="3" w:color="E24E1B"/>
        </w:pBdr>
        <w:spacing w:after="80"/>
      </w:pPr>
      <w:r>
        <w:rPr>
          <w:b/>
          <w:color w:val="0B5D48"/>
          <w:sz w:val="23"/>
        </w:rPr>
        <w:lastRenderedPageBreak/>
        <w:t>5. RESIDENT DEPENDENCY &amp; CLINICAL CONTINUITY IMPACT</w:t>
      </w:r>
    </w:p>
    <w:tbl>
      <w:tblPr>
        <w:tblW w:w="0" w:type="auto"/>
        <w:jc w:val="center"/>
        <w:tblLayout w:type="fixed"/>
        <w:tblLook w:val="04A0" w:firstRow="1" w:lastRow="0" w:firstColumn="1" w:lastColumn="0" w:noHBand="0" w:noVBand="1"/>
      </w:tblPr>
      <w:tblGrid>
        <w:gridCol w:w="3456"/>
        <w:gridCol w:w="2592"/>
        <w:gridCol w:w="5040"/>
        <w:gridCol w:w="3312"/>
        <w:gridCol w:w="19"/>
      </w:tblGrid>
      <w:tr w:rsidR="009A62B6" w:rsidRPr="007A7D18" w14:paraId="37C70C1A" w14:textId="77777777">
        <w:trPr>
          <w:gridAfter w:val="1"/>
          <w:wAfter w:w="19" w:type="dxa"/>
          <w:jc w:val="center"/>
        </w:trPr>
        <w:tc>
          <w:tcPr>
            <w:tcW w:w="14400" w:type="dxa"/>
            <w:gridSpan w:val="4"/>
            <w:tcBorders>
              <w:top w:val="single" w:sz="4" w:space="0" w:color="E8B7A6"/>
              <w:left w:val="single" w:sz="4" w:space="0" w:color="E8B7A6"/>
              <w:bottom w:val="single" w:sz="4" w:space="0" w:color="E8B7A6"/>
              <w:right w:val="single" w:sz="4" w:space="0" w:color="E8B7A6"/>
            </w:tcBorders>
            <w:shd w:val="clear" w:color="auto" w:fill="F4F8F6"/>
            <w:tcMar>
              <w:top w:w="90" w:type="dxa"/>
              <w:left w:w="100" w:type="dxa"/>
              <w:bottom w:w="90" w:type="dxa"/>
              <w:right w:w="100" w:type="dxa"/>
            </w:tcMar>
          </w:tcPr>
          <w:p w14:paraId="2E0959CE" w14:textId="77777777" w:rsidR="009A62B6" w:rsidRPr="007A7D18" w:rsidRDefault="0010470F">
            <w:pPr>
              <w:spacing w:after="0"/>
              <w:rPr>
                <w:sz w:val="18"/>
                <w:szCs w:val="24"/>
              </w:rPr>
            </w:pPr>
            <w:r w:rsidRPr="007A7D18">
              <w:rPr>
                <w:b/>
                <w:color w:val="E24E1B"/>
                <w:sz w:val="18"/>
                <w:szCs w:val="24"/>
              </w:rPr>
              <w:t xml:space="preserve">USE AGGREGATE / OPERATIONAL DATA </w:t>
            </w:r>
            <w:r w:rsidRPr="007A7D18">
              <w:rPr>
                <w:color w:val="1F2937"/>
                <w:sz w:val="18"/>
                <w:szCs w:val="24"/>
              </w:rPr>
              <w:t>Use counts or planning categories rather than resident-identifiable information in the master EOP copy. Maintain resident-specific details in a secured Resident Special Needs / Evacuation Assistance Tracker or clinical record.</w:t>
            </w:r>
          </w:p>
        </w:tc>
      </w:tr>
      <w:tr w:rsidR="009A62B6" w:rsidRPr="007A7D18" w14:paraId="76E12D20" w14:textId="77777777" w:rsidTr="007A7D18">
        <w:trPr>
          <w:trHeight w:val="430"/>
          <w:tblHeader/>
          <w:jc w:val="center"/>
        </w:trPr>
        <w:tc>
          <w:tcPr>
            <w:tcW w:w="345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A281A3C" w14:textId="77777777" w:rsidR="009A62B6" w:rsidRPr="007A7D18" w:rsidRDefault="0010470F">
            <w:pPr>
              <w:spacing w:after="0"/>
              <w:rPr>
                <w:sz w:val="18"/>
                <w:szCs w:val="24"/>
              </w:rPr>
            </w:pPr>
            <w:r w:rsidRPr="007A7D18">
              <w:rPr>
                <w:b/>
                <w:color w:val="FFFFFF"/>
                <w:sz w:val="18"/>
                <w:szCs w:val="24"/>
              </w:rPr>
              <w:t>Resident / Care Dependency</w:t>
            </w:r>
          </w:p>
        </w:tc>
        <w:tc>
          <w:tcPr>
            <w:tcW w:w="259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F835301" w14:textId="77777777" w:rsidR="009A62B6" w:rsidRPr="007A7D18" w:rsidRDefault="0010470F">
            <w:pPr>
              <w:spacing w:after="0"/>
              <w:rPr>
                <w:sz w:val="18"/>
                <w:szCs w:val="24"/>
              </w:rPr>
            </w:pPr>
            <w:r w:rsidRPr="007A7D18">
              <w:rPr>
                <w:b/>
                <w:color w:val="FFFFFF"/>
                <w:sz w:val="18"/>
                <w:szCs w:val="24"/>
              </w:rPr>
              <w:t>Current Count / Areas</w:t>
            </w:r>
          </w:p>
        </w:tc>
        <w:tc>
          <w:tcPr>
            <w:tcW w:w="504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C1413B9" w14:textId="77777777" w:rsidR="009A62B6" w:rsidRPr="007A7D18" w:rsidRDefault="0010470F">
            <w:pPr>
              <w:spacing w:after="0"/>
              <w:rPr>
                <w:sz w:val="18"/>
                <w:szCs w:val="24"/>
              </w:rPr>
            </w:pPr>
            <w:r w:rsidRPr="007A7D18">
              <w:rPr>
                <w:b/>
                <w:color w:val="FFFFFF"/>
                <w:sz w:val="18"/>
                <w:szCs w:val="24"/>
              </w:rPr>
              <w:t>Backup / Manual Method if Utility Fails</w:t>
            </w:r>
          </w:p>
        </w:tc>
        <w:tc>
          <w:tcPr>
            <w:tcW w:w="3331" w:type="dxa"/>
            <w:gridSpan w:val="2"/>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945692F" w14:textId="77777777" w:rsidR="009A62B6" w:rsidRPr="007A7D18" w:rsidRDefault="0010470F">
            <w:pPr>
              <w:spacing w:after="0"/>
              <w:rPr>
                <w:sz w:val="18"/>
                <w:szCs w:val="24"/>
              </w:rPr>
            </w:pPr>
            <w:r w:rsidRPr="007A7D18">
              <w:rPr>
                <w:b/>
                <w:color w:val="FFFFFF"/>
                <w:sz w:val="18"/>
                <w:szCs w:val="24"/>
              </w:rPr>
              <w:t>Trigger for Relocation / Transfer</w:t>
            </w:r>
          </w:p>
        </w:tc>
      </w:tr>
      <w:tr w:rsidR="009A62B6" w:rsidRPr="007A7D18" w14:paraId="4BB1F83C"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78D2AF9" w14:textId="77777777" w:rsidR="009A62B6" w:rsidRPr="007A7D18" w:rsidRDefault="0010470F">
            <w:pPr>
              <w:spacing w:after="0"/>
              <w:rPr>
                <w:sz w:val="18"/>
                <w:szCs w:val="24"/>
              </w:rPr>
            </w:pPr>
            <w:r w:rsidRPr="007A7D18">
              <w:rPr>
                <w:b/>
                <w:color w:val="0B5D48"/>
                <w:sz w:val="18"/>
                <w:szCs w:val="24"/>
              </w:rPr>
              <w:t>Oxygen-dependent residents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DB66028"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893C63C"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828AE41" w14:textId="77777777" w:rsidR="009A62B6" w:rsidRPr="007A7D18" w:rsidRDefault="009A62B6">
            <w:pPr>
              <w:spacing w:after="0"/>
              <w:rPr>
                <w:sz w:val="18"/>
                <w:szCs w:val="24"/>
              </w:rPr>
            </w:pPr>
          </w:p>
        </w:tc>
      </w:tr>
      <w:tr w:rsidR="009A62B6" w:rsidRPr="007A7D18" w14:paraId="260943B6"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58D031F" w14:textId="77777777" w:rsidR="009A62B6" w:rsidRPr="007A7D18" w:rsidRDefault="0010470F">
            <w:pPr>
              <w:spacing w:after="0"/>
              <w:rPr>
                <w:sz w:val="18"/>
                <w:szCs w:val="24"/>
              </w:rPr>
            </w:pPr>
            <w:r w:rsidRPr="007A7D18">
              <w:rPr>
                <w:b/>
                <w:color w:val="0B5D48"/>
                <w:sz w:val="18"/>
                <w:szCs w:val="24"/>
              </w:rPr>
              <w:t>Ventilator / life-support system users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DBD7044"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88966D"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DFFB682" w14:textId="77777777" w:rsidR="009A62B6" w:rsidRPr="007A7D18" w:rsidRDefault="009A62B6">
            <w:pPr>
              <w:spacing w:after="0"/>
              <w:rPr>
                <w:sz w:val="18"/>
                <w:szCs w:val="24"/>
              </w:rPr>
            </w:pPr>
          </w:p>
        </w:tc>
      </w:tr>
      <w:tr w:rsidR="009A62B6" w:rsidRPr="007A7D18" w14:paraId="4EB4CAF2"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C777695" w14:textId="77777777" w:rsidR="009A62B6" w:rsidRPr="007A7D18" w:rsidRDefault="0010470F">
            <w:pPr>
              <w:spacing w:after="0"/>
              <w:rPr>
                <w:sz w:val="18"/>
                <w:szCs w:val="24"/>
              </w:rPr>
            </w:pPr>
            <w:r w:rsidRPr="007A7D18">
              <w:rPr>
                <w:b/>
                <w:color w:val="0B5D48"/>
                <w:sz w:val="18"/>
                <w:szCs w:val="24"/>
              </w:rPr>
              <w:t>Electricity-dependent medical devices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E0D0753"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4DEC2C8"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0E36560" w14:textId="77777777" w:rsidR="009A62B6" w:rsidRPr="007A7D18" w:rsidRDefault="009A62B6">
            <w:pPr>
              <w:spacing w:after="0"/>
              <w:rPr>
                <w:sz w:val="18"/>
                <w:szCs w:val="24"/>
              </w:rPr>
            </w:pPr>
          </w:p>
        </w:tc>
      </w:tr>
      <w:tr w:rsidR="009A62B6" w:rsidRPr="007A7D18" w14:paraId="697726D5"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8DA932A" w14:textId="77777777" w:rsidR="009A62B6" w:rsidRPr="007A7D18" w:rsidRDefault="0010470F">
            <w:pPr>
              <w:spacing w:after="0"/>
              <w:rPr>
                <w:sz w:val="18"/>
                <w:szCs w:val="24"/>
              </w:rPr>
            </w:pPr>
            <w:r w:rsidRPr="007A7D18">
              <w:rPr>
                <w:b/>
                <w:color w:val="0B5D48"/>
                <w:sz w:val="18"/>
                <w:szCs w:val="24"/>
              </w:rPr>
              <w:t>Powered beds / lifts required for safe care</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44C5F4A"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0F07A17"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488A6E2" w14:textId="77777777" w:rsidR="009A62B6" w:rsidRPr="007A7D18" w:rsidRDefault="009A62B6">
            <w:pPr>
              <w:spacing w:after="0"/>
              <w:rPr>
                <w:sz w:val="18"/>
                <w:szCs w:val="24"/>
              </w:rPr>
            </w:pPr>
          </w:p>
        </w:tc>
      </w:tr>
      <w:tr w:rsidR="009A62B6" w:rsidRPr="007A7D18" w14:paraId="4B142D0C"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B19A773" w14:textId="77777777" w:rsidR="009A62B6" w:rsidRPr="007A7D18" w:rsidRDefault="0010470F">
            <w:pPr>
              <w:spacing w:after="0"/>
              <w:rPr>
                <w:sz w:val="18"/>
                <w:szCs w:val="24"/>
              </w:rPr>
            </w:pPr>
            <w:r w:rsidRPr="007A7D18">
              <w:rPr>
                <w:b/>
                <w:color w:val="0B5D48"/>
                <w:sz w:val="18"/>
                <w:szCs w:val="24"/>
              </w:rPr>
              <w:t>Dialysis-dependent residents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239BA19"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BA52A52"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557271" w14:textId="77777777" w:rsidR="009A62B6" w:rsidRPr="007A7D18" w:rsidRDefault="009A62B6">
            <w:pPr>
              <w:spacing w:after="0"/>
              <w:rPr>
                <w:sz w:val="18"/>
                <w:szCs w:val="24"/>
              </w:rPr>
            </w:pPr>
          </w:p>
        </w:tc>
      </w:tr>
      <w:tr w:rsidR="009A62B6" w:rsidRPr="007A7D18" w14:paraId="203E1F62"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010F096" w14:textId="77777777" w:rsidR="009A62B6" w:rsidRPr="007A7D18" w:rsidRDefault="0010470F">
            <w:pPr>
              <w:spacing w:after="0"/>
              <w:rPr>
                <w:sz w:val="18"/>
                <w:szCs w:val="24"/>
              </w:rPr>
            </w:pPr>
            <w:r w:rsidRPr="007A7D18">
              <w:rPr>
                <w:b/>
                <w:color w:val="0B5D48"/>
                <w:sz w:val="18"/>
                <w:szCs w:val="24"/>
              </w:rPr>
              <w:t>Medication / insulin refrigeration needs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4EA926C"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5FFEA3D"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5C9F80F" w14:textId="77777777" w:rsidR="009A62B6" w:rsidRPr="007A7D18" w:rsidRDefault="009A62B6">
            <w:pPr>
              <w:spacing w:after="0"/>
              <w:rPr>
                <w:sz w:val="18"/>
                <w:szCs w:val="24"/>
              </w:rPr>
            </w:pPr>
          </w:p>
        </w:tc>
      </w:tr>
      <w:tr w:rsidR="009A62B6" w:rsidRPr="007A7D18" w14:paraId="15F577E0"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A46B478" w14:textId="77777777" w:rsidR="009A62B6" w:rsidRPr="007A7D18" w:rsidRDefault="0010470F">
            <w:pPr>
              <w:spacing w:after="0"/>
              <w:rPr>
                <w:sz w:val="18"/>
                <w:szCs w:val="24"/>
              </w:rPr>
            </w:pPr>
            <w:r w:rsidRPr="007A7D18">
              <w:rPr>
                <w:b/>
                <w:color w:val="0B5D48"/>
                <w:sz w:val="18"/>
                <w:szCs w:val="24"/>
              </w:rPr>
              <w:t>Temperature-sensitive residents / high-acuity units</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86061B"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1A52196"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70640ED" w14:textId="77777777" w:rsidR="009A62B6" w:rsidRPr="007A7D18" w:rsidRDefault="009A62B6">
            <w:pPr>
              <w:spacing w:after="0"/>
              <w:rPr>
                <w:sz w:val="18"/>
                <w:szCs w:val="24"/>
              </w:rPr>
            </w:pPr>
          </w:p>
        </w:tc>
      </w:tr>
      <w:tr w:rsidR="009A62B6" w:rsidRPr="007A7D18" w14:paraId="2FEEA7B9"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5049390" w14:textId="77777777" w:rsidR="009A62B6" w:rsidRPr="007A7D18" w:rsidRDefault="0010470F">
            <w:pPr>
              <w:spacing w:after="0"/>
              <w:rPr>
                <w:sz w:val="18"/>
                <w:szCs w:val="24"/>
              </w:rPr>
            </w:pPr>
            <w:r w:rsidRPr="007A7D18">
              <w:rPr>
                <w:b/>
                <w:color w:val="0B5D48"/>
                <w:sz w:val="18"/>
                <w:szCs w:val="24"/>
              </w:rPr>
              <w:t>Residents requiring continuous nurse-call / monitoring</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B9D9DDB"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8BDAA49"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F3A702F" w14:textId="77777777" w:rsidR="009A62B6" w:rsidRPr="007A7D18" w:rsidRDefault="009A62B6">
            <w:pPr>
              <w:spacing w:after="0"/>
              <w:rPr>
                <w:sz w:val="18"/>
                <w:szCs w:val="24"/>
              </w:rPr>
            </w:pPr>
          </w:p>
        </w:tc>
      </w:tr>
      <w:tr w:rsidR="009A62B6" w:rsidRPr="007A7D18" w14:paraId="79B5C5D2"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1A5265E" w14:textId="77777777" w:rsidR="009A62B6" w:rsidRPr="007A7D18" w:rsidRDefault="0010470F">
            <w:pPr>
              <w:spacing w:after="0"/>
              <w:rPr>
                <w:sz w:val="18"/>
                <w:szCs w:val="24"/>
              </w:rPr>
            </w:pPr>
            <w:r w:rsidRPr="007A7D18">
              <w:rPr>
                <w:b/>
                <w:color w:val="0B5D48"/>
                <w:sz w:val="18"/>
                <w:szCs w:val="24"/>
              </w:rPr>
              <w:t>Bariatric / specialized movement equipment</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7BDCCE5"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6A6AFE"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8979180" w14:textId="77777777" w:rsidR="009A62B6" w:rsidRPr="007A7D18" w:rsidRDefault="009A62B6">
            <w:pPr>
              <w:spacing w:after="0"/>
              <w:rPr>
                <w:sz w:val="18"/>
                <w:szCs w:val="24"/>
              </w:rPr>
            </w:pPr>
          </w:p>
        </w:tc>
      </w:tr>
      <w:tr w:rsidR="009A62B6" w:rsidRPr="007A7D18" w14:paraId="125CDA60" w14:textId="77777777" w:rsidTr="007A7D18">
        <w:trPr>
          <w:trHeight w:val="430"/>
          <w:jc w:val="center"/>
        </w:trPr>
        <w:tc>
          <w:tcPr>
            <w:tcW w:w="345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D72FFD3" w14:textId="77777777" w:rsidR="009A62B6" w:rsidRPr="007A7D18" w:rsidRDefault="0010470F">
            <w:pPr>
              <w:spacing w:after="0"/>
              <w:rPr>
                <w:sz w:val="18"/>
                <w:szCs w:val="24"/>
              </w:rPr>
            </w:pPr>
            <w:r w:rsidRPr="007A7D18">
              <w:rPr>
                <w:b/>
                <w:color w:val="0B5D48"/>
                <w:sz w:val="18"/>
                <w:szCs w:val="24"/>
              </w:rPr>
              <w:t>Other utility-dependent resident need</w:t>
            </w:r>
          </w:p>
        </w:tc>
        <w:tc>
          <w:tcPr>
            <w:tcW w:w="2592"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FCD2947" w14:textId="77777777" w:rsidR="009A62B6" w:rsidRPr="007A7D18" w:rsidRDefault="009A62B6">
            <w:pPr>
              <w:spacing w:after="0"/>
              <w:rPr>
                <w:sz w:val="18"/>
                <w:szCs w:val="24"/>
              </w:rPr>
            </w:pPr>
          </w:p>
        </w:tc>
        <w:tc>
          <w:tcPr>
            <w:tcW w:w="504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CB56AA7" w14:textId="77777777" w:rsidR="009A62B6" w:rsidRPr="007A7D18" w:rsidRDefault="009A62B6">
            <w:pPr>
              <w:spacing w:after="0"/>
              <w:rPr>
                <w:sz w:val="18"/>
                <w:szCs w:val="24"/>
              </w:rPr>
            </w:pPr>
          </w:p>
        </w:tc>
        <w:tc>
          <w:tcPr>
            <w:tcW w:w="3331"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6C944B0" w14:textId="77777777" w:rsidR="009A62B6" w:rsidRPr="007A7D18" w:rsidRDefault="009A62B6">
            <w:pPr>
              <w:spacing w:after="0"/>
              <w:rPr>
                <w:sz w:val="18"/>
                <w:szCs w:val="24"/>
              </w:rPr>
            </w:pPr>
          </w:p>
        </w:tc>
      </w:tr>
    </w:tbl>
    <w:p w14:paraId="66969685" w14:textId="77777777" w:rsidR="007A7D18" w:rsidRDefault="007A7D18">
      <w:pPr>
        <w:pBdr>
          <w:bottom w:val="single" w:sz="12" w:space="3" w:color="E24E1B"/>
        </w:pBdr>
        <w:spacing w:after="80"/>
        <w:rPr>
          <w:b/>
          <w:color w:val="0B5D48"/>
          <w:sz w:val="23"/>
        </w:rPr>
      </w:pPr>
    </w:p>
    <w:p w14:paraId="7A11F6C1" w14:textId="77777777" w:rsidR="007A7D18" w:rsidRDefault="007A7D18">
      <w:pPr>
        <w:pBdr>
          <w:bottom w:val="single" w:sz="12" w:space="3" w:color="E24E1B"/>
        </w:pBdr>
        <w:spacing w:after="80"/>
        <w:rPr>
          <w:b/>
          <w:color w:val="0B5D48"/>
          <w:sz w:val="23"/>
        </w:rPr>
      </w:pPr>
    </w:p>
    <w:p w14:paraId="585E6860" w14:textId="77777777" w:rsidR="007A7D18" w:rsidRDefault="007A7D18">
      <w:pPr>
        <w:pBdr>
          <w:bottom w:val="single" w:sz="12" w:space="3" w:color="E24E1B"/>
        </w:pBdr>
        <w:spacing w:after="80"/>
        <w:rPr>
          <w:b/>
          <w:color w:val="0B5D48"/>
          <w:sz w:val="23"/>
        </w:rPr>
      </w:pPr>
    </w:p>
    <w:p w14:paraId="2BD9D248" w14:textId="77777777" w:rsidR="007A7D18" w:rsidRDefault="007A7D18">
      <w:pPr>
        <w:pBdr>
          <w:bottom w:val="single" w:sz="12" w:space="3" w:color="E24E1B"/>
        </w:pBdr>
        <w:spacing w:after="80"/>
        <w:rPr>
          <w:b/>
          <w:color w:val="0B5D48"/>
          <w:sz w:val="23"/>
        </w:rPr>
      </w:pPr>
    </w:p>
    <w:p w14:paraId="6197FAF8" w14:textId="77777777" w:rsidR="007A7D18" w:rsidRDefault="007A7D18">
      <w:pPr>
        <w:pBdr>
          <w:bottom w:val="single" w:sz="12" w:space="3" w:color="E24E1B"/>
        </w:pBdr>
        <w:spacing w:after="80"/>
        <w:rPr>
          <w:b/>
          <w:color w:val="0B5D48"/>
          <w:sz w:val="23"/>
        </w:rPr>
      </w:pPr>
    </w:p>
    <w:p w14:paraId="46DD7384" w14:textId="77777777" w:rsidR="007A7D18" w:rsidRDefault="007A7D18">
      <w:pPr>
        <w:pBdr>
          <w:bottom w:val="single" w:sz="12" w:space="3" w:color="E24E1B"/>
        </w:pBdr>
        <w:spacing w:after="80"/>
        <w:rPr>
          <w:b/>
          <w:color w:val="0B5D48"/>
          <w:sz w:val="23"/>
        </w:rPr>
      </w:pPr>
    </w:p>
    <w:p w14:paraId="3D785C7F" w14:textId="77777777" w:rsidR="007A7D18" w:rsidRDefault="007A7D18">
      <w:pPr>
        <w:pBdr>
          <w:bottom w:val="single" w:sz="12" w:space="3" w:color="E24E1B"/>
        </w:pBdr>
        <w:spacing w:after="80"/>
        <w:rPr>
          <w:b/>
          <w:color w:val="0B5D48"/>
          <w:sz w:val="23"/>
        </w:rPr>
      </w:pPr>
    </w:p>
    <w:p w14:paraId="72297D8E" w14:textId="77777777" w:rsidR="007A7D18" w:rsidRDefault="007A7D18">
      <w:pPr>
        <w:pBdr>
          <w:bottom w:val="single" w:sz="12" w:space="3" w:color="E24E1B"/>
        </w:pBdr>
        <w:spacing w:after="80"/>
        <w:rPr>
          <w:b/>
          <w:color w:val="0B5D48"/>
          <w:sz w:val="23"/>
        </w:rPr>
      </w:pPr>
    </w:p>
    <w:p w14:paraId="0F323E77" w14:textId="4D813DB7" w:rsidR="009A62B6" w:rsidRDefault="0010470F">
      <w:pPr>
        <w:pBdr>
          <w:bottom w:val="single" w:sz="12" w:space="3" w:color="E24E1B"/>
        </w:pBdr>
        <w:spacing w:after="80"/>
      </w:pPr>
      <w:r>
        <w:rPr>
          <w:b/>
          <w:color w:val="0B5D48"/>
          <w:sz w:val="23"/>
        </w:rPr>
        <w:lastRenderedPageBreak/>
        <w:t>CLINICAL CONTINUITY OWNERS</w:t>
      </w:r>
    </w:p>
    <w:tbl>
      <w:tblPr>
        <w:tblW w:w="0" w:type="auto"/>
        <w:jc w:val="center"/>
        <w:tblLayout w:type="fixed"/>
        <w:tblLook w:val="04A0" w:firstRow="1" w:lastRow="0" w:firstColumn="1" w:lastColumn="0" w:noHBand="0" w:noVBand="1"/>
      </w:tblPr>
      <w:tblGrid>
        <w:gridCol w:w="3600"/>
        <w:gridCol w:w="5184"/>
        <w:gridCol w:w="5616"/>
      </w:tblGrid>
      <w:tr w:rsidR="009A62B6" w:rsidRPr="007A7D18" w14:paraId="00CE8979" w14:textId="77777777">
        <w:trPr>
          <w:trHeight w:val="430"/>
          <w:tblHeader/>
          <w:jc w:val="center"/>
        </w:trPr>
        <w:tc>
          <w:tcPr>
            <w:tcW w:w="360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5930771" w14:textId="77777777" w:rsidR="009A62B6" w:rsidRPr="007A7D18" w:rsidRDefault="0010470F">
            <w:pPr>
              <w:spacing w:after="0"/>
              <w:rPr>
                <w:sz w:val="18"/>
                <w:szCs w:val="24"/>
              </w:rPr>
            </w:pPr>
            <w:r w:rsidRPr="007A7D18">
              <w:rPr>
                <w:b/>
                <w:color w:val="FFFFFF"/>
                <w:sz w:val="18"/>
                <w:szCs w:val="24"/>
              </w:rPr>
              <w:t>Function</w:t>
            </w:r>
          </w:p>
        </w:tc>
        <w:tc>
          <w:tcPr>
            <w:tcW w:w="518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49133F8" w14:textId="77777777" w:rsidR="009A62B6" w:rsidRPr="007A7D18" w:rsidRDefault="0010470F">
            <w:pPr>
              <w:spacing w:after="0"/>
              <w:rPr>
                <w:sz w:val="18"/>
                <w:szCs w:val="24"/>
              </w:rPr>
            </w:pPr>
            <w:r w:rsidRPr="007A7D18">
              <w:rPr>
                <w:b/>
                <w:color w:val="FFFFFF"/>
                <w:sz w:val="18"/>
                <w:szCs w:val="24"/>
              </w:rPr>
              <w:t>Primary / Backup Lead</w:t>
            </w:r>
          </w:p>
        </w:tc>
        <w:tc>
          <w:tcPr>
            <w:tcW w:w="561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1839A99" w14:textId="77777777" w:rsidR="009A62B6" w:rsidRPr="007A7D18" w:rsidRDefault="0010470F">
            <w:pPr>
              <w:spacing w:after="0"/>
              <w:rPr>
                <w:sz w:val="18"/>
                <w:szCs w:val="24"/>
              </w:rPr>
            </w:pPr>
            <w:r w:rsidRPr="007A7D18">
              <w:rPr>
                <w:b/>
                <w:color w:val="FFFFFF"/>
                <w:sz w:val="18"/>
                <w:szCs w:val="24"/>
              </w:rPr>
              <w:t>24/7 Contact / Controlled Directory</w:t>
            </w:r>
          </w:p>
        </w:tc>
      </w:tr>
      <w:tr w:rsidR="009A62B6" w:rsidRPr="007A7D18" w14:paraId="68D2F3D2" w14:textId="77777777">
        <w:trPr>
          <w:trHeight w:val="38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E7C88AE" w14:textId="77777777" w:rsidR="009A62B6" w:rsidRPr="007A7D18" w:rsidRDefault="0010470F">
            <w:pPr>
              <w:spacing w:after="0"/>
              <w:rPr>
                <w:sz w:val="18"/>
                <w:szCs w:val="24"/>
              </w:rPr>
            </w:pPr>
            <w:r w:rsidRPr="007A7D18">
              <w:rPr>
                <w:b/>
                <w:color w:val="0B5D48"/>
                <w:sz w:val="18"/>
                <w:szCs w:val="24"/>
              </w:rPr>
              <w:t>Nursing / DON</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A9424A5" w14:textId="77777777" w:rsidR="009A62B6" w:rsidRPr="007A7D18" w:rsidRDefault="009A62B6">
            <w:pPr>
              <w:spacing w:after="0"/>
              <w:rPr>
                <w:sz w:val="18"/>
                <w:szCs w:val="24"/>
              </w:rPr>
            </w:pPr>
          </w:p>
        </w:tc>
        <w:tc>
          <w:tcPr>
            <w:tcW w:w="561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04EC472" w14:textId="77777777" w:rsidR="009A62B6" w:rsidRPr="007A7D18" w:rsidRDefault="009A62B6">
            <w:pPr>
              <w:spacing w:after="0"/>
              <w:rPr>
                <w:sz w:val="18"/>
                <w:szCs w:val="24"/>
              </w:rPr>
            </w:pPr>
          </w:p>
        </w:tc>
      </w:tr>
      <w:tr w:rsidR="009A62B6" w:rsidRPr="007A7D18" w14:paraId="199E2046" w14:textId="77777777">
        <w:trPr>
          <w:trHeight w:val="38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FE0B825" w14:textId="77777777" w:rsidR="009A62B6" w:rsidRPr="007A7D18" w:rsidRDefault="0010470F">
            <w:pPr>
              <w:spacing w:after="0"/>
              <w:rPr>
                <w:sz w:val="18"/>
                <w:szCs w:val="24"/>
              </w:rPr>
            </w:pPr>
            <w:r w:rsidRPr="007A7D18">
              <w:rPr>
                <w:b/>
                <w:color w:val="0B5D48"/>
                <w:sz w:val="18"/>
                <w:szCs w:val="24"/>
              </w:rPr>
              <w:t>Facilities / Maintenance</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B057181" w14:textId="77777777" w:rsidR="009A62B6" w:rsidRPr="007A7D18" w:rsidRDefault="009A62B6">
            <w:pPr>
              <w:spacing w:after="0"/>
              <w:rPr>
                <w:sz w:val="18"/>
                <w:szCs w:val="24"/>
              </w:rPr>
            </w:pPr>
          </w:p>
        </w:tc>
        <w:tc>
          <w:tcPr>
            <w:tcW w:w="561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E04AB0" w14:textId="77777777" w:rsidR="009A62B6" w:rsidRPr="007A7D18" w:rsidRDefault="009A62B6">
            <w:pPr>
              <w:spacing w:after="0"/>
              <w:rPr>
                <w:sz w:val="18"/>
                <w:szCs w:val="24"/>
              </w:rPr>
            </w:pPr>
          </w:p>
        </w:tc>
      </w:tr>
      <w:tr w:rsidR="009A62B6" w:rsidRPr="007A7D18" w14:paraId="39A8874E" w14:textId="77777777">
        <w:trPr>
          <w:trHeight w:val="38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248EB34" w14:textId="77777777" w:rsidR="009A62B6" w:rsidRPr="007A7D18" w:rsidRDefault="0010470F">
            <w:pPr>
              <w:spacing w:after="0"/>
              <w:rPr>
                <w:sz w:val="18"/>
                <w:szCs w:val="24"/>
              </w:rPr>
            </w:pPr>
            <w:r w:rsidRPr="007A7D18">
              <w:rPr>
                <w:b/>
                <w:color w:val="0B5D48"/>
                <w:sz w:val="18"/>
                <w:szCs w:val="24"/>
              </w:rPr>
              <w:t>Respiratory / Oxygen Vendor</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2741890" w14:textId="77777777" w:rsidR="009A62B6" w:rsidRPr="007A7D18" w:rsidRDefault="009A62B6">
            <w:pPr>
              <w:spacing w:after="0"/>
              <w:rPr>
                <w:sz w:val="18"/>
                <w:szCs w:val="24"/>
              </w:rPr>
            </w:pPr>
          </w:p>
        </w:tc>
        <w:tc>
          <w:tcPr>
            <w:tcW w:w="561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ADF0AA7" w14:textId="77777777" w:rsidR="009A62B6" w:rsidRPr="007A7D18" w:rsidRDefault="009A62B6">
            <w:pPr>
              <w:spacing w:after="0"/>
              <w:rPr>
                <w:sz w:val="18"/>
                <w:szCs w:val="24"/>
              </w:rPr>
            </w:pPr>
          </w:p>
        </w:tc>
      </w:tr>
      <w:tr w:rsidR="009A62B6" w:rsidRPr="007A7D18" w14:paraId="68DF0072" w14:textId="77777777">
        <w:trPr>
          <w:trHeight w:val="38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15B7EA0" w14:textId="77777777" w:rsidR="009A62B6" w:rsidRPr="007A7D18" w:rsidRDefault="0010470F">
            <w:pPr>
              <w:spacing w:after="0"/>
              <w:rPr>
                <w:sz w:val="18"/>
                <w:szCs w:val="24"/>
              </w:rPr>
            </w:pPr>
            <w:r w:rsidRPr="007A7D18">
              <w:rPr>
                <w:b/>
                <w:color w:val="0B5D48"/>
                <w:sz w:val="18"/>
                <w:szCs w:val="24"/>
              </w:rPr>
              <w:t>Pharmacy</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E1577F1" w14:textId="77777777" w:rsidR="009A62B6" w:rsidRPr="007A7D18" w:rsidRDefault="009A62B6">
            <w:pPr>
              <w:spacing w:after="0"/>
              <w:rPr>
                <w:sz w:val="18"/>
                <w:szCs w:val="24"/>
              </w:rPr>
            </w:pPr>
          </w:p>
        </w:tc>
        <w:tc>
          <w:tcPr>
            <w:tcW w:w="561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8A7651E" w14:textId="77777777" w:rsidR="009A62B6" w:rsidRPr="007A7D18" w:rsidRDefault="009A62B6">
            <w:pPr>
              <w:spacing w:after="0"/>
              <w:rPr>
                <w:sz w:val="18"/>
                <w:szCs w:val="24"/>
              </w:rPr>
            </w:pPr>
          </w:p>
        </w:tc>
      </w:tr>
      <w:tr w:rsidR="009A62B6" w:rsidRPr="007A7D18" w14:paraId="138DFB3F" w14:textId="77777777">
        <w:trPr>
          <w:trHeight w:val="38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E20F95E" w14:textId="77777777" w:rsidR="009A62B6" w:rsidRPr="007A7D18" w:rsidRDefault="0010470F">
            <w:pPr>
              <w:spacing w:after="0"/>
              <w:rPr>
                <w:sz w:val="18"/>
                <w:szCs w:val="24"/>
              </w:rPr>
            </w:pPr>
            <w:r w:rsidRPr="007A7D18">
              <w:rPr>
                <w:b/>
                <w:color w:val="0B5D48"/>
                <w:sz w:val="18"/>
                <w:szCs w:val="24"/>
              </w:rPr>
              <w:t>Dietary</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20B70D3" w14:textId="77777777" w:rsidR="009A62B6" w:rsidRPr="007A7D18" w:rsidRDefault="009A62B6">
            <w:pPr>
              <w:spacing w:after="0"/>
              <w:rPr>
                <w:sz w:val="18"/>
                <w:szCs w:val="24"/>
              </w:rPr>
            </w:pPr>
          </w:p>
        </w:tc>
        <w:tc>
          <w:tcPr>
            <w:tcW w:w="561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BF43B25" w14:textId="77777777" w:rsidR="009A62B6" w:rsidRPr="007A7D18" w:rsidRDefault="009A62B6">
            <w:pPr>
              <w:spacing w:after="0"/>
              <w:rPr>
                <w:sz w:val="18"/>
                <w:szCs w:val="24"/>
              </w:rPr>
            </w:pPr>
          </w:p>
        </w:tc>
      </w:tr>
      <w:tr w:rsidR="009A62B6" w:rsidRPr="007A7D18" w14:paraId="0E895D90" w14:textId="77777777">
        <w:trPr>
          <w:trHeight w:val="380"/>
          <w:jc w:val="center"/>
        </w:trPr>
        <w:tc>
          <w:tcPr>
            <w:tcW w:w="360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8EC5CA7" w14:textId="77777777" w:rsidR="009A62B6" w:rsidRPr="007A7D18" w:rsidRDefault="0010470F">
            <w:pPr>
              <w:spacing w:after="0"/>
              <w:rPr>
                <w:sz w:val="18"/>
                <w:szCs w:val="24"/>
              </w:rPr>
            </w:pPr>
            <w:r w:rsidRPr="007A7D18">
              <w:rPr>
                <w:b/>
                <w:color w:val="0B5D48"/>
                <w:sz w:val="18"/>
                <w:szCs w:val="24"/>
              </w:rPr>
              <w:t>Emergency Preparedness Lead</w:t>
            </w:r>
          </w:p>
        </w:tc>
        <w:tc>
          <w:tcPr>
            <w:tcW w:w="518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EAB586C" w14:textId="77777777" w:rsidR="009A62B6" w:rsidRPr="007A7D18" w:rsidRDefault="009A62B6">
            <w:pPr>
              <w:spacing w:after="0"/>
              <w:rPr>
                <w:sz w:val="18"/>
                <w:szCs w:val="24"/>
              </w:rPr>
            </w:pPr>
          </w:p>
        </w:tc>
        <w:tc>
          <w:tcPr>
            <w:tcW w:w="561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E6BF455" w14:textId="77777777" w:rsidR="009A62B6" w:rsidRPr="007A7D18" w:rsidRDefault="009A62B6">
            <w:pPr>
              <w:spacing w:after="0"/>
              <w:rPr>
                <w:sz w:val="18"/>
                <w:szCs w:val="24"/>
              </w:rPr>
            </w:pPr>
          </w:p>
        </w:tc>
      </w:tr>
    </w:tbl>
    <w:p w14:paraId="46D71A61" w14:textId="77777777" w:rsidR="009A62B6" w:rsidRDefault="0010470F">
      <w:r>
        <w:br w:type="page"/>
      </w:r>
    </w:p>
    <w:p w14:paraId="451BD680" w14:textId="77777777" w:rsidR="009A62B6" w:rsidRDefault="0010470F">
      <w:pPr>
        <w:pBdr>
          <w:bottom w:val="single" w:sz="12" w:space="3" w:color="E24E1B"/>
        </w:pBdr>
        <w:spacing w:after="80"/>
      </w:pPr>
      <w:r>
        <w:rPr>
          <w:b/>
          <w:color w:val="0B5D48"/>
          <w:sz w:val="23"/>
        </w:rPr>
        <w:lastRenderedPageBreak/>
        <w:t>6. CRITICAL LOAD / SERVICE PRIORITIZATION</w:t>
      </w:r>
    </w:p>
    <w:tbl>
      <w:tblPr>
        <w:tblW w:w="0" w:type="auto"/>
        <w:jc w:val="center"/>
        <w:tblLayout w:type="fixed"/>
        <w:tblLook w:val="04A0" w:firstRow="1" w:lastRow="0" w:firstColumn="1" w:lastColumn="0" w:noHBand="0" w:noVBand="1"/>
      </w:tblPr>
      <w:tblGrid>
        <w:gridCol w:w="936"/>
        <w:gridCol w:w="3744"/>
        <w:gridCol w:w="3024"/>
        <w:gridCol w:w="2951"/>
        <w:gridCol w:w="3745"/>
        <w:gridCol w:w="19"/>
      </w:tblGrid>
      <w:tr w:rsidR="009A62B6" w:rsidRPr="007A7D18" w14:paraId="32247980" w14:textId="77777777">
        <w:trPr>
          <w:gridAfter w:val="1"/>
          <w:wAfter w:w="19" w:type="dxa"/>
          <w:jc w:val="center"/>
        </w:trPr>
        <w:tc>
          <w:tcPr>
            <w:tcW w:w="14400" w:type="dxa"/>
            <w:gridSpan w:val="5"/>
            <w:tcBorders>
              <w:top w:val="single" w:sz="4" w:space="0" w:color="E8B7A6"/>
              <w:left w:val="single" w:sz="4" w:space="0" w:color="E8B7A6"/>
              <w:bottom w:val="single" w:sz="4" w:space="0" w:color="E8B7A6"/>
              <w:right w:val="single" w:sz="4" w:space="0" w:color="E8B7A6"/>
            </w:tcBorders>
            <w:shd w:val="clear" w:color="auto" w:fill="F4F8F6"/>
            <w:tcMar>
              <w:top w:w="90" w:type="dxa"/>
              <w:left w:w="100" w:type="dxa"/>
              <w:bottom w:w="90" w:type="dxa"/>
              <w:right w:w="100" w:type="dxa"/>
            </w:tcMar>
          </w:tcPr>
          <w:p w14:paraId="5800CF7B" w14:textId="77777777" w:rsidR="009A62B6" w:rsidRPr="007A7D18" w:rsidRDefault="0010470F">
            <w:pPr>
              <w:spacing w:after="0"/>
              <w:rPr>
                <w:sz w:val="18"/>
                <w:szCs w:val="24"/>
              </w:rPr>
            </w:pPr>
            <w:r w:rsidRPr="007A7D18">
              <w:rPr>
                <w:b/>
                <w:color w:val="E24E1B"/>
                <w:sz w:val="18"/>
                <w:szCs w:val="24"/>
              </w:rPr>
              <w:t xml:space="preserve">MAINE LTC/SNF PROMPT </w:t>
            </w:r>
            <w:r w:rsidRPr="007A7D18">
              <w:rPr>
                <w:color w:val="1F2937"/>
                <w:sz w:val="18"/>
                <w:szCs w:val="24"/>
              </w:rPr>
              <w:t>Maine Chapter 110 identifies essential services that must be considered during electrical outages, including fire detection/alarm, telephone, boiler components, exit/corridor lighting, call systems, nurses-station lighting, food preparation, required heat, water-supply pumps, and private septic pumps. Verify applicability to the facility and map each applicable service to its emergency-power or contingency strategy.</w:t>
            </w:r>
          </w:p>
        </w:tc>
      </w:tr>
      <w:tr w:rsidR="009A62B6" w:rsidRPr="007A7D18" w14:paraId="2F2DB42A" w14:textId="77777777">
        <w:trPr>
          <w:trHeight w:val="430"/>
          <w:tblHeader/>
          <w:jc w:val="center"/>
        </w:trPr>
        <w:tc>
          <w:tcPr>
            <w:tcW w:w="93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3C55F8D8" w14:textId="77777777" w:rsidR="009A62B6" w:rsidRPr="007A7D18" w:rsidRDefault="0010470F">
            <w:pPr>
              <w:spacing w:after="0"/>
              <w:rPr>
                <w:sz w:val="18"/>
                <w:szCs w:val="24"/>
              </w:rPr>
            </w:pPr>
            <w:r w:rsidRPr="007A7D18">
              <w:rPr>
                <w:b/>
                <w:color w:val="FFFFFF"/>
                <w:sz w:val="18"/>
                <w:szCs w:val="24"/>
              </w:rPr>
              <w:t>Priority</w:t>
            </w:r>
          </w:p>
        </w:tc>
        <w:tc>
          <w:tcPr>
            <w:tcW w:w="374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9384C09" w14:textId="77777777" w:rsidR="009A62B6" w:rsidRPr="007A7D18" w:rsidRDefault="0010470F">
            <w:pPr>
              <w:spacing w:after="0"/>
              <w:rPr>
                <w:sz w:val="18"/>
                <w:szCs w:val="24"/>
              </w:rPr>
            </w:pPr>
            <w:r w:rsidRPr="007A7D18">
              <w:rPr>
                <w:b/>
                <w:color w:val="FFFFFF"/>
                <w:sz w:val="18"/>
                <w:szCs w:val="24"/>
              </w:rPr>
              <w:t>Critical Service / Area</w:t>
            </w:r>
          </w:p>
        </w:tc>
        <w:tc>
          <w:tcPr>
            <w:tcW w:w="302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0FC9DFBF" w14:textId="77777777" w:rsidR="009A62B6" w:rsidRPr="007A7D18" w:rsidRDefault="0010470F">
            <w:pPr>
              <w:spacing w:after="0"/>
              <w:rPr>
                <w:sz w:val="18"/>
                <w:szCs w:val="24"/>
              </w:rPr>
            </w:pPr>
            <w:r w:rsidRPr="007A7D18">
              <w:rPr>
                <w:b/>
                <w:color w:val="FFFFFF"/>
                <w:sz w:val="18"/>
                <w:szCs w:val="24"/>
              </w:rPr>
              <w:t>Emergency Power / Utility Needed</w:t>
            </w:r>
          </w:p>
        </w:tc>
        <w:tc>
          <w:tcPr>
            <w:tcW w:w="2951"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E995A22" w14:textId="77777777" w:rsidR="009A62B6" w:rsidRPr="007A7D18" w:rsidRDefault="0010470F">
            <w:pPr>
              <w:spacing w:after="0"/>
              <w:rPr>
                <w:sz w:val="18"/>
                <w:szCs w:val="24"/>
              </w:rPr>
            </w:pPr>
            <w:r w:rsidRPr="007A7D18">
              <w:rPr>
                <w:b/>
                <w:color w:val="FFFFFF"/>
                <w:sz w:val="18"/>
                <w:szCs w:val="24"/>
              </w:rPr>
              <w:t>Minimum Requirement / Duration</w:t>
            </w:r>
          </w:p>
        </w:tc>
        <w:tc>
          <w:tcPr>
            <w:tcW w:w="3744" w:type="dxa"/>
            <w:gridSpan w:val="2"/>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C23A995" w14:textId="77777777" w:rsidR="009A62B6" w:rsidRPr="007A7D18" w:rsidRDefault="0010470F">
            <w:pPr>
              <w:spacing w:after="0"/>
              <w:rPr>
                <w:sz w:val="18"/>
                <w:szCs w:val="24"/>
              </w:rPr>
            </w:pPr>
            <w:r w:rsidRPr="007A7D18">
              <w:rPr>
                <w:b/>
                <w:color w:val="FFFFFF"/>
                <w:sz w:val="18"/>
                <w:szCs w:val="24"/>
              </w:rPr>
              <w:t>Contingency if Utility Fails</w:t>
            </w:r>
          </w:p>
        </w:tc>
      </w:tr>
      <w:tr w:rsidR="009A62B6" w:rsidRPr="007A7D18" w14:paraId="573CECB3"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7656CA1" w14:textId="77777777" w:rsidR="009A62B6" w:rsidRPr="007A7D18" w:rsidRDefault="0010470F">
            <w:pPr>
              <w:spacing w:after="0"/>
              <w:rPr>
                <w:sz w:val="18"/>
                <w:szCs w:val="24"/>
              </w:rPr>
            </w:pPr>
            <w:r w:rsidRPr="007A7D18">
              <w:rPr>
                <w:b/>
                <w:color w:val="0B5D48"/>
                <w:sz w:val="18"/>
                <w:szCs w:val="24"/>
              </w:rPr>
              <w:t>1</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90506E6" w14:textId="77777777" w:rsidR="009A62B6" w:rsidRPr="007A7D18" w:rsidRDefault="0010470F">
            <w:pPr>
              <w:spacing w:after="0"/>
              <w:rPr>
                <w:sz w:val="18"/>
                <w:szCs w:val="24"/>
              </w:rPr>
            </w:pPr>
            <w:r w:rsidRPr="007A7D18">
              <w:rPr>
                <w:color w:val="1F2937"/>
                <w:sz w:val="18"/>
                <w:szCs w:val="24"/>
              </w:rPr>
              <w:t>Fire detection / alarm / sprinkler support</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0E6780D"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98640A"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5429AE4" w14:textId="77777777" w:rsidR="009A62B6" w:rsidRPr="007A7D18" w:rsidRDefault="009A62B6">
            <w:pPr>
              <w:spacing w:after="0"/>
              <w:rPr>
                <w:sz w:val="18"/>
                <w:szCs w:val="24"/>
              </w:rPr>
            </w:pPr>
          </w:p>
        </w:tc>
      </w:tr>
      <w:tr w:rsidR="009A62B6" w:rsidRPr="007A7D18" w14:paraId="2087A44B"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75180FE" w14:textId="77777777" w:rsidR="009A62B6" w:rsidRPr="007A7D18" w:rsidRDefault="0010470F">
            <w:pPr>
              <w:spacing w:after="0"/>
              <w:rPr>
                <w:sz w:val="18"/>
                <w:szCs w:val="24"/>
              </w:rPr>
            </w:pPr>
            <w:r w:rsidRPr="007A7D18">
              <w:rPr>
                <w:b/>
                <w:color w:val="0B5D48"/>
                <w:sz w:val="18"/>
                <w:szCs w:val="24"/>
              </w:rPr>
              <w:t>2</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CE74AD" w14:textId="77777777" w:rsidR="009A62B6" w:rsidRPr="007A7D18" w:rsidRDefault="0010470F">
            <w:pPr>
              <w:spacing w:after="0"/>
              <w:rPr>
                <w:sz w:val="18"/>
                <w:szCs w:val="24"/>
              </w:rPr>
            </w:pPr>
            <w:r w:rsidRPr="007A7D18">
              <w:rPr>
                <w:color w:val="1F2937"/>
                <w:sz w:val="18"/>
                <w:szCs w:val="24"/>
              </w:rPr>
              <w:t>Exit / corridor / emergency lighting</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75EF9F9"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1A8994E"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C0E02A0" w14:textId="77777777" w:rsidR="009A62B6" w:rsidRPr="007A7D18" w:rsidRDefault="009A62B6">
            <w:pPr>
              <w:spacing w:after="0"/>
              <w:rPr>
                <w:sz w:val="18"/>
                <w:szCs w:val="24"/>
              </w:rPr>
            </w:pPr>
          </w:p>
        </w:tc>
      </w:tr>
      <w:tr w:rsidR="009A62B6" w:rsidRPr="007A7D18" w14:paraId="57E34365"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EB6A7DE" w14:textId="77777777" w:rsidR="009A62B6" w:rsidRPr="007A7D18" w:rsidRDefault="0010470F">
            <w:pPr>
              <w:spacing w:after="0"/>
              <w:rPr>
                <w:sz w:val="18"/>
                <w:szCs w:val="24"/>
              </w:rPr>
            </w:pPr>
            <w:r w:rsidRPr="007A7D18">
              <w:rPr>
                <w:b/>
                <w:color w:val="0B5D48"/>
                <w:sz w:val="18"/>
                <w:szCs w:val="24"/>
              </w:rPr>
              <w:t>3</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052A23A" w14:textId="77777777" w:rsidR="009A62B6" w:rsidRPr="007A7D18" w:rsidRDefault="0010470F">
            <w:pPr>
              <w:spacing w:after="0"/>
              <w:rPr>
                <w:sz w:val="18"/>
                <w:szCs w:val="24"/>
              </w:rPr>
            </w:pPr>
            <w:r w:rsidRPr="007A7D18">
              <w:rPr>
                <w:color w:val="1F2937"/>
                <w:sz w:val="18"/>
                <w:szCs w:val="24"/>
              </w:rPr>
              <w:t>Nurse call / resident alert systems</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D2655D9"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B84A4F"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307A8CC" w14:textId="77777777" w:rsidR="009A62B6" w:rsidRPr="007A7D18" w:rsidRDefault="009A62B6">
            <w:pPr>
              <w:spacing w:after="0"/>
              <w:rPr>
                <w:sz w:val="18"/>
                <w:szCs w:val="24"/>
              </w:rPr>
            </w:pPr>
          </w:p>
        </w:tc>
      </w:tr>
      <w:tr w:rsidR="009A62B6" w:rsidRPr="007A7D18" w14:paraId="56D9AD2B"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49D56C1" w14:textId="77777777" w:rsidR="009A62B6" w:rsidRPr="007A7D18" w:rsidRDefault="0010470F">
            <w:pPr>
              <w:spacing w:after="0"/>
              <w:rPr>
                <w:sz w:val="18"/>
                <w:szCs w:val="24"/>
              </w:rPr>
            </w:pPr>
            <w:r w:rsidRPr="007A7D18">
              <w:rPr>
                <w:b/>
                <w:color w:val="0B5D48"/>
                <w:sz w:val="18"/>
                <w:szCs w:val="24"/>
              </w:rPr>
              <w:t>4</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3160B85" w14:textId="77777777" w:rsidR="009A62B6" w:rsidRPr="007A7D18" w:rsidRDefault="0010470F">
            <w:pPr>
              <w:spacing w:after="0"/>
              <w:rPr>
                <w:sz w:val="18"/>
                <w:szCs w:val="24"/>
              </w:rPr>
            </w:pPr>
            <w:r w:rsidRPr="007A7D18">
              <w:rPr>
                <w:color w:val="1F2937"/>
                <w:sz w:val="18"/>
                <w:szCs w:val="24"/>
              </w:rPr>
              <w:t>Nurses-station / clinical work areas</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FC4CC40"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BDC9269"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E993D8" w14:textId="77777777" w:rsidR="009A62B6" w:rsidRPr="007A7D18" w:rsidRDefault="009A62B6">
            <w:pPr>
              <w:spacing w:after="0"/>
              <w:rPr>
                <w:sz w:val="18"/>
                <w:szCs w:val="24"/>
              </w:rPr>
            </w:pPr>
          </w:p>
        </w:tc>
      </w:tr>
      <w:tr w:rsidR="009A62B6" w:rsidRPr="007A7D18" w14:paraId="292C03AF"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7D53371" w14:textId="77777777" w:rsidR="009A62B6" w:rsidRPr="007A7D18" w:rsidRDefault="0010470F">
            <w:pPr>
              <w:spacing w:after="0"/>
              <w:rPr>
                <w:sz w:val="18"/>
                <w:szCs w:val="24"/>
              </w:rPr>
            </w:pPr>
            <w:r w:rsidRPr="007A7D18">
              <w:rPr>
                <w:b/>
                <w:color w:val="0B5D48"/>
                <w:sz w:val="18"/>
                <w:szCs w:val="24"/>
              </w:rPr>
              <w:t>5</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9237AAC" w14:textId="77777777" w:rsidR="009A62B6" w:rsidRPr="007A7D18" w:rsidRDefault="0010470F">
            <w:pPr>
              <w:spacing w:after="0"/>
              <w:rPr>
                <w:sz w:val="18"/>
                <w:szCs w:val="24"/>
              </w:rPr>
            </w:pPr>
            <w:r w:rsidRPr="007A7D18">
              <w:rPr>
                <w:color w:val="1F2937"/>
                <w:sz w:val="18"/>
                <w:szCs w:val="24"/>
              </w:rPr>
              <w:t>Required heat / boiler burners-fans-pumps</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12605CD"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AB98A33"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AF7A2C4" w14:textId="77777777" w:rsidR="009A62B6" w:rsidRPr="007A7D18" w:rsidRDefault="009A62B6">
            <w:pPr>
              <w:spacing w:after="0"/>
              <w:rPr>
                <w:sz w:val="18"/>
                <w:szCs w:val="24"/>
              </w:rPr>
            </w:pPr>
          </w:p>
        </w:tc>
      </w:tr>
      <w:tr w:rsidR="009A62B6" w:rsidRPr="007A7D18" w14:paraId="19B2F4A9"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896192F" w14:textId="77777777" w:rsidR="009A62B6" w:rsidRPr="007A7D18" w:rsidRDefault="0010470F">
            <w:pPr>
              <w:spacing w:after="0"/>
              <w:rPr>
                <w:sz w:val="18"/>
                <w:szCs w:val="24"/>
              </w:rPr>
            </w:pPr>
            <w:r w:rsidRPr="007A7D18">
              <w:rPr>
                <w:b/>
                <w:color w:val="0B5D48"/>
                <w:sz w:val="18"/>
                <w:szCs w:val="24"/>
              </w:rPr>
              <w:t>6</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50D3ED" w14:textId="77777777" w:rsidR="009A62B6" w:rsidRPr="007A7D18" w:rsidRDefault="0010470F">
            <w:pPr>
              <w:spacing w:after="0"/>
              <w:rPr>
                <w:sz w:val="18"/>
                <w:szCs w:val="24"/>
              </w:rPr>
            </w:pPr>
            <w:r w:rsidRPr="007A7D18">
              <w:rPr>
                <w:color w:val="1F2937"/>
                <w:sz w:val="18"/>
                <w:szCs w:val="24"/>
              </w:rPr>
              <w:t>Water-supply pumps</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4DEF940"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0CD109"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BBC165F" w14:textId="77777777" w:rsidR="009A62B6" w:rsidRPr="007A7D18" w:rsidRDefault="009A62B6">
            <w:pPr>
              <w:spacing w:after="0"/>
              <w:rPr>
                <w:sz w:val="18"/>
                <w:szCs w:val="24"/>
              </w:rPr>
            </w:pPr>
          </w:p>
        </w:tc>
      </w:tr>
      <w:tr w:rsidR="009A62B6" w:rsidRPr="007A7D18" w14:paraId="5EF3C0C0"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160A913" w14:textId="77777777" w:rsidR="009A62B6" w:rsidRPr="007A7D18" w:rsidRDefault="0010470F">
            <w:pPr>
              <w:spacing w:after="0"/>
              <w:rPr>
                <w:sz w:val="18"/>
                <w:szCs w:val="24"/>
              </w:rPr>
            </w:pPr>
            <w:r w:rsidRPr="007A7D18">
              <w:rPr>
                <w:b/>
                <w:color w:val="0B5D48"/>
                <w:sz w:val="18"/>
                <w:szCs w:val="24"/>
              </w:rPr>
              <w:t>7</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44301C9" w14:textId="77777777" w:rsidR="009A62B6" w:rsidRPr="007A7D18" w:rsidRDefault="0010470F">
            <w:pPr>
              <w:spacing w:after="0"/>
              <w:rPr>
                <w:sz w:val="18"/>
                <w:szCs w:val="24"/>
              </w:rPr>
            </w:pPr>
            <w:r w:rsidRPr="007A7D18">
              <w:rPr>
                <w:color w:val="1F2937"/>
                <w:sz w:val="18"/>
                <w:szCs w:val="24"/>
              </w:rPr>
              <w:t>Private septic / wastewater pumps</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9A86B97"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D3450B4"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B08E2DB" w14:textId="77777777" w:rsidR="009A62B6" w:rsidRPr="007A7D18" w:rsidRDefault="009A62B6">
            <w:pPr>
              <w:spacing w:after="0"/>
              <w:rPr>
                <w:sz w:val="18"/>
                <w:szCs w:val="24"/>
              </w:rPr>
            </w:pPr>
          </w:p>
        </w:tc>
      </w:tr>
      <w:tr w:rsidR="009A62B6" w:rsidRPr="007A7D18" w14:paraId="65887969"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83673BF" w14:textId="77777777" w:rsidR="009A62B6" w:rsidRPr="007A7D18" w:rsidRDefault="0010470F">
            <w:pPr>
              <w:spacing w:after="0"/>
              <w:rPr>
                <w:sz w:val="18"/>
                <w:szCs w:val="24"/>
              </w:rPr>
            </w:pPr>
            <w:r w:rsidRPr="007A7D18">
              <w:rPr>
                <w:b/>
                <w:color w:val="0B5D48"/>
                <w:sz w:val="18"/>
                <w:szCs w:val="24"/>
              </w:rPr>
              <w:t>8</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0332BC" w14:textId="77777777" w:rsidR="009A62B6" w:rsidRPr="007A7D18" w:rsidRDefault="0010470F">
            <w:pPr>
              <w:spacing w:after="0"/>
              <w:rPr>
                <w:sz w:val="18"/>
                <w:szCs w:val="24"/>
              </w:rPr>
            </w:pPr>
            <w:r w:rsidRPr="007A7D18">
              <w:rPr>
                <w:color w:val="1F2937"/>
                <w:sz w:val="18"/>
                <w:szCs w:val="24"/>
              </w:rPr>
              <w:t>Food preparation / dietary operations</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1BE5A05"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E90583F"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9627FA" w14:textId="77777777" w:rsidR="009A62B6" w:rsidRPr="007A7D18" w:rsidRDefault="009A62B6">
            <w:pPr>
              <w:spacing w:after="0"/>
              <w:rPr>
                <w:sz w:val="18"/>
                <w:szCs w:val="24"/>
              </w:rPr>
            </w:pPr>
          </w:p>
        </w:tc>
      </w:tr>
      <w:tr w:rsidR="009A62B6" w:rsidRPr="007A7D18" w14:paraId="558BBAE5"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FA697F2" w14:textId="77777777" w:rsidR="009A62B6" w:rsidRPr="007A7D18" w:rsidRDefault="0010470F">
            <w:pPr>
              <w:spacing w:after="0"/>
              <w:rPr>
                <w:sz w:val="18"/>
                <w:szCs w:val="24"/>
              </w:rPr>
            </w:pPr>
            <w:r w:rsidRPr="007A7D18">
              <w:rPr>
                <w:b/>
                <w:color w:val="0B5D48"/>
                <w:sz w:val="18"/>
                <w:szCs w:val="24"/>
              </w:rPr>
              <w:t>9</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52000D8" w14:textId="77777777" w:rsidR="009A62B6" w:rsidRPr="007A7D18" w:rsidRDefault="0010470F">
            <w:pPr>
              <w:spacing w:after="0"/>
              <w:rPr>
                <w:sz w:val="18"/>
                <w:szCs w:val="24"/>
              </w:rPr>
            </w:pPr>
            <w:r w:rsidRPr="007A7D18">
              <w:rPr>
                <w:color w:val="1F2937"/>
                <w:sz w:val="18"/>
                <w:szCs w:val="24"/>
              </w:rPr>
              <w:t>Life-support / oxygen / medical equipment</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7CD47D1"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94905C0"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16E7503" w14:textId="77777777" w:rsidR="009A62B6" w:rsidRPr="007A7D18" w:rsidRDefault="009A62B6">
            <w:pPr>
              <w:spacing w:after="0"/>
              <w:rPr>
                <w:sz w:val="18"/>
                <w:szCs w:val="24"/>
              </w:rPr>
            </w:pPr>
          </w:p>
        </w:tc>
      </w:tr>
      <w:tr w:rsidR="009A62B6" w:rsidRPr="007A7D18" w14:paraId="27272D76"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C8DD5FB" w14:textId="77777777" w:rsidR="009A62B6" w:rsidRPr="007A7D18" w:rsidRDefault="0010470F">
            <w:pPr>
              <w:spacing w:after="0"/>
              <w:rPr>
                <w:sz w:val="18"/>
                <w:szCs w:val="24"/>
              </w:rPr>
            </w:pPr>
            <w:r w:rsidRPr="007A7D18">
              <w:rPr>
                <w:b/>
                <w:color w:val="0B5D48"/>
                <w:sz w:val="18"/>
                <w:szCs w:val="24"/>
              </w:rPr>
              <w:t>10</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856E284" w14:textId="77777777" w:rsidR="009A62B6" w:rsidRPr="007A7D18" w:rsidRDefault="0010470F">
            <w:pPr>
              <w:spacing w:after="0"/>
              <w:rPr>
                <w:sz w:val="18"/>
                <w:szCs w:val="24"/>
              </w:rPr>
            </w:pPr>
            <w:r w:rsidRPr="007A7D18">
              <w:rPr>
                <w:color w:val="1F2937"/>
                <w:sz w:val="18"/>
                <w:szCs w:val="24"/>
              </w:rPr>
              <w:t>Medication / vaccine refrigeration</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3C9DD2"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87F6026"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99869FF" w14:textId="77777777" w:rsidR="009A62B6" w:rsidRPr="007A7D18" w:rsidRDefault="009A62B6">
            <w:pPr>
              <w:spacing w:after="0"/>
              <w:rPr>
                <w:sz w:val="18"/>
                <w:szCs w:val="24"/>
              </w:rPr>
            </w:pPr>
          </w:p>
        </w:tc>
      </w:tr>
      <w:tr w:rsidR="009A62B6" w:rsidRPr="007A7D18" w14:paraId="68D010B5"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507C8D5" w14:textId="77777777" w:rsidR="009A62B6" w:rsidRPr="007A7D18" w:rsidRDefault="0010470F">
            <w:pPr>
              <w:spacing w:after="0"/>
              <w:rPr>
                <w:sz w:val="18"/>
                <w:szCs w:val="24"/>
              </w:rPr>
            </w:pPr>
            <w:r w:rsidRPr="007A7D18">
              <w:rPr>
                <w:b/>
                <w:color w:val="0B5D48"/>
                <w:sz w:val="18"/>
                <w:szCs w:val="24"/>
              </w:rPr>
              <w:t>11</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6B0595D" w14:textId="77777777" w:rsidR="009A62B6" w:rsidRPr="007A7D18" w:rsidRDefault="0010470F">
            <w:pPr>
              <w:spacing w:after="0"/>
              <w:rPr>
                <w:sz w:val="18"/>
                <w:szCs w:val="24"/>
              </w:rPr>
            </w:pPr>
            <w:r w:rsidRPr="007A7D18">
              <w:rPr>
                <w:color w:val="1F2937"/>
                <w:sz w:val="18"/>
                <w:szCs w:val="24"/>
              </w:rPr>
              <w:t>Telephone / emergency communications</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661114A"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4E108D0"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81C17F5" w14:textId="77777777" w:rsidR="009A62B6" w:rsidRPr="007A7D18" w:rsidRDefault="009A62B6">
            <w:pPr>
              <w:spacing w:after="0"/>
              <w:rPr>
                <w:sz w:val="18"/>
                <w:szCs w:val="24"/>
              </w:rPr>
            </w:pPr>
          </w:p>
        </w:tc>
      </w:tr>
      <w:tr w:rsidR="009A62B6" w:rsidRPr="007A7D18" w14:paraId="53401F3D" w14:textId="77777777">
        <w:trPr>
          <w:trHeight w:val="390"/>
          <w:jc w:val="center"/>
        </w:trPr>
        <w:tc>
          <w:tcPr>
            <w:tcW w:w="936"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11DCF97" w14:textId="77777777" w:rsidR="009A62B6" w:rsidRPr="007A7D18" w:rsidRDefault="0010470F">
            <w:pPr>
              <w:spacing w:after="0"/>
              <w:rPr>
                <w:sz w:val="18"/>
                <w:szCs w:val="24"/>
              </w:rPr>
            </w:pPr>
            <w:r w:rsidRPr="007A7D18">
              <w:rPr>
                <w:b/>
                <w:color w:val="0B5D48"/>
                <w:sz w:val="18"/>
                <w:szCs w:val="24"/>
              </w:rPr>
              <w:t>12</w:t>
            </w:r>
          </w:p>
        </w:tc>
        <w:tc>
          <w:tcPr>
            <w:tcW w:w="374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FB1938B" w14:textId="77777777" w:rsidR="009A62B6" w:rsidRPr="007A7D18" w:rsidRDefault="0010470F">
            <w:pPr>
              <w:spacing w:after="0"/>
              <w:rPr>
                <w:sz w:val="18"/>
                <w:szCs w:val="24"/>
              </w:rPr>
            </w:pPr>
            <w:proofErr w:type="gramStart"/>
            <w:r w:rsidRPr="007A7D18">
              <w:rPr>
                <w:color w:val="1F2937"/>
                <w:sz w:val="18"/>
                <w:szCs w:val="24"/>
              </w:rPr>
              <w:t>Other</w:t>
            </w:r>
            <w:proofErr w:type="gramEnd"/>
            <w:r w:rsidRPr="007A7D18">
              <w:rPr>
                <w:color w:val="1F2937"/>
                <w:sz w:val="18"/>
                <w:szCs w:val="24"/>
              </w:rPr>
              <w:t xml:space="preserve"> facility-specific critical load</w:t>
            </w:r>
          </w:p>
        </w:tc>
        <w:tc>
          <w:tcPr>
            <w:tcW w:w="302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A762479" w14:textId="77777777" w:rsidR="009A62B6" w:rsidRPr="007A7D18" w:rsidRDefault="009A62B6">
            <w:pPr>
              <w:spacing w:after="0"/>
              <w:rPr>
                <w:sz w:val="18"/>
                <w:szCs w:val="24"/>
              </w:rPr>
            </w:pPr>
          </w:p>
        </w:tc>
        <w:tc>
          <w:tcPr>
            <w:tcW w:w="295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161FBCA" w14:textId="77777777" w:rsidR="009A62B6" w:rsidRPr="007A7D18" w:rsidRDefault="009A62B6">
            <w:pPr>
              <w:spacing w:after="0"/>
              <w:rPr>
                <w:sz w:val="18"/>
                <w:szCs w:val="24"/>
              </w:rPr>
            </w:pPr>
          </w:p>
        </w:tc>
        <w:tc>
          <w:tcPr>
            <w:tcW w:w="374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705594F" w14:textId="77777777" w:rsidR="009A62B6" w:rsidRPr="007A7D18" w:rsidRDefault="009A62B6">
            <w:pPr>
              <w:spacing w:after="0"/>
              <w:rPr>
                <w:sz w:val="18"/>
                <w:szCs w:val="24"/>
              </w:rPr>
            </w:pPr>
          </w:p>
        </w:tc>
      </w:tr>
    </w:tbl>
    <w:p w14:paraId="5DFB4472" w14:textId="77777777" w:rsidR="009A62B6" w:rsidRDefault="0010470F">
      <w:r>
        <w:br w:type="page"/>
      </w:r>
    </w:p>
    <w:p w14:paraId="0B7DA8BA" w14:textId="77777777" w:rsidR="009A62B6" w:rsidRDefault="0010470F">
      <w:pPr>
        <w:pBdr>
          <w:bottom w:val="single" w:sz="12" w:space="3" w:color="E24E1B"/>
        </w:pBdr>
        <w:spacing w:after="80"/>
      </w:pPr>
      <w:r>
        <w:rPr>
          <w:b/>
          <w:color w:val="0B5D48"/>
          <w:sz w:val="23"/>
        </w:rPr>
        <w:lastRenderedPageBreak/>
        <w:t>7. UTILITY FAILURE DECISION THRESHOLDS &amp; ACTIONS</w:t>
      </w:r>
    </w:p>
    <w:tbl>
      <w:tblPr>
        <w:tblW w:w="0" w:type="auto"/>
        <w:jc w:val="center"/>
        <w:tblLayout w:type="fixed"/>
        <w:tblLook w:val="04A0" w:firstRow="1" w:lastRow="0" w:firstColumn="1" w:lastColumn="0" w:noHBand="0" w:noVBand="1"/>
      </w:tblPr>
      <w:tblGrid>
        <w:gridCol w:w="2880"/>
        <w:gridCol w:w="3096"/>
        <w:gridCol w:w="3096"/>
        <w:gridCol w:w="2160"/>
        <w:gridCol w:w="3168"/>
      </w:tblGrid>
      <w:tr w:rsidR="009A62B6" w:rsidRPr="007A7D18" w14:paraId="1C053547" w14:textId="77777777">
        <w:trPr>
          <w:trHeight w:val="430"/>
          <w:tblHeader/>
          <w:jc w:val="center"/>
        </w:trPr>
        <w:tc>
          <w:tcPr>
            <w:tcW w:w="288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EBE9CD8" w14:textId="77777777" w:rsidR="009A62B6" w:rsidRPr="007A7D18" w:rsidRDefault="0010470F">
            <w:pPr>
              <w:spacing w:after="0"/>
              <w:rPr>
                <w:sz w:val="18"/>
                <w:szCs w:val="24"/>
              </w:rPr>
            </w:pPr>
            <w:r w:rsidRPr="007A7D18">
              <w:rPr>
                <w:b/>
                <w:color w:val="FFFFFF"/>
                <w:sz w:val="18"/>
                <w:szCs w:val="24"/>
              </w:rPr>
              <w:t>Failure / Condition</w:t>
            </w:r>
          </w:p>
        </w:tc>
        <w:tc>
          <w:tcPr>
            <w:tcW w:w="309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193E9EE" w14:textId="77777777" w:rsidR="009A62B6" w:rsidRPr="007A7D18" w:rsidRDefault="0010470F">
            <w:pPr>
              <w:spacing w:after="0"/>
              <w:rPr>
                <w:sz w:val="18"/>
                <w:szCs w:val="24"/>
              </w:rPr>
            </w:pPr>
            <w:r w:rsidRPr="007A7D18">
              <w:rPr>
                <w:b/>
                <w:color w:val="FFFFFF"/>
                <w:sz w:val="18"/>
                <w:szCs w:val="24"/>
              </w:rPr>
              <w:t>Monitor / Conservation Threshold</w:t>
            </w:r>
          </w:p>
        </w:tc>
        <w:tc>
          <w:tcPr>
            <w:tcW w:w="3096"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28212D2" w14:textId="77777777" w:rsidR="009A62B6" w:rsidRPr="007A7D18" w:rsidRDefault="0010470F">
            <w:pPr>
              <w:spacing w:after="0"/>
              <w:rPr>
                <w:sz w:val="18"/>
                <w:szCs w:val="24"/>
              </w:rPr>
            </w:pPr>
            <w:r w:rsidRPr="007A7D18">
              <w:rPr>
                <w:b/>
                <w:color w:val="FFFFFF"/>
                <w:sz w:val="18"/>
                <w:szCs w:val="24"/>
              </w:rPr>
              <w:t>Escalation / Relocation Threshold</w:t>
            </w:r>
          </w:p>
        </w:tc>
        <w:tc>
          <w:tcPr>
            <w:tcW w:w="216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1318E772" w14:textId="77777777" w:rsidR="009A62B6" w:rsidRPr="007A7D18" w:rsidRDefault="0010470F">
            <w:pPr>
              <w:spacing w:after="0"/>
              <w:rPr>
                <w:sz w:val="18"/>
                <w:szCs w:val="24"/>
              </w:rPr>
            </w:pPr>
            <w:r w:rsidRPr="007A7D18">
              <w:rPr>
                <w:b/>
                <w:color w:val="FFFFFF"/>
                <w:sz w:val="18"/>
                <w:szCs w:val="24"/>
              </w:rPr>
              <w:t>Decision Authority</w:t>
            </w:r>
          </w:p>
        </w:tc>
        <w:tc>
          <w:tcPr>
            <w:tcW w:w="316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3D73BC22" w14:textId="77777777" w:rsidR="009A62B6" w:rsidRPr="007A7D18" w:rsidRDefault="0010470F">
            <w:pPr>
              <w:spacing w:after="0"/>
              <w:rPr>
                <w:sz w:val="18"/>
                <w:szCs w:val="24"/>
              </w:rPr>
            </w:pPr>
            <w:r w:rsidRPr="007A7D18">
              <w:rPr>
                <w:b/>
                <w:color w:val="FFFFFF"/>
                <w:sz w:val="18"/>
                <w:szCs w:val="24"/>
              </w:rPr>
              <w:t>Immediate Actions / Notifications</w:t>
            </w:r>
          </w:p>
        </w:tc>
      </w:tr>
      <w:tr w:rsidR="009A62B6" w:rsidRPr="007A7D18" w14:paraId="4FADA443"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ED99EDE" w14:textId="77777777" w:rsidR="009A62B6" w:rsidRPr="007A7D18" w:rsidRDefault="0010470F">
            <w:pPr>
              <w:spacing w:after="0"/>
              <w:rPr>
                <w:sz w:val="18"/>
                <w:szCs w:val="24"/>
              </w:rPr>
            </w:pPr>
            <w:r w:rsidRPr="007A7D18">
              <w:rPr>
                <w:b/>
                <w:color w:val="0B5D48"/>
                <w:sz w:val="18"/>
                <w:szCs w:val="24"/>
              </w:rPr>
              <w:t>Loss of commercial power</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DB0555B"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0C7726F"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E7DAECA"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6A76A81" w14:textId="77777777" w:rsidR="009A62B6" w:rsidRPr="007A7D18" w:rsidRDefault="009A62B6">
            <w:pPr>
              <w:spacing w:after="0"/>
              <w:rPr>
                <w:sz w:val="18"/>
                <w:szCs w:val="24"/>
              </w:rPr>
            </w:pPr>
          </w:p>
        </w:tc>
      </w:tr>
      <w:tr w:rsidR="009A62B6" w:rsidRPr="007A7D18" w14:paraId="5DF7C3F7"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3839088" w14:textId="77777777" w:rsidR="009A62B6" w:rsidRPr="007A7D18" w:rsidRDefault="0010470F">
            <w:pPr>
              <w:spacing w:after="0"/>
              <w:rPr>
                <w:sz w:val="18"/>
                <w:szCs w:val="24"/>
              </w:rPr>
            </w:pPr>
            <w:r w:rsidRPr="007A7D18">
              <w:rPr>
                <w:b/>
                <w:color w:val="0B5D48"/>
                <w:sz w:val="18"/>
                <w:szCs w:val="24"/>
              </w:rPr>
              <w:t>Generator failure / reduced capacity</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94C8459"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77E4D76"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36E568D"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AFB18EC" w14:textId="77777777" w:rsidR="009A62B6" w:rsidRPr="007A7D18" w:rsidRDefault="009A62B6">
            <w:pPr>
              <w:spacing w:after="0"/>
              <w:rPr>
                <w:sz w:val="18"/>
                <w:szCs w:val="24"/>
              </w:rPr>
            </w:pPr>
          </w:p>
        </w:tc>
      </w:tr>
      <w:tr w:rsidR="009A62B6" w:rsidRPr="007A7D18" w14:paraId="15E303B6"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525B759" w14:textId="77777777" w:rsidR="009A62B6" w:rsidRPr="007A7D18" w:rsidRDefault="0010470F">
            <w:pPr>
              <w:spacing w:after="0"/>
              <w:rPr>
                <w:sz w:val="18"/>
                <w:szCs w:val="24"/>
              </w:rPr>
            </w:pPr>
            <w:r w:rsidRPr="007A7D18">
              <w:rPr>
                <w:b/>
                <w:color w:val="0B5D48"/>
                <w:sz w:val="18"/>
                <w:szCs w:val="24"/>
              </w:rPr>
              <w:t>Fuel below emergency threshold</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F771EE"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9DA6B76"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B5969F5"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042988D" w14:textId="77777777" w:rsidR="009A62B6" w:rsidRPr="007A7D18" w:rsidRDefault="009A62B6">
            <w:pPr>
              <w:spacing w:after="0"/>
              <w:rPr>
                <w:sz w:val="18"/>
                <w:szCs w:val="24"/>
              </w:rPr>
            </w:pPr>
          </w:p>
        </w:tc>
      </w:tr>
      <w:tr w:rsidR="009A62B6" w:rsidRPr="007A7D18" w14:paraId="1AAB5203"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1121038" w14:textId="77777777" w:rsidR="009A62B6" w:rsidRPr="007A7D18" w:rsidRDefault="0010470F">
            <w:pPr>
              <w:spacing w:after="0"/>
              <w:rPr>
                <w:sz w:val="18"/>
                <w:szCs w:val="24"/>
              </w:rPr>
            </w:pPr>
            <w:r w:rsidRPr="007A7D18">
              <w:rPr>
                <w:b/>
                <w:color w:val="0B5D48"/>
                <w:sz w:val="18"/>
                <w:szCs w:val="24"/>
              </w:rPr>
              <w:t>Loss of heat / unsafe temperature</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D0517E7"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772E9FB"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E874623"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69A5B3E" w14:textId="77777777" w:rsidR="009A62B6" w:rsidRPr="007A7D18" w:rsidRDefault="009A62B6">
            <w:pPr>
              <w:spacing w:after="0"/>
              <w:rPr>
                <w:sz w:val="18"/>
                <w:szCs w:val="24"/>
              </w:rPr>
            </w:pPr>
          </w:p>
        </w:tc>
      </w:tr>
      <w:tr w:rsidR="009A62B6" w:rsidRPr="007A7D18" w14:paraId="3E050564"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975F390" w14:textId="77777777" w:rsidR="009A62B6" w:rsidRPr="007A7D18" w:rsidRDefault="0010470F">
            <w:pPr>
              <w:spacing w:after="0"/>
              <w:rPr>
                <w:sz w:val="18"/>
                <w:szCs w:val="24"/>
              </w:rPr>
            </w:pPr>
            <w:r w:rsidRPr="007A7D18">
              <w:rPr>
                <w:b/>
                <w:color w:val="0B5D48"/>
                <w:sz w:val="18"/>
                <w:szCs w:val="24"/>
              </w:rPr>
              <w:t>Loss of potable water</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0DB72C"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39075A"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0DBBE9E"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92C92B4" w14:textId="77777777" w:rsidR="009A62B6" w:rsidRPr="007A7D18" w:rsidRDefault="009A62B6">
            <w:pPr>
              <w:spacing w:after="0"/>
              <w:rPr>
                <w:sz w:val="18"/>
                <w:szCs w:val="24"/>
              </w:rPr>
            </w:pPr>
          </w:p>
        </w:tc>
      </w:tr>
      <w:tr w:rsidR="009A62B6" w:rsidRPr="007A7D18" w14:paraId="1D8C28B5"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1ACACDC" w14:textId="77777777" w:rsidR="009A62B6" w:rsidRPr="007A7D18" w:rsidRDefault="0010470F">
            <w:pPr>
              <w:spacing w:after="0"/>
              <w:rPr>
                <w:sz w:val="18"/>
                <w:szCs w:val="24"/>
              </w:rPr>
            </w:pPr>
            <w:r w:rsidRPr="007A7D18">
              <w:rPr>
                <w:b/>
                <w:color w:val="0B5D48"/>
                <w:sz w:val="18"/>
                <w:szCs w:val="24"/>
              </w:rPr>
              <w:t>Wastewater / septic failure</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8706477"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CAFC53"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83EE6D9"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02B05D9" w14:textId="77777777" w:rsidR="009A62B6" w:rsidRPr="007A7D18" w:rsidRDefault="009A62B6">
            <w:pPr>
              <w:spacing w:after="0"/>
              <w:rPr>
                <w:sz w:val="18"/>
                <w:szCs w:val="24"/>
              </w:rPr>
            </w:pPr>
          </w:p>
        </w:tc>
      </w:tr>
      <w:tr w:rsidR="009A62B6" w:rsidRPr="007A7D18" w14:paraId="1311A1AE"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502572F" w14:textId="77777777" w:rsidR="009A62B6" w:rsidRPr="007A7D18" w:rsidRDefault="0010470F">
            <w:pPr>
              <w:spacing w:after="0"/>
              <w:rPr>
                <w:sz w:val="18"/>
                <w:szCs w:val="24"/>
              </w:rPr>
            </w:pPr>
            <w:r w:rsidRPr="007A7D18">
              <w:rPr>
                <w:b/>
                <w:color w:val="0B5D48"/>
                <w:sz w:val="18"/>
                <w:szCs w:val="24"/>
              </w:rPr>
              <w:t>Oxygen / medical gas interruption</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5D77F16"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733671B"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A0730CE"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0E818F0" w14:textId="77777777" w:rsidR="009A62B6" w:rsidRPr="007A7D18" w:rsidRDefault="009A62B6">
            <w:pPr>
              <w:spacing w:after="0"/>
              <w:rPr>
                <w:sz w:val="18"/>
                <w:szCs w:val="24"/>
              </w:rPr>
            </w:pPr>
          </w:p>
        </w:tc>
      </w:tr>
      <w:tr w:rsidR="009A62B6" w:rsidRPr="007A7D18" w14:paraId="3A2D0CBF"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267458AB" w14:textId="77777777" w:rsidR="009A62B6" w:rsidRPr="007A7D18" w:rsidRDefault="0010470F">
            <w:pPr>
              <w:spacing w:after="0"/>
              <w:rPr>
                <w:sz w:val="18"/>
                <w:szCs w:val="24"/>
              </w:rPr>
            </w:pPr>
            <w:r w:rsidRPr="007A7D18">
              <w:rPr>
                <w:b/>
                <w:color w:val="0B5D48"/>
                <w:sz w:val="18"/>
                <w:szCs w:val="24"/>
              </w:rPr>
              <w:t>Nurse call / communications failure</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7A6466"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A6A7372"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0DBC6D1"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A66F0B4" w14:textId="77777777" w:rsidR="009A62B6" w:rsidRPr="007A7D18" w:rsidRDefault="009A62B6">
            <w:pPr>
              <w:spacing w:after="0"/>
              <w:rPr>
                <w:sz w:val="18"/>
                <w:szCs w:val="24"/>
              </w:rPr>
            </w:pPr>
          </w:p>
        </w:tc>
      </w:tr>
      <w:tr w:rsidR="009A62B6" w:rsidRPr="007A7D18" w14:paraId="2DCA9CA0"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D4ECFAE" w14:textId="77777777" w:rsidR="009A62B6" w:rsidRPr="007A7D18" w:rsidRDefault="0010470F">
            <w:pPr>
              <w:spacing w:after="0"/>
              <w:rPr>
                <w:sz w:val="18"/>
                <w:szCs w:val="24"/>
              </w:rPr>
            </w:pPr>
            <w:r w:rsidRPr="007A7D18">
              <w:rPr>
                <w:b/>
                <w:color w:val="0B5D48"/>
                <w:sz w:val="18"/>
                <w:szCs w:val="24"/>
              </w:rPr>
              <w:t>Medication / food refrigeration failure</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3822D51"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4112D81"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0B86BB"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F3C77BE" w14:textId="77777777" w:rsidR="009A62B6" w:rsidRPr="007A7D18" w:rsidRDefault="009A62B6">
            <w:pPr>
              <w:spacing w:after="0"/>
              <w:rPr>
                <w:sz w:val="18"/>
                <w:szCs w:val="24"/>
              </w:rPr>
            </w:pPr>
          </w:p>
        </w:tc>
      </w:tr>
      <w:tr w:rsidR="009A62B6" w:rsidRPr="007A7D18" w14:paraId="3EA75155" w14:textId="77777777">
        <w:trPr>
          <w:trHeight w:val="430"/>
          <w:jc w:val="center"/>
        </w:trPr>
        <w:tc>
          <w:tcPr>
            <w:tcW w:w="2880"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0E76F7B" w14:textId="77777777" w:rsidR="009A62B6" w:rsidRPr="007A7D18" w:rsidRDefault="0010470F">
            <w:pPr>
              <w:spacing w:after="0"/>
              <w:rPr>
                <w:sz w:val="18"/>
                <w:szCs w:val="24"/>
              </w:rPr>
            </w:pPr>
            <w:r w:rsidRPr="007A7D18">
              <w:rPr>
                <w:b/>
                <w:color w:val="0B5D48"/>
                <w:sz w:val="18"/>
                <w:szCs w:val="24"/>
              </w:rPr>
              <w:t>Prolonged elevator / mobility system outage</w:t>
            </w: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9AC94DA" w14:textId="77777777" w:rsidR="009A62B6" w:rsidRPr="007A7D18" w:rsidRDefault="009A62B6">
            <w:pPr>
              <w:spacing w:after="0"/>
              <w:rPr>
                <w:sz w:val="18"/>
                <w:szCs w:val="24"/>
              </w:rPr>
            </w:pPr>
          </w:p>
        </w:tc>
        <w:tc>
          <w:tcPr>
            <w:tcW w:w="3096"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CD760DC" w14:textId="77777777" w:rsidR="009A62B6" w:rsidRPr="007A7D18" w:rsidRDefault="009A62B6">
            <w:pPr>
              <w:spacing w:after="0"/>
              <w:rPr>
                <w:sz w:val="18"/>
                <w:szCs w:val="24"/>
              </w:rPr>
            </w:pPr>
          </w:p>
        </w:tc>
        <w:tc>
          <w:tcPr>
            <w:tcW w:w="216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ABC6D0" w14:textId="77777777" w:rsidR="009A62B6" w:rsidRPr="007A7D18" w:rsidRDefault="009A62B6">
            <w:pPr>
              <w:spacing w:after="0"/>
              <w:rPr>
                <w:sz w:val="18"/>
                <w:szCs w:val="24"/>
              </w:rPr>
            </w:pP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1F7132C" w14:textId="77777777" w:rsidR="009A62B6" w:rsidRPr="007A7D18" w:rsidRDefault="009A62B6">
            <w:pPr>
              <w:spacing w:after="0"/>
              <w:rPr>
                <w:sz w:val="18"/>
                <w:szCs w:val="24"/>
              </w:rPr>
            </w:pPr>
          </w:p>
        </w:tc>
      </w:tr>
    </w:tbl>
    <w:p w14:paraId="33E7F542" w14:textId="77777777" w:rsidR="009A62B6" w:rsidRDefault="0010470F">
      <w:pPr>
        <w:pBdr>
          <w:bottom w:val="single" w:sz="12" w:space="3" w:color="E24E1B"/>
        </w:pBdr>
        <w:spacing w:after="80"/>
      </w:pPr>
      <w:r>
        <w:rPr>
          <w:b/>
          <w:color w:val="0B5D48"/>
          <w:sz w:val="23"/>
        </w:rPr>
        <w:t>DECISION FACTORS</w:t>
      </w:r>
    </w:p>
    <w:p w14:paraId="64B8B479" w14:textId="77777777" w:rsidR="009A62B6" w:rsidRPr="007A7D18" w:rsidRDefault="0010470F">
      <w:pPr>
        <w:pStyle w:val="ListBullet"/>
        <w:spacing w:after="20"/>
        <w:ind w:left="259" w:hanging="115"/>
        <w:rPr>
          <w:sz w:val="20"/>
          <w:szCs w:val="28"/>
        </w:rPr>
      </w:pPr>
      <w:r w:rsidRPr="007A7D18">
        <w:rPr>
          <w:color w:val="1F2937"/>
          <w:sz w:val="18"/>
          <w:szCs w:val="28"/>
        </w:rPr>
        <w:t>Resident acuity and dependency on heat, oxygen, electricity, refrigeration, lifts, nurse call, or other critical systems.</w:t>
      </w:r>
    </w:p>
    <w:p w14:paraId="1CF07B72" w14:textId="77777777" w:rsidR="009A62B6" w:rsidRPr="007A7D18" w:rsidRDefault="0010470F">
      <w:pPr>
        <w:pStyle w:val="ListBullet"/>
        <w:spacing w:after="20"/>
        <w:ind w:left="259" w:hanging="115"/>
        <w:rPr>
          <w:sz w:val="20"/>
          <w:szCs w:val="28"/>
        </w:rPr>
      </w:pPr>
      <w:r w:rsidRPr="007A7D18">
        <w:rPr>
          <w:color w:val="1F2937"/>
          <w:sz w:val="18"/>
          <w:szCs w:val="28"/>
        </w:rPr>
        <w:t>Estimated outage duration versus generator runtime, fuel resupply, water, oxygen, staffing, transportation, and receiving-facility availability.</w:t>
      </w:r>
    </w:p>
    <w:p w14:paraId="50BC970F" w14:textId="77777777" w:rsidR="009A62B6" w:rsidRPr="007A7D18" w:rsidRDefault="0010470F">
      <w:pPr>
        <w:pStyle w:val="ListBullet"/>
        <w:spacing w:after="20"/>
        <w:ind w:left="259" w:hanging="115"/>
        <w:rPr>
          <w:sz w:val="20"/>
          <w:szCs w:val="28"/>
        </w:rPr>
      </w:pPr>
      <w:r w:rsidRPr="007A7D18">
        <w:rPr>
          <w:color w:val="1F2937"/>
          <w:sz w:val="18"/>
          <w:szCs w:val="28"/>
        </w:rPr>
        <w:t>Ability to maintain safe temperatures, fire/life-safety systems, sanitation, medications, food/hydration, infection control, and essential resident care.</w:t>
      </w:r>
    </w:p>
    <w:p w14:paraId="6DFC01B3" w14:textId="77777777" w:rsidR="009A62B6" w:rsidRPr="007A7D18" w:rsidRDefault="0010470F">
      <w:pPr>
        <w:pStyle w:val="ListBullet"/>
        <w:spacing w:after="20"/>
        <w:ind w:left="259" w:hanging="115"/>
        <w:rPr>
          <w:sz w:val="20"/>
          <w:szCs w:val="28"/>
        </w:rPr>
      </w:pPr>
      <w:r w:rsidRPr="007A7D18">
        <w:rPr>
          <w:color w:val="1F2937"/>
          <w:sz w:val="18"/>
          <w:szCs w:val="28"/>
        </w:rPr>
        <w:t>Local emergency conditions, utility/vendor restoration estimates, and direction from public safety, emergency management, Maine DLC, or other authorities as applicable.</w:t>
      </w:r>
    </w:p>
    <w:p w14:paraId="77DA1567" w14:textId="77777777" w:rsidR="009A62B6" w:rsidRPr="007A7D18" w:rsidRDefault="0010470F">
      <w:pPr>
        <w:rPr>
          <w:sz w:val="20"/>
          <w:szCs w:val="28"/>
        </w:rPr>
      </w:pPr>
      <w:r w:rsidRPr="007A7D18">
        <w:rPr>
          <w:sz w:val="20"/>
          <w:szCs w:val="28"/>
        </w:rPr>
        <w:br w:type="page"/>
      </w:r>
    </w:p>
    <w:p w14:paraId="0474077C" w14:textId="77777777" w:rsidR="009A62B6" w:rsidRDefault="0010470F">
      <w:pPr>
        <w:pBdr>
          <w:bottom w:val="single" w:sz="12" w:space="3" w:color="E24E1B"/>
        </w:pBdr>
        <w:spacing w:after="80"/>
      </w:pPr>
      <w:r>
        <w:rPr>
          <w:b/>
          <w:color w:val="0B5D48"/>
          <w:sz w:val="23"/>
        </w:rPr>
        <w:lastRenderedPageBreak/>
        <w:t>8. OUTAGE RESPONSE / RESTORATION CHECK</w:t>
      </w:r>
    </w:p>
    <w:tbl>
      <w:tblPr>
        <w:tblW w:w="0" w:type="auto"/>
        <w:jc w:val="center"/>
        <w:tblLayout w:type="fixed"/>
        <w:tblLook w:val="04A0" w:firstRow="1" w:lastRow="0" w:firstColumn="1" w:lastColumn="0" w:noHBand="0" w:noVBand="1"/>
      </w:tblPr>
      <w:tblGrid>
        <w:gridCol w:w="792"/>
        <w:gridCol w:w="13607"/>
      </w:tblGrid>
      <w:tr w:rsidR="009A62B6" w:rsidRPr="007A7D18" w14:paraId="1C62F7DC" w14:textId="77777777">
        <w:trPr>
          <w:trHeight w:val="430"/>
          <w:tblHeader/>
          <w:jc w:val="center"/>
        </w:trPr>
        <w:tc>
          <w:tcPr>
            <w:tcW w:w="792"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24FC549" w14:textId="77777777" w:rsidR="009A62B6" w:rsidRPr="007A7D18" w:rsidRDefault="009A62B6">
            <w:pPr>
              <w:spacing w:after="0"/>
              <w:rPr>
                <w:sz w:val="18"/>
                <w:szCs w:val="24"/>
              </w:rPr>
            </w:pPr>
          </w:p>
        </w:tc>
        <w:tc>
          <w:tcPr>
            <w:tcW w:w="13607"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795065EC" w14:textId="77777777" w:rsidR="009A62B6" w:rsidRPr="007A7D18" w:rsidRDefault="0010470F">
            <w:pPr>
              <w:spacing w:after="0"/>
              <w:rPr>
                <w:sz w:val="18"/>
                <w:szCs w:val="24"/>
              </w:rPr>
            </w:pPr>
            <w:r w:rsidRPr="007A7D18">
              <w:rPr>
                <w:b/>
                <w:color w:val="FFFFFF"/>
                <w:sz w:val="18"/>
                <w:szCs w:val="24"/>
              </w:rPr>
              <w:t>Response / Restoration Action</w:t>
            </w:r>
          </w:p>
        </w:tc>
      </w:tr>
      <w:tr w:rsidR="009A62B6" w:rsidRPr="007A7D18" w14:paraId="4E0DF1BA"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BCB86C5"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9FDF0DB" w14:textId="77777777" w:rsidR="009A62B6" w:rsidRPr="007A7D18" w:rsidRDefault="0010470F">
            <w:pPr>
              <w:spacing w:after="0"/>
              <w:rPr>
                <w:sz w:val="18"/>
                <w:szCs w:val="24"/>
              </w:rPr>
            </w:pPr>
            <w:r w:rsidRPr="007A7D18">
              <w:rPr>
                <w:color w:val="1F2937"/>
                <w:sz w:val="18"/>
                <w:szCs w:val="24"/>
              </w:rPr>
              <w:t>Confirm outage scope and immediate resident / life-safety risks.</w:t>
            </w:r>
          </w:p>
        </w:tc>
      </w:tr>
      <w:tr w:rsidR="009A62B6" w:rsidRPr="007A7D18" w14:paraId="23C19105"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7FF4331"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6C16160" w14:textId="77777777" w:rsidR="009A62B6" w:rsidRPr="007A7D18" w:rsidRDefault="0010470F">
            <w:pPr>
              <w:spacing w:after="0"/>
              <w:rPr>
                <w:sz w:val="18"/>
                <w:szCs w:val="24"/>
              </w:rPr>
            </w:pPr>
            <w:r w:rsidRPr="007A7D18">
              <w:rPr>
                <w:color w:val="1F2937"/>
                <w:sz w:val="18"/>
                <w:szCs w:val="24"/>
              </w:rPr>
              <w:t>Activate emergency power or utility contingency procedures as applicable.</w:t>
            </w:r>
          </w:p>
        </w:tc>
      </w:tr>
      <w:tr w:rsidR="009A62B6" w:rsidRPr="007A7D18" w14:paraId="1796033D"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3E52AEE"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ACDC8E" w14:textId="77777777" w:rsidR="009A62B6" w:rsidRPr="007A7D18" w:rsidRDefault="0010470F">
            <w:pPr>
              <w:spacing w:after="0"/>
              <w:rPr>
                <w:sz w:val="18"/>
                <w:szCs w:val="24"/>
              </w:rPr>
            </w:pPr>
            <w:r w:rsidRPr="007A7D18">
              <w:rPr>
                <w:color w:val="1F2937"/>
                <w:sz w:val="18"/>
                <w:szCs w:val="24"/>
              </w:rPr>
              <w:t>Confirm fire alarm, emergency lighting, nurse call, required heat, water/septic pumps, communications, and other applicable essential services are supported.</w:t>
            </w:r>
          </w:p>
        </w:tc>
      </w:tr>
      <w:tr w:rsidR="009A62B6" w:rsidRPr="007A7D18" w14:paraId="72E50B3A"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106F1DB"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2794F54" w14:textId="77777777" w:rsidR="009A62B6" w:rsidRPr="007A7D18" w:rsidRDefault="0010470F">
            <w:pPr>
              <w:spacing w:after="0"/>
              <w:rPr>
                <w:sz w:val="18"/>
                <w:szCs w:val="24"/>
              </w:rPr>
            </w:pPr>
            <w:r w:rsidRPr="007A7D18">
              <w:rPr>
                <w:color w:val="1F2937"/>
                <w:sz w:val="18"/>
                <w:szCs w:val="24"/>
              </w:rPr>
              <w:t>Identify residents whose care depends on electricity, oxygen/medical gas, refrigeration, powered mobility equipment, or other affected systems.</w:t>
            </w:r>
          </w:p>
        </w:tc>
      </w:tr>
      <w:tr w:rsidR="009A62B6" w:rsidRPr="007A7D18" w14:paraId="5A4A2316"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7EC955F"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A2B4D88" w14:textId="77777777" w:rsidR="009A62B6" w:rsidRPr="007A7D18" w:rsidRDefault="0010470F">
            <w:pPr>
              <w:spacing w:after="0"/>
              <w:rPr>
                <w:sz w:val="18"/>
                <w:szCs w:val="24"/>
              </w:rPr>
            </w:pPr>
            <w:r w:rsidRPr="007A7D18">
              <w:rPr>
                <w:color w:val="1F2937"/>
                <w:sz w:val="18"/>
                <w:szCs w:val="24"/>
              </w:rPr>
              <w:t>Initiate enhanced rounding / manual monitoring when nurse-call, alarm, EHR, communications, or other systems are degraded.</w:t>
            </w:r>
          </w:p>
        </w:tc>
      </w:tr>
      <w:tr w:rsidR="009A62B6" w:rsidRPr="007A7D18" w14:paraId="231ABA66"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6930E42C"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3AE5C61" w14:textId="77777777" w:rsidR="009A62B6" w:rsidRPr="007A7D18" w:rsidRDefault="0010470F">
            <w:pPr>
              <w:spacing w:after="0"/>
              <w:rPr>
                <w:sz w:val="18"/>
                <w:szCs w:val="24"/>
              </w:rPr>
            </w:pPr>
            <w:r w:rsidRPr="007A7D18">
              <w:rPr>
                <w:color w:val="1F2937"/>
                <w:sz w:val="18"/>
                <w:szCs w:val="24"/>
              </w:rPr>
              <w:t>Notify leadership, nursing, facilities, affected departments, utilities/vendors, and external partners as needed.</w:t>
            </w:r>
          </w:p>
        </w:tc>
      </w:tr>
      <w:tr w:rsidR="009A62B6" w:rsidRPr="007A7D18" w14:paraId="06B06F08"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36DA7A1"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0C4BDC1" w14:textId="77777777" w:rsidR="009A62B6" w:rsidRPr="007A7D18" w:rsidRDefault="0010470F">
            <w:pPr>
              <w:spacing w:after="0"/>
              <w:rPr>
                <w:sz w:val="18"/>
                <w:szCs w:val="24"/>
              </w:rPr>
            </w:pPr>
            <w:r w:rsidRPr="007A7D18">
              <w:rPr>
                <w:color w:val="1F2937"/>
                <w:sz w:val="18"/>
                <w:szCs w:val="24"/>
              </w:rPr>
              <w:t>Track generator fuel, water, oxygen/gas, batteries/UPS, refrigeration temperatures, and other time-limited resources.</w:t>
            </w:r>
          </w:p>
        </w:tc>
      </w:tr>
      <w:tr w:rsidR="009A62B6" w:rsidRPr="007A7D18" w14:paraId="34B65692"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9A0382F"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2983858" w14:textId="77777777" w:rsidR="009A62B6" w:rsidRPr="007A7D18" w:rsidRDefault="0010470F">
            <w:pPr>
              <w:spacing w:after="0"/>
              <w:rPr>
                <w:sz w:val="18"/>
                <w:szCs w:val="24"/>
              </w:rPr>
            </w:pPr>
            <w:r w:rsidRPr="007A7D18">
              <w:rPr>
                <w:color w:val="1F2937"/>
                <w:sz w:val="18"/>
                <w:szCs w:val="24"/>
              </w:rPr>
              <w:t>Implement conservation, alternate-care, internal relocation, transfer, evacuation, or service-reduction strategies when thresholds are reached.</w:t>
            </w:r>
          </w:p>
        </w:tc>
      </w:tr>
      <w:tr w:rsidR="009A62B6" w:rsidRPr="007A7D18" w14:paraId="3D0CDE3B"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223E745"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66C1FCD" w14:textId="77777777" w:rsidR="009A62B6" w:rsidRPr="007A7D18" w:rsidRDefault="0010470F">
            <w:pPr>
              <w:spacing w:after="0"/>
              <w:rPr>
                <w:sz w:val="18"/>
                <w:szCs w:val="24"/>
              </w:rPr>
            </w:pPr>
            <w:r w:rsidRPr="007A7D18">
              <w:rPr>
                <w:color w:val="1F2937"/>
                <w:sz w:val="18"/>
                <w:szCs w:val="24"/>
              </w:rPr>
              <w:t>Document operational decisions, resident movement, vendor contacts, work orders, and significant system status changes.</w:t>
            </w:r>
          </w:p>
        </w:tc>
      </w:tr>
      <w:tr w:rsidR="009A62B6" w:rsidRPr="007A7D18" w14:paraId="277D2E4B" w14:textId="77777777">
        <w:trPr>
          <w:trHeight w:val="365"/>
          <w:jc w:val="center"/>
        </w:trPr>
        <w:tc>
          <w:tcPr>
            <w:tcW w:w="792"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1B64059" w14:textId="77777777" w:rsidR="009A62B6" w:rsidRPr="007A7D18" w:rsidRDefault="0010470F">
            <w:pPr>
              <w:spacing w:after="0"/>
              <w:rPr>
                <w:sz w:val="18"/>
                <w:szCs w:val="24"/>
              </w:rPr>
            </w:pPr>
            <w:r w:rsidRPr="007A7D18">
              <w:rPr>
                <w:b/>
                <w:color w:val="0B5D48"/>
                <w:sz w:val="18"/>
                <w:szCs w:val="24"/>
              </w:rPr>
              <w:t>☐</w:t>
            </w:r>
          </w:p>
        </w:tc>
        <w:tc>
          <w:tcPr>
            <w:tcW w:w="13607"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CF51AD" w14:textId="77777777" w:rsidR="009A62B6" w:rsidRPr="007A7D18" w:rsidRDefault="0010470F">
            <w:pPr>
              <w:spacing w:after="0"/>
              <w:rPr>
                <w:sz w:val="18"/>
                <w:szCs w:val="24"/>
              </w:rPr>
            </w:pPr>
            <w:r w:rsidRPr="007A7D18">
              <w:rPr>
                <w:color w:val="1F2937"/>
                <w:sz w:val="18"/>
                <w:szCs w:val="24"/>
              </w:rPr>
              <w:t>After restoration, test affected systems, reconcile downtime records, verify safe temperatures/clinical systems, and authorize return to normal operations.</w:t>
            </w:r>
          </w:p>
        </w:tc>
      </w:tr>
    </w:tbl>
    <w:p w14:paraId="0FFD157C" w14:textId="77777777" w:rsidR="007A7D18" w:rsidRDefault="007A7D18">
      <w:pPr>
        <w:pBdr>
          <w:bottom w:val="single" w:sz="12" w:space="3" w:color="E24E1B"/>
        </w:pBdr>
        <w:spacing w:after="80"/>
        <w:rPr>
          <w:b/>
          <w:color w:val="0B5D48"/>
          <w:sz w:val="23"/>
        </w:rPr>
      </w:pPr>
    </w:p>
    <w:p w14:paraId="2E9206C1" w14:textId="77777777" w:rsidR="007A7D18" w:rsidRDefault="007A7D18">
      <w:pPr>
        <w:pBdr>
          <w:bottom w:val="single" w:sz="12" w:space="3" w:color="E24E1B"/>
        </w:pBdr>
        <w:spacing w:after="80"/>
        <w:rPr>
          <w:b/>
          <w:color w:val="0B5D48"/>
          <w:sz w:val="23"/>
        </w:rPr>
      </w:pPr>
    </w:p>
    <w:p w14:paraId="0355047A" w14:textId="77777777" w:rsidR="007A7D18" w:rsidRDefault="007A7D18">
      <w:pPr>
        <w:pBdr>
          <w:bottom w:val="single" w:sz="12" w:space="3" w:color="E24E1B"/>
        </w:pBdr>
        <w:spacing w:after="80"/>
        <w:rPr>
          <w:b/>
          <w:color w:val="0B5D48"/>
          <w:sz w:val="23"/>
        </w:rPr>
      </w:pPr>
    </w:p>
    <w:p w14:paraId="69C7D4C9" w14:textId="77777777" w:rsidR="007A7D18" w:rsidRDefault="007A7D18">
      <w:pPr>
        <w:pBdr>
          <w:bottom w:val="single" w:sz="12" w:space="3" w:color="E24E1B"/>
        </w:pBdr>
        <w:spacing w:after="80"/>
        <w:rPr>
          <w:b/>
          <w:color w:val="0B5D48"/>
          <w:sz w:val="23"/>
        </w:rPr>
      </w:pPr>
    </w:p>
    <w:p w14:paraId="1EF473B6" w14:textId="77777777" w:rsidR="007A7D18" w:rsidRDefault="007A7D18">
      <w:pPr>
        <w:pBdr>
          <w:bottom w:val="single" w:sz="12" w:space="3" w:color="E24E1B"/>
        </w:pBdr>
        <w:spacing w:after="80"/>
        <w:rPr>
          <w:b/>
          <w:color w:val="0B5D48"/>
          <w:sz w:val="23"/>
        </w:rPr>
      </w:pPr>
    </w:p>
    <w:p w14:paraId="004E2107" w14:textId="77777777" w:rsidR="007A7D18" w:rsidRDefault="007A7D18">
      <w:pPr>
        <w:pBdr>
          <w:bottom w:val="single" w:sz="12" w:space="3" w:color="E24E1B"/>
        </w:pBdr>
        <w:spacing w:after="80"/>
        <w:rPr>
          <w:b/>
          <w:color w:val="0B5D48"/>
          <w:sz w:val="23"/>
        </w:rPr>
      </w:pPr>
    </w:p>
    <w:p w14:paraId="01DA162B" w14:textId="77777777" w:rsidR="007A7D18" w:rsidRDefault="007A7D18">
      <w:pPr>
        <w:pBdr>
          <w:bottom w:val="single" w:sz="12" w:space="3" w:color="E24E1B"/>
        </w:pBdr>
        <w:spacing w:after="80"/>
        <w:rPr>
          <w:b/>
          <w:color w:val="0B5D48"/>
          <w:sz w:val="23"/>
        </w:rPr>
      </w:pPr>
    </w:p>
    <w:p w14:paraId="2B01B07B" w14:textId="77777777" w:rsidR="007A7D18" w:rsidRDefault="007A7D18">
      <w:pPr>
        <w:pBdr>
          <w:bottom w:val="single" w:sz="12" w:space="3" w:color="E24E1B"/>
        </w:pBdr>
        <w:spacing w:after="80"/>
        <w:rPr>
          <w:b/>
          <w:color w:val="0B5D48"/>
          <w:sz w:val="23"/>
        </w:rPr>
      </w:pPr>
    </w:p>
    <w:p w14:paraId="69244FE2" w14:textId="77777777" w:rsidR="007A7D18" w:rsidRDefault="007A7D18">
      <w:pPr>
        <w:pBdr>
          <w:bottom w:val="single" w:sz="12" w:space="3" w:color="E24E1B"/>
        </w:pBdr>
        <w:spacing w:after="80"/>
        <w:rPr>
          <w:b/>
          <w:color w:val="0B5D48"/>
          <w:sz w:val="23"/>
        </w:rPr>
      </w:pPr>
    </w:p>
    <w:p w14:paraId="37EBE86E" w14:textId="77777777" w:rsidR="007A7D18" w:rsidRDefault="007A7D18">
      <w:pPr>
        <w:pBdr>
          <w:bottom w:val="single" w:sz="12" w:space="3" w:color="E24E1B"/>
        </w:pBdr>
        <w:spacing w:after="80"/>
        <w:rPr>
          <w:b/>
          <w:color w:val="0B5D48"/>
          <w:sz w:val="23"/>
        </w:rPr>
      </w:pPr>
    </w:p>
    <w:p w14:paraId="7820E818" w14:textId="77777777" w:rsidR="007A7D18" w:rsidRDefault="007A7D18">
      <w:pPr>
        <w:pBdr>
          <w:bottom w:val="single" w:sz="12" w:space="3" w:color="E24E1B"/>
        </w:pBdr>
        <w:spacing w:after="80"/>
        <w:rPr>
          <w:b/>
          <w:color w:val="0B5D48"/>
          <w:sz w:val="23"/>
        </w:rPr>
      </w:pPr>
    </w:p>
    <w:p w14:paraId="1864B7D5" w14:textId="77777777" w:rsidR="007A7D18" w:rsidRDefault="007A7D18">
      <w:pPr>
        <w:pBdr>
          <w:bottom w:val="single" w:sz="12" w:space="3" w:color="E24E1B"/>
        </w:pBdr>
        <w:spacing w:after="80"/>
        <w:rPr>
          <w:b/>
          <w:color w:val="0B5D48"/>
          <w:sz w:val="23"/>
        </w:rPr>
      </w:pPr>
    </w:p>
    <w:p w14:paraId="0865C1ED" w14:textId="2174C98C" w:rsidR="009A62B6" w:rsidRDefault="0010470F">
      <w:pPr>
        <w:pBdr>
          <w:bottom w:val="single" w:sz="12" w:space="3" w:color="E24E1B"/>
        </w:pBdr>
        <w:spacing w:after="80"/>
      </w:pPr>
      <w:r>
        <w:rPr>
          <w:b/>
          <w:color w:val="0B5D48"/>
          <w:sz w:val="23"/>
        </w:rPr>
        <w:lastRenderedPageBreak/>
        <w:t>RESTORATION / VERIFICATION LOG</w:t>
      </w:r>
    </w:p>
    <w:tbl>
      <w:tblPr>
        <w:tblW w:w="0" w:type="auto"/>
        <w:jc w:val="center"/>
        <w:tblLayout w:type="fixed"/>
        <w:tblLook w:val="04A0" w:firstRow="1" w:lastRow="0" w:firstColumn="1" w:lastColumn="0" w:noHBand="0" w:noVBand="1"/>
      </w:tblPr>
      <w:tblGrid>
        <w:gridCol w:w="1800"/>
        <w:gridCol w:w="3311"/>
        <w:gridCol w:w="2520"/>
        <w:gridCol w:w="2088"/>
        <w:gridCol w:w="2015"/>
        <w:gridCol w:w="2664"/>
      </w:tblGrid>
      <w:tr w:rsidR="009A62B6" w:rsidRPr="007A7D18" w14:paraId="557424AB" w14:textId="77777777">
        <w:trPr>
          <w:trHeight w:val="430"/>
          <w:tblHeader/>
          <w:jc w:val="center"/>
        </w:trPr>
        <w:tc>
          <w:tcPr>
            <w:tcW w:w="180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42CD49EF" w14:textId="77777777" w:rsidR="009A62B6" w:rsidRPr="007A7D18" w:rsidRDefault="0010470F">
            <w:pPr>
              <w:spacing w:after="0"/>
              <w:rPr>
                <w:sz w:val="18"/>
                <w:szCs w:val="24"/>
              </w:rPr>
            </w:pPr>
            <w:r w:rsidRPr="007A7D18">
              <w:rPr>
                <w:b/>
                <w:color w:val="FFFFFF"/>
                <w:sz w:val="18"/>
                <w:szCs w:val="24"/>
              </w:rPr>
              <w:t>Date / Time</w:t>
            </w:r>
          </w:p>
        </w:tc>
        <w:tc>
          <w:tcPr>
            <w:tcW w:w="3311"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589A2F70" w14:textId="77777777" w:rsidR="009A62B6" w:rsidRPr="007A7D18" w:rsidRDefault="0010470F">
            <w:pPr>
              <w:spacing w:after="0"/>
              <w:rPr>
                <w:sz w:val="18"/>
                <w:szCs w:val="24"/>
              </w:rPr>
            </w:pPr>
            <w:r w:rsidRPr="007A7D18">
              <w:rPr>
                <w:b/>
                <w:color w:val="FFFFFF"/>
                <w:sz w:val="18"/>
                <w:szCs w:val="24"/>
              </w:rPr>
              <w:t>System Restored / Tested</w:t>
            </w:r>
          </w:p>
        </w:tc>
        <w:tc>
          <w:tcPr>
            <w:tcW w:w="2520"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E1ABED2" w14:textId="77777777" w:rsidR="009A62B6" w:rsidRPr="007A7D18" w:rsidRDefault="0010470F">
            <w:pPr>
              <w:spacing w:after="0"/>
              <w:rPr>
                <w:sz w:val="18"/>
                <w:szCs w:val="24"/>
              </w:rPr>
            </w:pPr>
            <w:r w:rsidRPr="007A7D18">
              <w:rPr>
                <w:b/>
                <w:color w:val="FFFFFF"/>
                <w:sz w:val="18"/>
                <w:szCs w:val="24"/>
              </w:rPr>
              <w:t>Restoration Source</w:t>
            </w:r>
          </w:p>
        </w:tc>
        <w:tc>
          <w:tcPr>
            <w:tcW w:w="208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53173DAD" w14:textId="77777777" w:rsidR="009A62B6" w:rsidRPr="007A7D18" w:rsidRDefault="0010470F">
            <w:pPr>
              <w:spacing w:after="0"/>
              <w:rPr>
                <w:sz w:val="18"/>
                <w:szCs w:val="24"/>
              </w:rPr>
            </w:pPr>
            <w:r w:rsidRPr="007A7D18">
              <w:rPr>
                <w:b/>
                <w:color w:val="FFFFFF"/>
                <w:sz w:val="18"/>
                <w:szCs w:val="24"/>
              </w:rPr>
              <w:t>Verified By</w:t>
            </w:r>
          </w:p>
        </w:tc>
        <w:tc>
          <w:tcPr>
            <w:tcW w:w="2015"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3DA60950" w14:textId="77777777" w:rsidR="009A62B6" w:rsidRPr="007A7D18" w:rsidRDefault="0010470F">
            <w:pPr>
              <w:spacing w:after="0"/>
              <w:rPr>
                <w:sz w:val="18"/>
                <w:szCs w:val="24"/>
              </w:rPr>
            </w:pPr>
            <w:r w:rsidRPr="007A7D18">
              <w:rPr>
                <w:b/>
                <w:color w:val="FFFFFF"/>
                <w:sz w:val="18"/>
                <w:szCs w:val="24"/>
              </w:rPr>
              <w:t>Issue Remaining?</w:t>
            </w:r>
          </w:p>
        </w:tc>
        <w:tc>
          <w:tcPr>
            <w:tcW w:w="2664"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5C01862" w14:textId="77777777" w:rsidR="009A62B6" w:rsidRPr="007A7D18" w:rsidRDefault="0010470F">
            <w:pPr>
              <w:spacing w:after="0"/>
              <w:rPr>
                <w:sz w:val="18"/>
                <w:szCs w:val="24"/>
              </w:rPr>
            </w:pPr>
            <w:r w:rsidRPr="007A7D18">
              <w:rPr>
                <w:b/>
                <w:color w:val="FFFFFF"/>
                <w:sz w:val="18"/>
                <w:szCs w:val="24"/>
              </w:rPr>
              <w:t>Follow-Up / Work Order</w:t>
            </w:r>
          </w:p>
        </w:tc>
      </w:tr>
      <w:tr w:rsidR="009A62B6" w:rsidRPr="007A7D18" w14:paraId="76A80847" w14:textId="77777777">
        <w:trPr>
          <w:trHeight w:val="390"/>
          <w:jc w:val="center"/>
        </w:trPr>
        <w:tc>
          <w:tcPr>
            <w:tcW w:w="18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3AF8F62" w14:textId="77777777" w:rsidR="009A62B6" w:rsidRPr="007A7D18" w:rsidRDefault="009A62B6">
            <w:pPr>
              <w:spacing w:after="0"/>
              <w:rPr>
                <w:sz w:val="18"/>
                <w:szCs w:val="24"/>
              </w:rPr>
            </w:pPr>
          </w:p>
        </w:tc>
        <w:tc>
          <w:tcPr>
            <w:tcW w:w="331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11C8595" w14:textId="77777777" w:rsidR="009A62B6" w:rsidRPr="007A7D18" w:rsidRDefault="009A62B6">
            <w:pPr>
              <w:spacing w:after="0"/>
              <w:rPr>
                <w:sz w:val="18"/>
                <w:szCs w:val="24"/>
              </w:rPr>
            </w:pPr>
          </w:p>
        </w:tc>
        <w:tc>
          <w:tcPr>
            <w:tcW w:w="25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E3D7CF2" w14:textId="77777777" w:rsidR="009A62B6" w:rsidRPr="007A7D18" w:rsidRDefault="009A62B6">
            <w:pPr>
              <w:spacing w:after="0"/>
              <w:rPr>
                <w:sz w:val="18"/>
                <w:szCs w:val="24"/>
              </w:rPr>
            </w:pP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EF2542" w14:textId="77777777" w:rsidR="009A62B6" w:rsidRPr="007A7D18" w:rsidRDefault="009A62B6">
            <w:pPr>
              <w:spacing w:after="0"/>
              <w:rPr>
                <w:sz w:val="18"/>
                <w:szCs w:val="24"/>
              </w:rPr>
            </w:pP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752A8B" w14:textId="77777777" w:rsidR="009A62B6" w:rsidRPr="007A7D18" w:rsidRDefault="009A62B6">
            <w:pPr>
              <w:spacing w:after="0"/>
              <w:rPr>
                <w:sz w:val="18"/>
                <w:szCs w:val="24"/>
              </w:rPr>
            </w:pPr>
          </w:p>
        </w:tc>
        <w:tc>
          <w:tcPr>
            <w:tcW w:w="266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5EE00F8" w14:textId="77777777" w:rsidR="009A62B6" w:rsidRPr="007A7D18" w:rsidRDefault="009A62B6">
            <w:pPr>
              <w:spacing w:after="0"/>
              <w:rPr>
                <w:sz w:val="18"/>
                <w:szCs w:val="24"/>
              </w:rPr>
            </w:pPr>
          </w:p>
        </w:tc>
      </w:tr>
      <w:tr w:rsidR="009A62B6" w:rsidRPr="007A7D18" w14:paraId="2EFC6E8D" w14:textId="77777777">
        <w:trPr>
          <w:trHeight w:val="390"/>
          <w:jc w:val="center"/>
        </w:trPr>
        <w:tc>
          <w:tcPr>
            <w:tcW w:w="18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75271FF" w14:textId="77777777" w:rsidR="009A62B6" w:rsidRPr="007A7D18" w:rsidRDefault="009A62B6">
            <w:pPr>
              <w:spacing w:after="0"/>
              <w:rPr>
                <w:sz w:val="18"/>
                <w:szCs w:val="24"/>
              </w:rPr>
            </w:pPr>
          </w:p>
        </w:tc>
        <w:tc>
          <w:tcPr>
            <w:tcW w:w="331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0EC1430" w14:textId="77777777" w:rsidR="009A62B6" w:rsidRPr="007A7D18" w:rsidRDefault="009A62B6">
            <w:pPr>
              <w:spacing w:after="0"/>
              <w:rPr>
                <w:sz w:val="18"/>
                <w:szCs w:val="24"/>
              </w:rPr>
            </w:pPr>
          </w:p>
        </w:tc>
        <w:tc>
          <w:tcPr>
            <w:tcW w:w="25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BCF3308" w14:textId="77777777" w:rsidR="009A62B6" w:rsidRPr="007A7D18" w:rsidRDefault="009A62B6">
            <w:pPr>
              <w:spacing w:after="0"/>
              <w:rPr>
                <w:sz w:val="18"/>
                <w:szCs w:val="24"/>
              </w:rPr>
            </w:pP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6E57938" w14:textId="77777777" w:rsidR="009A62B6" w:rsidRPr="007A7D18" w:rsidRDefault="009A62B6">
            <w:pPr>
              <w:spacing w:after="0"/>
              <w:rPr>
                <w:sz w:val="18"/>
                <w:szCs w:val="24"/>
              </w:rPr>
            </w:pP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C6845D7" w14:textId="77777777" w:rsidR="009A62B6" w:rsidRPr="007A7D18" w:rsidRDefault="009A62B6">
            <w:pPr>
              <w:spacing w:after="0"/>
              <w:rPr>
                <w:sz w:val="18"/>
                <w:szCs w:val="24"/>
              </w:rPr>
            </w:pPr>
          </w:p>
        </w:tc>
        <w:tc>
          <w:tcPr>
            <w:tcW w:w="266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74C238C" w14:textId="77777777" w:rsidR="009A62B6" w:rsidRPr="007A7D18" w:rsidRDefault="009A62B6">
            <w:pPr>
              <w:spacing w:after="0"/>
              <w:rPr>
                <w:sz w:val="18"/>
                <w:szCs w:val="24"/>
              </w:rPr>
            </w:pPr>
          </w:p>
        </w:tc>
      </w:tr>
      <w:tr w:rsidR="009A62B6" w:rsidRPr="007A7D18" w14:paraId="19721D01" w14:textId="77777777">
        <w:trPr>
          <w:trHeight w:val="390"/>
          <w:jc w:val="center"/>
        </w:trPr>
        <w:tc>
          <w:tcPr>
            <w:tcW w:w="18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29F602" w14:textId="77777777" w:rsidR="009A62B6" w:rsidRPr="007A7D18" w:rsidRDefault="009A62B6">
            <w:pPr>
              <w:spacing w:after="0"/>
              <w:rPr>
                <w:sz w:val="18"/>
                <w:szCs w:val="24"/>
              </w:rPr>
            </w:pPr>
          </w:p>
        </w:tc>
        <w:tc>
          <w:tcPr>
            <w:tcW w:w="331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5CF7BF3" w14:textId="77777777" w:rsidR="009A62B6" w:rsidRPr="007A7D18" w:rsidRDefault="009A62B6">
            <w:pPr>
              <w:spacing w:after="0"/>
              <w:rPr>
                <w:sz w:val="18"/>
                <w:szCs w:val="24"/>
              </w:rPr>
            </w:pPr>
          </w:p>
        </w:tc>
        <w:tc>
          <w:tcPr>
            <w:tcW w:w="25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3D2EF39" w14:textId="77777777" w:rsidR="009A62B6" w:rsidRPr="007A7D18" w:rsidRDefault="009A62B6">
            <w:pPr>
              <w:spacing w:after="0"/>
              <w:rPr>
                <w:sz w:val="18"/>
                <w:szCs w:val="24"/>
              </w:rPr>
            </w:pP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E301E4C" w14:textId="77777777" w:rsidR="009A62B6" w:rsidRPr="007A7D18" w:rsidRDefault="009A62B6">
            <w:pPr>
              <w:spacing w:after="0"/>
              <w:rPr>
                <w:sz w:val="18"/>
                <w:szCs w:val="24"/>
              </w:rPr>
            </w:pP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07131D" w14:textId="77777777" w:rsidR="009A62B6" w:rsidRPr="007A7D18" w:rsidRDefault="009A62B6">
            <w:pPr>
              <w:spacing w:after="0"/>
              <w:rPr>
                <w:sz w:val="18"/>
                <w:szCs w:val="24"/>
              </w:rPr>
            </w:pPr>
          </w:p>
        </w:tc>
        <w:tc>
          <w:tcPr>
            <w:tcW w:w="266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57520A5" w14:textId="77777777" w:rsidR="009A62B6" w:rsidRPr="007A7D18" w:rsidRDefault="009A62B6">
            <w:pPr>
              <w:spacing w:after="0"/>
              <w:rPr>
                <w:sz w:val="18"/>
                <w:szCs w:val="24"/>
              </w:rPr>
            </w:pPr>
          </w:p>
        </w:tc>
      </w:tr>
      <w:tr w:rsidR="009A62B6" w:rsidRPr="007A7D18" w14:paraId="77ABCC30" w14:textId="77777777">
        <w:trPr>
          <w:trHeight w:val="390"/>
          <w:jc w:val="center"/>
        </w:trPr>
        <w:tc>
          <w:tcPr>
            <w:tcW w:w="18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9CF78A5" w14:textId="77777777" w:rsidR="009A62B6" w:rsidRPr="007A7D18" w:rsidRDefault="009A62B6">
            <w:pPr>
              <w:spacing w:after="0"/>
              <w:rPr>
                <w:sz w:val="18"/>
                <w:szCs w:val="24"/>
              </w:rPr>
            </w:pPr>
          </w:p>
        </w:tc>
        <w:tc>
          <w:tcPr>
            <w:tcW w:w="331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7541E25" w14:textId="77777777" w:rsidR="009A62B6" w:rsidRPr="007A7D18" w:rsidRDefault="009A62B6">
            <w:pPr>
              <w:spacing w:after="0"/>
              <w:rPr>
                <w:sz w:val="18"/>
                <w:szCs w:val="24"/>
              </w:rPr>
            </w:pPr>
          </w:p>
        </w:tc>
        <w:tc>
          <w:tcPr>
            <w:tcW w:w="25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311540DE" w14:textId="77777777" w:rsidR="009A62B6" w:rsidRPr="007A7D18" w:rsidRDefault="009A62B6">
            <w:pPr>
              <w:spacing w:after="0"/>
              <w:rPr>
                <w:sz w:val="18"/>
                <w:szCs w:val="24"/>
              </w:rPr>
            </w:pP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7664CCF" w14:textId="77777777" w:rsidR="009A62B6" w:rsidRPr="007A7D18" w:rsidRDefault="009A62B6">
            <w:pPr>
              <w:spacing w:after="0"/>
              <w:rPr>
                <w:sz w:val="18"/>
                <w:szCs w:val="24"/>
              </w:rPr>
            </w:pP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9D519A" w14:textId="77777777" w:rsidR="009A62B6" w:rsidRPr="007A7D18" w:rsidRDefault="009A62B6">
            <w:pPr>
              <w:spacing w:after="0"/>
              <w:rPr>
                <w:sz w:val="18"/>
                <w:szCs w:val="24"/>
              </w:rPr>
            </w:pPr>
          </w:p>
        </w:tc>
        <w:tc>
          <w:tcPr>
            <w:tcW w:w="266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05067D3" w14:textId="77777777" w:rsidR="009A62B6" w:rsidRPr="007A7D18" w:rsidRDefault="009A62B6">
            <w:pPr>
              <w:spacing w:after="0"/>
              <w:rPr>
                <w:sz w:val="18"/>
                <w:szCs w:val="24"/>
              </w:rPr>
            </w:pPr>
          </w:p>
        </w:tc>
      </w:tr>
      <w:tr w:rsidR="009A62B6" w:rsidRPr="007A7D18" w14:paraId="423188F8" w14:textId="77777777">
        <w:trPr>
          <w:trHeight w:val="390"/>
          <w:jc w:val="center"/>
        </w:trPr>
        <w:tc>
          <w:tcPr>
            <w:tcW w:w="18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4C532AB" w14:textId="77777777" w:rsidR="009A62B6" w:rsidRPr="007A7D18" w:rsidRDefault="009A62B6">
            <w:pPr>
              <w:spacing w:after="0"/>
              <w:rPr>
                <w:sz w:val="18"/>
                <w:szCs w:val="24"/>
              </w:rPr>
            </w:pPr>
          </w:p>
        </w:tc>
        <w:tc>
          <w:tcPr>
            <w:tcW w:w="331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C358CE1" w14:textId="77777777" w:rsidR="009A62B6" w:rsidRPr="007A7D18" w:rsidRDefault="009A62B6">
            <w:pPr>
              <w:spacing w:after="0"/>
              <w:rPr>
                <w:sz w:val="18"/>
                <w:szCs w:val="24"/>
              </w:rPr>
            </w:pPr>
          </w:p>
        </w:tc>
        <w:tc>
          <w:tcPr>
            <w:tcW w:w="25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D6A8DDF" w14:textId="77777777" w:rsidR="009A62B6" w:rsidRPr="007A7D18" w:rsidRDefault="009A62B6">
            <w:pPr>
              <w:spacing w:after="0"/>
              <w:rPr>
                <w:sz w:val="18"/>
                <w:szCs w:val="24"/>
              </w:rPr>
            </w:pP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BD180D9" w14:textId="77777777" w:rsidR="009A62B6" w:rsidRPr="007A7D18" w:rsidRDefault="009A62B6">
            <w:pPr>
              <w:spacing w:after="0"/>
              <w:rPr>
                <w:sz w:val="18"/>
                <w:szCs w:val="24"/>
              </w:rPr>
            </w:pP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F48E0B3" w14:textId="77777777" w:rsidR="009A62B6" w:rsidRPr="007A7D18" w:rsidRDefault="009A62B6">
            <w:pPr>
              <w:spacing w:after="0"/>
              <w:rPr>
                <w:sz w:val="18"/>
                <w:szCs w:val="24"/>
              </w:rPr>
            </w:pPr>
          </w:p>
        </w:tc>
        <w:tc>
          <w:tcPr>
            <w:tcW w:w="266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9E0DAA9" w14:textId="77777777" w:rsidR="009A62B6" w:rsidRPr="007A7D18" w:rsidRDefault="009A62B6">
            <w:pPr>
              <w:spacing w:after="0"/>
              <w:rPr>
                <w:sz w:val="18"/>
                <w:szCs w:val="24"/>
              </w:rPr>
            </w:pPr>
          </w:p>
        </w:tc>
      </w:tr>
      <w:tr w:rsidR="009A62B6" w:rsidRPr="007A7D18" w14:paraId="0EB04EEE" w14:textId="77777777">
        <w:trPr>
          <w:trHeight w:val="390"/>
          <w:jc w:val="center"/>
        </w:trPr>
        <w:tc>
          <w:tcPr>
            <w:tcW w:w="180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1606A70" w14:textId="77777777" w:rsidR="009A62B6" w:rsidRPr="007A7D18" w:rsidRDefault="009A62B6">
            <w:pPr>
              <w:spacing w:after="0"/>
              <w:rPr>
                <w:sz w:val="18"/>
                <w:szCs w:val="24"/>
              </w:rPr>
            </w:pPr>
          </w:p>
        </w:tc>
        <w:tc>
          <w:tcPr>
            <w:tcW w:w="3311"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AE00415" w14:textId="77777777" w:rsidR="009A62B6" w:rsidRPr="007A7D18" w:rsidRDefault="009A62B6">
            <w:pPr>
              <w:spacing w:after="0"/>
              <w:rPr>
                <w:sz w:val="18"/>
                <w:szCs w:val="24"/>
              </w:rPr>
            </w:pPr>
          </w:p>
        </w:tc>
        <w:tc>
          <w:tcPr>
            <w:tcW w:w="2520"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F0978B7" w14:textId="77777777" w:rsidR="009A62B6" w:rsidRPr="007A7D18" w:rsidRDefault="009A62B6">
            <w:pPr>
              <w:spacing w:after="0"/>
              <w:rPr>
                <w:sz w:val="18"/>
                <w:szCs w:val="24"/>
              </w:rPr>
            </w:pPr>
          </w:p>
        </w:tc>
        <w:tc>
          <w:tcPr>
            <w:tcW w:w="208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68D6D4" w14:textId="77777777" w:rsidR="009A62B6" w:rsidRPr="007A7D18" w:rsidRDefault="009A62B6">
            <w:pPr>
              <w:spacing w:after="0"/>
              <w:rPr>
                <w:sz w:val="18"/>
                <w:szCs w:val="24"/>
              </w:rPr>
            </w:pPr>
          </w:p>
        </w:tc>
        <w:tc>
          <w:tcPr>
            <w:tcW w:w="2015"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66064E64" w14:textId="77777777" w:rsidR="009A62B6" w:rsidRPr="007A7D18" w:rsidRDefault="009A62B6">
            <w:pPr>
              <w:spacing w:after="0"/>
              <w:rPr>
                <w:sz w:val="18"/>
                <w:szCs w:val="24"/>
              </w:rPr>
            </w:pPr>
          </w:p>
        </w:tc>
        <w:tc>
          <w:tcPr>
            <w:tcW w:w="2664"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AFA4831" w14:textId="77777777" w:rsidR="009A62B6" w:rsidRPr="007A7D18" w:rsidRDefault="009A62B6">
            <w:pPr>
              <w:spacing w:after="0"/>
              <w:rPr>
                <w:sz w:val="18"/>
                <w:szCs w:val="24"/>
              </w:rPr>
            </w:pPr>
          </w:p>
        </w:tc>
      </w:tr>
    </w:tbl>
    <w:p w14:paraId="1CD0ACBF" w14:textId="77777777" w:rsidR="009A62B6" w:rsidRDefault="0010470F">
      <w:r>
        <w:br w:type="page"/>
      </w:r>
    </w:p>
    <w:p w14:paraId="0C7FDC47" w14:textId="77777777" w:rsidR="009A62B6" w:rsidRDefault="0010470F">
      <w:pPr>
        <w:pBdr>
          <w:bottom w:val="single" w:sz="12" w:space="3" w:color="E24E1B"/>
        </w:pBdr>
        <w:spacing w:after="80"/>
      </w:pPr>
      <w:r>
        <w:rPr>
          <w:b/>
          <w:color w:val="0B5D48"/>
          <w:sz w:val="23"/>
        </w:rPr>
        <w:lastRenderedPageBreak/>
        <w:t>9. CONTINUITY DECISION POINTS / NOTES</w:t>
      </w:r>
    </w:p>
    <w:tbl>
      <w:tblPr>
        <w:tblW w:w="0" w:type="auto"/>
        <w:jc w:val="center"/>
        <w:tblLook w:val="04A0" w:firstRow="1" w:lastRow="0" w:firstColumn="1" w:lastColumn="0" w:noHBand="0" w:noVBand="1"/>
      </w:tblPr>
      <w:tblGrid>
        <w:gridCol w:w="14390"/>
      </w:tblGrid>
      <w:tr w:rsidR="009A62B6" w14:paraId="45062BD2" w14:textId="77777777">
        <w:trPr>
          <w:trHeight w:val="4200"/>
          <w:jc w:val="center"/>
        </w:trPr>
        <w:tc>
          <w:tcPr>
            <w:tcW w:w="14400" w:type="dxa"/>
            <w:tcBorders>
              <w:top w:val="single" w:sz="4" w:space="0" w:color="B7C9C2"/>
              <w:left w:val="single" w:sz="4" w:space="0" w:color="B7C9C2"/>
              <w:bottom w:val="single" w:sz="4" w:space="0" w:color="B7C9C2"/>
              <w:right w:val="single" w:sz="4" w:space="0" w:color="B7C9C2"/>
            </w:tcBorders>
            <w:tcMar>
              <w:top w:w="100" w:type="dxa"/>
              <w:left w:w="100" w:type="dxa"/>
              <w:bottom w:w="100" w:type="dxa"/>
              <w:right w:w="100" w:type="dxa"/>
            </w:tcMar>
          </w:tcPr>
          <w:p w14:paraId="20324ECF" w14:textId="77777777" w:rsidR="009A62B6" w:rsidRDefault="0010470F">
            <w:r>
              <w:br/>
            </w:r>
            <w:r>
              <w:br/>
            </w:r>
            <w:r>
              <w:br/>
            </w:r>
            <w:r>
              <w:br/>
            </w:r>
            <w:r>
              <w:br/>
            </w:r>
            <w:r>
              <w:br/>
            </w:r>
            <w:r>
              <w:br/>
            </w:r>
            <w:r>
              <w:br/>
            </w:r>
            <w:r>
              <w:br/>
            </w:r>
            <w:r>
              <w:br/>
            </w:r>
            <w:r>
              <w:br/>
            </w:r>
            <w:r>
              <w:br/>
            </w:r>
            <w:r>
              <w:br/>
            </w:r>
            <w:r>
              <w:br/>
            </w:r>
          </w:p>
        </w:tc>
      </w:tr>
    </w:tbl>
    <w:p w14:paraId="28F6AAD7" w14:textId="77777777" w:rsidR="007A7D18" w:rsidRDefault="007A7D18">
      <w:pPr>
        <w:pBdr>
          <w:bottom w:val="single" w:sz="12" w:space="3" w:color="E24E1B"/>
        </w:pBdr>
        <w:spacing w:after="80"/>
        <w:rPr>
          <w:b/>
          <w:color w:val="0B5D48"/>
          <w:sz w:val="23"/>
        </w:rPr>
      </w:pPr>
    </w:p>
    <w:p w14:paraId="18CC0237" w14:textId="6AED3427" w:rsidR="009A62B6" w:rsidRDefault="0010470F">
      <w:pPr>
        <w:pBdr>
          <w:bottom w:val="single" w:sz="12" w:space="3" w:color="E24E1B"/>
        </w:pBdr>
        <w:spacing w:after="80"/>
      </w:pPr>
      <w:r>
        <w:rPr>
          <w:b/>
          <w:color w:val="0B5D48"/>
          <w:sz w:val="23"/>
        </w:rPr>
        <w:t>ANNUAL / POST-CHANGE VERIFICATION</w:t>
      </w:r>
    </w:p>
    <w:tbl>
      <w:tblPr>
        <w:tblW w:w="0" w:type="auto"/>
        <w:jc w:val="center"/>
        <w:tblLayout w:type="fixed"/>
        <w:tblLook w:val="04A0" w:firstRow="1" w:lastRow="0" w:firstColumn="1" w:lastColumn="0" w:noHBand="0" w:noVBand="1"/>
      </w:tblPr>
      <w:tblGrid>
        <w:gridCol w:w="6048"/>
        <w:gridCol w:w="3168"/>
        <w:gridCol w:w="5184"/>
        <w:gridCol w:w="20"/>
      </w:tblGrid>
      <w:tr w:rsidR="009A62B6" w:rsidRPr="007A7D18" w14:paraId="20B841C6" w14:textId="77777777">
        <w:trPr>
          <w:trHeight w:val="430"/>
          <w:tblHeader/>
          <w:jc w:val="center"/>
        </w:trPr>
        <w:tc>
          <w:tcPr>
            <w:tcW w:w="604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57DB32C" w14:textId="77777777" w:rsidR="009A62B6" w:rsidRPr="007A7D18" w:rsidRDefault="0010470F">
            <w:pPr>
              <w:spacing w:after="0"/>
              <w:rPr>
                <w:sz w:val="18"/>
                <w:szCs w:val="24"/>
              </w:rPr>
            </w:pPr>
            <w:r w:rsidRPr="007A7D18">
              <w:rPr>
                <w:b/>
                <w:color w:val="FFFFFF"/>
                <w:sz w:val="18"/>
                <w:szCs w:val="24"/>
              </w:rPr>
              <w:t>Item</w:t>
            </w:r>
          </w:p>
        </w:tc>
        <w:tc>
          <w:tcPr>
            <w:tcW w:w="3168" w:type="dxa"/>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224F8BDB" w14:textId="77777777" w:rsidR="009A62B6" w:rsidRPr="007A7D18" w:rsidRDefault="0010470F">
            <w:pPr>
              <w:spacing w:after="0"/>
              <w:rPr>
                <w:sz w:val="18"/>
                <w:szCs w:val="24"/>
              </w:rPr>
            </w:pPr>
            <w:r w:rsidRPr="007A7D18">
              <w:rPr>
                <w:b/>
                <w:color w:val="FFFFFF"/>
                <w:sz w:val="18"/>
                <w:szCs w:val="24"/>
              </w:rPr>
              <w:t>Verified By / Date</w:t>
            </w:r>
          </w:p>
        </w:tc>
        <w:tc>
          <w:tcPr>
            <w:tcW w:w="5184" w:type="dxa"/>
            <w:gridSpan w:val="2"/>
            <w:tcBorders>
              <w:top w:val="single" w:sz="6" w:space="0" w:color="0B5D48"/>
              <w:left w:val="single" w:sz="6" w:space="0" w:color="0B5D48"/>
              <w:bottom w:val="single" w:sz="6" w:space="0" w:color="0B5D48"/>
              <w:right w:val="single" w:sz="6" w:space="0" w:color="0B5D48"/>
            </w:tcBorders>
            <w:shd w:val="clear" w:color="auto" w:fill="0B5D48"/>
            <w:tcMar>
              <w:top w:w="80" w:type="dxa"/>
              <w:left w:w="80" w:type="dxa"/>
              <w:bottom w:w="80" w:type="dxa"/>
              <w:right w:w="80" w:type="dxa"/>
            </w:tcMar>
            <w:vAlign w:val="center"/>
          </w:tcPr>
          <w:p w14:paraId="60B52779" w14:textId="77777777" w:rsidR="009A62B6" w:rsidRPr="007A7D18" w:rsidRDefault="0010470F">
            <w:pPr>
              <w:spacing w:after="0"/>
              <w:rPr>
                <w:sz w:val="18"/>
                <w:szCs w:val="24"/>
              </w:rPr>
            </w:pPr>
            <w:r w:rsidRPr="007A7D18">
              <w:rPr>
                <w:b/>
                <w:color w:val="FFFFFF"/>
                <w:sz w:val="18"/>
                <w:szCs w:val="24"/>
              </w:rPr>
              <w:t>Changes / Follow-Up</w:t>
            </w:r>
          </w:p>
        </w:tc>
      </w:tr>
      <w:tr w:rsidR="009A62B6" w:rsidRPr="007A7D18" w14:paraId="1FF6EC16" w14:textId="77777777">
        <w:trPr>
          <w:trHeight w:val="390"/>
          <w:jc w:val="center"/>
        </w:trPr>
        <w:tc>
          <w:tcPr>
            <w:tcW w:w="604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7C00339" w14:textId="77777777" w:rsidR="009A62B6" w:rsidRPr="007A7D18" w:rsidRDefault="0010470F">
            <w:pPr>
              <w:spacing w:after="0"/>
              <w:rPr>
                <w:sz w:val="18"/>
                <w:szCs w:val="24"/>
              </w:rPr>
            </w:pPr>
            <w:r w:rsidRPr="007A7D18">
              <w:rPr>
                <w:b/>
                <w:color w:val="0B5D48"/>
                <w:sz w:val="18"/>
                <w:szCs w:val="24"/>
              </w:rPr>
              <w:t>Generator capability / critical loads</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C4887AE" w14:textId="77777777" w:rsidR="009A62B6" w:rsidRPr="007A7D18" w:rsidRDefault="009A62B6">
            <w:pPr>
              <w:spacing w:after="0"/>
              <w:rPr>
                <w:sz w:val="18"/>
                <w:szCs w:val="24"/>
              </w:rPr>
            </w:pPr>
          </w:p>
        </w:tc>
        <w:tc>
          <w:tcPr>
            <w:tcW w:w="518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058A2696" w14:textId="77777777" w:rsidR="009A62B6" w:rsidRPr="007A7D18" w:rsidRDefault="009A62B6">
            <w:pPr>
              <w:spacing w:after="0"/>
              <w:rPr>
                <w:sz w:val="18"/>
                <w:szCs w:val="24"/>
              </w:rPr>
            </w:pPr>
          </w:p>
        </w:tc>
      </w:tr>
      <w:tr w:rsidR="009A62B6" w:rsidRPr="007A7D18" w14:paraId="562671F0" w14:textId="77777777">
        <w:trPr>
          <w:trHeight w:val="390"/>
          <w:jc w:val="center"/>
        </w:trPr>
        <w:tc>
          <w:tcPr>
            <w:tcW w:w="604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5ECBC62E" w14:textId="77777777" w:rsidR="009A62B6" w:rsidRPr="007A7D18" w:rsidRDefault="0010470F">
            <w:pPr>
              <w:spacing w:after="0"/>
              <w:rPr>
                <w:sz w:val="18"/>
                <w:szCs w:val="24"/>
              </w:rPr>
            </w:pPr>
            <w:r w:rsidRPr="007A7D18">
              <w:rPr>
                <w:b/>
                <w:color w:val="0B5D48"/>
                <w:sz w:val="18"/>
                <w:szCs w:val="24"/>
              </w:rPr>
              <w:t>Fuel vendor / alternate fuel source</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A7EC9C6" w14:textId="77777777" w:rsidR="009A62B6" w:rsidRPr="007A7D18" w:rsidRDefault="009A62B6">
            <w:pPr>
              <w:spacing w:after="0"/>
              <w:rPr>
                <w:sz w:val="18"/>
                <w:szCs w:val="24"/>
              </w:rPr>
            </w:pPr>
          </w:p>
        </w:tc>
        <w:tc>
          <w:tcPr>
            <w:tcW w:w="518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D0F7C74" w14:textId="77777777" w:rsidR="009A62B6" w:rsidRPr="007A7D18" w:rsidRDefault="009A62B6">
            <w:pPr>
              <w:spacing w:after="0"/>
              <w:rPr>
                <w:sz w:val="18"/>
                <w:szCs w:val="24"/>
              </w:rPr>
            </w:pPr>
          </w:p>
        </w:tc>
      </w:tr>
      <w:tr w:rsidR="009A62B6" w:rsidRPr="007A7D18" w14:paraId="648E7E74" w14:textId="77777777">
        <w:trPr>
          <w:trHeight w:val="390"/>
          <w:jc w:val="center"/>
        </w:trPr>
        <w:tc>
          <w:tcPr>
            <w:tcW w:w="604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1BEDF183" w14:textId="77777777" w:rsidR="009A62B6" w:rsidRPr="007A7D18" w:rsidRDefault="0010470F">
            <w:pPr>
              <w:spacing w:after="0"/>
              <w:rPr>
                <w:sz w:val="18"/>
                <w:szCs w:val="24"/>
              </w:rPr>
            </w:pPr>
            <w:r w:rsidRPr="007A7D18">
              <w:rPr>
                <w:b/>
                <w:color w:val="0B5D48"/>
                <w:sz w:val="18"/>
                <w:szCs w:val="24"/>
              </w:rPr>
              <w:t>Water / wastewater contingency</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256E298" w14:textId="77777777" w:rsidR="009A62B6" w:rsidRPr="007A7D18" w:rsidRDefault="009A62B6">
            <w:pPr>
              <w:spacing w:after="0"/>
              <w:rPr>
                <w:sz w:val="18"/>
                <w:szCs w:val="24"/>
              </w:rPr>
            </w:pPr>
          </w:p>
        </w:tc>
        <w:tc>
          <w:tcPr>
            <w:tcW w:w="518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2A3F96F2" w14:textId="77777777" w:rsidR="009A62B6" w:rsidRPr="007A7D18" w:rsidRDefault="009A62B6">
            <w:pPr>
              <w:spacing w:after="0"/>
              <w:rPr>
                <w:sz w:val="18"/>
                <w:szCs w:val="24"/>
              </w:rPr>
            </w:pPr>
          </w:p>
        </w:tc>
      </w:tr>
      <w:tr w:rsidR="009A62B6" w:rsidRPr="007A7D18" w14:paraId="6A632CFC" w14:textId="77777777">
        <w:trPr>
          <w:trHeight w:val="390"/>
          <w:jc w:val="center"/>
        </w:trPr>
        <w:tc>
          <w:tcPr>
            <w:tcW w:w="604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49961F5A" w14:textId="77777777" w:rsidR="009A62B6" w:rsidRPr="007A7D18" w:rsidRDefault="0010470F">
            <w:pPr>
              <w:spacing w:after="0"/>
              <w:rPr>
                <w:sz w:val="18"/>
                <w:szCs w:val="24"/>
              </w:rPr>
            </w:pPr>
            <w:r w:rsidRPr="007A7D18">
              <w:rPr>
                <w:b/>
                <w:color w:val="0B5D48"/>
                <w:sz w:val="18"/>
                <w:szCs w:val="24"/>
              </w:rPr>
              <w:t>Oxygen / medical gas continuity</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F3D9929" w14:textId="77777777" w:rsidR="009A62B6" w:rsidRPr="007A7D18" w:rsidRDefault="009A62B6">
            <w:pPr>
              <w:spacing w:after="0"/>
              <w:rPr>
                <w:sz w:val="18"/>
                <w:szCs w:val="24"/>
              </w:rPr>
            </w:pPr>
          </w:p>
        </w:tc>
        <w:tc>
          <w:tcPr>
            <w:tcW w:w="518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9298F17" w14:textId="77777777" w:rsidR="009A62B6" w:rsidRPr="007A7D18" w:rsidRDefault="009A62B6">
            <w:pPr>
              <w:spacing w:after="0"/>
              <w:rPr>
                <w:sz w:val="18"/>
                <w:szCs w:val="24"/>
              </w:rPr>
            </w:pPr>
          </w:p>
        </w:tc>
      </w:tr>
      <w:tr w:rsidR="009A62B6" w:rsidRPr="007A7D18" w14:paraId="4E615598" w14:textId="77777777">
        <w:trPr>
          <w:trHeight w:val="390"/>
          <w:jc w:val="center"/>
        </w:trPr>
        <w:tc>
          <w:tcPr>
            <w:tcW w:w="604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79C1B242" w14:textId="77777777" w:rsidR="009A62B6" w:rsidRPr="007A7D18" w:rsidRDefault="0010470F">
            <w:pPr>
              <w:spacing w:after="0"/>
              <w:rPr>
                <w:sz w:val="18"/>
                <w:szCs w:val="24"/>
              </w:rPr>
            </w:pPr>
            <w:r w:rsidRPr="007A7D18">
              <w:rPr>
                <w:b/>
                <w:color w:val="0B5D48"/>
                <w:sz w:val="18"/>
                <w:szCs w:val="24"/>
              </w:rPr>
              <w:t>Resident utility-dependency planning</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6E091B4" w14:textId="77777777" w:rsidR="009A62B6" w:rsidRPr="007A7D18" w:rsidRDefault="009A62B6">
            <w:pPr>
              <w:spacing w:after="0"/>
              <w:rPr>
                <w:sz w:val="18"/>
                <w:szCs w:val="24"/>
              </w:rPr>
            </w:pPr>
          </w:p>
        </w:tc>
        <w:tc>
          <w:tcPr>
            <w:tcW w:w="518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40426674" w14:textId="77777777" w:rsidR="009A62B6" w:rsidRPr="007A7D18" w:rsidRDefault="009A62B6">
            <w:pPr>
              <w:spacing w:after="0"/>
              <w:rPr>
                <w:sz w:val="18"/>
                <w:szCs w:val="24"/>
              </w:rPr>
            </w:pPr>
          </w:p>
        </w:tc>
      </w:tr>
      <w:tr w:rsidR="009A62B6" w:rsidRPr="007A7D18" w14:paraId="0AC817D0" w14:textId="77777777">
        <w:trPr>
          <w:trHeight w:val="390"/>
          <w:jc w:val="center"/>
        </w:trPr>
        <w:tc>
          <w:tcPr>
            <w:tcW w:w="604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071D7FD0" w14:textId="77777777" w:rsidR="009A62B6" w:rsidRPr="007A7D18" w:rsidRDefault="0010470F">
            <w:pPr>
              <w:spacing w:after="0"/>
              <w:rPr>
                <w:sz w:val="18"/>
                <w:szCs w:val="24"/>
              </w:rPr>
            </w:pPr>
            <w:r w:rsidRPr="007A7D18">
              <w:rPr>
                <w:b/>
                <w:color w:val="0B5D48"/>
                <w:sz w:val="18"/>
                <w:szCs w:val="24"/>
              </w:rPr>
              <w:t>Utility contacts / shutoff / connection locations</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1BD0F01" w14:textId="77777777" w:rsidR="009A62B6" w:rsidRPr="007A7D18" w:rsidRDefault="009A62B6">
            <w:pPr>
              <w:spacing w:after="0"/>
              <w:rPr>
                <w:sz w:val="18"/>
                <w:szCs w:val="24"/>
              </w:rPr>
            </w:pPr>
          </w:p>
        </w:tc>
        <w:tc>
          <w:tcPr>
            <w:tcW w:w="518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1CF554EF" w14:textId="77777777" w:rsidR="009A62B6" w:rsidRPr="007A7D18" w:rsidRDefault="009A62B6">
            <w:pPr>
              <w:spacing w:after="0"/>
              <w:rPr>
                <w:sz w:val="18"/>
                <w:szCs w:val="24"/>
              </w:rPr>
            </w:pPr>
          </w:p>
        </w:tc>
      </w:tr>
      <w:tr w:rsidR="009A62B6" w:rsidRPr="007A7D18" w14:paraId="2D2835F2" w14:textId="77777777">
        <w:trPr>
          <w:trHeight w:val="390"/>
          <w:jc w:val="center"/>
        </w:trPr>
        <w:tc>
          <w:tcPr>
            <w:tcW w:w="6048" w:type="dxa"/>
            <w:tcBorders>
              <w:top w:val="single" w:sz="4" w:space="0" w:color="B7C9C2"/>
              <w:left w:val="single" w:sz="4" w:space="0" w:color="B7C9C2"/>
              <w:bottom w:val="single" w:sz="4" w:space="0" w:color="B7C9C2"/>
              <w:right w:val="single" w:sz="4" w:space="0" w:color="B7C9C2"/>
            </w:tcBorders>
            <w:shd w:val="clear" w:color="auto" w:fill="EAF3EF"/>
            <w:tcMar>
              <w:top w:w="80" w:type="dxa"/>
              <w:left w:w="80" w:type="dxa"/>
              <w:bottom w:w="80" w:type="dxa"/>
              <w:right w:w="80" w:type="dxa"/>
            </w:tcMar>
            <w:vAlign w:val="center"/>
          </w:tcPr>
          <w:p w14:paraId="394648E0" w14:textId="77777777" w:rsidR="009A62B6" w:rsidRPr="007A7D18" w:rsidRDefault="0010470F">
            <w:pPr>
              <w:spacing w:after="0"/>
              <w:rPr>
                <w:sz w:val="18"/>
                <w:szCs w:val="24"/>
              </w:rPr>
            </w:pPr>
            <w:r w:rsidRPr="007A7D18">
              <w:rPr>
                <w:b/>
                <w:color w:val="0B5D48"/>
                <w:sz w:val="18"/>
                <w:szCs w:val="24"/>
              </w:rPr>
              <w:t>Decision thresholds / receiving &amp; transportation arrangements</w:t>
            </w:r>
          </w:p>
        </w:tc>
        <w:tc>
          <w:tcPr>
            <w:tcW w:w="3168" w:type="dxa"/>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586689B2" w14:textId="77777777" w:rsidR="009A62B6" w:rsidRPr="007A7D18" w:rsidRDefault="009A62B6">
            <w:pPr>
              <w:spacing w:after="0"/>
              <w:rPr>
                <w:sz w:val="18"/>
                <w:szCs w:val="24"/>
              </w:rPr>
            </w:pPr>
          </w:p>
        </w:tc>
        <w:tc>
          <w:tcPr>
            <w:tcW w:w="5184" w:type="dxa"/>
            <w:gridSpan w:val="2"/>
            <w:tcBorders>
              <w:top w:val="single" w:sz="4" w:space="0" w:color="B7C9C2"/>
              <w:left w:val="single" w:sz="4" w:space="0" w:color="B7C9C2"/>
              <w:bottom w:val="single" w:sz="4" w:space="0" w:color="B7C9C2"/>
              <w:right w:val="single" w:sz="4" w:space="0" w:color="B7C9C2"/>
            </w:tcBorders>
            <w:shd w:val="clear" w:color="auto" w:fill="FFFFFF"/>
            <w:tcMar>
              <w:top w:w="80" w:type="dxa"/>
              <w:left w:w="80" w:type="dxa"/>
              <w:bottom w:w="80" w:type="dxa"/>
              <w:right w:w="80" w:type="dxa"/>
            </w:tcMar>
            <w:vAlign w:val="center"/>
          </w:tcPr>
          <w:p w14:paraId="70BD6713" w14:textId="77777777" w:rsidR="009A62B6" w:rsidRPr="007A7D18" w:rsidRDefault="009A62B6">
            <w:pPr>
              <w:spacing w:after="0"/>
              <w:rPr>
                <w:sz w:val="18"/>
                <w:szCs w:val="24"/>
              </w:rPr>
            </w:pPr>
          </w:p>
        </w:tc>
      </w:tr>
      <w:tr w:rsidR="009A62B6" w:rsidRPr="007A7D18" w14:paraId="71E8877A" w14:textId="77777777">
        <w:trPr>
          <w:gridAfter w:val="1"/>
          <w:wAfter w:w="20" w:type="dxa"/>
          <w:jc w:val="center"/>
        </w:trPr>
        <w:tc>
          <w:tcPr>
            <w:tcW w:w="14400" w:type="dxa"/>
            <w:gridSpan w:val="3"/>
            <w:tcBorders>
              <w:top w:val="single" w:sz="4" w:space="0" w:color="E8B7A6"/>
              <w:left w:val="single" w:sz="4" w:space="0" w:color="E8B7A6"/>
              <w:bottom w:val="single" w:sz="4" w:space="0" w:color="E8B7A6"/>
              <w:right w:val="single" w:sz="4" w:space="0" w:color="E8B7A6"/>
            </w:tcBorders>
            <w:shd w:val="clear" w:color="auto" w:fill="F4F8F6"/>
            <w:tcMar>
              <w:top w:w="90" w:type="dxa"/>
              <w:left w:w="100" w:type="dxa"/>
              <w:bottom w:w="90" w:type="dxa"/>
              <w:right w:w="100" w:type="dxa"/>
            </w:tcMar>
          </w:tcPr>
          <w:p w14:paraId="7AAA4A12" w14:textId="77777777" w:rsidR="009A62B6" w:rsidRPr="007A7D18" w:rsidRDefault="0010470F">
            <w:pPr>
              <w:spacing w:after="0"/>
              <w:rPr>
                <w:sz w:val="18"/>
                <w:szCs w:val="24"/>
              </w:rPr>
            </w:pPr>
            <w:r w:rsidRPr="007A7D18">
              <w:rPr>
                <w:b/>
                <w:color w:val="E24E1B"/>
                <w:sz w:val="18"/>
                <w:szCs w:val="24"/>
              </w:rPr>
              <w:t xml:space="preserve">REVIEW NOTE </w:t>
            </w:r>
            <w:r w:rsidRPr="007A7D18">
              <w:rPr>
                <w:color w:val="1F2937"/>
                <w:sz w:val="18"/>
                <w:szCs w:val="24"/>
              </w:rPr>
              <w:t>Review this worksheet with the EOP/HVA at least on the facility’s established annual review cycle and after material changes to utilities, generator configuration, resident population, building systems, vendors, or emergency arrangements. Current regulatory and code requirements control.</w:t>
            </w:r>
          </w:p>
        </w:tc>
      </w:tr>
    </w:tbl>
    <w:p w14:paraId="00A245BD" w14:textId="77777777" w:rsidR="0010470F" w:rsidRDefault="0010470F"/>
    <w:sectPr w:rsidR="0010470F" w:rsidSect="00034616">
      <w:footerReference w:type="default" r:id="rId9"/>
      <w:pgSz w:w="15840" w:h="12240" w:orient="landscape"/>
      <w:pgMar w:top="504" w:right="720" w:bottom="504" w:left="720" w:header="216"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BC7CD" w14:textId="77777777" w:rsidR="0010470F" w:rsidRDefault="0010470F">
      <w:pPr>
        <w:spacing w:after="0" w:line="240" w:lineRule="auto"/>
      </w:pPr>
      <w:r>
        <w:separator/>
      </w:r>
    </w:p>
  </w:endnote>
  <w:endnote w:type="continuationSeparator" w:id="0">
    <w:p w14:paraId="1FFA720C" w14:textId="77777777" w:rsidR="0010470F" w:rsidRDefault="00104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0D6B" w14:textId="77777777" w:rsidR="009A62B6" w:rsidRDefault="0010470F">
    <w:pPr>
      <w:pStyle w:val="Footer"/>
      <w:jc w:val="center"/>
    </w:pPr>
    <w:r>
      <w:rPr>
        <w:color w:val="6B7280"/>
        <w:sz w:val="13"/>
      </w:rPr>
      <w:t>Healthcare Coalition of Maine | www.mainehccs.org | LTC/SNF Planning Resource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EFF1E" w14:textId="77777777" w:rsidR="0010470F" w:rsidRDefault="0010470F">
      <w:pPr>
        <w:spacing w:after="0" w:line="240" w:lineRule="auto"/>
      </w:pPr>
      <w:r>
        <w:separator/>
      </w:r>
    </w:p>
  </w:footnote>
  <w:footnote w:type="continuationSeparator" w:id="0">
    <w:p w14:paraId="5F435778" w14:textId="77777777" w:rsidR="0010470F" w:rsidRDefault="00104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86466023">
    <w:abstractNumId w:val="8"/>
  </w:num>
  <w:num w:numId="2" w16cid:durableId="1480615768">
    <w:abstractNumId w:val="6"/>
  </w:num>
  <w:num w:numId="3" w16cid:durableId="1838378821">
    <w:abstractNumId w:val="5"/>
  </w:num>
  <w:num w:numId="4" w16cid:durableId="1071462366">
    <w:abstractNumId w:val="4"/>
  </w:num>
  <w:num w:numId="5" w16cid:durableId="120344566">
    <w:abstractNumId w:val="7"/>
  </w:num>
  <w:num w:numId="6" w16cid:durableId="1319114980">
    <w:abstractNumId w:val="3"/>
  </w:num>
  <w:num w:numId="7" w16cid:durableId="955142115">
    <w:abstractNumId w:val="2"/>
  </w:num>
  <w:num w:numId="8" w16cid:durableId="884634655">
    <w:abstractNumId w:val="1"/>
  </w:num>
  <w:num w:numId="9" w16cid:durableId="742066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470F"/>
    <w:rsid w:val="0015074B"/>
    <w:rsid w:val="0029639D"/>
    <w:rsid w:val="00326F90"/>
    <w:rsid w:val="00680AC5"/>
    <w:rsid w:val="007A7D18"/>
    <w:rsid w:val="009A62B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CF197F"/>
  <w14:defaultImageDpi w14:val="300"/>
  <w15:docId w15:val="{F871A029-4902-4E4C-AFFD-E326F0D7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HCC-ME Maine LTC/SNF Emergency Power &amp; Critical Utilities Worksheet</dc:title>
  <dc:subject>Long-Term Care / Skilled Nursing Emergency Preparedness Toolkit</dc:subject>
  <dc:creator>Healthcare Coalition of Maine</dc:creator>
  <cp:keywords/>
  <dc:description>generated by python-docx</dc:description>
  <cp:lastModifiedBy>Dieterich, Hannah</cp:lastModifiedBy>
  <cp:revision>2</cp:revision>
  <dcterms:created xsi:type="dcterms:W3CDTF">2026-09-14T14:23:00Z</dcterms:created>
  <dcterms:modified xsi:type="dcterms:W3CDTF">2026-09-14T14:23:00Z</dcterms:modified>
  <cp:category/>
</cp:coreProperties>
</file>