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ayout w:type="fixed"/>
        <w:tblLook w:val="04A0" w:firstRow="1" w:lastRow="0" w:firstColumn="1" w:lastColumn="0" w:noHBand="0" w:noVBand="1"/>
      </w:tblPr>
      <w:tblGrid>
        <w:gridCol w:w="2880"/>
        <w:gridCol w:w="7920"/>
      </w:tblGrid>
      <w:tr w:rsidR="00FC16ED" w14:paraId="0BFEC4C2" w14:textId="77777777" w:rsidTr="001C4996">
        <w:trPr>
          <w:jc w:val="center"/>
        </w:trPr>
        <w:tc>
          <w:tcPr>
            <w:tcW w:w="2880" w:type="dxa"/>
          </w:tcPr>
          <w:p w14:paraId="2E82715A" w14:textId="77777777" w:rsidR="00FC16ED" w:rsidRDefault="00194FAA" w:rsidP="001C4996">
            <w:r>
              <w:rPr>
                <w:noProof/>
              </w:rPr>
              <w:drawing>
                <wp:inline distT="0" distB="0" distL="0" distR="0" wp14:anchorId="212A2514" wp14:editId="1F4FCBF0">
                  <wp:extent cx="1584960" cy="139726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CC-ME Logo(20260902-150536).jpg"/>
                          <pic:cNvPicPr/>
                        </pic:nvPicPr>
                        <pic:blipFill>
                          <a:blip r:embed="rId8"/>
                          <a:stretch>
                            <a:fillRect/>
                          </a:stretch>
                        </pic:blipFill>
                        <pic:spPr>
                          <a:xfrm>
                            <a:off x="0" y="0"/>
                            <a:ext cx="1596055" cy="1407048"/>
                          </a:xfrm>
                          <a:prstGeom prst="rect">
                            <a:avLst/>
                          </a:prstGeom>
                        </pic:spPr>
                      </pic:pic>
                    </a:graphicData>
                  </a:graphic>
                </wp:inline>
              </w:drawing>
            </w:r>
          </w:p>
        </w:tc>
        <w:tc>
          <w:tcPr>
            <w:tcW w:w="7920" w:type="dxa"/>
          </w:tcPr>
          <w:p w14:paraId="0723D1C2" w14:textId="77777777" w:rsidR="001C4996" w:rsidRDefault="001C4996">
            <w:pPr>
              <w:spacing w:after="0"/>
              <w:rPr>
                <w:rFonts w:eastAsia="Arial"/>
                <w:b/>
                <w:color w:val="0B5D48"/>
                <w:sz w:val="34"/>
              </w:rPr>
            </w:pPr>
          </w:p>
          <w:p w14:paraId="285E486F" w14:textId="77777777" w:rsidR="001C4996" w:rsidRDefault="001C4996">
            <w:pPr>
              <w:spacing w:after="0"/>
              <w:rPr>
                <w:rFonts w:eastAsia="Arial"/>
                <w:b/>
                <w:color w:val="0B5D48"/>
                <w:sz w:val="34"/>
              </w:rPr>
            </w:pPr>
          </w:p>
          <w:p w14:paraId="5906C073" w14:textId="77777777" w:rsidR="001C4996" w:rsidRDefault="001C4996">
            <w:pPr>
              <w:spacing w:after="0"/>
              <w:rPr>
                <w:rFonts w:eastAsia="Arial"/>
                <w:b/>
                <w:color w:val="0B5D48"/>
                <w:sz w:val="34"/>
              </w:rPr>
            </w:pPr>
          </w:p>
          <w:p w14:paraId="5D434689" w14:textId="440D9B2C" w:rsidR="00FC16ED" w:rsidRDefault="00194FAA">
            <w:pPr>
              <w:spacing w:after="0"/>
            </w:pPr>
            <w:r>
              <w:rPr>
                <w:rFonts w:eastAsia="Arial"/>
                <w:b/>
                <w:color w:val="0B5D48"/>
                <w:sz w:val="34"/>
              </w:rPr>
              <w:t>PLAN APPROVAL &amp; SIGNATURE PAGE</w:t>
            </w:r>
          </w:p>
          <w:p w14:paraId="78F5E27D" w14:textId="77777777" w:rsidR="00FC16ED" w:rsidRDefault="00194FAA">
            <w:pPr>
              <w:spacing w:after="0"/>
            </w:pPr>
            <w:r>
              <w:rPr>
                <w:rFonts w:eastAsia="Arial"/>
                <w:b/>
                <w:color w:val="E85A24"/>
              </w:rPr>
              <w:t>Universal HCC-ME Emergency Operations Planning Tool</w:t>
            </w:r>
          </w:p>
        </w:tc>
      </w:tr>
    </w:tbl>
    <w:p w14:paraId="47CEF6F4" w14:textId="77777777" w:rsidR="00FC16ED" w:rsidRDefault="00FC16ED">
      <w:pPr>
        <w:pBdr>
          <w:bottom w:val="single" w:sz="14" w:space="1" w:color="E85A24"/>
        </w:pBdr>
        <w:spacing w:after="60"/>
      </w:pPr>
    </w:p>
    <w:tbl>
      <w:tblPr>
        <w:tblW w:w="0" w:type="auto"/>
        <w:tblBorders>
          <w:top w:val="single" w:sz="4" w:space="0" w:color="E7B29D"/>
          <w:left w:val="single" w:sz="4" w:space="0" w:color="E7B29D"/>
          <w:bottom w:val="single" w:sz="4" w:space="0" w:color="E7B29D"/>
          <w:right w:val="single" w:sz="4" w:space="0" w:color="E7B29D"/>
          <w:insideH w:val="single" w:sz="4" w:space="0" w:color="E7B29D"/>
          <w:insideV w:val="single" w:sz="4" w:space="0" w:color="E7B29D"/>
        </w:tblBorders>
        <w:tblLook w:val="04A0" w:firstRow="1" w:lastRow="0" w:firstColumn="1" w:lastColumn="0" w:noHBand="0" w:noVBand="1"/>
      </w:tblPr>
      <w:tblGrid>
        <w:gridCol w:w="10800"/>
      </w:tblGrid>
      <w:tr w:rsidR="00FC16ED" w14:paraId="0BEB65D4" w14:textId="77777777">
        <w:tc>
          <w:tcPr>
            <w:tcW w:w="10800" w:type="dxa"/>
            <w:shd w:val="clear" w:color="auto" w:fill="FCEFE8"/>
            <w:tcMar>
              <w:top w:w="40" w:type="dxa"/>
              <w:left w:w="65" w:type="dxa"/>
              <w:bottom w:w="40" w:type="dxa"/>
              <w:right w:w="65" w:type="dxa"/>
            </w:tcMar>
          </w:tcPr>
          <w:p w14:paraId="69E4DC7C" w14:textId="77777777" w:rsidR="00FC16ED" w:rsidRDefault="00194FAA">
            <w:pPr>
              <w:spacing w:after="0"/>
            </w:pPr>
            <w:r>
              <w:rPr>
                <w:rFonts w:eastAsia="Arial"/>
                <w:b/>
                <w:color w:val="E85A24"/>
                <w:sz w:val="16"/>
              </w:rPr>
              <w:t xml:space="preserve">PLANNING RESOURCE  </w:t>
            </w:r>
            <w:r>
              <w:rPr>
                <w:rFonts w:eastAsia="Arial"/>
                <w:color w:val="1F2937"/>
                <w:sz w:val="16"/>
              </w:rPr>
              <w:t>HCC-ME is not a regulatory, licensing, accreditation, survey, or enforcement authority. This page records the organization’s own approval and does not represent HCC-ME approval, certification, or regulatory acceptance.</w:t>
            </w:r>
          </w:p>
        </w:tc>
      </w:tr>
    </w:tbl>
    <w:p w14:paraId="60AE3541" w14:textId="77777777" w:rsidR="00FC16ED" w:rsidRDefault="00194FAA">
      <w:pPr>
        <w:spacing w:before="80" w:after="40"/>
      </w:pPr>
      <w:r>
        <w:rPr>
          <w:rFonts w:eastAsia="Arial"/>
          <w:b/>
          <w:color w:val="0B5D48"/>
          <w:sz w:val="22"/>
        </w:rPr>
        <w:t>ORGANIZATION &amp; DOCUMENT CONTROL</w:t>
      </w:r>
    </w:p>
    <w:tbl>
      <w:tblPr>
        <w:tblW w:w="0" w:type="auto"/>
        <w:jc w:val="center"/>
        <w:tblBorders>
          <w:top w:val="single" w:sz="5" w:space="0" w:color="B7C8C1"/>
          <w:left w:val="single" w:sz="5" w:space="0" w:color="B7C8C1"/>
          <w:bottom w:val="single" w:sz="5" w:space="0" w:color="B7C8C1"/>
          <w:right w:val="single" w:sz="5" w:space="0" w:color="B7C8C1"/>
          <w:insideH w:val="single" w:sz="5" w:space="0" w:color="B7C8C1"/>
          <w:insideV w:val="single" w:sz="5" w:space="0" w:color="B7C8C1"/>
        </w:tblBorders>
        <w:tblLayout w:type="fixed"/>
        <w:tblLook w:val="04A0" w:firstRow="1" w:lastRow="0" w:firstColumn="1" w:lastColumn="0" w:noHBand="0" w:noVBand="1"/>
      </w:tblPr>
      <w:tblGrid>
        <w:gridCol w:w="2700"/>
        <w:gridCol w:w="2700"/>
        <w:gridCol w:w="2700"/>
        <w:gridCol w:w="2700"/>
      </w:tblGrid>
      <w:tr w:rsidR="00FC16ED" w14:paraId="5D6BEEF6" w14:textId="77777777">
        <w:trPr>
          <w:trHeight w:val="547"/>
          <w:jc w:val="center"/>
        </w:trPr>
        <w:tc>
          <w:tcPr>
            <w:tcW w:w="2700" w:type="dxa"/>
            <w:shd w:val="clear" w:color="auto" w:fill="EAF4F0"/>
            <w:tcMar>
              <w:top w:w="45" w:type="dxa"/>
              <w:left w:w="55" w:type="dxa"/>
              <w:bottom w:w="45" w:type="dxa"/>
              <w:right w:w="55" w:type="dxa"/>
            </w:tcMar>
          </w:tcPr>
          <w:p w14:paraId="163DE425" w14:textId="77777777" w:rsidR="00FC16ED" w:rsidRDefault="00194FAA">
            <w:r>
              <w:rPr>
                <w:rFonts w:eastAsia="Arial"/>
                <w:b/>
                <w:color w:val="0B5D48"/>
                <w:sz w:val="16"/>
              </w:rPr>
              <w:t>Organization / Facility Name</w:t>
            </w:r>
          </w:p>
        </w:tc>
        <w:tc>
          <w:tcPr>
            <w:tcW w:w="2700" w:type="dxa"/>
            <w:tcMar>
              <w:top w:w="45" w:type="dxa"/>
              <w:left w:w="55" w:type="dxa"/>
              <w:bottom w:w="45" w:type="dxa"/>
              <w:right w:w="55" w:type="dxa"/>
            </w:tcMar>
          </w:tcPr>
          <w:p w14:paraId="5F6617A3" w14:textId="77777777" w:rsidR="00FC16ED" w:rsidRDefault="00194FAA">
            <w:r>
              <w:rPr>
                <w:rFonts w:eastAsia="Arial"/>
                <w:color w:val="1F2937"/>
                <w:sz w:val="24"/>
              </w:rPr>
              <w:t xml:space="preserve"> </w:t>
            </w:r>
          </w:p>
        </w:tc>
        <w:tc>
          <w:tcPr>
            <w:tcW w:w="2700" w:type="dxa"/>
            <w:shd w:val="clear" w:color="auto" w:fill="EAF4F0"/>
            <w:tcMar>
              <w:top w:w="45" w:type="dxa"/>
              <w:left w:w="55" w:type="dxa"/>
              <w:bottom w:w="45" w:type="dxa"/>
              <w:right w:w="55" w:type="dxa"/>
            </w:tcMar>
          </w:tcPr>
          <w:p w14:paraId="6AA5AAE5" w14:textId="77777777" w:rsidR="00FC16ED" w:rsidRDefault="00194FAA">
            <w:r>
              <w:rPr>
                <w:rFonts w:eastAsia="Arial"/>
                <w:b/>
                <w:color w:val="0B5D48"/>
                <w:sz w:val="16"/>
              </w:rPr>
              <w:t>Provider Type</w:t>
            </w:r>
          </w:p>
        </w:tc>
        <w:tc>
          <w:tcPr>
            <w:tcW w:w="2700" w:type="dxa"/>
            <w:tcMar>
              <w:top w:w="45" w:type="dxa"/>
              <w:left w:w="55" w:type="dxa"/>
              <w:bottom w:w="45" w:type="dxa"/>
              <w:right w:w="55" w:type="dxa"/>
            </w:tcMar>
          </w:tcPr>
          <w:p w14:paraId="7099F57F" w14:textId="77777777" w:rsidR="00FC16ED" w:rsidRDefault="00194FAA">
            <w:r>
              <w:rPr>
                <w:rFonts w:eastAsia="Arial"/>
                <w:color w:val="1F2937"/>
                <w:sz w:val="24"/>
              </w:rPr>
              <w:t xml:space="preserve"> </w:t>
            </w:r>
          </w:p>
        </w:tc>
      </w:tr>
      <w:tr w:rsidR="00FC16ED" w14:paraId="1B6636B9" w14:textId="77777777">
        <w:trPr>
          <w:trHeight w:val="547"/>
          <w:jc w:val="center"/>
        </w:trPr>
        <w:tc>
          <w:tcPr>
            <w:tcW w:w="2700" w:type="dxa"/>
            <w:shd w:val="clear" w:color="auto" w:fill="EAF4F0"/>
            <w:tcMar>
              <w:top w:w="45" w:type="dxa"/>
              <w:left w:w="55" w:type="dxa"/>
              <w:bottom w:w="45" w:type="dxa"/>
              <w:right w:w="55" w:type="dxa"/>
            </w:tcMar>
          </w:tcPr>
          <w:p w14:paraId="10BB4DE1" w14:textId="77777777" w:rsidR="00FC16ED" w:rsidRDefault="00194FAA">
            <w:r>
              <w:rPr>
                <w:rFonts w:eastAsia="Arial"/>
                <w:b/>
                <w:color w:val="0B5D48"/>
                <w:sz w:val="16"/>
              </w:rPr>
              <w:t>EOP Title</w:t>
            </w:r>
          </w:p>
        </w:tc>
        <w:tc>
          <w:tcPr>
            <w:tcW w:w="2700" w:type="dxa"/>
            <w:tcMar>
              <w:top w:w="45" w:type="dxa"/>
              <w:left w:w="55" w:type="dxa"/>
              <w:bottom w:w="45" w:type="dxa"/>
              <w:right w:w="55" w:type="dxa"/>
            </w:tcMar>
          </w:tcPr>
          <w:p w14:paraId="7CA76389" w14:textId="77777777" w:rsidR="00FC16ED" w:rsidRDefault="00194FAA">
            <w:r>
              <w:rPr>
                <w:rFonts w:eastAsia="Arial"/>
                <w:color w:val="1F2937"/>
                <w:sz w:val="24"/>
              </w:rPr>
              <w:t xml:space="preserve"> </w:t>
            </w:r>
          </w:p>
        </w:tc>
        <w:tc>
          <w:tcPr>
            <w:tcW w:w="2700" w:type="dxa"/>
            <w:shd w:val="clear" w:color="auto" w:fill="EAF4F0"/>
            <w:tcMar>
              <w:top w:w="45" w:type="dxa"/>
              <w:left w:w="55" w:type="dxa"/>
              <w:bottom w:w="45" w:type="dxa"/>
              <w:right w:w="55" w:type="dxa"/>
            </w:tcMar>
          </w:tcPr>
          <w:p w14:paraId="3CA284D1" w14:textId="77777777" w:rsidR="00FC16ED" w:rsidRDefault="00194FAA">
            <w:r>
              <w:rPr>
                <w:rFonts w:eastAsia="Arial"/>
                <w:b/>
                <w:color w:val="0B5D48"/>
                <w:sz w:val="16"/>
              </w:rPr>
              <w:t>Plan Version</w:t>
            </w:r>
          </w:p>
        </w:tc>
        <w:tc>
          <w:tcPr>
            <w:tcW w:w="2700" w:type="dxa"/>
            <w:tcMar>
              <w:top w:w="45" w:type="dxa"/>
              <w:left w:w="55" w:type="dxa"/>
              <w:bottom w:w="45" w:type="dxa"/>
              <w:right w:w="55" w:type="dxa"/>
            </w:tcMar>
          </w:tcPr>
          <w:p w14:paraId="41CE1E1E" w14:textId="77777777" w:rsidR="00FC16ED" w:rsidRDefault="00194FAA">
            <w:r>
              <w:rPr>
                <w:rFonts w:eastAsia="Arial"/>
                <w:color w:val="1F2937"/>
                <w:sz w:val="24"/>
              </w:rPr>
              <w:t xml:space="preserve"> </w:t>
            </w:r>
          </w:p>
        </w:tc>
      </w:tr>
      <w:tr w:rsidR="00FC16ED" w14:paraId="2FCEDEFD" w14:textId="77777777">
        <w:trPr>
          <w:trHeight w:val="547"/>
          <w:jc w:val="center"/>
        </w:trPr>
        <w:tc>
          <w:tcPr>
            <w:tcW w:w="2700" w:type="dxa"/>
            <w:shd w:val="clear" w:color="auto" w:fill="EAF4F0"/>
            <w:tcMar>
              <w:top w:w="45" w:type="dxa"/>
              <w:left w:w="55" w:type="dxa"/>
              <w:bottom w:w="45" w:type="dxa"/>
              <w:right w:w="55" w:type="dxa"/>
            </w:tcMar>
          </w:tcPr>
          <w:p w14:paraId="3B4E182C" w14:textId="77777777" w:rsidR="00FC16ED" w:rsidRDefault="00194FAA">
            <w:r>
              <w:rPr>
                <w:rFonts w:eastAsia="Arial"/>
                <w:b/>
                <w:color w:val="0B5D48"/>
                <w:sz w:val="16"/>
              </w:rPr>
              <w:t>Effective Date</w:t>
            </w:r>
          </w:p>
        </w:tc>
        <w:tc>
          <w:tcPr>
            <w:tcW w:w="2700" w:type="dxa"/>
            <w:tcMar>
              <w:top w:w="45" w:type="dxa"/>
              <w:left w:w="55" w:type="dxa"/>
              <w:bottom w:w="45" w:type="dxa"/>
              <w:right w:w="55" w:type="dxa"/>
            </w:tcMar>
          </w:tcPr>
          <w:p w14:paraId="3E0215F8" w14:textId="77777777" w:rsidR="00FC16ED" w:rsidRDefault="00194FAA">
            <w:r>
              <w:rPr>
                <w:rFonts w:eastAsia="Arial"/>
                <w:color w:val="1F2937"/>
                <w:sz w:val="24"/>
              </w:rPr>
              <w:t xml:space="preserve"> </w:t>
            </w:r>
          </w:p>
        </w:tc>
        <w:tc>
          <w:tcPr>
            <w:tcW w:w="2700" w:type="dxa"/>
            <w:shd w:val="clear" w:color="auto" w:fill="EAF4F0"/>
            <w:tcMar>
              <w:top w:w="45" w:type="dxa"/>
              <w:left w:w="55" w:type="dxa"/>
              <w:bottom w:w="45" w:type="dxa"/>
              <w:right w:w="55" w:type="dxa"/>
            </w:tcMar>
          </w:tcPr>
          <w:p w14:paraId="71119798" w14:textId="77777777" w:rsidR="00FC16ED" w:rsidRDefault="00194FAA">
            <w:r>
              <w:rPr>
                <w:rFonts w:eastAsia="Arial"/>
                <w:b/>
                <w:color w:val="0B5D48"/>
                <w:sz w:val="16"/>
              </w:rPr>
              <w:t>Supersedes Version / Date</w:t>
            </w:r>
          </w:p>
        </w:tc>
        <w:tc>
          <w:tcPr>
            <w:tcW w:w="2700" w:type="dxa"/>
            <w:tcMar>
              <w:top w:w="45" w:type="dxa"/>
              <w:left w:w="55" w:type="dxa"/>
              <w:bottom w:w="45" w:type="dxa"/>
              <w:right w:w="55" w:type="dxa"/>
            </w:tcMar>
          </w:tcPr>
          <w:p w14:paraId="4AF18D84" w14:textId="77777777" w:rsidR="00FC16ED" w:rsidRDefault="00194FAA">
            <w:r>
              <w:rPr>
                <w:rFonts w:eastAsia="Arial"/>
                <w:color w:val="1F2937"/>
                <w:sz w:val="24"/>
              </w:rPr>
              <w:t xml:space="preserve"> </w:t>
            </w:r>
          </w:p>
        </w:tc>
      </w:tr>
      <w:tr w:rsidR="00FC16ED" w14:paraId="1FE239C7" w14:textId="77777777">
        <w:trPr>
          <w:trHeight w:val="547"/>
          <w:jc w:val="center"/>
        </w:trPr>
        <w:tc>
          <w:tcPr>
            <w:tcW w:w="2700" w:type="dxa"/>
            <w:shd w:val="clear" w:color="auto" w:fill="EAF4F0"/>
            <w:tcMar>
              <w:top w:w="45" w:type="dxa"/>
              <w:left w:w="55" w:type="dxa"/>
              <w:bottom w:w="45" w:type="dxa"/>
              <w:right w:w="55" w:type="dxa"/>
            </w:tcMar>
          </w:tcPr>
          <w:p w14:paraId="2E4D682D" w14:textId="77777777" w:rsidR="00FC16ED" w:rsidRDefault="00194FAA">
            <w:r>
              <w:rPr>
                <w:rFonts w:eastAsia="Arial"/>
                <w:b/>
                <w:color w:val="0B5D48"/>
                <w:sz w:val="16"/>
              </w:rPr>
              <w:t>Plan Owner / Custodian</w:t>
            </w:r>
          </w:p>
        </w:tc>
        <w:tc>
          <w:tcPr>
            <w:tcW w:w="2700" w:type="dxa"/>
            <w:tcMar>
              <w:top w:w="45" w:type="dxa"/>
              <w:left w:w="55" w:type="dxa"/>
              <w:bottom w:w="45" w:type="dxa"/>
              <w:right w:w="55" w:type="dxa"/>
            </w:tcMar>
          </w:tcPr>
          <w:p w14:paraId="6AA25F23" w14:textId="77777777" w:rsidR="00FC16ED" w:rsidRDefault="00194FAA">
            <w:r>
              <w:rPr>
                <w:rFonts w:eastAsia="Arial"/>
                <w:color w:val="1F2937"/>
                <w:sz w:val="24"/>
              </w:rPr>
              <w:t xml:space="preserve"> </w:t>
            </w:r>
          </w:p>
        </w:tc>
        <w:tc>
          <w:tcPr>
            <w:tcW w:w="2700" w:type="dxa"/>
            <w:shd w:val="clear" w:color="auto" w:fill="EAF4F0"/>
            <w:tcMar>
              <w:top w:w="45" w:type="dxa"/>
              <w:left w:w="55" w:type="dxa"/>
              <w:bottom w:w="45" w:type="dxa"/>
              <w:right w:w="55" w:type="dxa"/>
            </w:tcMar>
          </w:tcPr>
          <w:p w14:paraId="7228A4EB" w14:textId="77777777" w:rsidR="00FC16ED" w:rsidRDefault="00194FAA">
            <w:r>
              <w:rPr>
                <w:rFonts w:eastAsia="Arial"/>
                <w:b/>
                <w:color w:val="0B5D48"/>
                <w:sz w:val="16"/>
              </w:rPr>
              <w:t>Next Scheduled Review</w:t>
            </w:r>
          </w:p>
        </w:tc>
        <w:tc>
          <w:tcPr>
            <w:tcW w:w="2700" w:type="dxa"/>
            <w:tcMar>
              <w:top w:w="45" w:type="dxa"/>
              <w:left w:w="55" w:type="dxa"/>
              <w:bottom w:w="45" w:type="dxa"/>
              <w:right w:w="55" w:type="dxa"/>
            </w:tcMar>
          </w:tcPr>
          <w:p w14:paraId="1C4BB818" w14:textId="77777777" w:rsidR="00FC16ED" w:rsidRDefault="00194FAA">
            <w:r>
              <w:rPr>
                <w:rFonts w:eastAsia="Arial"/>
                <w:color w:val="1F2937"/>
                <w:sz w:val="24"/>
              </w:rPr>
              <w:t xml:space="preserve"> </w:t>
            </w:r>
          </w:p>
        </w:tc>
      </w:tr>
    </w:tbl>
    <w:p w14:paraId="44CF3E97" w14:textId="77777777" w:rsidR="00FC16ED" w:rsidRDefault="00194FAA">
      <w:pPr>
        <w:spacing w:before="80" w:after="40"/>
      </w:pPr>
      <w:r>
        <w:rPr>
          <w:rFonts w:eastAsia="Arial"/>
          <w:b/>
          <w:color w:val="0B5D48"/>
          <w:sz w:val="22"/>
        </w:rPr>
        <w:t>APPROVAL STATEMENT</w:t>
      </w:r>
    </w:p>
    <w:p w14:paraId="5DA102A4" w14:textId="77777777" w:rsidR="00FC16ED" w:rsidRDefault="00194FAA">
      <w:pPr>
        <w:spacing w:after="60" w:line="228" w:lineRule="auto"/>
      </w:pPr>
      <w:r>
        <w:rPr>
          <w:rFonts w:eastAsia="Arial"/>
          <w:color w:val="1F2937"/>
          <w:sz w:val="17"/>
        </w:rPr>
        <w:t>By signing below, designated organizational representatives acknowledge that this Emergency Operations Plan has been reviewed, approved for implementation within their authority, and will be maintained and reviewed according to applicable requirements and organizational policy. Use the approvers required by your organization’s governance and document-control process.</w:t>
      </w:r>
    </w:p>
    <w:tbl>
      <w:tblPr>
        <w:tblW w:w="0" w:type="auto"/>
        <w:jc w:val="center"/>
        <w:tblBorders>
          <w:top w:val="single" w:sz="5" w:space="0" w:color="B7C8C1"/>
          <w:left w:val="single" w:sz="5" w:space="0" w:color="B7C8C1"/>
          <w:bottom w:val="single" w:sz="5" w:space="0" w:color="B7C8C1"/>
          <w:right w:val="single" w:sz="5" w:space="0" w:color="B7C8C1"/>
          <w:insideH w:val="single" w:sz="5" w:space="0" w:color="B7C8C1"/>
          <w:insideV w:val="single" w:sz="5" w:space="0" w:color="B7C8C1"/>
        </w:tblBorders>
        <w:tblLayout w:type="fixed"/>
        <w:tblLook w:val="04A0" w:firstRow="1" w:lastRow="0" w:firstColumn="1" w:lastColumn="0" w:noHBand="0" w:noVBand="1"/>
      </w:tblPr>
      <w:tblGrid>
        <w:gridCol w:w="2700"/>
        <w:gridCol w:w="2700"/>
        <w:gridCol w:w="2700"/>
        <w:gridCol w:w="2700"/>
      </w:tblGrid>
      <w:tr w:rsidR="00FC16ED" w14:paraId="4D4B1D5C" w14:textId="77777777">
        <w:trPr>
          <w:jc w:val="center"/>
        </w:trPr>
        <w:tc>
          <w:tcPr>
            <w:tcW w:w="2700" w:type="dxa"/>
            <w:shd w:val="clear" w:color="auto" w:fill="0B5D48"/>
            <w:tcMar>
              <w:top w:w="45" w:type="dxa"/>
              <w:left w:w="50" w:type="dxa"/>
              <w:bottom w:w="45" w:type="dxa"/>
              <w:right w:w="50" w:type="dxa"/>
            </w:tcMar>
          </w:tcPr>
          <w:p w14:paraId="04EF3AFA" w14:textId="77777777" w:rsidR="00FC16ED" w:rsidRDefault="00194FAA">
            <w:pPr>
              <w:jc w:val="center"/>
            </w:pPr>
            <w:r>
              <w:rPr>
                <w:rFonts w:eastAsia="Arial"/>
                <w:b/>
                <w:color w:val="FFFFFF"/>
                <w:sz w:val="17"/>
              </w:rPr>
              <w:t>Role / Title</w:t>
            </w:r>
          </w:p>
        </w:tc>
        <w:tc>
          <w:tcPr>
            <w:tcW w:w="2700" w:type="dxa"/>
            <w:shd w:val="clear" w:color="auto" w:fill="0B5D48"/>
            <w:tcMar>
              <w:top w:w="45" w:type="dxa"/>
              <w:left w:w="50" w:type="dxa"/>
              <w:bottom w:w="45" w:type="dxa"/>
              <w:right w:w="50" w:type="dxa"/>
            </w:tcMar>
          </w:tcPr>
          <w:p w14:paraId="68B643C9" w14:textId="77777777" w:rsidR="00FC16ED" w:rsidRDefault="00194FAA">
            <w:pPr>
              <w:jc w:val="center"/>
            </w:pPr>
            <w:r>
              <w:rPr>
                <w:rFonts w:eastAsia="Arial"/>
                <w:b/>
                <w:color w:val="FFFFFF"/>
                <w:sz w:val="17"/>
              </w:rPr>
              <w:t>Printed Name</w:t>
            </w:r>
          </w:p>
        </w:tc>
        <w:tc>
          <w:tcPr>
            <w:tcW w:w="2700" w:type="dxa"/>
            <w:shd w:val="clear" w:color="auto" w:fill="0B5D48"/>
            <w:tcMar>
              <w:top w:w="45" w:type="dxa"/>
              <w:left w:w="50" w:type="dxa"/>
              <w:bottom w:w="45" w:type="dxa"/>
              <w:right w:w="50" w:type="dxa"/>
            </w:tcMar>
          </w:tcPr>
          <w:p w14:paraId="3353745A" w14:textId="77777777" w:rsidR="00FC16ED" w:rsidRDefault="00194FAA">
            <w:pPr>
              <w:jc w:val="center"/>
            </w:pPr>
            <w:r>
              <w:rPr>
                <w:rFonts w:eastAsia="Arial"/>
                <w:b/>
                <w:color w:val="FFFFFF"/>
                <w:sz w:val="17"/>
              </w:rPr>
              <w:t>Signature</w:t>
            </w:r>
          </w:p>
        </w:tc>
        <w:tc>
          <w:tcPr>
            <w:tcW w:w="2700" w:type="dxa"/>
            <w:shd w:val="clear" w:color="auto" w:fill="0B5D48"/>
            <w:tcMar>
              <w:top w:w="45" w:type="dxa"/>
              <w:left w:w="50" w:type="dxa"/>
              <w:bottom w:w="45" w:type="dxa"/>
              <w:right w:w="50" w:type="dxa"/>
            </w:tcMar>
          </w:tcPr>
          <w:p w14:paraId="23A35D9D" w14:textId="77777777" w:rsidR="00FC16ED" w:rsidRDefault="00194FAA">
            <w:pPr>
              <w:jc w:val="center"/>
            </w:pPr>
            <w:r>
              <w:rPr>
                <w:rFonts w:eastAsia="Arial"/>
                <w:b/>
                <w:color w:val="FFFFFF"/>
                <w:sz w:val="17"/>
              </w:rPr>
              <w:t>Date</w:t>
            </w:r>
          </w:p>
        </w:tc>
      </w:tr>
      <w:tr w:rsidR="00FC16ED" w14:paraId="3A3C9401" w14:textId="77777777">
        <w:trPr>
          <w:trHeight w:val="691"/>
          <w:jc w:val="center"/>
        </w:trPr>
        <w:tc>
          <w:tcPr>
            <w:tcW w:w="2700" w:type="dxa"/>
            <w:shd w:val="clear" w:color="auto" w:fill="F3F5F4"/>
            <w:tcMar>
              <w:top w:w="35" w:type="dxa"/>
              <w:left w:w="45" w:type="dxa"/>
              <w:bottom w:w="35" w:type="dxa"/>
              <w:right w:w="45" w:type="dxa"/>
            </w:tcMar>
            <w:vAlign w:val="center"/>
          </w:tcPr>
          <w:p w14:paraId="55B23DA5" w14:textId="77777777" w:rsidR="00FC16ED" w:rsidRDefault="00194FAA">
            <w:r>
              <w:rPr>
                <w:rFonts w:eastAsia="Arial"/>
                <w:color w:val="1F2937"/>
                <w:sz w:val="22"/>
              </w:rPr>
              <w:t xml:space="preserve"> </w:t>
            </w:r>
          </w:p>
        </w:tc>
        <w:tc>
          <w:tcPr>
            <w:tcW w:w="2700" w:type="dxa"/>
            <w:tcMar>
              <w:top w:w="35" w:type="dxa"/>
              <w:left w:w="45" w:type="dxa"/>
              <w:bottom w:w="35" w:type="dxa"/>
              <w:right w:w="45" w:type="dxa"/>
            </w:tcMar>
            <w:vAlign w:val="center"/>
          </w:tcPr>
          <w:p w14:paraId="31F3BA02" w14:textId="77777777" w:rsidR="00FC16ED" w:rsidRDefault="00194FAA">
            <w:r>
              <w:rPr>
                <w:rFonts w:eastAsia="Arial"/>
                <w:color w:val="1F2937"/>
                <w:sz w:val="22"/>
              </w:rPr>
              <w:t xml:space="preserve"> </w:t>
            </w:r>
          </w:p>
        </w:tc>
        <w:tc>
          <w:tcPr>
            <w:tcW w:w="2700" w:type="dxa"/>
            <w:tcMar>
              <w:top w:w="35" w:type="dxa"/>
              <w:left w:w="45" w:type="dxa"/>
              <w:bottom w:w="35" w:type="dxa"/>
              <w:right w:w="45" w:type="dxa"/>
            </w:tcMar>
            <w:vAlign w:val="center"/>
          </w:tcPr>
          <w:p w14:paraId="6E33BB1C" w14:textId="77777777" w:rsidR="00FC16ED" w:rsidRDefault="00194FAA">
            <w:r>
              <w:rPr>
                <w:rFonts w:eastAsia="Arial"/>
                <w:color w:val="1F2937"/>
                <w:sz w:val="22"/>
              </w:rPr>
              <w:t xml:space="preserve"> </w:t>
            </w:r>
          </w:p>
        </w:tc>
        <w:tc>
          <w:tcPr>
            <w:tcW w:w="2700" w:type="dxa"/>
            <w:tcMar>
              <w:top w:w="35" w:type="dxa"/>
              <w:left w:w="45" w:type="dxa"/>
              <w:bottom w:w="35" w:type="dxa"/>
              <w:right w:w="45" w:type="dxa"/>
            </w:tcMar>
            <w:vAlign w:val="center"/>
          </w:tcPr>
          <w:p w14:paraId="519E1FF3" w14:textId="77777777" w:rsidR="00FC16ED" w:rsidRDefault="00194FAA">
            <w:r>
              <w:rPr>
                <w:rFonts w:eastAsia="Arial"/>
                <w:color w:val="1F2937"/>
                <w:sz w:val="22"/>
              </w:rPr>
              <w:t xml:space="preserve"> </w:t>
            </w:r>
          </w:p>
        </w:tc>
      </w:tr>
      <w:tr w:rsidR="00FC16ED" w14:paraId="53B807AF" w14:textId="77777777">
        <w:trPr>
          <w:trHeight w:val="691"/>
          <w:jc w:val="center"/>
        </w:trPr>
        <w:tc>
          <w:tcPr>
            <w:tcW w:w="2700" w:type="dxa"/>
            <w:shd w:val="clear" w:color="auto" w:fill="F3F5F4"/>
            <w:tcMar>
              <w:top w:w="35" w:type="dxa"/>
              <w:left w:w="45" w:type="dxa"/>
              <w:bottom w:w="35" w:type="dxa"/>
              <w:right w:w="45" w:type="dxa"/>
            </w:tcMar>
            <w:vAlign w:val="center"/>
          </w:tcPr>
          <w:p w14:paraId="4106C554" w14:textId="77777777" w:rsidR="00FC16ED" w:rsidRDefault="00194FAA">
            <w:r>
              <w:rPr>
                <w:rFonts w:eastAsia="Arial"/>
                <w:color w:val="1F2937"/>
                <w:sz w:val="22"/>
              </w:rPr>
              <w:t xml:space="preserve"> </w:t>
            </w:r>
          </w:p>
        </w:tc>
        <w:tc>
          <w:tcPr>
            <w:tcW w:w="2700" w:type="dxa"/>
            <w:tcMar>
              <w:top w:w="35" w:type="dxa"/>
              <w:left w:w="45" w:type="dxa"/>
              <w:bottom w:w="35" w:type="dxa"/>
              <w:right w:w="45" w:type="dxa"/>
            </w:tcMar>
            <w:vAlign w:val="center"/>
          </w:tcPr>
          <w:p w14:paraId="3BCCEEA0" w14:textId="77777777" w:rsidR="00FC16ED" w:rsidRDefault="00194FAA">
            <w:r>
              <w:rPr>
                <w:rFonts w:eastAsia="Arial"/>
                <w:color w:val="1F2937"/>
                <w:sz w:val="22"/>
              </w:rPr>
              <w:t xml:space="preserve"> </w:t>
            </w:r>
          </w:p>
        </w:tc>
        <w:tc>
          <w:tcPr>
            <w:tcW w:w="2700" w:type="dxa"/>
            <w:tcMar>
              <w:top w:w="35" w:type="dxa"/>
              <w:left w:w="45" w:type="dxa"/>
              <w:bottom w:w="35" w:type="dxa"/>
              <w:right w:w="45" w:type="dxa"/>
            </w:tcMar>
            <w:vAlign w:val="center"/>
          </w:tcPr>
          <w:p w14:paraId="3FEB3210" w14:textId="77777777" w:rsidR="00FC16ED" w:rsidRDefault="00194FAA">
            <w:r>
              <w:rPr>
                <w:rFonts w:eastAsia="Arial"/>
                <w:color w:val="1F2937"/>
                <w:sz w:val="22"/>
              </w:rPr>
              <w:t xml:space="preserve"> </w:t>
            </w:r>
          </w:p>
        </w:tc>
        <w:tc>
          <w:tcPr>
            <w:tcW w:w="2700" w:type="dxa"/>
            <w:tcMar>
              <w:top w:w="35" w:type="dxa"/>
              <w:left w:w="45" w:type="dxa"/>
              <w:bottom w:w="35" w:type="dxa"/>
              <w:right w:w="45" w:type="dxa"/>
            </w:tcMar>
            <w:vAlign w:val="center"/>
          </w:tcPr>
          <w:p w14:paraId="3CEC63A8" w14:textId="77777777" w:rsidR="00FC16ED" w:rsidRDefault="00194FAA">
            <w:r>
              <w:rPr>
                <w:rFonts w:eastAsia="Arial"/>
                <w:color w:val="1F2937"/>
                <w:sz w:val="22"/>
              </w:rPr>
              <w:t xml:space="preserve"> </w:t>
            </w:r>
          </w:p>
        </w:tc>
      </w:tr>
      <w:tr w:rsidR="00FC16ED" w14:paraId="3607FD33" w14:textId="77777777">
        <w:trPr>
          <w:trHeight w:val="691"/>
          <w:jc w:val="center"/>
        </w:trPr>
        <w:tc>
          <w:tcPr>
            <w:tcW w:w="2700" w:type="dxa"/>
            <w:shd w:val="clear" w:color="auto" w:fill="F3F5F4"/>
            <w:tcMar>
              <w:top w:w="35" w:type="dxa"/>
              <w:left w:w="45" w:type="dxa"/>
              <w:bottom w:w="35" w:type="dxa"/>
              <w:right w:w="45" w:type="dxa"/>
            </w:tcMar>
            <w:vAlign w:val="center"/>
          </w:tcPr>
          <w:p w14:paraId="560BB4BE" w14:textId="77777777" w:rsidR="00FC16ED" w:rsidRDefault="00194FAA">
            <w:r>
              <w:rPr>
                <w:rFonts w:eastAsia="Arial"/>
                <w:color w:val="1F2937"/>
                <w:sz w:val="22"/>
              </w:rPr>
              <w:t xml:space="preserve"> </w:t>
            </w:r>
          </w:p>
        </w:tc>
        <w:tc>
          <w:tcPr>
            <w:tcW w:w="2700" w:type="dxa"/>
            <w:tcMar>
              <w:top w:w="35" w:type="dxa"/>
              <w:left w:w="45" w:type="dxa"/>
              <w:bottom w:w="35" w:type="dxa"/>
              <w:right w:w="45" w:type="dxa"/>
            </w:tcMar>
            <w:vAlign w:val="center"/>
          </w:tcPr>
          <w:p w14:paraId="1A21B3A5" w14:textId="77777777" w:rsidR="00FC16ED" w:rsidRDefault="00194FAA">
            <w:r>
              <w:rPr>
                <w:rFonts w:eastAsia="Arial"/>
                <w:color w:val="1F2937"/>
                <w:sz w:val="22"/>
              </w:rPr>
              <w:t xml:space="preserve"> </w:t>
            </w:r>
          </w:p>
        </w:tc>
        <w:tc>
          <w:tcPr>
            <w:tcW w:w="2700" w:type="dxa"/>
            <w:tcMar>
              <w:top w:w="35" w:type="dxa"/>
              <w:left w:w="45" w:type="dxa"/>
              <w:bottom w:w="35" w:type="dxa"/>
              <w:right w:w="45" w:type="dxa"/>
            </w:tcMar>
            <w:vAlign w:val="center"/>
          </w:tcPr>
          <w:p w14:paraId="19F57385" w14:textId="77777777" w:rsidR="00FC16ED" w:rsidRDefault="00194FAA">
            <w:r>
              <w:rPr>
                <w:rFonts w:eastAsia="Arial"/>
                <w:color w:val="1F2937"/>
                <w:sz w:val="22"/>
              </w:rPr>
              <w:t xml:space="preserve"> </w:t>
            </w:r>
          </w:p>
        </w:tc>
        <w:tc>
          <w:tcPr>
            <w:tcW w:w="2700" w:type="dxa"/>
            <w:tcMar>
              <w:top w:w="35" w:type="dxa"/>
              <w:left w:w="45" w:type="dxa"/>
              <w:bottom w:w="35" w:type="dxa"/>
              <w:right w:w="45" w:type="dxa"/>
            </w:tcMar>
            <w:vAlign w:val="center"/>
          </w:tcPr>
          <w:p w14:paraId="785D8017" w14:textId="77777777" w:rsidR="00FC16ED" w:rsidRDefault="00194FAA">
            <w:r>
              <w:rPr>
                <w:rFonts w:eastAsia="Arial"/>
                <w:color w:val="1F2937"/>
                <w:sz w:val="22"/>
              </w:rPr>
              <w:t xml:space="preserve"> </w:t>
            </w:r>
          </w:p>
        </w:tc>
      </w:tr>
      <w:tr w:rsidR="00FC16ED" w14:paraId="14647BA1" w14:textId="77777777">
        <w:trPr>
          <w:trHeight w:val="691"/>
          <w:jc w:val="center"/>
        </w:trPr>
        <w:tc>
          <w:tcPr>
            <w:tcW w:w="2700" w:type="dxa"/>
            <w:shd w:val="clear" w:color="auto" w:fill="F3F5F4"/>
            <w:tcMar>
              <w:top w:w="35" w:type="dxa"/>
              <w:left w:w="45" w:type="dxa"/>
              <w:bottom w:w="35" w:type="dxa"/>
              <w:right w:w="45" w:type="dxa"/>
            </w:tcMar>
            <w:vAlign w:val="center"/>
          </w:tcPr>
          <w:p w14:paraId="6B895754" w14:textId="77777777" w:rsidR="00FC16ED" w:rsidRDefault="00194FAA">
            <w:r>
              <w:rPr>
                <w:rFonts w:eastAsia="Arial"/>
                <w:color w:val="1F2937"/>
                <w:sz w:val="22"/>
              </w:rPr>
              <w:t xml:space="preserve"> </w:t>
            </w:r>
          </w:p>
        </w:tc>
        <w:tc>
          <w:tcPr>
            <w:tcW w:w="2700" w:type="dxa"/>
            <w:tcMar>
              <w:top w:w="35" w:type="dxa"/>
              <w:left w:w="45" w:type="dxa"/>
              <w:bottom w:w="35" w:type="dxa"/>
              <w:right w:w="45" w:type="dxa"/>
            </w:tcMar>
            <w:vAlign w:val="center"/>
          </w:tcPr>
          <w:p w14:paraId="0EE82E80" w14:textId="77777777" w:rsidR="00FC16ED" w:rsidRDefault="00194FAA">
            <w:r>
              <w:rPr>
                <w:rFonts w:eastAsia="Arial"/>
                <w:color w:val="1F2937"/>
                <w:sz w:val="22"/>
              </w:rPr>
              <w:t xml:space="preserve"> </w:t>
            </w:r>
          </w:p>
        </w:tc>
        <w:tc>
          <w:tcPr>
            <w:tcW w:w="2700" w:type="dxa"/>
            <w:tcMar>
              <w:top w:w="35" w:type="dxa"/>
              <w:left w:w="45" w:type="dxa"/>
              <w:bottom w:w="35" w:type="dxa"/>
              <w:right w:w="45" w:type="dxa"/>
            </w:tcMar>
            <w:vAlign w:val="center"/>
          </w:tcPr>
          <w:p w14:paraId="7C4C9713" w14:textId="77777777" w:rsidR="00FC16ED" w:rsidRDefault="00194FAA">
            <w:r>
              <w:rPr>
                <w:rFonts w:eastAsia="Arial"/>
                <w:color w:val="1F2937"/>
                <w:sz w:val="22"/>
              </w:rPr>
              <w:t xml:space="preserve"> </w:t>
            </w:r>
          </w:p>
        </w:tc>
        <w:tc>
          <w:tcPr>
            <w:tcW w:w="2700" w:type="dxa"/>
            <w:tcMar>
              <w:top w:w="35" w:type="dxa"/>
              <w:left w:w="45" w:type="dxa"/>
              <w:bottom w:w="35" w:type="dxa"/>
              <w:right w:w="45" w:type="dxa"/>
            </w:tcMar>
            <w:vAlign w:val="center"/>
          </w:tcPr>
          <w:p w14:paraId="214CA50C" w14:textId="77777777" w:rsidR="00FC16ED" w:rsidRDefault="00194FAA">
            <w:r>
              <w:rPr>
                <w:rFonts w:eastAsia="Arial"/>
                <w:color w:val="1F2937"/>
                <w:sz w:val="22"/>
              </w:rPr>
              <w:t xml:space="preserve"> </w:t>
            </w:r>
          </w:p>
        </w:tc>
      </w:tr>
    </w:tbl>
    <w:p w14:paraId="6DE780CA" w14:textId="77777777" w:rsidR="00FC16ED" w:rsidRDefault="00194FAA">
      <w:pPr>
        <w:spacing w:before="40" w:after="20"/>
      </w:pPr>
      <w:r>
        <w:rPr>
          <w:rFonts w:eastAsia="Arial"/>
          <w:i/>
          <w:color w:val="6B7280"/>
          <w:sz w:val="15"/>
        </w:rPr>
        <w:t>Use additional signature lines or a separate governing-body approval record when required by organizational policy.</w:t>
      </w:r>
    </w:p>
    <w:p w14:paraId="6544B327" w14:textId="77777777" w:rsidR="00FC16ED" w:rsidRDefault="00194FAA">
      <w:pPr>
        <w:spacing w:before="80" w:after="40"/>
      </w:pPr>
      <w:r>
        <w:rPr>
          <w:rFonts w:eastAsia="Arial"/>
          <w:b/>
          <w:color w:val="0B5D48"/>
          <w:sz w:val="22"/>
        </w:rPr>
        <w:t>GOVERNANCE / APPROVAL RECORD (IF APPLICABLE)</w:t>
      </w:r>
    </w:p>
    <w:tbl>
      <w:tblPr>
        <w:tblW w:w="0" w:type="auto"/>
        <w:jc w:val="center"/>
        <w:tblBorders>
          <w:top w:val="single" w:sz="5" w:space="0" w:color="B7C8C1"/>
          <w:left w:val="single" w:sz="5" w:space="0" w:color="B7C8C1"/>
          <w:bottom w:val="single" w:sz="5" w:space="0" w:color="B7C8C1"/>
          <w:right w:val="single" w:sz="5" w:space="0" w:color="B7C8C1"/>
          <w:insideH w:val="single" w:sz="5" w:space="0" w:color="B7C8C1"/>
          <w:insideV w:val="single" w:sz="5" w:space="0" w:color="B7C8C1"/>
        </w:tblBorders>
        <w:tblLayout w:type="fixed"/>
        <w:tblLook w:val="04A0" w:firstRow="1" w:lastRow="0" w:firstColumn="1" w:lastColumn="0" w:noHBand="0" w:noVBand="1"/>
      </w:tblPr>
      <w:tblGrid>
        <w:gridCol w:w="3600"/>
        <w:gridCol w:w="3600"/>
        <w:gridCol w:w="3600"/>
      </w:tblGrid>
      <w:tr w:rsidR="00FC16ED" w14:paraId="2B7653AA" w14:textId="77777777">
        <w:trPr>
          <w:jc w:val="center"/>
        </w:trPr>
        <w:tc>
          <w:tcPr>
            <w:tcW w:w="3600" w:type="dxa"/>
            <w:shd w:val="clear" w:color="auto" w:fill="EAF4F0"/>
            <w:tcMar>
              <w:top w:w="40" w:type="dxa"/>
              <w:left w:w="50" w:type="dxa"/>
              <w:bottom w:w="40" w:type="dxa"/>
              <w:right w:w="50" w:type="dxa"/>
            </w:tcMar>
          </w:tcPr>
          <w:p w14:paraId="1799BD0E" w14:textId="77777777" w:rsidR="00FC16ED" w:rsidRDefault="00194FAA">
            <w:r>
              <w:rPr>
                <w:rFonts w:eastAsia="Arial"/>
                <w:b/>
                <w:color w:val="0B5D48"/>
                <w:sz w:val="16"/>
              </w:rPr>
              <w:t>Governing Body / Committee</w:t>
            </w:r>
          </w:p>
        </w:tc>
        <w:tc>
          <w:tcPr>
            <w:tcW w:w="3600" w:type="dxa"/>
            <w:shd w:val="clear" w:color="auto" w:fill="EAF4F0"/>
            <w:tcMar>
              <w:top w:w="40" w:type="dxa"/>
              <w:left w:w="50" w:type="dxa"/>
              <w:bottom w:w="40" w:type="dxa"/>
              <w:right w:w="50" w:type="dxa"/>
            </w:tcMar>
          </w:tcPr>
          <w:p w14:paraId="7FF68C69" w14:textId="77777777" w:rsidR="00FC16ED" w:rsidRDefault="00194FAA">
            <w:r>
              <w:rPr>
                <w:rFonts w:eastAsia="Arial"/>
                <w:b/>
                <w:color w:val="0B5D48"/>
                <w:sz w:val="16"/>
              </w:rPr>
              <w:t>Approval Date</w:t>
            </w:r>
          </w:p>
        </w:tc>
        <w:tc>
          <w:tcPr>
            <w:tcW w:w="3600" w:type="dxa"/>
            <w:shd w:val="clear" w:color="auto" w:fill="EAF4F0"/>
            <w:tcMar>
              <w:top w:w="40" w:type="dxa"/>
              <w:left w:w="50" w:type="dxa"/>
              <w:bottom w:w="40" w:type="dxa"/>
              <w:right w:w="50" w:type="dxa"/>
            </w:tcMar>
          </w:tcPr>
          <w:p w14:paraId="30759F8B" w14:textId="77777777" w:rsidR="00FC16ED" w:rsidRDefault="00194FAA">
            <w:r>
              <w:rPr>
                <w:rFonts w:eastAsia="Arial"/>
                <w:b/>
                <w:color w:val="0B5D48"/>
                <w:sz w:val="16"/>
              </w:rPr>
              <w:t>Meeting / Minutes Reference</w:t>
            </w:r>
          </w:p>
        </w:tc>
      </w:tr>
      <w:tr w:rsidR="00FC16ED" w14:paraId="689629A8" w14:textId="77777777">
        <w:trPr>
          <w:trHeight w:val="504"/>
          <w:jc w:val="center"/>
        </w:trPr>
        <w:tc>
          <w:tcPr>
            <w:tcW w:w="3600" w:type="dxa"/>
            <w:tcMar>
              <w:top w:w="30" w:type="dxa"/>
              <w:left w:w="45" w:type="dxa"/>
              <w:bottom w:w="30" w:type="dxa"/>
              <w:right w:w="45" w:type="dxa"/>
            </w:tcMar>
          </w:tcPr>
          <w:p w14:paraId="75747520" w14:textId="77777777" w:rsidR="00FC16ED" w:rsidRDefault="00194FAA">
            <w:r>
              <w:rPr>
                <w:rFonts w:eastAsia="Arial"/>
                <w:color w:val="1F2937"/>
                <w:sz w:val="22"/>
              </w:rPr>
              <w:t xml:space="preserve"> </w:t>
            </w:r>
          </w:p>
        </w:tc>
        <w:tc>
          <w:tcPr>
            <w:tcW w:w="3600" w:type="dxa"/>
            <w:tcMar>
              <w:top w:w="30" w:type="dxa"/>
              <w:left w:w="45" w:type="dxa"/>
              <w:bottom w:w="30" w:type="dxa"/>
              <w:right w:w="45" w:type="dxa"/>
            </w:tcMar>
          </w:tcPr>
          <w:p w14:paraId="0FBE3AB3" w14:textId="77777777" w:rsidR="00FC16ED" w:rsidRDefault="00194FAA">
            <w:r>
              <w:rPr>
                <w:rFonts w:eastAsia="Arial"/>
                <w:color w:val="1F2937"/>
                <w:sz w:val="22"/>
              </w:rPr>
              <w:t xml:space="preserve"> </w:t>
            </w:r>
          </w:p>
        </w:tc>
        <w:tc>
          <w:tcPr>
            <w:tcW w:w="3600" w:type="dxa"/>
            <w:tcMar>
              <w:top w:w="30" w:type="dxa"/>
              <w:left w:w="45" w:type="dxa"/>
              <w:bottom w:w="30" w:type="dxa"/>
              <w:right w:w="45" w:type="dxa"/>
            </w:tcMar>
          </w:tcPr>
          <w:p w14:paraId="0FDE9210" w14:textId="77777777" w:rsidR="00FC16ED" w:rsidRDefault="00194FAA">
            <w:r>
              <w:rPr>
                <w:rFonts w:eastAsia="Arial"/>
                <w:color w:val="1F2937"/>
                <w:sz w:val="22"/>
              </w:rPr>
              <w:t xml:space="preserve"> </w:t>
            </w:r>
          </w:p>
        </w:tc>
      </w:tr>
    </w:tbl>
    <w:p w14:paraId="63C8F48F" w14:textId="77777777" w:rsidR="00FC16ED" w:rsidRDefault="00194FAA">
      <w:pPr>
        <w:spacing w:before="60" w:after="0"/>
      </w:pPr>
      <w:r>
        <w:rPr>
          <w:rFonts w:eastAsia="Arial"/>
          <w:b/>
          <w:color w:val="0B5D48"/>
          <w:sz w:val="17"/>
        </w:rPr>
        <w:t xml:space="preserve">Controlled Plan Location / Repository: </w:t>
      </w:r>
      <w:r>
        <w:rPr>
          <w:rFonts w:eastAsia="Arial"/>
          <w:sz w:val="17"/>
        </w:rPr>
        <w:t>_____________________________________     Filed with EOP:  ☐ Yes   ☐ No</w:t>
      </w:r>
    </w:p>
    <w:sectPr w:rsidR="00FC16ED" w:rsidSect="00034616">
      <w:footerReference w:type="default" r:id="rId9"/>
      <w:pgSz w:w="12240" w:h="15840"/>
      <w:pgMar w:top="504" w:right="720" w:bottom="50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18EE5F" w14:textId="77777777" w:rsidR="00194FAA" w:rsidRDefault="00194FAA">
      <w:pPr>
        <w:spacing w:after="0" w:line="240" w:lineRule="auto"/>
      </w:pPr>
      <w:r>
        <w:separator/>
      </w:r>
    </w:p>
  </w:endnote>
  <w:endnote w:type="continuationSeparator" w:id="0">
    <w:p w14:paraId="48E8B118" w14:textId="77777777" w:rsidR="00194FAA" w:rsidRDefault="00194F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49225" w14:textId="77777777" w:rsidR="00FC16ED" w:rsidRDefault="00194FAA">
    <w:pPr>
      <w:pStyle w:val="Footer"/>
      <w:jc w:val="center"/>
    </w:pPr>
    <w:r>
      <w:rPr>
        <w:rFonts w:eastAsia="Arial"/>
        <w:color w:val="6B7280"/>
        <w:sz w:val="14"/>
      </w:rPr>
      <w:t>Healthcare Coalition of Maine | www.mainehccs.org | Universal Planning Resource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36E5DD" w14:textId="77777777" w:rsidR="00194FAA" w:rsidRDefault="00194FAA">
      <w:pPr>
        <w:spacing w:after="0" w:line="240" w:lineRule="auto"/>
      </w:pPr>
      <w:r>
        <w:separator/>
      </w:r>
    </w:p>
  </w:footnote>
  <w:footnote w:type="continuationSeparator" w:id="0">
    <w:p w14:paraId="165FF8AD" w14:textId="77777777" w:rsidR="00194FAA" w:rsidRDefault="00194FA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29496387">
    <w:abstractNumId w:val="8"/>
  </w:num>
  <w:num w:numId="2" w16cid:durableId="1663698308">
    <w:abstractNumId w:val="6"/>
  </w:num>
  <w:num w:numId="3" w16cid:durableId="1587181549">
    <w:abstractNumId w:val="5"/>
  </w:num>
  <w:num w:numId="4" w16cid:durableId="2113353308">
    <w:abstractNumId w:val="4"/>
  </w:num>
  <w:num w:numId="5" w16cid:durableId="590507048">
    <w:abstractNumId w:val="7"/>
  </w:num>
  <w:num w:numId="6" w16cid:durableId="848518983">
    <w:abstractNumId w:val="3"/>
  </w:num>
  <w:num w:numId="7" w16cid:durableId="133841271">
    <w:abstractNumId w:val="2"/>
  </w:num>
  <w:num w:numId="8" w16cid:durableId="1805661281">
    <w:abstractNumId w:val="1"/>
  </w:num>
  <w:num w:numId="9" w16cid:durableId="538188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94FAA"/>
    <w:rsid w:val="001C4996"/>
    <w:rsid w:val="0029639D"/>
    <w:rsid w:val="00326F90"/>
    <w:rsid w:val="00AA1D8D"/>
    <w:rsid w:val="00B47730"/>
    <w:rsid w:val="00CB0664"/>
    <w:rsid w:val="00DE1AB6"/>
    <w:rsid w:val="00FC16E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64CD9269-7EFC-4091-A8BA-AE6F759E8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201</Words>
  <Characters>1148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Dieterich, Hannah</cp:lastModifiedBy>
  <cp:revision>2</cp:revision>
  <dcterms:created xsi:type="dcterms:W3CDTF">2013-12-23T23:15:00Z</dcterms:created>
  <dcterms:modified xsi:type="dcterms:W3CDTF">2026-09-08T17:37:00Z</dcterms:modified>
  <cp:category/>
</cp:coreProperties>
</file>