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F4D08" w14:textId="77777777" w:rsidR="00686453" w:rsidRDefault="00D95FB4">
      <w:pPr>
        <w:spacing w:after="100"/>
        <w:jc w:val="center"/>
      </w:pPr>
      <w:r>
        <w:rPr>
          <w:noProof/>
        </w:rPr>
        <w:drawing>
          <wp:inline distT="0" distB="0" distL="0" distR="0" wp14:anchorId="5A759001" wp14:editId="6B225944">
            <wp:extent cx="2834640" cy="24989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ME Logo(20260902-150536).jpg"/>
                    <pic:cNvPicPr/>
                  </pic:nvPicPr>
                  <pic:blipFill>
                    <a:blip r:embed="rId8"/>
                    <a:stretch>
                      <a:fillRect/>
                    </a:stretch>
                  </pic:blipFill>
                  <pic:spPr>
                    <a:xfrm>
                      <a:off x="0" y="0"/>
                      <a:ext cx="2834640" cy="2498959"/>
                    </a:xfrm>
                    <a:prstGeom prst="rect">
                      <a:avLst/>
                    </a:prstGeom>
                  </pic:spPr>
                </pic:pic>
              </a:graphicData>
            </a:graphic>
          </wp:inline>
        </w:drawing>
      </w:r>
    </w:p>
    <w:p w14:paraId="35EB091E" w14:textId="77777777" w:rsidR="00686453" w:rsidRDefault="00D95FB4">
      <w:pPr>
        <w:spacing w:after="60" w:line="250" w:lineRule="auto"/>
        <w:jc w:val="center"/>
      </w:pPr>
      <w:r>
        <w:rPr>
          <w:b/>
          <w:color w:val="015A41"/>
          <w:sz w:val="23"/>
        </w:rPr>
        <w:t>HEALTHCARE COALITION OF MAINE</w:t>
      </w:r>
    </w:p>
    <w:p w14:paraId="14C99C3E" w14:textId="77777777" w:rsidR="00686453" w:rsidRDefault="00D95FB4">
      <w:pPr>
        <w:spacing w:after="20" w:line="250" w:lineRule="auto"/>
        <w:jc w:val="center"/>
      </w:pPr>
      <w:r>
        <w:rPr>
          <w:b/>
          <w:color w:val="015A41"/>
          <w:sz w:val="34"/>
        </w:rPr>
        <w:t>MAINE LONG-TERM CARE / SKILLED NURSING</w:t>
      </w:r>
    </w:p>
    <w:p w14:paraId="157BAFEC" w14:textId="77777777" w:rsidR="00686453" w:rsidRDefault="00D95FB4">
      <w:pPr>
        <w:spacing w:after="40" w:line="250" w:lineRule="auto"/>
        <w:jc w:val="center"/>
      </w:pPr>
      <w:r>
        <w:rPr>
          <w:b/>
          <w:color w:val="015A41"/>
          <w:sz w:val="50"/>
        </w:rPr>
        <w:t>EMERGENCY OPERATIONS PLAN</w:t>
      </w:r>
    </w:p>
    <w:p w14:paraId="4518A975" w14:textId="77777777" w:rsidR="00686453" w:rsidRPr="004E1E86" w:rsidRDefault="00D95FB4">
      <w:pPr>
        <w:spacing w:line="250" w:lineRule="auto"/>
        <w:jc w:val="center"/>
        <w:rPr>
          <w:u w:val="single"/>
        </w:rPr>
      </w:pPr>
      <w:r w:rsidRPr="004E1E86">
        <w:rPr>
          <w:b/>
          <w:color w:val="E63B07"/>
          <w:sz w:val="26"/>
          <w:u w:val="single"/>
        </w:rPr>
        <w:t>Template and Planning Resource</w:t>
      </w: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616"/>
      </w:tblGrid>
      <w:tr w:rsidR="00686453" w14:paraId="37528ED9" w14:textId="77777777">
        <w:trPr>
          <w:tblHeader/>
          <w:jc w:val="center"/>
        </w:trPr>
        <w:tc>
          <w:tcPr>
            <w:tcW w:w="3528" w:type="dxa"/>
            <w:shd w:val="clear" w:color="auto" w:fill="015A41"/>
            <w:tcMar>
              <w:top w:w="80" w:type="dxa"/>
              <w:left w:w="90" w:type="dxa"/>
              <w:bottom w:w="80" w:type="dxa"/>
              <w:right w:w="90" w:type="dxa"/>
            </w:tcMar>
          </w:tcPr>
          <w:p w14:paraId="5E29B43C" w14:textId="77777777" w:rsidR="00686453" w:rsidRPr="00AF13A6" w:rsidRDefault="00D95FB4">
            <w:pPr>
              <w:rPr>
                <w:szCs w:val="36"/>
              </w:rPr>
            </w:pPr>
            <w:r w:rsidRPr="00AF13A6">
              <w:rPr>
                <w:b/>
                <w:color w:val="FFFFFF"/>
                <w:szCs w:val="36"/>
              </w:rPr>
              <w:t>Field</w:t>
            </w:r>
          </w:p>
        </w:tc>
        <w:tc>
          <w:tcPr>
            <w:tcW w:w="5616" w:type="dxa"/>
            <w:shd w:val="clear" w:color="auto" w:fill="015A41"/>
            <w:tcMar>
              <w:top w:w="80" w:type="dxa"/>
              <w:left w:w="90" w:type="dxa"/>
              <w:bottom w:w="80" w:type="dxa"/>
              <w:right w:w="90" w:type="dxa"/>
            </w:tcMar>
          </w:tcPr>
          <w:p w14:paraId="00F44D9F" w14:textId="77777777" w:rsidR="00686453" w:rsidRPr="00AF13A6" w:rsidRDefault="00D95FB4">
            <w:pPr>
              <w:rPr>
                <w:szCs w:val="36"/>
              </w:rPr>
            </w:pPr>
            <w:r w:rsidRPr="00AF13A6">
              <w:rPr>
                <w:b/>
                <w:color w:val="FFFFFF"/>
                <w:szCs w:val="36"/>
              </w:rPr>
              <w:t>Facility Entry</w:t>
            </w:r>
          </w:p>
        </w:tc>
      </w:tr>
      <w:tr w:rsidR="00686453" w14:paraId="7219489E" w14:textId="77777777">
        <w:trPr>
          <w:cantSplit/>
          <w:jc w:val="center"/>
        </w:trPr>
        <w:tc>
          <w:tcPr>
            <w:tcW w:w="5141" w:type="dxa"/>
            <w:shd w:val="clear" w:color="auto" w:fill="EAF3EF"/>
            <w:tcMar>
              <w:top w:w="80" w:type="dxa"/>
              <w:left w:w="90" w:type="dxa"/>
              <w:bottom w:w="80" w:type="dxa"/>
              <w:right w:w="90" w:type="dxa"/>
            </w:tcMar>
          </w:tcPr>
          <w:p w14:paraId="753EFC9D" w14:textId="77777777" w:rsidR="00686453" w:rsidRPr="00AF13A6" w:rsidRDefault="00D95FB4">
            <w:pPr>
              <w:rPr>
                <w:szCs w:val="36"/>
              </w:rPr>
            </w:pPr>
            <w:r w:rsidRPr="00AF13A6">
              <w:rPr>
                <w:b/>
                <w:color w:val="015A41"/>
                <w:szCs w:val="36"/>
              </w:rPr>
              <w:t>Facility / Organization</w:t>
            </w:r>
          </w:p>
        </w:tc>
        <w:tc>
          <w:tcPr>
            <w:tcW w:w="5141" w:type="dxa"/>
            <w:shd w:val="clear" w:color="auto" w:fill="FFFFFF"/>
            <w:tcMar>
              <w:top w:w="80" w:type="dxa"/>
              <w:left w:w="90" w:type="dxa"/>
              <w:bottom w:w="80" w:type="dxa"/>
              <w:right w:w="90" w:type="dxa"/>
            </w:tcMar>
          </w:tcPr>
          <w:p w14:paraId="0C6DF9EA" w14:textId="77777777" w:rsidR="00686453" w:rsidRPr="00AF13A6" w:rsidRDefault="00D95FB4">
            <w:pPr>
              <w:rPr>
                <w:szCs w:val="36"/>
              </w:rPr>
            </w:pPr>
            <w:r w:rsidRPr="00AF13A6">
              <w:rPr>
                <w:i/>
                <w:color w:val="66706B"/>
                <w:szCs w:val="36"/>
              </w:rPr>
              <w:t>&lt;Insert facility name&gt;</w:t>
            </w:r>
          </w:p>
        </w:tc>
      </w:tr>
      <w:tr w:rsidR="00686453" w14:paraId="10FF83FC" w14:textId="77777777">
        <w:trPr>
          <w:cantSplit/>
          <w:jc w:val="center"/>
        </w:trPr>
        <w:tc>
          <w:tcPr>
            <w:tcW w:w="5141" w:type="dxa"/>
            <w:shd w:val="clear" w:color="auto" w:fill="F7FAF8"/>
            <w:tcMar>
              <w:top w:w="80" w:type="dxa"/>
              <w:left w:w="90" w:type="dxa"/>
              <w:bottom w:w="80" w:type="dxa"/>
              <w:right w:w="90" w:type="dxa"/>
            </w:tcMar>
          </w:tcPr>
          <w:p w14:paraId="4F03C198" w14:textId="77777777" w:rsidR="00686453" w:rsidRPr="00AF13A6" w:rsidRDefault="00D95FB4">
            <w:pPr>
              <w:rPr>
                <w:szCs w:val="36"/>
              </w:rPr>
            </w:pPr>
            <w:r w:rsidRPr="00AF13A6">
              <w:rPr>
                <w:b/>
                <w:color w:val="015A41"/>
                <w:szCs w:val="36"/>
              </w:rPr>
              <w:t>Maine License Number</w:t>
            </w:r>
          </w:p>
        </w:tc>
        <w:tc>
          <w:tcPr>
            <w:tcW w:w="5141" w:type="dxa"/>
            <w:shd w:val="clear" w:color="auto" w:fill="FFFFFF"/>
            <w:tcMar>
              <w:top w:w="80" w:type="dxa"/>
              <w:left w:w="90" w:type="dxa"/>
              <w:bottom w:w="80" w:type="dxa"/>
              <w:right w:w="90" w:type="dxa"/>
            </w:tcMar>
          </w:tcPr>
          <w:p w14:paraId="5E26C925" w14:textId="77777777" w:rsidR="00686453" w:rsidRPr="00AF13A6" w:rsidRDefault="00D95FB4">
            <w:pPr>
              <w:rPr>
                <w:szCs w:val="36"/>
              </w:rPr>
            </w:pPr>
            <w:r w:rsidRPr="00AF13A6">
              <w:rPr>
                <w:i/>
                <w:color w:val="66706B"/>
                <w:szCs w:val="36"/>
              </w:rPr>
              <w:t>&lt;Insert&gt;</w:t>
            </w:r>
          </w:p>
        </w:tc>
      </w:tr>
      <w:tr w:rsidR="00686453" w14:paraId="1ACA048F" w14:textId="77777777">
        <w:trPr>
          <w:cantSplit/>
          <w:jc w:val="center"/>
        </w:trPr>
        <w:tc>
          <w:tcPr>
            <w:tcW w:w="5141" w:type="dxa"/>
            <w:shd w:val="clear" w:color="auto" w:fill="EAF3EF"/>
            <w:tcMar>
              <w:top w:w="80" w:type="dxa"/>
              <w:left w:w="90" w:type="dxa"/>
              <w:bottom w:w="80" w:type="dxa"/>
              <w:right w:w="90" w:type="dxa"/>
            </w:tcMar>
          </w:tcPr>
          <w:p w14:paraId="35771178" w14:textId="77777777" w:rsidR="00686453" w:rsidRPr="00AF13A6" w:rsidRDefault="00D95FB4">
            <w:pPr>
              <w:rPr>
                <w:szCs w:val="36"/>
              </w:rPr>
            </w:pPr>
            <w:r w:rsidRPr="00AF13A6">
              <w:rPr>
                <w:b/>
                <w:color w:val="015A41"/>
                <w:szCs w:val="36"/>
              </w:rPr>
              <w:t>CMS Certification Number (CCN)</w:t>
            </w:r>
          </w:p>
        </w:tc>
        <w:tc>
          <w:tcPr>
            <w:tcW w:w="5141" w:type="dxa"/>
            <w:shd w:val="clear" w:color="auto" w:fill="FFFFFF"/>
            <w:tcMar>
              <w:top w:w="80" w:type="dxa"/>
              <w:left w:w="90" w:type="dxa"/>
              <w:bottom w:w="80" w:type="dxa"/>
              <w:right w:w="90" w:type="dxa"/>
            </w:tcMar>
          </w:tcPr>
          <w:p w14:paraId="33E607E7" w14:textId="77777777" w:rsidR="00686453" w:rsidRPr="00AF13A6" w:rsidRDefault="00D95FB4">
            <w:pPr>
              <w:rPr>
                <w:szCs w:val="36"/>
              </w:rPr>
            </w:pPr>
            <w:r w:rsidRPr="00AF13A6">
              <w:rPr>
                <w:i/>
                <w:color w:val="66706B"/>
                <w:szCs w:val="36"/>
              </w:rPr>
              <w:t>&lt;Insert&gt;</w:t>
            </w:r>
          </w:p>
        </w:tc>
      </w:tr>
      <w:tr w:rsidR="00686453" w14:paraId="5B545E41" w14:textId="77777777">
        <w:trPr>
          <w:cantSplit/>
          <w:jc w:val="center"/>
        </w:trPr>
        <w:tc>
          <w:tcPr>
            <w:tcW w:w="5141" w:type="dxa"/>
            <w:shd w:val="clear" w:color="auto" w:fill="F7FAF8"/>
            <w:tcMar>
              <w:top w:w="80" w:type="dxa"/>
              <w:left w:w="90" w:type="dxa"/>
              <w:bottom w:w="80" w:type="dxa"/>
              <w:right w:w="90" w:type="dxa"/>
            </w:tcMar>
          </w:tcPr>
          <w:p w14:paraId="531D9B0B" w14:textId="77777777" w:rsidR="00686453" w:rsidRPr="00AF13A6" w:rsidRDefault="00D95FB4">
            <w:pPr>
              <w:rPr>
                <w:szCs w:val="36"/>
              </w:rPr>
            </w:pPr>
            <w:r w:rsidRPr="00AF13A6">
              <w:rPr>
                <w:b/>
                <w:color w:val="015A41"/>
                <w:szCs w:val="36"/>
              </w:rPr>
              <w:t>Plan Date / Revision</w:t>
            </w:r>
          </w:p>
        </w:tc>
        <w:tc>
          <w:tcPr>
            <w:tcW w:w="5141" w:type="dxa"/>
            <w:shd w:val="clear" w:color="auto" w:fill="FFFFFF"/>
            <w:tcMar>
              <w:top w:w="80" w:type="dxa"/>
              <w:left w:w="90" w:type="dxa"/>
              <w:bottom w:w="80" w:type="dxa"/>
              <w:right w:w="90" w:type="dxa"/>
            </w:tcMar>
          </w:tcPr>
          <w:p w14:paraId="31D1DE92" w14:textId="77777777" w:rsidR="00686453" w:rsidRPr="00AF13A6" w:rsidRDefault="00D95FB4">
            <w:pPr>
              <w:rPr>
                <w:szCs w:val="36"/>
              </w:rPr>
            </w:pPr>
            <w:r w:rsidRPr="00AF13A6">
              <w:rPr>
                <w:i/>
                <w:color w:val="66706B"/>
                <w:szCs w:val="36"/>
              </w:rPr>
              <w:t>&lt;Insert&gt;</w:t>
            </w:r>
          </w:p>
        </w:tc>
      </w:tr>
      <w:tr w:rsidR="00686453" w14:paraId="7C86F0E5" w14:textId="77777777">
        <w:trPr>
          <w:cantSplit/>
          <w:jc w:val="center"/>
        </w:trPr>
        <w:tc>
          <w:tcPr>
            <w:tcW w:w="5141" w:type="dxa"/>
            <w:shd w:val="clear" w:color="auto" w:fill="EAF3EF"/>
            <w:tcMar>
              <w:top w:w="80" w:type="dxa"/>
              <w:left w:w="90" w:type="dxa"/>
              <w:bottom w:w="80" w:type="dxa"/>
              <w:right w:w="90" w:type="dxa"/>
            </w:tcMar>
          </w:tcPr>
          <w:p w14:paraId="4EB0CDF0" w14:textId="77777777" w:rsidR="00686453" w:rsidRPr="00AF13A6" w:rsidRDefault="00D95FB4">
            <w:pPr>
              <w:rPr>
                <w:szCs w:val="36"/>
              </w:rPr>
            </w:pPr>
            <w:r w:rsidRPr="00AF13A6">
              <w:rPr>
                <w:b/>
                <w:color w:val="015A41"/>
                <w:szCs w:val="36"/>
              </w:rPr>
              <w:t>Supersedes</w:t>
            </w:r>
          </w:p>
        </w:tc>
        <w:tc>
          <w:tcPr>
            <w:tcW w:w="5141" w:type="dxa"/>
            <w:shd w:val="clear" w:color="auto" w:fill="FFFFFF"/>
            <w:tcMar>
              <w:top w:w="80" w:type="dxa"/>
              <w:left w:w="90" w:type="dxa"/>
              <w:bottom w:w="80" w:type="dxa"/>
              <w:right w:w="90" w:type="dxa"/>
            </w:tcMar>
          </w:tcPr>
          <w:p w14:paraId="6FD9405C" w14:textId="77777777" w:rsidR="00686453" w:rsidRPr="00AF13A6" w:rsidRDefault="00D95FB4">
            <w:pPr>
              <w:rPr>
                <w:szCs w:val="36"/>
              </w:rPr>
            </w:pPr>
            <w:r w:rsidRPr="00AF13A6">
              <w:rPr>
                <w:i/>
                <w:color w:val="66706B"/>
                <w:szCs w:val="36"/>
              </w:rPr>
              <w:t>&lt;Insert previous version or N/A&gt;</w:t>
            </w:r>
          </w:p>
        </w:tc>
      </w:tr>
      <w:tr w:rsidR="00686453" w14:paraId="611F5292" w14:textId="77777777">
        <w:trPr>
          <w:cantSplit/>
          <w:jc w:val="center"/>
        </w:trPr>
        <w:tc>
          <w:tcPr>
            <w:tcW w:w="5141" w:type="dxa"/>
            <w:shd w:val="clear" w:color="auto" w:fill="F7FAF8"/>
            <w:tcMar>
              <w:top w:w="80" w:type="dxa"/>
              <w:left w:w="90" w:type="dxa"/>
              <w:bottom w:w="80" w:type="dxa"/>
              <w:right w:w="90" w:type="dxa"/>
            </w:tcMar>
          </w:tcPr>
          <w:p w14:paraId="5FD47B8C" w14:textId="77777777" w:rsidR="00686453" w:rsidRPr="00AF13A6" w:rsidRDefault="00D95FB4">
            <w:pPr>
              <w:rPr>
                <w:szCs w:val="36"/>
              </w:rPr>
            </w:pPr>
            <w:r w:rsidRPr="00AF13A6">
              <w:rPr>
                <w:b/>
                <w:color w:val="015A41"/>
                <w:szCs w:val="36"/>
              </w:rPr>
              <w:t>Required Review Cycle</w:t>
            </w:r>
          </w:p>
        </w:tc>
        <w:tc>
          <w:tcPr>
            <w:tcW w:w="5141" w:type="dxa"/>
            <w:shd w:val="clear" w:color="auto" w:fill="FFFFFF"/>
            <w:tcMar>
              <w:top w:w="80" w:type="dxa"/>
              <w:left w:w="90" w:type="dxa"/>
              <w:bottom w:w="80" w:type="dxa"/>
              <w:right w:w="90" w:type="dxa"/>
            </w:tcMar>
          </w:tcPr>
          <w:p w14:paraId="75949B86" w14:textId="2E1BF650" w:rsidR="00686453" w:rsidRPr="00AF13A6" w:rsidRDefault="00402176">
            <w:pPr>
              <w:rPr>
                <w:szCs w:val="36"/>
              </w:rPr>
            </w:pPr>
            <w:r w:rsidRPr="00AF13A6">
              <w:rPr>
                <w:i/>
                <w:color w:val="66706B"/>
                <w:szCs w:val="36"/>
              </w:rPr>
              <w:t>Annual for facilities subject to 42 CFR §483.73. Maine Chapter 110 also requires annual review of written facility policies under §</w:t>
            </w:r>
            <w:proofErr w:type="gramStart"/>
            <w:r w:rsidRPr="00AF13A6">
              <w:rPr>
                <w:i/>
                <w:color w:val="66706B"/>
                <w:szCs w:val="36"/>
              </w:rPr>
              <w:t>5.A</w:t>
            </w:r>
            <w:proofErr w:type="gramEnd"/>
            <w:r w:rsidRPr="00AF13A6">
              <w:rPr>
                <w:i/>
                <w:color w:val="66706B"/>
                <w:szCs w:val="36"/>
              </w:rPr>
              <w:t>; verify certification and applicability.</w:t>
            </w:r>
          </w:p>
        </w:tc>
      </w:tr>
    </w:tbl>
    <w:p w14:paraId="09AFA4A7" w14:textId="77777777" w:rsidR="00686453" w:rsidRDefault="00686453">
      <w:pPr>
        <w:spacing w:after="0"/>
      </w:pPr>
    </w:p>
    <w:p w14:paraId="324C4694" w14:textId="77777777" w:rsidR="00686453" w:rsidRDefault="00D95FB4">
      <w:pPr>
        <w:spacing w:after="80" w:line="250" w:lineRule="auto"/>
        <w:jc w:val="center"/>
      </w:pPr>
      <w:r>
        <w:rPr>
          <w:b/>
          <w:color w:val="E63B07"/>
          <w:sz w:val="18"/>
        </w:rPr>
        <w:t>HCC-ME 2026 Edition | Updated September 2026</w:t>
      </w:r>
    </w:p>
    <w:p w14:paraId="333C602D" w14:textId="77777777" w:rsidR="00686453" w:rsidRDefault="00D95FB4">
      <w:pPr>
        <w:spacing w:after="20" w:line="250" w:lineRule="auto"/>
        <w:jc w:val="center"/>
        <w:rPr>
          <w:i/>
          <w:color w:val="66706B"/>
          <w:sz w:val="17"/>
        </w:rPr>
      </w:pPr>
      <w:r>
        <w:rPr>
          <w:i/>
          <w:color w:val="66706B"/>
          <w:sz w:val="17"/>
        </w:rPr>
        <w:t>Designed for Maine Skilled Nursing Facilities and Nursing Facilities subject to applicable Maine licensure requirements and, when federally certified, 42 CFR §483.73.</w:t>
      </w:r>
    </w:p>
    <w:p w14:paraId="16FEC984" w14:textId="77777777" w:rsidR="00A15B42" w:rsidRDefault="00A15B42">
      <w:pPr>
        <w:spacing w:after="20" w:line="250" w:lineRule="auto"/>
        <w:jc w:val="center"/>
        <w:rPr>
          <w:i/>
          <w:color w:val="66706B"/>
          <w:sz w:val="17"/>
        </w:rPr>
      </w:pPr>
    </w:p>
    <w:p w14:paraId="6B208527" w14:textId="77777777" w:rsidR="00A15B42" w:rsidRDefault="00A15B42">
      <w:pPr>
        <w:spacing w:after="20" w:line="250" w:lineRule="auto"/>
        <w:jc w:val="center"/>
        <w:rPr>
          <w:i/>
          <w:color w:val="66706B"/>
          <w:sz w:val="17"/>
        </w:rPr>
      </w:pPr>
    </w:p>
    <w:p w14:paraId="1316BD5E" w14:textId="77777777" w:rsidR="00A15B42" w:rsidRDefault="00A15B42">
      <w:pPr>
        <w:spacing w:after="20" w:line="250" w:lineRule="auto"/>
        <w:jc w:val="center"/>
        <w:rPr>
          <w:i/>
          <w:color w:val="66706B"/>
          <w:sz w:val="17"/>
        </w:rPr>
      </w:pPr>
    </w:p>
    <w:p w14:paraId="389D4457" w14:textId="77777777" w:rsidR="00A15B42" w:rsidRDefault="00A15B42">
      <w:pPr>
        <w:spacing w:after="20" w:line="250" w:lineRule="auto"/>
        <w:jc w:val="center"/>
        <w:rPr>
          <w:i/>
          <w:color w:val="66706B"/>
          <w:sz w:val="17"/>
        </w:rPr>
      </w:pPr>
    </w:p>
    <w:p w14:paraId="12F1C41A" w14:textId="77777777" w:rsidR="00A15B42" w:rsidRDefault="00A15B42">
      <w:pPr>
        <w:spacing w:after="20" w:line="250" w:lineRule="auto"/>
        <w:jc w:val="center"/>
        <w:rPr>
          <w:i/>
          <w:color w:val="66706B"/>
          <w:sz w:val="17"/>
        </w:rPr>
      </w:pPr>
    </w:p>
    <w:p w14:paraId="01AFDB81" w14:textId="77777777" w:rsidR="00A15B42" w:rsidRDefault="00A15B42">
      <w:pPr>
        <w:spacing w:after="20" w:line="250" w:lineRule="auto"/>
        <w:jc w:val="center"/>
      </w:pPr>
    </w:p>
    <w:p w14:paraId="461B05D8" w14:textId="7B751CA3" w:rsidR="00686453" w:rsidRDefault="00D95FB4" w:rsidP="00DA5D73">
      <w:r>
        <w:lastRenderedPageBreak/>
        <w:t>IMPORTANT USE &amp; REGULATORY DISCLAIMER</w:t>
      </w:r>
    </w:p>
    <w:tbl>
      <w:tblPr>
        <w:tblW w:w="10344" w:type="dxa"/>
        <w:jc w:val="center"/>
        <w:tblBorders>
          <w:top w:val="single" w:sz="5" w:space="0" w:color="C8CCCA"/>
          <w:left w:val="single" w:sz="5" w:space="0" w:color="C8CCCA"/>
          <w:bottom w:val="single" w:sz="5" w:space="0" w:color="C8CCCA"/>
          <w:right w:val="single" w:sz="5" w:space="0" w:color="C8CCCA"/>
          <w:insideH w:val="single" w:sz="5" w:space="0" w:color="C8CCCA"/>
          <w:insideV w:val="single" w:sz="5" w:space="0" w:color="C8CCCA"/>
        </w:tblBorders>
        <w:tblLook w:val="04A0" w:firstRow="1" w:lastRow="0" w:firstColumn="1" w:lastColumn="0" w:noHBand="0" w:noVBand="1"/>
      </w:tblPr>
      <w:tblGrid>
        <w:gridCol w:w="10344"/>
      </w:tblGrid>
      <w:tr w:rsidR="00686453" w:rsidRPr="00AF13A6" w14:paraId="693113B5" w14:textId="77777777" w:rsidTr="00E2379E">
        <w:trPr>
          <w:jc w:val="center"/>
        </w:trPr>
        <w:tc>
          <w:tcPr>
            <w:tcW w:w="10344" w:type="dxa"/>
            <w:shd w:val="clear" w:color="auto" w:fill="F3F5F4"/>
            <w:tcMar>
              <w:top w:w="100" w:type="dxa"/>
              <w:left w:w="130" w:type="dxa"/>
              <w:bottom w:w="100" w:type="dxa"/>
              <w:right w:w="130" w:type="dxa"/>
            </w:tcMar>
          </w:tcPr>
          <w:p w14:paraId="15BC05A4" w14:textId="39B9EACB" w:rsidR="00686453" w:rsidRPr="004E1E86" w:rsidRDefault="00D95FB4">
            <w:pPr>
              <w:spacing w:after="0"/>
              <w:rPr>
                <w:sz w:val="20"/>
                <w:szCs w:val="20"/>
                <w:u w:val="single"/>
              </w:rPr>
            </w:pPr>
            <w:r w:rsidRPr="004E1E86">
              <w:rPr>
                <w:b/>
                <w:color w:val="66706B"/>
                <w:sz w:val="20"/>
                <w:szCs w:val="20"/>
                <w:u w:val="single"/>
              </w:rPr>
              <w:t xml:space="preserve">PLANNING RESOURCE ONLY </w:t>
            </w:r>
            <w:r w:rsidRPr="004E1E86">
              <w:rPr>
                <w:sz w:val="20"/>
                <w:szCs w:val="20"/>
                <w:u w:val="single"/>
              </w:rPr>
              <w:t>HCC-ME is not a regulatory, licensing, accreditation, survey, or enforcement authority. HCC-ME does not impose emergency preparedness requirements. This template is an optional planning resource designed to help Maine LTC/SNF facilities organize information and cross-reference applicable requirements.</w:t>
            </w:r>
          </w:p>
        </w:tc>
      </w:tr>
    </w:tbl>
    <w:p w14:paraId="1ACDEA43" w14:textId="77777777" w:rsidR="00686453" w:rsidRPr="00BE74C6" w:rsidRDefault="00686453">
      <w:pPr>
        <w:spacing w:after="0"/>
        <w:rPr>
          <w:sz w:val="20"/>
          <w:szCs w:val="20"/>
        </w:rPr>
      </w:pPr>
    </w:p>
    <w:p w14:paraId="68A0C835" w14:textId="77777777" w:rsidR="00686453" w:rsidRPr="00AF13A6" w:rsidRDefault="00D95FB4">
      <w:pPr>
        <w:spacing w:after="120" w:line="250" w:lineRule="auto"/>
        <w:rPr>
          <w:szCs w:val="24"/>
        </w:rPr>
      </w:pPr>
      <w:r w:rsidRPr="00BE74C6">
        <w:rPr>
          <w:sz w:val="20"/>
          <w:szCs w:val="20"/>
        </w:rPr>
        <w:t>Each facility remains responsible for identifying, verifying, and meeting all current Federal, State of Maine, local, CMS certification, Life Safety Code, fire/building, infection-control, privacy, accreditation, and organizational requirements applicable to its license, certification, services, resident population, and physical environment</w:t>
      </w:r>
      <w:r w:rsidRPr="00AF13A6">
        <w:rPr>
          <w:szCs w:val="24"/>
        </w:rPr>
        <w:t>.</w:t>
      </w:r>
    </w:p>
    <w:tbl>
      <w:tblPr>
        <w:tblW w:w="10344" w:type="dxa"/>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344"/>
      </w:tblGrid>
      <w:tr w:rsidR="00686453" w:rsidRPr="00AF13A6" w14:paraId="1A65C8BA" w14:textId="77777777" w:rsidTr="00E2379E">
        <w:trPr>
          <w:jc w:val="center"/>
        </w:trPr>
        <w:tc>
          <w:tcPr>
            <w:tcW w:w="10344" w:type="dxa"/>
            <w:shd w:val="clear" w:color="auto" w:fill="FCEFE9"/>
            <w:tcMar>
              <w:top w:w="100" w:type="dxa"/>
              <w:left w:w="130" w:type="dxa"/>
              <w:bottom w:w="100" w:type="dxa"/>
              <w:right w:w="130" w:type="dxa"/>
            </w:tcMar>
          </w:tcPr>
          <w:p w14:paraId="7B2D781C" w14:textId="2C71341B" w:rsidR="00686453" w:rsidRPr="00AF13A6" w:rsidRDefault="00D95FB4">
            <w:pPr>
              <w:spacing w:after="0"/>
              <w:rPr>
                <w:sz w:val="20"/>
                <w:szCs w:val="20"/>
              </w:rPr>
            </w:pPr>
            <w:r w:rsidRPr="00AF13A6">
              <w:rPr>
                <w:b/>
                <w:color w:val="E63B07"/>
                <w:sz w:val="20"/>
                <w:szCs w:val="20"/>
              </w:rPr>
              <w:t xml:space="preserve">CURRENT SOURCES CONTROL </w:t>
            </w:r>
            <w:r w:rsidRPr="00AF13A6">
              <w:rPr>
                <w:sz w:val="20"/>
                <w:szCs w:val="20"/>
              </w:rPr>
              <w:t>If this template differs from current law, regulation, code, CMS survey guidance, Maine DHHS/DLC requirements, Maine Office of State Fire Marshal requirements, local AHJ requirements, or accreditation standards, the current controlling source governs. Verify source versions during each annual review and before using this template as the basis for a compliance decision.</w:t>
            </w:r>
          </w:p>
        </w:tc>
      </w:tr>
    </w:tbl>
    <w:p w14:paraId="4DD25977" w14:textId="77777777" w:rsidR="00686453" w:rsidRDefault="00686453">
      <w:pPr>
        <w:spacing w:after="0"/>
      </w:pPr>
    </w:p>
    <w:p w14:paraId="36497A44" w14:textId="1E437048" w:rsidR="00B5653B" w:rsidRPr="00B5653B" w:rsidRDefault="00B5653B">
      <w:pPr>
        <w:spacing w:after="0"/>
        <w:rPr>
          <w:sz w:val="20"/>
          <w:szCs w:val="20"/>
          <w:u w:val="single"/>
        </w:rPr>
      </w:pPr>
      <w:r w:rsidRPr="00314CF3">
        <w:rPr>
          <w:rFonts w:cs="Arial"/>
          <w:b/>
          <w:color w:val="015A41"/>
          <w:sz w:val="20"/>
          <w:szCs w:val="20"/>
        </w:rPr>
        <w:t xml:space="preserve">FACILITY ENTRY FORMAT </w:t>
      </w:r>
      <w:r w:rsidRPr="00314CF3">
        <w:rPr>
          <w:rFonts w:cs="Arial"/>
          <w:color w:val="000000"/>
          <w:sz w:val="20"/>
          <w:szCs w:val="20"/>
        </w:rPr>
        <w:t xml:space="preserve">Replace gray placeholder text with facility-specific information in Arial 12-point regular font. Do not reduce completed facility entries below 12 </w:t>
      </w:r>
      <w:proofErr w:type="gramStart"/>
      <w:r w:rsidRPr="00314CF3">
        <w:rPr>
          <w:rFonts w:cs="Arial"/>
          <w:color w:val="000000"/>
          <w:sz w:val="20"/>
          <w:szCs w:val="20"/>
        </w:rPr>
        <w:t>point</w:t>
      </w:r>
      <w:proofErr w:type="gramEnd"/>
      <w:r w:rsidRPr="00314CF3">
        <w:rPr>
          <w:rFonts w:cs="Arial"/>
          <w:color w:val="000000"/>
          <w:sz w:val="20"/>
          <w:szCs w:val="20"/>
        </w:rPr>
        <w:t xml:space="preserve"> to make content fit; add table rows or continuation pages when more space is needed. Large policies, rosters, inspection records, and confidential records may be incorporated by reference using the Supporting Documentation Index.</w:t>
      </w:r>
    </w:p>
    <w:p w14:paraId="19BF1887" w14:textId="77777777" w:rsidR="00686453" w:rsidRDefault="00D95FB4">
      <w:pPr>
        <w:pStyle w:val="Heading2"/>
        <w:spacing w:before="120" w:after="80"/>
      </w:pPr>
      <w:r>
        <w:rPr>
          <w:rFonts w:ascii="Arial" w:eastAsia="Arial" w:hAnsi="Arial"/>
        </w:rPr>
        <w:t>Regulatory layers used in this template</w:t>
      </w:r>
    </w:p>
    <w:tbl>
      <w:tblPr>
        <w:tblW w:w="10890"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819"/>
        <w:gridCol w:w="5731"/>
        <w:gridCol w:w="2340"/>
      </w:tblGrid>
      <w:tr w:rsidR="00686453" w14:paraId="4CAF8B21" w14:textId="77777777" w:rsidTr="00270E79">
        <w:trPr>
          <w:tblHeader/>
          <w:jc w:val="center"/>
        </w:trPr>
        <w:tc>
          <w:tcPr>
            <w:tcW w:w="2819" w:type="dxa"/>
            <w:shd w:val="clear" w:color="auto" w:fill="015A41"/>
            <w:tcMar>
              <w:top w:w="70" w:type="dxa"/>
              <w:left w:w="70" w:type="dxa"/>
              <w:bottom w:w="70" w:type="dxa"/>
              <w:right w:w="70" w:type="dxa"/>
            </w:tcMar>
          </w:tcPr>
          <w:p w14:paraId="531CB4E7" w14:textId="77777777" w:rsidR="00686453" w:rsidRPr="00AF13A6" w:rsidRDefault="00D95FB4">
            <w:pPr>
              <w:rPr>
                <w:szCs w:val="24"/>
              </w:rPr>
            </w:pPr>
            <w:r w:rsidRPr="00AF13A6">
              <w:rPr>
                <w:b/>
                <w:color w:val="FFFFFF"/>
                <w:szCs w:val="24"/>
              </w:rPr>
              <w:t>Source</w:t>
            </w:r>
          </w:p>
        </w:tc>
        <w:tc>
          <w:tcPr>
            <w:tcW w:w="5731" w:type="dxa"/>
            <w:shd w:val="clear" w:color="auto" w:fill="015A41"/>
            <w:tcMar>
              <w:top w:w="70" w:type="dxa"/>
              <w:left w:w="70" w:type="dxa"/>
              <w:bottom w:w="70" w:type="dxa"/>
              <w:right w:w="70" w:type="dxa"/>
            </w:tcMar>
          </w:tcPr>
          <w:p w14:paraId="0F54F529" w14:textId="77777777" w:rsidR="00686453" w:rsidRPr="00AF13A6" w:rsidRDefault="00D95FB4">
            <w:pPr>
              <w:rPr>
                <w:szCs w:val="24"/>
              </w:rPr>
            </w:pPr>
            <w:r w:rsidRPr="00AF13A6">
              <w:rPr>
                <w:b/>
                <w:color w:val="FFFFFF"/>
                <w:szCs w:val="24"/>
              </w:rPr>
              <w:t>Requirement / Planning Element</w:t>
            </w:r>
          </w:p>
        </w:tc>
        <w:tc>
          <w:tcPr>
            <w:tcW w:w="2340" w:type="dxa"/>
            <w:shd w:val="clear" w:color="auto" w:fill="015A41"/>
            <w:tcMar>
              <w:top w:w="70" w:type="dxa"/>
              <w:left w:w="70" w:type="dxa"/>
              <w:bottom w:w="70" w:type="dxa"/>
              <w:right w:w="70" w:type="dxa"/>
            </w:tcMar>
          </w:tcPr>
          <w:p w14:paraId="494DE74F" w14:textId="77777777" w:rsidR="00686453" w:rsidRPr="00AF13A6" w:rsidRDefault="00D95FB4">
            <w:pPr>
              <w:rPr>
                <w:szCs w:val="24"/>
              </w:rPr>
            </w:pPr>
            <w:r w:rsidRPr="00AF13A6">
              <w:rPr>
                <w:b/>
                <w:color w:val="FFFFFF"/>
                <w:szCs w:val="24"/>
              </w:rPr>
              <w:t>Facility Entry / Evidence</w:t>
            </w:r>
          </w:p>
        </w:tc>
      </w:tr>
      <w:tr w:rsidR="00686453" w14:paraId="5DEE928D" w14:textId="77777777" w:rsidTr="00270E79">
        <w:trPr>
          <w:cantSplit/>
          <w:jc w:val="center"/>
        </w:trPr>
        <w:tc>
          <w:tcPr>
            <w:tcW w:w="2819" w:type="dxa"/>
            <w:shd w:val="clear" w:color="auto" w:fill="EAF3EF"/>
            <w:tcMar>
              <w:top w:w="70" w:type="dxa"/>
              <w:left w:w="70" w:type="dxa"/>
              <w:bottom w:w="70" w:type="dxa"/>
              <w:right w:w="70" w:type="dxa"/>
            </w:tcMar>
          </w:tcPr>
          <w:p w14:paraId="05794B22" w14:textId="77777777" w:rsidR="00686453" w:rsidRPr="00AF13A6" w:rsidRDefault="00D95FB4">
            <w:pPr>
              <w:rPr>
                <w:szCs w:val="24"/>
              </w:rPr>
            </w:pPr>
            <w:r w:rsidRPr="00AF13A6">
              <w:rPr>
                <w:b/>
                <w:color w:val="015A41"/>
                <w:szCs w:val="24"/>
              </w:rPr>
              <w:t>CMS / FEDERAL</w:t>
            </w:r>
          </w:p>
        </w:tc>
        <w:tc>
          <w:tcPr>
            <w:tcW w:w="5731" w:type="dxa"/>
            <w:tcMar>
              <w:top w:w="70" w:type="dxa"/>
              <w:left w:w="70" w:type="dxa"/>
              <w:bottom w:w="70" w:type="dxa"/>
              <w:right w:w="70" w:type="dxa"/>
            </w:tcMar>
          </w:tcPr>
          <w:p w14:paraId="1943F82C" w14:textId="77777777" w:rsidR="00686453" w:rsidRPr="00AF13A6" w:rsidRDefault="00D95FB4">
            <w:pPr>
              <w:rPr>
                <w:szCs w:val="24"/>
              </w:rPr>
            </w:pPr>
            <w:r w:rsidRPr="00AF13A6">
              <w:rPr>
                <w:szCs w:val="24"/>
              </w:rPr>
              <w:t>42 CFR §483.73 Emergency Preparedness and CMS State Operations Manual Appendix Z (Rev. 204, issued 04/16/2021).</w:t>
            </w:r>
          </w:p>
        </w:tc>
        <w:tc>
          <w:tcPr>
            <w:tcW w:w="2340" w:type="dxa"/>
            <w:shd w:val="clear" w:color="auto" w:fill="F3F5F4"/>
            <w:tcMar>
              <w:top w:w="70" w:type="dxa"/>
              <w:left w:w="70" w:type="dxa"/>
              <w:bottom w:w="70" w:type="dxa"/>
              <w:right w:w="70" w:type="dxa"/>
            </w:tcMar>
          </w:tcPr>
          <w:p w14:paraId="5F9478E3" w14:textId="77777777" w:rsidR="00686453" w:rsidRPr="00AF13A6" w:rsidRDefault="00D95FB4">
            <w:pPr>
              <w:rPr>
                <w:szCs w:val="24"/>
              </w:rPr>
            </w:pPr>
            <w:r w:rsidRPr="00AF13A6">
              <w:rPr>
                <w:i/>
                <w:color w:val="66706B"/>
                <w:szCs w:val="24"/>
              </w:rPr>
              <w:t>Required when applicable</w:t>
            </w:r>
          </w:p>
        </w:tc>
      </w:tr>
      <w:tr w:rsidR="00686453" w14:paraId="4539707D" w14:textId="77777777" w:rsidTr="00270E79">
        <w:trPr>
          <w:cantSplit/>
          <w:jc w:val="center"/>
        </w:trPr>
        <w:tc>
          <w:tcPr>
            <w:tcW w:w="2819" w:type="dxa"/>
            <w:shd w:val="clear" w:color="auto" w:fill="F7FAF8"/>
            <w:tcMar>
              <w:top w:w="70" w:type="dxa"/>
              <w:left w:w="70" w:type="dxa"/>
              <w:bottom w:w="70" w:type="dxa"/>
              <w:right w:w="70" w:type="dxa"/>
            </w:tcMar>
          </w:tcPr>
          <w:p w14:paraId="24790F41" w14:textId="77777777" w:rsidR="00686453" w:rsidRPr="00AF13A6" w:rsidRDefault="00D95FB4">
            <w:pPr>
              <w:rPr>
                <w:szCs w:val="24"/>
              </w:rPr>
            </w:pPr>
            <w:r w:rsidRPr="00AF13A6">
              <w:rPr>
                <w:b/>
                <w:color w:val="015A41"/>
                <w:szCs w:val="24"/>
              </w:rPr>
              <w:t>MAINE DLC</w:t>
            </w:r>
          </w:p>
        </w:tc>
        <w:tc>
          <w:tcPr>
            <w:tcW w:w="5731" w:type="dxa"/>
            <w:tcMar>
              <w:top w:w="70" w:type="dxa"/>
              <w:left w:w="70" w:type="dxa"/>
              <w:bottom w:w="70" w:type="dxa"/>
              <w:right w:w="70" w:type="dxa"/>
            </w:tcMar>
          </w:tcPr>
          <w:p w14:paraId="534AF6E5" w14:textId="77777777" w:rsidR="00686453" w:rsidRPr="00AF13A6" w:rsidRDefault="00D95FB4">
            <w:pPr>
              <w:rPr>
                <w:szCs w:val="24"/>
              </w:rPr>
            </w:pPr>
            <w:r w:rsidRPr="00AF13A6">
              <w:rPr>
                <w:szCs w:val="24"/>
              </w:rPr>
              <w:t>10-144 CMR Ch. 110 - Regulations Governing the Licensing and Functioning of Skilled Nursing Facilities and Nursing Facilities.</w:t>
            </w:r>
          </w:p>
        </w:tc>
        <w:tc>
          <w:tcPr>
            <w:tcW w:w="2340" w:type="dxa"/>
            <w:shd w:val="clear" w:color="auto" w:fill="F3F5F4"/>
            <w:tcMar>
              <w:top w:w="70" w:type="dxa"/>
              <w:left w:w="70" w:type="dxa"/>
              <w:bottom w:w="70" w:type="dxa"/>
              <w:right w:w="70" w:type="dxa"/>
            </w:tcMar>
          </w:tcPr>
          <w:p w14:paraId="7DEE9790" w14:textId="77777777" w:rsidR="00686453" w:rsidRPr="00AF13A6" w:rsidRDefault="00D95FB4">
            <w:pPr>
              <w:rPr>
                <w:szCs w:val="24"/>
              </w:rPr>
            </w:pPr>
            <w:r w:rsidRPr="00AF13A6">
              <w:rPr>
                <w:i/>
                <w:color w:val="66706B"/>
                <w:szCs w:val="24"/>
              </w:rPr>
              <w:t>Required for applicable Maine license</w:t>
            </w:r>
          </w:p>
        </w:tc>
      </w:tr>
      <w:tr w:rsidR="00686453" w14:paraId="28C16556" w14:textId="77777777" w:rsidTr="00270E79">
        <w:trPr>
          <w:cantSplit/>
          <w:jc w:val="center"/>
        </w:trPr>
        <w:tc>
          <w:tcPr>
            <w:tcW w:w="2819" w:type="dxa"/>
            <w:shd w:val="clear" w:color="auto" w:fill="EAF3EF"/>
            <w:tcMar>
              <w:top w:w="70" w:type="dxa"/>
              <w:left w:w="70" w:type="dxa"/>
              <w:bottom w:w="70" w:type="dxa"/>
              <w:right w:w="70" w:type="dxa"/>
            </w:tcMar>
          </w:tcPr>
          <w:p w14:paraId="479D4AF2" w14:textId="77777777" w:rsidR="00686453" w:rsidRPr="00AF13A6" w:rsidRDefault="00D95FB4">
            <w:pPr>
              <w:rPr>
                <w:szCs w:val="24"/>
              </w:rPr>
            </w:pPr>
            <w:r w:rsidRPr="00AF13A6">
              <w:rPr>
                <w:b/>
                <w:color w:val="015A41"/>
                <w:szCs w:val="24"/>
              </w:rPr>
              <w:t>FIRE / LIFE SAFETY</w:t>
            </w:r>
          </w:p>
        </w:tc>
        <w:tc>
          <w:tcPr>
            <w:tcW w:w="5731" w:type="dxa"/>
            <w:tcMar>
              <w:top w:w="70" w:type="dxa"/>
              <w:left w:w="70" w:type="dxa"/>
              <w:bottom w:w="70" w:type="dxa"/>
              <w:right w:w="70" w:type="dxa"/>
            </w:tcMar>
          </w:tcPr>
          <w:p w14:paraId="7850F017" w14:textId="77777777" w:rsidR="00686453" w:rsidRPr="00AF13A6" w:rsidRDefault="00D95FB4">
            <w:pPr>
              <w:rPr>
                <w:szCs w:val="24"/>
              </w:rPr>
            </w:pPr>
            <w:r w:rsidRPr="00AF13A6">
              <w:rPr>
                <w:szCs w:val="24"/>
              </w:rPr>
              <w:t>CMS 2012 Life Safety Code survey requirements for applicable healthcare occupancy plus current Maine FMO rules and State-adopted NFPA editions.</w:t>
            </w:r>
          </w:p>
        </w:tc>
        <w:tc>
          <w:tcPr>
            <w:tcW w:w="2340" w:type="dxa"/>
            <w:shd w:val="clear" w:color="auto" w:fill="F3F5F4"/>
            <w:tcMar>
              <w:top w:w="70" w:type="dxa"/>
              <w:left w:w="70" w:type="dxa"/>
              <w:bottom w:w="70" w:type="dxa"/>
              <w:right w:w="70" w:type="dxa"/>
            </w:tcMar>
          </w:tcPr>
          <w:p w14:paraId="54179BD0" w14:textId="77777777" w:rsidR="00686453" w:rsidRPr="00AF13A6" w:rsidRDefault="00D95FB4">
            <w:pPr>
              <w:rPr>
                <w:szCs w:val="24"/>
              </w:rPr>
            </w:pPr>
            <w:r w:rsidRPr="00AF13A6">
              <w:rPr>
                <w:i/>
                <w:color w:val="66706B"/>
                <w:szCs w:val="24"/>
              </w:rPr>
              <w:t>Separate compliance layer</w:t>
            </w:r>
          </w:p>
        </w:tc>
      </w:tr>
      <w:tr w:rsidR="00686453" w14:paraId="717DC92E" w14:textId="77777777" w:rsidTr="00270E79">
        <w:trPr>
          <w:cantSplit/>
          <w:jc w:val="center"/>
        </w:trPr>
        <w:tc>
          <w:tcPr>
            <w:tcW w:w="2819" w:type="dxa"/>
            <w:shd w:val="clear" w:color="auto" w:fill="F7FAF8"/>
            <w:tcMar>
              <w:top w:w="70" w:type="dxa"/>
              <w:left w:w="70" w:type="dxa"/>
              <w:bottom w:w="70" w:type="dxa"/>
              <w:right w:w="70" w:type="dxa"/>
            </w:tcMar>
          </w:tcPr>
          <w:p w14:paraId="1E5967DD" w14:textId="77777777" w:rsidR="00686453" w:rsidRPr="00AF13A6" w:rsidRDefault="00D95FB4">
            <w:pPr>
              <w:rPr>
                <w:szCs w:val="24"/>
              </w:rPr>
            </w:pPr>
            <w:r w:rsidRPr="00AF13A6">
              <w:rPr>
                <w:b/>
                <w:color w:val="015A41"/>
                <w:szCs w:val="24"/>
              </w:rPr>
              <w:t>HCC-ME REC</w:t>
            </w:r>
          </w:p>
        </w:tc>
        <w:tc>
          <w:tcPr>
            <w:tcW w:w="5731" w:type="dxa"/>
            <w:tcMar>
              <w:top w:w="70" w:type="dxa"/>
              <w:left w:w="70" w:type="dxa"/>
              <w:bottom w:w="70" w:type="dxa"/>
              <w:right w:w="70" w:type="dxa"/>
            </w:tcMar>
          </w:tcPr>
          <w:p w14:paraId="66F25808" w14:textId="77777777" w:rsidR="00686453" w:rsidRPr="00AF13A6" w:rsidRDefault="00D95FB4">
            <w:pPr>
              <w:rPr>
                <w:szCs w:val="24"/>
              </w:rPr>
            </w:pPr>
            <w:r w:rsidRPr="00AF13A6">
              <w:rPr>
                <w:szCs w:val="24"/>
              </w:rPr>
              <w:t>Operational readiness practices suggested by HCC-ME. These are not regulatory requirements unless independently required by another authority.</w:t>
            </w:r>
          </w:p>
        </w:tc>
        <w:tc>
          <w:tcPr>
            <w:tcW w:w="2340" w:type="dxa"/>
            <w:shd w:val="clear" w:color="auto" w:fill="F3F5F4"/>
            <w:tcMar>
              <w:top w:w="70" w:type="dxa"/>
              <w:left w:w="70" w:type="dxa"/>
              <w:bottom w:w="70" w:type="dxa"/>
              <w:right w:w="70" w:type="dxa"/>
            </w:tcMar>
          </w:tcPr>
          <w:p w14:paraId="7A28276F" w14:textId="77777777" w:rsidR="00686453" w:rsidRPr="00AF13A6" w:rsidRDefault="00D95FB4">
            <w:pPr>
              <w:rPr>
                <w:szCs w:val="24"/>
              </w:rPr>
            </w:pPr>
            <w:r w:rsidRPr="00AF13A6">
              <w:rPr>
                <w:i/>
                <w:color w:val="66706B"/>
                <w:szCs w:val="24"/>
              </w:rPr>
              <w:t>Optional / recommended</w:t>
            </w:r>
          </w:p>
        </w:tc>
      </w:tr>
    </w:tbl>
    <w:p w14:paraId="3F77D53D" w14:textId="77777777" w:rsidR="00686453" w:rsidRDefault="00D95FB4">
      <w:pPr>
        <w:pStyle w:val="Heading1"/>
        <w:pBdr>
          <w:bottom w:val="single" w:sz="14" w:space="5" w:color="E63B07"/>
        </w:pBdr>
        <w:spacing w:before="140" w:after="140"/>
      </w:pPr>
      <w:r>
        <w:rPr>
          <w:rFonts w:ascii="Arial" w:eastAsia="Arial" w:hAnsi="Arial"/>
        </w:rPr>
        <w:lastRenderedPageBreak/>
        <w:t>FACILITY PROFILE</w:t>
      </w:r>
    </w:p>
    <w:tbl>
      <w:tblPr>
        <w:tblW w:w="10974"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833"/>
      </w:tblGrid>
      <w:tr w:rsidR="00686453" w:rsidRPr="00AF13A6" w14:paraId="27A5A518" w14:textId="77777777" w:rsidTr="00CA6F80">
        <w:trPr>
          <w:tblHeader/>
          <w:jc w:val="center"/>
        </w:trPr>
        <w:tc>
          <w:tcPr>
            <w:tcW w:w="5141" w:type="dxa"/>
            <w:shd w:val="clear" w:color="auto" w:fill="015A41"/>
            <w:tcMar>
              <w:top w:w="80" w:type="dxa"/>
              <w:left w:w="90" w:type="dxa"/>
              <w:bottom w:w="80" w:type="dxa"/>
              <w:right w:w="90" w:type="dxa"/>
            </w:tcMar>
          </w:tcPr>
          <w:p w14:paraId="733C6511" w14:textId="77777777" w:rsidR="00686453" w:rsidRPr="00AF13A6" w:rsidRDefault="00D95FB4">
            <w:pPr>
              <w:rPr>
                <w:szCs w:val="24"/>
              </w:rPr>
            </w:pPr>
            <w:r w:rsidRPr="00AF13A6">
              <w:rPr>
                <w:b/>
                <w:color w:val="FFFFFF"/>
                <w:szCs w:val="24"/>
              </w:rPr>
              <w:t>Field</w:t>
            </w:r>
          </w:p>
        </w:tc>
        <w:tc>
          <w:tcPr>
            <w:tcW w:w="5833" w:type="dxa"/>
            <w:shd w:val="clear" w:color="auto" w:fill="015A41"/>
            <w:tcMar>
              <w:top w:w="80" w:type="dxa"/>
              <w:left w:w="90" w:type="dxa"/>
              <w:bottom w:w="80" w:type="dxa"/>
              <w:right w:w="90" w:type="dxa"/>
            </w:tcMar>
          </w:tcPr>
          <w:p w14:paraId="6EFE2A32" w14:textId="77777777" w:rsidR="00686453" w:rsidRPr="00AF13A6" w:rsidRDefault="00D95FB4">
            <w:pPr>
              <w:rPr>
                <w:szCs w:val="24"/>
              </w:rPr>
            </w:pPr>
            <w:r w:rsidRPr="00AF13A6">
              <w:rPr>
                <w:b/>
                <w:color w:val="FFFFFF"/>
                <w:szCs w:val="24"/>
              </w:rPr>
              <w:t>Facility Entry</w:t>
            </w:r>
          </w:p>
        </w:tc>
      </w:tr>
      <w:tr w:rsidR="00686453" w:rsidRPr="00AF13A6" w14:paraId="4DF1CD85" w14:textId="77777777" w:rsidTr="00CA6F80">
        <w:trPr>
          <w:cantSplit/>
          <w:jc w:val="center"/>
        </w:trPr>
        <w:tc>
          <w:tcPr>
            <w:tcW w:w="5141" w:type="dxa"/>
            <w:shd w:val="clear" w:color="auto" w:fill="EAF3EF"/>
            <w:tcMar>
              <w:top w:w="80" w:type="dxa"/>
              <w:left w:w="90" w:type="dxa"/>
              <w:bottom w:w="80" w:type="dxa"/>
              <w:right w:w="90" w:type="dxa"/>
            </w:tcMar>
          </w:tcPr>
          <w:p w14:paraId="18BB56F9" w14:textId="77777777" w:rsidR="00686453" w:rsidRPr="00AF13A6" w:rsidRDefault="00D95FB4">
            <w:pPr>
              <w:rPr>
                <w:szCs w:val="24"/>
              </w:rPr>
            </w:pPr>
            <w:r w:rsidRPr="00AF13A6">
              <w:rPr>
                <w:b/>
                <w:color w:val="015A41"/>
                <w:szCs w:val="24"/>
              </w:rPr>
              <w:t>Facility Name</w:t>
            </w:r>
          </w:p>
        </w:tc>
        <w:tc>
          <w:tcPr>
            <w:tcW w:w="5833" w:type="dxa"/>
            <w:shd w:val="clear" w:color="auto" w:fill="FFFFFF"/>
            <w:tcMar>
              <w:top w:w="80" w:type="dxa"/>
              <w:left w:w="90" w:type="dxa"/>
              <w:bottom w:w="80" w:type="dxa"/>
              <w:right w:w="90" w:type="dxa"/>
            </w:tcMar>
          </w:tcPr>
          <w:p w14:paraId="66044C59" w14:textId="77777777" w:rsidR="00686453" w:rsidRPr="00AF13A6" w:rsidRDefault="00D95FB4">
            <w:pPr>
              <w:rPr>
                <w:szCs w:val="24"/>
              </w:rPr>
            </w:pPr>
            <w:r w:rsidRPr="00AF13A6">
              <w:rPr>
                <w:i/>
                <w:color w:val="66706B"/>
                <w:szCs w:val="24"/>
              </w:rPr>
              <w:t>&lt;Insert&gt;</w:t>
            </w:r>
          </w:p>
        </w:tc>
      </w:tr>
      <w:tr w:rsidR="00686453" w:rsidRPr="00AF13A6" w14:paraId="570A3C1C" w14:textId="77777777" w:rsidTr="00CA6F80">
        <w:trPr>
          <w:cantSplit/>
          <w:jc w:val="center"/>
        </w:trPr>
        <w:tc>
          <w:tcPr>
            <w:tcW w:w="5141" w:type="dxa"/>
            <w:shd w:val="clear" w:color="auto" w:fill="F7FAF8"/>
            <w:tcMar>
              <w:top w:w="80" w:type="dxa"/>
              <w:left w:w="90" w:type="dxa"/>
              <w:bottom w:w="80" w:type="dxa"/>
              <w:right w:w="90" w:type="dxa"/>
            </w:tcMar>
          </w:tcPr>
          <w:p w14:paraId="50664354" w14:textId="77777777" w:rsidR="00686453" w:rsidRPr="00AF13A6" w:rsidRDefault="00D95FB4">
            <w:pPr>
              <w:rPr>
                <w:szCs w:val="24"/>
              </w:rPr>
            </w:pPr>
            <w:r w:rsidRPr="00AF13A6">
              <w:rPr>
                <w:b/>
                <w:color w:val="015A41"/>
                <w:szCs w:val="24"/>
              </w:rPr>
              <w:t>Provider Type</w:t>
            </w:r>
          </w:p>
        </w:tc>
        <w:tc>
          <w:tcPr>
            <w:tcW w:w="5833" w:type="dxa"/>
            <w:shd w:val="clear" w:color="auto" w:fill="FFFFFF"/>
            <w:tcMar>
              <w:top w:w="80" w:type="dxa"/>
              <w:left w:w="90" w:type="dxa"/>
              <w:bottom w:w="80" w:type="dxa"/>
              <w:right w:w="90" w:type="dxa"/>
            </w:tcMar>
          </w:tcPr>
          <w:p w14:paraId="7E31C973" w14:textId="77777777" w:rsidR="00686453" w:rsidRPr="00AF13A6" w:rsidRDefault="00D95FB4">
            <w:pPr>
              <w:rPr>
                <w:szCs w:val="24"/>
              </w:rPr>
            </w:pPr>
            <w:r w:rsidRPr="00AF13A6">
              <w:rPr>
                <w:i/>
                <w:color w:val="66706B"/>
                <w:szCs w:val="24"/>
              </w:rPr>
              <w:t>Skilled Nursing Facility / Nursing Facility</w:t>
            </w:r>
          </w:p>
        </w:tc>
      </w:tr>
      <w:tr w:rsidR="00686453" w:rsidRPr="00AF13A6" w14:paraId="65320F1A" w14:textId="77777777" w:rsidTr="00CA6F80">
        <w:trPr>
          <w:cantSplit/>
          <w:jc w:val="center"/>
        </w:trPr>
        <w:tc>
          <w:tcPr>
            <w:tcW w:w="5141" w:type="dxa"/>
            <w:shd w:val="clear" w:color="auto" w:fill="EAF3EF"/>
            <w:tcMar>
              <w:top w:w="80" w:type="dxa"/>
              <w:left w:w="90" w:type="dxa"/>
              <w:bottom w:w="80" w:type="dxa"/>
              <w:right w:w="90" w:type="dxa"/>
            </w:tcMar>
          </w:tcPr>
          <w:p w14:paraId="3EB0D769" w14:textId="77777777" w:rsidR="00686453" w:rsidRPr="00AF13A6" w:rsidRDefault="00D95FB4">
            <w:pPr>
              <w:rPr>
                <w:szCs w:val="24"/>
              </w:rPr>
            </w:pPr>
            <w:r w:rsidRPr="00AF13A6">
              <w:rPr>
                <w:b/>
                <w:color w:val="015A41"/>
                <w:szCs w:val="24"/>
              </w:rPr>
              <w:t>Physical Address</w:t>
            </w:r>
          </w:p>
        </w:tc>
        <w:tc>
          <w:tcPr>
            <w:tcW w:w="5833" w:type="dxa"/>
            <w:shd w:val="clear" w:color="auto" w:fill="FFFFFF"/>
            <w:tcMar>
              <w:top w:w="80" w:type="dxa"/>
              <w:left w:w="90" w:type="dxa"/>
              <w:bottom w:w="80" w:type="dxa"/>
              <w:right w:w="90" w:type="dxa"/>
            </w:tcMar>
          </w:tcPr>
          <w:p w14:paraId="2144BDCC" w14:textId="77777777" w:rsidR="00686453" w:rsidRPr="00AF13A6" w:rsidRDefault="00D95FB4">
            <w:pPr>
              <w:rPr>
                <w:szCs w:val="24"/>
              </w:rPr>
            </w:pPr>
            <w:r w:rsidRPr="00AF13A6">
              <w:rPr>
                <w:i/>
                <w:color w:val="66706B"/>
                <w:szCs w:val="24"/>
              </w:rPr>
              <w:t>&lt;Insert&gt;</w:t>
            </w:r>
          </w:p>
        </w:tc>
      </w:tr>
      <w:tr w:rsidR="00686453" w:rsidRPr="00AF13A6" w14:paraId="178E0C89" w14:textId="77777777" w:rsidTr="00CA6F80">
        <w:trPr>
          <w:cantSplit/>
          <w:jc w:val="center"/>
        </w:trPr>
        <w:tc>
          <w:tcPr>
            <w:tcW w:w="5141" w:type="dxa"/>
            <w:shd w:val="clear" w:color="auto" w:fill="F7FAF8"/>
            <w:tcMar>
              <w:top w:w="80" w:type="dxa"/>
              <w:left w:w="90" w:type="dxa"/>
              <w:bottom w:w="80" w:type="dxa"/>
              <w:right w:w="90" w:type="dxa"/>
            </w:tcMar>
          </w:tcPr>
          <w:p w14:paraId="4C7A4A09" w14:textId="77777777" w:rsidR="00686453" w:rsidRPr="00AF13A6" w:rsidRDefault="00D95FB4">
            <w:pPr>
              <w:rPr>
                <w:szCs w:val="24"/>
              </w:rPr>
            </w:pPr>
            <w:r w:rsidRPr="00AF13A6">
              <w:rPr>
                <w:b/>
                <w:color w:val="015A41"/>
                <w:szCs w:val="24"/>
              </w:rPr>
              <w:t>County</w:t>
            </w:r>
          </w:p>
        </w:tc>
        <w:tc>
          <w:tcPr>
            <w:tcW w:w="5833" w:type="dxa"/>
            <w:shd w:val="clear" w:color="auto" w:fill="FFFFFF"/>
            <w:tcMar>
              <w:top w:w="80" w:type="dxa"/>
              <w:left w:w="90" w:type="dxa"/>
              <w:bottom w:w="80" w:type="dxa"/>
              <w:right w:w="90" w:type="dxa"/>
            </w:tcMar>
          </w:tcPr>
          <w:p w14:paraId="0A772333" w14:textId="77777777" w:rsidR="00686453" w:rsidRPr="00AF13A6" w:rsidRDefault="00D95FB4">
            <w:pPr>
              <w:rPr>
                <w:szCs w:val="24"/>
              </w:rPr>
            </w:pPr>
            <w:r w:rsidRPr="00AF13A6">
              <w:rPr>
                <w:i/>
                <w:color w:val="66706B"/>
                <w:szCs w:val="24"/>
              </w:rPr>
              <w:t>&lt;Insert&gt;</w:t>
            </w:r>
          </w:p>
        </w:tc>
      </w:tr>
      <w:tr w:rsidR="00686453" w:rsidRPr="00AF13A6" w14:paraId="44A8F7EE" w14:textId="77777777" w:rsidTr="00CA6F80">
        <w:trPr>
          <w:cantSplit/>
          <w:jc w:val="center"/>
        </w:trPr>
        <w:tc>
          <w:tcPr>
            <w:tcW w:w="5141" w:type="dxa"/>
            <w:shd w:val="clear" w:color="auto" w:fill="EAF3EF"/>
            <w:tcMar>
              <w:top w:w="80" w:type="dxa"/>
              <w:left w:w="90" w:type="dxa"/>
              <w:bottom w:w="80" w:type="dxa"/>
              <w:right w:w="90" w:type="dxa"/>
            </w:tcMar>
          </w:tcPr>
          <w:p w14:paraId="3F838F4E" w14:textId="77777777" w:rsidR="00686453" w:rsidRPr="00AF13A6" w:rsidRDefault="00D95FB4">
            <w:pPr>
              <w:rPr>
                <w:szCs w:val="24"/>
              </w:rPr>
            </w:pPr>
            <w:r w:rsidRPr="00AF13A6">
              <w:rPr>
                <w:b/>
                <w:color w:val="015A41"/>
                <w:szCs w:val="24"/>
              </w:rPr>
              <w:t>Main Phone</w:t>
            </w:r>
          </w:p>
        </w:tc>
        <w:tc>
          <w:tcPr>
            <w:tcW w:w="5833" w:type="dxa"/>
            <w:shd w:val="clear" w:color="auto" w:fill="FFFFFF"/>
            <w:tcMar>
              <w:top w:w="80" w:type="dxa"/>
              <w:left w:w="90" w:type="dxa"/>
              <w:bottom w:w="80" w:type="dxa"/>
              <w:right w:w="90" w:type="dxa"/>
            </w:tcMar>
          </w:tcPr>
          <w:p w14:paraId="351D6B45" w14:textId="77777777" w:rsidR="00686453" w:rsidRPr="00AF13A6" w:rsidRDefault="00D95FB4">
            <w:pPr>
              <w:rPr>
                <w:szCs w:val="24"/>
              </w:rPr>
            </w:pPr>
            <w:r w:rsidRPr="00AF13A6">
              <w:rPr>
                <w:i/>
                <w:color w:val="66706B"/>
                <w:szCs w:val="24"/>
              </w:rPr>
              <w:t>&lt;Insert&gt;</w:t>
            </w:r>
          </w:p>
        </w:tc>
      </w:tr>
      <w:tr w:rsidR="00686453" w:rsidRPr="00AF13A6" w14:paraId="1EBB8A40" w14:textId="77777777" w:rsidTr="00CA6F80">
        <w:trPr>
          <w:cantSplit/>
          <w:jc w:val="center"/>
        </w:trPr>
        <w:tc>
          <w:tcPr>
            <w:tcW w:w="5141" w:type="dxa"/>
            <w:shd w:val="clear" w:color="auto" w:fill="F7FAF8"/>
            <w:tcMar>
              <w:top w:w="80" w:type="dxa"/>
              <w:left w:w="90" w:type="dxa"/>
              <w:bottom w:w="80" w:type="dxa"/>
              <w:right w:w="90" w:type="dxa"/>
            </w:tcMar>
          </w:tcPr>
          <w:p w14:paraId="213C3257" w14:textId="77777777" w:rsidR="00686453" w:rsidRPr="00AF13A6" w:rsidRDefault="00D95FB4">
            <w:pPr>
              <w:rPr>
                <w:szCs w:val="24"/>
              </w:rPr>
            </w:pPr>
            <w:r w:rsidRPr="00AF13A6">
              <w:rPr>
                <w:b/>
                <w:color w:val="015A41"/>
                <w:szCs w:val="24"/>
              </w:rPr>
              <w:t>24/7 Emergency Phone</w:t>
            </w:r>
          </w:p>
        </w:tc>
        <w:tc>
          <w:tcPr>
            <w:tcW w:w="5833" w:type="dxa"/>
            <w:shd w:val="clear" w:color="auto" w:fill="FFFFFF"/>
            <w:tcMar>
              <w:top w:w="80" w:type="dxa"/>
              <w:left w:w="90" w:type="dxa"/>
              <w:bottom w:w="80" w:type="dxa"/>
              <w:right w:w="90" w:type="dxa"/>
            </w:tcMar>
          </w:tcPr>
          <w:p w14:paraId="1D63F505" w14:textId="77777777" w:rsidR="00686453" w:rsidRPr="00AF13A6" w:rsidRDefault="00D95FB4">
            <w:pPr>
              <w:rPr>
                <w:szCs w:val="24"/>
              </w:rPr>
            </w:pPr>
            <w:r w:rsidRPr="00AF13A6">
              <w:rPr>
                <w:i/>
                <w:color w:val="66706B"/>
                <w:szCs w:val="24"/>
              </w:rPr>
              <w:t>&lt;Insert&gt;</w:t>
            </w:r>
          </w:p>
        </w:tc>
      </w:tr>
      <w:tr w:rsidR="00686453" w:rsidRPr="00AF13A6" w14:paraId="06D9E47B" w14:textId="77777777" w:rsidTr="00CA6F80">
        <w:trPr>
          <w:cantSplit/>
          <w:jc w:val="center"/>
        </w:trPr>
        <w:tc>
          <w:tcPr>
            <w:tcW w:w="5141" w:type="dxa"/>
            <w:shd w:val="clear" w:color="auto" w:fill="EAF3EF"/>
            <w:tcMar>
              <w:top w:w="80" w:type="dxa"/>
              <w:left w:w="90" w:type="dxa"/>
              <w:bottom w:w="80" w:type="dxa"/>
              <w:right w:w="90" w:type="dxa"/>
            </w:tcMar>
          </w:tcPr>
          <w:p w14:paraId="1BB36D07" w14:textId="77777777" w:rsidR="00686453" w:rsidRPr="00AF13A6" w:rsidRDefault="00D95FB4">
            <w:pPr>
              <w:rPr>
                <w:szCs w:val="24"/>
              </w:rPr>
            </w:pPr>
            <w:r w:rsidRPr="00AF13A6">
              <w:rPr>
                <w:b/>
                <w:color w:val="015A41"/>
                <w:szCs w:val="24"/>
              </w:rPr>
              <w:t>Maine License #</w:t>
            </w:r>
          </w:p>
        </w:tc>
        <w:tc>
          <w:tcPr>
            <w:tcW w:w="5833" w:type="dxa"/>
            <w:shd w:val="clear" w:color="auto" w:fill="FFFFFF"/>
            <w:tcMar>
              <w:top w:w="80" w:type="dxa"/>
              <w:left w:w="90" w:type="dxa"/>
              <w:bottom w:w="80" w:type="dxa"/>
              <w:right w:w="90" w:type="dxa"/>
            </w:tcMar>
          </w:tcPr>
          <w:p w14:paraId="4D6A6CB9" w14:textId="77777777" w:rsidR="00686453" w:rsidRPr="00AF13A6" w:rsidRDefault="00D95FB4">
            <w:pPr>
              <w:rPr>
                <w:szCs w:val="24"/>
              </w:rPr>
            </w:pPr>
            <w:r w:rsidRPr="00AF13A6">
              <w:rPr>
                <w:i/>
                <w:color w:val="66706B"/>
                <w:szCs w:val="24"/>
              </w:rPr>
              <w:t>&lt;Insert&gt;</w:t>
            </w:r>
          </w:p>
        </w:tc>
      </w:tr>
      <w:tr w:rsidR="00686453" w:rsidRPr="00AF13A6" w14:paraId="085540E8" w14:textId="77777777" w:rsidTr="00CA6F80">
        <w:trPr>
          <w:cantSplit/>
          <w:jc w:val="center"/>
        </w:trPr>
        <w:tc>
          <w:tcPr>
            <w:tcW w:w="5141" w:type="dxa"/>
            <w:shd w:val="clear" w:color="auto" w:fill="F7FAF8"/>
            <w:tcMar>
              <w:top w:w="80" w:type="dxa"/>
              <w:left w:w="90" w:type="dxa"/>
              <w:bottom w:w="80" w:type="dxa"/>
              <w:right w:w="90" w:type="dxa"/>
            </w:tcMar>
          </w:tcPr>
          <w:p w14:paraId="701EEC0B" w14:textId="77777777" w:rsidR="00686453" w:rsidRPr="00AF13A6" w:rsidRDefault="00D95FB4">
            <w:pPr>
              <w:rPr>
                <w:szCs w:val="24"/>
              </w:rPr>
            </w:pPr>
            <w:r w:rsidRPr="00AF13A6">
              <w:rPr>
                <w:b/>
                <w:color w:val="015A41"/>
                <w:szCs w:val="24"/>
              </w:rPr>
              <w:t>CMS CCN</w:t>
            </w:r>
          </w:p>
        </w:tc>
        <w:tc>
          <w:tcPr>
            <w:tcW w:w="5833" w:type="dxa"/>
            <w:shd w:val="clear" w:color="auto" w:fill="FFFFFF"/>
            <w:tcMar>
              <w:top w:w="80" w:type="dxa"/>
              <w:left w:w="90" w:type="dxa"/>
              <w:bottom w:w="80" w:type="dxa"/>
              <w:right w:w="90" w:type="dxa"/>
            </w:tcMar>
          </w:tcPr>
          <w:p w14:paraId="6D524606" w14:textId="77777777" w:rsidR="00686453" w:rsidRPr="00AF13A6" w:rsidRDefault="00D95FB4">
            <w:pPr>
              <w:rPr>
                <w:szCs w:val="24"/>
              </w:rPr>
            </w:pPr>
            <w:r w:rsidRPr="00AF13A6">
              <w:rPr>
                <w:i/>
                <w:color w:val="66706B"/>
                <w:szCs w:val="24"/>
              </w:rPr>
              <w:t>&lt;Insert&gt;</w:t>
            </w:r>
          </w:p>
        </w:tc>
      </w:tr>
      <w:tr w:rsidR="00731B5D" w:rsidRPr="00AF13A6" w14:paraId="72B12046" w14:textId="77777777" w:rsidTr="00CA6F80">
        <w:trPr>
          <w:cantSplit/>
          <w:jc w:val="center"/>
        </w:trPr>
        <w:tc>
          <w:tcPr>
            <w:tcW w:w="5141" w:type="dxa"/>
            <w:shd w:val="clear" w:color="auto" w:fill="EAF3EF"/>
            <w:tcMar>
              <w:top w:w="80" w:type="dxa"/>
              <w:left w:w="90" w:type="dxa"/>
              <w:bottom w:w="80" w:type="dxa"/>
              <w:right w:w="90" w:type="dxa"/>
            </w:tcMar>
          </w:tcPr>
          <w:p w14:paraId="4253994A" w14:textId="713DD007" w:rsidR="00731B5D" w:rsidRPr="00AF13A6" w:rsidRDefault="00731B5D" w:rsidP="00731B5D">
            <w:pPr>
              <w:rPr>
                <w:b/>
                <w:color w:val="015A41"/>
                <w:szCs w:val="24"/>
              </w:rPr>
            </w:pPr>
            <w:r w:rsidRPr="00AF13A6">
              <w:rPr>
                <w:b/>
                <w:color w:val="015A41"/>
                <w:szCs w:val="24"/>
              </w:rPr>
              <w:t>Federal Emergency Preparedness Applicability</w:t>
            </w:r>
          </w:p>
        </w:tc>
        <w:tc>
          <w:tcPr>
            <w:tcW w:w="5833" w:type="dxa"/>
            <w:shd w:val="clear" w:color="auto" w:fill="FFFFFF"/>
            <w:tcMar>
              <w:top w:w="80" w:type="dxa"/>
              <w:left w:w="90" w:type="dxa"/>
              <w:bottom w:w="80" w:type="dxa"/>
              <w:right w:w="90" w:type="dxa"/>
            </w:tcMar>
          </w:tcPr>
          <w:p w14:paraId="1C2C832D" w14:textId="11878098" w:rsidR="00731B5D" w:rsidRPr="00AF13A6" w:rsidRDefault="00731B5D" w:rsidP="00731B5D">
            <w:pPr>
              <w:rPr>
                <w:i/>
                <w:color w:val="66706B"/>
                <w:szCs w:val="24"/>
              </w:rPr>
            </w:pPr>
            <w:r w:rsidRPr="00AF13A6">
              <w:rPr>
                <w:rFonts w:cs="Arial"/>
                <w:color w:val="6B7378"/>
                <w:szCs w:val="24"/>
              </w:rPr>
              <w:t>&lt;42 CFR §483.73 applies / does not apply; document basis&gt;</w:t>
            </w:r>
          </w:p>
        </w:tc>
      </w:tr>
      <w:tr w:rsidR="00731B5D" w:rsidRPr="00AF13A6" w14:paraId="634F66AF" w14:textId="77777777" w:rsidTr="00CA6F80">
        <w:trPr>
          <w:cantSplit/>
          <w:jc w:val="center"/>
        </w:trPr>
        <w:tc>
          <w:tcPr>
            <w:tcW w:w="5141" w:type="dxa"/>
            <w:shd w:val="clear" w:color="auto" w:fill="EAF3EF"/>
            <w:tcMar>
              <w:top w:w="80" w:type="dxa"/>
              <w:left w:w="90" w:type="dxa"/>
              <w:bottom w:w="80" w:type="dxa"/>
              <w:right w:w="90" w:type="dxa"/>
            </w:tcMar>
          </w:tcPr>
          <w:p w14:paraId="49A7A6F9" w14:textId="77777777" w:rsidR="00731B5D" w:rsidRPr="00AF13A6" w:rsidRDefault="00731B5D" w:rsidP="00731B5D">
            <w:pPr>
              <w:rPr>
                <w:szCs w:val="24"/>
              </w:rPr>
            </w:pPr>
            <w:r w:rsidRPr="00AF13A6">
              <w:rPr>
                <w:b/>
                <w:color w:val="015A41"/>
                <w:szCs w:val="24"/>
              </w:rPr>
              <w:t>Initial Certification Date</w:t>
            </w:r>
          </w:p>
        </w:tc>
        <w:tc>
          <w:tcPr>
            <w:tcW w:w="5833" w:type="dxa"/>
            <w:shd w:val="clear" w:color="auto" w:fill="FFFFFF"/>
            <w:tcMar>
              <w:top w:w="80" w:type="dxa"/>
              <w:left w:w="90" w:type="dxa"/>
              <w:bottom w:w="80" w:type="dxa"/>
              <w:right w:w="90" w:type="dxa"/>
            </w:tcMar>
          </w:tcPr>
          <w:p w14:paraId="3FBD7C1E" w14:textId="77777777" w:rsidR="00731B5D" w:rsidRPr="00AF13A6" w:rsidRDefault="00731B5D" w:rsidP="00731B5D">
            <w:pPr>
              <w:rPr>
                <w:szCs w:val="24"/>
              </w:rPr>
            </w:pPr>
            <w:r w:rsidRPr="00AF13A6">
              <w:rPr>
                <w:i/>
                <w:color w:val="66706B"/>
                <w:szCs w:val="24"/>
              </w:rPr>
              <w:t>&lt;Insert&gt;</w:t>
            </w:r>
          </w:p>
        </w:tc>
      </w:tr>
      <w:tr w:rsidR="00731B5D" w:rsidRPr="00AF13A6" w14:paraId="06F500A4" w14:textId="77777777" w:rsidTr="00CA6F80">
        <w:trPr>
          <w:cantSplit/>
          <w:jc w:val="center"/>
        </w:trPr>
        <w:tc>
          <w:tcPr>
            <w:tcW w:w="5141" w:type="dxa"/>
            <w:shd w:val="clear" w:color="auto" w:fill="F7FAF8"/>
            <w:tcMar>
              <w:top w:w="80" w:type="dxa"/>
              <w:left w:w="90" w:type="dxa"/>
              <w:bottom w:w="80" w:type="dxa"/>
              <w:right w:w="90" w:type="dxa"/>
            </w:tcMar>
          </w:tcPr>
          <w:p w14:paraId="782334F7" w14:textId="77777777" w:rsidR="00731B5D" w:rsidRPr="00AF13A6" w:rsidRDefault="00731B5D" w:rsidP="00731B5D">
            <w:pPr>
              <w:rPr>
                <w:szCs w:val="24"/>
              </w:rPr>
            </w:pPr>
            <w:r w:rsidRPr="00AF13A6">
              <w:rPr>
                <w:b/>
                <w:color w:val="015A41"/>
                <w:szCs w:val="24"/>
              </w:rPr>
              <w:t>Owner / Parent Organization</w:t>
            </w:r>
          </w:p>
        </w:tc>
        <w:tc>
          <w:tcPr>
            <w:tcW w:w="5833" w:type="dxa"/>
            <w:shd w:val="clear" w:color="auto" w:fill="FFFFFF"/>
            <w:tcMar>
              <w:top w:w="80" w:type="dxa"/>
              <w:left w:w="90" w:type="dxa"/>
              <w:bottom w:w="80" w:type="dxa"/>
              <w:right w:w="90" w:type="dxa"/>
            </w:tcMar>
          </w:tcPr>
          <w:p w14:paraId="79B3EF6C" w14:textId="77777777" w:rsidR="00731B5D" w:rsidRPr="00AF13A6" w:rsidRDefault="00731B5D" w:rsidP="00731B5D">
            <w:pPr>
              <w:rPr>
                <w:szCs w:val="24"/>
              </w:rPr>
            </w:pPr>
            <w:r w:rsidRPr="00AF13A6">
              <w:rPr>
                <w:i/>
                <w:color w:val="66706B"/>
                <w:szCs w:val="24"/>
              </w:rPr>
              <w:t>&lt;Insert&gt;</w:t>
            </w:r>
          </w:p>
        </w:tc>
      </w:tr>
      <w:tr w:rsidR="00731B5D" w:rsidRPr="00AF13A6" w14:paraId="444CACD0" w14:textId="77777777" w:rsidTr="00CA6F80">
        <w:trPr>
          <w:cantSplit/>
          <w:jc w:val="center"/>
        </w:trPr>
        <w:tc>
          <w:tcPr>
            <w:tcW w:w="5141" w:type="dxa"/>
            <w:shd w:val="clear" w:color="auto" w:fill="EAF3EF"/>
            <w:tcMar>
              <w:top w:w="80" w:type="dxa"/>
              <w:left w:w="90" w:type="dxa"/>
              <w:bottom w:w="80" w:type="dxa"/>
              <w:right w:w="90" w:type="dxa"/>
            </w:tcMar>
          </w:tcPr>
          <w:p w14:paraId="0026578B" w14:textId="77777777" w:rsidR="00731B5D" w:rsidRPr="00AF13A6" w:rsidRDefault="00731B5D" w:rsidP="00731B5D">
            <w:pPr>
              <w:rPr>
                <w:szCs w:val="24"/>
              </w:rPr>
            </w:pPr>
            <w:r w:rsidRPr="00AF13A6">
              <w:rPr>
                <w:b/>
                <w:color w:val="015A41"/>
                <w:szCs w:val="24"/>
              </w:rPr>
              <w:t>Administrator / Executive Director</w:t>
            </w:r>
          </w:p>
        </w:tc>
        <w:tc>
          <w:tcPr>
            <w:tcW w:w="5833" w:type="dxa"/>
            <w:shd w:val="clear" w:color="auto" w:fill="FFFFFF"/>
            <w:tcMar>
              <w:top w:w="80" w:type="dxa"/>
              <w:left w:w="90" w:type="dxa"/>
              <w:bottom w:w="80" w:type="dxa"/>
              <w:right w:w="90" w:type="dxa"/>
            </w:tcMar>
          </w:tcPr>
          <w:p w14:paraId="59F9194E" w14:textId="77777777" w:rsidR="00731B5D" w:rsidRPr="00AF13A6" w:rsidRDefault="00731B5D" w:rsidP="00731B5D">
            <w:pPr>
              <w:rPr>
                <w:szCs w:val="24"/>
              </w:rPr>
            </w:pPr>
            <w:r w:rsidRPr="00AF13A6">
              <w:rPr>
                <w:i/>
                <w:color w:val="66706B"/>
                <w:szCs w:val="24"/>
              </w:rPr>
              <w:t>&lt;Insert name / 24-7 contact&gt;</w:t>
            </w:r>
          </w:p>
        </w:tc>
      </w:tr>
      <w:tr w:rsidR="00731B5D" w:rsidRPr="00AF13A6" w14:paraId="632EEF63" w14:textId="77777777" w:rsidTr="00CA6F80">
        <w:trPr>
          <w:cantSplit/>
          <w:jc w:val="center"/>
        </w:trPr>
        <w:tc>
          <w:tcPr>
            <w:tcW w:w="5141" w:type="dxa"/>
            <w:shd w:val="clear" w:color="auto" w:fill="F7FAF8"/>
            <w:tcMar>
              <w:top w:w="80" w:type="dxa"/>
              <w:left w:w="90" w:type="dxa"/>
              <w:bottom w:w="80" w:type="dxa"/>
              <w:right w:w="90" w:type="dxa"/>
            </w:tcMar>
          </w:tcPr>
          <w:p w14:paraId="4C8E89DE" w14:textId="77777777" w:rsidR="00731B5D" w:rsidRPr="00AF13A6" w:rsidRDefault="00731B5D" w:rsidP="00731B5D">
            <w:pPr>
              <w:rPr>
                <w:szCs w:val="24"/>
              </w:rPr>
            </w:pPr>
            <w:r w:rsidRPr="00AF13A6">
              <w:rPr>
                <w:b/>
                <w:color w:val="015A41"/>
                <w:szCs w:val="24"/>
              </w:rPr>
              <w:t>Director of Nursing / Clinical Lead</w:t>
            </w:r>
          </w:p>
        </w:tc>
        <w:tc>
          <w:tcPr>
            <w:tcW w:w="5833" w:type="dxa"/>
            <w:shd w:val="clear" w:color="auto" w:fill="FFFFFF"/>
            <w:tcMar>
              <w:top w:w="80" w:type="dxa"/>
              <w:left w:w="90" w:type="dxa"/>
              <w:bottom w:w="80" w:type="dxa"/>
              <w:right w:w="90" w:type="dxa"/>
            </w:tcMar>
          </w:tcPr>
          <w:p w14:paraId="134BEF7B" w14:textId="77777777" w:rsidR="00731B5D" w:rsidRPr="00AF13A6" w:rsidRDefault="00731B5D" w:rsidP="00731B5D">
            <w:pPr>
              <w:rPr>
                <w:szCs w:val="24"/>
              </w:rPr>
            </w:pPr>
            <w:r w:rsidRPr="00AF13A6">
              <w:rPr>
                <w:i/>
                <w:color w:val="66706B"/>
                <w:szCs w:val="24"/>
              </w:rPr>
              <w:t>&lt;Insert name / 24-7 contact&gt;</w:t>
            </w:r>
          </w:p>
        </w:tc>
      </w:tr>
      <w:tr w:rsidR="00731B5D" w:rsidRPr="00AF13A6" w14:paraId="7476EDC9" w14:textId="77777777" w:rsidTr="00CA6F80">
        <w:trPr>
          <w:cantSplit/>
          <w:jc w:val="center"/>
        </w:trPr>
        <w:tc>
          <w:tcPr>
            <w:tcW w:w="5141" w:type="dxa"/>
            <w:shd w:val="clear" w:color="auto" w:fill="EAF3EF"/>
            <w:tcMar>
              <w:top w:w="80" w:type="dxa"/>
              <w:left w:w="90" w:type="dxa"/>
              <w:bottom w:w="80" w:type="dxa"/>
              <w:right w:w="90" w:type="dxa"/>
            </w:tcMar>
          </w:tcPr>
          <w:p w14:paraId="1AA2A187" w14:textId="77777777" w:rsidR="00731B5D" w:rsidRPr="00AF13A6" w:rsidRDefault="00731B5D" w:rsidP="00731B5D">
            <w:pPr>
              <w:rPr>
                <w:szCs w:val="24"/>
              </w:rPr>
            </w:pPr>
            <w:r w:rsidRPr="00AF13A6">
              <w:rPr>
                <w:b/>
                <w:color w:val="015A41"/>
                <w:szCs w:val="24"/>
              </w:rPr>
              <w:t>Emergency Preparedness Coordinator</w:t>
            </w:r>
          </w:p>
        </w:tc>
        <w:tc>
          <w:tcPr>
            <w:tcW w:w="5833" w:type="dxa"/>
            <w:shd w:val="clear" w:color="auto" w:fill="FFFFFF"/>
            <w:tcMar>
              <w:top w:w="80" w:type="dxa"/>
              <w:left w:w="90" w:type="dxa"/>
              <w:bottom w:w="80" w:type="dxa"/>
              <w:right w:w="90" w:type="dxa"/>
            </w:tcMar>
          </w:tcPr>
          <w:p w14:paraId="6C1B757B" w14:textId="77777777" w:rsidR="00731B5D" w:rsidRPr="00AF13A6" w:rsidRDefault="00731B5D" w:rsidP="00731B5D">
            <w:pPr>
              <w:rPr>
                <w:szCs w:val="24"/>
              </w:rPr>
            </w:pPr>
            <w:r w:rsidRPr="00AF13A6">
              <w:rPr>
                <w:i/>
                <w:color w:val="66706B"/>
                <w:szCs w:val="24"/>
              </w:rPr>
              <w:t>&lt;Insert name / 24-7 contact&gt;</w:t>
            </w:r>
          </w:p>
        </w:tc>
      </w:tr>
      <w:tr w:rsidR="00731B5D" w:rsidRPr="00AF13A6" w14:paraId="75F2C71D" w14:textId="77777777" w:rsidTr="00CA6F80">
        <w:trPr>
          <w:cantSplit/>
          <w:jc w:val="center"/>
        </w:trPr>
        <w:tc>
          <w:tcPr>
            <w:tcW w:w="5141" w:type="dxa"/>
            <w:shd w:val="clear" w:color="auto" w:fill="F7FAF8"/>
            <w:tcMar>
              <w:top w:w="80" w:type="dxa"/>
              <w:left w:w="90" w:type="dxa"/>
              <w:bottom w:w="80" w:type="dxa"/>
              <w:right w:w="90" w:type="dxa"/>
            </w:tcMar>
          </w:tcPr>
          <w:p w14:paraId="118D2CD6" w14:textId="77777777" w:rsidR="00731B5D" w:rsidRPr="00AF13A6" w:rsidRDefault="00731B5D" w:rsidP="00731B5D">
            <w:pPr>
              <w:rPr>
                <w:szCs w:val="24"/>
              </w:rPr>
            </w:pPr>
            <w:r w:rsidRPr="00AF13A6">
              <w:rPr>
                <w:b/>
                <w:color w:val="015A41"/>
                <w:szCs w:val="24"/>
              </w:rPr>
              <w:t>Backup Emergency Preparedness Coordinator</w:t>
            </w:r>
          </w:p>
        </w:tc>
        <w:tc>
          <w:tcPr>
            <w:tcW w:w="5833" w:type="dxa"/>
            <w:shd w:val="clear" w:color="auto" w:fill="FFFFFF"/>
            <w:tcMar>
              <w:top w:w="80" w:type="dxa"/>
              <w:left w:w="90" w:type="dxa"/>
              <w:bottom w:w="80" w:type="dxa"/>
              <w:right w:w="90" w:type="dxa"/>
            </w:tcMar>
          </w:tcPr>
          <w:p w14:paraId="6FFDC81C" w14:textId="77777777" w:rsidR="00731B5D" w:rsidRPr="00AF13A6" w:rsidRDefault="00731B5D" w:rsidP="00731B5D">
            <w:pPr>
              <w:rPr>
                <w:szCs w:val="24"/>
              </w:rPr>
            </w:pPr>
            <w:r w:rsidRPr="00AF13A6">
              <w:rPr>
                <w:i/>
                <w:color w:val="66706B"/>
                <w:szCs w:val="24"/>
              </w:rPr>
              <w:t>&lt;Insert&gt;</w:t>
            </w:r>
          </w:p>
        </w:tc>
      </w:tr>
      <w:tr w:rsidR="00731B5D" w:rsidRPr="00AF13A6" w14:paraId="6899AF17" w14:textId="77777777" w:rsidTr="00CA6F80">
        <w:trPr>
          <w:cantSplit/>
          <w:jc w:val="center"/>
        </w:trPr>
        <w:tc>
          <w:tcPr>
            <w:tcW w:w="5141" w:type="dxa"/>
            <w:shd w:val="clear" w:color="auto" w:fill="EAF3EF"/>
            <w:tcMar>
              <w:top w:w="80" w:type="dxa"/>
              <w:left w:w="90" w:type="dxa"/>
              <w:bottom w:w="80" w:type="dxa"/>
              <w:right w:w="90" w:type="dxa"/>
            </w:tcMar>
          </w:tcPr>
          <w:p w14:paraId="7DCDA7EE" w14:textId="77777777" w:rsidR="00731B5D" w:rsidRPr="00AF13A6" w:rsidRDefault="00731B5D" w:rsidP="00731B5D">
            <w:pPr>
              <w:rPr>
                <w:szCs w:val="24"/>
              </w:rPr>
            </w:pPr>
            <w:r w:rsidRPr="00AF13A6">
              <w:rPr>
                <w:b/>
                <w:color w:val="015A41"/>
                <w:szCs w:val="24"/>
              </w:rPr>
              <w:t>Facilities / Life Safety Lead</w:t>
            </w:r>
          </w:p>
        </w:tc>
        <w:tc>
          <w:tcPr>
            <w:tcW w:w="5833" w:type="dxa"/>
            <w:shd w:val="clear" w:color="auto" w:fill="FFFFFF"/>
            <w:tcMar>
              <w:top w:w="80" w:type="dxa"/>
              <w:left w:w="90" w:type="dxa"/>
              <w:bottom w:w="80" w:type="dxa"/>
              <w:right w:w="90" w:type="dxa"/>
            </w:tcMar>
          </w:tcPr>
          <w:p w14:paraId="55B0542A" w14:textId="77777777" w:rsidR="00731B5D" w:rsidRPr="00AF13A6" w:rsidRDefault="00731B5D" w:rsidP="00731B5D">
            <w:pPr>
              <w:rPr>
                <w:szCs w:val="24"/>
              </w:rPr>
            </w:pPr>
            <w:r w:rsidRPr="00AF13A6">
              <w:rPr>
                <w:i/>
                <w:color w:val="66706B"/>
                <w:szCs w:val="24"/>
              </w:rPr>
              <w:t>&lt;Insert&gt;</w:t>
            </w:r>
          </w:p>
        </w:tc>
      </w:tr>
      <w:tr w:rsidR="00731B5D" w:rsidRPr="00AF13A6" w14:paraId="00BD2164" w14:textId="77777777" w:rsidTr="00CA6F80">
        <w:trPr>
          <w:cantSplit/>
          <w:jc w:val="center"/>
        </w:trPr>
        <w:tc>
          <w:tcPr>
            <w:tcW w:w="5141" w:type="dxa"/>
            <w:shd w:val="clear" w:color="auto" w:fill="F7FAF8"/>
            <w:tcMar>
              <w:top w:w="80" w:type="dxa"/>
              <w:left w:w="90" w:type="dxa"/>
              <w:bottom w:w="80" w:type="dxa"/>
              <w:right w:w="90" w:type="dxa"/>
            </w:tcMar>
          </w:tcPr>
          <w:p w14:paraId="6ADEEB68" w14:textId="77777777" w:rsidR="00731B5D" w:rsidRPr="00AF13A6" w:rsidRDefault="00731B5D" w:rsidP="00731B5D">
            <w:pPr>
              <w:rPr>
                <w:szCs w:val="24"/>
              </w:rPr>
            </w:pPr>
            <w:r w:rsidRPr="00AF13A6">
              <w:rPr>
                <w:b/>
                <w:color w:val="015A41"/>
                <w:szCs w:val="24"/>
              </w:rPr>
              <w:t>Licensed Bed Capacity</w:t>
            </w:r>
          </w:p>
        </w:tc>
        <w:tc>
          <w:tcPr>
            <w:tcW w:w="5833" w:type="dxa"/>
            <w:shd w:val="clear" w:color="auto" w:fill="FFFFFF"/>
            <w:tcMar>
              <w:top w:w="80" w:type="dxa"/>
              <w:left w:w="90" w:type="dxa"/>
              <w:bottom w:w="80" w:type="dxa"/>
              <w:right w:w="90" w:type="dxa"/>
            </w:tcMar>
          </w:tcPr>
          <w:p w14:paraId="04F9DDC2" w14:textId="77777777" w:rsidR="00731B5D" w:rsidRPr="00AF13A6" w:rsidRDefault="00731B5D" w:rsidP="00731B5D">
            <w:pPr>
              <w:rPr>
                <w:szCs w:val="24"/>
              </w:rPr>
            </w:pPr>
            <w:r w:rsidRPr="00AF13A6">
              <w:rPr>
                <w:i/>
                <w:color w:val="66706B"/>
                <w:szCs w:val="24"/>
              </w:rPr>
              <w:t>&lt;Insert&gt;</w:t>
            </w:r>
          </w:p>
        </w:tc>
      </w:tr>
      <w:tr w:rsidR="00731B5D" w:rsidRPr="00AF13A6" w14:paraId="7BFE43DB" w14:textId="77777777" w:rsidTr="00CA6F80">
        <w:trPr>
          <w:cantSplit/>
          <w:jc w:val="center"/>
        </w:trPr>
        <w:tc>
          <w:tcPr>
            <w:tcW w:w="5141" w:type="dxa"/>
            <w:shd w:val="clear" w:color="auto" w:fill="EAF3EF"/>
            <w:tcMar>
              <w:top w:w="80" w:type="dxa"/>
              <w:left w:w="90" w:type="dxa"/>
              <w:bottom w:w="80" w:type="dxa"/>
              <w:right w:w="90" w:type="dxa"/>
            </w:tcMar>
          </w:tcPr>
          <w:p w14:paraId="72B6987F" w14:textId="77777777" w:rsidR="00731B5D" w:rsidRPr="00AF13A6" w:rsidRDefault="00731B5D" w:rsidP="00731B5D">
            <w:pPr>
              <w:rPr>
                <w:szCs w:val="24"/>
              </w:rPr>
            </w:pPr>
            <w:r w:rsidRPr="00AF13A6">
              <w:rPr>
                <w:b/>
                <w:color w:val="015A41"/>
                <w:szCs w:val="24"/>
              </w:rPr>
              <w:lastRenderedPageBreak/>
              <w:t>Average Daily Census</w:t>
            </w:r>
          </w:p>
        </w:tc>
        <w:tc>
          <w:tcPr>
            <w:tcW w:w="5833" w:type="dxa"/>
            <w:shd w:val="clear" w:color="auto" w:fill="FFFFFF"/>
            <w:tcMar>
              <w:top w:w="80" w:type="dxa"/>
              <w:left w:w="90" w:type="dxa"/>
              <w:bottom w:w="80" w:type="dxa"/>
              <w:right w:w="90" w:type="dxa"/>
            </w:tcMar>
          </w:tcPr>
          <w:p w14:paraId="62052F8E" w14:textId="77777777" w:rsidR="00731B5D" w:rsidRPr="00AF13A6" w:rsidRDefault="00731B5D" w:rsidP="00731B5D">
            <w:pPr>
              <w:rPr>
                <w:szCs w:val="24"/>
              </w:rPr>
            </w:pPr>
            <w:r w:rsidRPr="00AF13A6">
              <w:rPr>
                <w:i/>
                <w:color w:val="66706B"/>
                <w:szCs w:val="24"/>
              </w:rPr>
              <w:t>&lt;Insert&gt;</w:t>
            </w:r>
          </w:p>
        </w:tc>
      </w:tr>
      <w:tr w:rsidR="00731B5D" w:rsidRPr="00AF13A6" w14:paraId="5458F37F" w14:textId="77777777" w:rsidTr="00CA6F80">
        <w:trPr>
          <w:cantSplit/>
          <w:jc w:val="center"/>
        </w:trPr>
        <w:tc>
          <w:tcPr>
            <w:tcW w:w="5141" w:type="dxa"/>
            <w:shd w:val="clear" w:color="auto" w:fill="F7FAF8"/>
            <w:tcMar>
              <w:top w:w="80" w:type="dxa"/>
              <w:left w:w="90" w:type="dxa"/>
              <w:bottom w:w="80" w:type="dxa"/>
              <w:right w:w="90" w:type="dxa"/>
            </w:tcMar>
          </w:tcPr>
          <w:p w14:paraId="647E30A0" w14:textId="77777777" w:rsidR="00731B5D" w:rsidRPr="00AF13A6" w:rsidRDefault="00731B5D" w:rsidP="00731B5D">
            <w:pPr>
              <w:rPr>
                <w:szCs w:val="24"/>
              </w:rPr>
            </w:pPr>
            <w:r w:rsidRPr="00AF13A6">
              <w:rPr>
                <w:b/>
                <w:color w:val="015A41"/>
                <w:szCs w:val="24"/>
              </w:rPr>
              <w:t>Specialty Units / Services</w:t>
            </w:r>
          </w:p>
        </w:tc>
        <w:tc>
          <w:tcPr>
            <w:tcW w:w="5833" w:type="dxa"/>
            <w:shd w:val="clear" w:color="auto" w:fill="FFFFFF"/>
            <w:tcMar>
              <w:top w:w="80" w:type="dxa"/>
              <w:left w:w="90" w:type="dxa"/>
              <w:bottom w:w="80" w:type="dxa"/>
              <w:right w:w="90" w:type="dxa"/>
            </w:tcMar>
          </w:tcPr>
          <w:p w14:paraId="581C64EE" w14:textId="77777777" w:rsidR="00731B5D" w:rsidRPr="00AF13A6" w:rsidRDefault="00731B5D" w:rsidP="00731B5D">
            <w:pPr>
              <w:rPr>
                <w:szCs w:val="24"/>
              </w:rPr>
            </w:pPr>
            <w:r w:rsidRPr="00AF13A6">
              <w:rPr>
                <w:i/>
                <w:color w:val="66706B"/>
                <w:szCs w:val="24"/>
              </w:rPr>
              <w:t>&lt;Insert&gt;</w:t>
            </w:r>
          </w:p>
        </w:tc>
      </w:tr>
      <w:tr w:rsidR="00731B5D" w:rsidRPr="00AF13A6" w14:paraId="759256B5" w14:textId="77777777" w:rsidTr="00CA6F80">
        <w:trPr>
          <w:cantSplit/>
          <w:jc w:val="center"/>
        </w:trPr>
        <w:tc>
          <w:tcPr>
            <w:tcW w:w="5141" w:type="dxa"/>
            <w:shd w:val="clear" w:color="auto" w:fill="EAF3EF"/>
            <w:tcMar>
              <w:top w:w="80" w:type="dxa"/>
              <w:left w:w="90" w:type="dxa"/>
              <w:bottom w:w="80" w:type="dxa"/>
              <w:right w:w="90" w:type="dxa"/>
            </w:tcMar>
          </w:tcPr>
          <w:p w14:paraId="738244B2" w14:textId="77777777" w:rsidR="00731B5D" w:rsidRPr="00AF13A6" w:rsidRDefault="00731B5D" w:rsidP="00731B5D">
            <w:pPr>
              <w:rPr>
                <w:szCs w:val="24"/>
              </w:rPr>
            </w:pPr>
            <w:r w:rsidRPr="00AF13A6">
              <w:rPr>
                <w:b/>
                <w:color w:val="015A41"/>
                <w:szCs w:val="24"/>
              </w:rPr>
              <w:t>Additional Campuses / Buildings</w:t>
            </w:r>
          </w:p>
        </w:tc>
        <w:tc>
          <w:tcPr>
            <w:tcW w:w="5833" w:type="dxa"/>
            <w:shd w:val="clear" w:color="auto" w:fill="FFFFFF"/>
            <w:tcMar>
              <w:top w:w="80" w:type="dxa"/>
              <w:left w:w="90" w:type="dxa"/>
              <w:bottom w:w="80" w:type="dxa"/>
              <w:right w:w="90" w:type="dxa"/>
            </w:tcMar>
          </w:tcPr>
          <w:p w14:paraId="679260A4" w14:textId="77777777" w:rsidR="00731B5D" w:rsidRPr="00AF13A6" w:rsidRDefault="00731B5D" w:rsidP="00731B5D">
            <w:pPr>
              <w:rPr>
                <w:szCs w:val="24"/>
              </w:rPr>
            </w:pPr>
            <w:r w:rsidRPr="00AF13A6">
              <w:rPr>
                <w:i/>
                <w:color w:val="66706B"/>
                <w:szCs w:val="24"/>
              </w:rPr>
              <w:t>&lt;Insert or N/A&gt;</w:t>
            </w:r>
          </w:p>
        </w:tc>
      </w:tr>
      <w:tr w:rsidR="00731B5D" w:rsidRPr="00AF13A6" w14:paraId="5AB1EF93" w14:textId="77777777" w:rsidTr="00CA6F80">
        <w:trPr>
          <w:cantSplit/>
          <w:jc w:val="center"/>
        </w:trPr>
        <w:tc>
          <w:tcPr>
            <w:tcW w:w="5141" w:type="dxa"/>
            <w:shd w:val="clear" w:color="auto" w:fill="F7FAF8"/>
            <w:tcMar>
              <w:top w:w="80" w:type="dxa"/>
              <w:left w:w="90" w:type="dxa"/>
              <w:bottom w:w="80" w:type="dxa"/>
              <w:right w:w="90" w:type="dxa"/>
            </w:tcMar>
          </w:tcPr>
          <w:p w14:paraId="0A154383" w14:textId="77777777" w:rsidR="00731B5D" w:rsidRPr="00AF13A6" w:rsidRDefault="00731B5D" w:rsidP="00731B5D">
            <w:pPr>
              <w:rPr>
                <w:szCs w:val="24"/>
              </w:rPr>
            </w:pPr>
            <w:r w:rsidRPr="00AF13A6">
              <w:rPr>
                <w:b/>
                <w:color w:val="015A41"/>
                <w:szCs w:val="24"/>
              </w:rPr>
              <w:t>Accreditation</w:t>
            </w:r>
          </w:p>
        </w:tc>
        <w:tc>
          <w:tcPr>
            <w:tcW w:w="5833" w:type="dxa"/>
            <w:shd w:val="clear" w:color="auto" w:fill="FFFFFF"/>
            <w:tcMar>
              <w:top w:w="80" w:type="dxa"/>
              <w:left w:w="90" w:type="dxa"/>
              <w:bottom w:w="80" w:type="dxa"/>
              <w:right w:w="90" w:type="dxa"/>
            </w:tcMar>
          </w:tcPr>
          <w:p w14:paraId="6CCB9F7A" w14:textId="77777777" w:rsidR="00731B5D" w:rsidRPr="00AF13A6" w:rsidRDefault="00731B5D" w:rsidP="00731B5D">
            <w:pPr>
              <w:rPr>
                <w:szCs w:val="24"/>
              </w:rPr>
            </w:pPr>
            <w:r w:rsidRPr="00AF13A6">
              <w:rPr>
                <w:i/>
                <w:color w:val="66706B"/>
                <w:szCs w:val="24"/>
              </w:rPr>
              <w:t>&lt;Insert or N/A&gt;</w:t>
            </w:r>
          </w:p>
        </w:tc>
      </w:tr>
    </w:tbl>
    <w:p w14:paraId="7740B5BD" w14:textId="77777777" w:rsidR="00686453" w:rsidRDefault="00686453">
      <w:pPr>
        <w:spacing w:after="0"/>
      </w:pPr>
    </w:p>
    <w:p w14:paraId="0888FD9D" w14:textId="77777777" w:rsidR="00686453" w:rsidRDefault="00D95FB4">
      <w:r>
        <w:br w:type="page"/>
      </w:r>
    </w:p>
    <w:p w14:paraId="0A761D85" w14:textId="77777777" w:rsidR="00686453" w:rsidRDefault="00D95FB4">
      <w:pPr>
        <w:pStyle w:val="Heading1"/>
        <w:pBdr>
          <w:bottom w:val="single" w:sz="14" w:space="5" w:color="E63B07"/>
        </w:pBdr>
        <w:spacing w:before="140" w:after="140"/>
      </w:pPr>
      <w:r>
        <w:rPr>
          <w:rFonts w:ascii="Arial" w:eastAsia="Arial" w:hAnsi="Arial"/>
        </w:rPr>
        <w:lastRenderedPageBreak/>
        <w:t>RESIDENTS IN CARE &amp; ACCESS / FUNCTIONAL NEEDS</w:t>
      </w:r>
    </w:p>
    <w:p w14:paraId="7057349B" w14:textId="77777777" w:rsidR="00686453" w:rsidRDefault="00D95FB4">
      <w:pPr>
        <w:spacing w:after="100" w:line="250" w:lineRule="auto"/>
      </w:pPr>
      <w:r>
        <w:rPr>
          <w:i/>
          <w:color w:val="66706B"/>
          <w:sz w:val="18"/>
        </w:rPr>
        <w:t>Use current facility data. Add categories that reflect the resident population and the facility-based risk assessment.</w:t>
      </w:r>
    </w:p>
    <w:tbl>
      <w:tblPr>
        <w:tblW w:w="10974"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484"/>
        <w:gridCol w:w="5490"/>
      </w:tblGrid>
      <w:tr w:rsidR="00686453" w:rsidRPr="00AF13A6" w14:paraId="1AB09400" w14:textId="77777777" w:rsidTr="008A3E03">
        <w:trPr>
          <w:tblHeader/>
          <w:jc w:val="center"/>
        </w:trPr>
        <w:tc>
          <w:tcPr>
            <w:tcW w:w="5484" w:type="dxa"/>
            <w:shd w:val="clear" w:color="auto" w:fill="015A41"/>
            <w:tcMar>
              <w:top w:w="80" w:type="dxa"/>
              <w:left w:w="90" w:type="dxa"/>
              <w:bottom w:w="80" w:type="dxa"/>
              <w:right w:w="90" w:type="dxa"/>
            </w:tcMar>
          </w:tcPr>
          <w:p w14:paraId="5C8A0E7A" w14:textId="77777777" w:rsidR="00686453" w:rsidRPr="00AF13A6" w:rsidRDefault="00D95FB4">
            <w:pPr>
              <w:rPr>
                <w:szCs w:val="24"/>
              </w:rPr>
            </w:pPr>
            <w:r w:rsidRPr="00AF13A6">
              <w:rPr>
                <w:b/>
                <w:color w:val="FFFFFF"/>
                <w:szCs w:val="24"/>
              </w:rPr>
              <w:t>Resident Need / Dependency</w:t>
            </w:r>
          </w:p>
        </w:tc>
        <w:tc>
          <w:tcPr>
            <w:tcW w:w="5490" w:type="dxa"/>
            <w:shd w:val="clear" w:color="auto" w:fill="015A41"/>
            <w:tcMar>
              <w:top w:w="80" w:type="dxa"/>
              <w:left w:w="90" w:type="dxa"/>
              <w:bottom w:w="80" w:type="dxa"/>
              <w:right w:w="90" w:type="dxa"/>
            </w:tcMar>
          </w:tcPr>
          <w:p w14:paraId="375A3503" w14:textId="77777777" w:rsidR="00686453" w:rsidRPr="00AF13A6" w:rsidRDefault="00D95FB4">
            <w:pPr>
              <w:rPr>
                <w:szCs w:val="24"/>
              </w:rPr>
            </w:pPr>
            <w:r w:rsidRPr="00AF13A6">
              <w:rPr>
                <w:b/>
                <w:color w:val="FFFFFF"/>
                <w:szCs w:val="24"/>
              </w:rPr>
              <w:t>Facility Profile</w:t>
            </w:r>
          </w:p>
        </w:tc>
      </w:tr>
      <w:tr w:rsidR="00686453" w:rsidRPr="00AF13A6" w14:paraId="78D151AC" w14:textId="77777777" w:rsidTr="008A3E03">
        <w:trPr>
          <w:cantSplit/>
          <w:jc w:val="center"/>
        </w:trPr>
        <w:tc>
          <w:tcPr>
            <w:tcW w:w="5484" w:type="dxa"/>
            <w:shd w:val="clear" w:color="auto" w:fill="EAF3EF"/>
            <w:tcMar>
              <w:top w:w="80" w:type="dxa"/>
              <w:left w:w="90" w:type="dxa"/>
              <w:bottom w:w="80" w:type="dxa"/>
              <w:right w:w="90" w:type="dxa"/>
            </w:tcMar>
          </w:tcPr>
          <w:p w14:paraId="032A8AA9" w14:textId="77777777" w:rsidR="00686453" w:rsidRPr="00AF13A6" w:rsidRDefault="00D95FB4">
            <w:pPr>
              <w:rPr>
                <w:szCs w:val="24"/>
              </w:rPr>
            </w:pPr>
            <w:r w:rsidRPr="00AF13A6">
              <w:rPr>
                <w:b/>
                <w:color w:val="015A41"/>
                <w:szCs w:val="24"/>
              </w:rPr>
              <w:t>Cognitive impairment / dementia</w:t>
            </w:r>
          </w:p>
        </w:tc>
        <w:tc>
          <w:tcPr>
            <w:tcW w:w="5490" w:type="dxa"/>
            <w:shd w:val="clear" w:color="auto" w:fill="FFFFFF"/>
            <w:tcMar>
              <w:top w:w="80" w:type="dxa"/>
              <w:left w:w="90" w:type="dxa"/>
              <w:bottom w:w="80" w:type="dxa"/>
              <w:right w:w="90" w:type="dxa"/>
            </w:tcMar>
          </w:tcPr>
          <w:p w14:paraId="121633E3" w14:textId="77777777" w:rsidR="00686453" w:rsidRPr="00AF13A6" w:rsidRDefault="00D95FB4">
            <w:pPr>
              <w:rPr>
                <w:szCs w:val="24"/>
              </w:rPr>
            </w:pPr>
            <w:r w:rsidRPr="00AF13A6">
              <w:rPr>
                <w:i/>
                <w:color w:val="66706B"/>
                <w:szCs w:val="24"/>
              </w:rPr>
              <w:t>&lt;Average number / notes&gt;</w:t>
            </w:r>
          </w:p>
        </w:tc>
      </w:tr>
      <w:tr w:rsidR="00686453" w:rsidRPr="00AF13A6" w14:paraId="4F0CED4D" w14:textId="77777777" w:rsidTr="008A3E03">
        <w:trPr>
          <w:cantSplit/>
          <w:jc w:val="center"/>
        </w:trPr>
        <w:tc>
          <w:tcPr>
            <w:tcW w:w="5484" w:type="dxa"/>
            <w:shd w:val="clear" w:color="auto" w:fill="F7FAF8"/>
            <w:tcMar>
              <w:top w:w="80" w:type="dxa"/>
              <w:left w:w="90" w:type="dxa"/>
              <w:bottom w:w="80" w:type="dxa"/>
              <w:right w:w="90" w:type="dxa"/>
            </w:tcMar>
          </w:tcPr>
          <w:p w14:paraId="11372BE6" w14:textId="77777777" w:rsidR="00686453" w:rsidRPr="00AF13A6" w:rsidRDefault="00D95FB4">
            <w:pPr>
              <w:rPr>
                <w:szCs w:val="24"/>
              </w:rPr>
            </w:pPr>
            <w:r w:rsidRPr="00AF13A6">
              <w:rPr>
                <w:b/>
                <w:color w:val="015A41"/>
                <w:szCs w:val="24"/>
              </w:rPr>
              <w:t>Bedbound / total assist</w:t>
            </w:r>
          </w:p>
        </w:tc>
        <w:tc>
          <w:tcPr>
            <w:tcW w:w="5490" w:type="dxa"/>
            <w:shd w:val="clear" w:color="auto" w:fill="FFFFFF"/>
            <w:tcMar>
              <w:top w:w="80" w:type="dxa"/>
              <w:left w:w="90" w:type="dxa"/>
              <w:bottom w:w="80" w:type="dxa"/>
              <w:right w:w="90" w:type="dxa"/>
            </w:tcMar>
          </w:tcPr>
          <w:p w14:paraId="0C9BC623" w14:textId="77777777" w:rsidR="00686453" w:rsidRPr="00AF13A6" w:rsidRDefault="00D95FB4">
            <w:pPr>
              <w:rPr>
                <w:szCs w:val="24"/>
              </w:rPr>
            </w:pPr>
            <w:r w:rsidRPr="00AF13A6">
              <w:rPr>
                <w:i/>
                <w:color w:val="66706B"/>
                <w:szCs w:val="24"/>
              </w:rPr>
              <w:t>&lt;Insert&gt;</w:t>
            </w:r>
          </w:p>
        </w:tc>
      </w:tr>
      <w:tr w:rsidR="00686453" w:rsidRPr="00AF13A6" w14:paraId="4621B80B" w14:textId="77777777" w:rsidTr="008A3E03">
        <w:trPr>
          <w:cantSplit/>
          <w:jc w:val="center"/>
        </w:trPr>
        <w:tc>
          <w:tcPr>
            <w:tcW w:w="5484" w:type="dxa"/>
            <w:shd w:val="clear" w:color="auto" w:fill="EAF3EF"/>
            <w:tcMar>
              <w:top w:w="80" w:type="dxa"/>
              <w:left w:w="90" w:type="dxa"/>
              <w:bottom w:w="80" w:type="dxa"/>
              <w:right w:w="90" w:type="dxa"/>
            </w:tcMar>
          </w:tcPr>
          <w:p w14:paraId="3DF892D7" w14:textId="77777777" w:rsidR="00686453" w:rsidRPr="00AF13A6" w:rsidRDefault="00D95FB4">
            <w:pPr>
              <w:rPr>
                <w:szCs w:val="24"/>
              </w:rPr>
            </w:pPr>
            <w:r w:rsidRPr="00AF13A6">
              <w:rPr>
                <w:b/>
                <w:color w:val="015A41"/>
                <w:szCs w:val="24"/>
              </w:rPr>
              <w:t>Limited mobility / wheelchair / walker</w:t>
            </w:r>
          </w:p>
        </w:tc>
        <w:tc>
          <w:tcPr>
            <w:tcW w:w="5490" w:type="dxa"/>
            <w:shd w:val="clear" w:color="auto" w:fill="FFFFFF"/>
            <w:tcMar>
              <w:top w:w="80" w:type="dxa"/>
              <w:left w:w="90" w:type="dxa"/>
              <w:bottom w:w="80" w:type="dxa"/>
              <w:right w:w="90" w:type="dxa"/>
            </w:tcMar>
          </w:tcPr>
          <w:p w14:paraId="04262337" w14:textId="77777777" w:rsidR="00686453" w:rsidRPr="00AF13A6" w:rsidRDefault="00D95FB4">
            <w:pPr>
              <w:rPr>
                <w:szCs w:val="24"/>
              </w:rPr>
            </w:pPr>
            <w:r w:rsidRPr="00AF13A6">
              <w:rPr>
                <w:i/>
                <w:color w:val="66706B"/>
                <w:szCs w:val="24"/>
              </w:rPr>
              <w:t>&lt;Insert&gt;</w:t>
            </w:r>
          </w:p>
        </w:tc>
      </w:tr>
      <w:tr w:rsidR="00686453" w:rsidRPr="00AF13A6" w14:paraId="02E11811" w14:textId="77777777" w:rsidTr="008A3E03">
        <w:trPr>
          <w:cantSplit/>
          <w:jc w:val="center"/>
        </w:trPr>
        <w:tc>
          <w:tcPr>
            <w:tcW w:w="5484" w:type="dxa"/>
            <w:shd w:val="clear" w:color="auto" w:fill="F7FAF8"/>
            <w:tcMar>
              <w:top w:w="80" w:type="dxa"/>
              <w:left w:w="90" w:type="dxa"/>
              <w:bottom w:w="80" w:type="dxa"/>
              <w:right w:w="90" w:type="dxa"/>
            </w:tcMar>
          </w:tcPr>
          <w:p w14:paraId="169E4747" w14:textId="77777777" w:rsidR="00686453" w:rsidRPr="00AF13A6" w:rsidRDefault="00D95FB4">
            <w:pPr>
              <w:rPr>
                <w:szCs w:val="24"/>
              </w:rPr>
            </w:pPr>
            <w:r w:rsidRPr="00AF13A6">
              <w:rPr>
                <w:b/>
                <w:color w:val="015A41"/>
                <w:szCs w:val="24"/>
              </w:rPr>
              <w:t>Blind / low vision</w:t>
            </w:r>
          </w:p>
        </w:tc>
        <w:tc>
          <w:tcPr>
            <w:tcW w:w="5490" w:type="dxa"/>
            <w:shd w:val="clear" w:color="auto" w:fill="FFFFFF"/>
            <w:tcMar>
              <w:top w:w="80" w:type="dxa"/>
              <w:left w:w="90" w:type="dxa"/>
              <w:bottom w:w="80" w:type="dxa"/>
              <w:right w:w="90" w:type="dxa"/>
            </w:tcMar>
          </w:tcPr>
          <w:p w14:paraId="51213AFF" w14:textId="77777777" w:rsidR="00686453" w:rsidRPr="00AF13A6" w:rsidRDefault="00D95FB4">
            <w:pPr>
              <w:rPr>
                <w:szCs w:val="24"/>
              </w:rPr>
            </w:pPr>
            <w:r w:rsidRPr="00AF13A6">
              <w:rPr>
                <w:i/>
                <w:color w:val="66706B"/>
                <w:szCs w:val="24"/>
              </w:rPr>
              <w:t>&lt;Insert&gt;</w:t>
            </w:r>
          </w:p>
        </w:tc>
      </w:tr>
      <w:tr w:rsidR="00686453" w:rsidRPr="00AF13A6" w14:paraId="1FA0C2CE" w14:textId="77777777" w:rsidTr="008A3E03">
        <w:trPr>
          <w:cantSplit/>
          <w:jc w:val="center"/>
        </w:trPr>
        <w:tc>
          <w:tcPr>
            <w:tcW w:w="5484" w:type="dxa"/>
            <w:shd w:val="clear" w:color="auto" w:fill="EAF3EF"/>
            <w:tcMar>
              <w:top w:w="80" w:type="dxa"/>
              <w:left w:w="90" w:type="dxa"/>
              <w:bottom w:w="80" w:type="dxa"/>
              <w:right w:w="90" w:type="dxa"/>
            </w:tcMar>
          </w:tcPr>
          <w:p w14:paraId="1064E5F9" w14:textId="77777777" w:rsidR="00686453" w:rsidRPr="00AF13A6" w:rsidRDefault="00D95FB4">
            <w:pPr>
              <w:rPr>
                <w:szCs w:val="24"/>
              </w:rPr>
            </w:pPr>
            <w:r w:rsidRPr="00AF13A6">
              <w:rPr>
                <w:b/>
                <w:color w:val="015A41"/>
                <w:szCs w:val="24"/>
              </w:rPr>
              <w:t>Deaf / hearing impaired</w:t>
            </w:r>
          </w:p>
        </w:tc>
        <w:tc>
          <w:tcPr>
            <w:tcW w:w="5490" w:type="dxa"/>
            <w:shd w:val="clear" w:color="auto" w:fill="FFFFFF"/>
            <w:tcMar>
              <w:top w:w="80" w:type="dxa"/>
              <w:left w:w="90" w:type="dxa"/>
              <w:bottom w:w="80" w:type="dxa"/>
              <w:right w:w="90" w:type="dxa"/>
            </w:tcMar>
          </w:tcPr>
          <w:p w14:paraId="09D731DE" w14:textId="77777777" w:rsidR="00686453" w:rsidRPr="00AF13A6" w:rsidRDefault="00D95FB4">
            <w:pPr>
              <w:rPr>
                <w:szCs w:val="24"/>
              </w:rPr>
            </w:pPr>
            <w:r w:rsidRPr="00AF13A6">
              <w:rPr>
                <w:i/>
                <w:color w:val="66706B"/>
                <w:szCs w:val="24"/>
              </w:rPr>
              <w:t>&lt;Insert&gt;</w:t>
            </w:r>
          </w:p>
        </w:tc>
      </w:tr>
      <w:tr w:rsidR="00686453" w:rsidRPr="00AF13A6" w14:paraId="21745F17" w14:textId="77777777" w:rsidTr="008A3E03">
        <w:trPr>
          <w:cantSplit/>
          <w:jc w:val="center"/>
        </w:trPr>
        <w:tc>
          <w:tcPr>
            <w:tcW w:w="5484" w:type="dxa"/>
            <w:shd w:val="clear" w:color="auto" w:fill="F7FAF8"/>
            <w:tcMar>
              <w:top w:w="80" w:type="dxa"/>
              <w:left w:w="90" w:type="dxa"/>
              <w:bottom w:w="80" w:type="dxa"/>
              <w:right w:w="90" w:type="dxa"/>
            </w:tcMar>
          </w:tcPr>
          <w:p w14:paraId="755E124E" w14:textId="77777777" w:rsidR="00686453" w:rsidRPr="00AF13A6" w:rsidRDefault="00D95FB4">
            <w:pPr>
              <w:rPr>
                <w:szCs w:val="24"/>
              </w:rPr>
            </w:pPr>
            <w:r w:rsidRPr="00AF13A6">
              <w:rPr>
                <w:b/>
                <w:color w:val="015A41"/>
                <w:szCs w:val="24"/>
              </w:rPr>
              <w:t>Speech / communication impairment</w:t>
            </w:r>
          </w:p>
        </w:tc>
        <w:tc>
          <w:tcPr>
            <w:tcW w:w="5490" w:type="dxa"/>
            <w:shd w:val="clear" w:color="auto" w:fill="FFFFFF"/>
            <w:tcMar>
              <w:top w:w="80" w:type="dxa"/>
              <w:left w:w="90" w:type="dxa"/>
              <w:bottom w:w="80" w:type="dxa"/>
              <w:right w:w="90" w:type="dxa"/>
            </w:tcMar>
          </w:tcPr>
          <w:p w14:paraId="34F12064" w14:textId="77777777" w:rsidR="00686453" w:rsidRPr="00AF13A6" w:rsidRDefault="00D95FB4">
            <w:pPr>
              <w:rPr>
                <w:szCs w:val="24"/>
              </w:rPr>
            </w:pPr>
            <w:r w:rsidRPr="00AF13A6">
              <w:rPr>
                <w:i/>
                <w:color w:val="66706B"/>
                <w:szCs w:val="24"/>
              </w:rPr>
              <w:t>&lt;Insert&gt;</w:t>
            </w:r>
          </w:p>
        </w:tc>
      </w:tr>
      <w:tr w:rsidR="00686453" w:rsidRPr="00AF13A6" w14:paraId="6B65A3FC" w14:textId="77777777" w:rsidTr="008A3E03">
        <w:trPr>
          <w:cantSplit/>
          <w:jc w:val="center"/>
        </w:trPr>
        <w:tc>
          <w:tcPr>
            <w:tcW w:w="5484" w:type="dxa"/>
            <w:shd w:val="clear" w:color="auto" w:fill="EAF3EF"/>
            <w:tcMar>
              <w:top w:w="80" w:type="dxa"/>
              <w:left w:w="90" w:type="dxa"/>
              <w:bottom w:w="80" w:type="dxa"/>
              <w:right w:w="90" w:type="dxa"/>
            </w:tcMar>
          </w:tcPr>
          <w:p w14:paraId="0870C921" w14:textId="77777777" w:rsidR="00686453" w:rsidRPr="00AF13A6" w:rsidRDefault="00D95FB4">
            <w:pPr>
              <w:rPr>
                <w:szCs w:val="24"/>
              </w:rPr>
            </w:pPr>
            <w:r w:rsidRPr="00AF13A6">
              <w:rPr>
                <w:b/>
                <w:color w:val="015A41"/>
                <w:szCs w:val="24"/>
              </w:rPr>
              <w:t>Primary language other than English</w:t>
            </w:r>
          </w:p>
        </w:tc>
        <w:tc>
          <w:tcPr>
            <w:tcW w:w="5490" w:type="dxa"/>
            <w:shd w:val="clear" w:color="auto" w:fill="FFFFFF"/>
            <w:tcMar>
              <w:top w:w="80" w:type="dxa"/>
              <w:left w:w="90" w:type="dxa"/>
              <w:bottom w:w="80" w:type="dxa"/>
              <w:right w:w="90" w:type="dxa"/>
            </w:tcMar>
          </w:tcPr>
          <w:p w14:paraId="69E0AD4F" w14:textId="77777777" w:rsidR="00686453" w:rsidRPr="00AF13A6" w:rsidRDefault="00D95FB4">
            <w:pPr>
              <w:rPr>
                <w:szCs w:val="24"/>
              </w:rPr>
            </w:pPr>
            <w:r w:rsidRPr="00AF13A6">
              <w:rPr>
                <w:i/>
                <w:color w:val="66706B"/>
                <w:szCs w:val="24"/>
              </w:rPr>
              <w:t>&lt;Insert languages / interpreter needs&gt;</w:t>
            </w:r>
          </w:p>
        </w:tc>
      </w:tr>
      <w:tr w:rsidR="00686453" w:rsidRPr="00AF13A6" w14:paraId="239832BF" w14:textId="77777777" w:rsidTr="008A3E03">
        <w:trPr>
          <w:cantSplit/>
          <w:jc w:val="center"/>
        </w:trPr>
        <w:tc>
          <w:tcPr>
            <w:tcW w:w="5484" w:type="dxa"/>
            <w:shd w:val="clear" w:color="auto" w:fill="F7FAF8"/>
            <w:tcMar>
              <w:top w:w="80" w:type="dxa"/>
              <w:left w:w="90" w:type="dxa"/>
              <w:bottom w:w="80" w:type="dxa"/>
              <w:right w:w="90" w:type="dxa"/>
            </w:tcMar>
          </w:tcPr>
          <w:p w14:paraId="3550F727" w14:textId="77777777" w:rsidR="00686453" w:rsidRPr="00AF13A6" w:rsidRDefault="00D95FB4">
            <w:pPr>
              <w:rPr>
                <w:szCs w:val="24"/>
              </w:rPr>
            </w:pPr>
            <w:r w:rsidRPr="00AF13A6">
              <w:rPr>
                <w:b/>
                <w:color w:val="015A41"/>
                <w:szCs w:val="24"/>
              </w:rPr>
              <w:t>Behavioral health / supervision needs</w:t>
            </w:r>
          </w:p>
        </w:tc>
        <w:tc>
          <w:tcPr>
            <w:tcW w:w="5490" w:type="dxa"/>
            <w:shd w:val="clear" w:color="auto" w:fill="FFFFFF"/>
            <w:tcMar>
              <w:top w:w="80" w:type="dxa"/>
              <w:left w:w="90" w:type="dxa"/>
              <w:bottom w:w="80" w:type="dxa"/>
              <w:right w:w="90" w:type="dxa"/>
            </w:tcMar>
          </w:tcPr>
          <w:p w14:paraId="7E266FB3" w14:textId="77777777" w:rsidR="00686453" w:rsidRPr="00AF13A6" w:rsidRDefault="00D95FB4">
            <w:pPr>
              <w:rPr>
                <w:szCs w:val="24"/>
              </w:rPr>
            </w:pPr>
            <w:r w:rsidRPr="00AF13A6">
              <w:rPr>
                <w:i/>
                <w:color w:val="66706B"/>
                <w:szCs w:val="24"/>
              </w:rPr>
              <w:t>&lt;Insert&gt;</w:t>
            </w:r>
          </w:p>
        </w:tc>
      </w:tr>
      <w:tr w:rsidR="00686453" w:rsidRPr="00AF13A6" w14:paraId="2FFA3866" w14:textId="77777777" w:rsidTr="008A3E03">
        <w:trPr>
          <w:cantSplit/>
          <w:jc w:val="center"/>
        </w:trPr>
        <w:tc>
          <w:tcPr>
            <w:tcW w:w="5484" w:type="dxa"/>
            <w:shd w:val="clear" w:color="auto" w:fill="EAF3EF"/>
            <w:tcMar>
              <w:top w:w="80" w:type="dxa"/>
              <w:left w:w="90" w:type="dxa"/>
              <w:bottom w:w="80" w:type="dxa"/>
              <w:right w:w="90" w:type="dxa"/>
            </w:tcMar>
          </w:tcPr>
          <w:p w14:paraId="20DF81A9" w14:textId="77777777" w:rsidR="00686453" w:rsidRPr="00AF13A6" w:rsidRDefault="00D95FB4">
            <w:pPr>
              <w:rPr>
                <w:szCs w:val="24"/>
              </w:rPr>
            </w:pPr>
            <w:r w:rsidRPr="00AF13A6">
              <w:rPr>
                <w:b/>
                <w:color w:val="015A41"/>
                <w:szCs w:val="24"/>
              </w:rPr>
              <w:t>Elopement / missing-resident risk</w:t>
            </w:r>
          </w:p>
        </w:tc>
        <w:tc>
          <w:tcPr>
            <w:tcW w:w="5490" w:type="dxa"/>
            <w:shd w:val="clear" w:color="auto" w:fill="FFFFFF"/>
            <w:tcMar>
              <w:top w:w="80" w:type="dxa"/>
              <w:left w:w="90" w:type="dxa"/>
              <w:bottom w:w="80" w:type="dxa"/>
              <w:right w:w="90" w:type="dxa"/>
            </w:tcMar>
          </w:tcPr>
          <w:p w14:paraId="397DF3AE" w14:textId="77777777" w:rsidR="00686453" w:rsidRPr="00AF13A6" w:rsidRDefault="00D95FB4">
            <w:pPr>
              <w:rPr>
                <w:szCs w:val="24"/>
              </w:rPr>
            </w:pPr>
            <w:r w:rsidRPr="00AF13A6">
              <w:rPr>
                <w:i/>
                <w:color w:val="66706B"/>
                <w:szCs w:val="24"/>
              </w:rPr>
              <w:t>&lt;Insert&gt;</w:t>
            </w:r>
          </w:p>
        </w:tc>
      </w:tr>
      <w:tr w:rsidR="00686453" w:rsidRPr="00AF13A6" w14:paraId="00BB939E" w14:textId="77777777" w:rsidTr="008A3E03">
        <w:trPr>
          <w:cantSplit/>
          <w:jc w:val="center"/>
        </w:trPr>
        <w:tc>
          <w:tcPr>
            <w:tcW w:w="5484" w:type="dxa"/>
            <w:shd w:val="clear" w:color="auto" w:fill="F7FAF8"/>
            <w:tcMar>
              <w:top w:w="80" w:type="dxa"/>
              <w:left w:w="90" w:type="dxa"/>
              <w:bottom w:w="80" w:type="dxa"/>
              <w:right w:w="90" w:type="dxa"/>
            </w:tcMar>
          </w:tcPr>
          <w:p w14:paraId="2D5260E5" w14:textId="77777777" w:rsidR="00686453" w:rsidRPr="00AF13A6" w:rsidRDefault="00D95FB4">
            <w:pPr>
              <w:rPr>
                <w:szCs w:val="24"/>
              </w:rPr>
            </w:pPr>
            <w:r w:rsidRPr="00AF13A6">
              <w:rPr>
                <w:b/>
                <w:color w:val="015A41"/>
                <w:szCs w:val="24"/>
              </w:rPr>
              <w:t>Oxygen-dependent</w:t>
            </w:r>
          </w:p>
        </w:tc>
        <w:tc>
          <w:tcPr>
            <w:tcW w:w="5490" w:type="dxa"/>
            <w:shd w:val="clear" w:color="auto" w:fill="FFFFFF"/>
            <w:tcMar>
              <w:top w:w="80" w:type="dxa"/>
              <w:left w:w="90" w:type="dxa"/>
              <w:bottom w:w="80" w:type="dxa"/>
              <w:right w:w="90" w:type="dxa"/>
            </w:tcMar>
          </w:tcPr>
          <w:p w14:paraId="4C5C01BD" w14:textId="77777777" w:rsidR="00686453" w:rsidRPr="00AF13A6" w:rsidRDefault="00D95FB4">
            <w:pPr>
              <w:rPr>
                <w:szCs w:val="24"/>
              </w:rPr>
            </w:pPr>
            <w:r w:rsidRPr="00AF13A6">
              <w:rPr>
                <w:i/>
                <w:color w:val="66706B"/>
                <w:szCs w:val="24"/>
              </w:rPr>
              <w:t>&lt;Insert&gt;</w:t>
            </w:r>
          </w:p>
        </w:tc>
      </w:tr>
      <w:tr w:rsidR="00686453" w:rsidRPr="00AF13A6" w14:paraId="6F0141EF" w14:textId="77777777" w:rsidTr="008A3E03">
        <w:trPr>
          <w:cantSplit/>
          <w:jc w:val="center"/>
        </w:trPr>
        <w:tc>
          <w:tcPr>
            <w:tcW w:w="5484" w:type="dxa"/>
            <w:shd w:val="clear" w:color="auto" w:fill="EAF3EF"/>
            <w:tcMar>
              <w:top w:w="80" w:type="dxa"/>
              <w:left w:w="90" w:type="dxa"/>
              <w:bottom w:w="80" w:type="dxa"/>
              <w:right w:w="90" w:type="dxa"/>
            </w:tcMar>
          </w:tcPr>
          <w:p w14:paraId="371AD3B7" w14:textId="77777777" w:rsidR="00686453" w:rsidRPr="00AF13A6" w:rsidRDefault="00D95FB4">
            <w:pPr>
              <w:rPr>
                <w:szCs w:val="24"/>
              </w:rPr>
            </w:pPr>
            <w:r w:rsidRPr="00AF13A6">
              <w:rPr>
                <w:b/>
                <w:color w:val="015A41"/>
                <w:szCs w:val="24"/>
              </w:rPr>
              <w:t>Ventilator / life-support systems</w:t>
            </w:r>
          </w:p>
        </w:tc>
        <w:tc>
          <w:tcPr>
            <w:tcW w:w="5490" w:type="dxa"/>
            <w:shd w:val="clear" w:color="auto" w:fill="FFFFFF"/>
            <w:tcMar>
              <w:top w:w="80" w:type="dxa"/>
              <w:left w:w="90" w:type="dxa"/>
              <w:bottom w:w="80" w:type="dxa"/>
              <w:right w:w="90" w:type="dxa"/>
            </w:tcMar>
          </w:tcPr>
          <w:p w14:paraId="1B38D99E" w14:textId="77777777" w:rsidR="00686453" w:rsidRPr="00AF13A6" w:rsidRDefault="00D95FB4">
            <w:pPr>
              <w:rPr>
                <w:szCs w:val="24"/>
              </w:rPr>
            </w:pPr>
            <w:r w:rsidRPr="00AF13A6">
              <w:rPr>
                <w:i/>
                <w:color w:val="66706B"/>
                <w:szCs w:val="24"/>
              </w:rPr>
              <w:t>&lt;Insert&gt;</w:t>
            </w:r>
          </w:p>
        </w:tc>
      </w:tr>
      <w:tr w:rsidR="00686453" w:rsidRPr="00AF13A6" w14:paraId="6DEB997D" w14:textId="77777777" w:rsidTr="008A3E03">
        <w:trPr>
          <w:cantSplit/>
          <w:jc w:val="center"/>
        </w:trPr>
        <w:tc>
          <w:tcPr>
            <w:tcW w:w="5484" w:type="dxa"/>
            <w:shd w:val="clear" w:color="auto" w:fill="F7FAF8"/>
            <w:tcMar>
              <w:top w:w="80" w:type="dxa"/>
              <w:left w:w="90" w:type="dxa"/>
              <w:bottom w:w="80" w:type="dxa"/>
              <w:right w:w="90" w:type="dxa"/>
            </w:tcMar>
          </w:tcPr>
          <w:p w14:paraId="1E4B6F3A" w14:textId="77777777" w:rsidR="00686453" w:rsidRPr="00AF13A6" w:rsidRDefault="00D95FB4">
            <w:pPr>
              <w:rPr>
                <w:szCs w:val="24"/>
              </w:rPr>
            </w:pPr>
            <w:r w:rsidRPr="00AF13A6">
              <w:rPr>
                <w:b/>
                <w:color w:val="015A41"/>
                <w:szCs w:val="24"/>
              </w:rPr>
              <w:t>Dialysis</w:t>
            </w:r>
          </w:p>
        </w:tc>
        <w:tc>
          <w:tcPr>
            <w:tcW w:w="5490" w:type="dxa"/>
            <w:shd w:val="clear" w:color="auto" w:fill="FFFFFF"/>
            <w:tcMar>
              <w:top w:w="80" w:type="dxa"/>
              <w:left w:w="90" w:type="dxa"/>
              <w:bottom w:w="80" w:type="dxa"/>
              <w:right w:w="90" w:type="dxa"/>
            </w:tcMar>
          </w:tcPr>
          <w:p w14:paraId="4EF6D238" w14:textId="77777777" w:rsidR="00686453" w:rsidRPr="00AF13A6" w:rsidRDefault="00D95FB4">
            <w:pPr>
              <w:rPr>
                <w:szCs w:val="24"/>
              </w:rPr>
            </w:pPr>
            <w:r w:rsidRPr="00AF13A6">
              <w:rPr>
                <w:i/>
                <w:color w:val="66706B"/>
                <w:szCs w:val="24"/>
              </w:rPr>
              <w:t>&lt;Insert&gt;</w:t>
            </w:r>
          </w:p>
        </w:tc>
      </w:tr>
      <w:tr w:rsidR="00686453" w:rsidRPr="00AF13A6" w14:paraId="6AC7DB3A" w14:textId="77777777" w:rsidTr="008A3E03">
        <w:trPr>
          <w:cantSplit/>
          <w:jc w:val="center"/>
        </w:trPr>
        <w:tc>
          <w:tcPr>
            <w:tcW w:w="5484" w:type="dxa"/>
            <w:shd w:val="clear" w:color="auto" w:fill="EAF3EF"/>
            <w:tcMar>
              <w:top w:w="80" w:type="dxa"/>
              <w:left w:w="90" w:type="dxa"/>
              <w:bottom w:w="80" w:type="dxa"/>
              <w:right w:w="90" w:type="dxa"/>
            </w:tcMar>
          </w:tcPr>
          <w:p w14:paraId="026C46E0" w14:textId="77777777" w:rsidR="00686453" w:rsidRPr="00AF13A6" w:rsidRDefault="00D95FB4">
            <w:pPr>
              <w:rPr>
                <w:szCs w:val="24"/>
              </w:rPr>
            </w:pPr>
            <w:r w:rsidRPr="00AF13A6">
              <w:rPr>
                <w:b/>
                <w:color w:val="015A41"/>
                <w:szCs w:val="24"/>
              </w:rPr>
              <w:t>Insulin / medication dependence</w:t>
            </w:r>
          </w:p>
        </w:tc>
        <w:tc>
          <w:tcPr>
            <w:tcW w:w="5490" w:type="dxa"/>
            <w:shd w:val="clear" w:color="auto" w:fill="FFFFFF"/>
            <w:tcMar>
              <w:top w:w="80" w:type="dxa"/>
              <w:left w:w="90" w:type="dxa"/>
              <w:bottom w:w="80" w:type="dxa"/>
              <w:right w:w="90" w:type="dxa"/>
            </w:tcMar>
          </w:tcPr>
          <w:p w14:paraId="0EE7B999" w14:textId="77777777" w:rsidR="00686453" w:rsidRPr="00AF13A6" w:rsidRDefault="00D95FB4">
            <w:pPr>
              <w:rPr>
                <w:szCs w:val="24"/>
              </w:rPr>
            </w:pPr>
            <w:r w:rsidRPr="00AF13A6">
              <w:rPr>
                <w:i/>
                <w:color w:val="66706B"/>
                <w:szCs w:val="24"/>
              </w:rPr>
              <w:t>&lt;Insert&gt;</w:t>
            </w:r>
          </w:p>
        </w:tc>
      </w:tr>
      <w:tr w:rsidR="00686453" w:rsidRPr="00AF13A6" w14:paraId="4FB57C0F" w14:textId="77777777" w:rsidTr="008A3E03">
        <w:trPr>
          <w:cantSplit/>
          <w:jc w:val="center"/>
        </w:trPr>
        <w:tc>
          <w:tcPr>
            <w:tcW w:w="5484" w:type="dxa"/>
            <w:shd w:val="clear" w:color="auto" w:fill="F7FAF8"/>
            <w:tcMar>
              <w:top w:w="80" w:type="dxa"/>
              <w:left w:w="90" w:type="dxa"/>
              <w:bottom w:w="80" w:type="dxa"/>
              <w:right w:w="90" w:type="dxa"/>
            </w:tcMar>
          </w:tcPr>
          <w:p w14:paraId="10323D34" w14:textId="77777777" w:rsidR="00686453" w:rsidRPr="00AF13A6" w:rsidRDefault="00D95FB4">
            <w:pPr>
              <w:rPr>
                <w:szCs w:val="24"/>
              </w:rPr>
            </w:pPr>
            <w:r w:rsidRPr="00AF13A6">
              <w:rPr>
                <w:b/>
                <w:color w:val="015A41"/>
                <w:szCs w:val="24"/>
              </w:rPr>
              <w:t>Electricity-dependent equipment</w:t>
            </w:r>
          </w:p>
        </w:tc>
        <w:tc>
          <w:tcPr>
            <w:tcW w:w="5490" w:type="dxa"/>
            <w:shd w:val="clear" w:color="auto" w:fill="FFFFFF"/>
            <w:tcMar>
              <w:top w:w="80" w:type="dxa"/>
              <w:left w:w="90" w:type="dxa"/>
              <w:bottom w:w="80" w:type="dxa"/>
              <w:right w:w="90" w:type="dxa"/>
            </w:tcMar>
          </w:tcPr>
          <w:p w14:paraId="7262B48D" w14:textId="77777777" w:rsidR="00686453" w:rsidRPr="00AF13A6" w:rsidRDefault="00D95FB4">
            <w:pPr>
              <w:rPr>
                <w:szCs w:val="24"/>
              </w:rPr>
            </w:pPr>
            <w:r w:rsidRPr="00AF13A6">
              <w:rPr>
                <w:i/>
                <w:color w:val="66706B"/>
                <w:szCs w:val="24"/>
              </w:rPr>
              <w:t>&lt;Insert&gt;</w:t>
            </w:r>
          </w:p>
        </w:tc>
      </w:tr>
      <w:tr w:rsidR="00686453" w:rsidRPr="00AF13A6" w14:paraId="0A16A92B" w14:textId="77777777" w:rsidTr="008A3E03">
        <w:trPr>
          <w:cantSplit/>
          <w:jc w:val="center"/>
        </w:trPr>
        <w:tc>
          <w:tcPr>
            <w:tcW w:w="5484" w:type="dxa"/>
            <w:shd w:val="clear" w:color="auto" w:fill="EAF3EF"/>
            <w:tcMar>
              <w:top w:w="80" w:type="dxa"/>
              <w:left w:w="90" w:type="dxa"/>
              <w:bottom w:w="80" w:type="dxa"/>
              <w:right w:w="90" w:type="dxa"/>
            </w:tcMar>
          </w:tcPr>
          <w:p w14:paraId="00652897" w14:textId="77777777" w:rsidR="00686453" w:rsidRPr="00AF13A6" w:rsidRDefault="00D95FB4">
            <w:pPr>
              <w:rPr>
                <w:szCs w:val="24"/>
              </w:rPr>
            </w:pPr>
            <w:r w:rsidRPr="00AF13A6">
              <w:rPr>
                <w:b/>
                <w:color w:val="015A41"/>
                <w:szCs w:val="24"/>
              </w:rPr>
              <w:t>Bariatric needs</w:t>
            </w:r>
          </w:p>
        </w:tc>
        <w:tc>
          <w:tcPr>
            <w:tcW w:w="5490" w:type="dxa"/>
            <w:shd w:val="clear" w:color="auto" w:fill="FFFFFF"/>
            <w:tcMar>
              <w:top w:w="80" w:type="dxa"/>
              <w:left w:w="90" w:type="dxa"/>
              <w:bottom w:w="80" w:type="dxa"/>
              <w:right w:w="90" w:type="dxa"/>
            </w:tcMar>
          </w:tcPr>
          <w:p w14:paraId="43D2D3DD" w14:textId="77777777" w:rsidR="00686453" w:rsidRPr="00AF13A6" w:rsidRDefault="00D95FB4">
            <w:pPr>
              <w:rPr>
                <w:szCs w:val="24"/>
              </w:rPr>
            </w:pPr>
            <w:r w:rsidRPr="00AF13A6">
              <w:rPr>
                <w:i/>
                <w:color w:val="66706B"/>
                <w:szCs w:val="24"/>
              </w:rPr>
              <w:t>&lt;Insert&gt;</w:t>
            </w:r>
          </w:p>
        </w:tc>
      </w:tr>
      <w:tr w:rsidR="00686453" w:rsidRPr="00AF13A6" w14:paraId="4B10BD67" w14:textId="77777777" w:rsidTr="008A3E03">
        <w:trPr>
          <w:cantSplit/>
          <w:jc w:val="center"/>
        </w:trPr>
        <w:tc>
          <w:tcPr>
            <w:tcW w:w="5484" w:type="dxa"/>
            <w:shd w:val="clear" w:color="auto" w:fill="F7FAF8"/>
            <w:tcMar>
              <w:top w:w="80" w:type="dxa"/>
              <w:left w:w="90" w:type="dxa"/>
              <w:bottom w:w="80" w:type="dxa"/>
              <w:right w:w="90" w:type="dxa"/>
            </w:tcMar>
          </w:tcPr>
          <w:p w14:paraId="22649D5B" w14:textId="77777777" w:rsidR="00686453" w:rsidRPr="00AF13A6" w:rsidRDefault="00D95FB4">
            <w:pPr>
              <w:rPr>
                <w:szCs w:val="24"/>
              </w:rPr>
            </w:pPr>
            <w:r w:rsidRPr="00AF13A6">
              <w:rPr>
                <w:b/>
                <w:color w:val="015A41"/>
                <w:szCs w:val="24"/>
              </w:rPr>
              <w:t>Service animals / other access needs</w:t>
            </w:r>
          </w:p>
        </w:tc>
        <w:tc>
          <w:tcPr>
            <w:tcW w:w="5490" w:type="dxa"/>
            <w:shd w:val="clear" w:color="auto" w:fill="FFFFFF"/>
            <w:tcMar>
              <w:top w:w="80" w:type="dxa"/>
              <w:left w:w="90" w:type="dxa"/>
              <w:bottom w:w="80" w:type="dxa"/>
              <w:right w:w="90" w:type="dxa"/>
            </w:tcMar>
          </w:tcPr>
          <w:p w14:paraId="08F57185" w14:textId="77777777" w:rsidR="00686453" w:rsidRPr="00AF13A6" w:rsidRDefault="00D95FB4">
            <w:pPr>
              <w:rPr>
                <w:szCs w:val="24"/>
              </w:rPr>
            </w:pPr>
            <w:r w:rsidRPr="00AF13A6">
              <w:rPr>
                <w:i/>
                <w:color w:val="66706B"/>
                <w:szCs w:val="24"/>
              </w:rPr>
              <w:t>&lt;Insert&gt;</w:t>
            </w:r>
          </w:p>
        </w:tc>
      </w:tr>
      <w:tr w:rsidR="00686453" w:rsidRPr="00AF13A6" w14:paraId="6E81551A" w14:textId="77777777" w:rsidTr="008A3E03">
        <w:trPr>
          <w:cantSplit/>
          <w:jc w:val="center"/>
        </w:trPr>
        <w:tc>
          <w:tcPr>
            <w:tcW w:w="5484" w:type="dxa"/>
            <w:shd w:val="clear" w:color="auto" w:fill="EAF3EF"/>
            <w:tcMar>
              <w:top w:w="80" w:type="dxa"/>
              <w:left w:w="90" w:type="dxa"/>
              <w:bottom w:w="80" w:type="dxa"/>
              <w:right w:w="90" w:type="dxa"/>
            </w:tcMar>
          </w:tcPr>
          <w:p w14:paraId="5C3EFA33" w14:textId="77777777" w:rsidR="00686453" w:rsidRPr="00AF13A6" w:rsidRDefault="00D95FB4">
            <w:pPr>
              <w:rPr>
                <w:szCs w:val="24"/>
              </w:rPr>
            </w:pPr>
            <w:r w:rsidRPr="00AF13A6">
              <w:rPr>
                <w:b/>
                <w:color w:val="015A41"/>
                <w:szCs w:val="24"/>
              </w:rPr>
              <w:t xml:space="preserve">Other </w:t>
            </w:r>
            <w:proofErr w:type="gramStart"/>
            <w:r w:rsidRPr="00AF13A6">
              <w:rPr>
                <w:b/>
                <w:color w:val="015A41"/>
                <w:szCs w:val="24"/>
              </w:rPr>
              <w:t>high-acuity</w:t>
            </w:r>
            <w:proofErr w:type="gramEnd"/>
            <w:r w:rsidRPr="00AF13A6">
              <w:rPr>
                <w:b/>
                <w:color w:val="015A41"/>
                <w:szCs w:val="24"/>
              </w:rPr>
              <w:t xml:space="preserve"> / special needs</w:t>
            </w:r>
          </w:p>
        </w:tc>
        <w:tc>
          <w:tcPr>
            <w:tcW w:w="5490" w:type="dxa"/>
            <w:shd w:val="clear" w:color="auto" w:fill="FFFFFF"/>
            <w:tcMar>
              <w:top w:w="80" w:type="dxa"/>
              <w:left w:w="90" w:type="dxa"/>
              <w:bottom w:w="80" w:type="dxa"/>
              <w:right w:w="90" w:type="dxa"/>
            </w:tcMar>
          </w:tcPr>
          <w:p w14:paraId="771151F0" w14:textId="77777777" w:rsidR="00686453" w:rsidRPr="00AF13A6" w:rsidRDefault="00D95FB4">
            <w:pPr>
              <w:rPr>
                <w:szCs w:val="24"/>
              </w:rPr>
            </w:pPr>
            <w:r w:rsidRPr="00AF13A6">
              <w:rPr>
                <w:i/>
                <w:color w:val="66706B"/>
                <w:szCs w:val="24"/>
              </w:rPr>
              <w:t>&lt;Insert&gt;</w:t>
            </w:r>
          </w:p>
        </w:tc>
      </w:tr>
    </w:tbl>
    <w:p w14:paraId="72AABC74" w14:textId="77777777" w:rsidR="00686453" w:rsidRDefault="00686453">
      <w:pPr>
        <w:spacing w:after="0"/>
      </w:pPr>
    </w:p>
    <w:tbl>
      <w:tblPr>
        <w:tblW w:w="10344" w:type="dxa"/>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344"/>
      </w:tblGrid>
      <w:tr w:rsidR="00686453" w:rsidRPr="00AF13A6" w14:paraId="5107B206" w14:textId="77777777" w:rsidTr="00314CF3">
        <w:trPr>
          <w:jc w:val="center"/>
        </w:trPr>
        <w:tc>
          <w:tcPr>
            <w:tcW w:w="10344" w:type="dxa"/>
            <w:shd w:val="clear" w:color="auto" w:fill="EAF3EF"/>
            <w:tcMar>
              <w:top w:w="100" w:type="dxa"/>
              <w:left w:w="130" w:type="dxa"/>
              <w:bottom w:w="100" w:type="dxa"/>
              <w:right w:w="130" w:type="dxa"/>
            </w:tcMar>
          </w:tcPr>
          <w:p w14:paraId="1B0CB1A4" w14:textId="77777777" w:rsidR="00686453" w:rsidRPr="00AF13A6" w:rsidRDefault="00D95FB4">
            <w:pPr>
              <w:spacing w:after="0"/>
              <w:rPr>
                <w:sz w:val="20"/>
                <w:szCs w:val="20"/>
              </w:rPr>
            </w:pPr>
            <w:r w:rsidRPr="00AF13A6">
              <w:rPr>
                <w:b/>
                <w:color w:val="015A41"/>
                <w:sz w:val="20"/>
                <w:szCs w:val="20"/>
              </w:rPr>
              <w:lastRenderedPageBreak/>
              <w:t xml:space="preserve">CMS LTC </w:t>
            </w:r>
            <w:proofErr w:type="gramStart"/>
            <w:r w:rsidRPr="00AF13A6">
              <w:rPr>
                <w:b/>
                <w:color w:val="015A41"/>
                <w:sz w:val="20"/>
                <w:szCs w:val="20"/>
              </w:rPr>
              <w:t xml:space="preserve">REQUIREMENT  </w:t>
            </w:r>
            <w:r w:rsidRPr="00AF13A6">
              <w:rPr>
                <w:sz w:val="20"/>
                <w:szCs w:val="20"/>
              </w:rPr>
              <w:t>The</w:t>
            </w:r>
            <w:proofErr w:type="gramEnd"/>
            <w:r w:rsidRPr="00AF13A6">
              <w:rPr>
                <w:sz w:val="20"/>
                <w:szCs w:val="20"/>
              </w:rPr>
              <w:t xml:space="preserve"> emergency plan must address the resident population, including </w:t>
            </w:r>
            <w:proofErr w:type="gramStart"/>
            <w:r w:rsidRPr="00AF13A6">
              <w:rPr>
                <w:sz w:val="20"/>
                <w:szCs w:val="20"/>
              </w:rPr>
              <w:t>persons</w:t>
            </w:r>
            <w:proofErr w:type="gramEnd"/>
            <w:r w:rsidRPr="00AF13A6">
              <w:rPr>
                <w:sz w:val="20"/>
                <w:szCs w:val="20"/>
              </w:rPr>
              <w:t xml:space="preserve"> at risk, the types of services the facility can provide during an emergency, and continuity of operations. The LTC risk assessment must use an all-hazards approach and include missing residents. See 42 CFR §483.73(a).</w:t>
            </w:r>
          </w:p>
        </w:tc>
      </w:tr>
    </w:tbl>
    <w:p w14:paraId="2F457B07" w14:textId="77777777" w:rsidR="00686453" w:rsidRDefault="00686453">
      <w:pPr>
        <w:spacing w:after="0"/>
      </w:pPr>
    </w:p>
    <w:p w14:paraId="178D9622" w14:textId="77777777" w:rsidR="00686453" w:rsidRDefault="00D95FB4">
      <w:r>
        <w:br w:type="page"/>
      </w:r>
    </w:p>
    <w:p w14:paraId="2DC560FB" w14:textId="77777777" w:rsidR="00686453" w:rsidRDefault="00D95FB4">
      <w:pPr>
        <w:pStyle w:val="Heading1"/>
        <w:pBdr>
          <w:bottom w:val="single" w:sz="14" w:space="5" w:color="E63B07"/>
        </w:pBdr>
        <w:spacing w:before="140" w:after="140"/>
      </w:pPr>
      <w:r>
        <w:rPr>
          <w:rFonts w:ascii="Arial" w:eastAsia="Arial" w:hAnsi="Arial"/>
        </w:rPr>
        <w:lastRenderedPageBreak/>
        <w:t>FACILITY NETWORK &amp; KEY EMERGENCY CONTACTS</w:t>
      </w: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3096"/>
        <w:gridCol w:w="2570"/>
        <w:gridCol w:w="2570"/>
        <w:gridCol w:w="2570"/>
      </w:tblGrid>
      <w:tr w:rsidR="00686453" w:rsidRPr="00AF13A6" w14:paraId="04BFC05D" w14:textId="77777777">
        <w:trPr>
          <w:tblHeader/>
          <w:jc w:val="center"/>
        </w:trPr>
        <w:tc>
          <w:tcPr>
            <w:tcW w:w="3096" w:type="dxa"/>
            <w:shd w:val="clear" w:color="auto" w:fill="015A41"/>
            <w:tcMar>
              <w:top w:w="70" w:type="dxa"/>
              <w:left w:w="70" w:type="dxa"/>
              <w:bottom w:w="70" w:type="dxa"/>
              <w:right w:w="70" w:type="dxa"/>
            </w:tcMar>
          </w:tcPr>
          <w:p w14:paraId="082653BB" w14:textId="77777777" w:rsidR="00686453" w:rsidRPr="00AF13A6" w:rsidRDefault="00D95FB4">
            <w:pPr>
              <w:rPr>
                <w:szCs w:val="24"/>
              </w:rPr>
            </w:pPr>
            <w:r w:rsidRPr="00AF13A6">
              <w:rPr>
                <w:b/>
                <w:color w:val="FFFFFF"/>
                <w:szCs w:val="24"/>
              </w:rPr>
              <w:t>Agency / Partner</w:t>
            </w:r>
          </w:p>
        </w:tc>
        <w:tc>
          <w:tcPr>
            <w:tcW w:w="2376" w:type="dxa"/>
            <w:shd w:val="clear" w:color="auto" w:fill="015A41"/>
            <w:tcMar>
              <w:top w:w="70" w:type="dxa"/>
              <w:left w:w="70" w:type="dxa"/>
              <w:bottom w:w="70" w:type="dxa"/>
              <w:right w:w="70" w:type="dxa"/>
            </w:tcMar>
          </w:tcPr>
          <w:p w14:paraId="4166D88B" w14:textId="77777777" w:rsidR="00686453" w:rsidRPr="00AF13A6" w:rsidRDefault="00D95FB4">
            <w:pPr>
              <w:rPr>
                <w:szCs w:val="24"/>
              </w:rPr>
            </w:pPr>
            <w:r w:rsidRPr="00AF13A6">
              <w:rPr>
                <w:b/>
                <w:color w:val="FFFFFF"/>
                <w:szCs w:val="24"/>
              </w:rPr>
              <w:t>Contact</w:t>
            </w:r>
          </w:p>
        </w:tc>
        <w:tc>
          <w:tcPr>
            <w:tcW w:w="1872" w:type="dxa"/>
            <w:shd w:val="clear" w:color="auto" w:fill="015A41"/>
            <w:tcMar>
              <w:top w:w="70" w:type="dxa"/>
              <w:left w:w="70" w:type="dxa"/>
              <w:bottom w:w="70" w:type="dxa"/>
              <w:right w:w="70" w:type="dxa"/>
            </w:tcMar>
          </w:tcPr>
          <w:p w14:paraId="218E1B66" w14:textId="77777777" w:rsidR="00686453" w:rsidRPr="00AF13A6" w:rsidRDefault="00D95FB4">
            <w:pPr>
              <w:rPr>
                <w:szCs w:val="24"/>
              </w:rPr>
            </w:pPr>
            <w:r w:rsidRPr="00AF13A6">
              <w:rPr>
                <w:b/>
                <w:color w:val="FFFFFF"/>
                <w:szCs w:val="24"/>
              </w:rPr>
              <w:t>Phone</w:t>
            </w:r>
          </w:p>
        </w:tc>
        <w:tc>
          <w:tcPr>
            <w:tcW w:w="2520" w:type="dxa"/>
            <w:shd w:val="clear" w:color="auto" w:fill="015A41"/>
            <w:tcMar>
              <w:top w:w="70" w:type="dxa"/>
              <w:left w:w="70" w:type="dxa"/>
              <w:bottom w:w="70" w:type="dxa"/>
              <w:right w:w="70" w:type="dxa"/>
            </w:tcMar>
          </w:tcPr>
          <w:p w14:paraId="63BDD5CB" w14:textId="77777777" w:rsidR="00686453" w:rsidRPr="00AF13A6" w:rsidRDefault="00D95FB4">
            <w:pPr>
              <w:rPr>
                <w:szCs w:val="24"/>
              </w:rPr>
            </w:pPr>
            <w:r w:rsidRPr="00AF13A6">
              <w:rPr>
                <w:b/>
                <w:color w:val="FFFFFF"/>
                <w:szCs w:val="24"/>
              </w:rPr>
              <w:t>Email</w:t>
            </w:r>
          </w:p>
        </w:tc>
      </w:tr>
      <w:tr w:rsidR="00686453" w:rsidRPr="00AF13A6" w14:paraId="1A7D3DC4" w14:textId="77777777">
        <w:trPr>
          <w:cantSplit/>
          <w:jc w:val="center"/>
        </w:trPr>
        <w:tc>
          <w:tcPr>
            <w:tcW w:w="2570" w:type="dxa"/>
            <w:tcMar>
              <w:top w:w="70" w:type="dxa"/>
              <w:left w:w="70" w:type="dxa"/>
              <w:bottom w:w="70" w:type="dxa"/>
              <w:right w:w="70" w:type="dxa"/>
            </w:tcMar>
          </w:tcPr>
          <w:p w14:paraId="4B436DAD" w14:textId="77777777" w:rsidR="00686453" w:rsidRPr="00AF13A6" w:rsidRDefault="00D95FB4">
            <w:pPr>
              <w:rPr>
                <w:szCs w:val="24"/>
              </w:rPr>
            </w:pPr>
            <w:r w:rsidRPr="00AF13A6">
              <w:rPr>
                <w:b/>
                <w:color w:val="015A41"/>
                <w:szCs w:val="24"/>
              </w:rPr>
              <w:t>Local / County EMA</w:t>
            </w:r>
          </w:p>
        </w:tc>
        <w:tc>
          <w:tcPr>
            <w:tcW w:w="2570" w:type="dxa"/>
            <w:tcMar>
              <w:top w:w="70" w:type="dxa"/>
              <w:left w:w="70" w:type="dxa"/>
              <w:bottom w:w="70" w:type="dxa"/>
              <w:right w:w="70" w:type="dxa"/>
            </w:tcMar>
          </w:tcPr>
          <w:p w14:paraId="74D36108" w14:textId="77777777" w:rsidR="00686453" w:rsidRPr="00AF13A6" w:rsidRDefault="00D95FB4">
            <w:pPr>
              <w:rPr>
                <w:szCs w:val="24"/>
              </w:rPr>
            </w:pPr>
            <w:r w:rsidRPr="00AF13A6">
              <w:rPr>
                <w:szCs w:val="24"/>
              </w:rPr>
              <w:t>&lt;Contact&gt;</w:t>
            </w:r>
          </w:p>
        </w:tc>
        <w:tc>
          <w:tcPr>
            <w:tcW w:w="2570" w:type="dxa"/>
            <w:tcMar>
              <w:top w:w="70" w:type="dxa"/>
              <w:left w:w="70" w:type="dxa"/>
              <w:bottom w:w="70" w:type="dxa"/>
              <w:right w:w="70" w:type="dxa"/>
            </w:tcMar>
          </w:tcPr>
          <w:p w14:paraId="6C3E7247" w14:textId="77777777" w:rsidR="00686453" w:rsidRPr="00AF13A6" w:rsidRDefault="00D95FB4">
            <w:pPr>
              <w:rPr>
                <w:szCs w:val="24"/>
              </w:rPr>
            </w:pPr>
            <w:r w:rsidRPr="00AF13A6">
              <w:rPr>
                <w:szCs w:val="24"/>
              </w:rPr>
              <w:t>&lt;Phone / 24-7&gt;</w:t>
            </w:r>
          </w:p>
        </w:tc>
        <w:tc>
          <w:tcPr>
            <w:tcW w:w="2570" w:type="dxa"/>
            <w:tcMar>
              <w:top w:w="70" w:type="dxa"/>
              <w:left w:w="70" w:type="dxa"/>
              <w:bottom w:w="70" w:type="dxa"/>
              <w:right w:w="70" w:type="dxa"/>
            </w:tcMar>
          </w:tcPr>
          <w:p w14:paraId="32B31018" w14:textId="77777777" w:rsidR="00686453" w:rsidRPr="00AF13A6" w:rsidRDefault="00D95FB4">
            <w:pPr>
              <w:rPr>
                <w:szCs w:val="24"/>
              </w:rPr>
            </w:pPr>
            <w:r w:rsidRPr="00AF13A6">
              <w:rPr>
                <w:szCs w:val="24"/>
              </w:rPr>
              <w:t>&lt;Email&gt;</w:t>
            </w:r>
          </w:p>
        </w:tc>
      </w:tr>
      <w:tr w:rsidR="00686453" w:rsidRPr="00AF13A6" w14:paraId="52D4DD74" w14:textId="77777777">
        <w:trPr>
          <w:cantSplit/>
          <w:jc w:val="center"/>
        </w:trPr>
        <w:tc>
          <w:tcPr>
            <w:tcW w:w="2570" w:type="dxa"/>
            <w:tcMar>
              <w:top w:w="70" w:type="dxa"/>
              <w:left w:w="70" w:type="dxa"/>
              <w:bottom w:w="70" w:type="dxa"/>
              <w:right w:w="70" w:type="dxa"/>
            </w:tcMar>
          </w:tcPr>
          <w:p w14:paraId="51B741E6" w14:textId="77777777" w:rsidR="00686453" w:rsidRPr="00AF13A6" w:rsidRDefault="00D95FB4">
            <w:pPr>
              <w:rPr>
                <w:szCs w:val="24"/>
              </w:rPr>
            </w:pPr>
            <w:r w:rsidRPr="00AF13A6">
              <w:rPr>
                <w:b/>
                <w:color w:val="015A41"/>
                <w:szCs w:val="24"/>
              </w:rPr>
              <w:t>Fire / EMS</w:t>
            </w:r>
          </w:p>
        </w:tc>
        <w:tc>
          <w:tcPr>
            <w:tcW w:w="2570" w:type="dxa"/>
            <w:tcMar>
              <w:top w:w="70" w:type="dxa"/>
              <w:left w:w="70" w:type="dxa"/>
              <w:bottom w:w="70" w:type="dxa"/>
              <w:right w:w="70" w:type="dxa"/>
            </w:tcMar>
          </w:tcPr>
          <w:p w14:paraId="7E67E925" w14:textId="77777777" w:rsidR="00686453" w:rsidRPr="00AF13A6" w:rsidRDefault="00D95FB4">
            <w:pPr>
              <w:rPr>
                <w:szCs w:val="24"/>
              </w:rPr>
            </w:pPr>
            <w:r w:rsidRPr="00AF13A6">
              <w:rPr>
                <w:szCs w:val="24"/>
              </w:rPr>
              <w:t>&lt;Contact&gt;</w:t>
            </w:r>
          </w:p>
        </w:tc>
        <w:tc>
          <w:tcPr>
            <w:tcW w:w="2570" w:type="dxa"/>
            <w:tcMar>
              <w:top w:w="70" w:type="dxa"/>
              <w:left w:w="70" w:type="dxa"/>
              <w:bottom w:w="70" w:type="dxa"/>
              <w:right w:w="70" w:type="dxa"/>
            </w:tcMar>
          </w:tcPr>
          <w:p w14:paraId="7368336A" w14:textId="77777777" w:rsidR="00686453" w:rsidRPr="00AF13A6" w:rsidRDefault="00D95FB4">
            <w:pPr>
              <w:rPr>
                <w:szCs w:val="24"/>
              </w:rPr>
            </w:pPr>
            <w:r w:rsidRPr="00AF13A6">
              <w:rPr>
                <w:szCs w:val="24"/>
              </w:rPr>
              <w:t>&lt;Phone&gt;</w:t>
            </w:r>
          </w:p>
        </w:tc>
        <w:tc>
          <w:tcPr>
            <w:tcW w:w="2570" w:type="dxa"/>
            <w:tcMar>
              <w:top w:w="70" w:type="dxa"/>
              <w:left w:w="70" w:type="dxa"/>
              <w:bottom w:w="70" w:type="dxa"/>
              <w:right w:w="70" w:type="dxa"/>
            </w:tcMar>
          </w:tcPr>
          <w:p w14:paraId="7F8956D3" w14:textId="77777777" w:rsidR="00686453" w:rsidRPr="00AF13A6" w:rsidRDefault="00D95FB4">
            <w:pPr>
              <w:rPr>
                <w:szCs w:val="24"/>
              </w:rPr>
            </w:pPr>
            <w:r w:rsidRPr="00AF13A6">
              <w:rPr>
                <w:szCs w:val="24"/>
              </w:rPr>
              <w:t>&lt;Email&gt;</w:t>
            </w:r>
          </w:p>
        </w:tc>
      </w:tr>
      <w:tr w:rsidR="00686453" w:rsidRPr="00AF13A6" w14:paraId="604A2E5F" w14:textId="77777777">
        <w:trPr>
          <w:cantSplit/>
          <w:jc w:val="center"/>
        </w:trPr>
        <w:tc>
          <w:tcPr>
            <w:tcW w:w="2570" w:type="dxa"/>
            <w:tcMar>
              <w:top w:w="70" w:type="dxa"/>
              <w:left w:w="70" w:type="dxa"/>
              <w:bottom w:w="70" w:type="dxa"/>
              <w:right w:w="70" w:type="dxa"/>
            </w:tcMar>
          </w:tcPr>
          <w:p w14:paraId="4B408E45" w14:textId="77777777" w:rsidR="00686453" w:rsidRPr="00AF13A6" w:rsidRDefault="00D95FB4">
            <w:pPr>
              <w:rPr>
                <w:szCs w:val="24"/>
              </w:rPr>
            </w:pPr>
            <w:r w:rsidRPr="00AF13A6">
              <w:rPr>
                <w:b/>
                <w:color w:val="015A41"/>
                <w:szCs w:val="24"/>
              </w:rPr>
              <w:t>Law Enforcement</w:t>
            </w:r>
          </w:p>
        </w:tc>
        <w:tc>
          <w:tcPr>
            <w:tcW w:w="2570" w:type="dxa"/>
            <w:tcMar>
              <w:top w:w="70" w:type="dxa"/>
              <w:left w:w="70" w:type="dxa"/>
              <w:bottom w:w="70" w:type="dxa"/>
              <w:right w:w="70" w:type="dxa"/>
            </w:tcMar>
          </w:tcPr>
          <w:p w14:paraId="069ED2D3" w14:textId="77777777" w:rsidR="00686453" w:rsidRPr="00AF13A6" w:rsidRDefault="00D95FB4">
            <w:pPr>
              <w:rPr>
                <w:szCs w:val="24"/>
              </w:rPr>
            </w:pPr>
            <w:r w:rsidRPr="00AF13A6">
              <w:rPr>
                <w:szCs w:val="24"/>
              </w:rPr>
              <w:t>&lt;Contact&gt;</w:t>
            </w:r>
          </w:p>
        </w:tc>
        <w:tc>
          <w:tcPr>
            <w:tcW w:w="2570" w:type="dxa"/>
            <w:tcMar>
              <w:top w:w="70" w:type="dxa"/>
              <w:left w:w="70" w:type="dxa"/>
              <w:bottom w:w="70" w:type="dxa"/>
              <w:right w:w="70" w:type="dxa"/>
            </w:tcMar>
          </w:tcPr>
          <w:p w14:paraId="160A8F65" w14:textId="77777777" w:rsidR="00686453" w:rsidRPr="00AF13A6" w:rsidRDefault="00D95FB4">
            <w:pPr>
              <w:rPr>
                <w:szCs w:val="24"/>
              </w:rPr>
            </w:pPr>
            <w:r w:rsidRPr="00AF13A6">
              <w:rPr>
                <w:szCs w:val="24"/>
              </w:rPr>
              <w:t>&lt;Phone&gt;</w:t>
            </w:r>
          </w:p>
        </w:tc>
        <w:tc>
          <w:tcPr>
            <w:tcW w:w="2570" w:type="dxa"/>
            <w:tcMar>
              <w:top w:w="70" w:type="dxa"/>
              <w:left w:w="70" w:type="dxa"/>
              <w:bottom w:w="70" w:type="dxa"/>
              <w:right w:w="70" w:type="dxa"/>
            </w:tcMar>
          </w:tcPr>
          <w:p w14:paraId="2E2BC5A6" w14:textId="77777777" w:rsidR="00686453" w:rsidRPr="00AF13A6" w:rsidRDefault="00D95FB4">
            <w:pPr>
              <w:rPr>
                <w:szCs w:val="24"/>
              </w:rPr>
            </w:pPr>
            <w:r w:rsidRPr="00AF13A6">
              <w:rPr>
                <w:szCs w:val="24"/>
              </w:rPr>
              <w:t>&lt;Email&gt;</w:t>
            </w:r>
          </w:p>
        </w:tc>
      </w:tr>
      <w:tr w:rsidR="00686453" w:rsidRPr="00AF13A6" w14:paraId="70145642" w14:textId="77777777">
        <w:trPr>
          <w:cantSplit/>
          <w:jc w:val="center"/>
        </w:trPr>
        <w:tc>
          <w:tcPr>
            <w:tcW w:w="2570" w:type="dxa"/>
            <w:tcMar>
              <w:top w:w="70" w:type="dxa"/>
              <w:left w:w="70" w:type="dxa"/>
              <w:bottom w:w="70" w:type="dxa"/>
              <w:right w:w="70" w:type="dxa"/>
            </w:tcMar>
          </w:tcPr>
          <w:p w14:paraId="18E1CDC7" w14:textId="77777777" w:rsidR="00686453" w:rsidRPr="00AF13A6" w:rsidRDefault="00D95FB4">
            <w:pPr>
              <w:rPr>
                <w:szCs w:val="24"/>
              </w:rPr>
            </w:pPr>
            <w:r w:rsidRPr="00AF13A6">
              <w:rPr>
                <w:b/>
                <w:color w:val="015A41"/>
                <w:szCs w:val="24"/>
              </w:rPr>
              <w:t>Maine DHHS DLC - Nursing Facilities</w:t>
            </w:r>
          </w:p>
        </w:tc>
        <w:tc>
          <w:tcPr>
            <w:tcW w:w="2570" w:type="dxa"/>
            <w:tcMar>
              <w:top w:w="70" w:type="dxa"/>
              <w:left w:w="70" w:type="dxa"/>
              <w:bottom w:w="70" w:type="dxa"/>
              <w:right w:w="70" w:type="dxa"/>
            </w:tcMar>
          </w:tcPr>
          <w:p w14:paraId="29A007E9" w14:textId="77777777" w:rsidR="00686453" w:rsidRPr="00AF13A6" w:rsidRDefault="00D95FB4">
            <w:pPr>
              <w:rPr>
                <w:szCs w:val="24"/>
              </w:rPr>
            </w:pPr>
            <w:r w:rsidRPr="00AF13A6">
              <w:rPr>
                <w:szCs w:val="24"/>
              </w:rPr>
              <w:t>&lt;Contact / unit&gt;</w:t>
            </w:r>
          </w:p>
        </w:tc>
        <w:tc>
          <w:tcPr>
            <w:tcW w:w="2570" w:type="dxa"/>
            <w:tcMar>
              <w:top w:w="70" w:type="dxa"/>
              <w:left w:w="70" w:type="dxa"/>
              <w:bottom w:w="70" w:type="dxa"/>
              <w:right w:w="70" w:type="dxa"/>
            </w:tcMar>
          </w:tcPr>
          <w:p w14:paraId="7B5C4D75" w14:textId="77777777" w:rsidR="00686453" w:rsidRPr="00AF13A6" w:rsidRDefault="00D95FB4">
            <w:pPr>
              <w:rPr>
                <w:szCs w:val="24"/>
              </w:rPr>
            </w:pPr>
            <w:r w:rsidRPr="00AF13A6">
              <w:rPr>
                <w:szCs w:val="24"/>
              </w:rPr>
              <w:t>&lt;Phone&gt;</w:t>
            </w:r>
          </w:p>
        </w:tc>
        <w:tc>
          <w:tcPr>
            <w:tcW w:w="2570" w:type="dxa"/>
            <w:tcMar>
              <w:top w:w="70" w:type="dxa"/>
              <w:left w:w="70" w:type="dxa"/>
              <w:bottom w:w="70" w:type="dxa"/>
              <w:right w:w="70" w:type="dxa"/>
            </w:tcMar>
          </w:tcPr>
          <w:p w14:paraId="1F147D36" w14:textId="77777777" w:rsidR="00686453" w:rsidRPr="00AF13A6" w:rsidRDefault="00D95FB4">
            <w:pPr>
              <w:rPr>
                <w:szCs w:val="24"/>
              </w:rPr>
            </w:pPr>
            <w:r w:rsidRPr="00AF13A6">
              <w:rPr>
                <w:szCs w:val="24"/>
              </w:rPr>
              <w:t>&lt;Email&gt;</w:t>
            </w:r>
          </w:p>
        </w:tc>
      </w:tr>
      <w:tr w:rsidR="00686453" w:rsidRPr="00AF13A6" w14:paraId="73619CF7" w14:textId="77777777">
        <w:trPr>
          <w:cantSplit/>
          <w:jc w:val="center"/>
        </w:trPr>
        <w:tc>
          <w:tcPr>
            <w:tcW w:w="2570" w:type="dxa"/>
            <w:tcMar>
              <w:top w:w="70" w:type="dxa"/>
              <w:left w:w="70" w:type="dxa"/>
              <w:bottom w:w="70" w:type="dxa"/>
              <w:right w:w="70" w:type="dxa"/>
            </w:tcMar>
          </w:tcPr>
          <w:p w14:paraId="573E136B" w14:textId="77777777" w:rsidR="00686453" w:rsidRPr="00AF13A6" w:rsidRDefault="00D95FB4">
            <w:pPr>
              <w:rPr>
                <w:szCs w:val="24"/>
              </w:rPr>
            </w:pPr>
            <w:r w:rsidRPr="00AF13A6">
              <w:rPr>
                <w:b/>
                <w:color w:val="015A41"/>
                <w:szCs w:val="24"/>
              </w:rPr>
              <w:t>Maine CDC / Public Health</w:t>
            </w:r>
          </w:p>
        </w:tc>
        <w:tc>
          <w:tcPr>
            <w:tcW w:w="2570" w:type="dxa"/>
            <w:tcMar>
              <w:top w:w="70" w:type="dxa"/>
              <w:left w:w="70" w:type="dxa"/>
              <w:bottom w:w="70" w:type="dxa"/>
              <w:right w:w="70" w:type="dxa"/>
            </w:tcMar>
          </w:tcPr>
          <w:p w14:paraId="037BCA04" w14:textId="77777777" w:rsidR="00686453" w:rsidRPr="00AF13A6" w:rsidRDefault="00D95FB4">
            <w:pPr>
              <w:rPr>
                <w:szCs w:val="24"/>
              </w:rPr>
            </w:pPr>
            <w:r w:rsidRPr="00AF13A6">
              <w:rPr>
                <w:szCs w:val="24"/>
              </w:rPr>
              <w:t>&lt;Contact&gt;</w:t>
            </w:r>
          </w:p>
        </w:tc>
        <w:tc>
          <w:tcPr>
            <w:tcW w:w="2570" w:type="dxa"/>
            <w:tcMar>
              <w:top w:w="70" w:type="dxa"/>
              <w:left w:w="70" w:type="dxa"/>
              <w:bottom w:w="70" w:type="dxa"/>
              <w:right w:w="70" w:type="dxa"/>
            </w:tcMar>
          </w:tcPr>
          <w:p w14:paraId="3F019C46" w14:textId="77777777" w:rsidR="00686453" w:rsidRPr="00AF13A6" w:rsidRDefault="00D95FB4">
            <w:pPr>
              <w:rPr>
                <w:szCs w:val="24"/>
              </w:rPr>
            </w:pPr>
            <w:r w:rsidRPr="00AF13A6">
              <w:rPr>
                <w:szCs w:val="24"/>
              </w:rPr>
              <w:t>&lt;Phone&gt;</w:t>
            </w:r>
          </w:p>
        </w:tc>
        <w:tc>
          <w:tcPr>
            <w:tcW w:w="2570" w:type="dxa"/>
            <w:tcMar>
              <w:top w:w="70" w:type="dxa"/>
              <w:left w:w="70" w:type="dxa"/>
              <w:bottom w:w="70" w:type="dxa"/>
              <w:right w:w="70" w:type="dxa"/>
            </w:tcMar>
          </w:tcPr>
          <w:p w14:paraId="3BD4F256" w14:textId="77777777" w:rsidR="00686453" w:rsidRPr="00AF13A6" w:rsidRDefault="00D95FB4">
            <w:pPr>
              <w:rPr>
                <w:szCs w:val="24"/>
              </w:rPr>
            </w:pPr>
            <w:r w:rsidRPr="00AF13A6">
              <w:rPr>
                <w:szCs w:val="24"/>
              </w:rPr>
              <w:t>&lt;Email&gt;</w:t>
            </w:r>
          </w:p>
        </w:tc>
      </w:tr>
      <w:tr w:rsidR="00686453" w:rsidRPr="00AF13A6" w14:paraId="23916F73" w14:textId="77777777">
        <w:trPr>
          <w:cantSplit/>
          <w:jc w:val="center"/>
        </w:trPr>
        <w:tc>
          <w:tcPr>
            <w:tcW w:w="2570" w:type="dxa"/>
            <w:tcMar>
              <w:top w:w="70" w:type="dxa"/>
              <w:left w:w="70" w:type="dxa"/>
              <w:bottom w:w="70" w:type="dxa"/>
              <w:right w:w="70" w:type="dxa"/>
            </w:tcMar>
          </w:tcPr>
          <w:p w14:paraId="02CF93C4" w14:textId="77777777" w:rsidR="00686453" w:rsidRPr="00AF13A6" w:rsidRDefault="00D95FB4">
            <w:pPr>
              <w:rPr>
                <w:szCs w:val="24"/>
              </w:rPr>
            </w:pPr>
            <w:r w:rsidRPr="00AF13A6">
              <w:rPr>
                <w:b/>
                <w:color w:val="015A41"/>
                <w:szCs w:val="24"/>
              </w:rPr>
              <w:t>Maine Long-Term Care Ombudsman</w:t>
            </w:r>
          </w:p>
        </w:tc>
        <w:tc>
          <w:tcPr>
            <w:tcW w:w="2570" w:type="dxa"/>
            <w:tcMar>
              <w:top w:w="70" w:type="dxa"/>
              <w:left w:w="70" w:type="dxa"/>
              <w:bottom w:w="70" w:type="dxa"/>
              <w:right w:w="70" w:type="dxa"/>
            </w:tcMar>
          </w:tcPr>
          <w:p w14:paraId="70646632" w14:textId="77777777" w:rsidR="00686453" w:rsidRPr="00AF13A6" w:rsidRDefault="00D95FB4">
            <w:pPr>
              <w:rPr>
                <w:szCs w:val="24"/>
              </w:rPr>
            </w:pPr>
            <w:r w:rsidRPr="00AF13A6">
              <w:rPr>
                <w:szCs w:val="24"/>
              </w:rPr>
              <w:t>&lt;Contact&gt;</w:t>
            </w:r>
          </w:p>
        </w:tc>
        <w:tc>
          <w:tcPr>
            <w:tcW w:w="2570" w:type="dxa"/>
            <w:tcMar>
              <w:top w:w="70" w:type="dxa"/>
              <w:left w:w="70" w:type="dxa"/>
              <w:bottom w:w="70" w:type="dxa"/>
              <w:right w:w="70" w:type="dxa"/>
            </w:tcMar>
          </w:tcPr>
          <w:p w14:paraId="56B17B82" w14:textId="77777777" w:rsidR="00686453" w:rsidRPr="00AF13A6" w:rsidRDefault="00D95FB4">
            <w:pPr>
              <w:rPr>
                <w:szCs w:val="24"/>
              </w:rPr>
            </w:pPr>
            <w:r w:rsidRPr="00AF13A6">
              <w:rPr>
                <w:szCs w:val="24"/>
              </w:rPr>
              <w:t>&lt;Phone&gt;</w:t>
            </w:r>
          </w:p>
        </w:tc>
        <w:tc>
          <w:tcPr>
            <w:tcW w:w="2570" w:type="dxa"/>
            <w:tcMar>
              <w:top w:w="70" w:type="dxa"/>
              <w:left w:w="70" w:type="dxa"/>
              <w:bottom w:w="70" w:type="dxa"/>
              <w:right w:w="70" w:type="dxa"/>
            </w:tcMar>
          </w:tcPr>
          <w:p w14:paraId="71DC17FE" w14:textId="77777777" w:rsidR="00686453" w:rsidRPr="00AF13A6" w:rsidRDefault="00D95FB4">
            <w:pPr>
              <w:rPr>
                <w:szCs w:val="24"/>
              </w:rPr>
            </w:pPr>
            <w:r w:rsidRPr="00AF13A6">
              <w:rPr>
                <w:szCs w:val="24"/>
              </w:rPr>
              <w:t>&lt;Email&gt;</w:t>
            </w:r>
          </w:p>
        </w:tc>
      </w:tr>
      <w:tr w:rsidR="00686453" w:rsidRPr="00AF13A6" w14:paraId="1A01E6FE" w14:textId="77777777">
        <w:trPr>
          <w:cantSplit/>
          <w:jc w:val="center"/>
        </w:trPr>
        <w:tc>
          <w:tcPr>
            <w:tcW w:w="2570" w:type="dxa"/>
            <w:tcMar>
              <w:top w:w="70" w:type="dxa"/>
              <w:left w:w="70" w:type="dxa"/>
              <w:bottom w:w="70" w:type="dxa"/>
              <w:right w:w="70" w:type="dxa"/>
            </w:tcMar>
          </w:tcPr>
          <w:p w14:paraId="1D6D5224" w14:textId="77777777" w:rsidR="00686453" w:rsidRPr="00AF13A6" w:rsidRDefault="00D95FB4">
            <w:pPr>
              <w:rPr>
                <w:szCs w:val="24"/>
              </w:rPr>
            </w:pPr>
            <w:r w:rsidRPr="00AF13A6">
              <w:rPr>
                <w:b/>
                <w:color w:val="015A41"/>
                <w:szCs w:val="24"/>
              </w:rPr>
              <w:t>HCC-ME District Liaison (optional planning resource)</w:t>
            </w:r>
          </w:p>
        </w:tc>
        <w:tc>
          <w:tcPr>
            <w:tcW w:w="2570" w:type="dxa"/>
            <w:tcMar>
              <w:top w:w="70" w:type="dxa"/>
              <w:left w:w="70" w:type="dxa"/>
              <w:bottom w:w="70" w:type="dxa"/>
              <w:right w:w="70" w:type="dxa"/>
            </w:tcMar>
          </w:tcPr>
          <w:p w14:paraId="05F4EDDF" w14:textId="77777777" w:rsidR="00686453" w:rsidRPr="00AF13A6" w:rsidRDefault="00D95FB4">
            <w:pPr>
              <w:rPr>
                <w:szCs w:val="24"/>
              </w:rPr>
            </w:pPr>
            <w:r w:rsidRPr="00AF13A6">
              <w:rPr>
                <w:szCs w:val="24"/>
              </w:rPr>
              <w:t>&lt;Contact&gt;</w:t>
            </w:r>
          </w:p>
        </w:tc>
        <w:tc>
          <w:tcPr>
            <w:tcW w:w="2570" w:type="dxa"/>
            <w:tcMar>
              <w:top w:w="70" w:type="dxa"/>
              <w:left w:w="70" w:type="dxa"/>
              <w:bottom w:w="70" w:type="dxa"/>
              <w:right w:w="70" w:type="dxa"/>
            </w:tcMar>
          </w:tcPr>
          <w:p w14:paraId="20563FBB" w14:textId="77777777" w:rsidR="00686453" w:rsidRPr="00AF13A6" w:rsidRDefault="00D95FB4">
            <w:pPr>
              <w:rPr>
                <w:szCs w:val="24"/>
              </w:rPr>
            </w:pPr>
            <w:r w:rsidRPr="00AF13A6">
              <w:rPr>
                <w:szCs w:val="24"/>
              </w:rPr>
              <w:t>&lt;Phone&gt;</w:t>
            </w:r>
          </w:p>
        </w:tc>
        <w:tc>
          <w:tcPr>
            <w:tcW w:w="2570" w:type="dxa"/>
            <w:tcMar>
              <w:top w:w="70" w:type="dxa"/>
              <w:left w:w="70" w:type="dxa"/>
              <w:bottom w:w="70" w:type="dxa"/>
              <w:right w:w="70" w:type="dxa"/>
            </w:tcMar>
          </w:tcPr>
          <w:p w14:paraId="27D7B9DC" w14:textId="77777777" w:rsidR="00686453" w:rsidRPr="00AF13A6" w:rsidRDefault="00D95FB4">
            <w:pPr>
              <w:rPr>
                <w:szCs w:val="24"/>
              </w:rPr>
            </w:pPr>
            <w:r w:rsidRPr="00AF13A6">
              <w:rPr>
                <w:szCs w:val="24"/>
              </w:rPr>
              <w:t>&lt;Email&gt;</w:t>
            </w:r>
          </w:p>
        </w:tc>
      </w:tr>
      <w:tr w:rsidR="00686453" w:rsidRPr="00AF13A6" w14:paraId="205E9B34" w14:textId="77777777">
        <w:trPr>
          <w:cantSplit/>
          <w:jc w:val="center"/>
        </w:trPr>
        <w:tc>
          <w:tcPr>
            <w:tcW w:w="2570" w:type="dxa"/>
            <w:tcMar>
              <w:top w:w="70" w:type="dxa"/>
              <w:left w:w="70" w:type="dxa"/>
              <w:bottom w:w="70" w:type="dxa"/>
              <w:right w:w="70" w:type="dxa"/>
            </w:tcMar>
          </w:tcPr>
          <w:p w14:paraId="56076F58" w14:textId="77777777" w:rsidR="00686453" w:rsidRPr="00AF13A6" w:rsidRDefault="00D95FB4">
            <w:pPr>
              <w:rPr>
                <w:szCs w:val="24"/>
              </w:rPr>
            </w:pPr>
            <w:r w:rsidRPr="00AF13A6">
              <w:rPr>
                <w:b/>
                <w:color w:val="015A41"/>
                <w:szCs w:val="24"/>
              </w:rPr>
              <w:t>Primary receiving facility</w:t>
            </w:r>
          </w:p>
        </w:tc>
        <w:tc>
          <w:tcPr>
            <w:tcW w:w="2570" w:type="dxa"/>
            <w:tcMar>
              <w:top w:w="70" w:type="dxa"/>
              <w:left w:w="70" w:type="dxa"/>
              <w:bottom w:w="70" w:type="dxa"/>
              <w:right w:w="70" w:type="dxa"/>
            </w:tcMar>
          </w:tcPr>
          <w:p w14:paraId="76477156" w14:textId="77777777" w:rsidR="00686453" w:rsidRPr="00AF13A6" w:rsidRDefault="00D95FB4">
            <w:pPr>
              <w:rPr>
                <w:szCs w:val="24"/>
              </w:rPr>
            </w:pPr>
            <w:r w:rsidRPr="00AF13A6">
              <w:rPr>
                <w:szCs w:val="24"/>
              </w:rPr>
              <w:t>&lt;Contact&gt;</w:t>
            </w:r>
          </w:p>
        </w:tc>
        <w:tc>
          <w:tcPr>
            <w:tcW w:w="2570" w:type="dxa"/>
            <w:tcMar>
              <w:top w:w="70" w:type="dxa"/>
              <w:left w:w="70" w:type="dxa"/>
              <w:bottom w:w="70" w:type="dxa"/>
              <w:right w:w="70" w:type="dxa"/>
            </w:tcMar>
          </w:tcPr>
          <w:p w14:paraId="2DD3DF70" w14:textId="77777777" w:rsidR="00686453" w:rsidRPr="00AF13A6" w:rsidRDefault="00D95FB4">
            <w:pPr>
              <w:rPr>
                <w:szCs w:val="24"/>
              </w:rPr>
            </w:pPr>
            <w:r w:rsidRPr="00AF13A6">
              <w:rPr>
                <w:szCs w:val="24"/>
              </w:rPr>
              <w:t>&lt;Phone&gt;</w:t>
            </w:r>
          </w:p>
        </w:tc>
        <w:tc>
          <w:tcPr>
            <w:tcW w:w="2570" w:type="dxa"/>
            <w:tcMar>
              <w:top w:w="70" w:type="dxa"/>
              <w:left w:w="70" w:type="dxa"/>
              <w:bottom w:w="70" w:type="dxa"/>
              <w:right w:w="70" w:type="dxa"/>
            </w:tcMar>
          </w:tcPr>
          <w:p w14:paraId="342F9472" w14:textId="77777777" w:rsidR="00686453" w:rsidRPr="00AF13A6" w:rsidRDefault="00D95FB4">
            <w:pPr>
              <w:rPr>
                <w:szCs w:val="24"/>
              </w:rPr>
            </w:pPr>
            <w:r w:rsidRPr="00AF13A6">
              <w:rPr>
                <w:szCs w:val="24"/>
              </w:rPr>
              <w:t>&lt;Email&gt;</w:t>
            </w:r>
          </w:p>
        </w:tc>
      </w:tr>
      <w:tr w:rsidR="00686453" w:rsidRPr="00AF13A6" w14:paraId="6F9FBF36" w14:textId="77777777">
        <w:trPr>
          <w:cantSplit/>
          <w:jc w:val="center"/>
        </w:trPr>
        <w:tc>
          <w:tcPr>
            <w:tcW w:w="2570" w:type="dxa"/>
            <w:tcMar>
              <w:top w:w="70" w:type="dxa"/>
              <w:left w:w="70" w:type="dxa"/>
              <w:bottom w:w="70" w:type="dxa"/>
              <w:right w:w="70" w:type="dxa"/>
            </w:tcMar>
          </w:tcPr>
          <w:p w14:paraId="6874DFCC" w14:textId="77777777" w:rsidR="00686453" w:rsidRPr="00AF13A6" w:rsidRDefault="00D95FB4">
            <w:pPr>
              <w:rPr>
                <w:szCs w:val="24"/>
              </w:rPr>
            </w:pPr>
            <w:r w:rsidRPr="00AF13A6">
              <w:rPr>
                <w:b/>
                <w:color w:val="015A41"/>
                <w:szCs w:val="24"/>
              </w:rPr>
              <w:t>Primary transportation provider</w:t>
            </w:r>
          </w:p>
        </w:tc>
        <w:tc>
          <w:tcPr>
            <w:tcW w:w="2570" w:type="dxa"/>
            <w:tcMar>
              <w:top w:w="70" w:type="dxa"/>
              <w:left w:w="70" w:type="dxa"/>
              <w:bottom w:w="70" w:type="dxa"/>
              <w:right w:w="70" w:type="dxa"/>
            </w:tcMar>
          </w:tcPr>
          <w:p w14:paraId="66BA8101" w14:textId="77777777" w:rsidR="00686453" w:rsidRPr="00AF13A6" w:rsidRDefault="00D95FB4">
            <w:pPr>
              <w:rPr>
                <w:szCs w:val="24"/>
              </w:rPr>
            </w:pPr>
            <w:r w:rsidRPr="00AF13A6">
              <w:rPr>
                <w:szCs w:val="24"/>
              </w:rPr>
              <w:t>&lt;Contact&gt;</w:t>
            </w:r>
          </w:p>
        </w:tc>
        <w:tc>
          <w:tcPr>
            <w:tcW w:w="2570" w:type="dxa"/>
            <w:tcMar>
              <w:top w:w="70" w:type="dxa"/>
              <w:left w:w="70" w:type="dxa"/>
              <w:bottom w:w="70" w:type="dxa"/>
              <w:right w:w="70" w:type="dxa"/>
            </w:tcMar>
          </w:tcPr>
          <w:p w14:paraId="1BF3F2C9" w14:textId="77777777" w:rsidR="00686453" w:rsidRPr="00AF13A6" w:rsidRDefault="00D95FB4">
            <w:pPr>
              <w:rPr>
                <w:szCs w:val="24"/>
              </w:rPr>
            </w:pPr>
            <w:r w:rsidRPr="00AF13A6">
              <w:rPr>
                <w:szCs w:val="24"/>
              </w:rPr>
              <w:t>&lt;Phone&gt;</w:t>
            </w:r>
          </w:p>
        </w:tc>
        <w:tc>
          <w:tcPr>
            <w:tcW w:w="2570" w:type="dxa"/>
            <w:tcMar>
              <w:top w:w="70" w:type="dxa"/>
              <w:left w:w="70" w:type="dxa"/>
              <w:bottom w:w="70" w:type="dxa"/>
              <w:right w:w="70" w:type="dxa"/>
            </w:tcMar>
          </w:tcPr>
          <w:p w14:paraId="78B5C050" w14:textId="77777777" w:rsidR="00686453" w:rsidRPr="00AF13A6" w:rsidRDefault="00D95FB4">
            <w:pPr>
              <w:rPr>
                <w:szCs w:val="24"/>
              </w:rPr>
            </w:pPr>
            <w:r w:rsidRPr="00AF13A6">
              <w:rPr>
                <w:szCs w:val="24"/>
              </w:rPr>
              <w:t>&lt;Email&gt;</w:t>
            </w:r>
          </w:p>
        </w:tc>
      </w:tr>
      <w:tr w:rsidR="00686453" w:rsidRPr="00AF13A6" w14:paraId="4FC41019" w14:textId="77777777">
        <w:trPr>
          <w:cantSplit/>
          <w:jc w:val="center"/>
        </w:trPr>
        <w:tc>
          <w:tcPr>
            <w:tcW w:w="2570" w:type="dxa"/>
            <w:tcMar>
              <w:top w:w="70" w:type="dxa"/>
              <w:left w:w="70" w:type="dxa"/>
              <w:bottom w:w="70" w:type="dxa"/>
              <w:right w:w="70" w:type="dxa"/>
            </w:tcMar>
          </w:tcPr>
          <w:p w14:paraId="5E776816" w14:textId="77777777" w:rsidR="00686453" w:rsidRPr="00AF13A6" w:rsidRDefault="00D95FB4">
            <w:pPr>
              <w:rPr>
                <w:szCs w:val="24"/>
              </w:rPr>
            </w:pPr>
            <w:r w:rsidRPr="00AF13A6">
              <w:rPr>
                <w:b/>
                <w:color w:val="015A41"/>
                <w:szCs w:val="24"/>
              </w:rPr>
              <w:t>Electric utility</w:t>
            </w:r>
          </w:p>
        </w:tc>
        <w:tc>
          <w:tcPr>
            <w:tcW w:w="2570" w:type="dxa"/>
            <w:tcMar>
              <w:top w:w="70" w:type="dxa"/>
              <w:left w:w="70" w:type="dxa"/>
              <w:bottom w:w="70" w:type="dxa"/>
              <w:right w:w="70" w:type="dxa"/>
            </w:tcMar>
          </w:tcPr>
          <w:p w14:paraId="25E0FC5F" w14:textId="77777777" w:rsidR="00686453" w:rsidRPr="00AF13A6" w:rsidRDefault="00D95FB4">
            <w:pPr>
              <w:rPr>
                <w:szCs w:val="24"/>
              </w:rPr>
            </w:pPr>
            <w:r w:rsidRPr="00AF13A6">
              <w:rPr>
                <w:szCs w:val="24"/>
              </w:rPr>
              <w:t>&lt;Contact&gt;</w:t>
            </w:r>
          </w:p>
        </w:tc>
        <w:tc>
          <w:tcPr>
            <w:tcW w:w="2570" w:type="dxa"/>
            <w:tcMar>
              <w:top w:w="70" w:type="dxa"/>
              <w:left w:w="70" w:type="dxa"/>
              <w:bottom w:w="70" w:type="dxa"/>
              <w:right w:w="70" w:type="dxa"/>
            </w:tcMar>
          </w:tcPr>
          <w:p w14:paraId="433E7CF6" w14:textId="77777777" w:rsidR="00686453" w:rsidRPr="00AF13A6" w:rsidRDefault="00D95FB4">
            <w:pPr>
              <w:rPr>
                <w:szCs w:val="24"/>
              </w:rPr>
            </w:pPr>
            <w:r w:rsidRPr="00AF13A6">
              <w:rPr>
                <w:szCs w:val="24"/>
              </w:rPr>
              <w:t>&lt;Phone&gt;</w:t>
            </w:r>
          </w:p>
        </w:tc>
        <w:tc>
          <w:tcPr>
            <w:tcW w:w="2570" w:type="dxa"/>
            <w:tcMar>
              <w:top w:w="70" w:type="dxa"/>
              <w:left w:w="70" w:type="dxa"/>
              <w:bottom w:w="70" w:type="dxa"/>
              <w:right w:w="70" w:type="dxa"/>
            </w:tcMar>
          </w:tcPr>
          <w:p w14:paraId="4F4CC8E6" w14:textId="77777777" w:rsidR="00686453" w:rsidRPr="00AF13A6" w:rsidRDefault="00D95FB4">
            <w:pPr>
              <w:rPr>
                <w:szCs w:val="24"/>
              </w:rPr>
            </w:pPr>
            <w:r w:rsidRPr="00AF13A6">
              <w:rPr>
                <w:szCs w:val="24"/>
              </w:rPr>
              <w:t>&lt;Email&gt;</w:t>
            </w:r>
          </w:p>
        </w:tc>
      </w:tr>
      <w:tr w:rsidR="00686453" w:rsidRPr="00AF13A6" w14:paraId="799F3428" w14:textId="77777777">
        <w:trPr>
          <w:cantSplit/>
          <w:jc w:val="center"/>
        </w:trPr>
        <w:tc>
          <w:tcPr>
            <w:tcW w:w="2570" w:type="dxa"/>
            <w:tcMar>
              <w:top w:w="70" w:type="dxa"/>
              <w:left w:w="70" w:type="dxa"/>
              <w:bottom w:w="70" w:type="dxa"/>
              <w:right w:w="70" w:type="dxa"/>
            </w:tcMar>
          </w:tcPr>
          <w:p w14:paraId="2FAA622E" w14:textId="77777777" w:rsidR="00686453" w:rsidRPr="00AF13A6" w:rsidRDefault="00D95FB4">
            <w:pPr>
              <w:rPr>
                <w:szCs w:val="24"/>
              </w:rPr>
            </w:pPr>
            <w:r w:rsidRPr="00AF13A6">
              <w:rPr>
                <w:b/>
                <w:color w:val="015A41"/>
                <w:szCs w:val="24"/>
              </w:rPr>
              <w:t>Fuel / generator vendor</w:t>
            </w:r>
          </w:p>
        </w:tc>
        <w:tc>
          <w:tcPr>
            <w:tcW w:w="2570" w:type="dxa"/>
            <w:tcMar>
              <w:top w:w="70" w:type="dxa"/>
              <w:left w:w="70" w:type="dxa"/>
              <w:bottom w:w="70" w:type="dxa"/>
              <w:right w:w="70" w:type="dxa"/>
            </w:tcMar>
          </w:tcPr>
          <w:p w14:paraId="3685430C" w14:textId="77777777" w:rsidR="00686453" w:rsidRPr="00AF13A6" w:rsidRDefault="00D95FB4">
            <w:pPr>
              <w:rPr>
                <w:szCs w:val="24"/>
              </w:rPr>
            </w:pPr>
            <w:r w:rsidRPr="00AF13A6">
              <w:rPr>
                <w:szCs w:val="24"/>
              </w:rPr>
              <w:t>&lt;Contact&gt;</w:t>
            </w:r>
          </w:p>
        </w:tc>
        <w:tc>
          <w:tcPr>
            <w:tcW w:w="2570" w:type="dxa"/>
            <w:tcMar>
              <w:top w:w="70" w:type="dxa"/>
              <w:left w:w="70" w:type="dxa"/>
              <w:bottom w:w="70" w:type="dxa"/>
              <w:right w:w="70" w:type="dxa"/>
            </w:tcMar>
          </w:tcPr>
          <w:p w14:paraId="3169F003" w14:textId="77777777" w:rsidR="00686453" w:rsidRPr="00AF13A6" w:rsidRDefault="00D95FB4">
            <w:pPr>
              <w:rPr>
                <w:szCs w:val="24"/>
              </w:rPr>
            </w:pPr>
            <w:r w:rsidRPr="00AF13A6">
              <w:rPr>
                <w:szCs w:val="24"/>
              </w:rPr>
              <w:t>&lt;Phone&gt;</w:t>
            </w:r>
          </w:p>
        </w:tc>
        <w:tc>
          <w:tcPr>
            <w:tcW w:w="2570" w:type="dxa"/>
            <w:tcMar>
              <w:top w:w="70" w:type="dxa"/>
              <w:left w:w="70" w:type="dxa"/>
              <w:bottom w:w="70" w:type="dxa"/>
              <w:right w:w="70" w:type="dxa"/>
            </w:tcMar>
          </w:tcPr>
          <w:p w14:paraId="482975F6" w14:textId="77777777" w:rsidR="00686453" w:rsidRPr="00AF13A6" w:rsidRDefault="00D95FB4">
            <w:pPr>
              <w:rPr>
                <w:szCs w:val="24"/>
              </w:rPr>
            </w:pPr>
            <w:r w:rsidRPr="00AF13A6">
              <w:rPr>
                <w:szCs w:val="24"/>
              </w:rPr>
              <w:t>&lt;Email&gt;</w:t>
            </w:r>
          </w:p>
        </w:tc>
      </w:tr>
      <w:tr w:rsidR="00686453" w:rsidRPr="00AF13A6" w14:paraId="34C43704" w14:textId="77777777">
        <w:trPr>
          <w:cantSplit/>
          <w:jc w:val="center"/>
        </w:trPr>
        <w:tc>
          <w:tcPr>
            <w:tcW w:w="2570" w:type="dxa"/>
            <w:tcMar>
              <w:top w:w="70" w:type="dxa"/>
              <w:left w:w="70" w:type="dxa"/>
              <w:bottom w:w="70" w:type="dxa"/>
              <w:right w:w="70" w:type="dxa"/>
            </w:tcMar>
          </w:tcPr>
          <w:p w14:paraId="6BA0E1E8" w14:textId="77777777" w:rsidR="00686453" w:rsidRPr="00AF13A6" w:rsidRDefault="00D95FB4">
            <w:pPr>
              <w:rPr>
                <w:szCs w:val="24"/>
              </w:rPr>
            </w:pPr>
            <w:r w:rsidRPr="00AF13A6">
              <w:rPr>
                <w:b/>
                <w:color w:val="015A41"/>
                <w:szCs w:val="24"/>
              </w:rPr>
              <w:t>Pharmacy</w:t>
            </w:r>
          </w:p>
        </w:tc>
        <w:tc>
          <w:tcPr>
            <w:tcW w:w="2570" w:type="dxa"/>
            <w:tcMar>
              <w:top w:w="70" w:type="dxa"/>
              <w:left w:w="70" w:type="dxa"/>
              <w:bottom w:w="70" w:type="dxa"/>
              <w:right w:w="70" w:type="dxa"/>
            </w:tcMar>
          </w:tcPr>
          <w:p w14:paraId="16077965" w14:textId="77777777" w:rsidR="00686453" w:rsidRPr="00AF13A6" w:rsidRDefault="00D95FB4">
            <w:pPr>
              <w:rPr>
                <w:szCs w:val="24"/>
              </w:rPr>
            </w:pPr>
            <w:r w:rsidRPr="00AF13A6">
              <w:rPr>
                <w:szCs w:val="24"/>
              </w:rPr>
              <w:t>&lt;Contact&gt;</w:t>
            </w:r>
          </w:p>
        </w:tc>
        <w:tc>
          <w:tcPr>
            <w:tcW w:w="2570" w:type="dxa"/>
            <w:tcMar>
              <w:top w:w="70" w:type="dxa"/>
              <w:left w:w="70" w:type="dxa"/>
              <w:bottom w:w="70" w:type="dxa"/>
              <w:right w:w="70" w:type="dxa"/>
            </w:tcMar>
          </w:tcPr>
          <w:p w14:paraId="37C8D1C3" w14:textId="77777777" w:rsidR="00686453" w:rsidRPr="00AF13A6" w:rsidRDefault="00D95FB4">
            <w:pPr>
              <w:rPr>
                <w:szCs w:val="24"/>
              </w:rPr>
            </w:pPr>
            <w:r w:rsidRPr="00AF13A6">
              <w:rPr>
                <w:szCs w:val="24"/>
              </w:rPr>
              <w:t>&lt;Phone&gt;</w:t>
            </w:r>
          </w:p>
        </w:tc>
        <w:tc>
          <w:tcPr>
            <w:tcW w:w="2570" w:type="dxa"/>
            <w:tcMar>
              <w:top w:w="70" w:type="dxa"/>
              <w:left w:w="70" w:type="dxa"/>
              <w:bottom w:w="70" w:type="dxa"/>
              <w:right w:w="70" w:type="dxa"/>
            </w:tcMar>
          </w:tcPr>
          <w:p w14:paraId="2E23F6EA" w14:textId="77777777" w:rsidR="00686453" w:rsidRPr="00AF13A6" w:rsidRDefault="00D95FB4">
            <w:pPr>
              <w:rPr>
                <w:szCs w:val="24"/>
              </w:rPr>
            </w:pPr>
            <w:r w:rsidRPr="00AF13A6">
              <w:rPr>
                <w:szCs w:val="24"/>
              </w:rPr>
              <w:t>&lt;Email&gt;</w:t>
            </w:r>
          </w:p>
        </w:tc>
      </w:tr>
    </w:tbl>
    <w:p w14:paraId="667F5D48" w14:textId="77777777" w:rsidR="00686453" w:rsidRPr="00AF13A6" w:rsidRDefault="00686453">
      <w:pPr>
        <w:spacing w:after="0"/>
        <w:rPr>
          <w:szCs w:val="24"/>
        </w:rPr>
      </w:pPr>
    </w:p>
    <w:tbl>
      <w:tblPr>
        <w:tblW w:w="10344" w:type="dxa"/>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344"/>
      </w:tblGrid>
      <w:tr w:rsidR="00686453" w:rsidRPr="00AF13A6" w14:paraId="5CD49F94" w14:textId="77777777" w:rsidTr="00314CF3">
        <w:trPr>
          <w:jc w:val="center"/>
        </w:trPr>
        <w:tc>
          <w:tcPr>
            <w:tcW w:w="10344" w:type="dxa"/>
            <w:shd w:val="clear" w:color="auto" w:fill="EAF3EF"/>
            <w:tcMar>
              <w:top w:w="100" w:type="dxa"/>
              <w:left w:w="130" w:type="dxa"/>
              <w:bottom w:w="100" w:type="dxa"/>
              <w:right w:w="130" w:type="dxa"/>
            </w:tcMar>
          </w:tcPr>
          <w:p w14:paraId="3F2A8246" w14:textId="428F2806" w:rsidR="00686453" w:rsidRPr="00AF13A6" w:rsidRDefault="00D95FB4">
            <w:pPr>
              <w:spacing w:after="0"/>
              <w:rPr>
                <w:sz w:val="20"/>
                <w:szCs w:val="20"/>
              </w:rPr>
            </w:pPr>
            <w:r w:rsidRPr="00AF13A6">
              <w:rPr>
                <w:b/>
                <w:color w:val="015A41"/>
                <w:sz w:val="20"/>
                <w:szCs w:val="20"/>
              </w:rPr>
              <w:t xml:space="preserve">CMS COMMUNICATION PLAN </w:t>
            </w:r>
            <w:r w:rsidRPr="00AF13A6">
              <w:rPr>
                <w:sz w:val="20"/>
                <w:szCs w:val="20"/>
              </w:rPr>
              <w:t>The LTC communication plan must include required contacts, including the State Licensing and Certification Agency and the Office of the State Long-Term Care Ombudsman, and must include primary and alternate communication methods. See 42 CFR §483.73(c).</w:t>
            </w:r>
          </w:p>
        </w:tc>
      </w:tr>
    </w:tbl>
    <w:p w14:paraId="25A0D0AE" w14:textId="77777777" w:rsidR="00686453" w:rsidRDefault="00D95FB4">
      <w:pPr>
        <w:pStyle w:val="Heading1"/>
        <w:pBdr>
          <w:bottom w:val="single" w:sz="14" w:space="5" w:color="E63B07"/>
        </w:pBdr>
        <w:spacing w:before="140" w:after="140"/>
      </w:pPr>
      <w:r>
        <w:rPr>
          <w:rFonts w:ascii="Arial" w:eastAsia="Arial" w:hAnsi="Arial"/>
        </w:rPr>
        <w:lastRenderedPageBreak/>
        <w:t>PLAN APPROVAL &amp; ANNUAL REVIEW</w:t>
      </w:r>
    </w:p>
    <w:p w14:paraId="25725A83" w14:textId="77777777" w:rsidR="00686453" w:rsidRPr="00AF13A6" w:rsidRDefault="00D95FB4">
      <w:pPr>
        <w:spacing w:after="120" w:line="250" w:lineRule="auto"/>
        <w:rPr>
          <w:sz w:val="28"/>
          <w:szCs w:val="24"/>
        </w:rPr>
      </w:pPr>
      <w:r w:rsidRPr="00AF13A6">
        <w:rPr>
          <w:sz w:val="20"/>
          <w:szCs w:val="24"/>
        </w:rPr>
        <w:t>Facility leadership is responsible for adoption and approval of the EOP. External technical assistance does not constitute regulatory approval.</w:t>
      </w:r>
    </w:p>
    <w:tbl>
      <w:tblPr>
        <w:tblW w:w="10974"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784"/>
        <w:gridCol w:w="2666"/>
        <w:gridCol w:w="3724"/>
        <w:gridCol w:w="1800"/>
      </w:tblGrid>
      <w:tr w:rsidR="00686453" w:rsidRPr="00AF13A6" w14:paraId="07DECA2D" w14:textId="77777777" w:rsidTr="00314CF3">
        <w:trPr>
          <w:tblHeader/>
          <w:jc w:val="center"/>
        </w:trPr>
        <w:tc>
          <w:tcPr>
            <w:tcW w:w="2784" w:type="dxa"/>
            <w:shd w:val="clear" w:color="auto" w:fill="015A41"/>
            <w:tcMar>
              <w:top w:w="70" w:type="dxa"/>
              <w:left w:w="70" w:type="dxa"/>
              <w:bottom w:w="70" w:type="dxa"/>
              <w:right w:w="70" w:type="dxa"/>
            </w:tcMar>
          </w:tcPr>
          <w:p w14:paraId="2F070904" w14:textId="77777777" w:rsidR="00686453" w:rsidRPr="00AF13A6" w:rsidRDefault="00D95FB4">
            <w:pPr>
              <w:rPr>
                <w:szCs w:val="24"/>
              </w:rPr>
            </w:pPr>
            <w:r w:rsidRPr="00AF13A6">
              <w:rPr>
                <w:b/>
                <w:color w:val="FFFFFF"/>
                <w:szCs w:val="24"/>
              </w:rPr>
              <w:t>Approver Role</w:t>
            </w:r>
          </w:p>
        </w:tc>
        <w:tc>
          <w:tcPr>
            <w:tcW w:w="2666" w:type="dxa"/>
            <w:shd w:val="clear" w:color="auto" w:fill="015A41"/>
            <w:tcMar>
              <w:top w:w="70" w:type="dxa"/>
              <w:left w:w="70" w:type="dxa"/>
              <w:bottom w:w="70" w:type="dxa"/>
              <w:right w:w="70" w:type="dxa"/>
            </w:tcMar>
          </w:tcPr>
          <w:p w14:paraId="3BF1A57C" w14:textId="77777777" w:rsidR="00686453" w:rsidRPr="00AF13A6" w:rsidRDefault="00D95FB4">
            <w:pPr>
              <w:rPr>
                <w:szCs w:val="24"/>
              </w:rPr>
            </w:pPr>
            <w:r w:rsidRPr="00AF13A6">
              <w:rPr>
                <w:b/>
                <w:color w:val="FFFFFF"/>
                <w:szCs w:val="24"/>
              </w:rPr>
              <w:t>Name / Title</w:t>
            </w:r>
          </w:p>
        </w:tc>
        <w:tc>
          <w:tcPr>
            <w:tcW w:w="3724" w:type="dxa"/>
            <w:shd w:val="clear" w:color="auto" w:fill="015A41"/>
            <w:tcMar>
              <w:top w:w="70" w:type="dxa"/>
              <w:left w:w="70" w:type="dxa"/>
              <w:bottom w:w="70" w:type="dxa"/>
              <w:right w:w="70" w:type="dxa"/>
            </w:tcMar>
          </w:tcPr>
          <w:p w14:paraId="40666761" w14:textId="77777777" w:rsidR="00686453" w:rsidRPr="00AF13A6" w:rsidRDefault="00D95FB4">
            <w:pPr>
              <w:rPr>
                <w:szCs w:val="24"/>
              </w:rPr>
            </w:pPr>
            <w:r w:rsidRPr="00AF13A6">
              <w:rPr>
                <w:b/>
                <w:color w:val="FFFFFF"/>
                <w:szCs w:val="24"/>
              </w:rPr>
              <w:t>Approval</w:t>
            </w:r>
          </w:p>
        </w:tc>
        <w:tc>
          <w:tcPr>
            <w:tcW w:w="1800" w:type="dxa"/>
            <w:shd w:val="clear" w:color="auto" w:fill="015A41"/>
            <w:tcMar>
              <w:top w:w="70" w:type="dxa"/>
              <w:left w:w="70" w:type="dxa"/>
              <w:bottom w:w="70" w:type="dxa"/>
              <w:right w:w="70" w:type="dxa"/>
            </w:tcMar>
          </w:tcPr>
          <w:p w14:paraId="3398CC35" w14:textId="77777777" w:rsidR="00686453" w:rsidRPr="00AF13A6" w:rsidRDefault="00D95FB4">
            <w:pPr>
              <w:rPr>
                <w:szCs w:val="24"/>
              </w:rPr>
            </w:pPr>
            <w:r w:rsidRPr="00AF13A6">
              <w:rPr>
                <w:b/>
                <w:color w:val="FFFFFF"/>
                <w:szCs w:val="24"/>
              </w:rPr>
              <w:t>Date</w:t>
            </w:r>
          </w:p>
        </w:tc>
      </w:tr>
      <w:tr w:rsidR="00686453" w:rsidRPr="00AF13A6" w14:paraId="588CA456" w14:textId="77777777" w:rsidTr="00314CF3">
        <w:trPr>
          <w:cantSplit/>
          <w:jc w:val="center"/>
        </w:trPr>
        <w:tc>
          <w:tcPr>
            <w:tcW w:w="2784" w:type="dxa"/>
            <w:tcMar>
              <w:top w:w="70" w:type="dxa"/>
              <w:left w:w="70" w:type="dxa"/>
              <w:bottom w:w="70" w:type="dxa"/>
              <w:right w:w="70" w:type="dxa"/>
            </w:tcMar>
          </w:tcPr>
          <w:p w14:paraId="08FEC750" w14:textId="77777777" w:rsidR="00686453" w:rsidRPr="00AF13A6" w:rsidRDefault="00D95FB4">
            <w:pPr>
              <w:rPr>
                <w:szCs w:val="24"/>
              </w:rPr>
            </w:pPr>
            <w:r w:rsidRPr="00AF13A6">
              <w:rPr>
                <w:b/>
                <w:color w:val="015A41"/>
                <w:szCs w:val="24"/>
              </w:rPr>
              <w:t>Administrator / Executive Director</w:t>
            </w:r>
          </w:p>
        </w:tc>
        <w:tc>
          <w:tcPr>
            <w:tcW w:w="2666" w:type="dxa"/>
            <w:tcMar>
              <w:top w:w="70" w:type="dxa"/>
              <w:left w:w="70" w:type="dxa"/>
              <w:bottom w:w="70" w:type="dxa"/>
              <w:right w:w="70" w:type="dxa"/>
            </w:tcMar>
          </w:tcPr>
          <w:p w14:paraId="31310CEC" w14:textId="77777777" w:rsidR="00686453" w:rsidRPr="00AF13A6" w:rsidRDefault="00D95FB4">
            <w:pPr>
              <w:rPr>
                <w:szCs w:val="24"/>
              </w:rPr>
            </w:pPr>
            <w:r w:rsidRPr="00AF13A6">
              <w:rPr>
                <w:szCs w:val="24"/>
              </w:rPr>
              <w:t>&lt;Insert&gt;</w:t>
            </w:r>
          </w:p>
        </w:tc>
        <w:tc>
          <w:tcPr>
            <w:tcW w:w="3724" w:type="dxa"/>
            <w:tcMar>
              <w:top w:w="70" w:type="dxa"/>
              <w:left w:w="70" w:type="dxa"/>
              <w:bottom w:w="70" w:type="dxa"/>
              <w:right w:w="70" w:type="dxa"/>
            </w:tcMar>
          </w:tcPr>
          <w:p w14:paraId="41C990CD" w14:textId="77777777" w:rsidR="00686453" w:rsidRPr="00AF13A6" w:rsidRDefault="00D95FB4">
            <w:pPr>
              <w:rPr>
                <w:szCs w:val="24"/>
              </w:rPr>
            </w:pPr>
            <w:r w:rsidRPr="00AF13A6">
              <w:rPr>
                <w:szCs w:val="24"/>
              </w:rPr>
              <w:t>&lt;Signature / electronic approval&gt;</w:t>
            </w:r>
          </w:p>
        </w:tc>
        <w:tc>
          <w:tcPr>
            <w:tcW w:w="1800" w:type="dxa"/>
            <w:tcMar>
              <w:top w:w="70" w:type="dxa"/>
              <w:left w:w="70" w:type="dxa"/>
              <w:bottom w:w="70" w:type="dxa"/>
              <w:right w:w="70" w:type="dxa"/>
            </w:tcMar>
          </w:tcPr>
          <w:p w14:paraId="6CC4E4DB" w14:textId="77777777" w:rsidR="00686453" w:rsidRPr="00AF13A6" w:rsidRDefault="00D95FB4">
            <w:pPr>
              <w:rPr>
                <w:szCs w:val="24"/>
              </w:rPr>
            </w:pPr>
            <w:r w:rsidRPr="00AF13A6">
              <w:rPr>
                <w:szCs w:val="24"/>
              </w:rPr>
              <w:t>&lt;Date&gt;</w:t>
            </w:r>
          </w:p>
        </w:tc>
      </w:tr>
      <w:tr w:rsidR="00686453" w:rsidRPr="00AF13A6" w14:paraId="6F428741" w14:textId="77777777" w:rsidTr="00314CF3">
        <w:trPr>
          <w:cantSplit/>
          <w:jc w:val="center"/>
        </w:trPr>
        <w:tc>
          <w:tcPr>
            <w:tcW w:w="2784" w:type="dxa"/>
            <w:tcMar>
              <w:top w:w="70" w:type="dxa"/>
              <w:left w:w="70" w:type="dxa"/>
              <w:bottom w:w="70" w:type="dxa"/>
              <w:right w:w="70" w:type="dxa"/>
            </w:tcMar>
          </w:tcPr>
          <w:p w14:paraId="26895DF9" w14:textId="77777777" w:rsidR="00686453" w:rsidRPr="00AF13A6" w:rsidRDefault="00D95FB4">
            <w:pPr>
              <w:rPr>
                <w:szCs w:val="24"/>
              </w:rPr>
            </w:pPr>
            <w:r w:rsidRPr="00AF13A6">
              <w:rPr>
                <w:b/>
                <w:color w:val="015A41"/>
                <w:szCs w:val="24"/>
              </w:rPr>
              <w:t>Director of Nursing / Clinical Lead</w:t>
            </w:r>
          </w:p>
        </w:tc>
        <w:tc>
          <w:tcPr>
            <w:tcW w:w="2666" w:type="dxa"/>
            <w:tcMar>
              <w:top w:w="70" w:type="dxa"/>
              <w:left w:w="70" w:type="dxa"/>
              <w:bottom w:w="70" w:type="dxa"/>
              <w:right w:w="70" w:type="dxa"/>
            </w:tcMar>
          </w:tcPr>
          <w:p w14:paraId="7EE6CE0E" w14:textId="77777777" w:rsidR="00686453" w:rsidRPr="00AF13A6" w:rsidRDefault="00D95FB4">
            <w:pPr>
              <w:rPr>
                <w:szCs w:val="24"/>
              </w:rPr>
            </w:pPr>
            <w:r w:rsidRPr="00AF13A6">
              <w:rPr>
                <w:szCs w:val="24"/>
              </w:rPr>
              <w:t>&lt;Insert&gt;</w:t>
            </w:r>
          </w:p>
        </w:tc>
        <w:tc>
          <w:tcPr>
            <w:tcW w:w="3724" w:type="dxa"/>
            <w:tcMar>
              <w:top w:w="70" w:type="dxa"/>
              <w:left w:w="70" w:type="dxa"/>
              <w:bottom w:w="70" w:type="dxa"/>
              <w:right w:w="70" w:type="dxa"/>
            </w:tcMar>
          </w:tcPr>
          <w:p w14:paraId="777BDC8E" w14:textId="77777777" w:rsidR="00686453" w:rsidRPr="00AF13A6" w:rsidRDefault="00D95FB4">
            <w:pPr>
              <w:rPr>
                <w:szCs w:val="24"/>
              </w:rPr>
            </w:pPr>
            <w:r w:rsidRPr="00AF13A6">
              <w:rPr>
                <w:szCs w:val="24"/>
              </w:rPr>
              <w:t>&lt;Signature / electronic approval&gt;</w:t>
            </w:r>
          </w:p>
        </w:tc>
        <w:tc>
          <w:tcPr>
            <w:tcW w:w="1800" w:type="dxa"/>
            <w:tcMar>
              <w:top w:w="70" w:type="dxa"/>
              <w:left w:w="70" w:type="dxa"/>
              <w:bottom w:w="70" w:type="dxa"/>
              <w:right w:w="70" w:type="dxa"/>
            </w:tcMar>
          </w:tcPr>
          <w:p w14:paraId="65C91BF6" w14:textId="77777777" w:rsidR="00686453" w:rsidRPr="00AF13A6" w:rsidRDefault="00D95FB4">
            <w:pPr>
              <w:rPr>
                <w:szCs w:val="24"/>
              </w:rPr>
            </w:pPr>
            <w:r w:rsidRPr="00AF13A6">
              <w:rPr>
                <w:szCs w:val="24"/>
              </w:rPr>
              <w:t>&lt;Date&gt;</w:t>
            </w:r>
          </w:p>
        </w:tc>
      </w:tr>
      <w:tr w:rsidR="00686453" w:rsidRPr="00AF13A6" w14:paraId="5B1ED439" w14:textId="77777777" w:rsidTr="00314CF3">
        <w:trPr>
          <w:cantSplit/>
          <w:jc w:val="center"/>
        </w:trPr>
        <w:tc>
          <w:tcPr>
            <w:tcW w:w="2784" w:type="dxa"/>
            <w:tcMar>
              <w:top w:w="70" w:type="dxa"/>
              <w:left w:w="70" w:type="dxa"/>
              <w:bottom w:w="70" w:type="dxa"/>
              <w:right w:w="70" w:type="dxa"/>
            </w:tcMar>
          </w:tcPr>
          <w:p w14:paraId="664BAF1D" w14:textId="77777777" w:rsidR="00686453" w:rsidRPr="00AF13A6" w:rsidRDefault="00D95FB4">
            <w:pPr>
              <w:rPr>
                <w:szCs w:val="24"/>
              </w:rPr>
            </w:pPr>
            <w:r w:rsidRPr="00AF13A6">
              <w:rPr>
                <w:b/>
                <w:color w:val="015A41"/>
                <w:szCs w:val="24"/>
              </w:rPr>
              <w:t>Emergency Preparedness Coordinator</w:t>
            </w:r>
          </w:p>
        </w:tc>
        <w:tc>
          <w:tcPr>
            <w:tcW w:w="2666" w:type="dxa"/>
            <w:tcMar>
              <w:top w:w="70" w:type="dxa"/>
              <w:left w:w="70" w:type="dxa"/>
              <w:bottom w:w="70" w:type="dxa"/>
              <w:right w:w="70" w:type="dxa"/>
            </w:tcMar>
          </w:tcPr>
          <w:p w14:paraId="0089D7F6" w14:textId="77777777" w:rsidR="00686453" w:rsidRPr="00AF13A6" w:rsidRDefault="00D95FB4">
            <w:pPr>
              <w:rPr>
                <w:szCs w:val="24"/>
              </w:rPr>
            </w:pPr>
            <w:r w:rsidRPr="00AF13A6">
              <w:rPr>
                <w:szCs w:val="24"/>
              </w:rPr>
              <w:t>&lt;Insert&gt;</w:t>
            </w:r>
          </w:p>
        </w:tc>
        <w:tc>
          <w:tcPr>
            <w:tcW w:w="3724" w:type="dxa"/>
            <w:tcMar>
              <w:top w:w="70" w:type="dxa"/>
              <w:left w:w="70" w:type="dxa"/>
              <w:bottom w:w="70" w:type="dxa"/>
              <w:right w:w="70" w:type="dxa"/>
            </w:tcMar>
          </w:tcPr>
          <w:p w14:paraId="432EA579" w14:textId="77777777" w:rsidR="00686453" w:rsidRPr="00AF13A6" w:rsidRDefault="00D95FB4">
            <w:pPr>
              <w:rPr>
                <w:szCs w:val="24"/>
              </w:rPr>
            </w:pPr>
            <w:r w:rsidRPr="00AF13A6">
              <w:rPr>
                <w:szCs w:val="24"/>
              </w:rPr>
              <w:t>&lt;Signature / electronic approval&gt;</w:t>
            </w:r>
          </w:p>
        </w:tc>
        <w:tc>
          <w:tcPr>
            <w:tcW w:w="1800" w:type="dxa"/>
            <w:tcMar>
              <w:top w:w="70" w:type="dxa"/>
              <w:left w:w="70" w:type="dxa"/>
              <w:bottom w:w="70" w:type="dxa"/>
              <w:right w:w="70" w:type="dxa"/>
            </w:tcMar>
          </w:tcPr>
          <w:p w14:paraId="6F8EFA22" w14:textId="77777777" w:rsidR="00686453" w:rsidRPr="00AF13A6" w:rsidRDefault="00D95FB4">
            <w:pPr>
              <w:rPr>
                <w:szCs w:val="24"/>
              </w:rPr>
            </w:pPr>
            <w:r w:rsidRPr="00AF13A6">
              <w:rPr>
                <w:szCs w:val="24"/>
              </w:rPr>
              <w:t>&lt;Date&gt;</w:t>
            </w:r>
          </w:p>
        </w:tc>
      </w:tr>
      <w:tr w:rsidR="00686453" w:rsidRPr="00AF13A6" w14:paraId="275657B8" w14:textId="77777777" w:rsidTr="00314CF3">
        <w:trPr>
          <w:cantSplit/>
          <w:jc w:val="center"/>
        </w:trPr>
        <w:tc>
          <w:tcPr>
            <w:tcW w:w="2784" w:type="dxa"/>
            <w:tcMar>
              <w:top w:w="70" w:type="dxa"/>
              <w:left w:w="70" w:type="dxa"/>
              <w:bottom w:w="70" w:type="dxa"/>
              <w:right w:w="70" w:type="dxa"/>
            </w:tcMar>
          </w:tcPr>
          <w:p w14:paraId="48C081DF" w14:textId="77777777" w:rsidR="00686453" w:rsidRPr="00AF13A6" w:rsidRDefault="00D95FB4">
            <w:pPr>
              <w:rPr>
                <w:szCs w:val="24"/>
              </w:rPr>
            </w:pPr>
            <w:r w:rsidRPr="00AF13A6">
              <w:rPr>
                <w:b/>
                <w:color w:val="015A41"/>
                <w:szCs w:val="24"/>
              </w:rPr>
              <w:t>Facilities / Life Safety Lead</w:t>
            </w:r>
          </w:p>
        </w:tc>
        <w:tc>
          <w:tcPr>
            <w:tcW w:w="2666" w:type="dxa"/>
            <w:tcMar>
              <w:top w:w="70" w:type="dxa"/>
              <w:left w:w="70" w:type="dxa"/>
              <w:bottom w:w="70" w:type="dxa"/>
              <w:right w:w="70" w:type="dxa"/>
            </w:tcMar>
          </w:tcPr>
          <w:p w14:paraId="1C4328D2" w14:textId="77777777" w:rsidR="00686453" w:rsidRPr="00AF13A6" w:rsidRDefault="00D95FB4">
            <w:pPr>
              <w:rPr>
                <w:szCs w:val="24"/>
              </w:rPr>
            </w:pPr>
            <w:r w:rsidRPr="00AF13A6">
              <w:rPr>
                <w:szCs w:val="24"/>
              </w:rPr>
              <w:t>&lt;Insert&gt;</w:t>
            </w:r>
          </w:p>
        </w:tc>
        <w:tc>
          <w:tcPr>
            <w:tcW w:w="3724" w:type="dxa"/>
            <w:tcMar>
              <w:top w:w="70" w:type="dxa"/>
              <w:left w:w="70" w:type="dxa"/>
              <w:bottom w:w="70" w:type="dxa"/>
              <w:right w:w="70" w:type="dxa"/>
            </w:tcMar>
          </w:tcPr>
          <w:p w14:paraId="5781CDD7" w14:textId="77777777" w:rsidR="00686453" w:rsidRPr="00AF13A6" w:rsidRDefault="00D95FB4">
            <w:pPr>
              <w:rPr>
                <w:szCs w:val="24"/>
              </w:rPr>
            </w:pPr>
            <w:r w:rsidRPr="00AF13A6">
              <w:rPr>
                <w:szCs w:val="24"/>
              </w:rPr>
              <w:t>&lt;Signature / electronic approval&gt;</w:t>
            </w:r>
          </w:p>
        </w:tc>
        <w:tc>
          <w:tcPr>
            <w:tcW w:w="1800" w:type="dxa"/>
            <w:tcMar>
              <w:top w:w="70" w:type="dxa"/>
              <w:left w:w="70" w:type="dxa"/>
              <w:bottom w:w="70" w:type="dxa"/>
              <w:right w:w="70" w:type="dxa"/>
            </w:tcMar>
          </w:tcPr>
          <w:p w14:paraId="29C28ADF" w14:textId="77777777" w:rsidR="00686453" w:rsidRPr="00AF13A6" w:rsidRDefault="00D95FB4">
            <w:pPr>
              <w:rPr>
                <w:szCs w:val="24"/>
              </w:rPr>
            </w:pPr>
            <w:r w:rsidRPr="00AF13A6">
              <w:rPr>
                <w:szCs w:val="24"/>
              </w:rPr>
              <w:t>&lt;Date&gt;</w:t>
            </w:r>
          </w:p>
        </w:tc>
      </w:tr>
      <w:tr w:rsidR="00686453" w:rsidRPr="00AF13A6" w14:paraId="5D62398A" w14:textId="77777777" w:rsidTr="00314CF3">
        <w:trPr>
          <w:cantSplit/>
          <w:jc w:val="center"/>
        </w:trPr>
        <w:tc>
          <w:tcPr>
            <w:tcW w:w="2784" w:type="dxa"/>
            <w:tcMar>
              <w:top w:w="70" w:type="dxa"/>
              <w:left w:w="70" w:type="dxa"/>
              <w:bottom w:w="70" w:type="dxa"/>
              <w:right w:w="70" w:type="dxa"/>
            </w:tcMar>
          </w:tcPr>
          <w:p w14:paraId="366FE4FE" w14:textId="77777777" w:rsidR="00686453" w:rsidRPr="00AF13A6" w:rsidRDefault="00D95FB4">
            <w:pPr>
              <w:rPr>
                <w:szCs w:val="24"/>
              </w:rPr>
            </w:pPr>
            <w:r w:rsidRPr="00AF13A6">
              <w:rPr>
                <w:b/>
                <w:color w:val="015A41"/>
                <w:szCs w:val="24"/>
              </w:rPr>
              <w:t>Infection Preventionist</w:t>
            </w:r>
          </w:p>
        </w:tc>
        <w:tc>
          <w:tcPr>
            <w:tcW w:w="2666" w:type="dxa"/>
            <w:tcMar>
              <w:top w:w="70" w:type="dxa"/>
              <w:left w:w="70" w:type="dxa"/>
              <w:bottom w:w="70" w:type="dxa"/>
              <w:right w:w="70" w:type="dxa"/>
            </w:tcMar>
          </w:tcPr>
          <w:p w14:paraId="7DB0B21F" w14:textId="77777777" w:rsidR="00686453" w:rsidRPr="00AF13A6" w:rsidRDefault="00D95FB4">
            <w:pPr>
              <w:rPr>
                <w:szCs w:val="24"/>
              </w:rPr>
            </w:pPr>
            <w:r w:rsidRPr="00AF13A6">
              <w:rPr>
                <w:szCs w:val="24"/>
              </w:rPr>
              <w:t>&lt;Insert&gt;</w:t>
            </w:r>
          </w:p>
        </w:tc>
        <w:tc>
          <w:tcPr>
            <w:tcW w:w="3724" w:type="dxa"/>
            <w:tcMar>
              <w:top w:w="70" w:type="dxa"/>
              <w:left w:w="70" w:type="dxa"/>
              <w:bottom w:w="70" w:type="dxa"/>
              <w:right w:w="70" w:type="dxa"/>
            </w:tcMar>
          </w:tcPr>
          <w:p w14:paraId="7EAE44E5" w14:textId="77777777" w:rsidR="00686453" w:rsidRPr="00AF13A6" w:rsidRDefault="00D95FB4">
            <w:pPr>
              <w:rPr>
                <w:szCs w:val="24"/>
              </w:rPr>
            </w:pPr>
            <w:r w:rsidRPr="00AF13A6">
              <w:rPr>
                <w:szCs w:val="24"/>
              </w:rPr>
              <w:t>&lt;Signature / electronic approval&gt;</w:t>
            </w:r>
          </w:p>
        </w:tc>
        <w:tc>
          <w:tcPr>
            <w:tcW w:w="1800" w:type="dxa"/>
            <w:tcMar>
              <w:top w:w="70" w:type="dxa"/>
              <w:left w:w="70" w:type="dxa"/>
              <w:bottom w:w="70" w:type="dxa"/>
              <w:right w:w="70" w:type="dxa"/>
            </w:tcMar>
          </w:tcPr>
          <w:p w14:paraId="7E960C49" w14:textId="77777777" w:rsidR="00686453" w:rsidRPr="00AF13A6" w:rsidRDefault="00D95FB4">
            <w:pPr>
              <w:rPr>
                <w:szCs w:val="24"/>
              </w:rPr>
            </w:pPr>
            <w:r w:rsidRPr="00AF13A6">
              <w:rPr>
                <w:szCs w:val="24"/>
              </w:rPr>
              <w:t>&lt;Date&gt;</w:t>
            </w:r>
          </w:p>
        </w:tc>
      </w:tr>
      <w:tr w:rsidR="00686453" w:rsidRPr="00AF13A6" w14:paraId="40D0C798" w14:textId="77777777" w:rsidTr="00314CF3">
        <w:trPr>
          <w:cantSplit/>
          <w:jc w:val="center"/>
        </w:trPr>
        <w:tc>
          <w:tcPr>
            <w:tcW w:w="2784" w:type="dxa"/>
            <w:tcMar>
              <w:top w:w="70" w:type="dxa"/>
              <w:left w:w="70" w:type="dxa"/>
              <w:bottom w:w="70" w:type="dxa"/>
              <w:right w:w="70" w:type="dxa"/>
            </w:tcMar>
          </w:tcPr>
          <w:p w14:paraId="1C464810" w14:textId="77777777" w:rsidR="00686453" w:rsidRPr="00AF13A6" w:rsidRDefault="00D95FB4">
            <w:pPr>
              <w:rPr>
                <w:szCs w:val="24"/>
              </w:rPr>
            </w:pPr>
            <w:r w:rsidRPr="00AF13A6">
              <w:rPr>
                <w:b/>
                <w:color w:val="015A41"/>
                <w:szCs w:val="24"/>
              </w:rPr>
              <w:t>Other Required Approver</w:t>
            </w:r>
          </w:p>
        </w:tc>
        <w:tc>
          <w:tcPr>
            <w:tcW w:w="2666" w:type="dxa"/>
            <w:tcMar>
              <w:top w:w="70" w:type="dxa"/>
              <w:left w:w="70" w:type="dxa"/>
              <w:bottom w:w="70" w:type="dxa"/>
              <w:right w:w="70" w:type="dxa"/>
            </w:tcMar>
          </w:tcPr>
          <w:p w14:paraId="4F475AFD" w14:textId="77777777" w:rsidR="00686453" w:rsidRPr="00AF13A6" w:rsidRDefault="00D95FB4">
            <w:pPr>
              <w:rPr>
                <w:szCs w:val="24"/>
              </w:rPr>
            </w:pPr>
            <w:r w:rsidRPr="00AF13A6">
              <w:rPr>
                <w:szCs w:val="24"/>
              </w:rPr>
              <w:t>&lt;Insert or N/A&gt;</w:t>
            </w:r>
          </w:p>
        </w:tc>
        <w:tc>
          <w:tcPr>
            <w:tcW w:w="3724" w:type="dxa"/>
            <w:tcMar>
              <w:top w:w="70" w:type="dxa"/>
              <w:left w:w="70" w:type="dxa"/>
              <w:bottom w:w="70" w:type="dxa"/>
              <w:right w:w="70" w:type="dxa"/>
            </w:tcMar>
          </w:tcPr>
          <w:p w14:paraId="7F7A7931" w14:textId="77777777" w:rsidR="00686453" w:rsidRPr="00AF13A6" w:rsidRDefault="00D95FB4">
            <w:pPr>
              <w:rPr>
                <w:szCs w:val="24"/>
              </w:rPr>
            </w:pPr>
            <w:r w:rsidRPr="00AF13A6">
              <w:rPr>
                <w:szCs w:val="24"/>
              </w:rPr>
              <w:t>&lt;Signature / electronic approval&gt;</w:t>
            </w:r>
          </w:p>
        </w:tc>
        <w:tc>
          <w:tcPr>
            <w:tcW w:w="1800" w:type="dxa"/>
            <w:tcMar>
              <w:top w:w="70" w:type="dxa"/>
              <w:left w:w="70" w:type="dxa"/>
              <w:bottom w:w="70" w:type="dxa"/>
              <w:right w:w="70" w:type="dxa"/>
            </w:tcMar>
          </w:tcPr>
          <w:p w14:paraId="1888527A" w14:textId="77777777" w:rsidR="00686453" w:rsidRPr="00AF13A6" w:rsidRDefault="00D95FB4">
            <w:pPr>
              <w:rPr>
                <w:szCs w:val="24"/>
              </w:rPr>
            </w:pPr>
            <w:r w:rsidRPr="00AF13A6">
              <w:rPr>
                <w:szCs w:val="24"/>
              </w:rPr>
              <w:t>&lt;Date&gt;</w:t>
            </w:r>
          </w:p>
        </w:tc>
      </w:tr>
    </w:tbl>
    <w:p w14:paraId="576EA629" w14:textId="77777777" w:rsidR="00AF13A6" w:rsidRDefault="00AF13A6">
      <w:pPr>
        <w:spacing w:after="0"/>
      </w:pPr>
    </w:p>
    <w:p w14:paraId="7CF5320C" w14:textId="77777777" w:rsidR="00314CF3" w:rsidRDefault="00314CF3">
      <w:pPr>
        <w:spacing w:after="0"/>
      </w:pPr>
    </w:p>
    <w:p w14:paraId="103EDAD3" w14:textId="77777777" w:rsidR="00314CF3" w:rsidRDefault="00314CF3">
      <w:pPr>
        <w:spacing w:after="0"/>
      </w:pPr>
    </w:p>
    <w:p w14:paraId="5D12D29D" w14:textId="77777777" w:rsidR="00314CF3" w:rsidRDefault="00314CF3">
      <w:pPr>
        <w:spacing w:after="0"/>
      </w:pPr>
    </w:p>
    <w:p w14:paraId="090DD028" w14:textId="77777777" w:rsidR="00314CF3" w:rsidRDefault="00314CF3">
      <w:pPr>
        <w:spacing w:after="0"/>
      </w:pPr>
    </w:p>
    <w:p w14:paraId="35F9B4E8" w14:textId="77777777" w:rsidR="00314CF3" w:rsidRDefault="00314CF3">
      <w:pPr>
        <w:spacing w:after="0"/>
      </w:pPr>
    </w:p>
    <w:p w14:paraId="14486AFD" w14:textId="77777777" w:rsidR="00314CF3" w:rsidRDefault="00314CF3">
      <w:pPr>
        <w:spacing w:after="0"/>
      </w:pPr>
    </w:p>
    <w:p w14:paraId="792EE788" w14:textId="77777777" w:rsidR="00314CF3" w:rsidRDefault="00314CF3">
      <w:pPr>
        <w:spacing w:after="0"/>
      </w:pPr>
    </w:p>
    <w:p w14:paraId="06A4B57B" w14:textId="77777777" w:rsidR="00314CF3" w:rsidRDefault="00314CF3">
      <w:pPr>
        <w:spacing w:after="0"/>
      </w:pPr>
    </w:p>
    <w:p w14:paraId="6E25674D" w14:textId="77777777" w:rsidR="00314CF3" w:rsidRDefault="00314CF3">
      <w:pPr>
        <w:spacing w:after="0"/>
      </w:pPr>
    </w:p>
    <w:p w14:paraId="053F3B00" w14:textId="77777777" w:rsidR="00314CF3" w:rsidRDefault="00314CF3">
      <w:pPr>
        <w:spacing w:after="0"/>
      </w:pPr>
    </w:p>
    <w:p w14:paraId="235D15AD" w14:textId="77777777" w:rsidR="00314CF3" w:rsidRDefault="00314CF3">
      <w:pPr>
        <w:spacing w:after="0"/>
      </w:pPr>
    </w:p>
    <w:p w14:paraId="5DAE2558" w14:textId="77777777" w:rsidR="00314CF3" w:rsidRDefault="00314CF3">
      <w:pPr>
        <w:spacing w:after="0"/>
      </w:pPr>
    </w:p>
    <w:tbl>
      <w:tblPr>
        <w:tblW w:w="10350"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970"/>
        <w:gridCol w:w="7380"/>
      </w:tblGrid>
      <w:tr w:rsidR="00686453" w14:paraId="68EF0F19" w14:textId="77777777" w:rsidTr="00314CF3">
        <w:trPr>
          <w:tblHeader/>
          <w:jc w:val="center"/>
        </w:trPr>
        <w:tc>
          <w:tcPr>
            <w:tcW w:w="2970" w:type="dxa"/>
            <w:shd w:val="clear" w:color="auto" w:fill="015A41"/>
            <w:tcMar>
              <w:top w:w="80" w:type="dxa"/>
              <w:left w:w="90" w:type="dxa"/>
              <w:bottom w:w="80" w:type="dxa"/>
              <w:right w:w="90" w:type="dxa"/>
            </w:tcMar>
          </w:tcPr>
          <w:p w14:paraId="4195636C" w14:textId="77777777" w:rsidR="00686453" w:rsidRPr="00AF13A6" w:rsidRDefault="00D95FB4">
            <w:pPr>
              <w:rPr>
                <w:szCs w:val="24"/>
              </w:rPr>
            </w:pPr>
            <w:r w:rsidRPr="00AF13A6">
              <w:rPr>
                <w:b/>
                <w:color w:val="FFFFFF"/>
                <w:szCs w:val="24"/>
              </w:rPr>
              <w:t>Field</w:t>
            </w:r>
          </w:p>
        </w:tc>
        <w:tc>
          <w:tcPr>
            <w:tcW w:w="7380" w:type="dxa"/>
            <w:shd w:val="clear" w:color="auto" w:fill="015A41"/>
            <w:tcMar>
              <w:top w:w="80" w:type="dxa"/>
              <w:left w:w="90" w:type="dxa"/>
              <w:bottom w:w="80" w:type="dxa"/>
              <w:right w:w="90" w:type="dxa"/>
            </w:tcMar>
          </w:tcPr>
          <w:p w14:paraId="1B13FD74" w14:textId="77777777" w:rsidR="00686453" w:rsidRPr="00AF13A6" w:rsidRDefault="00D95FB4">
            <w:pPr>
              <w:rPr>
                <w:szCs w:val="24"/>
              </w:rPr>
            </w:pPr>
            <w:r w:rsidRPr="00AF13A6">
              <w:rPr>
                <w:b/>
                <w:color w:val="FFFFFF"/>
                <w:szCs w:val="24"/>
              </w:rPr>
              <w:t>Facility Entry</w:t>
            </w:r>
          </w:p>
        </w:tc>
      </w:tr>
      <w:tr w:rsidR="00686453" w14:paraId="3392914C" w14:textId="77777777" w:rsidTr="00314CF3">
        <w:trPr>
          <w:cantSplit/>
          <w:jc w:val="center"/>
        </w:trPr>
        <w:tc>
          <w:tcPr>
            <w:tcW w:w="2970" w:type="dxa"/>
            <w:shd w:val="clear" w:color="auto" w:fill="EAF3EF"/>
            <w:tcMar>
              <w:top w:w="80" w:type="dxa"/>
              <w:left w:w="90" w:type="dxa"/>
              <w:bottom w:w="80" w:type="dxa"/>
              <w:right w:w="90" w:type="dxa"/>
            </w:tcMar>
          </w:tcPr>
          <w:p w14:paraId="3623289F" w14:textId="77777777" w:rsidR="00686453" w:rsidRPr="00AF13A6" w:rsidRDefault="00D95FB4">
            <w:pPr>
              <w:rPr>
                <w:szCs w:val="24"/>
              </w:rPr>
            </w:pPr>
            <w:r w:rsidRPr="00AF13A6">
              <w:rPr>
                <w:b/>
                <w:color w:val="015A41"/>
                <w:szCs w:val="24"/>
              </w:rPr>
              <w:t>Responsible Plan Owner</w:t>
            </w:r>
          </w:p>
        </w:tc>
        <w:tc>
          <w:tcPr>
            <w:tcW w:w="7380" w:type="dxa"/>
            <w:shd w:val="clear" w:color="auto" w:fill="FFFFFF"/>
            <w:tcMar>
              <w:top w:w="80" w:type="dxa"/>
              <w:left w:w="90" w:type="dxa"/>
              <w:bottom w:w="80" w:type="dxa"/>
              <w:right w:w="90" w:type="dxa"/>
            </w:tcMar>
          </w:tcPr>
          <w:p w14:paraId="7DDA1CDF" w14:textId="77777777" w:rsidR="00686453" w:rsidRPr="00AF13A6" w:rsidRDefault="00D95FB4">
            <w:pPr>
              <w:rPr>
                <w:szCs w:val="24"/>
              </w:rPr>
            </w:pPr>
            <w:r w:rsidRPr="00AF13A6">
              <w:rPr>
                <w:i/>
                <w:color w:val="66706B"/>
                <w:szCs w:val="24"/>
              </w:rPr>
              <w:t>&lt;Insert&gt;</w:t>
            </w:r>
          </w:p>
        </w:tc>
      </w:tr>
      <w:tr w:rsidR="00686453" w14:paraId="0FF567A9" w14:textId="77777777" w:rsidTr="00314CF3">
        <w:trPr>
          <w:cantSplit/>
          <w:jc w:val="center"/>
        </w:trPr>
        <w:tc>
          <w:tcPr>
            <w:tcW w:w="2970" w:type="dxa"/>
            <w:shd w:val="clear" w:color="auto" w:fill="F7FAF8"/>
            <w:tcMar>
              <w:top w:w="80" w:type="dxa"/>
              <w:left w:w="90" w:type="dxa"/>
              <w:bottom w:w="80" w:type="dxa"/>
              <w:right w:w="90" w:type="dxa"/>
            </w:tcMar>
          </w:tcPr>
          <w:p w14:paraId="18DCD4DF" w14:textId="77777777" w:rsidR="00686453" w:rsidRPr="00AF13A6" w:rsidRDefault="00D95FB4">
            <w:pPr>
              <w:rPr>
                <w:szCs w:val="24"/>
              </w:rPr>
            </w:pPr>
            <w:r w:rsidRPr="00AF13A6">
              <w:rPr>
                <w:b/>
                <w:color w:val="015A41"/>
                <w:szCs w:val="24"/>
              </w:rPr>
              <w:lastRenderedPageBreak/>
              <w:t>Last Annual Review</w:t>
            </w:r>
          </w:p>
        </w:tc>
        <w:tc>
          <w:tcPr>
            <w:tcW w:w="7380" w:type="dxa"/>
            <w:shd w:val="clear" w:color="auto" w:fill="FFFFFF"/>
            <w:tcMar>
              <w:top w:w="80" w:type="dxa"/>
              <w:left w:w="90" w:type="dxa"/>
              <w:bottom w:w="80" w:type="dxa"/>
              <w:right w:w="90" w:type="dxa"/>
            </w:tcMar>
          </w:tcPr>
          <w:p w14:paraId="6ADF34B1" w14:textId="77777777" w:rsidR="00686453" w:rsidRPr="00AF13A6" w:rsidRDefault="00D95FB4">
            <w:pPr>
              <w:rPr>
                <w:szCs w:val="24"/>
              </w:rPr>
            </w:pPr>
            <w:r w:rsidRPr="00AF13A6">
              <w:rPr>
                <w:i/>
                <w:color w:val="66706B"/>
                <w:szCs w:val="24"/>
              </w:rPr>
              <w:t>&lt;Insert&gt;</w:t>
            </w:r>
          </w:p>
        </w:tc>
      </w:tr>
      <w:tr w:rsidR="00686453" w14:paraId="26729A4F" w14:textId="77777777" w:rsidTr="00314CF3">
        <w:trPr>
          <w:cantSplit/>
          <w:jc w:val="center"/>
        </w:trPr>
        <w:tc>
          <w:tcPr>
            <w:tcW w:w="2970" w:type="dxa"/>
            <w:shd w:val="clear" w:color="auto" w:fill="EAF3EF"/>
            <w:tcMar>
              <w:top w:w="80" w:type="dxa"/>
              <w:left w:w="90" w:type="dxa"/>
              <w:bottom w:w="80" w:type="dxa"/>
              <w:right w:w="90" w:type="dxa"/>
            </w:tcMar>
          </w:tcPr>
          <w:p w14:paraId="54966D86" w14:textId="77777777" w:rsidR="00686453" w:rsidRPr="00AF13A6" w:rsidRDefault="00D95FB4">
            <w:pPr>
              <w:rPr>
                <w:szCs w:val="24"/>
              </w:rPr>
            </w:pPr>
            <w:r w:rsidRPr="00AF13A6">
              <w:rPr>
                <w:b/>
                <w:color w:val="015A41"/>
                <w:szCs w:val="24"/>
              </w:rPr>
              <w:t>Next Required Annual Review</w:t>
            </w:r>
          </w:p>
        </w:tc>
        <w:tc>
          <w:tcPr>
            <w:tcW w:w="7380" w:type="dxa"/>
            <w:shd w:val="clear" w:color="auto" w:fill="FFFFFF"/>
            <w:tcMar>
              <w:top w:w="80" w:type="dxa"/>
              <w:left w:w="90" w:type="dxa"/>
              <w:bottom w:w="80" w:type="dxa"/>
              <w:right w:w="90" w:type="dxa"/>
            </w:tcMar>
          </w:tcPr>
          <w:p w14:paraId="29F49130" w14:textId="77777777" w:rsidR="00686453" w:rsidRPr="00AF13A6" w:rsidRDefault="00D95FB4">
            <w:pPr>
              <w:rPr>
                <w:szCs w:val="24"/>
              </w:rPr>
            </w:pPr>
            <w:r w:rsidRPr="00AF13A6">
              <w:rPr>
                <w:i/>
                <w:color w:val="66706B"/>
                <w:szCs w:val="24"/>
              </w:rPr>
              <w:t>&lt;Insert&gt;</w:t>
            </w:r>
          </w:p>
        </w:tc>
      </w:tr>
      <w:tr w:rsidR="00686453" w14:paraId="45A9FBE1" w14:textId="77777777" w:rsidTr="00314CF3">
        <w:trPr>
          <w:cantSplit/>
          <w:jc w:val="center"/>
        </w:trPr>
        <w:tc>
          <w:tcPr>
            <w:tcW w:w="2970" w:type="dxa"/>
            <w:shd w:val="clear" w:color="auto" w:fill="F7FAF8"/>
            <w:tcMar>
              <w:top w:w="80" w:type="dxa"/>
              <w:left w:w="90" w:type="dxa"/>
              <w:bottom w:w="80" w:type="dxa"/>
              <w:right w:w="90" w:type="dxa"/>
            </w:tcMar>
          </w:tcPr>
          <w:p w14:paraId="15968133" w14:textId="77777777" w:rsidR="00686453" w:rsidRPr="00AF13A6" w:rsidRDefault="00D95FB4">
            <w:pPr>
              <w:rPr>
                <w:szCs w:val="24"/>
              </w:rPr>
            </w:pPr>
            <w:r w:rsidRPr="00AF13A6">
              <w:rPr>
                <w:b/>
                <w:color w:val="015A41"/>
                <w:szCs w:val="24"/>
              </w:rPr>
              <w:t>Interim Revision Triggers</w:t>
            </w:r>
          </w:p>
        </w:tc>
        <w:tc>
          <w:tcPr>
            <w:tcW w:w="7380" w:type="dxa"/>
            <w:shd w:val="clear" w:color="auto" w:fill="FFFFFF"/>
            <w:tcMar>
              <w:top w:w="80" w:type="dxa"/>
              <w:left w:w="90" w:type="dxa"/>
              <w:bottom w:w="80" w:type="dxa"/>
              <w:right w:w="90" w:type="dxa"/>
            </w:tcMar>
          </w:tcPr>
          <w:p w14:paraId="49E7335B" w14:textId="77777777" w:rsidR="00686453" w:rsidRPr="00AF13A6" w:rsidRDefault="00D95FB4">
            <w:pPr>
              <w:rPr>
                <w:szCs w:val="24"/>
              </w:rPr>
            </w:pPr>
            <w:r w:rsidRPr="00AF13A6">
              <w:rPr>
                <w:i/>
                <w:color w:val="66706B"/>
                <w:szCs w:val="24"/>
              </w:rPr>
              <w:t>Changes in HVA, resident population, services, infrastructure, staffing, agreements, regulations, exercises, actual events, or other material changes</w:t>
            </w:r>
          </w:p>
        </w:tc>
      </w:tr>
    </w:tbl>
    <w:p w14:paraId="2530CE11" w14:textId="77777777" w:rsidR="00686453" w:rsidRDefault="00686453">
      <w:pPr>
        <w:spacing w:after="0"/>
      </w:pPr>
    </w:p>
    <w:tbl>
      <w:tblPr>
        <w:tblW w:w="9624" w:type="dxa"/>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9624"/>
      </w:tblGrid>
      <w:tr w:rsidR="00686453" w:rsidRPr="00AF13A6" w14:paraId="23377966" w14:textId="77777777" w:rsidTr="00314CF3">
        <w:trPr>
          <w:jc w:val="center"/>
        </w:trPr>
        <w:tc>
          <w:tcPr>
            <w:tcW w:w="9624" w:type="dxa"/>
            <w:shd w:val="clear" w:color="auto" w:fill="EAF3EF"/>
            <w:tcMar>
              <w:top w:w="100" w:type="dxa"/>
              <w:left w:w="130" w:type="dxa"/>
              <w:bottom w:w="100" w:type="dxa"/>
              <w:right w:w="130" w:type="dxa"/>
            </w:tcMar>
          </w:tcPr>
          <w:p w14:paraId="5C5E2828" w14:textId="4AC2FF02" w:rsidR="00686453" w:rsidRPr="00AF13A6" w:rsidRDefault="00D95FB4">
            <w:pPr>
              <w:spacing w:after="0"/>
              <w:rPr>
                <w:sz w:val="20"/>
                <w:szCs w:val="20"/>
              </w:rPr>
            </w:pPr>
            <w:r w:rsidRPr="00AF13A6">
              <w:rPr>
                <w:b/>
                <w:color w:val="015A41"/>
                <w:sz w:val="20"/>
                <w:szCs w:val="20"/>
              </w:rPr>
              <w:t xml:space="preserve">CMS REQUIRED </w:t>
            </w:r>
            <w:r w:rsidRPr="00AF13A6">
              <w:rPr>
                <w:sz w:val="20"/>
                <w:szCs w:val="20"/>
              </w:rPr>
              <w:t>For LTC facilities, the emergency plan, emergency preparedness policies/procedures, communication plan, and training/testing program are reviewed and updated at least annually.</w:t>
            </w:r>
          </w:p>
        </w:tc>
      </w:tr>
    </w:tbl>
    <w:p w14:paraId="223902FE" w14:textId="77777777" w:rsidR="00686453" w:rsidRDefault="00686453">
      <w:pPr>
        <w:spacing w:after="0"/>
      </w:pPr>
    </w:p>
    <w:p w14:paraId="003481F3" w14:textId="77777777" w:rsidR="00686453" w:rsidRDefault="00D95FB4">
      <w:r>
        <w:br w:type="page"/>
      </w:r>
    </w:p>
    <w:p w14:paraId="7969F92D" w14:textId="77777777" w:rsidR="00686453" w:rsidRDefault="00D95FB4">
      <w:pPr>
        <w:pStyle w:val="Heading1"/>
        <w:pBdr>
          <w:bottom w:val="single" w:sz="14" w:space="5" w:color="E63B07"/>
        </w:pBdr>
        <w:spacing w:before="140" w:after="140"/>
      </w:pPr>
      <w:r>
        <w:rPr>
          <w:rFonts w:ascii="Arial" w:eastAsia="Arial" w:hAnsi="Arial"/>
        </w:rPr>
        <w:lastRenderedPageBreak/>
        <w:t>RECORD OF CHANGES</w:t>
      </w:r>
    </w:p>
    <w:tbl>
      <w:tblPr>
        <w:tblW w:w="11316"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056"/>
        <w:gridCol w:w="2056"/>
        <w:gridCol w:w="2056"/>
        <w:gridCol w:w="3888"/>
        <w:gridCol w:w="1260"/>
      </w:tblGrid>
      <w:tr w:rsidR="00686453" w:rsidRPr="00AF13A6" w14:paraId="1F094045" w14:textId="77777777" w:rsidTr="00AF13A6">
        <w:trPr>
          <w:tblHeader/>
          <w:jc w:val="center"/>
        </w:trPr>
        <w:tc>
          <w:tcPr>
            <w:tcW w:w="2056" w:type="dxa"/>
            <w:shd w:val="clear" w:color="auto" w:fill="015A41"/>
            <w:tcMar>
              <w:top w:w="70" w:type="dxa"/>
              <w:left w:w="70" w:type="dxa"/>
              <w:bottom w:w="70" w:type="dxa"/>
              <w:right w:w="70" w:type="dxa"/>
            </w:tcMar>
          </w:tcPr>
          <w:p w14:paraId="71893280" w14:textId="77777777" w:rsidR="00686453" w:rsidRPr="00AF13A6" w:rsidRDefault="00D95FB4">
            <w:pPr>
              <w:rPr>
                <w:szCs w:val="24"/>
              </w:rPr>
            </w:pPr>
            <w:r w:rsidRPr="00AF13A6">
              <w:rPr>
                <w:b/>
                <w:color w:val="FFFFFF"/>
                <w:szCs w:val="24"/>
              </w:rPr>
              <w:t>Change #</w:t>
            </w:r>
          </w:p>
        </w:tc>
        <w:tc>
          <w:tcPr>
            <w:tcW w:w="2056" w:type="dxa"/>
            <w:shd w:val="clear" w:color="auto" w:fill="015A41"/>
            <w:tcMar>
              <w:top w:w="70" w:type="dxa"/>
              <w:left w:w="70" w:type="dxa"/>
              <w:bottom w:w="70" w:type="dxa"/>
              <w:right w:w="70" w:type="dxa"/>
            </w:tcMar>
          </w:tcPr>
          <w:p w14:paraId="37634A2B" w14:textId="77777777" w:rsidR="00686453" w:rsidRPr="00AF13A6" w:rsidRDefault="00D95FB4">
            <w:pPr>
              <w:rPr>
                <w:szCs w:val="24"/>
              </w:rPr>
            </w:pPr>
            <w:r w:rsidRPr="00AF13A6">
              <w:rPr>
                <w:b/>
                <w:color w:val="FFFFFF"/>
                <w:szCs w:val="24"/>
              </w:rPr>
              <w:t>Date</w:t>
            </w:r>
          </w:p>
        </w:tc>
        <w:tc>
          <w:tcPr>
            <w:tcW w:w="2056" w:type="dxa"/>
            <w:shd w:val="clear" w:color="auto" w:fill="015A41"/>
            <w:tcMar>
              <w:top w:w="70" w:type="dxa"/>
              <w:left w:w="70" w:type="dxa"/>
              <w:bottom w:w="70" w:type="dxa"/>
              <w:right w:w="70" w:type="dxa"/>
            </w:tcMar>
          </w:tcPr>
          <w:p w14:paraId="77211C39" w14:textId="77777777" w:rsidR="00686453" w:rsidRPr="00AF13A6" w:rsidRDefault="00D95FB4">
            <w:pPr>
              <w:rPr>
                <w:szCs w:val="24"/>
              </w:rPr>
            </w:pPr>
            <w:r w:rsidRPr="00AF13A6">
              <w:rPr>
                <w:b/>
                <w:color w:val="FFFFFF"/>
                <w:szCs w:val="24"/>
              </w:rPr>
              <w:t>Section / Page</w:t>
            </w:r>
          </w:p>
        </w:tc>
        <w:tc>
          <w:tcPr>
            <w:tcW w:w="3888" w:type="dxa"/>
            <w:shd w:val="clear" w:color="auto" w:fill="015A41"/>
            <w:tcMar>
              <w:top w:w="70" w:type="dxa"/>
              <w:left w:w="70" w:type="dxa"/>
              <w:bottom w:w="70" w:type="dxa"/>
              <w:right w:w="70" w:type="dxa"/>
            </w:tcMar>
          </w:tcPr>
          <w:p w14:paraId="4C44B749" w14:textId="77777777" w:rsidR="00686453" w:rsidRPr="00AF13A6" w:rsidRDefault="00D95FB4">
            <w:pPr>
              <w:rPr>
                <w:szCs w:val="24"/>
              </w:rPr>
            </w:pPr>
            <w:r w:rsidRPr="00AF13A6">
              <w:rPr>
                <w:b/>
                <w:color w:val="FFFFFF"/>
                <w:szCs w:val="24"/>
              </w:rPr>
              <w:t>Description</w:t>
            </w:r>
          </w:p>
        </w:tc>
        <w:tc>
          <w:tcPr>
            <w:tcW w:w="1260" w:type="dxa"/>
            <w:shd w:val="clear" w:color="auto" w:fill="015A41"/>
            <w:tcMar>
              <w:top w:w="70" w:type="dxa"/>
              <w:left w:w="70" w:type="dxa"/>
              <w:bottom w:w="70" w:type="dxa"/>
              <w:right w:w="70" w:type="dxa"/>
            </w:tcMar>
          </w:tcPr>
          <w:p w14:paraId="033839AC" w14:textId="77777777" w:rsidR="00686453" w:rsidRPr="00AF13A6" w:rsidRDefault="00D95FB4">
            <w:pPr>
              <w:rPr>
                <w:szCs w:val="24"/>
              </w:rPr>
            </w:pPr>
            <w:r w:rsidRPr="00AF13A6">
              <w:rPr>
                <w:b/>
                <w:color w:val="FFFFFF"/>
                <w:szCs w:val="24"/>
              </w:rPr>
              <w:t>Initials</w:t>
            </w:r>
          </w:p>
        </w:tc>
      </w:tr>
      <w:tr w:rsidR="00686453" w:rsidRPr="00AF13A6" w14:paraId="1A4A283C" w14:textId="77777777" w:rsidTr="00AF13A6">
        <w:trPr>
          <w:cantSplit/>
          <w:jc w:val="center"/>
        </w:trPr>
        <w:tc>
          <w:tcPr>
            <w:tcW w:w="2056" w:type="dxa"/>
            <w:tcMar>
              <w:top w:w="70" w:type="dxa"/>
              <w:left w:w="70" w:type="dxa"/>
              <w:bottom w:w="70" w:type="dxa"/>
              <w:right w:w="70" w:type="dxa"/>
            </w:tcMar>
          </w:tcPr>
          <w:p w14:paraId="40F3672B" w14:textId="77777777" w:rsidR="00686453" w:rsidRPr="00AF13A6" w:rsidRDefault="00686453">
            <w:pPr>
              <w:rPr>
                <w:szCs w:val="24"/>
              </w:rPr>
            </w:pPr>
          </w:p>
        </w:tc>
        <w:tc>
          <w:tcPr>
            <w:tcW w:w="2056" w:type="dxa"/>
            <w:tcMar>
              <w:top w:w="70" w:type="dxa"/>
              <w:left w:w="70" w:type="dxa"/>
              <w:bottom w:w="70" w:type="dxa"/>
              <w:right w:w="70" w:type="dxa"/>
            </w:tcMar>
          </w:tcPr>
          <w:p w14:paraId="54C9ADC4" w14:textId="77777777" w:rsidR="00686453" w:rsidRPr="00AF13A6" w:rsidRDefault="00686453">
            <w:pPr>
              <w:rPr>
                <w:szCs w:val="24"/>
              </w:rPr>
            </w:pPr>
          </w:p>
        </w:tc>
        <w:tc>
          <w:tcPr>
            <w:tcW w:w="2056" w:type="dxa"/>
            <w:tcMar>
              <w:top w:w="70" w:type="dxa"/>
              <w:left w:w="70" w:type="dxa"/>
              <w:bottom w:w="70" w:type="dxa"/>
              <w:right w:w="70" w:type="dxa"/>
            </w:tcMar>
          </w:tcPr>
          <w:p w14:paraId="581C2D8A" w14:textId="77777777" w:rsidR="00686453" w:rsidRPr="00AF13A6" w:rsidRDefault="00686453">
            <w:pPr>
              <w:rPr>
                <w:szCs w:val="24"/>
              </w:rPr>
            </w:pPr>
          </w:p>
        </w:tc>
        <w:tc>
          <w:tcPr>
            <w:tcW w:w="3888" w:type="dxa"/>
            <w:tcMar>
              <w:top w:w="70" w:type="dxa"/>
              <w:left w:w="70" w:type="dxa"/>
              <w:bottom w:w="70" w:type="dxa"/>
              <w:right w:w="70" w:type="dxa"/>
            </w:tcMar>
          </w:tcPr>
          <w:p w14:paraId="4C0BF234" w14:textId="77777777" w:rsidR="00686453" w:rsidRPr="00AF13A6" w:rsidRDefault="00686453">
            <w:pPr>
              <w:rPr>
                <w:szCs w:val="24"/>
              </w:rPr>
            </w:pPr>
          </w:p>
        </w:tc>
        <w:tc>
          <w:tcPr>
            <w:tcW w:w="1260" w:type="dxa"/>
            <w:tcMar>
              <w:top w:w="70" w:type="dxa"/>
              <w:left w:w="70" w:type="dxa"/>
              <w:bottom w:w="70" w:type="dxa"/>
              <w:right w:w="70" w:type="dxa"/>
            </w:tcMar>
          </w:tcPr>
          <w:p w14:paraId="0157A463" w14:textId="77777777" w:rsidR="00686453" w:rsidRPr="00AF13A6" w:rsidRDefault="00686453">
            <w:pPr>
              <w:rPr>
                <w:szCs w:val="24"/>
              </w:rPr>
            </w:pPr>
          </w:p>
        </w:tc>
      </w:tr>
      <w:tr w:rsidR="00686453" w:rsidRPr="00AF13A6" w14:paraId="4AAABCB8" w14:textId="77777777" w:rsidTr="00AF13A6">
        <w:trPr>
          <w:cantSplit/>
          <w:jc w:val="center"/>
        </w:trPr>
        <w:tc>
          <w:tcPr>
            <w:tcW w:w="2056" w:type="dxa"/>
            <w:tcMar>
              <w:top w:w="70" w:type="dxa"/>
              <w:left w:w="70" w:type="dxa"/>
              <w:bottom w:w="70" w:type="dxa"/>
              <w:right w:w="70" w:type="dxa"/>
            </w:tcMar>
          </w:tcPr>
          <w:p w14:paraId="29F6371A" w14:textId="77777777" w:rsidR="00686453" w:rsidRPr="00AF13A6" w:rsidRDefault="00686453">
            <w:pPr>
              <w:rPr>
                <w:szCs w:val="24"/>
              </w:rPr>
            </w:pPr>
          </w:p>
        </w:tc>
        <w:tc>
          <w:tcPr>
            <w:tcW w:w="2056" w:type="dxa"/>
            <w:tcMar>
              <w:top w:w="70" w:type="dxa"/>
              <w:left w:w="70" w:type="dxa"/>
              <w:bottom w:w="70" w:type="dxa"/>
              <w:right w:w="70" w:type="dxa"/>
            </w:tcMar>
          </w:tcPr>
          <w:p w14:paraId="65ACB35A" w14:textId="77777777" w:rsidR="00686453" w:rsidRPr="00AF13A6" w:rsidRDefault="00686453">
            <w:pPr>
              <w:rPr>
                <w:szCs w:val="24"/>
              </w:rPr>
            </w:pPr>
          </w:p>
        </w:tc>
        <w:tc>
          <w:tcPr>
            <w:tcW w:w="2056" w:type="dxa"/>
            <w:tcMar>
              <w:top w:w="70" w:type="dxa"/>
              <w:left w:w="70" w:type="dxa"/>
              <w:bottom w:w="70" w:type="dxa"/>
              <w:right w:w="70" w:type="dxa"/>
            </w:tcMar>
          </w:tcPr>
          <w:p w14:paraId="2D697028" w14:textId="77777777" w:rsidR="00686453" w:rsidRPr="00AF13A6" w:rsidRDefault="00686453">
            <w:pPr>
              <w:rPr>
                <w:szCs w:val="24"/>
              </w:rPr>
            </w:pPr>
          </w:p>
        </w:tc>
        <w:tc>
          <w:tcPr>
            <w:tcW w:w="3888" w:type="dxa"/>
            <w:tcMar>
              <w:top w:w="70" w:type="dxa"/>
              <w:left w:w="70" w:type="dxa"/>
              <w:bottom w:w="70" w:type="dxa"/>
              <w:right w:w="70" w:type="dxa"/>
            </w:tcMar>
          </w:tcPr>
          <w:p w14:paraId="41007244" w14:textId="77777777" w:rsidR="00686453" w:rsidRPr="00AF13A6" w:rsidRDefault="00686453">
            <w:pPr>
              <w:rPr>
                <w:szCs w:val="24"/>
              </w:rPr>
            </w:pPr>
          </w:p>
        </w:tc>
        <w:tc>
          <w:tcPr>
            <w:tcW w:w="1260" w:type="dxa"/>
            <w:tcMar>
              <w:top w:w="70" w:type="dxa"/>
              <w:left w:w="70" w:type="dxa"/>
              <w:bottom w:w="70" w:type="dxa"/>
              <w:right w:w="70" w:type="dxa"/>
            </w:tcMar>
          </w:tcPr>
          <w:p w14:paraId="492C7C56" w14:textId="77777777" w:rsidR="00686453" w:rsidRPr="00AF13A6" w:rsidRDefault="00686453">
            <w:pPr>
              <w:rPr>
                <w:szCs w:val="24"/>
              </w:rPr>
            </w:pPr>
          </w:p>
        </w:tc>
      </w:tr>
      <w:tr w:rsidR="00686453" w:rsidRPr="00AF13A6" w14:paraId="196AE1D0" w14:textId="77777777" w:rsidTr="00AF13A6">
        <w:trPr>
          <w:cantSplit/>
          <w:jc w:val="center"/>
        </w:trPr>
        <w:tc>
          <w:tcPr>
            <w:tcW w:w="2056" w:type="dxa"/>
            <w:tcMar>
              <w:top w:w="70" w:type="dxa"/>
              <w:left w:w="70" w:type="dxa"/>
              <w:bottom w:w="70" w:type="dxa"/>
              <w:right w:w="70" w:type="dxa"/>
            </w:tcMar>
          </w:tcPr>
          <w:p w14:paraId="1316B1A5" w14:textId="77777777" w:rsidR="00686453" w:rsidRPr="00AF13A6" w:rsidRDefault="00686453">
            <w:pPr>
              <w:rPr>
                <w:szCs w:val="24"/>
              </w:rPr>
            </w:pPr>
          </w:p>
        </w:tc>
        <w:tc>
          <w:tcPr>
            <w:tcW w:w="2056" w:type="dxa"/>
            <w:tcMar>
              <w:top w:w="70" w:type="dxa"/>
              <w:left w:w="70" w:type="dxa"/>
              <w:bottom w:w="70" w:type="dxa"/>
              <w:right w:w="70" w:type="dxa"/>
            </w:tcMar>
          </w:tcPr>
          <w:p w14:paraId="68A9AF67" w14:textId="77777777" w:rsidR="00686453" w:rsidRPr="00AF13A6" w:rsidRDefault="00686453">
            <w:pPr>
              <w:rPr>
                <w:szCs w:val="24"/>
              </w:rPr>
            </w:pPr>
          </w:p>
        </w:tc>
        <w:tc>
          <w:tcPr>
            <w:tcW w:w="2056" w:type="dxa"/>
            <w:tcMar>
              <w:top w:w="70" w:type="dxa"/>
              <w:left w:w="70" w:type="dxa"/>
              <w:bottom w:w="70" w:type="dxa"/>
              <w:right w:w="70" w:type="dxa"/>
            </w:tcMar>
          </w:tcPr>
          <w:p w14:paraId="50BADF8E" w14:textId="77777777" w:rsidR="00686453" w:rsidRPr="00AF13A6" w:rsidRDefault="00686453">
            <w:pPr>
              <w:rPr>
                <w:szCs w:val="24"/>
              </w:rPr>
            </w:pPr>
          </w:p>
        </w:tc>
        <w:tc>
          <w:tcPr>
            <w:tcW w:w="3888" w:type="dxa"/>
            <w:tcMar>
              <w:top w:w="70" w:type="dxa"/>
              <w:left w:w="70" w:type="dxa"/>
              <w:bottom w:w="70" w:type="dxa"/>
              <w:right w:w="70" w:type="dxa"/>
            </w:tcMar>
          </w:tcPr>
          <w:p w14:paraId="2C1F1BF6" w14:textId="77777777" w:rsidR="00686453" w:rsidRPr="00AF13A6" w:rsidRDefault="00686453">
            <w:pPr>
              <w:rPr>
                <w:szCs w:val="24"/>
              </w:rPr>
            </w:pPr>
          </w:p>
        </w:tc>
        <w:tc>
          <w:tcPr>
            <w:tcW w:w="1260" w:type="dxa"/>
            <w:tcMar>
              <w:top w:w="70" w:type="dxa"/>
              <w:left w:w="70" w:type="dxa"/>
              <w:bottom w:w="70" w:type="dxa"/>
              <w:right w:w="70" w:type="dxa"/>
            </w:tcMar>
          </w:tcPr>
          <w:p w14:paraId="408069E2" w14:textId="77777777" w:rsidR="00686453" w:rsidRPr="00AF13A6" w:rsidRDefault="00686453">
            <w:pPr>
              <w:rPr>
                <w:szCs w:val="24"/>
              </w:rPr>
            </w:pPr>
          </w:p>
        </w:tc>
      </w:tr>
      <w:tr w:rsidR="00686453" w:rsidRPr="00AF13A6" w14:paraId="104035D3" w14:textId="77777777" w:rsidTr="00AF13A6">
        <w:trPr>
          <w:cantSplit/>
          <w:jc w:val="center"/>
        </w:trPr>
        <w:tc>
          <w:tcPr>
            <w:tcW w:w="2056" w:type="dxa"/>
            <w:tcMar>
              <w:top w:w="70" w:type="dxa"/>
              <w:left w:w="70" w:type="dxa"/>
              <w:bottom w:w="70" w:type="dxa"/>
              <w:right w:w="70" w:type="dxa"/>
            </w:tcMar>
          </w:tcPr>
          <w:p w14:paraId="3465B2D1" w14:textId="77777777" w:rsidR="00686453" w:rsidRPr="00AF13A6" w:rsidRDefault="00686453">
            <w:pPr>
              <w:rPr>
                <w:szCs w:val="24"/>
              </w:rPr>
            </w:pPr>
          </w:p>
        </w:tc>
        <w:tc>
          <w:tcPr>
            <w:tcW w:w="2056" w:type="dxa"/>
            <w:tcMar>
              <w:top w:w="70" w:type="dxa"/>
              <w:left w:w="70" w:type="dxa"/>
              <w:bottom w:w="70" w:type="dxa"/>
              <w:right w:w="70" w:type="dxa"/>
            </w:tcMar>
          </w:tcPr>
          <w:p w14:paraId="3C89D5FD" w14:textId="77777777" w:rsidR="00686453" w:rsidRPr="00AF13A6" w:rsidRDefault="00686453">
            <w:pPr>
              <w:rPr>
                <w:szCs w:val="24"/>
              </w:rPr>
            </w:pPr>
          </w:p>
        </w:tc>
        <w:tc>
          <w:tcPr>
            <w:tcW w:w="2056" w:type="dxa"/>
            <w:tcMar>
              <w:top w:w="70" w:type="dxa"/>
              <w:left w:w="70" w:type="dxa"/>
              <w:bottom w:w="70" w:type="dxa"/>
              <w:right w:w="70" w:type="dxa"/>
            </w:tcMar>
          </w:tcPr>
          <w:p w14:paraId="0EE3317E" w14:textId="77777777" w:rsidR="00686453" w:rsidRPr="00AF13A6" w:rsidRDefault="00686453">
            <w:pPr>
              <w:rPr>
                <w:szCs w:val="24"/>
              </w:rPr>
            </w:pPr>
          </w:p>
        </w:tc>
        <w:tc>
          <w:tcPr>
            <w:tcW w:w="3888" w:type="dxa"/>
            <w:tcMar>
              <w:top w:w="70" w:type="dxa"/>
              <w:left w:w="70" w:type="dxa"/>
              <w:bottom w:w="70" w:type="dxa"/>
              <w:right w:w="70" w:type="dxa"/>
            </w:tcMar>
          </w:tcPr>
          <w:p w14:paraId="3CEE5570" w14:textId="77777777" w:rsidR="00686453" w:rsidRPr="00AF13A6" w:rsidRDefault="00686453">
            <w:pPr>
              <w:rPr>
                <w:szCs w:val="24"/>
              </w:rPr>
            </w:pPr>
          </w:p>
        </w:tc>
        <w:tc>
          <w:tcPr>
            <w:tcW w:w="1260" w:type="dxa"/>
            <w:tcMar>
              <w:top w:w="70" w:type="dxa"/>
              <w:left w:w="70" w:type="dxa"/>
              <w:bottom w:w="70" w:type="dxa"/>
              <w:right w:w="70" w:type="dxa"/>
            </w:tcMar>
          </w:tcPr>
          <w:p w14:paraId="1E50790A" w14:textId="77777777" w:rsidR="00686453" w:rsidRPr="00AF13A6" w:rsidRDefault="00686453">
            <w:pPr>
              <w:rPr>
                <w:szCs w:val="24"/>
              </w:rPr>
            </w:pPr>
          </w:p>
        </w:tc>
      </w:tr>
      <w:tr w:rsidR="00686453" w:rsidRPr="00AF13A6" w14:paraId="050F1AC0" w14:textId="77777777" w:rsidTr="00AF13A6">
        <w:trPr>
          <w:cantSplit/>
          <w:jc w:val="center"/>
        </w:trPr>
        <w:tc>
          <w:tcPr>
            <w:tcW w:w="2056" w:type="dxa"/>
            <w:tcMar>
              <w:top w:w="70" w:type="dxa"/>
              <w:left w:w="70" w:type="dxa"/>
              <w:bottom w:w="70" w:type="dxa"/>
              <w:right w:w="70" w:type="dxa"/>
            </w:tcMar>
          </w:tcPr>
          <w:p w14:paraId="0A5D942E" w14:textId="77777777" w:rsidR="00686453" w:rsidRPr="00AF13A6" w:rsidRDefault="00686453">
            <w:pPr>
              <w:rPr>
                <w:szCs w:val="24"/>
              </w:rPr>
            </w:pPr>
          </w:p>
        </w:tc>
        <w:tc>
          <w:tcPr>
            <w:tcW w:w="2056" w:type="dxa"/>
            <w:tcMar>
              <w:top w:w="70" w:type="dxa"/>
              <w:left w:w="70" w:type="dxa"/>
              <w:bottom w:w="70" w:type="dxa"/>
              <w:right w:w="70" w:type="dxa"/>
            </w:tcMar>
          </w:tcPr>
          <w:p w14:paraId="430A68DA" w14:textId="77777777" w:rsidR="00686453" w:rsidRPr="00AF13A6" w:rsidRDefault="00686453">
            <w:pPr>
              <w:rPr>
                <w:szCs w:val="24"/>
              </w:rPr>
            </w:pPr>
          </w:p>
        </w:tc>
        <w:tc>
          <w:tcPr>
            <w:tcW w:w="2056" w:type="dxa"/>
            <w:tcMar>
              <w:top w:w="70" w:type="dxa"/>
              <w:left w:w="70" w:type="dxa"/>
              <w:bottom w:w="70" w:type="dxa"/>
              <w:right w:w="70" w:type="dxa"/>
            </w:tcMar>
          </w:tcPr>
          <w:p w14:paraId="01653942" w14:textId="77777777" w:rsidR="00686453" w:rsidRPr="00AF13A6" w:rsidRDefault="00686453">
            <w:pPr>
              <w:rPr>
                <w:szCs w:val="24"/>
              </w:rPr>
            </w:pPr>
          </w:p>
        </w:tc>
        <w:tc>
          <w:tcPr>
            <w:tcW w:w="3888" w:type="dxa"/>
            <w:tcMar>
              <w:top w:w="70" w:type="dxa"/>
              <w:left w:w="70" w:type="dxa"/>
              <w:bottom w:w="70" w:type="dxa"/>
              <w:right w:w="70" w:type="dxa"/>
            </w:tcMar>
          </w:tcPr>
          <w:p w14:paraId="23524616" w14:textId="77777777" w:rsidR="00686453" w:rsidRPr="00AF13A6" w:rsidRDefault="00686453">
            <w:pPr>
              <w:rPr>
                <w:szCs w:val="24"/>
              </w:rPr>
            </w:pPr>
          </w:p>
        </w:tc>
        <w:tc>
          <w:tcPr>
            <w:tcW w:w="1260" w:type="dxa"/>
            <w:tcMar>
              <w:top w:w="70" w:type="dxa"/>
              <w:left w:w="70" w:type="dxa"/>
              <w:bottom w:w="70" w:type="dxa"/>
              <w:right w:w="70" w:type="dxa"/>
            </w:tcMar>
          </w:tcPr>
          <w:p w14:paraId="26577ACF" w14:textId="77777777" w:rsidR="00686453" w:rsidRPr="00AF13A6" w:rsidRDefault="00686453">
            <w:pPr>
              <w:rPr>
                <w:szCs w:val="24"/>
              </w:rPr>
            </w:pPr>
          </w:p>
        </w:tc>
      </w:tr>
      <w:tr w:rsidR="00686453" w:rsidRPr="00AF13A6" w14:paraId="6BBBA44E" w14:textId="77777777" w:rsidTr="00AF13A6">
        <w:trPr>
          <w:cantSplit/>
          <w:jc w:val="center"/>
        </w:trPr>
        <w:tc>
          <w:tcPr>
            <w:tcW w:w="2056" w:type="dxa"/>
            <w:tcMar>
              <w:top w:w="70" w:type="dxa"/>
              <w:left w:w="70" w:type="dxa"/>
              <w:bottom w:w="70" w:type="dxa"/>
              <w:right w:w="70" w:type="dxa"/>
            </w:tcMar>
          </w:tcPr>
          <w:p w14:paraId="2F81F4C8" w14:textId="77777777" w:rsidR="00686453" w:rsidRPr="00AF13A6" w:rsidRDefault="00686453">
            <w:pPr>
              <w:rPr>
                <w:szCs w:val="24"/>
              </w:rPr>
            </w:pPr>
          </w:p>
        </w:tc>
        <w:tc>
          <w:tcPr>
            <w:tcW w:w="2056" w:type="dxa"/>
            <w:tcMar>
              <w:top w:w="70" w:type="dxa"/>
              <w:left w:w="70" w:type="dxa"/>
              <w:bottom w:w="70" w:type="dxa"/>
              <w:right w:w="70" w:type="dxa"/>
            </w:tcMar>
          </w:tcPr>
          <w:p w14:paraId="27986141" w14:textId="77777777" w:rsidR="00686453" w:rsidRPr="00AF13A6" w:rsidRDefault="00686453">
            <w:pPr>
              <w:rPr>
                <w:szCs w:val="24"/>
              </w:rPr>
            </w:pPr>
          </w:p>
        </w:tc>
        <w:tc>
          <w:tcPr>
            <w:tcW w:w="2056" w:type="dxa"/>
            <w:tcMar>
              <w:top w:w="70" w:type="dxa"/>
              <w:left w:w="70" w:type="dxa"/>
              <w:bottom w:w="70" w:type="dxa"/>
              <w:right w:w="70" w:type="dxa"/>
            </w:tcMar>
          </w:tcPr>
          <w:p w14:paraId="1BD7CC7A" w14:textId="77777777" w:rsidR="00686453" w:rsidRPr="00AF13A6" w:rsidRDefault="00686453">
            <w:pPr>
              <w:rPr>
                <w:szCs w:val="24"/>
              </w:rPr>
            </w:pPr>
          </w:p>
        </w:tc>
        <w:tc>
          <w:tcPr>
            <w:tcW w:w="3888" w:type="dxa"/>
            <w:tcMar>
              <w:top w:w="70" w:type="dxa"/>
              <w:left w:w="70" w:type="dxa"/>
              <w:bottom w:w="70" w:type="dxa"/>
              <w:right w:w="70" w:type="dxa"/>
            </w:tcMar>
          </w:tcPr>
          <w:p w14:paraId="40CC1596" w14:textId="77777777" w:rsidR="00686453" w:rsidRPr="00AF13A6" w:rsidRDefault="00686453">
            <w:pPr>
              <w:rPr>
                <w:szCs w:val="24"/>
              </w:rPr>
            </w:pPr>
          </w:p>
        </w:tc>
        <w:tc>
          <w:tcPr>
            <w:tcW w:w="1260" w:type="dxa"/>
            <w:tcMar>
              <w:top w:w="70" w:type="dxa"/>
              <w:left w:w="70" w:type="dxa"/>
              <w:bottom w:w="70" w:type="dxa"/>
              <w:right w:w="70" w:type="dxa"/>
            </w:tcMar>
          </w:tcPr>
          <w:p w14:paraId="7064F298" w14:textId="77777777" w:rsidR="00686453" w:rsidRPr="00AF13A6" w:rsidRDefault="00686453">
            <w:pPr>
              <w:rPr>
                <w:szCs w:val="24"/>
              </w:rPr>
            </w:pPr>
          </w:p>
        </w:tc>
      </w:tr>
      <w:tr w:rsidR="00686453" w:rsidRPr="00AF13A6" w14:paraId="51DC9822" w14:textId="77777777" w:rsidTr="00AF13A6">
        <w:trPr>
          <w:cantSplit/>
          <w:jc w:val="center"/>
        </w:trPr>
        <w:tc>
          <w:tcPr>
            <w:tcW w:w="2056" w:type="dxa"/>
            <w:tcMar>
              <w:top w:w="70" w:type="dxa"/>
              <w:left w:w="70" w:type="dxa"/>
              <w:bottom w:w="70" w:type="dxa"/>
              <w:right w:w="70" w:type="dxa"/>
            </w:tcMar>
          </w:tcPr>
          <w:p w14:paraId="189B448A" w14:textId="77777777" w:rsidR="00686453" w:rsidRPr="00AF13A6" w:rsidRDefault="00686453">
            <w:pPr>
              <w:rPr>
                <w:szCs w:val="24"/>
              </w:rPr>
            </w:pPr>
          </w:p>
        </w:tc>
        <w:tc>
          <w:tcPr>
            <w:tcW w:w="2056" w:type="dxa"/>
            <w:tcMar>
              <w:top w:w="70" w:type="dxa"/>
              <w:left w:w="70" w:type="dxa"/>
              <w:bottom w:w="70" w:type="dxa"/>
              <w:right w:w="70" w:type="dxa"/>
            </w:tcMar>
          </w:tcPr>
          <w:p w14:paraId="17A133E2" w14:textId="77777777" w:rsidR="00686453" w:rsidRPr="00AF13A6" w:rsidRDefault="00686453">
            <w:pPr>
              <w:rPr>
                <w:szCs w:val="24"/>
              </w:rPr>
            </w:pPr>
          </w:p>
        </w:tc>
        <w:tc>
          <w:tcPr>
            <w:tcW w:w="2056" w:type="dxa"/>
            <w:tcMar>
              <w:top w:w="70" w:type="dxa"/>
              <w:left w:w="70" w:type="dxa"/>
              <w:bottom w:w="70" w:type="dxa"/>
              <w:right w:w="70" w:type="dxa"/>
            </w:tcMar>
          </w:tcPr>
          <w:p w14:paraId="1E501F19" w14:textId="77777777" w:rsidR="00686453" w:rsidRPr="00AF13A6" w:rsidRDefault="00686453">
            <w:pPr>
              <w:rPr>
                <w:szCs w:val="24"/>
              </w:rPr>
            </w:pPr>
          </w:p>
        </w:tc>
        <w:tc>
          <w:tcPr>
            <w:tcW w:w="3888" w:type="dxa"/>
            <w:tcMar>
              <w:top w:w="70" w:type="dxa"/>
              <w:left w:w="70" w:type="dxa"/>
              <w:bottom w:w="70" w:type="dxa"/>
              <w:right w:w="70" w:type="dxa"/>
            </w:tcMar>
          </w:tcPr>
          <w:p w14:paraId="02C5CC31" w14:textId="77777777" w:rsidR="00686453" w:rsidRPr="00AF13A6" w:rsidRDefault="00686453">
            <w:pPr>
              <w:rPr>
                <w:szCs w:val="24"/>
              </w:rPr>
            </w:pPr>
          </w:p>
        </w:tc>
        <w:tc>
          <w:tcPr>
            <w:tcW w:w="1260" w:type="dxa"/>
            <w:tcMar>
              <w:top w:w="70" w:type="dxa"/>
              <w:left w:w="70" w:type="dxa"/>
              <w:bottom w:w="70" w:type="dxa"/>
              <w:right w:w="70" w:type="dxa"/>
            </w:tcMar>
          </w:tcPr>
          <w:p w14:paraId="79371990" w14:textId="77777777" w:rsidR="00686453" w:rsidRPr="00AF13A6" w:rsidRDefault="00686453">
            <w:pPr>
              <w:rPr>
                <w:szCs w:val="24"/>
              </w:rPr>
            </w:pPr>
          </w:p>
        </w:tc>
      </w:tr>
      <w:tr w:rsidR="00686453" w:rsidRPr="00AF13A6" w14:paraId="7D88AE52" w14:textId="77777777" w:rsidTr="00AF13A6">
        <w:trPr>
          <w:cantSplit/>
          <w:jc w:val="center"/>
        </w:trPr>
        <w:tc>
          <w:tcPr>
            <w:tcW w:w="2056" w:type="dxa"/>
            <w:tcMar>
              <w:top w:w="70" w:type="dxa"/>
              <w:left w:w="70" w:type="dxa"/>
              <w:bottom w:w="70" w:type="dxa"/>
              <w:right w:w="70" w:type="dxa"/>
            </w:tcMar>
          </w:tcPr>
          <w:p w14:paraId="16C533A2" w14:textId="77777777" w:rsidR="00686453" w:rsidRPr="00AF13A6" w:rsidRDefault="00686453">
            <w:pPr>
              <w:rPr>
                <w:szCs w:val="24"/>
              </w:rPr>
            </w:pPr>
          </w:p>
        </w:tc>
        <w:tc>
          <w:tcPr>
            <w:tcW w:w="2056" w:type="dxa"/>
            <w:tcMar>
              <w:top w:w="70" w:type="dxa"/>
              <w:left w:w="70" w:type="dxa"/>
              <w:bottom w:w="70" w:type="dxa"/>
              <w:right w:w="70" w:type="dxa"/>
            </w:tcMar>
          </w:tcPr>
          <w:p w14:paraId="265A9B2E" w14:textId="77777777" w:rsidR="00686453" w:rsidRPr="00AF13A6" w:rsidRDefault="00686453">
            <w:pPr>
              <w:rPr>
                <w:szCs w:val="24"/>
              </w:rPr>
            </w:pPr>
          </w:p>
        </w:tc>
        <w:tc>
          <w:tcPr>
            <w:tcW w:w="2056" w:type="dxa"/>
            <w:tcMar>
              <w:top w:w="70" w:type="dxa"/>
              <w:left w:w="70" w:type="dxa"/>
              <w:bottom w:w="70" w:type="dxa"/>
              <w:right w:w="70" w:type="dxa"/>
            </w:tcMar>
          </w:tcPr>
          <w:p w14:paraId="7CFFF891" w14:textId="77777777" w:rsidR="00686453" w:rsidRPr="00AF13A6" w:rsidRDefault="00686453">
            <w:pPr>
              <w:rPr>
                <w:szCs w:val="24"/>
              </w:rPr>
            </w:pPr>
          </w:p>
        </w:tc>
        <w:tc>
          <w:tcPr>
            <w:tcW w:w="3888" w:type="dxa"/>
            <w:tcMar>
              <w:top w:w="70" w:type="dxa"/>
              <w:left w:w="70" w:type="dxa"/>
              <w:bottom w:w="70" w:type="dxa"/>
              <w:right w:w="70" w:type="dxa"/>
            </w:tcMar>
          </w:tcPr>
          <w:p w14:paraId="02EFD01C" w14:textId="77777777" w:rsidR="00686453" w:rsidRPr="00AF13A6" w:rsidRDefault="00686453">
            <w:pPr>
              <w:rPr>
                <w:szCs w:val="24"/>
              </w:rPr>
            </w:pPr>
          </w:p>
        </w:tc>
        <w:tc>
          <w:tcPr>
            <w:tcW w:w="1260" w:type="dxa"/>
            <w:tcMar>
              <w:top w:w="70" w:type="dxa"/>
              <w:left w:w="70" w:type="dxa"/>
              <w:bottom w:w="70" w:type="dxa"/>
              <w:right w:w="70" w:type="dxa"/>
            </w:tcMar>
          </w:tcPr>
          <w:p w14:paraId="450F7858" w14:textId="77777777" w:rsidR="00686453" w:rsidRPr="00AF13A6" w:rsidRDefault="00686453">
            <w:pPr>
              <w:rPr>
                <w:szCs w:val="24"/>
              </w:rPr>
            </w:pPr>
          </w:p>
        </w:tc>
      </w:tr>
      <w:tr w:rsidR="00686453" w:rsidRPr="00AF13A6" w14:paraId="04EF3580" w14:textId="77777777" w:rsidTr="00AF13A6">
        <w:trPr>
          <w:cantSplit/>
          <w:jc w:val="center"/>
        </w:trPr>
        <w:tc>
          <w:tcPr>
            <w:tcW w:w="2056" w:type="dxa"/>
            <w:tcMar>
              <w:top w:w="70" w:type="dxa"/>
              <w:left w:w="70" w:type="dxa"/>
              <w:bottom w:w="70" w:type="dxa"/>
              <w:right w:w="70" w:type="dxa"/>
            </w:tcMar>
          </w:tcPr>
          <w:p w14:paraId="7F947546" w14:textId="77777777" w:rsidR="00686453" w:rsidRPr="00AF13A6" w:rsidRDefault="00686453">
            <w:pPr>
              <w:rPr>
                <w:szCs w:val="24"/>
              </w:rPr>
            </w:pPr>
          </w:p>
        </w:tc>
        <w:tc>
          <w:tcPr>
            <w:tcW w:w="2056" w:type="dxa"/>
            <w:tcMar>
              <w:top w:w="70" w:type="dxa"/>
              <w:left w:w="70" w:type="dxa"/>
              <w:bottom w:w="70" w:type="dxa"/>
              <w:right w:w="70" w:type="dxa"/>
            </w:tcMar>
          </w:tcPr>
          <w:p w14:paraId="7D63F76F" w14:textId="77777777" w:rsidR="00686453" w:rsidRPr="00AF13A6" w:rsidRDefault="00686453">
            <w:pPr>
              <w:rPr>
                <w:szCs w:val="24"/>
              </w:rPr>
            </w:pPr>
          </w:p>
        </w:tc>
        <w:tc>
          <w:tcPr>
            <w:tcW w:w="2056" w:type="dxa"/>
            <w:tcMar>
              <w:top w:w="70" w:type="dxa"/>
              <w:left w:w="70" w:type="dxa"/>
              <w:bottom w:w="70" w:type="dxa"/>
              <w:right w:w="70" w:type="dxa"/>
            </w:tcMar>
          </w:tcPr>
          <w:p w14:paraId="7F186B03" w14:textId="77777777" w:rsidR="00686453" w:rsidRPr="00AF13A6" w:rsidRDefault="00686453">
            <w:pPr>
              <w:rPr>
                <w:szCs w:val="24"/>
              </w:rPr>
            </w:pPr>
          </w:p>
        </w:tc>
        <w:tc>
          <w:tcPr>
            <w:tcW w:w="3888" w:type="dxa"/>
            <w:tcMar>
              <w:top w:w="70" w:type="dxa"/>
              <w:left w:w="70" w:type="dxa"/>
              <w:bottom w:w="70" w:type="dxa"/>
              <w:right w:w="70" w:type="dxa"/>
            </w:tcMar>
          </w:tcPr>
          <w:p w14:paraId="66CE3E82" w14:textId="77777777" w:rsidR="00686453" w:rsidRPr="00AF13A6" w:rsidRDefault="00686453">
            <w:pPr>
              <w:rPr>
                <w:szCs w:val="24"/>
              </w:rPr>
            </w:pPr>
          </w:p>
        </w:tc>
        <w:tc>
          <w:tcPr>
            <w:tcW w:w="1260" w:type="dxa"/>
            <w:tcMar>
              <w:top w:w="70" w:type="dxa"/>
              <w:left w:w="70" w:type="dxa"/>
              <w:bottom w:w="70" w:type="dxa"/>
              <w:right w:w="70" w:type="dxa"/>
            </w:tcMar>
          </w:tcPr>
          <w:p w14:paraId="1140FB23" w14:textId="77777777" w:rsidR="00686453" w:rsidRPr="00AF13A6" w:rsidRDefault="00686453">
            <w:pPr>
              <w:rPr>
                <w:szCs w:val="24"/>
              </w:rPr>
            </w:pPr>
          </w:p>
        </w:tc>
      </w:tr>
    </w:tbl>
    <w:p w14:paraId="67E4236C" w14:textId="77777777" w:rsidR="00686453" w:rsidRDefault="00686453">
      <w:pPr>
        <w:spacing w:after="0"/>
      </w:pPr>
    </w:p>
    <w:p w14:paraId="362FE1B8" w14:textId="77777777" w:rsidR="00686453" w:rsidRDefault="00D95FB4">
      <w:r>
        <w:br w:type="page"/>
      </w:r>
    </w:p>
    <w:p w14:paraId="65F31081" w14:textId="77777777" w:rsidR="00686453" w:rsidRDefault="00D95FB4">
      <w:pPr>
        <w:pStyle w:val="Heading1"/>
        <w:pBdr>
          <w:bottom w:val="single" w:sz="14" w:space="5" w:color="E63B07"/>
        </w:pBdr>
        <w:spacing w:before="140" w:after="140"/>
      </w:pPr>
      <w:r>
        <w:rPr>
          <w:rFonts w:ascii="Arial" w:eastAsia="Arial" w:hAnsi="Arial"/>
        </w:rPr>
        <w:lastRenderedPageBreak/>
        <w:t>RECORD OF DISTRIBUTION / CONTROLLED ACCESS</w:t>
      </w: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952"/>
        <w:gridCol w:w="3240"/>
        <w:gridCol w:w="2570"/>
        <w:gridCol w:w="2570"/>
      </w:tblGrid>
      <w:tr w:rsidR="00686453" w:rsidRPr="00AF13A6" w14:paraId="0FD03F75" w14:textId="77777777">
        <w:trPr>
          <w:tblHeader/>
          <w:jc w:val="center"/>
        </w:trPr>
        <w:tc>
          <w:tcPr>
            <w:tcW w:w="2952" w:type="dxa"/>
            <w:shd w:val="clear" w:color="auto" w:fill="015A41"/>
            <w:tcMar>
              <w:top w:w="70" w:type="dxa"/>
              <w:left w:w="70" w:type="dxa"/>
              <w:bottom w:w="70" w:type="dxa"/>
              <w:right w:w="70" w:type="dxa"/>
            </w:tcMar>
          </w:tcPr>
          <w:p w14:paraId="38CD1BB3" w14:textId="77777777" w:rsidR="00686453" w:rsidRPr="00AF13A6" w:rsidRDefault="00D95FB4">
            <w:pPr>
              <w:rPr>
                <w:szCs w:val="24"/>
              </w:rPr>
            </w:pPr>
            <w:r w:rsidRPr="00AF13A6">
              <w:rPr>
                <w:b/>
                <w:color w:val="FFFFFF"/>
                <w:szCs w:val="24"/>
              </w:rPr>
              <w:t>Recipient / Role</w:t>
            </w:r>
          </w:p>
        </w:tc>
        <w:tc>
          <w:tcPr>
            <w:tcW w:w="3240" w:type="dxa"/>
            <w:shd w:val="clear" w:color="auto" w:fill="015A41"/>
            <w:tcMar>
              <w:top w:w="70" w:type="dxa"/>
              <w:left w:w="70" w:type="dxa"/>
              <w:bottom w:w="70" w:type="dxa"/>
              <w:right w:w="70" w:type="dxa"/>
            </w:tcMar>
          </w:tcPr>
          <w:p w14:paraId="2FAC7F04" w14:textId="77777777" w:rsidR="00686453" w:rsidRPr="00AF13A6" w:rsidRDefault="00D95FB4">
            <w:pPr>
              <w:rPr>
                <w:szCs w:val="24"/>
              </w:rPr>
            </w:pPr>
            <w:r w:rsidRPr="00AF13A6">
              <w:rPr>
                <w:b/>
                <w:color w:val="FFFFFF"/>
                <w:szCs w:val="24"/>
              </w:rPr>
              <w:t>Department / Agency</w:t>
            </w:r>
          </w:p>
        </w:tc>
        <w:tc>
          <w:tcPr>
            <w:tcW w:w="1512" w:type="dxa"/>
            <w:shd w:val="clear" w:color="auto" w:fill="015A41"/>
            <w:tcMar>
              <w:top w:w="70" w:type="dxa"/>
              <w:left w:w="70" w:type="dxa"/>
              <w:bottom w:w="70" w:type="dxa"/>
              <w:right w:w="70" w:type="dxa"/>
            </w:tcMar>
          </w:tcPr>
          <w:p w14:paraId="07917FE4" w14:textId="77777777" w:rsidR="00686453" w:rsidRPr="00AF13A6" w:rsidRDefault="00D95FB4">
            <w:pPr>
              <w:rPr>
                <w:szCs w:val="24"/>
              </w:rPr>
            </w:pPr>
            <w:r w:rsidRPr="00AF13A6">
              <w:rPr>
                <w:b/>
                <w:color w:val="FFFFFF"/>
                <w:szCs w:val="24"/>
              </w:rPr>
              <w:t>Date</w:t>
            </w:r>
          </w:p>
        </w:tc>
        <w:tc>
          <w:tcPr>
            <w:tcW w:w="2376" w:type="dxa"/>
            <w:shd w:val="clear" w:color="auto" w:fill="015A41"/>
            <w:tcMar>
              <w:top w:w="70" w:type="dxa"/>
              <w:left w:w="70" w:type="dxa"/>
              <w:bottom w:w="70" w:type="dxa"/>
              <w:right w:w="70" w:type="dxa"/>
            </w:tcMar>
          </w:tcPr>
          <w:p w14:paraId="73E41395" w14:textId="77777777" w:rsidR="00686453" w:rsidRPr="00AF13A6" w:rsidRDefault="00D95FB4">
            <w:pPr>
              <w:rPr>
                <w:szCs w:val="24"/>
              </w:rPr>
            </w:pPr>
            <w:r w:rsidRPr="00AF13A6">
              <w:rPr>
                <w:b/>
                <w:color w:val="FFFFFF"/>
                <w:szCs w:val="24"/>
              </w:rPr>
              <w:t>Copy / Access</w:t>
            </w:r>
          </w:p>
        </w:tc>
      </w:tr>
      <w:tr w:rsidR="00686453" w:rsidRPr="00AF13A6" w14:paraId="70B55D49" w14:textId="77777777">
        <w:trPr>
          <w:cantSplit/>
          <w:jc w:val="center"/>
        </w:trPr>
        <w:tc>
          <w:tcPr>
            <w:tcW w:w="2570" w:type="dxa"/>
            <w:tcMar>
              <w:top w:w="70" w:type="dxa"/>
              <w:left w:w="70" w:type="dxa"/>
              <w:bottom w:w="70" w:type="dxa"/>
              <w:right w:w="70" w:type="dxa"/>
            </w:tcMar>
          </w:tcPr>
          <w:p w14:paraId="431F1696" w14:textId="77777777" w:rsidR="00686453" w:rsidRPr="00AF13A6" w:rsidRDefault="00686453">
            <w:pPr>
              <w:rPr>
                <w:szCs w:val="24"/>
              </w:rPr>
            </w:pPr>
          </w:p>
        </w:tc>
        <w:tc>
          <w:tcPr>
            <w:tcW w:w="2570" w:type="dxa"/>
            <w:tcMar>
              <w:top w:w="70" w:type="dxa"/>
              <w:left w:w="70" w:type="dxa"/>
              <w:bottom w:w="70" w:type="dxa"/>
              <w:right w:w="70" w:type="dxa"/>
            </w:tcMar>
          </w:tcPr>
          <w:p w14:paraId="1AB26358" w14:textId="77777777" w:rsidR="00686453" w:rsidRPr="00AF13A6" w:rsidRDefault="00686453">
            <w:pPr>
              <w:rPr>
                <w:szCs w:val="24"/>
              </w:rPr>
            </w:pPr>
          </w:p>
        </w:tc>
        <w:tc>
          <w:tcPr>
            <w:tcW w:w="2570" w:type="dxa"/>
            <w:tcMar>
              <w:top w:w="70" w:type="dxa"/>
              <w:left w:w="70" w:type="dxa"/>
              <w:bottom w:w="70" w:type="dxa"/>
              <w:right w:w="70" w:type="dxa"/>
            </w:tcMar>
          </w:tcPr>
          <w:p w14:paraId="4899DB32" w14:textId="77777777" w:rsidR="00686453" w:rsidRPr="00AF13A6" w:rsidRDefault="00686453">
            <w:pPr>
              <w:rPr>
                <w:szCs w:val="24"/>
              </w:rPr>
            </w:pPr>
          </w:p>
        </w:tc>
        <w:tc>
          <w:tcPr>
            <w:tcW w:w="2570" w:type="dxa"/>
            <w:tcMar>
              <w:top w:w="70" w:type="dxa"/>
              <w:left w:w="70" w:type="dxa"/>
              <w:bottom w:w="70" w:type="dxa"/>
              <w:right w:w="70" w:type="dxa"/>
            </w:tcMar>
          </w:tcPr>
          <w:p w14:paraId="517AD7CB" w14:textId="77777777" w:rsidR="00686453" w:rsidRPr="00AF13A6" w:rsidRDefault="00686453">
            <w:pPr>
              <w:rPr>
                <w:szCs w:val="24"/>
              </w:rPr>
            </w:pPr>
          </w:p>
        </w:tc>
      </w:tr>
      <w:tr w:rsidR="00686453" w:rsidRPr="00AF13A6" w14:paraId="27741249" w14:textId="77777777">
        <w:trPr>
          <w:cantSplit/>
          <w:jc w:val="center"/>
        </w:trPr>
        <w:tc>
          <w:tcPr>
            <w:tcW w:w="2570" w:type="dxa"/>
            <w:tcMar>
              <w:top w:w="70" w:type="dxa"/>
              <w:left w:w="70" w:type="dxa"/>
              <w:bottom w:w="70" w:type="dxa"/>
              <w:right w:w="70" w:type="dxa"/>
            </w:tcMar>
          </w:tcPr>
          <w:p w14:paraId="78C8B1DA" w14:textId="77777777" w:rsidR="00686453" w:rsidRPr="00AF13A6" w:rsidRDefault="00686453">
            <w:pPr>
              <w:rPr>
                <w:szCs w:val="24"/>
              </w:rPr>
            </w:pPr>
          </w:p>
        </w:tc>
        <w:tc>
          <w:tcPr>
            <w:tcW w:w="2570" w:type="dxa"/>
            <w:tcMar>
              <w:top w:w="70" w:type="dxa"/>
              <w:left w:w="70" w:type="dxa"/>
              <w:bottom w:w="70" w:type="dxa"/>
              <w:right w:w="70" w:type="dxa"/>
            </w:tcMar>
          </w:tcPr>
          <w:p w14:paraId="465BED9C" w14:textId="77777777" w:rsidR="00686453" w:rsidRPr="00AF13A6" w:rsidRDefault="00686453">
            <w:pPr>
              <w:rPr>
                <w:szCs w:val="24"/>
              </w:rPr>
            </w:pPr>
          </w:p>
        </w:tc>
        <w:tc>
          <w:tcPr>
            <w:tcW w:w="2570" w:type="dxa"/>
            <w:tcMar>
              <w:top w:w="70" w:type="dxa"/>
              <w:left w:w="70" w:type="dxa"/>
              <w:bottom w:w="70" w:type="dxa"/>
              <w:right w:w="70" w:type="dxa"/>
            </w:tcMar>
          </w:tcPr>
          <w:p w14:paraId="4FB7456C" w14:textId="77777777" w:rsidR="00686453" w:rsidRPr="00AF13A6" w:rsidRDefault="00686453">
            <w:pPr>
              <w:rPr>
                <w:szCs w:val="24"/>
              </w:rPr>
            </w:pPr>
          </w:p>
        </w:tc>
        <w:tc>
          <w:tcPr>
            <w:tcW w:w="2570" w:type="dxa"/>
            <w:tcMar>
              <w:top w:w="70" w:type="dxa"/>
              <w:left w:w="70" w:type="dxa"/>
              <w:bottom w:w="70" w:type="dxa"/>
              <w:right w:w="70" w:type="dxa"/>
            </w:tcMar>
          </w:tcPr>
          <w:p w14:paraId="44EF3293" w14:textId="77777777" w:rsidR="00686453" w:rsidRPr="00AF13A6" w:rsidRDefault="00686453">
            <w:pPr>
              <w:rPr>
                <w:szCs w:val="24"/>
              </w:rPr>
            </w:pPr>
          </w:p>
        </w:tc>
      </w:tr>
      <w:tr w:rsidR="00686453" w:rsidRPr="00AF13A6" w14:paraId="13BC769D" w14:textId="77777777">
        <w:trPr>
          <w:cantSplit/>
          <w:jc w:val="center"/>
        </w:trPr>
        <w:tc>
          <w:tcPr>
            <w:tcW w:w="2570" w:type="dxa"/>
            <w:tcMar>
              <w:top w:w="70" w:type="dxa"/>
              <w:left w:w="70" w:type="dxa"/>
              <w:bottom w:w="70" w:type="dxa"/>
              <w:right w:w="70" w:type="dxa"/>
            </w:tcMar>
          </w:tcPr>
          <w:p w14:paraId="2AEE4F0A" w14:textId="77777777" w:rsidR="00686453" w:rsidRPr="00AF13A6" w:rsidRDefault="00686453">
            <w:pPr>
              <w:rPr>
                <w:szCs w:val="24"/>
              </w:rPr>
            </w:pPr>
          </w:p>
        </w:tc>
        <w:tc>
          <w:tcPr>
            <w:tcW w:w="2570" w:type="dxa"/>
            <w:tcMar>
              <w:top w:w="70" w:type="dxa"/>
              <w:left w:w="70" w:type="dxa"/>
              <w:bottom w:w="70" w:type="dxa"/>
              <w:right w:w="70" w:type="dxa"/>
            </w:tcMar>
          </w:tcPr>
          <w:p w14:paraId="135B0847" w14:textId="77777777" w:rsidR="00686453" w:rsidRPr="00AF13A6" w:rsidRDefault="00686453">
            <w:pPr>
              <w:rPr>
                <w:szCs w:val="24"/>
              </w:rPr>
            </w:pPr>
          </w:p>
        </w:tc>
        <w:tc>
          <w:tcPr>
            <w:tcW w:w="2570" w:type="dxa"/>
            <w:tcMar>
              <w:top w:w="70" w:type="dxa"/>
              <w:left w:w="70" w:type="dxa"/>
              <w:bottom w:w="70" w:type="dxa"/>
              <w:right w:w="70" w:type="dxa"/>
            </w:tcMar>
          </w:tcPr>
          <w:p w14:paraId="265956DF" w14:textId="77777777" w:rsidR="00686453" w:rsidRPr="00AF13A6" w:rsidRDefault="00686453">
            <w:pPr>
              <w:rPr>
                <w:szCs w:val="24"/>
              </w:rPr>
            </w:pPr>
          </w:p>
        </w:tc>
        <w:tc>
          <w:tcPr>
            <w:tcW w:w="2570" w:type="dxa"/>
            <w:tcMar>
              <w:top w:w="70" w:type="dxa"/>
              <w:left w:w="70" w:type="dxa"/>
              <w:bottom w:w="70" w:type="dxa"/>
              <w:right w:w="70" w:type="dxa"/>
            </w:tcMar>
          </w:tcPr>
          <w:p w14:paraId="4C668300" w14:textId="77777777" w:rsidR="00686453" w:rsidRPr="00AF13A6" w:rsidRDefault="00686453">
            <w:pPr>
              <w:rPr>
                <w:szCs w:val="24"/>
              </w:rPr>
            </w:pPr>
          </w:p>
        </w:tc>
      </w:tr>
      <w:tr w:rsidR="00686453" w:rsidRPr="00AF13A6" w14:paraId="159286D7" w14:textId="77777777">
        <w:trPr>
          <w:cantSplit/>
          <w:jc w:val="center"/>
        </w:trPr>
        <w:tc>
          <w:tcPr>
            <w:tcW w:w="2570" w:type="dxa"/>
            <w:tcMar>
              <w:top w:w="70" w:type="dxa"/>
              <w:left w:w="70" w:type="dxa"/>
              <w:bottom w:w="70" w:type="dxa"/>
              <w:right w:w="70" w:type="dxa"/>
            </w:tcMar>
          </w:tcPr>
          <w:p w14:paraId="401F0FD2" w14:textId="77777777" w:rsidR="00686453" w:rsidRPr="00AF13A6" w:rsidRDefault="00686453">
            <w:pPr>
              <w:rPr>
                <w:szCs w:val="24"/>
              </w:rPr>
            </w:pPr>
          </w:p>
        </w:tc>
        <w:tc>
          <w:tcPr>
            <w:tcW w:w="2570" w:type="dxa"/>
            <w:tcMar>
              <w:top w:w="70" w:type="dxa"/>
              <w:left w:w="70" w:type="dxa"/>
              <w:bottom w:w="70" w:type="dxa"/>
              <w:right w:w="70" w:type="dxa"/>
            </w:tcMar>
          </w:tcPr>
          <w:p w14:paraId="02AEBA44" w14:textId="77777777" w:rsidR="00686453" w:rsidRPr="00AF13A6" w:rsidRDefault="00686453">
            <w:pPr>
              <w:rPr>
                <w:szCs w:val="24"/>
              </w:rPr>
            </w:pPr>
          </w:p>
        </w:tc>
        <w:tc>
          <w:tcPr>
            <w:tcW w:w="2570" w:type="dxa"/>
            <w:tcMar>
              <w:top w:w="70" w:type="dxa"/>
              <w:left w:w="70" w:type="dxa"/>
              <w:bottom w:w="70" w:type="dxa"/>
              <w:right w:w="70" w:type="dxa"/>
            </w:tcMar>
          </w:tcPr>
          <w:p w14:paraId="042C876B" w14:textId="77777777" w:rsidR="00686453" w:rsidRPr="00AF13A6" w:rsidRDefault="00686453">
            <w:pPr>
              <w:rPr>
                <w:szCs w:val="24"/>
              </w:rPr>
            </w:pPr>
          </w:p>
        </w:tc>
        <w:tc>
          <w:tcPr>
            <w:tcW w:w="2570" w:type="dxa"/>
            <w:tcMar>
              <w:top w:w="70" w:type="dxa"/>
              <w:left w:w="70" w:type="dxa"/>
              <w:bottom w:w="70" w:type="dxa"/>
              <w:right w:w="70" w:type="dxa"/>
            </w:tcMar>
          </w:tcPr>
          <w:p w14:paraId="3B53B6A4" w14:textId="77777777" w:rsidR="00686453" w:rsidRPr="00AF13A6" w:rsidRDefault="00686453">
            <w:pPr>
              <w:rPr>
                <w:szCs w:val="24"/>
              </w:rPr>
            </w:pPr>
          </w:p>
        </w:tc>
      </w:tr>
      <w:tr w:rsidR="00686453" w:rsidRPr="00AF13A6" w14:paraId="563C90A5" w14:textId="77777777">
        <w:trPr>
          <w:cantSplit/>
          <w:jc w:val="center"/>
        </w:trPr>
        <w:tc>
          <w:tcPr>
            <w:tcW w:w="2570" w:type="dxa"/>
            <w:tcMar>
              <w:top w:w="70" w:type="dxa"/>
              <w:left w:w="70" w:type="dxa"/>
              <w:bottom w:w="70" w:type="dxa"/>
              <w:right w:w="70" w:type="dxa"/>
            </w:tcMar>
          </w:tcPr>
          <w:p w14:paraId="314BA56C" w14:textId="77777777" w:rsidR="00686453" w:rsidRPr="00AF13A6" w:rsidRDefault="00686453">
            <w:pPr>
              <w:rPr>
                <w:szCs w:val="24"/>
              </w:rPr>
            </w:pPr>
          </w:p>
        </w:tc>
        <w:tc>
          <w:tcPr>
            <w:tcW w:w="2570" w:type="dxa"/>
            <w:tcMar>
              <w:top w:w="70" w:type="dxa"/>
              <w:left w:w="70" w:type="dxa"/>
              <w:bottom w:w="70" w:type="dxa"/>
              <w:right w:w="70" w:type="dxa"/>
            </w:tcMar>
          </w:tcPr>
          <w:p w14:paraId="3E15E65E" w14:textId="77777777" w:rsidR="00686453" w:rsidRPr="00AF13A6" w:rsidRDefault="00686453">
            <w:pPr>
              <w:rPr>
                <w:szCs w:val="24"/>
              </w:rPr>
            </w:pPr>
          </w:p>
        </w:tc>
        <w:tc>
          <w:tcPr>
            <w:tcW w:w="2570" w:type="dxa"/>
            <w:tcMar>
              <w:top w:w="70" w:type="dxa"/>
              <w:left w:w="70" w:type="dxa"/>
              <w:bottom w:w="70" w:type="dxa"/>
              <w:right w:w="70" w:type="dxa"/>
            </w:tcMar>
          </w:tcPr>
          <w:p w14:paraId="69337E96" w14:textId="77777777" w:rsidR="00686453" w:rsidRPr="00AF13A6" w:rsidRDefault="00686453">
            <w:pPr>
              <w:rPr>
                <w:szCs w:val="24"/>
              </w:rPr>
            </w:pPr>
          </w:p>
        </w:tc>
        <w:tc>
          <w:tcPr>
            <w:tcW w:w="2570" w:type="dxa"/>
            <w:tcMar>
              <w:top w:w="70" w:type="dxa"/>
              <w:left w:w="70" w:type="dxa"/>
              <w:bottom w:w="70" w:type="dxa"/>
              <w:right w:w="70" w:type="dxa"/>
            </w:tcMar>
          </w:tcPr>
          <w:p w14:paraId="778C238B" w14:textId="77777777" w:rsidR="00686453" w:rsidRPr="00AF13A6" w:rsidRDefault="00686453">
            <w:pPr>
              <w:rPr>
                <w:szCs w:val="24"/>
              </w:rPr>
            </w:pPr>
          </w:p>
        </w:tc>
      </w:tr>
      <w:tr w:rsidR="00686453" w:rsidRPr="00AF13A6" w14:paraId="41A8D4EA" w14:textId="77777777">
        <w:trPr>
          <w:cantSplit/>
          <w:jc w:val="center"/>
        </w:trPr>
        <w:tc>
          <w:tcPr>
            <w:tcW w:w="2570" w:type="dxa"/>
            <w:tcMar>
              <w:top w:w="70" w:type="dxa"/>
              <w:left w:w="70" w:type="dxa"/>
              <w:bottom w:w="70" w:type="dxa"/>
              <w:right w:w="70" w:type="dxa"/>
            </w:tcMar>
          </w:tcPr>
          <w:p w14:paraId="6C85DB3C" w14:textId="77777777" w:rsidR="00686453" w:rsidRPr="00AF13A6" w:rsidRDefault="00686453">
            <w:pPr>
              <w:rPr>
                <w:szCs w:val="24"/>
              </w:rPr>
            </w:pPr>
          </w:p>
        </w:tc>
        <w:tc>
          <w:tcPr>
            <w:tcW w:w="2570" w:type="dxa"/>
            <w:tcMar>
              <w:top w:w="70" w:type="dxa"/>
              <w:left w:w="70" w:type="dxa"/>
              <w:bottom w:w="70" w:type="dxa"/>
              <w:right w:w="70" w:type="dxa"/>
            </w:tcMar>
          </w:tcPr>
          <w:p w14:paraId="66389012" w14:textId="77777777" w:rsidR="00686453" w:rsidRPr="00AF13A6" w:rsidRDefault="00686453">
            <w:pPr>
              <w:rPr>
                <w:szCs w:val="24"/>
              </w:rPr>
            </w:pPr>
          </w:p>
        </w:tc>
        <w:tc>
          <w:tcPr>
            <w:tcW w:w="2570" w:type="dxa"/>
            <w:tcMar>
              <w:top w:w="70" w:type="dxa"/>
              <w:left w:w="70" w:type="dxa"/>
              <w:bottom w:w="70" w:type="dxa"/>
              <w:right w:w="70" w:type="dxa"/>
            </w:tcMar>
          </w:tcPr>
          <w:p w14:paraId="22FBE55F" w14:textId="77777777" w:rsidR="00686453" w:rsidRPr="00AF13A6" w:rsidRDefault="00686453">
            <w:pPr>
              <w:rPr>
                <w:szCs w:val="24"/>
              </w:rPr>
            </w:pPr>
          </w:p>
        </w:tc>
        <w:tc>
          <w:tcPr>
            <w:tcW w:w="2570" w:type="dxa"/>
            <w:tcMar>
              <w:top w:w="70" w:type="dxa"/>
              <w:left w:w="70" w:type="dxa"/>
              <w:bottom w:w="70" w:type="dxa"/>
              <w:right w:w="70" w:type="dxa"/>
            </w:tcMar>
          </w:tcPr>
          <w:p w14:paraId="349B3764" w14:textId="77777777" w:rsidR="00686453" w:rsidRPr="00AF13A6" w:rsidRDefault="00686453">
            <w:pPr>
              <w:rPr>
                <w:szCs w:val="24"/>
              </w:rPr>
            </w:pPr>
          </w:p>
        </w:tc>
      </w:tr>
      <w:tr w:rsidR="00686453" w:rsidRPr="00AF13A6" w14:paraId="5A79FEE0" w14:textId="77777777">
        <w:trPr>
          <w:cantSplit/>
          <w:jc w:val="center"/>
        </w:trPr>
        <w:tc>
          <w:tcPr>
            <w:tcW w:w="2570" w:type="dxa"/>
            <w:tcMar>
              <w:top w:w="70" w:type="dxa"/>
              <w:left w:w="70" w:type="dxa"/>
              <w:bottom w:w="70" w:type="dxa"/>
              <w:right w:w="70" w:type="dxa"/>
            </w:tcMar>
          </w:tcPr>
          <w:p w14:paraId="04FCE9D5" w14:textId="77777777" w:rsidR="00686453" w:rsidRPr="00AF13A6" w:rsidRDefault="00686453">
            <w:pPr>
              <w:rPr>
                <w:szCs w:val="24"/>
              </w:rPr>
            </w:pPr>
          </w:p>
        </w:tc>
        <w:tc>
          <w:tcPr>
            <w:tcW w:w="2570" w:type="dxa"/>
            <w:tcMar>
              <w:top w:w="70" w:type="dxa"/>
              <w:left w:w="70" w:type="dxa"/>
              <w:bottom w:w="70" w:type="dxa"/>
              <w:right w:w="70" w:type="dxa"/>
            </w:tcMar>
          </w:tcPr>
          <w:p w14:paraId="75A3352A" w14:textId="77777777" w:rsidR="00686453" w:rsidRPr="00AF13A6" w:rsidRDefault="00686453">
            <w:pPr>
              <w:rPr>
                <w:szCs w:val="24"/>
              </w:rPr>
            </w:pPr>
          </w:p>
        </w:tc>
        <w:tc>
          <w:tcPr>
            <w:tcW w:w="2570" w:type="dxa"/>
            <w:tcMar>
              <w:top w:w="70" w:type="dxa"/>
              <w:left w:w="70" w:type="dxa"/>
              <w:bottom w:w="70" w:type="dxa"/>
              <w:right w:w="70" w:type="dxa"/>
            </w:tcMar>
          </w:tcPr>
          <w:p w14:paraId="113B9395" w14:textId="77777777" w:rsidR="00686453" w:rsidRPr="00AF13A6" w:rsidRDefault="00686453">
            <w:pPr>
              <w:rPr>
                <w:szCs w:val="24"/>
              </w:rPr>
            </w:pPr>
          </w:p>
        </w:tc>
        <w:tc>
          <w:tcPr>
            <w:tcW w:w="2570" w:type="dxa"/>
            <w:tcMar>
              <w:top w:w="70" w:type="dxa"/>
              <w:left w:w="70" w:type="dxa"/>
              <w:bottom w:w="70" w:type="dxa"/>
              <w:right w:w="70" w:type="dxa"/>
            </w:tcMar>
          </w:tcPr>
          <w:p w14:paraId="35997067" w14:textId="77777777" w:rsidR="00686453" w:rsidRPr="00AF13A6" w:rsidRDefault="00686453">
            <w:pPr>
              <w:rPr>
                <w:szCs w:val="24"/>
              </w:rPr>
            </w:pPr>
          </w:p>
        </w:tc>
      </w:tr>
      <w:tr w:rsidR="00686453" w:rsidRPr="00AF13A6" w14:paraId="1628A8F6" w14:textId="77777777">
        <w:trPr>
          <w:cantSplit/>
          <w:jc w:val="center"/>
        </w:trPr>
        <w:tc>
          <w:tcPr>
            <w:tcW w:w="2570" w:type="dxa"/>
            <w:tcMar>
              <w:top w:w="70" w:type="dxa"/>
              <w:left w:w="70" w:type="dxa"/>
              <w:bottom w:w="70" w:type="dxa"/>
              <w:right w:w="70" w:type="dxa"/>
            </w:tcMar>
          </w:tcPr>
          <w:p w14:paraId="1533C0F4" w14:textId="77777777" w:rsidR="00686453" w:rsidRPr="00AF13A6" w:rsidRDefault="00686453">
            <w:pPr>
              <w:rPr>
                <w:szCs w:val="24"/>
              </w:rPr>
            </w:pPr>
          </w:p>
        </w:tc>
        <w:tc>
          <w:tcPr>
            <w:tcW w:w="2570" w:type="dxa"/>
            <w:tcMar>
              <w:top w:w="70" w:type="dxa"/>
              <w:left w:w="70" w:type="dxa"/>
              <w:bottom w:w="70" w:type="dxa"/>
              <w:right w:w="70" w:type="dxa"/>
            </w:tcMar>
          </w:tcPr>
          <w:p w14:paraId="7D7E017E" w14:textId="77777777" w:rsidR="00686453" w:rsidRPr="00AF13A6" w:rsidRDefault="00686453">
            <w:pPr>
              <w:rPr>
                <w:szCs w:val="24"/>
              </w:rPr>
            </w:pPr>
          </w:p>
        </w:tc>
        <w:tc>
          <w:tcPr>
            <w:tcW w:w="2570" w:type="dxa"/>
            <w:tcMar>
              <w:top w:w="70" w:type="dxa"/>
              <w:left w:w="70" w:type="dxa"/>
              <w:bottom w:w="70" w:type="dxa"/>
              <w:right w:w="70" w:type="dxa"/>
            </w:tcMar>
          </w:tcPr>
          <w:p w14:paraId="660C2918" w14:textId="77777777" w:rsidR="00686453" w:rsidRPr="00AF13A6" w:rsidRDefault="00686453">
            <w:pPr>
              <w:rPr>
                <w:szCs w:val="24"/>
              </w:rPr>
            </w:pPr>
          </w:p>
        </w:tc>
        <w:tc>
          <w:tcPr>
            <w:tcW w:w="2570" w:type="dxa"/>
            <w:tcMar>
              <w:top w:w="70" w:type="dxa"/>
              <w:left w:w="70" w:type="dxa"/>
              <w:bottom w:w="70" w:type="dxa"/>
              <w:right w:w="70" w:type="dxa"/>
            </w:tcMar>
          </w:tcPr>
          <w:p w14:paraId="7B917454" w14:textId="77777777" w:rsidR="00686453" w:rsidRPr="00AF13A6" w:rsidRDefault="00686453">
            <w:pPr>
              <w:rPr>
                <w:szCs w:val="24"/>
              </w:rPr>
            </w:pPr>
          </w:p>
        </w:tc>
      </w:tr>
    </w:tbl>
    <w:p w14:paraId="30E6B551" w14:textId="77777777" w:rsidR="00686453" w:rsidRPr="00AF13A6" w:rsidRDefault="00686453">
      <w:pPr>
        <w:spacing w:after="0"/>
        <w:rPr>
          <w:szCs w:val="24"/>
        </w:rPr>
      </w:pP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rsidRPr="00AF13A6" w14:paraId="6B6734EB" w14:textId="77777777">
        <w:trPr>
          <w:jc w:val="center"/>
        </w:trPr>
        <w:tc>
          <w:tcPr>
            <w:tcW w:w="10282" w:type="dxa"/>
            <w:shd w:val="clear" w:color="auto" w:fill="FCEFE9"/>
            <w:tcMar>
              <w:top w:w="100" w:type="dxa"/>
              <w:left w:w="130" w:type="dxa"/>
              <w:bottom w:w="100" w:type="dxa"/>
              <w:right w:w="130" w:type="dxa"/>
            </w:tcMar>
          </w:tcPr>
          <w:p w14:paraId="1DC6B700" w14:textId="4D829B34" w:rsidR="00686453" w:rsidRPr="00AF13A6" w:rsidRDefault="00D95FB4">
            <w:pPr>
              <w:spacing w:after="0"/>
              <w:rPr>
                <w:sz w:val="20"/>
                <w:szCs w:val="20"/>
              </w:rPr>
            </w:pPr>
            <w:r w:rsidRPr="00AF13A6">
              <w:rPr>
                <w:b/>
                <w:color w:val="E63B07"/>
                <w:sz w:val="20"/>
                <w:szCs w:val="20"/>
              </w:rPr>
              <w:t xml:space="preserve">MAINE PLAN SUBMISSION </w:t>
            </w:r>
            <w:r w:rsidR="00E2379E">
              <w:rPr>
                <w:rFonts w:cs="Arial"/>
                <w:color w:val="000000"/>
                <w:sz w:val="20"/>
              </w:rPr>
              <w:t>10-144 CMR Ch. 110 §</w:t>
            </w:r>
            <w:proofErr w:type="gramStart"/>
            <w:r w:rsidR="00E2379E">
              <w:rPr>
                <w:rFonts w:cs="Arial"/>
                <w:color w:val="000000"/>
                <w:sz w:val="20"/>
              </w:rPr>
              <w:t>20.D.</w:t>
            </w:r>
            <w:proofErr w:type="gramEnd"/>
            <w:r w:rsidR="00E2379E">
              <w:rPr>
                <w:rFonts w:cs="Arial"/>
                <w:color w:val="000000"/>
                <w:sz w:val="20"/>
              </w:rPr>
              <w:t>2(b) requires a copy of the disaster plan to be provided to Maine DHHS and revisions to be submitted when they occur. Document the date/method of submission and verify current DLC submission procedures.</w:t>
            </w:r>
          </w:p>
        </w:tc>
      </w:tr>
    </w:tbl>
    <w:p w14:paraId="716604DE" w14:textId="77777777" w:rsidR="00686453" w:rsidRDefault="00686453">
      <w:pPr>
        <w:spacing w:after="0"/>
      </w:pPr>
    </w:p>
    <w:p w14:paraId="71D5AF42" w14:textId="77777777" w:rsidR="00686453" w:rsidRDefault="00D95FB4">
      <w:r>
        <w:br w:type="page"/>
      </w:r>
    </w:p>
    <w:p w14:paraId="2DB1657F" w14:textId="07CF442C" w:rsidR="00686453" w:rsidRDefault="00D95FB4">
      <w:pPr>
        <w:pStyle w:val="Heading1"/>
        <w:pBdr>
          <w:bottom w:val="single" w:sz="14" w:space="5" w:color="E63B07"/>
        </w:pBdr>
        <w:spacing w:before="140" w:after="140"/>
      </w:pPr>
      <w:r>
        <w:rPr>
          <w:rFonts w:ascii="Arial" w:eastAsia="Arial" w:hAnsi="Arial"/>
        </w:rPr>
        <w:lastRenderedPageBreak/>
        <w:t xml:space="preserve">TABLE OF CONTENTS - STANDARD HCC-ME LTC/SNF </w:t>
      </w:r>
      <w:r w:rsidR="00DA5D73">
        <w:rPr>
          <w:rFonts w:ascii="Arial" w:eastAsia="Arial" w:hAnsi="Arial"/>
        </w:rPr>
        <w:t>STRUCTURE</w:t>
      </w:r>
    </w:p>
    <w:tbl>
      <w:tblPr>
        <w:tblpPr w:leftFromText="180" w:rightFromText="180" w:horzAnchor="page" w:tblpXSpec="center" w:tblpY="1476"/>
        <w:tblW w:w="11333" w:type="dxa"/>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1350"/>
        <w:gridCol w:w="9983"/>
      </w:tblGrid>
      <w:tr w:rsidR="00DA7E90" w:rsidRPr="00AF13A6" w14:paraId="73F0F468" w14:textId="77777777" w:rsidTr="004F3C27">
        <w:trPr>
          <w:tblHeader/>
        </w:trPr>
        <w:tc>
          <w:tcPr>
            <w:tcW w:w="1350" w:type="dxa"/>
            <w:shd w:val="clear" w:color="auto" w:fill="015A41"/>
            <w:tcMar>
              <w:top w:w="80" w:type="dxa"/>
              <w:left w:w="90" w:type="dxa"/>
              <w:bottom w:w="80" w:type="dxa"/>
              <w:right w:w="90" w:type="dxa"/>
            </w:tcMar>
          </w:tcPr>
          <w:p w14:paraId="5391089A" w14:textId="77777777" w:rsidR="00DA7E90" w:rsidRPr="00AF13A6" w:rsidRDefault="00DA7E90" w:rsidP="004F3C27">
            <w:pPr>
              <w:rPr>
                <w:sz w:val="18"/>
                <w:szCs w:val="18"/>
              </w:rPr>
            </w:pPr>
            <w:r w:rsidRPr="00AF13A6">
              <w:rPr>
                <w:b/>
                <w:color w:val="FFFFFF"/>
                <w:sz w:val="18"/>
                <w:szCs w:val="18"/>
              </w:rPr>
              <w:t>Section</w:t>
            </w:r>
          </w:p>
        </w:tc>
        <w:tc>
          <w:tcPr>
            <w:tcW w:w="9983" w:type="dxa"/>
            <w:shd w:val="clear" w:color="auto" w:fill="015A41"/>
            <w:tcMar>
              <w:top w:w="80" w:type="dxa"/>
              <w:left w:w="90" w:type="dxa"/>
              <w:bottom w:w="80" w:type="dxa"/>
              <w:right w:w="90" w:type="dxa"/>
            </w:tcMar>
          </w:tcPr>
          <w:p w14:paraId="7E03D435" w14:textId="77777777" w:rsidR="00DA7E90" w:rsidRPr="00AF13A6" w:rsidRDefault="00DA7E90" w:rsidP="004F3C27">
            <w:pPr>
              <w:rPr>
                <w:sz w:val="18"/>
                <w:szCs w:val="18"/>
              </w:rPr>
            </w:pPr>
            <w:r w:rsidRPr="00AF13A6">
              <w:rPr>
                <w:b/>
                <w:color w:val="FFFFFF"/>
                <w:sz w:val="18"/>
                <w:szCs w:val="18"/>
              </w:rPr>
              <w:t>Title</w:t>
            </w:r>
          </w:p>
        </w:tc>
      </w:tr>
      <w:tr w:rsidR="00DA7E90" w:rsidRPr="00AF13A6" w14:paraId="653155E2" w14:textId="77777777" w:rsidTr="004F3C27">
        <w:trPr>
          <w:cantSplit/>
          <w:trHeight w:val="394"/>
        </w:trPr>
        <w:tc>
          <w:tcPr>
            <w:tcW w:w="1350" w:type="dxa"/>
            <w:shd w:val="clear" w:color="auto" w:fill="EAF3EF"/>
            <w:tcMar>
              <w:top w:w="80" w:type="dxa"/>
              <w:left w:w="90" w:type="dxa"/>
              <w:bottom w:w="80" w:type="dxa"/>
              <w:right w:w="90" w:type="dxa"/>
            </w:tcMar>
          </w:tcPr>
          <w:p w14:paraId="7DDD1D0F" w14:textId="77777777" w:rsidR="00DA7E90" w:rsidRPr="00AF13A6" w:rsidRDefault="00DA7E90" w:rsidP="004F3C27">
            <w:pPr>
              <w:rPr>
                <w:sz w:val="18"/>
                <w:szCs w:val="18"/>
              </w:rPr>
            </w:pPr>
            <w:r w:rsidRPr="00AF13A6">
              <w:rPr>
                <w:b/>
                <w:color w:val="015A41"/>
                <w:sz w:val="18"/>
                <w:szCs w:val="18"/>
              </w:rPr>
              <w:t>1</w:t>
            </w:r>
          </w:p>
        </w:tc>
        <w:tc>
          <w:tcPr>
            <w:tcW w:w="9983" w:type="dxa"/>
            <w:shd w:val="clear" w:color="auto" w:fill="FFFFFF"/>
            <w:tcMar>
              <w:top w:w="80" w:type="dxa"/>
              <w:left w:w="90" w:type="dxa"/>
              <w:bottom w:w="80" w:type="dxa"/>
              <w:right w:w="90" w:type="dxa"/>
            </w:tcMar>
          </w:tcPr>
          <w:p w14:paraId="26B0BC37" w14:textId="77777777" w:rsidR="00DA7E90" w:rsidRPr="00AF13A6" w:rsidRDefault="00DA7E90" w:rsidP="004F3C27">
            <w:pPr>
              <w:ind w:right="1518"/>
              <w:rPr>
                <w:b/>
                <w:bCs/>
                <w:iCs/>
                <w:color w:val="auto"/>
                <w:sz w:val="18"/>
                <w:szCs w:val="18"/>
              </w:rPr>
            </w:pPr>
            <w:r w:rsidRPr="00AF13A6">
              <w:rPr>
                <w:b/>
                <w:bCs/>
                <w:iCs/>
                <w:color w:val="auto"/>
                <w:sz w:val="18"/>
                <w:szCs w:val="18"/>
              </w:rPr>
              <w:t>INTRODUCTION</w:t>
            </w:r>
          </w:p>
        </w:tc>
      </w:tr>
      <w:tr w:rsidR="00DA7E90" w:rsidRPr="00AF13A6" w14:paraId="1EC3F8FD" w14:textId="77777777" w:rsidTr="004F3C27">
        <w:trPr>
          <w:cantSplit/>
        </w:trPr>
        <w:tc>
          <w:tcPr>
            <w:tcW w:w="1350" w:type="dxa"/>
            <w:shd w:val="clear" w:color="auto" w:fill="F7FAF8"/>
            <w:tcMar>
              <w:top w:w="80" w:type="dxa"/>
              <w:left w:w="90" w:type="dxa"/>
              <w:bottom w:w="80" w:type="dxa"/>
              <w:right w:w="90" w:type="dxa"/>
            </w:tcMar>
          </w:tcPr>
          <w:p w14:paraId="30B89904" w14:textId="77777777" w:rsidR="00DA7E90" w:rsidRPr="00AF13A6" w:rsidRDefault="00DA7E90" w:rsidP="004F3C27">
            <w:pPr>
              <w:rPr>
                <w:sz w:val="18"/>
                <w:szCs w:val="18"/>
              </w:rPr>
            </w:pPr>
            <w:r w:rsidRPr="00AF13A6">
              <w:rPr>
                <w:b/>
                <w:color w:val="015A41"/>
                <w:sz w:val="18"/>
                <w:szCs w:val="18"/>
              </w:rPr>
              <w:t>2</w:t>
            </w:r>
          </w:p>
        </w:tc>
        <w:tc>
          <w:tcPr>
            <w:tcW w:w="9983" w:type="dxa"/>
            <w:shd w:val="clear" w:color="auto" w:fill="FFFFFF"/>
            <w:tcMar>
              <w:top w:w="80" w:type="dxa"/>
              <w:left w:w="90" w:type="dxa"/>
              <w:bottom w:w="80" w:type="dxa"/>
              <w:right w:w="90" w:type="dxa"/>
            </w:tcMar>
          </w:tcPr>
          <w:p w14:paraId="34D30718" w14:textId="77777777" w:rsidR="00DA7E90" w:rsidRPr="00AF13A6" w:rsidRDefault="00DA7E90" w:rsidP="004F3C27">
            <w:pPr>
              <w:ind w:right="348"/>
              <w:rPr>
                <w:b/>
                <w:bCs/>
                <w:iCs/>
                <w:color w:val="auto"/>
                <w:sz w:val="18"/>
                <w:szCs w:val="18"/>
              </w:rPr>
            </w:pPr>
            <w:r w:rsidRPr="00AF13A6">
              <w:rPr>
                <w:b/>
                <w:bCs/>
                <w:iCs/>
                <w:color w:val="auto"/>
                <w:sz w:val="18"/>
                <w:szCs w:val="18"/>
              </w:rPr>
              <w:t>ADMINISTRATION</w:t>
            </w:r>
          </w:p>
        </w:tc>
      </w:tr>
      <w:tr w:rsidR="00DA7E90" w:rsidRPr="00AF13A6" w14:paraId="75C6CB05" w14:textId="77777777" w:rsidTr="004F3C27">
        <w:trPr>
          <w:cantSplit/>
        </w:trPr>
        <w:tc>
          <w:tcPr>
            <w:tcW w:w="1350" w:type="dxa"/>
            <w:shd w:val="clear" w:color="auto" w:fill="EAF3EF"/>
            <w:tcMar>
              <w:top w:w="80" w:type="dxa"/>
              <w:left w:w="90" w:type="dxa"/>
              <w:bottom w:w="80" w:type="dxa"/>
              <w:right w:w="90" w:type="dxa"/>
            </w:tcMar>
          </w:tcPr>
          <w:p w14:paraId="5F33D082" w14:textId="77777777" w:rsidR="00DA7E90" w:rsidRPr="00AF13A6" w:rsidRDefault="00DA7E90" w:rsidP="004F3C27">
            <w:pPr>
              <w:rPr>
                <w:sz w:val="18"/>
                <w:szCs w:val="18"/>
              </w:rPr>
            </w:pPr>
            <w:r w:rsidRPr="00AF13A6">
              <w:rPr>
                <w:b/>
                <w:color w:val="015A41"/>
                <w:sz w:val="18"/>
                <w:szCs w:val="18"/>
              </w:rPr>
              <w:t>3</w:t>
            </w:r>
          </w:p>
        </w:tc>
        <w:tc>
          <w:tcPr>
            <w:tcW w:w="9983" w:type="dxa"/>
            <w:shd w:val="clear" w:color="auto" w:fill="FFFFFF"/>
            <w:tcMar>
              <w:top w:w="80" w:type="dxa"/>
              <w:left w:w="90" w:type="dxa"/>
              <w:bottom w:w="80" w:type="dxa"/>
              <w:right w:w="90" w:type="dxa"/>
            </w:tcMar>
          </w:tcPr>
          <w:p w14:paraId="61D2F9D2" w14:textId="77777777" w:rsidR="00DA7E90" w:rsidRPr="00AF13A6" w:rsidRDefault="00DA7E90" w:rsidP="004F3C27">
            <w:pPr>
              <w:rPr>
                <w:b/>
                <w:bCs/>
                <w:iCs/>
                <w:color w:val="auto"/>
                <w:sz w:val="18"/>
                <w:szCs w:val="18"/>
              </w:rPr>
            </w:pPr>
            <w:r w:rsidRPr="00AF13A6">
              <w:rPr>
                <w:b/>
                <w:bCs/>
                <w:iCs/>
                <w:color w:val="auto"/>
                <w:sz w:val="18"/>
                <w:szCs w:val="18"/>
              </w:rPr>
              <w:t>SITUATION / RISK ASSESSMENT</w:t>
            </w:r>
          </w:p>
        </w:tc>
      </w:tr>
      <w:tr w:rsidR="00DA7E90" w:rsidRPr="00AF13A6" w14:paraId="4659F188" w14:textId="77777777" w:rsidTr="004F3C27">
        <w:trPr>
          <w:cantSplit/>
        </w:trPr>
        <w:tc>
          <w:tcPr>
            <w:tcW w:w="1350" w:type="dxa"/>
            <w:shd w:val="clear" w:color="auto" w:fill="F7FAF8"/>
            <w:tcMar>
              <w:top w:w="80" w:type="dxa"/>
              <w:left w:w="90" w:type="dxa"/>
              <w:bottom w:w="80" w:type="dxa"/>
              <w:right w:w="90" w:type="dxa"/>
            </w:tcMar>
          </w:tcPr>
          <w:p w14:paraId="666787EF" w14:textId="77777777" w:rsidR="00DA7E90" w:rsidRPr="00AF13A6" w:rsidRDefault="00DA7E90" w:rsidP="004F3C27">
            <w:pPr>
              <w:rPr>
                <w:sz w:val="18"/>
                <w:szCs w:val="18"/>
              </w:rPr>
            </w:pPr>
            <w:r w:rsidRPr="00AF13A6">
              <w:rPr>
                <w:b/>
                <w:color w:val="015A41"/>
                <w:sz w:val="18"/>
                <w:szCs w:val="18"/>
              </w:rPr>
              <w:t>4</w:t>
            </w:r>
          </w:p>
        </w:tc>
        <w:tc>
          <w:tcPr>
            <w:tcW w:w="9983" w:type="dxa"/>
            <w:shd w:val="clear" w:color="auto" w:fill="FFFFFF"/>
            <w:tcMar>
              <w:top w:w="80" w:type="dxa"/>
              <w:left w:w="90" w:type="dxa"/>
              <w:bottom w:w="80" w:type="dxa"/>
              <w:right w:w="90" w:type="dxa"/>
            </w:tcMar>
          </w:tcPr>
          <w:p w14:paraId="2CD6C540" w14:textId="77777777" w:rsidR="00DA7E90" w:rsidRPr="00AF13A6" w:rsidRDefault="00DA7E90" w:rsidP="004F3C27">
            <w:pPr>
              <w:rPr>
                <w:b/>
                <w:bCs/>
                <w:iCs/>
                <w:color w:val="auto"/>
                <w:sz w:val="18"/>
                <w:szCs w:val="18"/>
              </w:rPr>
            </w:pPr>
            <w:r w:rsidRPr="00AF13A6">
              <w:rPr>
                <w:b/>
                <w:bCs/>
                <w:iCs/>
                <w:color w:val="auto"/>
                <w:sz w:val="18"/>
                <w:szCs w:val="18"/>
              </w:rPr>
              <w:t>CONCEPT OF OPERATIONS</w:t>
            </w:r>
          </w:p>
        </w:tc>
      </w:tr>
      <w:tr w:rsidR="00DA7E90" w:rsidRPr="00AF13A6" w14:paraId="7BA5013C" w14:textId="77777777" w:rsidTr="004F3C27">
        <w:trPr>
          <w:cantSplit/>
        </w:trPr>
        <w:tc>
          <w:tcPr>
            <w:tcW w:w="1350" w:type="dxa"/>
            <w:shd w:val="clear" w:color="auto" w:fill="EAF3EF"/>
            <w:tcMar>
              <w:top w:w="80" w:type="dxa"/>
              <w:left w:w="90" w:type="dxa"/>
              <w:bottom w:w="80" w:type="dxa"/>
              <w:right w:w="90" w:type="dxa"/>
            </w:tcMar>
          </w:tcPr>
          <w:p w14:paraId="0393BA9D" w14:textId="77777777" w:rsidR="00DA7E90" w:rsidRPr="00AF13A6" w:rsidRDefault="00DA7E90" w:rsidP="004F3C27">
            <w:pPr>
              <w:rPr>
                <w:sz w:val="18"/>
                <w:szCs w:val="18"/>
              </w:rPr>
            </w:pPr>
            <w:r w:rsidRPr="00AF13A6">
              <w:rPr>
                <w:b/>
                <w:color w:val="015A41"/>
                <w:sz w:val="18"/>
                <w:szCs w:val="18"/>
              </w:rPr>
              <w:t>5</w:t>
            </w:r>
          </w:p>
        </w:tc>
        <w:tc>
          <w:tcPr>
            <w:tcW w:w="9983" w:type="dxa"/>
            <w:shd w:val="clear" w:color="auto" w:fill="FFFFFF"/>
            <w:tcMar>
              <w:top w:w="80" w:type="dxa"/>
              <w:left w:w="90" w:type="dxa"/>
              <w:bottom w:w="80" w:type="dxa"/>
              <w:right w:w="90" w:type="dxa"/>
            </w:tcMar>
          </w:tcPr>
          <w:p w14:paraId="556AC218" w14:textId="77777777" w:rsidR="00DA7E90" w:rsidRPr="00AF13A6" w:rsidRDefault="00DA7E90" w:rsidP="004F3C27">
            <w:pPr>
              <w:rPr>
                <w:b/>
                <w:bCs/>
                <w:iCs/>
                <w:color w:val="auto"/>
                <w:sz w:val="18"/>
                <w:szCs w:val="18"/>
              </w:rPr>
            </w:pPr>
            <w:r w:rsidRPr="00AF13A6">
              <w:rPr>
                <w:b/>
                <w:bCs/>
                <w:iCs/>
                <w:color w:val="auto"/>
                <w:sz w:val="18"/>
                <w:szCs w:val="18"/>
              </w:rPr>
              <w:t>ROLES AND RESPONSIBILITIES</w:t>
            </w:r>
          </w:p>
        </w:tc>
      </w:tr>
      <w:tr w:rsidR="00DA7E90" w:rsidRPr="00AF13A6" w14:paraId="555ECA19" w14:textId="77777777" w:rsidTr="004F3C27">
        <w:trPr>
          <w:cantSplit/>
        </w:trPr>
        <w:tc>
          <w:tcPr>
            <w:tcW w:w="1350" w:type="dxa"/>
            <w:shd w:val="clear" w:color="auto" w:fill="F7FAF8"/>
            <w:tcMar>
              <w:top w:w="80" w:type="dxa"/>
              <w:left w:w="90" w:type="dxa"/>
              <w:bottom w:w="80" w:type="dxa"/>
              <w:right w:w="90" w:type="dxa"/>
            </w:tcMar>
          </w:tcPr>
          <w:p w14:paraId="042D57EE" w14:textId="77777777" w:rsidR="00DA7E90" w:rsidRPr="00AF13A6" w:rsidRDefault="00DA7E90" w:rsidP="004F3C27">
            <w:pPr>
              <w:rPr>
                <w:sz w:val="18"/>
                <w:szCs w:val="18"/>
              </w:rPr>
            </w:pPr>
            <w:r w:rsidRPr="00AF13A6">
              <w:rPr>
                <w:b/>
                <w:color w:val="015A41"/>
                <w:sz w:val="18"/>
                <w:szCs w:val="18"/>
              </w:rPr>
              <w:t>6</w:t>
            </w:r>
          </w:p>
        </w:tc>
        <w:tc>
          <w:tcPr>
            <w:tcW w:w="9983" w:type="dxa"/>
            <w:shd w:val="clear" w:color="auto" w:fill="FFFFFF"/>
            <w:tcMar>
              <w:top w:w="80" w:type="dxa"/>
              <w:left w:w="90" w:type="dxa"/>
              <w:bottom w:w="80" w:type="dxa"/>
              <w:right w:w="90" w:type="dxa"/>
            </w:tcMar>
          </w:tcPr>
          <w:p w14:paraId="5A93061F" w14:textId="77777777" w:rsidR="00DA7E90" w:rsidRPr="00AF13A6" w:rsidRDefault="00DA7E90" w:rsidP="004F3C27">
            <w:pPr>
              <w:rPr>
                <w:b/>
                <w:bCs/>
                <w:iCs/>
                <w:color w:val="auto"/>
                <w:sz w:val="18"/>
                <w:szCs w:val="18"/>
              </w:rPr>
            </w:pPr>
            <w:r w:rsidRPr="00AF13A6">
              <w:rPr>
                <w:b/>
                <w:bCs/>
                <w:iCs/>
                <w:color w:val="auto"/>
                <w:sz w:val="18"/>
                <w:szCs w:val="18"/>
              </w:rPr>
              <w:t>COMMAND AND COORDINATION</w:t>
            </w:r>
          </w:p>
        </w:tc>
      </w:tr>
      <w:tr w:rsidR="00DA7E90" w:rsidRPr="00AF13A6" w14:paraId="590E2B94" w14:textId="77777777" w:rsidTr="004F3C27">
        <w:trPr>
          <w:cantSplit/>
        </w:trPr>
        <w:tc>
          <w:tcPr>
            <w:tcW w:w="1350" w:type="dxa"/>
            <w:shd w:val="clear" w:color="auto" w:fill="EAF3EF"/>
            <w:tcMar>
              <w:top w:w="80" w:type="dxa"/>
              <w:left w:w="90" w:type="dxa"/>
              <w:bottom w:w="80" w:type="dxa"/>
              <w:right w:w="90" w:type="dxa"/>
            </w:tcMar>
          </w:tcPr>
          <w:p w14:paraId="307BFE12" w14:textId="77777777" w:rsidR="00DA7E90" w:rsidRPr="00AF13A6" w:rsidRDefault="00DA7E90" w:rsidP="004F3C27">
            <w:pPr>
              <w:rPr>
                <w:sz w:val="18"/>
                <w:szCs w:val="18"/>
              </w:rPr>
            </w:pPr>
            <w:r w:rsidRPr="00AF13A6">
              <w:rPr>
                <w:b/>
                <w:color w:val="015A41"/>
                <w:sz w:val="18"/>
                <w:szCs w:val="18"/>
              </w:rPr>
              <w:t>7</w:t>
            </w:r>
          </w:p>
        </w:tc>
        <w:tc>
          <w:tcPr>
            <w:tcW w:w="9983" w:type="dxa"/>
            <w:shd w:val="clear" w:color="auto" w:fill="FFFFFF"/>
            <w:tcMar>
              <w:top w:w="80" w:type="dxa"/>
              <w:left w:w="90" w:type="dxa"/>
              <w:bottom w:w="80" w:type="dxa"/>
              <w:right w:w="90" w:type="dxa"/>
            </w:tcMar>
          </w:tcPr>
          <w:p w14:paraId="1FCEBBFA" w14:textId="77777777" w:rsidR="00DA7E90" w:rsidRPr="00AF13A6" w:rsidRDefault="00DA7E90" w:rsidP="004F3C27">
            <w:pPr>
              <w:rPr>
                <w:b/>
                <w:bCs/>
                <w:iCs/>
                <w:color w:val="auto"/>
                <w:sz w:val="18"/>
                <w:szCs w:val="18"/>
              </w:rPr>
            </w:pPr>
            <w:r w:rsidRPr="00AF13A6">
              <w:rPr>
                <w:b/>
                <w:bCs/>
                <w:iCs/>
                <w:color w:val="auto"/>
                <w:sz w:val="18"/>
                <w:szCs w:val="18"/>
              </w:rPr>
              <w:t>RESOURCES AND ASSETS</w:t>
            </w:r>
          </w:p>
        </w:tc>
      </w:tr>
      <w:tr w:rsidR="00DA7E90" w:rsidRPr="00AF13A6" w14:paraId="25978B90" w14:textId="77777777" w:rsidTr="004F3C27">
        <w:trPr>
          <w:cantSplit/>
        </w:trPr>
        <w:tc>
          <w:tcPr>
            <w:tcW w:w="1350" w:type="dxa"/>
            <w:shd w:val="clear" w:color="auto" w:fill="F7FAF8"/>
            <w:tcMar>
              <w:top w:w="80" w:type="dxa"/>
              <w:left w:w="90" w:type="dxa"/>
              <w:bottom w:w="80" w:type="dxa"/>
              <w:right w:w="90" w:type="dxa"/>
            </w:tcMar>
          </w:tcPr>
          <w:p w14:paraId="0FAAAABB" w14:textId="77777777" w:rsidR="00DA7E90" w:rsidRPr="00AF13A6" w:rsidRDefault="00DA7E90" w:rsidP="004F3C27">
            <w:pPr>
              <w:rPr>
                <w:sz w:val="18"/>
                <w:szCs w:val="18"/>
              </w:rPr>
            </w:pPr>
            <w:r w:rsidRPr="00AF13A6">
              <w:rPr>
                <w:b/>
                <w:color w:val="015A41"/>
                <w:sz w:val="18"/>
                <w:szCs w:val="18"/>
              </w:rPr>
              <w:t>8</w:t>
            </w:r>
          </w:p>
        </w:tc>
        <w:tc>
          <w:tcPr>
            <w:tcW w:w="9983" w:type="dxa"/>
            <w:shd w:val="clear" w:color="auto" w:fill="FFFFFF"/>
            <w:tcMar>
              <w:top w:w="80" w:type="dxa"/>
              <w:left w:w="90" w:type="dxa"/>
              <w:bottom w:w="80" w:type="dxa"/>
              <w:right w:w="90" w:type="dxa"/>
            </w:tcMar>
          </w:tcPr>
          <w:p w14:paraId="216472DF" w14:textId="77777777" w:rsidR="00DA7E90" w:rsidRPr="00AF13A6" w:rsidRDefault="00DA7E90" w:rsidP="004F3C27">
            <w:pPr>
              <w:rPr>
                <w:b/>
                <w:bCs/>
                <w:iCs/>
                <w:color w:val="auto"/>
                <w:sz w:val="18"/>
                <w:szCs w:val="18"/>
              </w:rPr>
            </w:pPr>
            <w:r w:rsidRPr="00AF13A6">
              <w:rPr>
                <w:b/>
                <w:bCs/>
                <w:iCs/>
                <w:color w:val="auto"/>
                <w:sz w:val="18"/>
                <w:szCs w:val="18"/>
              </w:rPr>
              <w:t>MANAGEMENT OF STAFF</w:t>
            </w:r>
          </w:p>
        </w:tc>
      </w:tr>
      <w:tr w:rsidR="00DA7E90" w:rsidRPr="00AF13A6" w14:paraId="5704665B" w14:textId="77777777" w:rsidTr="004F3C27">
        <w:trPr>
          <w:cantSplit/>
        </w:trPr>
        <w:tc>
          <w:tcPr>
            <w:tcW w:w="1350" w:type="dxa"/>
            <w:shd w:val="clear" w:color="auto" w:fill="EAF3EF"/>
            <w:tcMar>
              <w:top w:w="80" w:type="dxa"/>
              <w:left w:w="90" w:type="dxa"/>
              <w:bottom w:w="80" w:type="dxa"/>
              <w:right w:w="90" w:type="dxa"/>
            </w:tcMar>
          </w:tcPr>
          <w:p w14:paraId="41D1CFC8" w14:textId="77777777" w:rsidR="00DA7E90" w:rsidRPr="00AF13A6" w:rsidRDefault="00DA7E90" w:rsidP="004F3C27">
            <w:pPr>
              <w:rPr>
                <w:sz w:val="18"/>
                <w:szCs w:val="18"/>
              </w:rPr>
            </w:pPr>
            <w:r w:rsidRPr="00AF13A6">
              <w:rPr>
                <w:b/>
                <w:color w:val="015A41"/>
                <w:sz w:val="18"/>
                <w:szCs w:val="18"/>
              </w:rPr>
              <w:t>9</w:t>
            </w:r>
          </w:p>
        </w:tc>
        <w:tc>
          <w:tcPr>
            <w:tcW w:w="9983" w:type="dxa"/>
            <w:shd w:val="clear" w:color="auto" w:fill="FFFFFF"/>
            <w:tcMar>
              <w:top w:w="80" w:type="dxa"/>
              <w:left w:w="90" w:type="dxa"/>
              <w:bottom w:w="80" w:type="dxa"/>
              <w:right w:w="90" w:type="dxa"/>
            </w:tcMar>
          </w:tcPr>
          <w:p w14:paraId="291CF58A" w14:textId="77777777" w:rsidR="00DA7E90" w:rsidRPr="00AF13A6" w:rsidRDefault="00DA7E90" w:rsidP="004F3C27">
            <w:pPr>
              <w:rPr>
                <w:b/>
                <w:bCs/>
                <w:iCs/>
                <w:color w:val="auto"/>
                <w:sz w:val="18"/>
                <w:szCs w:val="18"/>
              </w:rPr>
            </w:pPr>
            <w:r w:rsidRPr="00AF13A6">
              <w:rPr>
                <w:b/>
                <w:bCs/>
                <w:iCs/>
                <w:color w:val="auto"/>
                <w:sz w:val="18"/>
                <w:szCs w:val="18"/>
              </w:rPr>
              <w:t>MANAGEMENT OF RESIDENTS IN AN EMERGENCY</w:t>
            </w:r>
          </w:p>
        </w:tc>
      </w:tr>
      <w:tr w:rsidR="00DA7E90" w:rsidRPr="00AF13A6" w14:paraId="31C8B2C9" w14:textId="77777777" w:rsidTr="004F3C27">
        <w:trPr>
          <w:cantSplit/>
        </w:trPr>
        <w:tc>
          <w:tcPr>
            <w:tcW w:w="1350" w:type="dxa"/>
            <w:shd w:val="clear" w:color="auto" w:fill="F7FAF8"/>
            <w:tcMar>
              <w:top w:w="80" w:type="dxa"/>
              <w:left w:w="90" w:type="dxa"/>
              <w:bottom w:w="80" w:type="dxa"/>
              <w:right w:w="90" w:type="dxa"/>
            </w:tcMar>
          </w:tcPr>
          <w:p w14:paraId="5ED785E0" w14:textId="77777777" w:rsidR="00DA7E90" w:rsidRPr="00AF13A6" w:rsidRDefault="00DA7E90" w:rsidP="004F3C27">
            <w:pPr>
              <w:rPr>
                <w:sz w:val="18"/>
                <w:szCs w:val="18"/>
              </w:rPr>
            </w:pPr>
            <w:r w:rsidRPr="00AF13A6">
              <w:rPr>
                <w:b/>
                <w:color w:val="015A41"/>
                <w:sz w:val="18"/>
                <w:szCs w:val="18"/>
              </w:rPr>
              <w:t>10</w:t>
            </w:r>
          </w:p>
        </w:tc>
        <w:tc>
          <w:tcPr>
            <w:tcW w:w="9983" w:type="dxa"/>
            <w:shd w:val="clear" w:color="auto" w:fill="FFFFFF"/>
            <w:tcMar>
              <w:top w:w="80" w:type="dxa"/>
              <w:left w:w="90" w:type="dxa"/>
              <w:bottom w:w="80" w:type="dxa"/>
              <w:right w:w="90" w:type="dxa"/>
            </w:tcMar>
          </w:tcPr>
          <w:p w14:paraId="0D37D3E5" w14:textId="77777777" w:rsidR="00DA7E90" w:rsidRPr="00AF13A6" w:rsidRDefault="00DA7E90" w:rsidP="004F3C27">
            <w:pPr>
              <w:rPr>
                <w:b/>
                <w:bCs/>
                <w:iCs/>
                <w:color w:val="auto"/>
                <w:sz w:val="18"/>
                <w:szCs w:val="18"/>
              </w:rPr>
            </w:pPr>
            <w:r w:rsidRPr="00AF13A6">
              <w:rPr>
                <w:b/>
                <w:bCs/>
                <w:iCs/>
                <w:color w:val="auto"/>
                <w:sz w:val="18"/>
                <w:szCs w:val="18"/>
              </w:rPr>
              <w:t>UTILITIES AND SUPPLIES</w:t>
            </w:r>
          </w:p>
        </w:tc>
      </w:tr>
      <w:tr w:rsidR="00DA7E90" w:rsidRPr="00AF13A6" w14:paraId="5078F134" w14:textId="77777777" w:rsidTr="004F3C27">
        <w:trPr>
          <w:cantSplit/>
        </w:trPr>
        <w:tc>
          <w:tcPr>
            <w:tcW w:w="1350" w:type="dxa"/>
            <w:shd w:val="clear" w:color="auto" w:fill="EAF3EF"/>
            <w:tcMar>
              <w:top w:w="80" w:type="dxa"/>
              <w:left w:w="90" w:type="dxa"/>
              <w:bottom w:w="80" w:type="dxa"/>
              <w:right w:w="90" w:type="dxa"/>
            </w:tcMar>
          </w:tcPr>
          <w:p w14:paraId="7B7FA481" w14:textId="77777777" w:rsidR="00DA7E90" w:rsidRPr="00AF13A6" w:rsidRDefault="00DA7E90" w:rsidP="004F3C27">
            <w:pPr>
              <w:rPr>
                <w:sz w:val="18"/>
                <w:szCs w:val="18"/>
              </w:rPr>
            </w:pPr>
            <w:r w:rsidRPr="00AF13A6">
              <w:rPr>
                <w:b/>
                <w:color w:val="015A41"/>
                <w:sz w:val="18"/>
                <w:szCs w:val="18"/>
              </w:rPr>
              <w:t>11</w:t>
            </w:r>
          </w:p>
        </w:tc>
        <w:tc>
          <w:tcPr>
            <w:tcW w:w="9983" w:type="dxa"/>
            <w:shd w:val="clear" w:color="auto" w:fill="FFFFFF"/>
            <w:tcMar>
              <w:top w:w="80" w:type="dxa"/>
              <w:left w:w="90" w:type="dxa"/>
              <w:bottom w:w="80" w:type="dxa"/>
              <w:right w:w="90" w:type="dxa"/>
            </w:tcMar>
          </w:tcPr>
          <w:p w14:paraId="6AD6E0BF" w14:textId="77777777" w:rsidR="00DA7E90" w:rsidRPr="00AF13A6" w:rsidRDefault="00DA7E90" w:rsidP="004F3C27">
            <w:pPr>
              <w:rPr>
                <w:b/>
                <w:bCs/>
                <w:iCs/>
                <w:color w:val="auto"/>
                <w:sz w:val="18"/>
                <w:szCs w:val="18"/>
              </w:rPr>
            </w:pPr>
            <w:r w:rsidRPr="00AF13A6">
              <w:rPr>
                <w:b/>
                <w:bCs/>
                <w:iCs/>
                <w:color w:val="auto"/>
                <w:sz w:val="18"/>
                <w:szCs w:val="18"/>
              </w:rPr>
              <w:t>OTHER CRITICAL UTILITIES</w:t>
            </w:r>
          </w:p>
        </w:tc>
      </w:tr>
      <w:tr w:rsidR="00DA7E90" w:rsidRPr="00AF13A6" w14:paraId="22B77483" w14:textId="77777777" w:rsidTr="004F3C27">
        <w:trPr>
          <w:cantSplit/>
        </w:trPr>
        <w:tc>
          <w:tcPr>
            <w:tcW w:w="1350" w:type="dxa"/>
            <w:shd w:val="clear" w:color="auto" w:fill="F7FAF8"/>
            <w:tcMar>
              <w:top w:w="80" w:type="dxa"/>
              <w:left w:w="90" w:type="dxa"/>
              <w:bottom w:w="80" w:type="dxa"/>
              <w:right w:w="90" w:type="dxa"/>
            </w:tcMar>
          </w:tcPr>
          <w:p w14:paraId="4ACA2E6F" w14:textId="77777777" w:rsidR="00DA7E90" w:rsidRPr="00AF13A6" w:rsidRDefault="00DA7E90" w:rsidP="004F3C27">
            <w:pPr>
              <w:rPr>
                <w:sz w:val="18"/>
                <w:szCs w:val="18"/>
              </w:rPr>
            </w:pPr>
            <w:r w:rsidRPr="00AF13A6">
              <w:rPr>
                <w:b/>
                <w:color w:val="015A41"/>
                <w:sz w:val="18"/>
                <w:szCs w:val="18"/>
              </w:rPr>
              <w:t>12</w:t>
            </w:r>
          </w:p>
        </w:tc>
        <w:tc>
          <w:tcPr>
            <w:tcW w:w="9983" w:type="dxa"/>
            <w:shd w:val="clear" w:color="auto" w:fill="FFFFFF"/>
            <w:tcMar>
              <w:top w:w="80" w:type="dxa"/>
              <w:left w:w="90" w:type="dxa"/>
              <w:bottom w:w="80" w:type="dxa"/>
              <w:right w:w="90" w:type="dxa"/>
            </w:tcMar>
          </w:tcPr>
          <w:p w14:paraId="49642A4C" w14:textId="77777777" w:rsidR="00DA7E90" w:rsidRPr="00AF13A6" w:rsidRDefault="00DA7E90" w:rsidP="004F3C27">
            <w:pPr>
              <w:rPr>
                <w:b/>
                <w:bCs/>
                <w:iCs/>
                <w:color w:val="auto"/>
                <w:sz w:val="18"/>
                <w:szCs w:val="18"/>
              </w:rPr>
            </w:pPr>
            <w:r w:rsidRPr="00AF13A6">
              <w:rPr>
                <w:b/>
                <w:bCs/>
                <w:iCs/>
                <w:color w:val="auto"/>
                <w:sz w:val="18"/>
                <w:szCs w:val="18"/>
              </w:rPr>
              <w:t xml:space="preserve">EVACUATION AND </w:t>
            </w:r>
            <w:proofErr w:type="gramStart"/>
            <w:r w:rsidRPr="00AF13A6">
              <w:rPr>
                <w:b/>
                <w:bCs/>
                <w:iCs/>
                <w:color w:val="auto"/>
                <w:sz w:val="18"/>
                <w:szCs w:val="18"/>
              </w:rPr>
              <w:t>SHELTER-IN</w:t>
            </w:r>
            <w:proofErr w:type="gramEnd"/>
            <w:r w:rsidRPr="00AF13A6">
              <w:rPr>
                <w:b/>
                <w:bCs/>
                <w:iCs/>
                <w:color w:val="auto"/>
                <w:sz w:val="18"/>
                <w:szCs w:val="18"/>
              </w:rPr>
              <w:t>-PLACE</w:t>
            </w:r>
          </w:p>
        </w:tc>
      </w:tr>
      <w:tr w:rsidR="00DA7E90" w:rsidRPr="00AF13A6" w14:paraId="6D97D351" w14:textId="77777777" w:rsidTr="004F3C27">
        <w:trPr>
          <w:cantSplit/>
        </w:trPr>
        <w:tc>
          <w:tcPr>
            <w:tcW w:w="1350" w:type="dxa"/>
            <w:shd w:val="clear" w:color="auto" w:fill="EAF3EF"/>
            <w:tcMar>
              <w:top w:w="80" w:type="dxa"/>
              <w:left w:w="90" w:type="dxa"/>
              <w:bottom w:w="80" w:type="dxa"/>
              <w:right w:w="90" w:type="dxa"/>
            </w:tcMar>
          </w:tcPr>
          <w:p w14:paraId="72FD8354" w14:textId="77777777" w:rsidR="00DA7E90" w:rsidRPr="00AF13A6" w:rsidRDefault="00DA7E90" w:rsidP="004F3C27">
            <w:pPr>
              <w:rPr>
                <w:sz w:val="18"/>
                <w:szCs w:val="18"/>
              </w:rPr>
            </w:pPr>
            <w:r w:rsidRPr="00AF13A6">
              <w:rPr>
                <w:b/>
                <w:color w:val="015A41"/>
                <w:sz w:val="18"/>
                <w:szCs w:val="18"/>
              </w:rPr>
              <w:t>13</w:t>
            </w:r>
          </w:p>
        </w:tc>
        <w:tc>
          <w:tcPr>
            <w:tcW w:w="9983" w:type="dxa"/>
            <w:shd w:val="clear" w:color="auto" w:fill="FFFFFF"/>
            <w:tcMar>
              <w:top w:w="80" w:type="dxa"/>
              <w:left w:w="90" w:type="dxa"/>
              <w:bottom w:w="80" w:type="dxa"/>
              <w:right w:w="90" w:type="dxa"/>
            </w:tcMar>
          </w:tcPr>
          <w:p w14:paraId="02A42122" w14:textId="77777777" w:rsidR="00DA7E90" w:rsidRPr="00AF13A6" w:rsidRDefault="00DA7E90" w:rsidP="004F3C27">
            <w:pPr>
              <w:rPr>
                <w:b/>
                <w:bCs/>
                <w:iCs/>
                <w:color w:val="auto"/>
                <w:sz w:val="18"/>
                <w:szCs w:val="18"/>
              </w:rPr>
            </w:pPr>
            <w:r w:rsidRPr="00AF13A6">
              <w:rPr>
                <w:b/>
                <w:bCs/>
                <w:iCs/>
                <w:color w:val="auto"/>
                <w:sz w:val="18"/>
                <w:szCs w:val="18"/>
              </w:rPr>
              <w:t>RECOVERY</w:t>
            </w:r>
          </w:p>
        </w:tc>
      </w:tr>
      <w:tr w:rsidR="00DA7E90" w:rsidRPr="00AF13A6" w14:paraId="56F6FC5F" w14:textId="77777777" w:rsidTr="004F3C27">
        <w:trPr>
          <w:cantSplit/>
        </w:trPr>
        <w:tc>
          <w:tcPr>
            <w:tcW w:w="1350" w:type="dxa"/>
            <w:shd w:val="clear" w:color="auto" w:fill="F7FAF8"/>
            <w:tcMar>
              <w:top w:w="80" w:type="dxa"/>
              <w:left w:w="90" w:type="dxa"/>
              <w:bottom w:w="80" w:type="dxa"/>
              <w:right w:w="90" w:type="dxa"/>
            </w:tcMar>
          </w:tcPr>
          <w:p w14:paraId="7492AC95" w14:textId="77777777" w:rsidR="00DA7E90" w:rsidRPr="00AF13A6" w:rsidRDefault="00DA7E90" w:rsidP="004F3C27">
            <w:pPr>
              <w:rPr>
                <w:sz w:val="18"/>
                <w:szCs w:val="18"/>
              </w:rPr>
            </w:pPr>
            <w:r w:rsidRPr="00AF13A6">
              <w:rPr>
                <w:b/>
                <w:color w:val="015A41"/>
                <w:sz w:val="18"/>
                <w:szCs w:val="18"/>
              </w:rPr>
              <w:t>14</w:t>
            </w:r>
          </w:p>
        </w:tc>
        <w:tc>
          <w:tcPr>
            <w:tcW w:w="9983" w:type="dxa"/>
            <w:shd w:val="clear" w:color="auto" w:fill="FFFFFF"/>
            <w:tcMar>
              <w:top w:w="80" w:type="dxa"/>
              <w:left w:w="90" w:type="dxa"/>
              <w:bottom w:w="80" w:type="dxa"/>
              <w:right w:w="90" w:type="dxa"/>
            </w:tcMar>
          </w:tcPr>
          <w:p w14:paraId="39F3BF19" w14:textId="77777777" w:rsidR="00DA7E90" w:rsidRPr="00AF13A6" w:rsidRDefault="00DA7E90" w:rsidP="004F3C27">
            <w:pPr>
              <w:rPr>
                <w:b/>
                <w:bCs/>
                <w:iCs/>
                <w:color w:val="auto"/>
                <w:sz w:val="18"/>
                <w:szCs w:val="18"/>
              </w:rPr>
            </w:pPr>
            <w:r w:rsidRPr="00AF13A6">
              <w:rPr>
                <w:b/>
                <w:bCs/>
                <w:iCs/>
                <w:color w:val="auto"/>
                <w:sz w:val="18"/>
                <w:szCs w:val="18"/>
              </w:rPr>
              <w:t>GLOSSARY</w:t>
            </w:r>
          </w:p>
        </w:tc>
      </w:tr>
      <w:tr w:rsidR="00DA7E90" w:rsidRPr="00AF13A6" w14:paraId="451E686D" w14:textId="77777777" w:rsidTr="004F3C27">
        <w:trPr>
          <w:cantSplit/>
        </w:trPr>
        <w:tc>
          <w:tcPr>
            <w:tcW w:w="1350" w:type="dxa"/>
            <w:shd w:val="clear" w:color="auto" w:fill="EAF3EF"/>
            <w:tcMar>
              <w:top w:w="80" w:type="dxa"/>
              <w:left w:w="90" w:type="dxa"/>
              <w:bottom w:w="80" w:type="dxa"/>
              <w:right w:w="90" w:type="dxa"/>
            </w:tcMar>
          </w:tcPr>
          <w:p w14:paraId="5C3C9DA1" w14:textId="77777777" w:rsidR="00DA7E90" w:rsidRPr="00AF13A6" w:rsidRDefault="00DA7E90" w:rsidP="004F3C27">
            <w:pPr>
              <w:rPr>
                <w:sz w:val="18"/>
                <w:szCs w:val="18"/>
              </w:rPr>
            </w:pPr>
            <w:r w:rsidRPr="00AF13A6">
              <w:rPr>
                <w:b/>
                <w:color w:val="015A41"/>
                <w:sz w:val="18"/>
                <w:szCs w:val="18"/>
              </w:rPr>
              <w:t>15</w:t>
            </w:r>
          </w:p>
        </w:tc>
        <w:tc>
          <w:tcPr>
            <w:tcW w:w="9983" w:type="dxa"/>
            <w:shd w:val="clear" w:color="auto" w:fill="FFFFFF"/>
            <w:tcMar>
              <w:top w:w="80" w:type="dxa"/>
              <w:left w:w="90" w:type="dxa"/>
              <w:bottom w:w="80" w:type="dxa"/>
              <w:right w:w="90" w:type="dxa"/>
            </w:tcMar>
          </w:tcPr>
          <w:p w14:paraId="1C781084" w14:textId="77777777" w:rsidR="00DA7E90" w:rsidRPr="00AF13A6" w:rsidRDefault="00DA7E90" w:rsidP="004F3C27">
            <w:pPr>
              <w:rPr>
                <w:b/>
                <w:bCs/>
                <w:iCs/>
                <w:color w:val="auto"/>
                <w:sz w:val="18"/>
                <w:szCs w:val="18"/>
              </w:rPr>
            </w:pPr>
            <w:r w:rsidRPr="00AF13A6">
              <w:rPr>
                <w:b/>
                <w:bCs/>
                <w:iCs/>
                <w:color w:val="auto"/>
                <w:sz w:val="18"/>
                <w:szCs w:val="18"/>
              </w:rPr>
              <w:t>ACRONYMS</w:t>
            </w:r>
          </w:p>
        </w:tc>
      </w:tr>
      <w:tr w:rsidR="00DA7E90" w:rsidRPr="00AF13A6" w14:paraId="2AB9E339" w14:textId="77777777" w:rsidTr="004F3C27">
        <w:trPr>
          <w:cantSplit/>
        </w:trPr>
        <w:tc>
          <w:tcPr>
            <w:tcW w:w="1350" w:type="dxa"/>
            <w:shd w:val="clear" w:color="auto" w:fill="F7FAF8"/>
            <w:tcMar>
              <w:top w:w="80" w:type="dxa"/>
              <w:left w:w="90" w:type="dxa"/>
              <w:bottom w:w="80" w:type="dxa"/>
              <w:right w:w="90" w:type="dxa"/>
            </w:tcMar>
          </w:tcPr>
          <w:p w14:paraId="3A98FA96" w14:textId="77777777" w:rsidR="00DA7E90" w:rsidRPr="00AF13A6" w:rsidRDefault="00DA7E90" w:rsidP="004F3C27">
            <w:pPr>
              <w:rPr>
                <w:sz w:val="18"/>
                <w:szCs w:val="18"/>
              </w:rPr>
            </w:pPr>
            <w:r w:rsidRPr="00AF13A6">
              <w:rPr>
                <w:b/>
                <w:color w:val="015A41"/>
                <w:sz w:val="18"/>
                <w:szCs w:val="18"/>
              </w:rPr>
              <w:t>16</w:t>
            </w:r>
          </w:p>
        </w:tc>
        <w:tc>
          <w:tcPr>
            <w:tcW w:w="9983" w:type="dxa"/>
            <w:shd w:val="clear" w:color="auto" w:fill="FFFFFF"/>
            <w:tcMar>
              <w:top w:w="80" w:type="dxa"/>
              <w:left w:w="90" w:type="dxa"/>
              <w:bottom w:w="80" w:type="dxa"/>
              <w:right w:w="90" w:type="dxa"/>
            </w:tcMar>
          </w:tcPr>
          <w:p w14:paraId="19D20FEE" w14:textId="77777777" w:rsidR="00DA7E90" w:rsidRPr="00AF13A6" w:rsidRDefault="00DA7E90" w:rsidP="004F3C27">
            <w:pPr>
              <w:rPr>
                <w:b/>
                <w:bCs/>
                <w:iCs/>
                <w:color w:val="auto"/>
                <w:sz w:val="18"/>
                <w:szCs w:val="18"/>
              </w:rPr>
            </w:pPr>
            <w:r w:rsidRPr="00AF13A6">
              <w:rPr>
                <w:b/>
                <w:bCs/>
                <w:iCs/>
                <w:color w:val="auto"/>
                <w:sz w:val="18"/>
                <w:szCs w:val="18"/>
              </w:rPr>
              <w:t>ATTACHMENTS</w:t>
            </w:r>
          </w:p>
        </w:tc>
      </w:tr>
      <w:tr w:rsidR="00DA7E90" w:rsidRPr="00AF13A6" w14:paraId="719641C3" w14:textId="77777777" w:rsidTr="004F3C27">
        <w:trPr>
          <w:cantSplit/>
        </w:trPr>
        <w:tc>
          <w:tcPr>
            <w:tcW w:w="1350" w:type="dxa"/>
            <w:shd w:val="clear" w:color="auto" w:fill="EAF3EF"/>
            <w:tcMar>
              <w:top w:w="80" w:type="dxa"/>
              <w:left w:w="90" w:type="dxa"/>
              <w:bottom w:w="80" w:type="dxa"/>
              <w:right w:w="90" w:type="dxa"/>
            </w:tcMar>
          </w:tcPr>
          <w:p w14:paraId="384EB94E" w14:textId="77777777" w:rsidR="00DA7E90" w:rsidRPr="00AF13A6" w:rsidRDefault="00DA7E90" w:rsidP="004F3C27">
            <w:pPr>
              <w:rPr>
                <w:sz w:val="18"/>
                <w:szCs w:val="18"/>
              </w:rPr>
            </w:pPr>
            <w:r w:rsidRPr="00AF13A6">
              <w:rPr>
                <w:b/>
                <w:color w:val="015A41"/>
                <w:sz w:val="18"/>
                <w:szCs w:val="18"/>
              </w:rPr>
              <w:t>17</w:t>
            </w:r>
          </w:p>
        </w:tc>
        <w:tc>
          <w:tcPr>
            <w:tcW w:w="9983" w:type="dxa"/>
            <w:shd w:val="clear" w:color="auto" w:fill="FFFFFF"/>
            <w:tcMar>
              <w:top w:w="80" w:type="dxa"/>
              <w:left w:w="90" w:type="dxa"/>
              <w:bottom w:w="80" w:type="dxa"/>
              <w:right w:w="90" w:type="dxa"/>
            </w:tcMar>
          </w:tcPr>
          <w:p w14:paraId="3F27B6A2" w14:textId="77777777" w:rsidR="00DA7E90" w:rsidRPr="00AF13A6" w:rsidRDefault="00DA7E90" w:rsidP="004F3C27">
            <w:pPr>
              <w:rPr>
                <w:b/>
                <w:bCs/>
                <w:iCs/>
                <w:color w:val="auto"/>
                <w:sz w:val="18"/>
                <w:szCs w:val="18"/>
              </w:rPr>
            </w:pPr>
            <w:r w:rsidRPr="00AF13A6">
              <w:rPr>
                <w:b/>
                <w:bCs/>
                <w:iCs/>
                <w:color w:val="auto"/>
                <w:sz w:val="18"/>
                <w:szCs w:val="18"/>
              </w:rPr>
              <w:t>ANNEXES</w:t>
            </w:r>
          </w:p>
        </w:tc>
      </w:tr>
      <w:tr w:rsidR="00DA7E90" w:rsidRPr="00AF13A6" w14:paraId="6E35753D" w14:textId="77777777" w:rsidTr="004F3C27">
        <w:trPr>
          <w:cantSplit/>
        </w:trPr>
        <w:tc>
          <w:tcPr>
            <w:tcW w:w="1350" w:type="dxa"/>
            <w:shd w:val="clear" w:color="auto" w:fill="F7FAF8"/>
            <w:tcMar>
              <w:top w:w="80" w:type="dxa"/>
              <w:left w:w="90" w:type="dxa"/>
              <w:bottom w:w="80" w:type="dxa"/>
              <w:right w:w="90" w:type="dxa"/>
            </w:tcMar>
          </w:tcPr>
          <w:p w14:paraId="2C65B8AC" w14:textId="77777777" w:rsidR="00DA7E90" w:rsidRPr="00AF13A6" w:rsidRDefault="00DA7E90" w:rsidP="004F3C27">
            <w:pPr>
              <w:rPr>
                <w:sz w:val="18"/>
                <w:szCs w:val="18"/>
              </w:rPr>
            </w:pPr>
            <w:r w:rsidRPr="00AF13A6">
              <w:rPr>
                <w:b/>
                <w:color w:val="015A41"/>
                <w:sz w:val="18"/>
                <w:szCs w:val="18"/>
              </w:rPr>
              <w:t>18</w:t>
            </w:r>
          </w:p>
        </w:tc>
        <w:tc>
          <w:tcPr>
            <w:tcW w:w="9983" w:type="dxa"/>
            <w:shd w:val="clear" w:color="auto" w:fill="FFFFFF"/>
            <w:tcMar>
              <w:top w:w="80" w:type="dxa"/>
              <w:left w:w="90" w:type="dxa"/>
              <w:bottom w:w="80" w:type="dxa"/>
              <w:right w:w="90" w:type="dxa"/>
            </w:tcMar>
          </w:tcPr>
          <w:p w14:paraId="556A6870" w14:textId="77777777" w:rsidR="00DA7E90" w:rsidRPr="00AF13A6" w:rsidRDefault="00DA7E90" w:rsidP="004F3C27">
            <w:pPr>
              <w:rPr>
                <w:b/>
                <w:bCs/>
                <w:iCs/>
                <w:color w:val="auto"/>
                <w:sz w:val="18"/>
                <w:szCs w:val="18"/>
              </w:rPr>
            </w:pPr>
            <w:r w:rsidRPr="00AF13A6">
              <w:rPr>
                <w:b/>
                <w:bCs/>
                <w:iCs/>
                <w:color w:val="auto"/>
                <w:sz w:val="18"/>
                <w:szCs w:val="18"/>
              </w:rPr>
              <w:t>INCIDENT-SPECIFIC APPENDICES</w:t>
            </w:r>
          </w:p>
        </w:tc>
      </w:tr>
    </w:tbl>
    <w:p w14:paraId="09F0C076" w14:textId="77777777" w:rsidR="00686453" w:rsidRDefault="00686453">
      <w:pPr>
        <w:spacing w:after="0"/>
      </w:pPr>
    </w:p>
    <w:p w14:paraId="74141C59" w14:textId="77777777" w:rsidR="00686453" w:rsidRPr="00AF13A6" w:rsidRDefault="00D95FB4">
      <w:pPr>
        <w:spacing w:after="80" w:line="250" w:lineRule="auto"/>
        <w:rPr>
          <w:sz w:val="32"/>
          <w:szCs w:val="28"/>
        </w:rPr>
      </w:pPr>
      <w:r w:rsidRPr="00AF13A6">
        <w:rPr>
          <w:i/>
          <w:color w:val="66706B"/>
          <w:sz w:val="20"/>
          <w:szCs w:val="28"/>
        </w:rPr>
        <w:t>After facility customization, update Word navigation/TOC fields and page references before final adoption.</w:t>
      </w:r>
    </w:p>
    <w:p w14:paraId="429065FD" w14:textId="77777777" w:rsidR="00686453" w:rsidRDefault="00D95FB4">
      <w:r>
        <w:br w:type="page"/>
      </w:r>
    </w:p>
    <w:p w14:paraId="38A564DD" w14:textId="62D79D08" w:rsidR="00686453" w:rsidRDefault="00D95FB4">
      <w:pPr>
        <w:pStyle w:val="Heading1"/>
        <w:pBdr>
          <w:bottom w:val="single" w:sz="14" w:space="5" w:color="E63B07"/>
        </w:pBdr>
        <w:spacing w:before="140" w:after="140"/>
      </w:pPr>
      <w:r>
        <w:rPr>
          <w:rFonts w:ascii="Arial" w:eastAsia="Arial" w:hAnsi="Arial"/>
        </w:rPr>
        <w:lastRenderedPageBreak/>
        <w:t>1. INTRODUCTION</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344"/>
      </w:tblGrid>
      <w:tr w:rsidR="00686453" w:rsidRPr="00AF13A6" w14:paraId="7FDF46CD" w14:textId="77777777" w:rsidTr="001F5665">
        <w:trPr>
          <w:jc w:val="center"/>
        </w:trPr>
        <w:tc>
          <w:tcPr>
            <w:tcW w:w="10344" w:type="dxa"/>
            <w:shd w:val="clear" w:color="auto" w:fill="EAF3EF"/>
            <w:tcMar>
              <w:top w:w="100" w:type="dxa"/>
              <w:left w:w="130" w:type="dxa"/>
              <w:bottom w:w="100" w:type="dxa"/>
              <w:right w:w="130" w:type="dxa"/>
            </w:tcMar>
          </w:tcPr>
          <w:p w14:paraId="3C1B56D7" w14:textId="77777777" w:rsidR="00686453" w:rsidRPr="00AF13A6" w:rsidRDefault="00D95FB4">
            <w:pPr>
              <w:spacing w:after="0"/>
              <w:rPr>
                <w:sz w:val="20"/>
                <w:szCs w:val="24"/>
              </w:rPr>
            </w:pPr>
            <w:r w:rsidRPr="00AF13A6">
              <w:rPr>
                <w:b/>
                <w:color w:val="015A41"/>
                <w:sz w:val="20"/>
                <w:szCs w:val="24"/>
              </w:rPr>
              <w:t xml:space="preserve">REGULATORY BASIS  </w:t>
            </w:r>
            <w:r w:rsidRPr="00AF13A6">
              <w:rPr>
                <w:sz w:val="20"/>
                <w:szCs w:val="24"/>
              </w:rPr>
              <w:t>42 CFR §483.73(a); CMS Appendix Z; Maine 10-144 CMR Ch. 110 §</w:t>
            </w:r>
            <w:proofErr w:type="gramStart"/>
            <w:r w:rsidRPr="00AF13A6">
              <w:rPr>
                <w:sz w:val="20"/>
                <w:szCs w:val="24"/>
              </w:rPr>
              <w:t>20.D.</w:t>
            </w:r>
            <w:proofErr w:type="gramEnd"/>
            <w:r w:rsidRPr="00AF13A6">
              <w:rPr>
                <w:sz w:val="20"/>
                <w:szCs w:val="24"/>
              </w:rPr>
              <w:t>2</w:t>
            </w:r>
          </w:p>
        </w:tc>
      </w:tr>
    </w:tbl>
    <w:p w14:paraId="33AC185D" w14:textId="77777777" w:rsidR="00686453" w:rsidRPr="00AF13A6" w:rsidRDefault="00686453">
      <w:pPr>
        <w:spacing w:after="0"/>
        <w:rPr>
          <w:sz w:val="36"/>
          <w:szCs w:val="32"/>
        </w:rPr>
      </w:pPr>
    </w:p>
    <w:p w14:paraId="6C2F8538" w14:textId="77777777" w:rsidR="00686453" w:rsidRPr="00BE74C6" w:rsidRDefault="00D95FB4">
      <w:pPr>
        <w:spacing w:after="120" w:line="250" w:lineRule="auto"/>
        <w:rPr>
          <w:sz w:val="28"/>
          <w:szCs w:val="24"/>
        </w:rPr>
      </w:pPr>
      <w:r w:rsidRPr="00BE74C6">
        <w:rPr>
          <w:sz w:val="20"/>
          <w:szCs w:val="24"/>
        </w:rPr>
        <w:t>This section establishes the purpose, scope, applicability, and planning assumptions for the facility emergency preparedness program.</w:t>
      </w:r>
    </w:p>
    <w:p w14:paraId="7616A296" w14:textId="77777777" w:rsidR="00686453" w:rsidRPr="00AF13A6" w:rsidRDefault="00D95FB4">
      <w:pPr>
        <w:pStyle w:val="Heading2"/>
        <w:spacing w:before="120" w:after="80"/>
        <w:rPr>
          <w:sz w:val="28"/>
          <w:szCs w:val="28"/>
        </w:rPr>
      </w:pPr>
      <w:r w:rsidRPr="00AF13A6">
        <w:rPr>
          <w:rFonts w:ascii="Arial" w:eastAsia="Arial" w:hAnsi="Arial"/>
          <w:sz w:val="28"/>
          <w:szCs w:val="28"/>
        </w:rPr>
        <w:t>A. Purpose</w:t>
      </w:r>
    </w:p>
    <w:p w14:paraId="5D684E66" w14:textId="77777777" w:rsidR="00686453" w:rsidRPr="00AF13A6" w:rsidRDefault="00D95FB4">
      <w:pPr>
        <w:spacing w:after="80" w:line="250" w:lineRule="auto"/>
        <w:rPr>
          <w:szCs w:val="24"/>
        </w:rPr>
      </w:pPr>
      <w:r w:rsidRPr="00AF13A6">
        <w:rPr>
          <w:szCs w:val="24"/>
        </w:rPr>
        <w:t>The &lt;Insert facility name&gt; Emergency Operations Plan (EOP) is an all-hazards plan for preparing for, responding to, maintaining essential operations during, and recovering from emergencies that could affect resident health and safety, staffing, infrastructure, care delivery, or facility operations. The EOP is based on facility- and community-based risk assessments and is coordinated with required emergency policies and procedures, the communication plan, and the training/testing program.</w:t>
      </w:r>
    </w:p>
    <w:p w14:paraId="05948D47" w14:textId="77777777" w:rsidR="00686453" w:rsidRPr="00AF13A6" w:rsidRDefault="00D95FB4">
      <w:pPr>
        <w:pStyle w:val="Heading2"/>
        <w:spacing w:before="120" w:after="80"/>
        <w:rPr>
          <w:sz w:val="28"/>
          <w:szCs w:val="28"/>
        </w:rPr>
      </w:pPr>
      <w:r w:rsidRPr="00AF13A6">
        <w:rPr>
          <w:rFonts w:ascii="Arial" w:eastAsia="Arial" w:hAnsi="Arial"/>
          <w:sz w:val="28"/>
          <w:szCs w:val="28"/>
        </w:rPr>
        <w:t>B. Scope</w:t>
      </w:r>
    </w:p>
    <w:p w14:paraId="2EFC97B0" w14:textId="77777777" w:rsidR="00686453" w:rsidRPr="00AF13A6" w:rsidRDefault="00D95FB4">
      <w:pPr>
        <w:spacing w:after="80" w:line="250" w:lineRule="auto"/>
        <w:rPr>
          <w:sz w:val="36"/>
          <w:szCs w:val="32"/>
        </w:rPr>
      </w:pPr>
      <w:r w:rsidRPr="00AF13A6">
        <w:rPr>
          <w:szCs w:val="32"/>
        </w:rPr>
        <w:t xml:space="preserve">This EOP applies to &lt;insert buildings, departments, units, shifts, services, contracted functions, and locations&gt;. It addresses residents, staff, individuals providing services under arrangement, volunteers, visitors, and other </w:t>
      </w:r>
      <w:proofErr w:type="gramStart"/>
      <w:r w:rsidRPr="00AF13A6">
        <w:rPr>
          <w:szCs w:val="32"/>
        </w:rPr>
        <w:t>persons</w:t>
      </w:r>
      <w:proofErr w:type="gramEnd"/>
      <w:r w:rsidRPr="00AF13A6">
        <w:rPr>
          <w:szCs w:val="32"/>
        </w:rPr>
        <w:t xml:space="preserve"> affected by facility operations as appropriate.</w:t>
      </w:r>
    </w:p>
    <w:p w14:paraId="2B540BF0" w14:textId="77777777" w:rsidR="00686453" w:rsidRPr="00AF13A6" w:rsidRDefault="00D95FB4">
      <w:pPr>
        <w:pStyle w:val="Heading2"/>
        <w:spacing w:before="120" w:after="80"/>
        <w:rPr>
          <w:sz w:val="28"/>
          <w:szCs w:val="28"/>
        </w:rPr>
      </w:pPr>
      <w:r w:rsidRPr="00AF13A6">
        <w:rPr>
          <w:rFonts w:ascii="Arial" w:eastAsia="Arial" w:hAnsi="Arial"/>
          <w:sz w:val="28"/>
          <w:szCs w:val="28"/>
        </w:rPr>
        <w:t>C. Planning Assumptions</w:t>
      </w:r>
    </w:p>
    <w:p w14:paraId="525AB739" w14:textId="77777777" w:rsidR="00686453" w:rsidRPr="00AF13A6" w:rsidRDefault="00D95FB4">
      <w:pPr>
        <w:pStyle w:val="ListBullet"/>
        <w:spacing w:after="40" w:line="245" w:lineRule="auto"/>
        <w:ind w:left="403" w:hanging="173"/>
        <w:rPr>
          <w:sz w:val="24"/>
          <w:szCs w:val="32"/>
        </w:rPr>
      </w:pPr>
      <w:r w:rsidRPr="00AF13A6">
        <w:rPr>
          <w:sz w:val="24"/>
          <w:szCs w:val="32"/>
        </w:rPr>
        <w:t>Emergencies may affect the facility internally, the surrounding community, or both.</w:t>
      </w:r>
    </w:p>
    <w:p w14:paraId="7D33F905" w14:textId="77777777" w:rsidR="00686453" w:rsidRPr="00AF13A6" w:rsidRDefault="00D95FB4">
      <w:pPr>
        <w:pStyle w:val="ListBullet"/>
        <w:spacing w:after="40" w:line="245" w:lineRule="auto"/>
        <w:ind w:left="403" w:hanging="173"/>
        <w:rPr>
          <w:sz w:val="24"/>
          <w:szCs w:val="32"/>
        </w:rPr>
      </w:pPr>
      <w:r w:rsidRPr="00AF13A6">
        <w:rPr>
          <w:sz w:val="24"/>
          <w:szCs w:val="32"/>
        </w:rPr>
        <w:t xml:space="preserve">The facility may </w:t>
      </w:r>
      <w:proofErr w:type="gramStart"/>
      <w:r w:rsidRPr="00AF13A6">
        <w:rPr>
          <w:sz w:val="24"/>
          <w:szCs w:val="32"/>
        </w:rPr>
        <w:t>need to</w:t>
      </w:r>
      <w:proofErr w:type="gramEnd"/>
      <w:r w:rsidRPr="00AF13A6">
        <w:rPr>
          <w:sz w:val="24"/>
          <w:szCs w:val="32"/>
        </w:rPr>
        <w:t xml:space="preserve"> shelter in place, relocate internally, partially evacuate, fully evacuate, reduce services, or receive residents from another facility.</w:t>
      </w:r>
    </w:p>
    <w:p w14:paraId="4DE5238F" w14:textId="77777777" w:rsidR="00686453" w:rsidRPr="00AF13A6" w:rsidRDefault="00D95FB4">
      <w:pPr>
        <w:pStyle w:val="ListBullet"/>
        <w:spacing w:after="40" w:line="245" w:lineRule="auto"/>
        <w:ind w:left="403" w:hanging="173"/>
        <w:rPr>
          <w:sz w:val="24"/>
          <w:szCs w:val="32"/>
        </w:rPr>
      </w:pPr>
      <w:r w:rsidRPr="00AF13A6">
        <w:rPr>
          <w:sz w:val="24"/>
          <w:szCs w:val="32"/>
        </w:rPr>
        <w:t>Normal staffing, utilities, communications, transportation, pharmacy, vendors, supply chains, and community resources may be disrupted.</w:t>
      </w:r>
    </w:p>
    <w:p w14:paraId="6A9210C5" w14:textId="77777777" w:rsidR="00686453" w:rsidRPr="00AF13A6" w:rsidRDefault="00D95FB4">
      <w:pPr>
        <w:pStyle w:val="ListBullet"/>
        <w:spacing w:after="40" w:line="245" w:lineRule="auto"/>
        <w:ind w:left="403" w:hanging="173"/>
        <w:rPr>
          <w:sz w:val="24"/>
          <w:szCs w:val="32"/>
        </w:rPr>
      </w:pPr>
      <w:r w:rsidRPr="00AF13A6">
        <w:rPr>
          <w:sz w:val="24"/>
          <w:szCs w:val="32"/>
        </w:rPr>
        <w:t>The facility will use primary and alternate methods for critical functions when normal systems are unavailable.</w:t>
      </w:r>
    </w:p>
    <w:p w14:paraId="009A3E05" w14:textId="77777777" w:rsidR="00686453" w:rsidRPr="00AF13A6" w:rsidRDefault="00D95FB4">
      <w:pPr>
        <w:pStyle w:val="ListBullet"/>
        <w:spacing w:after="40" w:line="245" w:lineRule="auto"/>
        <w:ind w:left="403" w:hanging="173"/>
        <w:rPr>
          <w:sz w:val="24"/>
          <w:szCs w:val="32"/>
        </w:rPr>
      </w:pPr>
      <w:r w:rsidRPr="00AF13A6">
        <w:rPr>
          <w:sz w:val="24"/>
          <w:szCs w:val="32"/>
        </w:rPr>
        <w:t xml:space="preserve">Staff will be trained </w:t>
      </w:r>
      <w:proofErr w:type="gramStart"/>
      <w:r w:rsidRPr="00AF13A6">
        <w:rPr>
          <w:sz w:val="24"/>
          <w:szCs w:val="32"/>
        </w:rPr>
        <w:t>to</w:t>
      </w:r>
      <w:proofErr w:type="gramEnd"/>
      <w:r w:rsidRPr="00AF13A6">
        <w:rPr>
          <w:sz w:val="24"/>
          <w:szCs w:val="32"/>
        </w:rPr>
        <w:t xml:space="preserve"> their assigned emergency roles and will use this EOP and referenced procedures during emergencies.</w:t>
      </w:r>
    </w:p>
    <w:p w14:paraId="384A013C" w14:textId="77777777" w:rsidR="00686453" w:rsidRPr="00AF13A6" w:rsidRDefault="00D95FB4">
      <w:pPr>
        <w:pStyle w:val="Heading2"/>
        <w:spacing w:before="120" w:after="80"/>
        <w:rPr>
          <w:sz w:val="28"/>
          <w:szCs w:val="28"/>
        </w:rPr>
      </w:pPr>
      <w:r w:rsidRPr="00AF13A6">
        <w:rPr>
          <w:rFonts w:ascii="Arial" w:eastAsia="Arial" w:hAnsi="Arial"/>
          <w:sz w:val="28"/>
          <w:szCs w:val="28"/>
        </w:rPr>
        <w:t>D. Relationship to Supporting Plans</w:t>
      </w:r>
    </w:p>
    <w:p w14:paraId="0A1E3637" w14:textId="77777777" w:rsidR="00686453" w:rsidRPr="00AF13A6" w:rsidRDefault="00D95FB4">
      <w:pPr>
        <w:spacing w:after="80" w:line="250" w:lineRule="auto"/>
        <w:rPr>
          <w:sz w:val="36"/>
          <w:szCs w:val="32"/>
        </w:rPr>
      </w:pPr>
      <w:r w:rsidRPr="00AF13A6">
        <w:rPr>
          <w:szCs w:val="32"/>
        </w:rPr>
        <w:t>The EOP may incorporate controlled policies, procedures, fire safety plans, infection-control plans, crisis staffing plans, vendor agreements, transportation plans, continuity documents, communication directories, floor plans, and other supporting materials by reference. CMS Appendix Z permits flexible document organization; the facility must be able to produce written evidence showing where applicable requirements are addressed.</w:t>
      </w:r>
    </w:p>
    <w:p w14:paraId="44128BA3" w14:textId="77777777" w:rsidR="00686453" w:rsidRDefault="00D95FB4">
      <w:r>
        <w:br w:type="page"/>
      </w:r>
    </w:p>
    <w:p w14:paraId="1683B3C6" w14:textId="77777777" w:rsidR="00686453" w:rsidRDefault="00D95FB4">
      <w:pPr>
        <w:pStyle w:val="Heading1"/>
        <w:pBdr>
          <w:bottom w:val="single" w:sz="14" w:space="5" w:color="E63B07"/>
        </w:pBdr>
        <w:spacing w:before="140" w:after="140"/>
      </w:pPr>
      <w:r>
        <w:rPr>
          <w:rFonts w:ascii="Arial" w:eastAsia="Arial" w:hAnsi="Arial"/>
        </w:rPr>
        <w:lastRenderedPageBreak/>
        <w:t>2. ADMINISTRATION</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rsidRPr="00AF13A6" w14:paraId="3BD8768B" w14:textId="77777777">
        <w:trPr>
          <w:jc w:val="center"/>
        </w:trPr>
        <w:tc>
          <w:tcPr>
            <w:tcW w:w="10282" w:type="dxa"/>
            <w:shd w:val="clear" w:color="auto" w:fill="EAF3EF"/>
            <w:tcMar>
              <w:top w:w="100" w:type="dxa"/>
              <w:left w:w="130" w:type="dxa"/>
              <w:bottom w:w="100" w:type="dxa"/>
              <w:right w:w="130" w:type="dxa"/>
            </w:tcMar>
          </w:tcPr>
          <w:p w14:paraId="55947850" w14:textId="77777777" w:rsidR="00686453" w:rsidRPr="00AF13A6" w:rsidRDefault="00D95FB4">
            <w:pPr>
              <w:spacing w:after="0"/>
              <w:rPr>
                <w:sz w:val="20"/>
                <w:szCs w:val="20"/>
              </w:rPr>
            </w:pPr>
            <w:r w:rsidRPr="00AF13A6">
              <w:rPr>
                <w:b/>
                <w:color w:val="015A41"/>
                <w:sz w:val="20"/>
                <w:szCs w:val="20"/>
              </w:rPr>
              <w:t xml:space="preserve">REGULATORY BASIS  </w:t>
            </w:r>
            <w:r w:rsidRPr="00AF13A6">
              <w:rPr>
                <w:sz w:val="20"/>
                <w:szCs w:val="20"/>
              </w:rPr>
              <w:t>42 CFR §483.73; CMS Appendix Z; Maine Ch. 110</w:t>
            </w:r>
          </w:p>
        </w:tc>
      </w:tr>
    </w:tbl>
    <w:p w14:paraId="7A489865" w14:textId="77777777" w:rsidR="00686453" w:rsidRPr="00BE74C6" w:rsidRDefault="00686453">
      <w:pPr>
        <w:spacing w:after="0"/>
        <w:rPr>
          <w:sz w:val="20"/>
          <w:szCs w:val="18"/>
        </w:rPr>
      </w:pPr>
    </w:p>
    <w:p w14:paraId="4E0B5C18" w14:textId="77777777" w:rsidR="00686453" w:rsidRPr="00BE74C6" w:rsidRDefault="00D95FB4">
      <w:pPr>
        <w:spacing w:after="120" w:line="250" w:lineRule="auto"/>
        <w:rPr>
          <w:sz w:val="28"/>
          <w:szCs w:val="24"/>
        </w:rPr>
      </w:pPr>
      <w:r w:rsidRPr="00BE74C6">
        <w:rPr>
          <w:sz w:val="20"/>
          <w:szCs w:val="24"/>
        </w:rPr>
        <w:t>This section describes program governance, annual maintenance, exercises, authorities, and the regulatory crosswalk.</w:t>
      </w:r>
    </w:p>
    <w:p w14:paraId="24D8D2DF" w14:textId="77777777" w:rsidR="00686453" w:rsidRPr="00AF13A6" w:rsidRDefault="00D95FB4">
      <w:pPr>
        <w:pStyle w:val="Heading2"/>
        <w:spacing w:before="120" w:after="80"/>
        <w:rPr>
          <w:sz w:val="28"/>
          <w:szCs w:val="28"/>
        </w:rPr>
      </w:pPr>
      <w:r w:rsidRPr="00AF13A6">
        <w:rPr>
          <w:rFonts w:ascii="Arial" w:eastAsia="Arial" w:hAnsi="Arial"/>
          <w:sz w:val="28"/>
          <w:szCs w:val="28"/>
        </w:rPr>
        <w:t>A. Executive Summary</w:t>
      </w:r>
    </w:p>
    <w:p w14:paraId="2D1E79CC" w14:textId="77777777" w:rsidR="00686453" w:rsidRDefault="00D95FB4">
      <w:pPr>
        <w:spacing w:after="80" w:line="250" w:lineRule="auto"/>
        <w:rPr>
          <w:szCs w:val="32"/>
        </w:rPr>
      </w:pPr>
      <w:r w:rsidRPr="00AF13A6">
        <w:rPr>
          <w:szCs w:val="32"/>
        </w:rPr>
        <w:t>The &lt;Insert facility name&gt; maintains an emergency preparedness program consisting of: (1) an emergency plan; (2) emergency policies and procedures; (3) a communication plan; (4) a training and testing program; and (5) emergency and standby power planning as applicable. For federally certified LTC facilities, these program elements are maintained in accordance with 42 CFR §483.73.</w:t>
      </w:r>
    </w:p>
    <w:p w14:paraId="0478566A" w14:textId="77777777" w:rsidR="00F27E71" w:rsidRPr="00AF13A6" w:rsidRDefault="00F27E71">
      <w:pPr>
        <w:spacing w:after="80" w:line="250" w:lineRule="auto"/>
        <w:rPr>
          <w:sz w:val="36"/>
          <w:szCs w:val="32"/>
        </w:rPr>
      </w:pPr>
    </w:p>
    <w:p w14:paraId="05335736" w14:textId="77777777" w:rsidR="00686453" w:rsidRPr="00AF13A6" w:rsidRDefault="00D95FB4">
      <w:pPr>
        <w:pStyle w:val="Heading2"/>
        <w:spacing w:before="120" w:after="80"/>
        <w:rPr>
          <w:sz w:val="28"/>
          <w:szCs w:val="28"/>
        </w:rPr>
      </w:pPr>
      <w:r w:rsidRPr="00AF13A6">
        <w:rPr>
          <w:rFonts w:ascii="Arial" w:eastAsia="Arial" w:hAnsi="Arial"/>
          <w:sz w:val="28"/>
          <w:szCs w:val="28"/>
        </w:rPr>
        <w:t>B. Plan Review, Maintenance &amp; Exercises</w:t>
      </w:r>
    </w:p>
    <w:p w14:paraId="1DA56CC4" w14:textId="77777777" w:rsidR="00686453" w:rsidRDefault="00D95FB4">
      <w:pPr>
        <w:spacing w:after="80" w:line="250" w:lineRule="auto"/>
        <w:rPr>
          <w:szCs w:val="32"/>
        </w:rPr>
      </w:pPr>
      <w:r w:rsidRPr="00AF13A6">
        <w:rPr>
          <w:szCs w:val="32"/>
        </w:rPr>
        <w:t>The emergency plan, policies and procedures, communication plan, and training/testing program will be reviewed and updated at least annually. The facility will document each review and any resulting changes. Interim updates will be made when material changes occur.</w:t>
      </w:r>
    </w:p>
    <w:p w14:paraId="124943D4" w14:textId="77777777" w:rsidR="00F27E71" w:rsidRPr="00AF13A6" w:rsidRDefault="00F27E71">
      <w:pPr>
        <w:spacing w:after="80" w:line="250" w:lineRule="auto"/>
        <w:rPr>
          <w:sz w:val="36"/>
          <w:szCs w:val="32"/>
        </w:rPr>
      </w:pP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33743DFD" w14:textId="77777777">
        <w:trPr>
          <w:jc w:val="center"/>
        </w:trPr>
        <w:tc>
          <w:tcPr>
            <w:tcW w:w="10282" w:type="dxa"/>
            <w:shd w:val="clear" w:color="auto" w:fill="EAF3EF"/>
            <w:tcMar>
              <w:top w:w="100" w:type="dxa"/>
              <w:left w:w="130" w:type="dxa"/>
              <w:bottom w:w="100" w:type="dxa"/>
              <w:right w:w="130" w:type="dxa"/>
            </w:tcMar>
          </w:tcPr>
          <w:p w14:paraId="6E4A4CE1" w14:textId="232905DC" w:rsidR="00686453" w:rsidRPr="009D6E39" w:rsidRDefault="00D95FB4">
            <w:pPr>
              <w:spacing w:after="0"/>
              <w:rPr>
                <w:sz w:val="20"/>
                <w:szCs w:val="20"/>
              </w:rPr>
            </w:pPr>
            <w:r w:rsidRPr="009D6E39">
              <w:rPr>
                <w:b/>
                <w:color w:val="015A41"/>
                <w:sz w:val="20"/>
                <w:szCs w:val="20"/>
              </w:rPr>
              <w:t xml:space="preserve">CMS TESTING REQUIREMENT </w:t>
            </w:r>
            <w:r w:rsidRPr="009D6E39">
              <w:rPr>
                <w:sz w:val="20"/>
                <w:szCs w:val="20"/>
              </w:rPr>
              <w:t xml:space="preserve">The facility conducts emergency preparedness exercises at least twice per year, including unannounced staff drills using emergency procedures. Each year this includes a community-based full-scale exercise or, if unavailable, a facility-based functional exercise, plus one additional qualifying exercise. Responses are analyzed and </w:t>
            </w:r>
            <w:proofErr w:type="gramStart"/>
            <w:r w:rsidRPr="009D6E39">
              <w:rPr>
                <w:sz w:val="20"/>
                <w:szCs w:val="20"/>
              </w:rPr>
              <w:t>documented</w:t>
            </w:r>
            <w:proofErr w:type="gramEnd"/>
            <w:r w:rsidRPr="009D6E39">
              <w:rPr>
                <w:sz w:val="20"/>
                <w:szCs w:val="20"/>
              </w:rPr>
              <w:t xml:space="preserve"> and the plan is revised as needed. See 42 CFR §483.73(d)(2).</w:t>
            </w:r>
          </w:p>
        </w:tc>
      </w:tr>
    </w:tbl>
    <w:p w14:paraId="0D7ADC45" w14:textId="77777777" w:rsidR="00686453" w:rsidRDefault="00686453">
      <w:pPr>
        <w:spacing w:after="0"/>
      </w:pP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14:paraId="4ADF2FAD" w14:textId="77777777">
        <w:trPr>
          <w:jc w:val="center"/>
        </w:trPr>
        <w:tc>
          <w:tcPr>
            <w:tcW w:w="10282" w:type="dxa"/>
            <w:shd w:val="clear" w:color="auto" w:fill="FCEFE9"/>
            <w:tcMar>
              <w:top w:w="100" w:type="dxa"/>
              <w:left w:w="130" w:type="dxa"/>
              <w:bottom w:w="100" w:type="dxa"/>
              <w:right w:w="130" w:type="dxa"/>
            </w:tcMar>
          </w:tcPr>
          <w:p w14:paraId="3D60EFE0" w14:textId="3DCD6C5F" w:rsidR="00700CB0" w:rsidRPr="00700CB0" w:rsidRDefault="00D95FB4">
            <w:pPr>
              <w:spacing w:after="0"/>
              <w:rPr>
                <w:rFonts w:cs="Arial"/>
                <w:color w:val="000000"/>
                <w:sz w:val="18"/>
              </w:rPr>
            </w:pPr>
            <w:r>
              <w:rPr>
                <w:b/>
                <w:color w:val="E63B07"/>
                <w:sz w:val="19"/>
              </w:rPr>
              <w:t xml:space="preserve">MAINE </w:t>
            </w:r>
            <w:r w:rsidRPr="002B4050">
              <w:rPr>
                <w:b/>
                <w:color w:val="E63B07"/>
                <w:sz w:val="19"/>
              </w:rPr>
              <w:t>DRILL</w:t>
            </w:r>
            <w:r>
              <w:rPr>
                <w:b/>
                <w:color w:val="E63B07"/>
                <w:sz w:val="19"/>
              </w:rPr>
              <w:t xml:space="preserve"> REQUIREMENT  </w:t>
            </w:r>
            <w:r w:rsidR="00672CDA">
              <w:rPr>
                <w:rFonts w:cs="Arial"/>
                <w:color w:val="000000"/>
                <w:sz w:val="18"/>
              </w:rPr>
              <w:t>10-144 CMR Ch. 110 §</w:t>
            </w:r>
            <w:proofErr w:type="gramStart"/>
            <w:r w:rsidR="00672CDA">
              <w:rPr>
                <w:rFonts w:cs="Arial"/>
                <w:color w:val="000000"/>
                <w:sz w:val="18"/>
              </w:rPr>
              <w:t>20.D.</w:t>
            </w:r>
            <w:proofErr w:type="gramEnd"/>
            <w:r w:rsidR="00672CDA">
              <w:rPr>
                <w:rFonts w:cs="Arial"/>
                <w:color w:val="000000"/>
                <w:sz w:val="18"/>
              </w:rPr>
              <w:t>2(e) requires drills constituting rehearsal of the disaster plan at irregular intervals 12 times each year, with at least three drills per year for each shift. Records must show date/time, staff performance, results, and corrective measures. This is an independent Maine licensing requirement. A Maine-required drill may also satisfy a CMS testing requirement only when it independently meets the applicable CMS exercise type, scope, participation, analysis, and documentation criteria. Cross-reference dual-purpose exercises; do not assume every Maine drill qualifies for CMS.</w:t>
            </w:r>
          </w:p>
        </w:tc>
      </w:tr>
    </w:tbl>
    <w:p w14:paraId="0F514AFF" w14:textId="77777777" w:rsidR="00B84EFF" w:rsidRDefault="00B84EFF">
      <w:pPr>
        <w:spacing w:after="0"/>
      </w:pPr>
    </w:p>
    <w:p w14:paraId="6816E8E6" w14:textId="77777777" w:rsidR="002B4050" w:rsidRDefault="00700CB0" w:rsidP="00700CB0">
      <w:pPr>
        <w:spacing w:after="0"/>
        <w:rPr>
          <w:b/>
          <w:color w:val="E63B07"/>
          <w:sz w:val="19"/>
        </w:rPr>
      </w:pPr>
      <w:r>
        <w:rPr>
          <w:b/>
          <w:color w:val="E63B07"/>
          <w:sz w:val="19"/>
        </w:rPr>
        <w:t xml:space="preserve">THREE SEPARATE </w:t>
      </w:r>
      <w:r w:rsidR="002B4050">
        <w:rPr>
          <w:b/>
          <w:color w:val="E63B07"/>
          <w:sz w:val="19"/>
        </w:rPr>
        <w:t xml:space="preserve">DRILL AND EXERCISE REQUIREMENTS </w:t>
      </w:r>
    </w:p>
    <w:p w14:paraId="42114A41" w14:textId="772FE652" w:rsidR="002B4050" w:rsidRDefault="002B4050" w:rsidP="00700CB0">
      <w:pPr>
        <w:spacing w:after="0"/>
        <w:rPr>
          <w:color w:val="auto"/>
          <w:sz w:val="19"/>
        </w:rPr>
      </w:pPr>
      <w:r w:rsidRPr="00E7199B">
        <w:rPr>
          <w:b/>
          <w:bCs/>
          <w:color w:val="E63B07"/>
          <w:sz w:val="19"/>
        </w:rPr>
        <w:t>CMS Emergency Preparedness</w:t>
      </w:r>
      <w:r w:rsidRPr="002B4050">
        <w:rPr>
          <w:color w:val="auto"/>
          <w:sz w:val="19"/>
        </w:rPr>
        <w:t xml:space="preserve"> §483.73(d)(2)/E-0039: two EP exercises annually</w:t>
      </w:r>
    </w:p>
    <w:p w14:paraId="1142ADDB" w14:textId="654EC700" w:rsidR="002B4050" w:rsidRDefault="002B4050" w:rsidP="00700CB0">
      <w:pPr>
        <w:spacing w:after="0"/>
        <w:rPr>
          <w:color w:val="auto"/>
          <w:sz w:val="19"/>
        </w:rPr>
      </w:pPr>
      <w:r w:rsidRPr="00E7199B">
        <w:rPr>
          <w:b/>
          <w:bCs/>
          <w:color w:val="E63B07"/>
          <w:sz w:val="19"/>
        </w:rPr>
        <w:t xml:space="preserve">CMS Life Safety </w:t>
      </w:r>
      <w:proofErr w:type="gramStart"/>
      <w:r w:rsidRPr="00E7199B">
        <w:rPr>
          <w:b/>
          <w:bCs/>
          <w:color w:val="E63B07"/>
          <w:sz w:val="19"/>
        </w:rPr>
        <w:t>Code</w:t>
      </w:r>
      <w:r w:rsidRPr="002B4050">
        <w:rPr>
          <w:color w:val="E63B07"/>
          <w:sz w:val="19"/>
        </w:rPr>
        <w:t xml:space="preserve">  </w:t>
      </w:r>
      <w:r w:rsidRPr="002B4050">
        <w:rPr>
          <w:color w:val="auto"/>
          <w:sz w:val="19"/>
        </w:rPr>
        <w:t>K</w:t>
      </w:r>
      <w:proofErr w:type="gramEnd"/>
      <w:r w:rsidRPr="002B4050">
        <w:rPr>
          <w:color w:val="auto"/>
          <w:sz w:val="19"/>
        </w:rPr>
        <w:t xml:space="preserve">712: fire drills at least quarterly on each shift </w:t>
      </w:r>
    </w:p>
    <w:p w14:paraId="432CE295" w14:textId="05A6B8AA" w:rsidR="002B4050" w:rsidRDefault="002B4050" w:rsidP="00700CB0">
      <w:pPr>
        <w:spacing w:after="0"/>
        <w:rPr>
          <w:color w:val="auto"/>
          <w:sz w:val="19"/>
        </w:rPr>
      </w:pPr>
      <w:r w:rsidRPr="00E7199B">
        <w:rPr>
          <w:b/>
          <w:bCs/>
          <w:color w:val="E63B07"/>
          <w:sz w:val="19"/>
        </w:rPr>
        <w:t>Maine Ch. 110 §</w:t>
      </w:r>
      <w:proofErr w:type="gramStart"/>
      <w:r w:rsidRPr="00E7199B">
        <w:rPr>
          <w:b/>
          <w:bCs/>
          <w:color w:val="E63B07"/>
          <w:sz w:val="19"/>
        </w:rPr>
        <w:t>20.D.</w:t>
      </w:r>
      <w:proofErr w:type="gramEnd"/>
      <w:r w:rsidRPr="00E7199B">
        <w:rPr>
          <w:b/>
          <w:bCs/>
          <w:color w:val="E63B07"/>
          <w:sz w:val="19"/>
        </w:rPr>
        <w:t>2(</w:t>
      </w:r>
      <w:proofErr w:type="gramStart"/>
      <w:r w:rsidRPr="00E7199B">
        <w:rPr>
          <w:b/>
          <w:bCs/>
          <w:color w:val="E63B07"/>
          <w:sz w:val="19"/>
        </w:rPr>
        <w:t>e)</w:t>
      </w:r>
      <w:r w:rsidRPr="002B4050">
        <w:rPr>
          <w:color w:val="E63B07"/>
          <w:sz w:val="19"/>
        </w:rPr>
        <w:t xml:space="preserve">  </w:t>
      </w:r>
      <w:r w:rsidRPr="002B4050">
        <w:rPr>
          <w:color w:val="E63B07"/>
          <w:sz w:val="19"/>
        </w:rPr>
        <w:t xml:space="preserve"> </w:t>
      </w:r>
      <w:proofErr w:type="gramEnd"/>
      <w:r w:rsidRPr="002B4050">
        <w:rPr>
          <w:color w:val="auto"/>
          <w:sz w:val="19"/>
        </w:rPr>
        <w:t xml:space="preserve">12 irregular disaster-plan rehearsal drills annually, at least three per shift. </w:t>
      </w:r>
    </w:p>
    <w:p w14:paraId="7334FFE0" w14:textId="77777777" w:rsidR="002B4050" w:rsidRDefault="002B4050" w:rsidP="00700CB0">
      <w:pPr>
        <w:spacing w:after="0"/>
        <w:rPr>
          <w:color w:val="auto"/>
          <w:sz w:val="19"/>
        </w:rPr>
      </w:pPr>
    </w:p>
    <w:p w14:paraId="58A506E4" w14:textId="4E8443E1" w:rsidR="00700CB0" w:rsidRPr="002B4050" w:rsidRDefault="002B4050" w:rsidP="00700CB0">
      <w:pPr>
        <w:spacing w:after="0"/>
        <w:rPr>
          <w:rFonts w:cs="Arial"/>
          <w:b/>
          <w:bCs/>
          <w:color w:val="auto"/>
          <w:sz w:val="18"/>
        </w:rPr>
      </w:pPr>
      <w:r w:rsidRPr="002B4050">
        <w:rPr>
          <w:b/>
          <w:bCs/>
          <w:color w:val="auto"/>
          <w:sz w:val="19"/>
        </w:rPr>
        <w:t>These are separate requirements. A single activity may support more than one requirement only when it independently satisfies the criteria and documentation requirements for each.</w:t>
      </w:r>
    </w:p>
    <w:p w14:paraId="460D281D" w14:textId="77777777" w:rsidR="00700CB0" w:rsidRDefault="00700CB0">
      <w:pPr>
        <w:spacing w:after="0"/>
      </w:pPr>
    </w:p>
    <w:p w14:paraId="39FA28F2" w14:textId="77777777" w:rsidR="002B4050" w:rsidRDefault="002B4050">
      <w:pPr>
        <w:spacing w:after="0"/>
      </w:pPr>
    </w:p>
    <w:p w14:paraId="516C23DD" w14:textId="77777777" w:rsidR="002B4050" w:rsidRDefault="002B4050">
      <w:pPr>
        <w:spacing w:after="0"/>
      </w:pPr>
    </w:p>
    <w:p w14:paraId="31302F52" w14:textId="77777777" w:rsidR="002B4050" w:rsidRDefault="002B4050">
      <w:pPr>
        <w:spacing w:after="0"/>
      </w:pPr>
    </w:p>
    <w:p w14:paraId="6EAD8AEE" w14:textId="77777777" w:rsidR="002B4050" w:rsidRDefault="002B4050">
      <w:pPr>
        <w:spacing w:after="0"/>
      </w:pPr>
    </w:p>
    <w:p w14:paraId="5CB7C244" w14:textId="77777777" w:rsidR="00686453" w:rsidRDefault="00D95FB4">
      <w:pPr>
        <w:pStyle w:val="Heading2"/>
        <w:spacing w:before="120" w:after="80"/>
      </w:pPr>
      <w:r>
        <w:rPr>
          <w:rFonts w:ascii="Arial" w:eastAsia="Arial" w:hAnsi="Arial"/>
        </w:rPr>
        <w:lastRenderedPageBreak/>
        <w:t>C. Authorities and References</w:t>
      </w:r>
    </w:p>
    <w:p w14:paraId="10A4A36A" w14:textId="77777777" w:rsidR="00686453" w:rsidRPr="00BE74C6" w:rsidRDefault="00D95FB4">
      <w:pPr>
        <w:pStyle w:val="ListBullet"/>
        <w:spacing w:after="40" w:line="245" w:lineRule="auto"/>
        <w:ind w:left="403" w:hanging="173"/>
        <w:rPr>
          <w:sz w:val="24"/>
          <w:szCs w:val="32"/>
        </w:rPr>
      </w:pPr>
      <w:r w:rsidRPr="00BE74C6">
        <w:rPr>
          <w:sz w:val="24"/>
          <w:szCs w:val="32"/>
        </w:rPr>
        <w:t>42 CFR §483.73 - Emergency Preparedness for Long-Term Care Facilities</w:t>
      </w:r>
    </w:p>
    <w:p w14:paraId="171DE4E3" w14:textId="77777777" w:rsidR="00686453" w:rsidRPr="00BE74C6" w:rsidRDefault="00D95FB4">
      <w:pPr>
        <w:pStyle w:val="ListBullet"/>
        <w:spacing w:after="40" w:line="245" w:lineRule="auto"/>
        <w:ind w:left="403" w:hanging="173"/>
        <w:rPr>
          <w:sz w:val="24"/>
          <w:szCs w:val="32"/>
        </w:rPr>
      </w:pPr>
      <w:r w:rsidRPr="00BE74C6">
        <w:rPr>
          <w:sz w:val="24"/>
          <w:szCs w:val="32"/>
        </w:rPr>
        <w:t>CMS State Operations Manual, Appendix Z - Emergency Preparedness for All Provider and Certified Supplier Types, Rev. 204 (04/16/2021)</w:t>
      </w:r>
    </w:p>
    <w:p w14:paraId="70E2A7F6" w14:textId="77777777" w:rsidR="00686453" w:rsidRPr="00BE74C6" w:rsidRDefault="00D95FB4">
      <w:pPr>
        <w:pStyle w:val="ListBullet"/>
        <w:spacing w:after="40" w:line="245" w:lineRule="auto"/>
        <w:ind w:left="403" w:hanging="173"/>
        <w:rPr>
          <w:sz w:val="24"/>
          <w:szCs w:val="32"/>
        </w:rPr>
      </w:pPr>
      <w:r w:rsidRPr="00BE74C6">
        <w:rPr>
          <w:sz w:val="24"/>
          <w:szCs w:val="32"/>
        </w:rPr>
        <w:t>10-144 CMR Ch. 110 - Regulations Governing the Licensing and Functioning of Skilled Nursing Facilities and Nursing Facilities</w:t>
      </w:r>
    </w:p>
    <w:p w14:paraId="42527DDB" w14:textId="77777777" w:rsidR="00686453" w:rsidRPr="00BE74C6" w:rsidRDefault="00D95FB4">
      <w:pPr>
        <w:pStyle w:val="ListBullet"/>
        <w:spacing w:after="40" w:line="245" w:lineRule="auto"/>
        <w:ind w:left="403" w:hanging="173"/>
        <w:rPr>
          <w:sz w:val="24"/>
          <w:szCs w:val="32"/>
        </w:rPr>
      </w:pPr>
      <w:r w:rsidRPr="00BE74C6">
        <w:rPr>
          <w:sz w:val="24"/>
          <w:szCs w:val="32"/>
        </w:rPr>
        <w:t>Maine DHHS Division of Licensing &amp; Certification - Nursing Facilities</w:t>
      </w:r>
    </w:p>
    <w:p w14:paraId="71B30D34" w14:textId="77777777" w:rsidR="00686453" w:rsidRPr="00BE74C6" w:rsidRDefault="00D95FB4">
      <w:pPr>
        <w:pStyle w:val="ListBullet"/>
        <w:spacing w:after="40" w:line="245" w:lineRule="auto"/>
        <w:ind w:left="403" w:hanging="173"/>
        <w:rPr>
          <w:sz w:val="24"/>
          <w:szCs w:val="32"/>
        </w:rPr>
      </w:pPr>
      <w:r w:rsidRPr="00BE74C6">
        <w:rPr>
          <w:sz w:val="24"/>
          <w:szCs w:val="32"/>
        </w:rPr>
        <w:t>Applicable CMS Life Safety Code / Form CMS-2786R requirements</w:t>
      </w:r>
    </w:p>
    <w:p w14:paraId="7D0E6B23" w14:textId="77777777" w:rsidR="00686453" w:rsidRPr="00BE74C6" w:rsidRDefault="00D95FB4">
      <w:pPr>
        <w:pStyle w:val="ListBullet"/>
        <w:spacing w:after="40" w:line="245" w:lineRule="auto"/>
        <w:ind w:left="403" w:hanging="173"/>
        <w:rPr>
          <w:sz w:val="24"/>
          <w:szCs w:val="32"/>
        </w:rPr>
      </w:pPr>
      <w:r w:rsidRPr="00BE74C6">
        <w:rPr>
          <w:sz w:val="24"/>
          <w:szCs w:val="32"/>
        </w:rPr>
        <w:t>Maine Office of State Fire Marshal rules and State-adopted NFPA standards</w:t>
      </w:r>
    </w:p>
    <w:p w14:paraId="2D31299C" w14:textId="77777777" w:rsidR="00686453" w:rsidRPr="00BE74C6" w:rsidRDefault="00D95FB4">
      <w:pPr>
        <w:pStyle w:val="ListBullet"/>
        <w:spacing w:after="40" w:line="245" w:lineRule="auto"/>
        <w:ind w:left="403" w:hanging="173"/>
        <w:rPr>
          <w:sz w:val="24"/>
          <w:szCs w:val="32"/>
        </w:rPr>
      </w:pPr>
      <w:r w:rsidRPr="00BE74C6">
        <w:rPr>
          <w:sz w:val="24"/>
          <w:szCs w:val="32"/>
        </w:rPr>
        <w:t>Applicable local fire/building/AHJ requirements</w:t>
      </w:r>
    </w:p>
    <w:p w14:paraId="5215FDF1" w14:textId="77777777" w:rsidR="00686453" w:rsidRPr="00BE74C6" w:rsidRDefault="00D95FB4">
      <w:pPr>
        <w:pStyle w:val="ListBullet"/>
        <w:spacing w:after="40" w:line="245" w:lineRule="auto"/>
        <w:ind w:left="403" w:hanging="173"/>
        <w:rPr>
          <w:sz w:val="24"/>
          <w:szCs w:val="32"/>
        </w:rPr>
      </w:pPr>
      <w:r w:rsidRPr="00BE74C6">
        <w:rPr>
          <w:sz w:val="24"/>
          <w:szCs w:val="32"/>
        </w:rPr>
        <w:t>Facility policies, contracts, agreements, risk assessments, and accreditation standards, if applicable</w:t>
      </w:r>
    </w:p>
    <w:p w14:paraId="30BBF033" w14:textId="77777777" w:rsidR="00686453" w:rsidRDefault="00D95FB4">
      <w:r>
        <w:br w:type="page"/>
      </w:r>
    </w:p>
    <w:p w14:paraId="34FAB2B7" w14:textId="77777777" w:rsidR="00686453" w:rsidRDefault="00D95FB4">
      <w:pPr>
        <w:pStyle w:val="Heading1"/>
        <w:pBdr>
          <w:bottom w:val="single" w:sz="14" w:space="5" w:color="E63B07"/>
        </w:pBdr>
        <w:spacing w:before="140" w:after="140"/>
      </w:pPr>
      <w:r>
        <w:rPr>
          <w:rFonts w:ascii="Arial" w:eastAsia="Arial" w:hAnsi="Arial"/>
        </w:rPr>
        <w:lastRenderedPageBreak/>
        <w:t>2. ADMINISTRATION (CONTINUED)</w:t>
      </w:r>
    </w:p>
    <w:p w14:paraId="7C3E16D2" w14:textId="013F4A3A" w:rsidR="00BD7C8E" w:rsidRPr="00BD7C8E" w:rsidRDefault="00D95FB4" w:rsidP="00BD7C8E">
      <w:pPr>
        <w:pStyle w:val="Heading2"/>
        <w:spacing w:before="120" w:after="80"/>
        <w:rPr>
          <w:rFonts w:ascii="Arial" w:eastAsia="Arial" w:hAnsi="Arial"/>
        </w:rPr>
      </w:pPr>
      <w:r>
        <w:rPr>
          <w:rFonts w:ascii="Arial" w:eastAsia="Arial" w:hAnsi="Arial"/>
        </w:rPr>
        <w:t>D. Emergency Management Program Governance</w:t>
      </w:r>
    </w:p>
    <w:tbl>
      <w:tblPr>
        <w:tblW w:w="11232"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616"/>
        <w:gridCol w:w="5616"/>
      </w:tblGrid>
      <w:tr w:rsidR="00BD7C8E" w14:paraId="1ABF2572" w14:textId="77777777" w:rsidTr="004F3C27">
        <w:trPr>
          <w:tblHeader/>
          <w:jc w:val="center"/>
        </w:trPr>
        <w:tc>
          <w:tcPr>
            <w:tcW w:w="5616" w:type="dxa"/>
            <w:shd w:val="clear" w:color="auto" w:fill="015A41"/>
            <w:tcMar>
              <w:top w:w="80" w:type="dxa"/>
              <w:left w:w="90" w:type="dxa"/>
              <w:bottom w:w="80" w:type="dxa"/>
              <w:right w:w="90" w:type="dxa"/>
            </w:tcMar>
          </w:tcPr>
          <w:p w14:paraId="2F8778C4" w14:textId="77777777" w:rsidR="00BD7C8E" w:rsidRPr="00BE74C6" w:rsidRDefault="00BD7C8E" w:rsidP="004F3C27">
            <w:pPr>
              <w:rPr>
                <w:szCs w:val="24"/>
              </w:rPr>
            </w:pPr>
            <w:r w:rsidRPr="00BE74C6">
              <w:rPr>
                <w:b/>
                <w:color w:val="FFFFFF"/>
                <w:szCs w:val="24"/>
              </w:rPr>
              <w:t>Field</w:t>
            </w:r>
          </w:p>
        </w:tc>
        <w:tc>
          <w:tcPr>
            <w:tcW w:w="5616" w:type="dxa"/>
            <w:shd w:val="clear" w:color="auto" w:fill="015A41"/>
            <w:tcMar>
              <w:top w:w="80" w:type="dxa"/>
              <w:left w:w="90" w:type="dxa"/>
              <w:bottom w:w="80" w:type="dxa"/>
              <w:right w:w="90" w:type="dxa"/>
            </w:tcMar>
          </w:tcPr>
          <w:p w14:paraId="7B30D097" w14:textId="77777777" w:rsidR="00BD7C8E" w:rsidRPr="00BE74C6" w:rsidRDefault="00BD7C8E" w:rsidP="004F3C27">
            <w:pPr>
              <w:rPr>
                <w:szCs w:val="24"/>
              </w:rPr>
            </w:pPr>
            <w:r w:rsidRPr="00BE74C6">
              <w:rPr>
                <w:b/>
                <w:color w:val="FFFFFF"/>
                <w:szCs w:val="24"/>
              </w:rPr>
              <w:t>Facility Entry</w:t>
            </w:r>
          </w:p>
        </w:tc>
      </w:tr>
      <w:tr w:rsidR="00BD7C8E" w14:paraId="5E655976" w14:textId="77777777" w:rsidTr="004F3C27">
        <w:trPr>
          <w:cantSplit/>
          <w:jc w:val="center"/>
        </w:trPr>
        <w:tc>
          <w:tcPr>
            <w:tcW w:w="5616" w:type="dxa"/>
            <w:shd w:val="clear" w:color="auto" w:fill="EAF3EF"/>
            <w:tcMar>
              <w:top w:w="80" w:type="dxa"/>
              <w:left w:w="90" w:type="dxa"/>
              <w:bottom w:w="80" w:type="dxa"/>
              <w:right w:w="90" w:type="dxa"/>
            </w:tcMar>
          </w:tcPr>
          <w:p w14:paraId="320C522B" w14:textId="77777777" w:rsidR="00BD7C8E" w:rsidRPr="00BE74C6" w:rsidRDefault="00BD7C8E" w:rsidP="004F3C27">
            <w:pPr>
              <w:rPr>
                <w:szCs w:val="24"/>
              </w:rPr>
            </w:pPr>
            <w:r w:rsidRPr="00BE74C6">
              <w:rPr>
                <w:b/>
                <w:color w:val="015A41"/>
                <w:szCs w:val="24"/>
              </w:rPr>
              <w:t>Emergency Preparedness Program Lead</w:t>
            </w:r>
          </w:p>
        </w:tc>
        <w:tc>
          <w:tcPr>
            <w:tcW w:w="5616" w:type="dxa"/>
            <w:shd w:val="clear" w:color="auto" w:fill="FFFFFF"/>
            <w:tcMar>
              <w:top w:w="80" w:type="dxa"/>
              <w:left w:w="90" w:type="dxa"/>
              <w:bottom w:w="80" w:type="dxa"/>
              <w:right w:w="90" w:type="dxa"/>
            </w:tcMar>
          </w:tcPr>
          <w:p w14:paraId="1DB9079A" w14:textId="77777777" w:rsidR="00BD7C8E" w:rsidRPr="00BE74C6" w:rsidRDefault="00BD7C8E" w:rsidP="004F3C27">
            <w:pPr>
              <w:rPr>
                <w:color w:val="000000"/>
                <w:szCs w:val="24"/>
              </w:rPr>
            </w:pPr>
            <w:r w:rsidRPr="00BE74C6">
              <w:rPr>
                <w:rFonts w:cs="Arial"/>
                <w:color w:val="6B7378"/>
                <w:szCs w:val="24"/>
              </w:rPr>
              <w:t>&lt;Insert&gt;</w:t>
            </w:r>
          </w:p>
        </w:tc>
      </w:tr>
      <w:tr w:rsidR="00BD7C8E" w14:paraId="0B95AAD9" w14:textId="77777777" w:rsidTr="004F3C27">
        <w:trPr>
          <w:cantSplit/>
          <w:jc w:val="center"/>
        </w:trPr>
        <w:tc>
          <w:tcPr>
            <w:tcW w:w="5616" w:type="dxa"/>
            <w:shd w:val="clear" w:color="auto" w:fill="F7FAF8"/>
            <w:tcMar>
              <w:top w:w="80" w:type="dxa"/>
              <w:left w:w="90" w:type="dxa"/>
              <w:bottom w:w="80" w:type="dxa"/>
              <w:right w:w="90" w:type="dxa"/>
            </w:tcMar>
          </w:tcPr>
          <w:p w14:paraId="7125FEBF" w14:textId="77777777" w:rsidR="00BD7C8E" w:rsidRPr="00BE74C6" w:rsidRDefault="00BD7C8E" w:rsidP="004F3C27">
            <w:pPr>
              <w:rPr>
                <w:szCs w:val="24"/>
              </w:rPr>
            </w:pPr>
            <w:r w:rsidRPr="00BE74C6">
              <w:rPr>
                <w:b/>
                <w:color w:val="015A41"/>
                <w:szCs w:val="24"/>
              </w:rPr>
              <w:t>Backup Lead</w:t>
            </w:r>
          </w:p>
        </w:tc>
        <w:tc>
          <w:tcPr>
            <w:tcW w:w="5616" w:type="dxa"/>
            <w:shd w:val="clear" w:color="auto" w:fill="FFFFFF"/>
            <w:tcMar>
              <w:top w:w="80" w:type="dxa"/>
              <w:left w:w="90" w:type="dxa"/>
              <w:bottom w:w="80" w:type="dxa"/>
              <w:right w:w="90" w:type="dxa"/>
            </w:tcMar>
          </w:tcPr>
          <w:p w14:paraId="59AAE164" w14:textId="77777777" w:rsidR="00BD7C8E" w:rsidRPr="00BE74C6" w:rsidRDefault="00BD7C8E" w:rsidP="004F3C27">
            <w:pPr>
              <w:rPr>
                <w:color w:val="000000"/>
                <w:szCs w:val="24"/>
              </w:rPr>
            </w:pPr>
            <w:r w:rsidRPr="00BE74C6">
              <w:rPr>
                <w:rFonts w:cs="Arial"/>
                <w:color w:val="6B7378"/>
                <w:szCs w:val="24"/>
              </w:rPr>
              <w:t>&lt;Insert&gt;</w:t>
            </w:r>
          </w:p>
        </w:tc>
      </w:tr>
      <w:tr w:rsidR="00BD7C8E" w14:paraId="4DB6B383" w14:textId="77777777" w:rsidTr="004F3C27">
        <w:trPr>
          <w:cantSplit/>
          <w:jc w:val="center"/>
        </w:trPr>
        <w:tc>
          <w:tcPr>
            <w:tcW w:w="5616" w:type="dxa"/>
            <w:shd w:val="clear" w:color="auto" w:fill="EAF3EF"/>
            <w:tcMar>
              <w:top w:w="80" w:type="dxa"/>
              <w:left w:w="90" w:type="dxa"/>
              <w:bottom w:w="80" w:type="dxa"/>
              <w:right w:w="90" w:type="dxa"/>
            </w:tcMar>
          </w:tcPr>
          <w:p w14:paraId="07C8016E" w14:textId="77777777" w:rsidR="00BD7C8E" w:rsidRPr="00BE74C6" w:rsidRDefault="00BD7C8E" w:rsidP="004F3C27">
            <w:pPr>
              <w:rPr>
                <w:szCs w:val="24"/>
              </w:rPr>
            </w:pPr>
            <w:r w:rsidRPr="00BE74C6">
              <w:rPr>
                <w:b/>
                <w:color w:val="015A41"/>
                <w:szCs w:val="24"/>
              </w:rPr>
              <w:t>Leadership Oversight Group</w:t>
            </w:r>
          </w:p>
        </w:tc>
        <w:tc>
          <w:tcPr>
            <w:tcW w:w="5616" w:type="dxa"/>
            <w:shd w:val="clear" w:color="auto" w:fill="FFFFFF"/>
            <w:tcMar>
              <w:top w:w="80" w:type="dxa"/>
              <w:left w:w="90" w:type="dxa"/>
              <w:bottom w:w="80" w:type="dxa"/>
              <w:right w:w="90" w:type="dxa"/>
            </w:tcMar>
          </w:tcPr>
          <w:p w14:paraId="1EEB8E16" w14:textId="77777777" w:rsidR="00BD7C8E" w:rsidRPr="00BE74C6" w:rsidRDefault="00BD7C8E" w:rsidP="004F3C27">
            <w:pPr>
              <w:rPr>
                <w:color w:val="000000"/>
                <w:szCs w:val="24"/>
              </w:rPr>
            </w:pPr>
            <w:r w:rsidRPr="00BE74C6">
              <w:rPr>
                <w:rFonts w:cs="Arial"/>
                <w:color w:val="6B7378"/>
                <w:szCs w:val="24"/>
              </w:rPr>
              <w:t>&lt;Insert committee / leadership team&gt;</w:t>
            </w:r>
          </w:p>
        </w:tc>
      </w:tr>
      <w:tr w:rsidR="00BD7C8E" w14:paraId="7BF58866" w14:textId="77777777" w:rsidTr="004F3C27">
        <w:trPr>
          <w:cantSplit/>
          <w:jc w:val="center"/>
        </w:trPr>
        <w:tc>
          <w:tcPr>
            <w:tcW w:w="5616" w:type="dxa"/>
            <w:shd w:val="clear" w:color="auto" w:fill="F7FAF8"/>
            <w:tcMar>
              <w:top w:w="80" w:type="dxa"/>
              <w:left w:w="90" w:type="dxa"/>
              <w:bottom w:w="80" w:type="dxa"/>
              <w:right w:w="90" w:type="dxa"/>
            </w:tcMar>
          </w:tcPr>
          <w:p w14:paraId="75119A67" w14:textId="77777777" w:rsidR="00BD7C8E" w:rsidRPr="00BE74C6" w:rsidRDefault="00BD7C8E" w:rsidP="004F3C27">
            <w:pPr>
              <w:rPr>
                <w:szCs w:val="24"/>
              </w:rPr>
            </w:pPr>
            <w:r w:rsidRPr="00BE74C6">
              <w:rPr>
                <w:b/>
                <w:color w:val="015A41"/>
                <w:szCs w:val="24"/>
              </w:rPr>
              <w:t>Annual Review Participants</w:t>
            </w:r>
          </w:p>
        </w:tc>
        <w:tc>
          <w:tcPr>
            <w:tcW w:w="5616" w:type="dxa"/>
            <w:shd w:val="clear" w:color="auto" w:fill="FFFFFF"/>
            <w:tcMar>
              <w:top w:w="80" w:type="dxa"/>
              <w:left w:w="90" w:type="dxa"/>
              <w:bottom w:w="80" w:type="dxa"/>
              <w:right w:w="90" w:type="dxa"/>
            </w:tcMar>
          </w:tcPr>
          <w:p w14:paraId="3F5D5E40" w14:textId="77777777" w:rsidR="00BD7C8E" w:rsidRPr="00BE74C6" w:rsidRDefault="00BD7C8E" w:rsidP="004F3C27">
            <w:pPr>
              <w:rPr>
                <w:color w:val="000000"/>
                <w:szCs w:val="24"/>
              </w:rPr>
            </w:pPr>
            <w:r w:rsidRPr="00BE74C6">
              <w:rPr>
                <w:rFonts w:cs="Arial"/>
                <w:color w:val="6B7378"/>
                <w:szCs w:val="24"/>
              </w:rPr>
              <w:t>&lt;Administrator, DON, physician/medical director, pharmacist, facilities, infection prevention, dietary, social services, IT, HR, others as applicable&gt;</w:t>
            </w:r>
          </w:p>
        </w:tc>
      </w:tr>
      <w:tr w:rsidR="00BD7C8E" w14:paraId="35907F0D" w14:textId="77777777" w:rsidTr="004F3C27">
        <w:trPr>
          <w:cantSplit/>
          <w:jc w:val="center"/>
        </w:trPr>
        <w:tc>
          <w:tcPr>
            <w:tcW w:w="5616" w:type="dxa"/>
            <w:shd w:val="clear" w:color="auto" w:fill="EAF3EF"/>
            <w:tcMar>
              <w:top w:w="80" w:type="dxa"/>
              <w:left w:w="90" w:type="dxa"/>
              <w:bottom w:w="80" w:type="dxa"/>
              <w:right w:w="90" w:type="dxa"/>
            </w:tcMar>
          </w:tcPr>
          <w:p w14:paraId="157EB861" w14:textId="77777777" w:rsidR="00BD7C8E" w:rsidRPr="00BE74C6" w:rsidRDefault="00BD7C8E" w:rsidP="004F3C27">
            <w:pPr>
              <w:rPr>
                <w:szCs w:val="24"/>
              </w:rPr>
            </w:pPr>
            <w:r w:rsidRPr="00BE74C6">
              <w:rPr>
                <w:b/>
                <w:color w:val="015A41"/>
                <w:szCs w:val="24"/>
              </w:rPr>
              <w:t>Unified / Integrated System Program</w:t>
            </w:r>
          </w:p>
        </w:tc>
        <w:tc>
          <w:tcPr>
            <w:tcW w:w="5616" w:type="dxa"/>
            <w:shd w:val="clear" w:color="auto" w:fill="FFFFFF"/>
            <w:tcMar>
              <w:top w:w="80" w:type="dxa"/>
              <w:left w:w="90" w:type="dxa"/>
              <w:bottom w:w="80" w:type="dxa"/>
              <w:right w:w="90" w:type="dxa"/>
            </w:tcMar>
          </w:tcPr>
          <w:p w14:paraId="39741683" w14:textId="77777777" w:rsidR="00BD7C8E" w:rsidRPr="00BE74C6" w:rsidRDefault="00BD7C8E" w:rsidP="004F3C27">
            <w:pPr>
              <w:rPr>
                <w:color w:val="000000"/>
                <w:szCs w:val="24"/>
              </w:rPr>
            </w:pPr>
            <w:r w:rsidRPr="00BE74C6">
              <w:rPr>
                <w:rFonts w:cs="Arial"/>
                <w:color w:val="6B7378"/>
                <w:szCs w:val="24"/>
              </w:rPr>
              <w:t>&lt;Yes / No; if yes, document separately certified facility participation under §483.73(f)&gt;</w:t>
            </w:r>
          </w:p>
        </w:tc>
      </w:tr>
      <w:tr w:rsidR="00BD7C8E" w14:paraId="75E309F4" w14:textId="77777777" w:rsidTr="004F3C27">
        <w:trPr>
          <w:cantSplit/>
          <w:jc w:val="center"/>
        </w:trPr>
        <w:tc>
          <w:tcPr>
            <w:tcW w:w="5616" w:type="dxa"/>
            <w:shd w:val="clear" w:color="auto" w:fill="EAF3EF"/>
            <w:tcMar>
              <w:top w:w="80" w:type="dxa"/>
              <w:left w:w="90" w:type="dxa"/>
              <w:bottom w:w="80" w:type="dxa"/>
              <w:right w:w="90" w:type="dxa"/>
            </w:tcMar>
          </w:tcPr>
          <w:p w14:paraId="0366D8F0" w14:textId="77777777" w:rsidR="00BD7C8E" w:rsidRPr="00BE74C6" w:rsidRDefault="00BD7C8E" w:rsidP="004F3C27">
            <w:pPr>
              <w:rPr>
                <w:szCs w:val="24"/>
              </w:rPr>
            </w:pPr>
            <w:r w:rsidRPr="00BE74C6">
              <w:rPr>
                <w:b/>
                <w:color w:val="015A41"/>
                <w:szCs w:val="24"/>
              </w:rPr>
              <w:t>Maine Professional Policy Group / QA Review</w:t>
            </w:r>
          </w:p>
        </w:tc>
        <w:tc>
          <w:tcPr>
            <w:tcW w:w="5616" w:type="dxa"/>
            <w:shd w:val="clear" w:color="auto" w:fill="FFFFFF"/>
            <w:tcMar>
              <w:top w:w="80" w:type="dxa"/>
              <w:left w:w="90" w:type="dxa"/>
              <w:bottom w:w="80" w:type="dxa"/>
              <w:right w:w="90" w:type="dxa"/>
            </w:tcMar>
          </w:tcPr>
          <w:p w14:paraId="1B9D200B" w14:textId="77777777" w:rsidR="00BD7C8E" w:rsidRPr="00BE74C6" w:rsidRDefault="00BD7C8E" w:rsidP="004F3C27">
            <w:pPr>
              <w:rPr>
                <w:color w:val="000000"/>
                <w:szCs w:val="24"/>
              </w:rPr>
            </w:pPr>
            <w:r w:rsidRPr="00BE74C6">
              <w:rPr>
                <w:rFonts w:cs="Arial"/>
                <w:color w:val="6B7378"/>
                <w:szCs w:val="24"/>
              </w:rPr>
              <w:t>&lt;Document annual Chapter 110 §</w:t>
            </w:r>
            <w:proofErr w:type="gramStart"/>
            <w:r w:rsidRPr="00BE74C6">
              <w:rPr>
                <w:rFonts w:cs="Arial"/>
                <w:color w:val="6B7378"/>
                <w:szCs w:val="24"/>
              </w:rPr>
              <w:t>5.A</w:t>
            </w:r>
            <w:proofErr w:type="gramEnd"/>
            <w:r w:rsidRPr="00BE74C6">
              <w:rPr>
                <w:rFonts w:cs="Arial"/>
                <w:color w:val="6B7378"/>
                <w:szCs w:val="24"/>
              </w:rPr>
              <w:t xml:space="preserve"> policy review group, date, and </w:t>
            </w:r>
            <w:proofErr w:type="gramStart"/>
            <w:r w:rsidRPr="00BE74C6">
              <w:rPr>
                <w:rFonts w:cs="Arial"/>
                <w:color w:val="6B7378"/>
                <w:szCs w:val="24"/>
              </w:rPr>
              <w:t>minutes</w:t>
            </w:r>
            <w:proofErr w:type="gramEnd"/>
            <w:r w:rsidRPr="00BE74C6">
              <w:rPr>
                <w:rFonts w:cs="Arial"/>
                <w:color w:val="6B7378"/>
                <w:szCs w:val="24"/>
              </w:rPr>
              <w:t xml:space="preserve"> location&gt;</w:t>
            </w:r>
          </w:p>
        </w:tc>
      </w:tr>
    </w:tbl>
    <w:p w14:paraId="60C3009C" w14:textId="77777777" w:rsidR="00686453" w:rsidRDefault="00686453">
      <w:pPr>
        <w:spacing w:after="0"/>
      </w:pPr>
    </w:p>
    <w:p w14:paraId="33FB3B09" w14:textId="77777777" w:rsidR="00686453" w:rsidRDefault="00D95FB4">
      <w:pPr>
        <w:pStyle w:val="Heading2"/>
        <w:spacing w:before="120" w:after="80"/>
      </w:pPr>
      <w:r>
        <w:rPr>
          <w:rFonts w:ascii="Arial" w:eastAsia="Arial" w:hAnsi="Arial"/>
        </w:rPr>
        <w:t>E. Regulatory Alignment &amp; Compliance Crosswalk</w:t>
      </w:r>
    </w:p>
    <w:p w14:paraId="4814A45B" w14:textId="02456C43" w:rsidR="00686453" w:rsidRPr="00BE74C6" w:rsidRDefault="00D95FB4">
      <w:pPr>
        <w:spacing w:after="80" w:line="250" w:lineRule="auto"/>
        <w:rPr>
          <w:szCs w:val="24"/>
        </w:rPr>
      </w:pPr>
      <w:r w:rsidRPr="00BE74C6">
        <w:rPr>
          <w:szCs w:val="24"/>
        </w:rPr>
        <w:t xml:space="preserve">Use Attachment A - Regulatory &amp; EOP Crosswalk and the Supporting Documentation Index in Section 16 to document where each CMS, Maine, fire/life-safety, and applicable accreditation requirement and supporting record </w:t>
      </w:r>
      <w:r w:rsidR="00BD7C8E" w:rsidRPr="00BE74C6">
        <w:rPr>
          <w:szCs w:val="24"/>
        </w:rPr>
        <w:t>are</w:t>
      </w:r>
      <w:r w:rsidRPr="00BE74C6">
        <w:rPr>
          <w:szCs w:val="24"/>
        </w:rPr>
        <w:t xml:space="preserve"> addressed.</w:t>
      </w:r>
    </w:p>
    <w:p w14:paraId="5AF219F6" w14:textId="77777777" w:rsidR="00686453" w:rsidRDefault="00D95FB4">
      <w:r>
        <w:br w:type="page"/>
      </w:r>
    </w:p>
    <w:p w14:paraId="14DAE995" w14:textId="77777777" w:rsidR="00686453" w:rsidRDefault="00D95FB4">
      <w:pPr>
        <w:pStyle w:val="Heading1"/>
        <w:pBdr>
          <w:bottom w:val="single" w:sz="14" w:space="5" w:color="E63B07"/>
        </w:pBdr>
        <w:spacing w:before="140" w:after="140"/>
      </w:pPr>
      <w:r>
        <w:rPr>
          <w:rFonts w:ascii="Arial" w:eastAsia="Arial" w:hAnsi="Arial"/>
        </w:rPr>
        <w:lastRenderedPageBreak/>
        <w:t>3. SITUATION / RISK ASSESSMENT</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7EBF28A0" w14:textId="77777777">
        <w:trPr>
          <w:jc w:val="center"/>
        </w:trPr>
        <w:tc>
          <w:tcPr>
            <w:tcW w:w="10282" w:type="dxa"/>
            <w:shd w:val="clear" w:color="auto" w:fill="EAF3EF"/>
            <w:tcMar>
              <w:top w:w="100" w:type="dxa"/>
              <w:left w:w="130" w:type="dxa"/>
              <w:bottom w:w="100" w:type="dxa"/>
              <w:right w:w="130" w:type="dxa"/>
            </w:tcMar>
          </w:tcPr>
          <w:p w14:paraId="2D3FAC3B" w14:textId="77777777" w:rsidR="00686453" w:rsidRPr="00BD7C8E" w:rsidRDefault="00D95FB4">
            <w:pPr>
              <w:spacing w:after="0"/>
              <w:rPr>
                <w:sz w:val="20"/>
                <w:szCs w:val="20"/>
              </w:rPr>
            </w:pPr>
            <w:r w:rsidRPr="00BD7C8E">
              <w:rPr>
                <w:b/>
                <w:color w:val="015A41"/>
                <w:sz w:val="20"/>
                <w:szCs w:val="20"/>
              </w:rPr>
              <w:t xml:space="preserve">REGULATORY BASIS  </w:t>
            </w:r>
            <w:r w:rsidRPr="00BD7C8E">
              <w:rPr>
                <w:sz w:val="20"/>
                <w:szCs w:val="20"/>
              </w:rPr>
              <w:t>42 CFR §483.73(a)(1)-(2); E-0006; Maine Ch. 110 §</w:t>
            </w:r>
            <w:proofErr w:type="gramStart"/>
            <w:r w:rsidRPr="00BD7C8E">
              <w:rPr>
                <w:sz w:val="20"/>
                <w:szCs w:val="20"/>
              </w:rPr>
              <w:t>20.D.</w:t>
            </w:r>
            <w:proofErr w:type="gramEnd"/>
            <w:r w:rsidRPr="00BD7C8E">
              <w:rPr>
                <w:sz w:val="20"/>
                <w:szCs w:val="20"/>
              </w:rPr>
              <w:t>2(a)</w:t>
            </w:r>
          </w:p>
        </w:tc>
      </w:tr>
    </w:tbl>
    <w:p w14:paraId="06867020" w14:textId="77777777" w:rsidR="00686453" w:rsidRDefault="00686453">
      <w:pPr>
        <w:spacing w:after="0"/>
      </w:pPr>
    </w:p>
    <w:p w14:paraId="6E88219C" w14:textId="77777777" w:rsidR="00686453" w:rsidRPr="00BE74C6" w:rsidRDefault="00D95FB4">
      <w:pPr>
        <w:spacing w:after="120" w:line="250" w:lineRule="auto"/>
        <w:rPr>
          <w:sz w:val="20"/>
          <w:szCs w:val="20"/>
        </w:rPr>
      </w:pPr>
      <w:r w:rsidRPr="00BE74C6">
        <w:rPr>
          <w:sz w:val="20"/>
          <w:szCs w:val="20"/>
        </w:rPr>
        <w:t>The facility must use documented facility-based and community-based risk assessments using an all-hazards approach, including missing residents.</w:t>
      </w:r>
    </w:p>
    <w:tbl>
      <w:tblPr>
        <w:tblW w:w="10757"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616"/>
      </w:tblGrid>
      <w:tr w:rsidR="00686453" w:rsidRPr="00BE74C6" w14:paraId="1C6DD26E" w14:textId="77777777" w:rsidTr="00BE74C6">
        <w:trPr>
          <w:tblHeader/>
          <w:jc w:val="center"/>
        </w:trPr>
        <w:tc>
          <w:tcPr>
            <w:tcW w:w="5141" w:type="dxa"/>
            <w:shd w:val="clear" w:color="auto" w:fill="015A41"/>
            <w:tcMar>
              <w:top w:w="80" w:type="dxa"/>
              <w:left w:w="90" w:type="dxa"/>
              <w:bottom w:w="80" w:type="dxa"/>
              <w:right w:w="90" w:type="dxa"/>
            </w:tcMar>
          </w:tcPr>
          <w:p w14:paraId="777E6165" w14:textId="77777777" w:rsidR="00686453" w:rsidRPr="00BE74C6" w:rsidRDefault="00D95FB4">
            <w:pPr>
              <w:rPr>
                <w:szCs w:val="24"/>
              </w:rPr>
            </w:pPr>
            <w:r w:rsidRPr="00BE74C6">
              <w:rPr>
                <w:b/>
                <w:color w:val="FFFFFF"/>
                <w:szCs w:val="24"/>
              </w:rPr>
              <w:t>Field</w:t>
            </w:r>
          </w:p>
        </w:tc>
        <w:tc>
          <w:tcPr>
            <w:tcW w:w="5616" w:type="dxa"/>
            <w:shd w:val="clear" w:color="auto" w:fill="015A41"/>
            <w:tcMar>
              <w:top w:w="80" w:type="dxa"/>
              <w:left w:w="90" w:type="dxa"/>
              <w:bottom w:w="80" w:type="dxa"/>
              <w:right w:w="90" w:type="dxa"/>
            </w:tcMar>
          </w:tcPr>
          <w:p w14:paraId="466B461E" w14:textId="77777777" w:rsidR="00686453" w:rsidRPr="00BE74C6" w:rsidRDefault="00D95FB4">
            <w:pPr>
              <w:rPr>
                <w:szCs w:val="24"/>
              </w:rPr>
            </w:pPr>
            <w:r w:rsidRPr="00BE74C6">
              <w:rPr>
                <w:b/>
                <w:color w:val="FFFFFF"/>
                <w:szCs w:val="24"/>
              </w:rPr>
              <w:t>Facility Entry</w:t>
            </w:r>
          </w:p>
        </w:tc>
      </w:tr>
      <w:tr w:rsidR="00686453" w:rsidRPr="00BE74C6" w14:paraId="53DDA4EC" w14:textId="77777777" w:rsidTr="00BE74C6">
        <w:trPr>
          <w:cantSplit/>
          <w:jc w:val="center"/>
        </w:trPr>
        <w:tc>
          <w:tcPr>
            <w:tcW w:w="5141" w:type="dxa"/>
            <w:shd w:val="clear" w:color="auto" w:fill="EAF3EF"/>
            <w:tcMar>
              <w:top w:w="80" w:type="dxa"/>
              <w:left w:w="90" w:type="dxa"/>
              <w:bottom w:w="80" w:type="dxa"/>
              <w:right w:w="90" w:type="dxa"/>
            </w:tcMar>
          </w:tcPr>
          <w:p w14:paraId="3C2E7E28" w14:textId="77777777" w:rsidR="00686453" w:rsidRPr="00BE74C6" w:rsidRDefault="00D95FB4">
            <w:pPr>
              <w:rPr>
                <w:szCs w:val="24"/>
              </w:rPr>
            </w:pPr>
            <w:r w:rsidRPr="00BE74C6">
              <w:rPr>
                <w:b/>
                <w:color w:val="015A41"/>
                <w:szCs w:val="24"/>
              </w:rPr>
              <w:t>Facility HVA / Risk Assessment</w:t>
            </w:r>
          </w:p>
        </w:tc>
        <w:tc>
          <w:tcPr>
            <w:tcW w:w="5616" w:type="dxa"/>
            <w:shd w:val="clear" w:color="auto" w:fill="FFFFFF"/>
            <w:tcMar>
              <w:top w:w="80" w:type="dxa"/>
              <w:left w:w="90" w:type="dxa"/>
              <w:bottom w:w="80" w:type="dxa"/>
              <w:right w:w="90" w:type="dxa"/>
            </w:tcMar>
          </w:tcPr>
          <w:p w14:paraId="5EAAA736" w14:textId="77777777" w:rsidR="00686453" w:rsidRPr="00BE74C6" w:rsidRDefault="00D95FB4">
            <w:pPr>
              <w:rPr>
                <w:szCs w:val="24"/>
              </w:rPr>
            </w:pPr>
            <w:r w:rsidRPr="00BE74C6">
              <w:rPr>
                <w:i/>
                <w:color w:val="66706B"/>
                <w:szCs w:val="24"/>
              </w:rPr>
              <w:t>&lt;Title / date / location&gt;</w:t>
            </w:r>
          </w:p>
        </w:tc>
      </w:tr>
      <w:tr w:rsidR="00686453" w:rsidRPr="00BE74C6" w14:paraId="00DB18F4" w14:textId="77777777" w:rsidTr="00BE74C6">
        <w:trPr>
          <w:cantSplit/>
          <w:jc w:val="center"/>
        </w:trPr>
        <w:tc>
          <w:tcPr>
            <w:tcW w:w="5141" w:type="dxa"/>
            <w:shd w:val="clear" w:color="auto" w:fill="F7FAF8"/>
            <w:tcMar>
              <w:top w:w="80" w:type="dxa"/>
              <w:left w:w="90" w:type="dxa"/>
              <w:bottom w:w="80" w:type="dxa"/>
              <w:right w:w="90" w:type="dxa"/>
            </w:tcMar>
          </w:tcPr>
          <w:p w14:paraId="790CD78F" w14:textId="77777777" w:rsidR="00686453" w:rsidRPr="00BE74C6" w:rsidRDefault="00D95FB4">
            <w:pPr>
              <w:rPr>
                <w:szCs w:val="24"/>
              </w:rPr>
            </w:pPr>
            <w:r w:rsidRPr="00BE74C6">
              <w:rPr>
                <w:b/>
                <w:color w:val="015A41"/>
                <w:szCs w:val="24"/>
              </w:rPr>
              <w:t>Community Risk Assessment / HVA</w:t>
            </w:r>
          </w:p>
        </w:tc>
        <w:tc>
          <w:tcPr>
            <w:tcW w:w="5616" w:type="dxa"/>
            <w:shd w:val="clear" w:color="auto" w:fill="FFFFFF"/>
            <w:tcMar>
              <w:top w:w="80" w:type="dxa"/>
              <w:left w:w="90" w:type="dxa"/>
              <w:bottom w:w="80" w:type="dxa"/>
              <w:right w:w="90" w:type="dxa"/>
            </w:tcMar>
          </w:tcPr>
          <w:p w14:paraId="7CB68361" w14:textId="77777777" w:rsidR="00686453" w:rsidRPr="00BE74C6" w:rsidRDefault="00D95FB4">
            <w:pPr>
              <w:rPr>
                <w:szCs w:val="24"/>
              </w:rPr>
            </w:pPr>
            <w:r w:rsidRPr="00BE74C6">
              <w:rPr>
                <w:i/>
                <w:color w:val="66706B"/>
                <w:szCs w:val="24"/>
              </w:rPr>
              <w:t>&lt;Source / date&gt;</w:t>
            </w:r>
          </w:p>
        </w:tc>
      </w:tr>
      <w:tr w:rsidR="00686453" w:rsidRPr="00BE74C6" w14:paraId="396746F6" w14:textId="77777777" w:rsidTr="00BE74C6">
        <w:trPr>
          <w:cantSplit/>
          <w:jc w:val="center"/>
        </w:trPr>
        <w:tc>
          <w:tcPr>
            <w:tcW w:w="5141" w:type="dxa"/>
            <w:shd w:val="clear" w:color="auto" w:fill="EAF3EF"/>
            <w:tcMar>
              <w:top w:w="80" w:type="dxa"/>
              <w:left w:w="90" w:type="dxa"/>
              <w:bottom w:w="80" w:type="dxa"/>
              <w:right w:w="90" w:type="dxa"/>
            </w:tcMar>
          </w:tcPr>
          <w:p w14:paraId="7058EDBA" w14:textId="77777777" w:rsidR="00686453" w:rsidRPr="00BE74C6" w:rsidRDefault="00D95FB4">
            <w:pPr>
              <w:rPr>
                <w:szCs w:val="24"/>
              </w:rPr>
            </w:pPr>
            <w:r w:rsidRPr="00BE74C6">
              <w:rPr>
                <w:b/>
                <w:color w:val="015A41"/>
                <w:szCs w:val="24"/>
              </w:rPr>
              <w:t>Last Review</w:t>
            </w:r>
          </w:p>
        </w:tc>
        <w:tc>
          <w:tcPr>
            <w:tcW w:w="5616" w:type="dxa"/>
            <w:shd w:val="clear" w:color="auto" w:fill="FFFFFF"/>
            <w:tcMar>
              <w:top w:w="80" w:type="dxa"/>
              <w:left w:w="90" w:type="dxa"/>
              <w:bottom w:w="80" w:type="dxa"/>
              <w:right w:w="90" w:type="dxa"/>
            </w:tcMar>
          </w:tcPr>
          <w:p w14:paraId="1EA4F568" w14:textId="77777777" w:rsidR="00686453" w:rsidRPr="00BE74C6" w:rsidRDefault="00D95FB4">
            <w:pPr>
              <w:rPr>
                <w:szCs w:val="24"/>
              </w:rPr>
            </w:pPr>
            <w:r w:rsidRPr="00BE74C6">
              <w:rPr>
                <w:i/>
                <w:color w:val="66706B"/>
                <w:szCs w:val="24"/>
              </w:rPr>
              <w:t>&lt;Insert&gt;</w:t>
            </w:r>
          </w:p>
        </w:tc>
      </w:tr>
      <w:tr w:rsidR="00686453" w:rsidRPr="00BE74C6" w14:paraId="627D75F7" w14:textId="77777777" w:rsidTr="00BE74C6">
        <w:trPr>
          <w:cantSplit/>
          <w:jc w:val="center"/>
        </w:trPr>
        <w:tc>
          <w:tcPr>
            <w:tcW w:w="5141" w:type="dxa"/>
            <w:shd w:val="clear" w:color="auto" w:fill="F7FAF8"/>
            <w:tcMar>
              <w:top w:w="80" w:type="dxa"/>
              <w:left w:w="90" w:type="dxa"/>
              <w:bottom w:w="80" w:type="dxa"/>
              <w:right w:w="90" w:type="dxa"/>
            </w:tcMar>
          </w:tcPr>
          <w:p w14:paraId="4A1A1D57" w14:textId="77777777" w:rsidR="00686453" w:rsidRPr="00BE74C6" w:rsidRDefault="00D95FB4">
            <w:pPr>
              <w:rPr>
                <w:szCs w:val="24"/>
              </w:rPr>
            </w:pPr>
            <w:r w:rsidRPr="00BE74C6">
              <w:rPr>
                <w:b/>
                <w:color w:val="015A41"/>
                <w:szCs w:val="24"/>
              </w:rPr>
              <w:t>Responsible Lead</w:t>
            </w:r>
          </w:p>
        </w:tc>
        <w:tc>
          <w:tcPr>
            <w:tcW w:w="5616" w:type="dxa"/>
            <w:shd w:val="clear" w:color="auto" w:fill="FFFFFF"/>
            <w:tcMar>
              <w:top w:w="80" w:type="dxa"/>
              <w:left w:w="90" w:type="dxa"/>
              <w:bottom w:w="80" w:type="dxa"/>
              <w:right w:w="90" w:type="dxa"/>
            </w:tcMar>
          </w:tcPr>
          <w:p w14:paraId="66E46181" w14:textId="77777777" w:rsidR="00686453" w:rsidRPr="00BE74C6" w:rsidRDefault="00D95FB4">
            <w:pPr>
              <w:rPr>
                <w:szCs w:val="24"/>
              </w:rPr>
            </w:pPr>
            <w:r w:rsidRPr="00BE74C6">
              <w:rPr>
                <w:i/>
                <w:color w:val="66706B"/>
                <w:szCs w:val="24"/>
              </w:rPr>
              <w:t>&lt;Insert&gt;</w:t>
            </w:r>
          </w:p>
        </w:tc>
      </w:tr>
    </w:tbl>
    <w:p w14:paraId="02237859" w14:textId="77777777" w:rsidR="00686453" w:rsidRDefault="00686453">
      <w:pPr>
        <w:spacing w:after="0"/>
      </w:pPr>
    </w:p>
    <w:p w14:paraId="25CCAC3A" w14:textId="77777777" w:rsidR="00686453" w:rsidRDefault="00D95FB4">
      <w:pPr>
        <w:pStyle w:val="Heading2"/>
        <w:spacing w:before="120" w:after="80"/>
      </w:pPr>
      <w:r>
        <w:rPr>
          <w:rFonts w:ascii="Arial" w:eastAsia="Arial" w:hAnsi="Arial"/>
        </w:rPr>
        <w:t>Priority Hazards</w:t>
      </w:r>
    </w:p>
    <w:tbl>
      <w:tblPr>
        <w:tblW w:w="1036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592"/>
        <w:gridCol w:w="2592"/>
        <w:gridCol w:w="2592"/>
        <w:gridCol w:w="2592"/>
      </w:tblGrid>
      <w:tr w:rsidR="00686453" w:rsidRPr="00BE74C6" w14:paraId="705E47E2" w14:textId="77777777" w:rsidTr="00BE74C6">
        <w:trPr>
          <w:tblHeader/>
          <w:jc w:val="center"/>
        </w:trPr>
        <w:tc>
          <w:tcPr>
            <w:tcW w:w="2592" w:type="dxa"/>
            <w:shd w:val="clear" w:color="auto" w:fill="015A41"/>
            <w:tcMar>
              <w:top w:w="70" w:type="dxa"/>
              <w:left w:w="70" w:type="dxa"/>
              <w:bottom w:w="70" w:type="dxa"/>
              <w:right w:w="70" w:type="dxa"/>
            </w:tcMar>
          </w:tcPr>
          <w:p w14:paraId="37F7E1E6" w14:textId="77777777" w:rsidR="00686453" w:rsidRPr="00BE74C6" w:rsidRDefault="00D95FB4">
            <w:pPr>
              <w:rPr>
                <w:szCs w:val="36"/>
              </w:rPr>
            </w:pPr>
            <w:r w:rsidRPr="00BE74C6">
              <w:rPr>
                <w:b/>
                <w:color w:val="FFFFFF"/>
                <w:szCs w:val="36"/>
              </w:rPr>
              <w:t>Rank</w:t>
            </w:r>
          </w:p>
        </w:tc>
        <w:tc>
          <w:tcPr>
            <w:tcW w:w="2592" w:type="dxa"/>
            <w:shd w:val="clear" w:color="auto" w:fill="015A41"/>
            <w:tcMar>
              <w:top w:w="70" w:type="dxa"/>
              <w:left w:w="70" w:type="dxa"/>
              <w:bottom w:w="70" w:type="dxa"/>
              <w:right w:w="70" w:type="dxa"/>
            </w:tcMar>
          </w:tcPr>
          <w:p w14:paraId="3BA20135" w14:textId="77777777" w:rsidR="00686453" w:rsidRPr="00BE74C6" w:rsidRDefault="00D95FB4">
            <w:pPr>
              <w:rPr>
                <w:szCs w:val="36"/>
              </w:rPr>
            </w:pPr>
            <w:r w:rsidRPr="00BE74C6">
              <w:rPr>
                <w:b/>
                <w:color w:val="FFFFFF"/>
                <w:szCs w:val="36"/>
              </w:rPr>
              <w:t>Hazard</w:t>
            </w:r>
          </w:p>
        </w:tc>
        <w:tc>
          <w:tcPr>
            <w:tcW w:w="2592" w:type="dxa"/>
            <w:shd w:val="clear" w:color="auto" w:fill="015A41"/>
            <w:tcMar>
              <w:top w:w="70" w:type="dxa"/>
              <w:left w:w="70" w:type="dxa"/>
              <w:bottom w:w="70" w:type="dxa"/>
              <w:right w:w="70" w:type="dxa"/>
            </w:tcMar>
          </w:tcPr>
          <w:p w14:paraId="51152120" w14:textId="77777777" w:rsidR="00686453" w:rsidRPr="00BE74C6" w:rsidRDefault="00D95FB4">
            <w:pPr>
              <w:rPr>
                <w:szCs w:val="36"/>
              </w:rPr>
            </w:pPr>
            <w:r w:rsidRPr="00BE74C6">
              <w:rPr>
                <w:b/>
                <w:color w:val="FFFFFF"/>
                <w:szCs w:val="36"/>
              </w:rPr>
              <w:t>Consequences</w:t>
            </w:r>
          </w:p>
        </w:tc>
        <w:tc>
          <w:tcPr>
            <w:tcW w:w="2592" w:type="dxa"/>
            <w:shd w:val="clear" w:color="auto" w:fill="015A41"/>
            <w:tcMar>
              <w:top w:w="70" w:type="dxa"/>
              <w:left w:w="70" w:type="dxa"/>
              <w:bottom w:w="70" w:type="dxa"/>
              <w:right w:w="70" w:type="dxa"/>
            </w:tcMar>
          </w:tcPr>
          <w:p w14:paraId="32A49E6B" w14:textId="77777777" w:rsidR="00686453" w:rsidRPr="00BE74C6" w:rsidRDefault="00D95FB4">
            <w:pPr>
              <w:rPr>
                <w:szCs w:val="36"/>
              </w:rPr>
            </w:pPr>
            <w:r w:rsidRPr="00BE74C6">
              <w:rPr>
                <w:b/>
                <w:color w:val="FFFFFF"/>
                <w:szCs w:val="36"/>
              </w:rPr>
              <w:t>Plan Location</w:t>
            </w:r>
          </w:p>
        </w:tc>
      </w:tr>
      <w:tr w:rsidR="00686453" w:rsidRPr="00BE74C6" w14:paraId="18ECC7A0" w14:textId="77777777" w:rsidTr="00BE74C6">
        <w:trPr>
          <w:cantSplit/>
          <w:jc w:val="center"/>
        </w:trPr>
        <w:tc>
          <w:tcPr>
            <w:tcW w:w="2592" w:type="dxa"/>
            <w:tcMar>
              <w:top w:w="70" w:type="dxa"/>
              <w:left w:w="70" w:type="dxa"/>
              <w:bottom w:w="70" w:type="dxa"/>
              <w:right w:w="70" w:type="dxa"/>
            </w:tcMar>
          </w:tcPr>
          <w:p w14:paraId="6BF8A136" w14:textId="77777777" w:rsidR="00686453" w:rsidRPr="00BE74C6" w:rsidRDefault="00D95FB4">
            <w:pPr>
              <w:rPr>
                <w:szCs w:val="36"/>
              </w:rPr>
            </w:pPr>
            <w:r w:rsidRPr="00BE74C6">
              <w:rPr>
                <w:b/>
                <w:color w:val="015A41"/>
                <w:szCs w:val="36"/>
              </w:rPr>
              <w:t>&lt;1&gt;</w:t>
            </w:r>
          </w:p>
        </w:tc>
        <w:tc>
          <w:tcPr>
            <w:tcW w:w="2592" w:type="dxa"/>
            <w:tcMar>
              <w:top w:w="70" w:type="dxa"/>
              <w:left w:w="70" w:type="dxa"/>
              <w:bottom w:w="70" w:type="dxa"/>
              <w:right w:w="70" w:type="dxa"/>
            </w:tcMar>
          </w:tcPr>
          <w:p w14:paraId="3C4D750D" w14:textId="77777777" w:rsidR="00686453" w:rsidRPr="00BE74C6" w:rsidRDefault="00D95FB4">
            <w:pPr>
              <w:rPr>
                <w:szCs w:val="36"/>
              </w:rPr>
            </w:pPr>
            <w:r w:rsidRPr="00BE74C6">
              <w:rPr>
                <w:szCs w:val="36"/>
              </w:rPr>
              <w:t>&lt;Hazard&gt;</w:t>
            </w:r>
          </w:p>
        </w:tc>
        <w:tc>
          <w:tcPr>
            <w:tcW w:w="2592" w:type="dxa"/>
            <w:tcMar>
              <w:top w:w="70" w:type="dxa"/>
              <w:left w:w="70" w:type="dxa"/>
              <w:bottom w:w="70" w:type="dxa"/>
              <w:right w:w="70" w:type="dxa"/>
            </w:tcMar>
          </w:tcPr>
          <w:p w14:paraId="029044E0" w14:textId="77777777" w:rsidR="00686453" w:rsidRPr="00BE74C6" w:rsidRDefault="00D95FB4">
            <w:pPr>
              <w:rPr>
                <w:szCs w:val="36"/>
              </w:rPr>
            </w:pPr>
            <w:r w:rsidRPr="00BE74C6">
              <w:rPr>
                <w:szCs w:val="36"/>
              </w:rPr>
              <w:t>&lt;Primary consequences&gt;</w:t>
            </w:r>
          </w:p>
        </w:tc>
        <w:tc>
          <w:tcPr>
            <w:tcW w:w="2592" w:type="dxa"/>
            <w:tcMar>
              <w:top w:w="70" w:type="dxa"/>
              <w:left w:w="70" w:type="dxa"/>
              <w:bottom w:w="70" w:type="dxa"/>
              <w:right w:w="70" w:type="dxa"/>
            </w:tcMar>
          </w:tcPr>
          <w:p w14:paraId="73AEEDFC" w14:textId="77777777" w:rsidR="00686453" w:rsidRPr="00BE74C6" w:rsidRDefault="00D95FB4">
            <w:pPr>
              <w:rPr>
                <w:szCs w:val="36"/>
              </w:rPr>
            </w:pPr>
            <w:r w:rsidRPr="00BE74C6">
              <w:rPr>
                <w:szCs w:val="36"/>
              </w:rPr>
              <w:t>&lt;Response strategy / annex&gt;</w:t>
            </w:r>
          </w:p>
        </w:tc>
      </w:tr>
      <w:tr w:rsidR="00686453" w:rsidRPr="00BE74C6" w14:paraId="5F7DE56B" w14:textId="77777777" w:rsidTr="00BE74C6">
        <w:trPr>
          <w:cantSplit/>
          <w:jc w:val="center"/>
        </w:trPr>
        <w:tc>
          <w:tcPr>
            <w:tcW w:w="2592" w:type="dxa"/>
            <w:tcMar>
              <w:top w:w="70" w:type="dxa"/>
              <w:left w:w="70" w:type="dxa"/>
              <w:bottom w:w="70" w:type="dxa"/>
              <w:right w:w="70" w:type="dxa"/>
            </w:tcMar>
          </w:tcPr>
          <w:p w14:paraId="4EB2FEE5" w14:textId="77777777" w:rsidR="00686453" w:rsidRPr="00BE74C6" w:rsidRDefault="00D95FB4">
            <w:pPr>
              <w:rPr>
                <w:szCs w:val="36"/>
              </w:rPr>
            </w:pPr>
            <w:r w:rsidRPr="00BE74C6">
              <w:rPr>
                <w:b/>
                <w:color w:val="015A41"/>
                <w:szCs w:val="36"/>
              </w:rPr>
              <w:t>&lt;2&gt;</w:t>
            </w:r>
          </w:p>
        </w:tc>
        <w:tc>
          <w:tcPr>
            <w:tcW w:w="2592" w:type="dxa"/>
            <w:tcMar>
              <w:top w:w="70" w:type="dxa"/>
              <w:left w:w="70" w:type="dxa"/>
              <w:bottom w:w="70" w:type="dxa"/>
              <w:right w:w="70" w:type="dxa"/>
            </w:tcMar>
          </w:tcPr>
          <w:p w14:paraId="43E972C1" w14:textId="77777777" w:rsidR="00686453" w:rsidRPr="00BE74C6" w:rsidRDefault="00D95FB4">
            <w:pPr>
              <w:rPr>
                <w:szCs w:val="36"/>
              </w:rPr>
            </w:pPr>
            <w:r w:rsidRPr="00BE74C6">
              <w:rPr>
                <w:szCs w:val="36"/>
              </w:rPr>
              <w:t>&lt;Hazard&gt;</w:t>
            </w:r>
          </w:p>
        </w:tc>
        <w:tc>
          <w:tcPr>
            <w:tcW w:w="2592" w:type="dxa"/>
            <w:tcMar>
              <w:top w:w="70" w:type="dxa"/>
              <w:left w:w="70" w:type="dxa"/>
              <w:bottom w:w="70" w:type="dxa"/>
              <w:right w:w="70" w:type="dxa"/>
            </w:tcMar>
          </w:tcPr>
          <w:p w14:paraId="6DE42E9A" w14:textId="77777777" w:rsidR="00686453" w:rsidRPr="00BE74C6" w:rsidRDefault="00D95FB4">
            <w:pPr>
              <w:rPr>
                <w:szCs w:val="36"/>
              </w:rPr>
            </w:pPr>
            <w:r w:rsidRPr="00BE74C6">
              <w:rPr>
                <w:szCs w:val="36"/>
              </w:rPr>
              <w:t>&lt;Primary consequences&gt;</w:t>
            </w:r>
          </w:p>
        </w:tc>
        <w:tc>
          <w:tcPr>
            <w:tcW w:w="2592" w:type="dxa"/>
            <w:tcMar>
              <w:top w:w="70" w:type="dxa"/>
              <w:left w:w="70" w:type="dxa"/>
              <w:bottom w:w="70" w:type="dxa"/>
              <w:right w:w="70" w:type="dxa"/>
            </w:tcMar>
          </w:tcPr>
          <w:p w14:paraId="65DCB7A3" w14:textId="77777777" w:rsidR="00686453" w:rsidRPr="00BE74C6" w:rsidRDefault="00D95FB4">
            <w:pPr>
              <w:rPr>
                <w:szCs w:val="36"/>
              </w:rPr>
            </w:pPr>
            <w:r w:rsidRPr="00BE74C6">
              <w:rPr>
                <w:szCs w:val="36"/>
              </w:rPr>
              <w:t>&lt;Response strategy / annex&gt;</w:t>
            </w:r>
          </w:p>
        </w:tc>
      </w:tr>
      <w:tr w:rsidR="00686453" w:rsidRPr="00BE74C6" w14:paraId="7DA0A9B1" w14:textId="77777777" w:rsidTr="00BE74C6">
        <w:trPr>
          <w:cantSplit/>
          <w:jc w:val="center"/>
        </w:trPr>
        <w:tc>
          <w:tcPr>
            <w:tcW w:w="2592" w:type="dxa"/>
            <w:tcMar>
              <w:top w:w="70" w:type="dxa"/>
              <w:left w:w="70" w:type="dxa"/>
              <w:bottom w:w="70" w:type="dxa"/>
              <w:right w:w="70" w:type="dxa"/>
            </w:tcMar>
          </w:tcPr>
          <w:p w14:paraId="7BD727B6" w14:textId="77777777" w:rsidR="00686453" w:rsidRPr="00BE74C6" w:rsidRDefault="00D95FB4">
            <w:pPr>
              <w:rPr>
                <w:szCs w:val="36"/>
              </w:rPr>
            </w:pPr>
            <w:r w:rsidRPr="00BE74C6">
              <w:rPr>
                <w:b/>
                <w:color w:val="015A41"/>
                <w:szCs w:val="36"/>
              </w:rPr>
              <w:t>&lt;3&gt;</w:t>
            </w:r>
          </w:p>
        </w:tc>
        <w:tc>
          <w:tcPr>
            <w:tcW w:w="2592" w:type="dxa"/>
            <w:tcMar>
              <w:top w:w="70" w:type="dxa"/>
              <w:left w:w="70" w:type="dxa"/>
              <w:bottom w:w="70" w:type="dxa"/>
              <w:right w:w="70" w:type="dxa"/>
            </w:tcMar>
          </w:tcPr>
          <w:p w14:paraId="081B7C43" w14:textId="77777777" w:rsidR="00686453" w:rsidRPr="00BE74C6" w:rsidRDefault="00D95FB4">
            <w:pPr>
              <w:rPr>
                <w:szCs w:val="36"/>
              </w:rPr>
            </w:pPr>
            <w:r w:rsidRPr="00BE74C6">
              <w:rPr>
                <w:szCs w:val="36"/>
              </w:rPr>
              <w:t>&lt;Hazard&gt;</w:t>
            </w:r>
          </w:p>
        </w:tc>
        <w:tc>
          <w:tcPr>
            <w:tcW w:w="2592" w:type="dxa"/>
            <w:tcMar>
              <w:top w:w="70" w:type="dxa"/>
              <w:left w:w="70" w:type="dxa"/>
              <w:bottom w:w="70" w:type="dxa"/>
              <w:right w:w="70" w:type="dxa"/>
            </w:tcMar>
          </w:tcPr>
          <w:p w14:paraId="217AD5A8" w14:textId="77777777" w:rsidR="00686453" w:rsidRPr="00BE74C6" w:rsidRDefault="00D95FB4">
            <w:pPr>
              <w:rPr>
                <w:szCs w:val="36"/>
              </w:rPr>
            </w:pPr>
            <w:r w:rsidRPr="00BE74C6">
              <w:rPr>
                <w:szCs w:val="36"/>
              </w:rPr>
              <w:t>&lt;Primary consequences&gt;</w:t>
            </w:r>
          </w:p>
        </w:tc>
        <w:tc>
          <w:tcPr>
            <w:tcW w:w="2592" w:type="dxa"/>
            <w:tcMar>
              <w:top w:w="70" w:type="dxa"/>
              <w:left w:w="70" w:type="dxa"/>
              <w:bottom w:w="70" w:type="dxa"/>
              <w:right w:w="70" w:type="dxa"/>
            </w:tcMar>
          </w:tcPr>
          <w:p w14:paraId="0063542B" w14:textId="77777777" w:rsidR="00686453" w:rsidRPr="00BE74C6" w:rsidRDefault="00D95FB4">
            <w:pPr>
              <w:rPr>
                <w:szCs w:val="36"/>
              </w:rPr>
            </w:pPr>
            <w:r w:rsidRPr="00BE74C6">
              <w:rPr>
                <w:szCs w:val="36"/>
              </w:rPr>
              <w:t>&lt;Response strategy / annex&gt;</w:t>
            </w:r>
          </w:p>
        </w:tc>
      </w:tr>
      <w:tr w:rsidR="00686453" w:rsidRPr="00BE74C6" w14:paraId="2BB31B69" w14:textId="77777777" w:rsidTr="00BE74C6">
        <w:trPr>
          <w:cantSplit/>
          <w:jc w:val="center"/>
        </w:trPr>
        <w:tc>
          <w:tcPr>
            <w:tcW w:w="2592" w:type="dxa"/>
            <w:tcMar>
              <w:top w:w="70" w:type="dxa"/>
              <w:left w:w="70" w:type="dxa"/>
              <w:bottom w:w="70" w:type="dxa"/>
              <w:right w:w="70" w:type="dxa"/>
            </w:tcMar>
          </w:tcPr>
          <w:p w14:paraId="179AF4B9" w14:textId="77777777" w:rsidR="00686453" w:rsidRPr="00BE74C6" w:rsidRDefault="00D95FB4">
            <w:pPr>
              <w:rPr>
                <w:szCs w:val="36"/>
              </w:rPr>
            </w:pPr>
            <w:r w:rsidRPr="00BE74C6">
              <w:rPr>
                <w:b/>
                <w:color w:val="015A41"/>
                <w:szCs w:val="36"/>
              </w:rPr>
              <w:t>&lt;4&gt;</w:t>
            </w:r>
          </w:p>
        </w:tc>
        <w:tc>
          <w:tcPr>
            <w:tcW w:w="2592" w:type="dxa"/>
            <w:tcMar>
              <w:top w:w="70" w:type="dxa"/>
              <w:left w:w="70" w:type="dxa"/>
              <w:bottom w:w="70" w:type="dxa"/>
              <w:right w:w="70" w:type="dxa"/>
            </w:tcMar>
          </w:tcPr>
          <w:p w14:paraId="2EAB2404" w14:textId="77777777" w:rsidR="00686453" w:rsidRPr="00BE74C6" w:rsidRDefault="00D95FB4">
            <w:pPr>
              <w:rPr>
                <w:szCs w:val="36"/>
              </w:rPr>
            </w:pPr>
            <w:r w:rsidRPr="00BE74C6">
              <w:rPr>
                <w:szCs w:val="36"/>
              </w:rPr>
              <w:t>&lt;Hazard&gt;</w:t>
            </w:r>
          </w:p>
        </w:tc>
        <w:tc>
          <w:tcPr>
            <w:tcW w:w="2592" w:type="dxa"/>
            <w:tcMar>
              <w:top w:w="70" w:type="dxa"/>
              <w:left w:w="70" w:type="dxa"/>
              <w:bottom w:w="70" w:type="dxa"/>
              <w:right w:w="70" w:type="dxa"/>
            </w:tcMar>
          </w:tcPr>
          <w:p w14:paraId="769179E1" w14:textId="77777777" w:rsidR="00686453" w:rsidRPr="00BE74C6" w:rsidRDefault="00D95FB4">
            <w:pPr>
              <w:rPr>
                <w:szCs w:val="36"/>
              </w:rPr>
            </w:pPr>
            <w:r w:rsidRPr="00BE74C6">
              <w:rPr>
                <w:szCs w:val="36"/>
              </w:rPr>
              <w:t>&lt;Primary consequences&gt;</w:t>
            </w:r>
          </w:p>
        </w:tc>
        <w:tc>
          <w:tcPr>
            <w:tcW w:w="2592" w:type="dxa"/>
            <w:tcMar>
              <w:top w:w="70" w:type="dxa"/>
              <w:left w:w="70" w:type="dxa"/>
              <w:bottom w:w="70" w:type="dxa"/>
              <w:right w:w="70" w:type="dxa"/>
            </w:tcMar>
          </w:tcPr>
          <w:p w14:paraId="45FD9111" w14:textId="77777777" w:rsidR="00686453" w:rsidRPr="00BE74C6" w:rsidRDefault="00D95FB4">
            <w:pPr>
              <w:rPr>
                <w:szCs w:val="36"/>
              </w:rPr>
            </w:pPr>
            <w:r w:rsidRPr="00BE74C6">
              <w:rPr>
                <w:szCs w:val="36"/>
              </w:rPr>
              <w:t>&lt;Response strategy / annex&gt;</w:t>
            </w:r>
          </w:p>
        </w:tc>
      </w:tr>
      <w:tr w:rsidR="00686453" w:rsidRPr="00BE74C6" w14:paraId="7190C53A" w14:textId="77777777" w:rsidTr="00BE74C6">
        <w:trPr>
          <w:cantSplit/>
          <w:jc w:val="center"/>
        </w:trPr>
        <w:tc>
          <w:tcPr>
            <w:tcW w:w="2592" w:type="dxa"/>
            <w:tcMar>
              <w:top w:w="70" w:type="dxa"/>
              <w:left w:w="70" w:type="dxa"/>
              <w:bottom w:w="70" w:type="dxa"/>
              <w:right w:w="70" w:type="dxa"/>
            </w:tcMar>
          </w:tcPr>
          <w:p w14:paraId="112F43A5" w14:textId="77777777" w:rsidR="00686453" w:rsidRPr="00BE74C6" w:rsidRDefault="00D95FB4">
            <w:pPr>
              <w:rPr>
                <w:szCs w:val="36"/>
              </w:rPr>
            </w:pPr>
            <w:r w:rsidRPr="00BE74C6">
              <w:rPr>
                <w:b/>
                <w:color w:val="015A41"/>
                <w:szCs w:val="36"/>
              </w:rPr>
              <w:t>&lt;5&gt;</w:t>
            </w:r>
          </w:p>
        </w:tc>
        <w:tc>
          <w:tcPr>
            <w:tcW w:w="2592" w:type="dxa"/>
            <w:tcMar>
              <w:top w:w="70" w:type="dxa"/>
              <w:left w:w="70" w:type="dxa"/>
              <w:bottom w:w="70" w:type="dxa"/>
              <w:right w:w="70" w:type="dxa"/>
            </w:tcMar>
          </w:tcPr>
          <w:p w14:paraId="5D42C2C4" w14:textId="77777777" w:rsidR="00686453" w:rsidRPr="00BE74C6" w:rsidRDefault="00D95FB4">
            <w:pPr>
              <w:rPr>
                <w:szCs w:val="36"/>
              </w:rPr>
            </w:pPr>
            <w:r w:rsidRPr="00BE74C6">
              <w:rPr>
                <w:szCs w:val="36"/>
              </w:rPr>
              <w:t>&lt;Hazard&gt;</w:t>
            </w:r>
          </w:p>
        </w:tc>
        <w:tc>
          <w:tcPr>
            <w:tcW w:w="2592" w:type="dxa"/>
            <w:tcMar>
              <w:top w:w="70" w:type="dxa"/>
              <w:left w:w="70" w:type="dxa"/>
              <w:bottom w:w="70" w:type="dxa"/>
              <w:right w:w="70" w:type="dxa"/>
            </w:tcMar>
          </w:tcPr>
          <w:p w14:paraId="6536D163" w14:textId="77777777" w:rsidR="00686453" w:rsidRPr="00BE74C6" w:rsidRDefault="00D95FB4">
            <w:pPr>
              <w:rPr>
                <w:szCs w:val="36"/>
              </w:rPr>
            </w:pPr>
            <w:r w:rsidRPr="00BE74C6">
              <w:rPr>
                <w:szCs w:val="36"/>
              </w:rPr>
              <w:t>&lt;Primary consequences&gt;</w:t>
            </w:r>
          </w:p>
        </w:tc>
        <w:tc>
          <w:tcPr>
            <w:tcW w:w="2592" w:type="dxa"/>
            <w:tcMar>
              <w:top w:w="70" w:type="dxa"/>
              <w:left w:w="70" w:type="dxa"/>
              <w:bottom w:w="70" w:type="dxa"/>
              <w:right w:w="70" w:type="dxa"/>
            </w:tcMar>
          </w:tcPr>
          <w:p w14:paraId="030BAA4C" w14:textId="77777777" w:rsidR="00686453" w:rsidRPr="00BE74C6" w:rsidRDefault="00D95FB4">
            <w:pPr>
              <w:rPr>
                <w:szCs w:val="36"/>
              </w:rPr>
            </w:pPr>
            <w:r w:rsidRPr="00BE74C6">
              <w:rPr>
                <w:szCs w:val="36"/>
              </w:rPr>
              <w:t>&lt;Response strategy / annex&gt;</w:t>
            </w:r>
          </w:p>
        </w:tc>
      </w:tr>
    </w:tbl>
    <w:p w14:paraId="59EB34F0" w14:textId="77777777" w:rsidR="00686453" w:rsidRDefault="00686453">
      <w:pPr>
        <w:spacing w:after="0"/>
      </w:pPr>
    </w:p>
    <w:p w14:paraId="55285351" w14:textId="77777777" w:rsidR="00BE74C6" w:rsidRDefault="00BE74C6">
      <w:pPr>
        <w:spacing w:after="0"/>
      </w:pPr>
    </w:p>
    <w:p w14:paraId="38CE492F" w14:textId="77777777" w:rsidR="00BE74C6" w:rsidRDefault="00BE74C6">
      <w:pPr>
        <w:spacing w:after="0"/>
      </w:pPr>
    </w:p>
    <w:p w14:paraId="424C059C" w14:textId="77777777" w:rsidR="00BE74C6" w:rsidRDefault="00BE74C6">
      <w:pPr>
        <w:spacing w:after="0"/>
      </w:pPr>
    </w:p>
    <w:p w14:paraId="41D3206A" w14:textId="77777777" w:rsidR="00BE74C6" w:rsidRDefault="00BE74C6">
      <w:pPr>
        <w:spacing w:after="0"/>
      </w:pPr>
    </w:p>
    <w:p w14:paraId="0F662601" w14:textId="77777777" w:rsidR="00B2069D" w:rsidRPr="00BE74C6" w:rsidRDefault="00B2069D" w:rsidP="00B2069D">
      <w:pPr>
        <w:pStyle w:val="Heading2"/>
        <w:spacing w:before="120" w:after="80"/>
        <w:rPr>
          <w:rFonts w:ascii="Arial" w:eastAsia="Arial" w:hAnsi="Arial"/>
        </w:rPr>
      </w:pPr>
      <w:r>
        <w:rPr>
          <w:rFonts w:ascii="Arial" w:eastAsia="Arial" w:hAnsi="Arial" w:cs="Arial"/>
        </w:rPr>
        <w:lastRenderedPageBreak/>
        <w:t>Maine-Explicit and Additional All-Hazards Considerations</w:t>
      </w:r>
    </w:p>
    <w:p w14:paraId="613AA858" w14:textId="77777777" w:rsidR="00A064CA" w:rsidRPr="008C1E78" w:rsidRDefault="00A064CA" w:rsidP="00A064CA">
      <w:pPr>
        <w:pStyle w:val="Heading2"/>
        <w:spacing w:before="120" w:after="80"/>
        <w:rPr>
          <w:rFonts w:ascii="Arial" w:eastAsia="Arial" w:hAnsi="Arial"/>
          <w:sz w:val="20"/>
          <w:szCs w:val="20"/>
        </w:rPr>
      </w:pPr>
      <w:r w:rsidRPr="008C1E78">
        <w:rPr>
          <w:rFonts w:ascii="Arial" w:eastAsia="Arial" w:hAnsi="Arial" w:cs="Arial"/>
          <w:color w:val="000000"/>
          <w:sz w:val="20"/>
          <w:szCs w:val="20"/>
        </w:rPr>
        <w:t>Maine Chapter 110 expressly identifies internal disasters (including fire and loss of heat, power, or water), community disasters affecting heat/lights/food, severe weather, and missing residents. Other hazards listed below are HCC-ME recommended prompts to consider when supported by the facility-based and community-based risk assessments; they are not stand-alone Maine requirements.</w:t>
      </w:r>
    </w:p>
    <w:p w14:paraId="22591E66" w14:textId="77777777" w:rsidR="00A064CA" w:rsidRPr="008C1E78" w:rsidRDefault="00A064CA" w:rsidP="00A064CA">
      <w:pPr>
        <w:pStyle w:val="ListBullet"/>
        <w:spacing w:after="40" w:line="245" w:lineRule="auto"/>
        <w:ind w:left="403" w:hanging="173"/>
        <w:rPr>
          <w:sz w:val="20"/>
          <w:szCs w:val="20"/>
        </w:rPr>
      </w:pPr>
      <w:r w:rsidRPr="008C1E78">
        <w:rPr>
          <w:sz w:val="20"/>
          <w:szCs w:val="20"/>
        </w:rPr>
        <w:t>Internal fire, structural damage, and loss of heat, power, or water that may require internal movement or evacuation.</w:t>
      </w:r>
    </w:p>
    <w:p w14:paraId="4FEFEE25" w14:textId="77777777" w:rsidR="00A064CA" w:rsidRPr="008C1E78" w:rsidRDefault="00A064CA" w:rsidP="00A064CA">
      <w:pPr>
        <w:pStyle w:val="ListBullet"/>
        <w:spacing w:after="40" w:line="245" w:lineRule="auto"/>
        <w:ind w:left="403" w:hanging="173"/>
        <w:rPr>
          <w:sz w:val="20"/>
          <w:szCs w:val="20"/>
        </w:rPr>
      </w:pPr>
      <w:r w:rsidRPr="008C1E78">
        <w:rPr>
          <w:sz w:val="20"/>
          <w:szCs w:val="20"/>
        </w:rPr>
        <w:t>Community/external emergencies that may not require relocation but may disrupt heat, lights, food, access, staffing, or supply chains.</w:t>
      </w:r>
    </w:p>
    <w:p w14:paraId="428FD908" w14:textId="77777777" w:rsidR="00A064CA" w:rsidRPr="008C1E78" w:rsidRDefault="00A064CA" w:rsidP="00A064CA">
      <w:pPr>
        <w:pStyle w:val="ListBullet"/>
        <w:spacing w:after="40" w:line="245" w:lineRule="auto"/>
        <w:ind w:left="403" w:hanging="173"/>
        <w:rPr>
          <w:sz w:val="20"/>
          <w:szCs w:val="20"/>
        </w:rPr>
      </w:pPr>
      <w:r w:rsidRPr="008C1E78">
        <w:rPr>
          <w:sz w:val="20"/>
          <w:szCs w:val="20"/>
        </w:rPr>
        <w:t>Severe winter weather and extreme cold.</w:t>
      </w:r>
    </w:p>
    <w:p w14:paraId="2385EEB6" w14:textId="77777777" w:rsidR="00A064CA" w:rsidRPr="008C1E78" w:rsidRDefault="00A064CA" w:rsidP="00A064CA">
      <w:pPr>
        <w:pStyle w:val="ListBullet"/>
        <w:spacing w:after="40" w:line="245" w:lineRule="auto"/>
        <w:ind w:left="403" w:hanging="173"/>
        <w:rPr>
          <w:sz w:val="20"/>
          <w:szCs w:val="20"/>
        </w:rPr>
      </w:pPr>
      <w:r w:rsidRPr="008C1E78">
        <w:rPr>
          <w:sz w:val="20"/>
          <w:szCs w:val="20"/>
        </w:rPr>
        <w:t>Missing resident / elopement.</w:t>
      </w:r>
    </w:p>
    <w:p w14:paraId="642377AF" w14:textId="77777777" w:rsidR="00A064CA" w:rsidRPr="008C1E78" w:rsidRDefault="00A064CA" w:rsidP="00A064CA">
      <w:pPr>
        <w:pStyle w:val="ListBullet"/>
        <w:spacing w:after="40" w:line="245" w:lineRule="auto"/>
        <w:ind w:left="403" w:hanging="173"/>
        <w:rPr>
          <w:sz w:val="20"/>
          <w:szCs w:val="20"/>
        </w:rPr>
      </w:pPr>
      <w:r w:rsidRPr="008C1E78">
        <w:rPr>
          <w:sz w:val="20"/>
          <w:szCs w:val="20"/>
        </w:rPr>
        <w:t>Emerging infectious disease / outbreak / pandemic.</w:t>
      </w:r>
    </w:p>
    <w:p w14:paraId="3FB35DEC" w14:textId="77777777" w:rsidR="00A064CA" w:rsidRPr="008C1E78" w:rsidRDefault="00A064CA" w:rsidP="00A064CA">
      <w:pPr>
        <w:pStyle w:val="ListBullet"/>
        <w:spacing w:after="40" w:line="245" w:lineRule="auto"/>
        <w:ind w:left="403" w:hanging="173"/>
        <w:rPr>
          <w:sz w:val="20"/>
          <w:szCs w:val="20"/>
        </w:rPr>
      </w:pPr>
      <w:r w:rsidRPr="008C1E78">
        <w:rPr>
          <w:sz w:val="20"/>
          <w:szCs w:val="20"/>
        </w:rPr>
        <w:t>Cyberattack, EHR/IT downtime, communications interruption.</w:t>
      </w:r>
    </w:p>
    <w:p w14:paraId="5F270F68" w14:textId="77777777" w:rsidR="00A064CA" w:rsidRDefault="00A064CA" w:rsidP="00A064CA">
      <w:pPr>
        <w:pStyle w:val="ListBullet"/>
        <w:spacing w:after="40" w:line="245" w:lineRule="auto"/>
        <w:ind w:left="403" w:hanging="173"/>
        <w:rPr>
          <w:sz w:val="20"/>
          <w:szCs w:val="20"/>
        </w:rPr>
      </w:pPr>
      <w:r w:rsidRPr="008C1E78">
        <w:rPr>
          <w:sz w:val="20"/>
          <w:szCs w:val="20"/>
        </w:rPr>
        <w:t xml:space="preserve">Flooding, high wind, extreme heat, wildfire smoke, hazardous materials, violence/active threat, transportation disruption, pharmaceutical/medical-supply disruption, and other hazards identified by </w:t>
      </w:r>
      <w:proofErr w:type="gramStart"/>
      <w:r w:rsidRPr="008C1E78">
        <w:rPr>
          <w:sz w:val="20"/>
          <w:szCs w:val="20"/>
        </w:rPr>
        <w:t>the HVA</w:t>
      </w:r>
      <w:proofErr w:type="gramEnd"/>
      <w:r w:rsidRPr="008C1E78">
        <w:rPr>
          <w:sz w:val="20"/>
          <w:szCs w:val="20"/>
        </w:rPr>
        <w:t>.</w:t>
      </w:r>
    </w:p>
    <w:p w14:paraId="4B1D351C" w14:textId="77777777" w:rsidR="008C1E78" w:rsidRDefault="008C1E78" w:rsidP="008C1E78">
      <w:pPr>
        <w:pStyle w:val="ListBullet"/>
        <w:numPr>
          <w:ilvl w:val="0"/>
          <w:numId w:val="0"/>
        </w:numPr>
        <w:spacing w:after="40" w:line="245" w:lineRule="auto"/>
        <w:ind w:left="360" w:hanging="360"/>
        <w:rPr>
          <w:sz w:val="20"/>
          <w:szCs w:val="20"/>
        </w:rPr>
      </w:pPr>
    </w:p>
    <w:p w14:paraId="0B67112A" w14:textId="77777777" w:rsidR="008C1E78" w:rsidRDefault="008C1E78" w:rsidP="008C1E78">
      <w:pPr>
        <w:pStyle w:val="ListBullet"/>
        <w:numPr>
          <w:ilvl w:val="0"/>
          <w:numId w:val="0"/>
        </w:numPr>
        <w:spacing w:after="40" w:line="245" w:lineRule="auto"/>
        <w:ind w:left="360" w:hanging="360"/>
        <w:rPr>
          <w:sz w:val="20"/>
          <w:szCs w:val="20"/>
        </w:rPr>
      </w:pPr>
    </w:p>
    <w:p w14:paraId="7DD2163E" w14:textId="77777777" w:rsidR="008C1E78" w:rsidRDefault="008C1E78" w:rsidP="008C1E78">
      <w:pPr>
        <w:pStyle w:val="ListBullet"/>
        <w:numPr>
          <w:ilvl w:val="0"/>
          <w:numId w:val="0"/>
        </w:numPr>
        <w:spacing w:after="40" w:line="245" w:lineRule="auto"/>
        <w:ind w:left="360" w:hanging="360"/>
        <w:rPr>
          <w:sz w:val="20"/>
          <w:szCs w:val="20"/>
        </w:rPr>
      </w:pPr>
    </w:p>
    <w:p w14:paraId="0BFF40E5" w14:textId="77777777" w:rsidR="008C1E78" w:rsidRDefault="008C1E78" w:rsidP="008C1E78">
      <w:pPr>
        <w:pStyle w:val="ListBullet"/>
        <w:numPr>
          <w:ilvl w:val="0"/>
          <w:numId w:val="0"/>
        </w:numPr>
        <w:spacing w:after="40" w:line="245" w:lineRule="auto"/>
        <w:ind w:left="360" w:hanging="360"/>
        <w:rPr>
          <w:sz w:val="20"/>
          <w:szCs w:val="20"/>
        </w:rPr>
      </w:pPr>
    </w:p>
    <w:p w14:paraId="13BB62F3" w14:textId="77777777" w:rsidR="008C1E78" w:rsidRDefault="008C1E78" w:rsidP="008C1E78">
      <w:pPr>
        <w:pStyle w:val="ListBullet"/>
        <w:numPr>
          <w:ilvl w:val="0"/>
          <w:numId w:val="0"/>
        </w:numPr>
        <w:spacing w:after="40" w:line="245" w:lineRule="auto"/>
        <w:ind w:left="360" w:hanging="360"/>
        <w:rPr>
          <w:sz w:val="20"/>
          <w:szCs w:val="20"/>
        </w:rPr>
      </w:pPr>
    </w:p>
    <w:p w14:paraId="3D610F67" w14:textId="77777777" w:rsidR="008C1E78" w:rsidRDefault="008C1E78" w:rsidP="008C1E78">
      <w:pPr>
        <w:pStyle w:val="ListBullet"/>
        <w:numPr>
          <w:ilvl w:val="0"/>
          <w:numId w:val="0"/>
        </w:numPr>
        <w:spacing w:after="40" w:line="245" w:lineRule="auto"/>
        <w:ind w:left="360" w:hanging="360"/>
        <w:rPr>
          <w:sz w:val="20"/>
          <w:szCs w:val="20"/>
        </w:rPr>
      </w:pPr>
    </w:p>
    <w:p w14:paraId="2F41DB42" w14:textId="77777777" w:rsidR="008C1E78" w:rsidRDefault="008C1E78" w:rsidP="008C1E78">
      <w:pPr>
        <w:pStyle w:val="ListBullet"/>
        <w:numPr>
          <w:ilvl w:val="0"/>
          <w:numId w:val="0"/>
        </w:numPr>
        <w:spacing w:after="40" w:line="245" w:lineRule="auto"/>
        <w:ind w:left="360" w:hanging="360"/>
        <w:rPr>
          <w:sz w:val="20"/>
          <w:szCs w:val="20"/>
        </w:rPr>
      </w:pPr>
    </w:p>
    <w:p w14:paraId="6C9C70BD" w14:textId="77777777" w:rsidR="008C1E78" w:rsidRDefault="008C1E78" w:rsidP="008C1E78">
      <w:pPr>
        <w:pStyle w:val="ListBullet"/>
        <w:numPr>
          <w:ilvl w:val="0"/>
          <w:numId w:val="0"/>
        </w:numPr>
        <w:spacing w:after="40" w:line="245" w:lineRule="auto"/>
        <w:ind w:left="360" w:hanging="360"/>
        <w:rPr>
          <w:sz w:val="20"/>
          <w:szCs w:val="20"/>
        </w:rPr>
      </w:pPr>
    </w:p>
    <w:p w14:paraId="6FC6F6B4" w14:textId="77777777" w:rsidR="008C1E78" w:rsidRDefault="008C1E78" w:rsidP="008C1E78">
      <w:pPr>
        <w:pStyle w:val="ListBullet"/>
        <w:numPr>
          <w:ilvl w:val="0"/>
          <w:numId w:val="0"/>
        </w:numPr>
        <w:spacing w:after="40" w:line="245" w:lineRule="auto"/>
        <w:ind w:left="360" w:hanging="360"/>
        <w:rPr>
          <w:sz w:val="20"/>
          <w:szCs w:val="20"/>
        </w:rPr>
      </w:pPr>
    </w:p>
    <w:p w14:paraId="16B6A7F0" w14:textId="77777777" w:rsidR="008C1E78" w:rsidRDefault="008C1E78" w:rsidP="008C1E78">
      <w:pPr>
        <w:pStyle w:val="ListBullet"/>
        <w:numPr>
          <w:ilvl w:val="0"/>
          <w:numId w:val="0"/>
        </w:numPr>
        <w:spacing w:after="40" w:line="245" w:lineRule="auto"/>
        <w:ind w:left="360" w:hanging="360"/>
        <w:rPr>
          <w:sz w:val="20"/>
          <w:szCs w:val="20"/>
        </w:rPr>
      </w:pPr>
    </w:p>
    <w:p w14:paraId="00702225" w14:textId="77777777" w:rsidR="008C1E78" w:rsidRDefault="008C1E78" w:rsidP="008C1E78">
      <w:pPr>
        <w:pStyle w:val="ListBullet"/>
        <w:numPr>
          <w:ilvl w:val="0"/>
          <w:numId w:val="0"/>
        </w:numPr>
        <w:spacing w:after="40" w:line="245" w:lineRule="auto"/>
        <w:ind w:left="360" w:hanging="360"/>
        <w:rPr>
          <w:sz w:val="20"/>
          <w:szCs w:val="20"/>
        </w:rPr>
      </w:pPr>
    </w:p>
    <w:p w14:paraId="24600A19" w14:textId="77777777" w:rsidR="008C1E78" w:rsidRDefault="008C1E78" w:rsidP="008C1E78">
      <w:pPr>
        <w:pStyle w:val="ListBullet"/>
        <w:numPr>
          <w:ilvl w:val="0"/>
          <w:numId w:val="0"/>
        </w:numPr>
        <w:spacing w:after="40" w:line="245" w:lineRule="auto"/>
        <w:ind w:left="360" w:hanging="360"/>
        <w:rPr>
          <w:sz w:val="20"/>
          <w:szCs w:val="20"/>
        </w:rPr>
      </w:pPr>
    </w:p>
    <w:p w14:paraId="5274AE35" w14:textId="77777777" w:rsidR="008C1E78" w:rsidRDefault="008C1E78" w:rsidP="008C1E78">
      <w:pPr>
        <w:pStyle w:val="ListBullet"/>
        <w:numPr>
          <w:ilvl w:val="0"/>
          <w:numId w:val="0"/>
        </w:numPr>
        <w:spacing w:after="40" w:line="245" w:lineRule="auto"/>
        <w:ind w:left="360" w:hanging="360"/>
        <w:rPr>
          <w:sz w:val="20"/>
          <w:szCs w:val="20"/>
        </w:rPr>
      </w:pPr>
    </w:p>
    <w:p w14:paraId="3F67BE23" w14:textId="77777777" w:rsidR="008C1E78" w:rsidRDefault="008C1E78" w:rsidP="008C1E78">
      <w:pPr>
        <w:pStyle w:val="ListBullet"/>
        <w:numPr>
          <w:ilvl w:val="0"/>
          <w:numId w:val="0"/>
        </w:numPr>
        <w:spacing w:after="40" w:line="245" w:lineRule="auto"/>
        <w:ind w:left="360" w:hanging="360"/>
        <w:rPr>
          <w:sz w:val="20"/>
          <w:szCs w:val="20"/>
        </w:rPr>
      </w:pPr>
    </w:p>
    <w:p w14:paraId="4063F1C0" w14:textId="77777777" w:rsidR="008C1E78" w:rsidRDefault="008C1E78" w:rsidP="008C1E78">
      <w:pPr>
        <w:pStyle w:val="ListBullet"/>
        <w:numPr>
          <w:ilvl w:val="0"/>
          <w:numId w:val="0"/>
        </w:numPr>
        <w:spacing w:after="40" w:line="245" w:lineRule="auto"/>
        <w:ind w:left="360" w:hanging="360"/>
        <w:rPr>
          <w:sz w:val="20"/>
          <w:szCs w:val="20"/>
        </w:rPr>
      </w:pPr>
    </w:p>
    <w:p w14:paraId="4F43F761" w14:textId="77777777" w:rsidR="008C1E78" w:rsidRDefault="008C1E78" w:rsidP="008C1E78">
      <w:pPr>
        <w:pStyle w:val="ListBullet"/>
        <w:numPr>
          <w:ilvl w:val="0"/>
          <w:numId w:val="0"/>
        </w:numPr>
        <w:spacing w:after="40" w:line="245" w:lineRule="auto"/>
        <w:ind w:left="360" w:hanging="360"/>
        <w:rPr>
          <w:sz w:val="20"/>
          <w:szCs w:val="20"/>
        </w:rPr>
      </w:pPr>
    </w:p>
    <w:p w14:paraId="360B26D8" w14:textId="77777777" w:rsidR="008C1E78" w:rsidRDefault="008C1E78" w:rsidP="008C1E78">
      <w:pPr>
        <w:pStyle w:val="ListBullet"/>
        <w:numPr>
          <w:ilvl w:val="0"/>
          <w:numId w:val="0"/>
        </w:numPr>
        <w:spacing w:after="40" w:line="245" w:lineRule="auto"/>
        <w:ind w:left="360" w:hanging="360"/>
        <w:rPr>
          <w:sz w:val="20"/>
          <w:szCs w:val="20"/>
        </w:rPr>
      </w:pPr>
    </w:p>
    <w:p w14:paraId="35CFC8EC" w14:textId="77777777" w:rsidR="008C1E78" w:rsidRDefault="008C1E78" w:rsidP="008C1E78">
      <w:pPr>
        <w:pStyle w:val="ListBullet"/>
        <w:numPr>
          <w:ilvl w:val="0"/>
          <w:numId w:val="0"/>
        </w:numPr>
        <w:spacing w:after="40" w:line="245" w:lineRule="auto"/>
        <w:ind w:left="360" w:hanging="360"/>
        <w:rPr>
          <w:sz w:val="20"/>
          <w:szCs w:val="20"/>
        </w:rPr>
      </w:pPr>
    </w:p>
    <w:p w14:paraId="018EA83C" w14:textId="77777777" w:rsidR="008C1E78" w:rsidRDefault="008C1E78" w:rsidP="008C1E78">
      <w:pPr>
        <w:pStyle w:val="ListBullet"/>
        <w:numPr>
          <w:ilvl w:val="0"/>
          <w:numId w:val="0"/>
        </w:numPr>
        <w:spacing w:after="40" w:line="245" w:lineRule="auto"/>
        <w:ind w:left="360" w:hanging="360"/>
        <w:rPr>
          <w:sz w:val="20"/>
          <w:szCs w:val="20"/>
        </w:rPr>
      </w:pPr>
    </w:p>
    <w:p w14:paraId="0DC6FE6A" w14:textId="77777777" w:rsidR="008C1E78" w:rsidRDefault="008C1E78" w:rsidP="008C1E78">
      <w:pPr>
        <w:pStyle w:val="ListBullet"/>
        <w:numPr>
          <w:ilvl w:val="0"/>
          <w:numId w:val="0"/>
        </w:numPr>
        <w:spacing w:after="40" w:line="245" w:lineRule="auto"/>
        <w:ind w:left="360" w:hanging="360"/>
        <w:rPr>
          <w:sz w:val="20"/>
          <w:szCs w:val="20"/>
        </w:rPr>
      </w:pPr>
    </w:p>
    <w:p w14:paraId="72AF1F19" w14:textId="77777777" w:rsidR="008C1E78" w:rsidRDefault="008C1E78" w:rsidP="008C1E78">
      <w:pPr>
        <w:pStyle w:val="ListBullet"/>
        <w:numPr>
          <w:ilvl w:val="0"/>
          <w:numId w:val="0"/>
        </w:numPr>
        <w:spacing w:after="40" w:line="245" w:lineRule="auto"/>
        <w:ind w:left="360" w:hanging="360"/>
        <w:rPr>
          <w:sz w:val="20"/>
          <w:szCs w:val="20"/>
        </w:rPr>
      </w:pPr>
    </w:p>
    <w:p w14:paraId="63D251B7" w14:textId="77777777" w:rsidR="008C1E78" w:rsidRDefault="008C1E78" w:rsidP="008C1E78">
      <w:pPr>
        <w:pStyle w:val="ListBullet"/>
        <w:numPr>
          <w:ilvl w:val="0"/>
          <w:numId w:val="0"/>
        </w:numPr>
        <w:spacing w:after="40" w:line="245" w:lineRule="auto"/>
        <w:ind w:left="360" w:hanging="360"/>
        <w:rPr>
          <w:sz w:val="20"/>
          <w:szCs w:val="20"/>
        </w:rPr>
      </w:pPr>
    </w:p>
    <w:p w14:paraId="09B3AF74" w14:textId="77777777" w:rsidR="008C1E78" w:rsidRDefault="008C1E78" w:rsidP="008C1E78">
      <w:pPr>
        <w:pStyle w:val="ListBullet"/>
        <w:numPr>
          <w:ilvl w:val="0"/>
          <w:numId w:val="0"/>
        </w:numPr>
        <w:spacing w:after="40" w:line="245" w:lineRule="auto"/>
        <w:ind w:left="360" w:hanging="360"/>
        <w:rPr>
          <w:sz w:val="20"/>
          <w:szCs w:val="20"/>
        </w:rPr>
      </w:pPr>
    </w:p>
    <w:p w14:paraId="4499DA02" w14:textId="77777777" w:rsidR="008C1E78" w:rsidRDefault="008C1E78" w:rsidP="008C1E78">
      <w:pPr>
        <w:pStyle w:val="ListBullet"/>
        <w:numPr>
          <w:ilvl w:val="0"/>
          <w:numId w:val="0"/>
        </w:numPr>
        <w:spacing w:after="40" w:line="245" w:lineRule="auto"/>
        <w:ind w:left="360" w:hanging="360"/>
        <w:rPr>
          <w:sz w:val="20"/>
          <w:szCs w:val="20"/>
        </w:rPr>
      </w:pPr>
    </w:p>
    <w:p w14:paraId="7C179B2A" w14:textId="77777777" w:rsidR="008C1E78" w:rsidRDefault="008C1E78" w:rsidP="008C1E78">
      <w:pPr>
        <w:pStyle w:val="ListBullet"/>
        <w:numPr>
          <w:ilvl w:val="0"/>
          <w:numId w:val="0"/>
        </w:numPr>
        <w:spacing w:after="40" w:line="245" w:lineRule="auto"/>
        <w:ind w:left="360" w:hanging="360"/>
        <w:rPr>
          <w:sz w:val="20"/>
          <w:szCs w:val="20"/>
        </w:rPr>
      </w:pPr>
    </w:p>
    <w:p w14:paraId="4B8E7CD4" w14:textId="77777777" w:rsidR="008C1E78" w:rsidRDefault="008C1E78" w:rsidP="008C1E78">
      <w:pPr>
        <w:pStyle w:val="ListBullet"/>
        <w:numPr>
          <w:ilvl w:val="0"/>
          <w:numId w:val="0"/>
        </w:numPr>
        <w:spacing w:after="40" w:line="245" w:lineRule="auto"/>
        <w:ind w:left="360" w:hanging="360"/>
        <w:rPr>
          <w:sz w:val="20"/>
          <w:szCs w:val="20"/>
        </w:rPr>
      </w:pPr>
    </w:p>
    <w:p w14:paraId="22EBFD9A" w14:textId="77777777" w:rsidR="008C1E78" w:rsidRDefault="008C1E78" w:rsidP="008C1E78">
      <w:pPr>
        <w:pStyle w:val="ListBullet"/>
        <w:numPr>
          <w:ilvl w:val="0"/>
          <w:numId w:val="0"/>
        </w:numPr>
        <w:spacing w:after="40" w:line="245" w:lineRule="auto"/>
        <w:ind w:left="360" w:hanging="360"/>
        <w:rPr>
          <w:sz w:val="20"/>
          <w:szCs w:val="20"/>
        </w:rPr>
      </w:pPr>
    </w:p>
    <w:p w14:paraId="327625D8" w14:textId="77777777" w:rsidR="008C1E78" w:rsidRDefault="008C1E78" w:rsidP="008C1E78">
      <w:pPr>
        <w:pStyle w:val="ListBullet"/>
        <w:numPr>
          <w:ilvl w:val="0"/>
          <w:numId w:val="0"/>
        </w:numPr>
        <w:spacing w:after="40" w:line="245" w:lineRule="auto"/>
        <w:ind w:left="360" w:hanging="360"/>
        <w:rPr>
          <w:sz w:val="20"/>
          <w:szCs w:val="20"/>
        </w:rPr>
      </w:pPr>
    </w:p>
    <w:p w14:paraId="1F69613C" w14:textId="77777777" w:rsidR="008C1E78" w:rsidRDefault="008C1E78" w:rsidP="008C1E78">
      <w:pPr>
        <w:pStyle w:val="ListBullet"/>
        <w:numPr>
          <w:ilvl w:val="0"/>
          <w:numId w:val="0"/>
        </w:numPr>
        <w:spacing w:after="40" w:line="245" w:lineRule="auto"/>
        <w:ind w:left="360" w:hanging="360"/>
        <w:rPr>
          <w:sz w:val="20"/>
          <w:szCs w:val="20"/>
        </w:rPr>
      </w:pPr>
    </w:p>
    <w:p w14:paraId="7FFA80B3" w14:textId="77777777" w:rsidR="008C1E78" w:rsidRDefault="008C1E78" w:rsidP="008C1E78">
      <w:pPr>
        <w:pStyle w:val="ListBullet"/>
        <w:numPr>
          <w:ilvl w:val="0"/>
          <w:numId w:val="0"/>
        </w:numPr>
        <w:spacing w:after="40" w:line="245" w:lineRule="auto"/>
        <w:ind w:left="360" w:hanging="360"/>
        <w:rPr>
          <w:sz w:val="20"/>
          <w:szCs w:val="20"/>
        </w:rPr>
      </w:pPr>
    </w:p>
    <w:p w14:paraId="4FFC39F0" w14:textId="77777777" w:rsidR="008C1E78" w:rsidRDefault="008C1E78" w:rsidP="008C1E78">
      <w:pPr>
        <w:pStyle w:val="ListBullet"/>
        <w:numPr>
          <w:ilvl w:val="0"/>
          <w:numId w:val="0"/>
        </w:numPr>
        <w:spacing w:after="40" w:line="245" w:lineRule="auto"/>
        <w:ind w:left="360" w:hanging="360"/>
        <w:rPr>
          <w:sz w:val="20"/>
          <w:szCs w:val="20"/>
        </w:rPr>
      </w:pPr>
    </w:p>
    <w:p w14:paraId="432A4085" w14:textId="77777777" w:rsidR="008C1E78" w:rsidRDefault="008C1E78" w:rsidP="008C1E78">
      <w:pPr>
        <w:pStyle w:val="ListBullet"/>
        <w:numPr>
          <w:ilvl w:val="0"/>
          <w:numId w:val="0"/>
        </w:numPr>
        <w:spacing w:after="40" w:line="245" w:lineRule="auto"/>
        <w:ind w:left="360" w:hanging="360"/>
        <w:rPr>
          <w:sz w:val="20"/>
          <w:szCs w:val="20"/>
        </w:rPr>
      </w:pPr>
    </w:p>
    <w:p w14:paraId="004021E8" w14:textId="77777777" w:rsidR="008C1E78" w:rsidRDefault="008C1E78" w:rsidP="008C1E78">
      <w:pPr>
        <w:pStyle w:val="ListBullet"/>
        <w:numPr>
          <w:ilvl w:val="0"/>
          <w:numId w:val="0"/>
        </w:numPr>
        <w:spacing w:after="40" w:line="245" w:lineRule="auto"/>
        <w:ind w:left="360" w:hanging="360"/>
        <w:rPr>
          <w:sz w:val="20"/>
          <w:szCs w:val="20"/>
        </w:rPr>
      </w:pPr>
    </w:p>
    <w:p w14:paraId="310B252D" w14:textId="77777777" w:rsidR="008C1E78" w:rsidRDefault="008C1E78" w:rsidP="008C1E78">
      <w:pPr>
        <w:pStyle w:val="ListBullet"/>
        <w:numPr>
          <w:ilvl w:val="0"/>
          <w:numId w:val="0"/>
        </w:numPr>
        <w:spacing w:after="40" w:line="245" w:lineRule="auto"/>
        <w:ind w:left="360" w:hanging="360"/>
        <w:rPr>
          <w:sz w:val="20"/>
          <w:szCs w:val="20"/>
        </w:rPr>
      </w:pPr>
    </w:p>
    <w:p w14:paraId="30352F39" w14:textId="77777777" w:rsidR="008C1E78" w:rsidRDefault="008C1E78" w:rsidP="008C1E78">
      <w:pPr>
        <w:pStyle w:val="ListBullet"/>
        <w:numPr>
          <w:ilvl w:val="0"/>
          <w:numId w:val="0"/>
        </w:numPr>
        <w:spacing w:after="40" w:line="245" w:lineRule="auto"/>
        <w:ind w:left="360" w:hanging="360"/>
        <w:rPr>
          <w:sz w:val="20"/>
          <w:szCs w:val="20"/>
        </w:rPr>
      </w:pPr>
    </w:p>
    <w:p w14:paraId="4C9BAE63" w14:textId="77777777" w:rsidR="008C1E78" w:rsidRDefault="008C1E78" w:rsidP="008C1E78">
      <w:pPr>
        <w:pStyle w:val="ListBullet"/>
        <w:numPr>
          <w:ilvl w:val="0"/>
          <w:numId w:val="0"/>
        </w:numPr>
        <w:spacing w:after="40" w:line="245" w:lineRule="auto"/>
        <w:ind w:left="360" w:hanging="360"/>
        <w:rPr>
          <w:sz w:val="20"/>
          <w:szCs w:val="20"/>
        </w:rPr>
      </w:pPr>
    </w:p>
    <w:p w14:paraId="76115696" w14:textId="77777777" w:rsidR="008C1E78" w:rsidRDefault="008C1E78" w:rsidP="008C1E78">
      <w:pPr>
        <w:pStyle w:val="ListBullet"/>
        <w:numPr>
          <w:ilvl w:val="0"/>
          <w:numId w:val="0"/>
        </w:numPr>
        <w:spacing w:after="40" w:line="245" w:lineRule="auto"/>
        <w:ind w:left="360" w:hanging="360"/>
        <w:rPr>
          <w:sz w:val="20"/>
          <w:szCs w:val="20"/>
        </w:rPr>
      </w:pPr>
    </w:p>
    <w:p w14:paraId="392136BF" w14:textId="77777777" w:rsidR="008C1E78" w:rsidRPr="008C1E78" w:rsidRDefault="008C1E78" w:rsidP="008C1E78">
      <w:pPr>
        <w:pStyle w:val="ListBullet"/>
        <w:numPr>
          <w:ilvl w:val="0"/>
          <w:numId w:val="0"/>
        </w:numPr>
        <w:spacing w:after="40" w:line="245" w:lineRule="auto"/>
        <w:ind w:left="360" w:hanging="360"/>
        <w:rPr>
          <w:sz w:val="20"/>
          <w:szCs w:val="20"/>
        </w:rPr>
      </w:pPr>
    </w:p>
    <w:p w14:paraId="307C3E68" w14:textId="77777777" w:rsidR="00686453" w:rsidRDefault="00D95FB4">
      <w:pPr>
        <w:pStyle w:val="Heading1"/>
        <w:pBdr>
          <w:bottom w:val="single" w:sz="14" w:space="5" w:color="E63B07"/>
        </w:pBdr>
        <w:spacing w:before="140" w:after="140"/>
      </w:pPr>
      <w:r>
        <w:rPr>
          <w:rFonts w:ascii="Arial" w:eastAsia="Arial" w:hAnsi="Arial"/>
        </w:rPr>
        <w:lastRenderedPageBreak/>
        <w:t>4. CONCEPT OF OPERATIONS</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38CFF73F" w14:textId="77777777">
        <w:trPr>
          <w:jc w:val="center"/>
        </w:trPr>
        <w:tc>
          <w:tcPr>
            <w:tcW w:w="10282" w:type="dxa"/>
            <w:shd w:val="clear" w:color="auto" w:fill="EAF3EF"/>
            <w:tcMar>
              <w:top w:w="100" w:type="dxa"/>
              <w:left w:w="130" w:type="dxa"/>
              <w:bottom w:w="100" w:type="dxa"/>
              <w:right w:w="130" w:type="dxa"/>
            </w:tcMar>
          </w:tcPr>
          <w:p w14:paraId="2972EBE2" w14:textId="77777777" w:rsidR="00686453" w:rsidRPr="008C1E78" w:rsidRDefault="00D95FB4">
            <w:pPr>
              <w:spacing w:after="0"/>
              <w:rPr>
                <w:sz w:val="20"/>
                <w:szCs w:val="20"/>
              </w:rPr>
            </w:pPr>
            <w:r w:rsidRPr="008C1E78">
              <w:rPr>
                <w:b/>
                <w:color w:val="015A41"/>
                <w:sz w:val="20"/>
                <w:szCs w:val="20"/>
              </w:rPr>
              <w:t xml:space="preserve">REGULATORY BASIS  </w:t>
            </w:r>
            <w:r w:rsidRPr="008C1E78">
              <w:rPr>
                <w:sz w:val="20"/>
                <w:szCs w:val="20"/>
              </w:rPr>
              <w:t>42 CFR §483.73(a)(</w:t>
            </w:r>
            <w:proofErr w:type="gramStart"/>
            <w:r w:rsidRPr="008C1E78">
              <w:rPr>
                <w:sz w:val="20"/>
                <w:szCs w:val="20"/>
              </w:rPr>
              <w:t>2)-</w:t>
            </w:r>
            <w:proofErr w:type="gramEnd"/>
            <w:r w:rsidRPr="008C1E78">
              <w:rPr>
                <w:sz w:val="20"/>
                <w:szCs w:val="20"/>
              </w:rPr>
              <w:t>(4); E-0007, E-0009</w:t>
            </w:r>
          </w:p>
        </w:tc>
      </w:tr>
    </w:tbl>
    <w:p w14:paraId="1D4D03EE" w14:textId="77777777" w:rsidR="00686453" w:rsidRDefault="00686453">
      <w:pPr>
        <w:spacing w:after="0"/>
      </w:pPr>
    </w:p>
    <w:p w14:paraId="2E9C8559" w14:textId="77777777" w:rsidR="00686453" w:rsidRPr="008C1E78" w:rsidRDefault="00D95FB4">
      <w:pPr>
        <w:spacing w:after="120" w:line="250" w:lineRule="auto"/>
        <w:rPr>
          <w:sz w:val="20"/>
          <w:szCs w:val="20"/>
        </w:rPr>
      </w:pPr>
      <w:r w:rsidRPr="008C1E78">
        <w:rPr>
          <w:sz w:val="20"/>
          <w:szCs w:val="20"/>
        </w:rPr>
        <w:t>Describe how the facility activates, manages, escalates, coordinates, and demobilizes emergency operations.</w:t>
      </w:r>
    </w:p>
    <w:p w14:paraId="45B47089" w14:textId="0710AB9D" w:rsidR="00686453" w:rsidRDefault="00D95FB4" w:rsidP="004F6192">
      <w:pPr>
        <w:pStyle w:val="Heading2"/>
        <w:numPr>
          <w:ilvl w:val="0"/>
          <w:numId w:val="10"/>
        </w:numPr>
        <w:spacing w:before="120" w:after="80"/>
        <w:rPr>
          <w:rFonts w:ascii="Arial" w:eastAsia="Arial" w:hAnsi="Arial"/>
        </w:rPr>
      </w:pPr>
      <w:r>
        <w:rPr>
          <w:rFonts w:ascii="Arial" w:eastAsia="Arial" w:hAnsi="Arial"/>
        </w:rPr>
        <w:t>Incident Phases</w:t>
      </w:r>
    </w:p>
    <w:p w14:paraId="09406934" w14:textId="0F781DFF" w:rsidR="004F6192" w:rsidRDefault="004F6192" w:rsidP="004F6192">
      <w:pPr>
        <w:pStyle w:val="Heading2"/>
        <w:spacing w:before="120" w:after="80"/>
        <w:rPr>
          <w:rFonts w:ascii="Arial" w:eastAsia="Arial" w:hAnsi="Arial" w:cs="Arial"/>
          <w:color w:val="000000"/>
          <w:sz w:val="19"/>
        </w:rPr>
      </w:pPr>
      <w:r>
        <w:rPr>
          <w:rFonts w:ascii="Arial" w:eastAsia="Arial" w:hAnsi="Arial" w:cs="Arial"/>
          <w:color w:val="66706B"/>
          <w:sz w:val="19"/>
        </w:rPr>
        <w:t xml:space="preserve">HCC-ME RECOMMENDED ORGANIZING FRAMEWORK </w:t>
      </w:r>
      <w:r>
        <w:rPr>
          <w:rFonts w:ascii="Arial" w:eastAsia="Arial" w:hAnsi="Arial" w:cs="Arial"/>
          <w:color w:val="000000"/>
          <w:sz w:val="19"/>
        </w:rPr>
        <w:t>The mitigation/preparedness/response/recovery phases below are an optional way to organize the plan. CMS requires the underlying emergency preparedness elements, not this specific four-phase format.</w:t>
      </w:r>
    </w:p>
    <w:p w14:paraId="02EAEE1A" w14:textId="77777777" w:rsidR="00440F53" w:rsidRPr="00440F53" w:rsidRDefault="00440F53" w:rsidP="00440F53"/>
    <w:tbl>
      <w:tblPr>
        <w:tblW w:w="11232"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616"/>
        <w:gridCol w:w="5616"/>
      </w:tblGrid>
      <w:tr w:rsidR="00686453" w:rsidRPr="00BE74C6" w14:paraId="62B49472" w14:textId="77777777" w:rsidTr="00BE74C6">
        <w:trPr>
          <w:tblHeader/>
          <w:jc w:val="center"/>
        </w:trPr>
        <w:tc>
          <w:tcPr>
            <w:tcW w:w="5616" w:type="dxa"/>
            <w:shd w:val="clear" w:color="auto" w:fill="015A41"/>
            <w:tcMar>
              <w:top w:w="80" w:type="dxa"/>
              <w:left w:w="90" w:type="dxa"/>
              <w:bottom w:w="80" w:type="dxa"/>
              <w:right w:w="90" w:type="dxa"/>
            </w:tcMar>
          </w:tcPr>
          <w:p w14:paraId="364E235E" w14:textId="77777777" w:rsidR="00686453" w:rsidRPr="00BE74C6" w:rsidRDefault="00D95FB4">
            <w:pPr>
              <w:rPr>
                <w:szCs w:val="24"/>
              </w:rPr>
            </w:pPr>
            <w:r w:rsidRPr="00BE74C6">
              <w:rPr>
                <w:b/>
                <w:color w:val="FFFFFF"/>
                <w:szCs w:val="24"/>
              </w:rPr>
              <w:t>Phase</w:t>
            </w:r>
          </w:p>
        </w:tc>
        <w:tc>
          <w:tcPr>
            <w:tcW w:w="5616" w:type="dxa"/>
            <w:shd w:val="clear" w:color="auto" w:fill="015A41"/>
            <w:tcMar>
              <w:top w:w="80" w:type="dxa"/>
              <w:left w:w="90" w:type="dxa"/>
              <w:bottom w:w="80" w:type="dxa"/>
              <w:right w:w="90" w:type="dxa"/>
            </w:tcMar>
          </w:tcPr>
          <w:p w14:paraId="6EAFA0B1" w14:textId="77777777" w:rsidR="00686453" w:rsidRPr="00BE74C6" w:rsidRDefault="00D95FB4">
            <w:pPr>
              <w:rPr>
                <w:szCs w:val="24"/>
              </w:rPr>
            </w:pPr>
            <w:r w:rsidRPr="00BE74C6">
              <w:rPr>
                <w:b/>
                <w:color w:val="FFFFFF"/>
                <w:szCs w:val="24"/>
              </w:rPr>
              <w:t>Facility Approach</w:t>
            </w:r>
          </w:p>
        </w:tc>
      </w:tr>
      <w:tr w:rsidR="00686453" w:rsidRPr="00BE74C6" w14:paraId="6FD19708" w14:textId="77777777" w:rsidTr="00BE74C6">
        <w:trPr>
          <w:cantSplit/>
          <w:jc w:val="center"/>
        </w:trPr>
        <w:tc>
          <w:tcPr>
            <w:tcW w:w="5616" w:type="dxa"/>
            <w:shd w:val="clear" w:color="auto" w:fill="EAF3EF"/>
            <w:tcMar>
              <w:top w:w="80" w:type="dxa"/>
              <w:left w:w="90" w:type="dxa"/>
              <w:bottom w:w="80" w:type="dxa"/>
              <w:right w:w="90" w:type="dxa"/>
            </w:tcMar>
          </w:tcPr>
          <w:p w14:paraId="44AFB3DA" w14:textId="77777777" w:rsidR="00686453" w:rsidRPr="00BE74C6" w:rsidRDefault="00D95FB4">
            <w:pPr>
              <w:rPr>
                <w:szCs w:val="24"/>
              </w:rPr>
            </w:pPr>
            <w:r w:rsidRPr="00BE74C6">
              <w:rPr>
                <w:b/>
                <w:color w:val="015A41"/>
                <w:szCs w:val="24"/>
              </w:rPr>
              <w:t>Mitigation</w:t>
            </w:r>
          </w:p>
        </w:tc>
        <w:tc>
          <w:tcPr>
            <w:tcW w:w="5616" w:type="dxa"/>
            <w:shd w:val="clear" w:color="auto" w:fill="FFFFFF"/>
            <w:tcMar>
              <w:top w:w="80" w:type="dxa"/>
              <w:left w:w="90" w:type="dxa"/>
              <w:bottom w:w="80" w:type="dxa"/>
              <w:right w:w="90" w:type="dxa"/>
            </w:tcMar>
          </w:tcPr>
          <w:p w14:paraId="23939541" w14:textId="77777777" w:rsidR="00686453" w:rsidRPr="00BE74C6" w:rsidRDefault="00D95FB4">
            <w:pPr>
              <w:rPr>
                <w:szCs w:val="24"/>
              </w:rPr>
            </w:pPr>
            <w:r w:rsidRPr="00BE74C6">
              <w:rPr>
                <w:i/>
                <w:color w:val="66706B"/>
                <w:szCs w:val="24"/>
              </w:rPr>
              <w:t>&lt;Risk reduction strategies&gt;</w:t>
            </w:r>
          </w:p>
        </w:tc>
      </w:tr>
      <w:tr w:rsidR="00686453" w:rsidRPr="00BE74C6" w14:paraId="1608BB6F" w14:textId="77777777" w:rsidTr="00BE74C6">
        <w:trPr>
          <w:cantSplit/>
          <w:jc w:val="center"/>
        </w:trPr>
        <w:tc>
          <w:tcPr>
            <w:tcW w:w="5616" w:type="dxa"/>
            <w:shd w:val="clear" w:color="auto" w:fill="F7FAF8"/>
            <w:tcMar>
              <w:top w:w="80" w:type="dxa"/>
              <w:left w:w="90" w:type="dxa"/>
              <w:bottom w:w="80" w:type="dxa"/>
              <w:right w:w="90" w:type="dxa"/>
            </w:tcMar>
          </w:tcPr>
          <w:p w14:paraId="569C057E" w14:textId="77777777" w:rsidR="00686453" w:rsidRPr="00BE74C6" w:rsidRDefault="00D95FB4">
            <w:pPr>
              <w:rPr>
                <w:szCs w:val="24"/>
              </w:rPr>
            </w:pPr>
            <w:r w:rsidRPr="00BE74C6">
              <w:rPr>
                <w:b/>
                <w:color w:val="015A41"/>
                <w:szCs w:val="24"/>
              </w:rPr>
              <w:t>Preparedness</w:t>
            </w:r>
          </w:p>
        </w:tc>
        <w:tc>
          <w:tcPr>
            <w:tcW w:w="5616" w:type="dxa"/>
            <w:shd w:val="clear" w:color="auto" w:fill="FFFFFF"/>
            <w:tcMar>
              <w:top w:w="80" w:type="dxa"/>
              <w:left w:w="90" w:type="dxa"/>
              <w:bottom w:w="80" w:type="dxa"/>
              <w:right w:w="90" w:type="dxa"/>
            </w:tcMar>
          </w:tcPr>
          <w:p w14:paraId="3A8B88B8" w14:textId="77777777" w:rsidR="00686453" w:rsidRPr="00BE74C6" w:rsidRDefault="00D95FB4">
            <w:pPr>
              <w:rPr>
                <w:szCs w:val="24"/>
              </w:rPr>
            </w:pPr>
            <w:r w:rsidRPr="00BE74C6">
              <w:rPr>
                <w:i/>
                <w:color w:val="66706B"/>
                <w:szCs w:val="24"/>
              </w:rPr>
              <w:t>&lt;Plans, agreements, training, exercises, supplies&gt;</w:t>
            </w:r>
          </w:p>
        </w:tc>
      </w:tr>
      <w:tr w:rsidR="00686453" w:rsidRPr="00BE74C6" w14:paraId="534986AF" w14:textId="77777777" w:rsidTr="00BE74C6">
        <w:trPr>
          <w:cantSplit/>
          <w:jc w:val="center"/>
        </w:trPr>
        <w:tc>
          <w:tcPr>
            <w:tcW w:w="5616" w:type="dxa"/>
            <w:shd w:val="clear" w:color="auto" w:fill="EAF3EF"/>
            <w:tcMar>
              <w:top w:w="80" w:type="dxa"/>
              <w:left w:w="90" w:type="dxa"/>
              <w:bottom w:w="80" w:type="dxa"/>
              <w:right w:w="90" w:type="dxa"/>
            </w:tcMar>
          </w:tcPr>
          <w:p w14:paraId="680B5AD4" w14:textId="77777777" w:rsidR="00686453" w:rsidRPr="00BE74C6" w:rsidRDefault="00D95FB4">
            <w:pPr>
              <w:rPr>
                <w:szCs w:val="24"/>
              </w:rPr>
            </w:pPr>
            <w:r w:rsidRPr="00BE74C6">
              <w:rPr>
                <w:b/>
                <w:color w:val="015A41"/>
                <w:szCs w:val="24"/>
              </w:rPr>
              <w:t>Response</w:t>
            </w:r>
          </w:p>
        </w:tc>
        <w:tc>
          <w:tcPr>
            <w:tcW w:w="5616" w:type="dxa"/>
            <w:shd w:val="clear" w:color="auto" w:fill="FFFFFF"/>
            <w:tcMar>
              <w:top w:w="80" w:type="dxa"/>
              <w:left w:w="90" w:type="dxa"/>
              <w:bottom w:w="80" w:type="dxa"/>
              <w:right w:w="90" w:type="dxa"/>
            </w:tcMar>
          </w:tcPr>
          <w:p w14:paraId="16A85820" w14:textId="77777777" w:rsidR="00686453" w:rsidRPr="00BE74C6" w:rsidRDefault="00D95FB4">
            <w:pPr>
              <w:rPr>
                <w:szCs w:val="24"/>
              </w:rPr>
            </w:pPr>
            <w:r w:rsidRPr="00BE74C6">
              <w:rPr>
                <w:i/>
                <w:color w:val="66706B"/>
                <w:szCs w:val="24"/>
              </w:rPr>
              <w:t>&lt;Activation, protective actions, resident care, coordination&gt;</w:t>
            </w:r>
          </w:p>
        </w:tc>
      </w:tr>
      <w:tr w:rsidR="00686453" w:rsidRPr="00BE74C6" w14:paraId="6C180948" w14:textId="77777777" w:rsidTr="00BE74C6">
        <w:trPr>
          <w:cantSplit/>
          <w:jc w:val="center"/>
        </w:trPr>
        <w:tc>
          <w:tcPr>
            <w:tcW w:w="5616" w:type="dxa"/>
            <w:shd w:val="clear" w:color="auto" w:fill="F7FAF8"/>
            <w:tcMar>
              <w:top w:w="80" w:type="dxa"/>
              <w:left w:w="90" w:type="dxa"/>
              <w:bottom w:w="80" w:type="dxa"/>
              <w:right w:w="90" w:type="dxa"/>
            </w:tcMar>
          </w:tcPr>
          <w:p w14:paraId="46C0D738" w14:textId="77777777" w:rsidR="00686453" w:rsidRPr="00BE74C6" w:rsidRDefault="00D95FB4">
            <w:pPr>
              <w:rPr>
                <w:szCs w:val="24"/>
              </w:rPr>
            </w:pPr>
            <w:r w:rsidRPr="00BE74C6">
              <w:rPr>
                <w:b/>
                <w:color w:val="015A41"/>
                <w:szCs w:val="24"/>
              </w:rPr>
              <w:t>Recovery</w:t>
            </w:r>
          </w:p>
        </w:tc>
        <w:tc>
          <w:tcPr>
            <w:tcW w:w="5616" w:type="dxa"/>
            <w:shd w:val="clear" w:color="auto" w:fill="FFFFFF"/>
            <w:tcMar>
              <w:top w:w="80" w:type="dxa"/>
              <w:left w:w="90" w:type="dxa"/>
              <w:bottom w:w="80" w:type="dxa"/>
              <w:right w:w="90" w:type="dxa"/>
            </w:tcMar>
          </w:tcPr>
          <w:p w14:paraId="6F0D4B8B" w14:textId="77777777" w:rsidR="00686453" w:rsidRPr="00BE74C6" w:rsidRDefault="00D95FB4">
            <w:pPr>
              <w:rPr>
                <w:szCs w:val="24"/>
              </w:rPr>
            </w:pPr>
            <w:r w:rsidRPr="00BE74C6">
              <w:rPr>
                <w:i/>
                <w:color w:val="66706B"/>
                <w:szCs w:val="24"/>
              </w:rPr>
              <w:t>&lt;Restoration, re-entry, documentation, AAR/IP&gt;</w:t>
            </w:r>
          </w:p>
        </w:tc>
      </w:tr>
    </w:tbl>
    <w:p w14:paraId="7128FDAC" w14:textId="77777777" w:rsidR="00686453" w:rsidRDefault="00686453">
      <w:pPr>
        <w:spacing w:after="0"/>
      </w:pPr>
    </w:p>
    <w:p w14:paraId="4C98ACB0" w14:textId="77777777" w:rsidR="00686453" w:rsidRDefault="00D95FB4">
      <w:pPr>
        <w:pStyle w:val="Heading2"/>
        <w:spacing w:before="120" w:after="80"/>
      </w:pPr>
      <w:r>
        <w:rPr>
          <w:rFonts w:ascii="Arial" w:eastAsia="Arial" w:hAnsi="Arial"/>
        </w:rPr>
        <w:t>B. Plan Activation</w:t>
      </w:r>
    </w:p>
    <w:tbl>
      <w:tblPr>
        <w:tblW w:w="10972"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3144"/>
        <w:gridCol w:w="2378"/>
        <w:gridCol w:w="2570"/>
        <w:gridCol w:w="2880"/>
      </w:tblGrid>
      <w:tr w:rsidR="00686453" w:rsidRPr="00BE74C6" w14:paraId="38051DED" w14:textId="77777777" w:rsidTr="00440F53">
        <w:trPr>
          <w:tblHeader/>
          <w:jc w:val="center"/>
        </w:trPr>
        <w:tc>
          <w:tcPr>
            <w:tcW w:w="3144" w:type="dxa"/>
            <w:shd w:val="clear" w:color="auto" w:fill="015A41"/>
            <w:tcMar>
              <w:top w:w="70" w:type="dxa"/>
              <w:left w:w="70" w:type="dxa"/>
              <w:bottom w:w="70" w:type="dxa"/>
              <w:right w:w="70" w:type="dxa"/>
            </w:tcMar>
          </w:tcPr>
          <w:p w14:paraId="1825C9DC" w14:textId="77777777" w:rsidR="00686453" w:rsidRPr="00BE74C6" w:rsidRDefault="00D95FB4">
            <w:pPr>
              <w:rPr>
                <w:szCs w:val="24"/>
              </w:rPr>
            </w:pPr>
            <w:r w:rsidRPr="00BE74C6">
              <w:rPr>
                <w:b/>
                <w:color w:val="FFFFFF"/>
                <w:szCs w:val="24"/>
              </w:rPr>
              <w:t>Activation Level</w:t>
            </w:r>
          </w:p>
        </w:tc>
        <w:tc>
          <w:tcPr>
            <w:tcW w:w="2378" w:type="dxa"/>
            <w:shd w:val="clear" w:color="auto" w:fill="015A41"/>
            <w:tcMar>
              <w:top w:w="70" w:type="dxa"/>
              <w:left w:w="70" w:type="dxa"/>
              <w:bottom w:w="70" w:type="dxa"/>
              <w:right w:w="70" w:type="dxa"/>
            </w:tcMar>
          </w:tcPr>
          <w:p w14:paraId="7CBDC24D" w14:textId="77777777" w:rsidR="00686453" w:rsidRPr="00BE74C6" w:rsidRDefault="00D95FB4">
            <w:pPr>
              <w:rPr>
                <w:szCs w:val="24"/>
              </w:rPr>
            </w:pPr>
            <w:r w:rsidRPr="00BE74C6">
              <w:rPr>
                <w:b/>
                <w:color w:val="FFFFFF"/>
                <w:szCs w:val="24"/>
              </w:rPr>
              <w:t>Triggers</w:t>
            </w:r>
          </w:p>
        </w:tc>
        <w:tc>
          <w:tcPr>
            <w:tcW w:w="2570" w:type="dxa"/>
            <w:shd w:val="clear" w:color="auto" w:fill="015A41"/>
            <w:tcMar>
              <w:top w:w="70" w:type="dxa"/>
              <w:left w:w="70" w:type="dxa"/>
              <w:bottom w:w="70" w:type="dxa"/>
              <w:right w:w="70" w:type="dxa"/>
            </w:tcMar>
          </w:tcPr>
          <w:p w14:paraId="16D40BD2" w14:textId="77777777" w:rsidR="00686453" w:rsidRPr="00BE74C6" w:rsidRDefault="00D95FB4">
            <w:pPr>
              <w:rPr>
                <w:szCs w:val="24"/>
              </w:rPr>
            </w:pPr>
            <w:r w:rsidRPr="00BE74C6">
              <w:rPr>
                <w:b/>
                <w:color w:val="FFFFFF"/>
                <w:szCs w:val="24"/>
              </w:rPr>
              <w:t>Authority</w:t>
            </w:r>
          </w:p>
        </w:tc>
        <w:tc>
          <w:tcPr>
            <w:tcW w:w="2880" w:type="dxa"/>
            <w:shd w:val="clear" w:color="auto" w:fill="015A41"/>
            <w:tcMar>
              <w:top w:w="70" w:type="dxa"/>
              <w:left w:w="70" w:type="dxa"/>
              <w:bottom w:w="70" w:type="dxa"/>
              <w:right w:w="70" w:type="dxa"/>
            </w:tcMar>
          </w:tcPr>
          <w:p w14:paraId="5FD636E7" w14:textId="77777777" w:rsidR="00686453" w:rsidRPr="00BE74C6" w:rsidRDefault="00D95FB4">
            <w:pPr>
              <w:rPr>
                <w:szCs w:val="24"/>
              </w:rPr>
            </w:pPr>
            <w:r w:rsidRPr="00BE74C6">
              <w:rPr>
                <w:b/>
                <w:color w:val="FFFFFF"/>
                <w:szCs w:val="24"/>
              </w:rPr>
              <w:t>Initial Actions</w:t>
            </w:r>
          </w:p>
        </w:tc>
      </w:tr>
      <w:tr w:rsidR="00686453" w:rsidRPr="00BE74C6" w14:paraId="55720E68" w14:textId="77777777" w:rsidTr="00440F53">
        <w:trPr>
          <w:cantSplit/>
          <w:jc w:val="center"/>
        </w:trPr>
        <w:tc>
          <w:tcPr>
            <w:tcW w:w="3144" w:type="dxa"/>
            <w:tcMar>
              <w:top w:w="70" w:type="dxa"/>
              <w:left w:w="70" w:type="dxa"/>
              <w:bottom w:w="70" w:type="dxa"/>
              <w:right w:w="70" w:type="dxa"/>
            </w:tcMar>
          </w:tcPr>
          <w:p w14:paraId="3759D70E" w14:textId="77777777" w:rsidR="00686453" w:rsidRPr="00BE74C6" w:rsidRDefault="00D95FB4">
            <w:pPr>
              <w:rPr>
                <w:szCs w:val="24"/>
              </w:rPr>
            </w:pPr>
            <w:r w:rsidRPr="00BE74C6">
              <w:rPr>
                <w:b/>
                <w:color w:val="015A41"/>
                <w:szCs w:val="24"/>
              </w:rPr>
              <w:t>Level 1 - Monitoring</w:t>
            </w:r>
          </w:p>
        </w:tc>
        <w:tc>
          <w:tcPr>
            <w:tcW w:w="2378" w:type="dxa"/>
            <w:tcMar>
              <w:top w:w="70" w:type="dxa"/>
              <w:left w:w="70" w:type="dxa"/>
              <w:bottom w:w="70" w:type="dxa"/>
              <w:right w:w="70" w:type="dxa"/>
            </w:tcMar>
          </w:tcPr>
          <w:p w14:paraId="0C9BF248" w14:textId="77777777" w:rsidR="00686453" w:rsidRPr="00BE74C6" w:rsidRDefault="00D95FB4">
            <w:pPr>
              <w:rPr>
                <w:szCs w:val="24"/>
              </w:rPr>
            </w:pPr>
            <w:r w:rsidRPr="00BE74C6">
              <w:rPr>
                <w:szCs w:val="24"/>
              </w:rPr>
              <w:t>&lt;Triggers&gt;</w:t>
            </w:r>
          </w:p>
        </w:tc>
        <w:tc>
          <w:tcPr>
            <w:tcW w:w="2570" w:type="dxa"/>
            <w:tcMar>
              <w:top w:w="70" w:type="dxa"/>
              <w:left w:w="70" w:type="dxa"/>
              <w:bottom w:w="70" w:type="dxa"/>
              <w:right w:w="70" w:type="dxa"/>
            </w:tcMar>
          </w:tcPr>
          <w:p w14:paraId="55AA5E7D" w14:textId="77777777" w:rsidR="00686453" w:rsidRPr="00BE74C6" w:rsidRDefault="00D95FB4">
            <w:pPr>
              <w:rPr>
                <w:szCs w:val="24"/>
              </w:rPr>
            </w:pPr>
            <w:r w:rsidRPr="00BE74C6">
              <w:rPr>
                <w:szCs w:val="24"/>
              </w:rPr>
              <w:t>&lt;Authority&gt;</w:t>
            </w:r>
          </w:p>
        </w:tc>
        <w:tc>
          <w:tcPr>
            <w:tcW w:w="2880" w:type="dxa"/>
            <w:tcMar>
              <w:top w:w="70" w:type="dxa"/>
              <w:left w:w="70" w:type="dxa"/>
              <w:bottom w:w="70" w:type="dxa"/>
              <w:right w:w="70" w:type="dxa"/>
            </w:tcMar>
          </w:tcPr>
          <w:p w14:paraId="03F7D34E" w14:textId="77777777" w:rsidR="00686453" w:rsidRPr="00BE74C6" w:rsidRDefault="00D95FB4">
            <w:pPr>
              <w:rPr>
                <w:szCs w:val="24"/>
              </w:rPr>
            </w:pPr>
            <w:r w:rsidRPr="00BE74C6">
              <w:rPr>
                <w:szCs w:val="24"/>
              </w:rPr>
              <w:t>&lt;Actions&gt;</w:t>
            </w:r>
          </w:p>
        </w:tc>
      </w:tr>
      <w:tr w:rsidR="00686453" w:rsidRPr="00BE74C6" w14:paraId="746D4313" w14:textId="77777777" w:rsidTr="00440F53">
        <w:trPr>
          <w:cantSplit/>
          <w:jc w:val="center"/>
        </w:trPr>
        <w:tc>
          <w:tcPr>
            <w:tcW w:w="3144" w:type="dxa"/>
            <w:tcMar>
              <w:top w:w="70" w:type="dxa"/>
              <w:left w:w="70" w:type="dxa"/>
              <w:bottom w:w="70" w:type="dxa"/>
              <w:right w:w="70" w:type="dxa"/>
            </w:tcMar>
          </w:tcPr>
          <w:p w14:paraId="139F9908" w14:textId="77777777" w:rsidR="00686453" w:rsidRPr="00BE74C6" w:rsidRDefault="00D95FB4">
            <w:pPr>
              <w:rPr>
                <w:szCs w:val="24"/>
              </w:rPr>
            </w:pPr>
            <w:r w:rsidRPr="00BE74C6">
              <w:rPr>
                <w:b/>
                <w:color w:val="015A41"/>
                <w:szCs w:val="24"/>
              </w:rPr>
              <w:t>Level 2 - Partial Activation</w:t>
            </w:r>
          </w:p>
        </w:tc>
        <w:tc>
          <w:tcPr>
            <w:tcW w:w="2378" w:type="dxa"/>
            <w:tcMar>
              <w:top w:w="70" w:type="dxa"/>
              <w:left w:w="70" w:type="dxa"/>
              <w:bottom w:w="70" w:type="dxa"/>
              <w:right w:w="70" w:type="dxa"/>
            </w:tcMar>
          </w:tcPr>
          <w:p w14:paraId="6CBE74F0" w14:textId="77777777" w:rsidR="00686453" w:rsidRPr="00BE74C6" w:rsidRDefault="00D95FB4">
            <w:pPr>
              <w:rPr>
                <w:szCs w:val="24"/>
              </w:rPr>
            </w:pPr>
            <w:r w:rsidRPr="00BE74C6">
              <w:rPr>
                <w:szCs w:val="24"/>
              </w:rPr>
              <w:t>&lt;Triggers&gt;</w:t>
            </w:r>
          </w:p>
        </w:tc>
        <w:tc>
          <w:tcPr>
            <w:tcW w:w="2570" w:type="dxa"/>
            <w:tcMar>
              <w:top w:w="70" w:type="dxa"/>
              <w:left w:w="70" w:type="dxa"/>
              <w:bottom w:w="70" w:type="dxa"/>
              <w:right w:w="70" w:type="dxa"/>
            </w:tcMar>
          </w:tcPr>
          <w:p w14:paraId="6198FB65" w14:textId="77777777" w:rsidR="00686453" w:rsidRPr="00BE74C6" w:rsidRDefault="00D95FB4">
            <w:pPr>
              <w:rPr>
                <w:szCs w:val="24"/>
              </w:rPr>
            </w:pPr>
            <w:r w:rsidRPr="00BE74C6">
              <w:rPr>
                <w:szCs w:val="24"/>
              </w:rPr>
              <w:t>&lt;Authority&gt;</w:t>
            </w:r>
          </w:p>
        </w:tc>
        <w:tc>
          <w:tcPr>
            <w:tcW w:w="2880" w:type="dxa"/>
            <w:tcMar>
              <w:top w:w="70" w:type="dxa"/>
              <w:left w:w="70" w:type="dxa"/>
              <w:bottom w:w="70" w:type="dxa"/>
              <w:right w:w="70" w:type="dxa"/>
            </w:tcMar>
          </w:tcPr>
          <w:p w14:paraId="44F13439" w14:textId="77777777" w:rsidR="00686453" w:rsidRPr="00BE74C6" w:rsidRDefault="00D95FB4">
            <w:pPr>
              <w:rPr>
                <w:szCs w:val="24"/>
              </w:rPr>
            </w:pPr>
            <w:r w:rsidRPr="00BE74C6">
              <w:rPr>
                <w:szCs w:val="24"/>
              </w:rPr>
              <w:t>&lt;Actions&gt;</w:t>
            </w:r>
          </w:p>
        </w:tc>
      </w:tr>
      <w:tr w:rsidR="00686453" w:rsidRPr="00BE74C6" w14:paraId="211A2AA6" w14:textId="77777777" w:rsidTr="00440F53">
        <w:trPr>
          <w:cantSplit/>
          <w:jc w:val="center"/>
        </w:trPr>
        <w:tc>
          <w:tcPr>
            <w:tcW w:w="3144" w:type="dxa"/>
            <w:tcMar>
              <w:top w:w="70" w:type="dxa"/>
              <w:left w:w="70" w:type="dxa"/>
              <w:bottom w:w="70" w:type="dxa"/>
              <w:right w:w="70" w:type="dxa"/>
            </w:tcMar>
          </w:tcPr>
          <w:p w14:paraId="1EB31DF9" w14:textId="77777777" w:rsidR="00686453" w:rsidRPr="00BE74C6" w:rsidRDefault="00D95FB4">
            <w:pPr>
              <w:rPr>
                <w:szCs w:val="24"/>
              </w:rPr>
            </w:pPr>
            <w:r w:rsidRPr="00BE74C6">
              <w:rPr>
                <w:b/>
                <w:color w:val="015A41"/>
                <w:szCs w:val="24"/>
              </w:rPr>
              <w:t>Level 3 - Full Activation</w:t>
            </w:r>
          </w:p>
        </w:tc>
        <w:tc>
          <w:tcPr>
            <w:tcW w:w="2378" w:type="dxa"/>
            <w:tcMar>
              <w:top w:w="70" w:type="dxa"/>
              <w:left w:w="70" w:type="dxa"/>
              <w:bottom w:w="70" w:type="dxa"/>
              <w:right w:w="70" w:type="dxa"/>
            </w:tcMar>
          </w:tcPr>
          <w:p w14:paraId="5891ACDA" w14:textId="77777777" w:rsidR="00686453" w:rsidRPr="00BE74C6" w:rsidRDefault="00D95FB4">
            <w:pPr>
              <w:rPr>
                <w:szCs w:val="24"/>
              </w:rPr>
            </w:pPr>
            <w:r w:rsidRPr="00BE74C6">
              <w:rPr>
                <w:szCs w:val="24"/>
              </w:rPr>
              <w:t>&lt;Triggers&gt;</w:t>
            </w:r>
          </w:p>
        </w:tc>
        <w:tc>
          <w:tcPr>
            <w:tcW w:w="2570" w:type="dxa"/>
            <w:tcMar>
              <w:top w:w="70" w:type="dxa"/>
              <w:left w:w="70" w:type="dxa"/>
              <w:bottom w:w="70" w:type="dxa"/>
              <w:right w:w="70" w:type="dxa"/>
            </w:tcMar>
          </w:tcPr>
          <w:p w14:paraId="67A10767" w14:textId="77777777" w:rsidR="00686453" w:rsidRPr="00BE74C6" w:rsidRDefault="00D95FB4">
            <w:pPr>
              <w:rPr>
                <w:szCs w:val="24"/>
              </w:rPr>
            </w:pPr>
            <w:r w:rsidRPr="00BE74C6">
              <w:rPr>
                <w:szCs w:val="24"/>
              </w:rPr>
              <w:t>&lt;Authority&gt;</w:t>
            </w:r>
          </w:p>
        </w:tc>
        <w:tc>
          <w:tcPr>
            <w:tcW w:w="2880" w:type="dxa"/>
            <w:tcMar>
              <w:top w:w="70" w:type="dxa"/>
              <w:left w:w="70" w:type="dxa"/>
              <w:bottom w:w="70" w:type="dxa"/>
              <w:right w:w="70" w:type="dxa"/>
            </w:tcMar>
          </w:tcPr>
          <w:p w14:paraId="27A5DCF3" w14:textId="77777777" w:rsidR="00686453" w:rsidRPr="00BE74C6" w:rsidRDefault="00D95FB4">
            <w:pPr>
              <w:rPr>
                <w:szCs w:val="24"/>
              </w:rPr>
            </w:pPr>
            <w:r w:rsidRPr="00BE74C6">
              <w:rPr>
                <w:szCs w:val="24"/>
              </w:rPr>
              <w:t>&lt;Actions&gt;</w:t>
            </w:r>
          </w:p>
        </w:tc>
      </w:tr>
    </w:tbl>
    <w:p w14:paraId="03E2EA04" w14:textId="77777777" w:rsidR="00686453" w:rsidRDefault="00686453">
      <w:pPr>
        <w:spacing w:after="0"/>
      </w:pPr>
    </w:p>
    <w:p w14:paraId="33384869" w14:textId="77777777" w:rsidR="00686453" w:rsidRDefault="00D95FB4">
      <w:pPr>
        <w:pStyle w:val="Heading2"/>
        <w:spacing w:before="120" w:after="80"/>
      </w:pPr>
      <w:r>
        <w:rPr>
          <w:rFonts w:ascii="Arial" w:eastAsia="Arial" w:hAnsi="Arial"/>
        </w:rPr>
        <w:t>C. Protective Action Decisions</w:t>
      </w:r>
    </w:p>
    <w:p w14:paraId="113EBD63" w14:textId="77777777" w:rsidR="00686453" w:rsidRDefault="00D95FB4">
      <w:pPr>
        <w:spacing w:after="80" w:line="250" w:lineRule="auto"/>
        <w:rPr>
          <w:szCs w:val="24"/>
        </w:rPr>
      </w:pPr>
      <w:r w:rsidRPr="00BE74C6">
        <w:rPr>
          <w:szCs w:val="24"/>
        </w:rPr>
        <w:t>The Incident Commander/Administrator or designated successor will determine whether to shelter in place, relocate internally, partially evacuate, fully evacuate, reduce/close services, or take other protective actions based on resident acuity, infrastructure, utilities, staffing, transportation, weather, emergency official guidance, and facility conditions.</w:t>
      </w:r>
    </w:p>
    <w:p w14:paraId="2C0A78AC" w14:textId="77777777" w:rsidR="00440F53" w:rsidRPr="00BE74C6" w:rsidRDefault="00440F53">
      <w:pPr>
        <w:spacing w:after="80" w:line="250" w:lineRule="auto"/>
        <w:rPr>
          <w:szCs w:val="24"/>
        </w:rPr>
      </w:pPr>
    </w:p>
    <w:p w14:paraId="2EF43F41" w14:textId="77777777" w:rsidR="00686453" w:rsidRDefault="00D95FB4">
      <w:pPr>
        <w:pStyle w:val="Heading2"/>
        <w:spacing w:before="120" w:after="80"/>
      </w:pPr>
      <w:r>
        <w:rPr>
          <w:rFonts w:ascii="Arial" w:eastAsia="Arial" w:hAnsi="Arial"/>
        </w:rPr>
        <w:lastRenderedPageBreak/>
        <w:t>D. Demobilization / Return to Normal</w:t>
      </w:r>
    </w:p>
    <w:p w14:paraId="6B2B749B" w14:textId="25267726" w:rsidR="00686453" w:rsidRDefault="00D95FB4">
      <w:pPr>
        <w:spacing w:after="120"/>
      </w:pPr>
      <w:r>
        <w:rPr>
          <w:color w:val="C8CECB"/>
          <w:sz w:val="16"/>
        </w:rPr>
        <w:t>________________________________________________________________________________</w:t>
      </w:r>
    </w:p>
    <w:p w14:paraId="7D254FE5" w14:textId="77777777" w:rsidR="00686453" w:rsidRDefault="00D95FB4">
      <w:pPr>
        <w:spacing w:after="120"/>
      </w:pPr>
      <w:r>
        <w:rPr>
          <w:color w:val="C8CECB"/>
          <w:sz w:val="16"/>
        </w:rPr>
        <w:t>________________________________________________________________________________</w:t>
      </w:r>
    </w:p>
    <w:p w14:paraId="1B77127C" w14:textId="77777777" w:rsidR="00686453" w:rsidRDefault="00D95FB4">
      <w:pPr>
        <w:spacing w:after="120"/>
      </w:pPr>
      <w:r>
        <w:rPr>
          <w:color w:val="C8CECB"/>
          <w:sz w:val="16"/>
        </w:rPr>
        <w:t>________________________________________________________________________________</w:t>
      </w:r>
    </w:p>
    <w:p w14:paraId="420CD020" w14:textId="77777777" w:rsidR="00686453" w:rsidRDefault="00D95FB4">
      <w:pPr>
        <w:spacing w:after="120"/>
      </w:pPr>
      <w:r>
        <w:rPr>
          <w:color w:val="C8CECB"/>
          <w:sz w:val="16"/>
        </w:rPr>
        <w:t>________________________________________________________________________________</w:t>
      </w:r>
    </w:p>
    <w:p w14:paraId="0099347F" w14:textId="77777777" w:rsidR="00686453" w:rsidRDefault="00D95FB4">
      <w:r>
        <w:br w:type="page"/>
      </w:r>
    </w:p>
    <w:p w14:paraId="107F8996" w14:textId="77777777" w:rsidR="00686453" w:rsidRDefault="00D95FB4">
      <w:pPr>
        <w:pStyle w:val="Heading1"/>
        <w:pBdr>
          <w:bottom w:val="single" w:sz="14" w:space="5" w:color="E63B07"/>
        </w:pBdr>
        <w:spacing w:before="140" w:after="140"/>
      </w:pPr>
      <w:r>
        <w:rPr>
          <w:rFonts w:ascii="Arial" w:eastAsia="Arial" w:hAnsi="Arial"/>
        </w:rPr>
        <w:lastRenderedPageBreak/>
        <w:t>5. ROLES AND RESPONSIBILITIES</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052537CB" w14:textId="77777777">
        <w:trPr>
          <w:jc w:val="center"/>
        </w:trPr>
        <w:tc>
          <w:tcPr>
            <w:tcW w:w="10282" w:type="dxa"/>
            <w:shd w:val="clear" w:color="auto" w:fill="EAF3EF"/>
            <w:tcMar>
              <w:top w:w="100" w:type="dxa"/>
              <w:left w:w="130" w:type="dxa"/>
              <w:bottom w:w="100" w:type="dxa"/>
              <w:right w:w="130" w:type="dxa"/>
            </w:tcMar>
          </w:tcPr>
          <w:p w14:paraId="07CE01BC" w14:textId="77777777" w:rsidR="00686453" w:rsidRPr="00440F53" w:rsidRDefault="00D95FB4">
            <w:pPr>
              <w:spacing w:after="0"/>
              <w:rPr>
                <w:sz w:val="20"/>
                <w:szCs w:val="20"/>
              </w:rPr>
            </w:pPr>
            <w:r w:rsidRPr="00440F53">
              <w:rPr>
                <w:b/>
                <w:color w:val="015A41"/>
                <w:sz w:val="20"/>
                <w:szCs w:val="20"/>
              </w:rPr>
              <w:t xml:space="preserve">REGULATORY BASIS  </w:t>
            </w:r>
            <w:r w:rsidRPr="00440F53">
              <w:rPr>
                <w:sz w:val="20"/>
                <w:szCs w:val="20"/>
              </w:rPr>
              <w:t>42 CFR §483.73(a)(3); E-0007; E-0037</w:t>
            </w:r>
          </w:p>
        </w:tc>
      </w:tr>
    </w:tbl>
    <w:p w14:paraId="7FDA2233" w14:textId="77777777" w:rsidR="00686453" w:rsidRDefault="00686453">
      <w:pPr>
        <w:spacing w:after="0"/>
      </w:pPr>
    </w:p>
    <w:p w14:paraId="6E5EF09A" w14:textId="77777777" w:rsidR="00686453" w:rsidRPr="00BE74C6" w:rsidRDefault="00D95FB4">
      <w:pPr>
        <w:spacing w:after="120" w:line="250" w:lineRule="auto"/>
        <w:rPr>
          <w:sz w:val="20"/>
          <w:szCs w:val="20"/>
        </w:rPr>
      </w:pPr>
      <w:r w:rsidRPr="00BE74C6">
        <w:rPr>
          <w:sz w:val="20"/>
          <w:szCs w:val="20"/>
        </w:rPr>
        <w:t>Identify essential functions, responsible positions, backups, and emergency duties.</w:t>
      </w:r>
    </w:p>
    <w:tbl>
      <w:tblPr>
        <w:tblW w:w="1149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592"/>
        <w:gridCol w:w="4464"/>
        <w:gridCol w:w="2570"/>
        <w:gridCol w:w="1872"/>
      </w:tblGrid>
      <w:tr w:rsidR="00686453" w:rsidRPr="00BE74C6" w14:paraId="2A6A6B85" w14:textId="77777777" w:rsidTr="004F16A7">
        <w:trPr>
          <w:tblHeader/>
          <w:jc w:val="center"/>
        </w:trPr>
        <w:tc>
          <w:tcPr>
            <w:tcW w:w="2592" w:type="dxa"/>
            <w:shd w:val="clear" w:color="auto" w:fill="015A41"/>
            <w:tcMar>
              <w:top w:w="70" w:type="dxa"/>
              <w:left w:w="70" w:type="dxa"/>
              <w:bottom w:w="70" w:type="dxa"/>
              <w:right w:w="70" w:type="dxa"/>
            </w:tcMar>
          </w:tcPr>
          <w:p w14:paraId="4B414618" w14:textId="77777777" w:rsidR="00686453" w:rsidRPr="00BE74C6" w:rsidRDefault="00D95FB4">
            <w:pPr>
              <w:rPr>
                <w:szCs w:val="24"/>
              </w:rPr>
            </w:pPr>
            <w:r w:rsidRPr="00BE74C6">
              <w:rPr>
                <w:b/>
                <w:color w:val="FFFFFF"/>
                <w:szCs w:val="24"/>
              </w:rPr>
              <w:t>Position / Function</w:t>
            </w:r>
          </w:p>
        </w:tc>
        <w:tc>
          <w:tcPr>
            <w:tcW w:w="4464" w:type="dxa"/>
            <w:shd w:val="clear" w:color="auto" w:fill="015A41"/>
            <w:tcMar>
              <w:top w:w="70" w:type="dxa"/>
              <w:left w:w="70" w:type="dxa"/>
              <w:bottom w:w="70" w:type="dxa"/>
              <w:right w:w="70" w:type="dxa"/>
            </w:tcMar>
          </w:tcPr>
          <w:p w14:paraId="222AF431" w14:textId="77777777" w:rsidR="00686453" w:rsidRPr="00BE74C6" w:rsidRDefault="00D95FB4">
            <w:pPr>
              <w:rPr>
                <w:szCs w:val="24"/>
              </w:rPr>
            </w:pPr>
            <w:r w:rsidRPr="00BE74C6">
              <w:rPr>
                <w:b/>
                <w:color w:val="FFFFFF"/>
                <w:szCs w:val="24"/>
              </w:rPr>
              <w:t>Emergency Responsibilities</w:t>
            </w:r>
          </w:p>
        </w:tc>
        <w:tc>
          <w:tcPr>
            <w:tcW w:w="2570" w:type="dxa"/>
            <w:shd w:val="clear" w:color="auto" w:fill="015A41"/>
            <w:tcMar>
              <w:top w:w="70" w:type="dxa"/>
              <w:left w:w="70" w:type="dxa"/>
              <w:bottom w:w="70" w:type="dxa"/>
              <w:right w:w="70" w:type="dxa"/>
            </w:tcMar>
          </w:tcPr>
          <w:p w14:paraId="64E6BDBC" w14:textId="77777777" w:rsidR="00686453" w:rsidRPr="00BE74C6" w:rsidRDefault="00D95FB4">
            <w:pPr>
              <w:rPr>
                <w:szCs w:val="24"/>
              </w:rPr>
            </w:pPr>
            <w:r w:rsidRPr="00BE74C6">
              <w:rPr>
                <w:b/>
                <w:color w:val="FFFFFF"/>
                <w:szCs w:val="24"/>
              </w:rPr>
              <w:t>Backup</w:t>
            </w:r>
          </w:p>
        </w:tc>
        <w:tc>
          <w:tcPr>
            <w:tcW w:w="1872" w:type="dxa"/>
            <w:shd w:val="clear" w:color="auto" w:fill="015A41"/>
            <w:tcMar>
              <w:top w:w="70" w:type="dxa"/>
              <w:left w:w="70" w:type="dxa"/>
              <w:bottom w:w="70" w:type="dxa"/>
              <w:right w:w="70" w:type="dxa"/>
            </w:tcMar>
          </w:tcPr>
          <w:p w14:paraId="0309CF82" w14:textId="77777777" w:rsidR="00686453" w:rsidRPr="00BE74C6" w:rsidRDefault="00D95FB4">
            <w:pPr>
              <w:rPr>
                <w:szCs w:val="24"/>
              </w:rPr>
            </w:pPr>
            <w:r w:rsidRPr="00BE74C6">
              <w:rPr>
                <w:b/>
                <w:color w:val="FFFFFF"/>
                <w:szCs w:val="24"/>
              </w:rPr>
              <w:t>Contact</w:t>
            </w:r>
          </w:p>
        </w:tc>
      </w:tr>
      <w:tr w:rsidR="00686453" w:rsidRPr="00BE74C6" w14:paraId="5EC903B6" w14:textId="77777777" w:rsidTr="004F16A7">
        <w:trPr>
          <w:cantSplit/>
          <w:jc w:val="center"/>
        </w:trPr>
        <w:tc>
          <w:tcPr>
            <w:tcW w:w="2592" w:type="dxa"/>
            <w:tcMar>
              <w:top w:w="70" w:type="dxa"/>
              <w:left w:w="70" w:type="dxa"/>
              <w:bottom w:w="70" w:type="dxa"/>
              <w:right w:w="70" w:type="dxa"/>
            </w:tcMar>
          </w:tcPr>
          <w:p w14:paraId="4FAB971F" w14:textId="77777777" w:rsidR="00686453" w:rsidRPr="00BE74C6" w:rsidRDefault="00D95FB4">
            <w:pPr>
              <w:rPr>
                <w:szCs w:val="24"/>
              </w:rPr>
            </w:pPr>
            <w:r w:rsidRPr="00BE74C6">
              <w:rPr>
                <w:b/>
                <w:color w:val="015A41"/>
                <w:szCs w:val="24"/>
              </w:rPr>
              <w:t>Administrator / Incident Commander</w:t>
            </w:r>
          </w:p>
        </w:tc>
        <w:tc>
          <w:tcPr>
            <w:tcW w:w="4464" w:type="dxa"/>
            <w:tcMar>
              <w:top w:w="70" w:type="dxa"/>
              <w:left w:w="70" w:type="dxa"/>
              <w:bottom w:w="70" w:type="dxa"/>
              <w:right w:w="70" w:type="dxa"/>
            </w:tcMar>
          </w:tcPr>
          <w:p w14:paraId="04D16DE3" w14:textId="77777777" w:rsidR="00686453" w:rsidRPr="00BE74C6" w:rsidRDefault="00D95FB4">
            <w:pPr>
              <w:rPr>
                <w:szCs w:val="24"/>
              </w:rPr>
            </w:pPr>
            <w:r w:rsidRPr="00BE74C6">
              <w:rPr>
                <w:szCs w:val="24"/>
              </w:rPr>
              <w:t>&lt;Primary responsibilities&gt;</w:t>
            </w:r>
          </w:p>
        </w:tc>
        <w:tc>
          <w:tcPr>
            <w:tcW w:w="2570" w:type="dxa"/>
            <w:tcMar>
              <w:top w:w="70" w:type="dxa"/>
              <w:left w:w="70" w:type="dxa"/>
              <w:bottom w:w="70" w:type="dxa"/>
              <w:right w:w="70" w:type="dxa"/>
            </w:tcMar>
          </w:tcPr>
          <w:p w14:paraId="717146F9" w14:textId="77777777" w:rsidR="00686453" w:rsidRPr="00BE74C6" w:rsidRDefault="00D95FB4">
            <w:pPr>
              <w:rPr>
                <w:szCs w:val="24"/>
              </w:rPr>
            </w:pPr>
            <w:r w:rsidRPr="00BE74C6">
              <w:rPr>
                <w:szCs w:val="24"/>
              </w:rPr>
              <w:t>&lt;Backup&gt;</w:t>
            </w:r>
          </w:p>
        </w:tc>
        <w:tc>
          <w:tcPr>
            <w:tcW w:w="1872" w:type="dxa"/>
            <w:tcMar>
              <w:top w:w="70" w:type="dxa"/>
              <w:left w:w="70" w:type="dxa"/>
              <w:bottom w:w="70" w:type="dxa"/>
              <w:right w:w="70" w:type="dxa"/>
            </w:tcMar>
          </w:tcPr>
          <w:p w14:paraId="21BCB06D" w14:textId="77777777" w:rsidR="00686453" w:rsidRPr="00BE74C6" w:rsidRDefault="00D95FB4">
            <w:pPr>
              <w:rPr>
                <w:szCs w:val="24"/>
              </w:rPr>
            </w:pPr>
            <w:r w:rsidRPr="00BE74C6">
              <w:rPr>
                <w:szCs w:val="24"/>
              </w:rPr>
              <w:t>&lt;24/7 contact&gt;</w:t>
            </w:r>
          </w:p>
        </w:tc>
      </w:tr>
      <w:tr w:rsidR="00686453" w:rsidRPr="00BE74C6" w14:paraId="7AF7A7C5" w14:textId="77777777" w:rsidTr="004F16A7">
        <w:trPr>
          <w:cantSplit/>
          <w:jc w:val="center"/>
        </w:trPr>
        <w:tc>
          <w:tcPr>
            <w:tcW w:w="2592" w:type="dxa"/>
            <w:tcMar>
              <w:top w:w="70" w:type="dxa"/>
              <w:left w:w="70" w:type="dxa"/>
              <w:bottom w:w="70" w:type="dxa"/>
              <w:right w:w="70" w:type="dxa"/>
            </w:tcMar>
          </w:tcPr>
          <w:p w14:paraId="60A04D35" w14:textId="77777777" w:rsidR="00686453" w:rsidRPr="00BE74C6" w:rsidRDefault="00D95FB4">
            <w:pPr>
              <w:rPr>
                <w:szCs w:val="24"/>
              </w:rPr>
            </w:pPr>
            <w:r w:rsidRPr="00BE74C6">
              <w:rPr>
                <w:b/>
                <w:color w:val="015A41"/>
                <w:szCs w:val="24"/>
              </w:rPr>
              <w:t>Director of Nursing / Clinical</w:t>
            </w:r>
          </w:p>
        </w:tc>
        <w:tc>
          <w:tcPr>
            <w:tcW w:w="4464" w:type="dxa"/>
            <w:tcMar>
              <w:top w:w="70" w:type="dxa"/>
              <w:left w:w="70" w:type="dxa"/>
              <w:bottom w:w="70" w:type="dxa"/>
              <w:right w:w="70" w:type="dxa"/>
            </w:tcMar>
          </w:tcPr>
          <w:p w14:paraId="00BEE045" w14:textId="77777777" w:rsidR="00686453" w:rsidRPr="00BE74C6" w:rsidRDefault="00D95FB4">
            <w:pPr>
              <w:rPr>
                <w:szCs w:val="24"/>
              </w:rPr>
            </w:pPr>
            <w:r w:rsidRPr="00BE74C6">
              <w:rPr>
                <w:szCs w:val="24"/>
              </w:rPr>
              <w:t>&lt;Responsibilities&gt;</w:t>
            </w:r>
          </w:p>
        </w:tc>
        <w:tc>
          <w:tcPr>
            <w:tcW w:w="2570" w:type="dxa"/>
            <w:tcMar>
              <w:top w:w="70" w:type="dxa"/>
              <w:left w:w="70" w:type="dxa"/>
              <w:bottom w:w="70" w:type="dxa"/>
              <w:right w:w="70" w:type="dxa"/>
            </w:tcMar>
          </w:tcPr>
          <w:p w14:paraId="35AE6DC4" w14:textId="77777777" w:rsidR="00686453" w:rsidRPr="00BE74C6" w:rsidRDefault="00D95FB4">
            <w:pPr>
              <w:rPr>
                <w:szCs w:val="24"/>
              </w:rPr>
            </w:pPr>
            <w:r w:rsidRPr="00BE74C6">
              <w:rPr>
                <w:szCs w:val="24"/>
              </w:rPr>
              <w:t>&lt;Backup&gt;</w:t>
            </w:r>
          </w:p>
        </w:tc>
        <w:tc>
          <w:tcPr>
            <w:tcW w:w="1872" w:type="dxa"/>
            <w:tcMar>
              <w:top w:w="70" w:type="dxa"/>
              <w:left w:w="70" w:type="dxa"/>
              <w:bottom w:w="70" w:type="dxa"/>
              <w:right w:w="70" w:type="dxa"/>
            </w:tcMar>
          </w:tcPr>
          <w:p w14:paraId="7FB5C29B" w14:textId="77777777" w:rsidR="00686453" w:rsidRPr="00BE74C6" w:rsidRDefault="00D95FB4">
            <w:pPr>
              <w:rPr>
                <w:szCs w:val="24"/>
              </w:rPr>
            </w:pPr>
            <w:r w:rsidRPr="00BE74C6">
              <w:rPr>
                <w:szCs w:val="24"/>
              </w:rPr>
              <w:t>&lt;Contact&gt;</w:t>
            </w:r>
          </w:p>
        </w:tc>
      </w:tr>
      <w:tr w:rsidR="00686453" w:rsidRPr="00BE74C6" w14:paraId="074CFFD6" w14:textId="77777777" w:rsidTr="004F16A7">
        <w:trPr>
          <w:cantSplit/>
          <w:jc w:val="center"/>
        </w:trPr>
        <w:tc>
          <w:tcPr>
            <w:tcW w:w="2592" w:type="dxa"/>
            <w:tcMar>
              <w:top w:w="70" w:type="dxa"/>
              <w:left w:w="70" w:type="dxa"/>
              <w:bottom w:w="70" w:type="dxa"/>
              <w:right w:w="70" w:type="dxa"/>
            </w:tcMar>
          </w:tcPr>
          <w:p w14:paraId="09EC2D53" w14:textId="77777777" w:rsidR="00686453" w:rsidRPr="00BE74C6" w:rsidRDefault="00D95FB4">
            <w:pPr>
              <w:rPr>
                <w:szCs w:val="24"/>
              </w:rPr>
            </w:pPr>
            <w:r w:rsidRPr="00BE74C6">
              <w:rPr>
                <w:b/>
                <w:color w:val="015A41"/>
                <w:szCs w:val="24"/>
              </w:rPr>
              <w:t>Facilities / Safety</w:t>
            </w:r>
          </w:p>
        </w:tc>
        <w:tc>
          <w:tcPr>
            <w:tcW w:w="4464" w:type="dxa"/>
            <w:tcMar>
              <w:top w:w="70" w:type="dxa"/>
              <w:left w:w="70" w:type="dxa"/>
              <w:bottom w:w="70" w:type="dxa"/>
              <w:right w:w="70" w:type="dxa"/>
            </w:tcMar>
          </w:tcPr>
          <w:p w14:paraId="44938D43" w14:textId="77777777" w:rsidR="00686453" w:rsidRPr="00BE74C6" w:rsidRDefault="00D95FB4">
            <w:pPr>
              <w:rPr>
                <w:szCs w:val="24"/>
              </w:rPr>
            </w:pPr>
            <w:r w:rsidRPr="00BE74C6">
              <w:rPr>
                <w:szCs w:val="24"/>
              </w:rPr>
              <w:t>&lt;Responsibilities&gt;</w:t>
            </w:r>
          </w:p>
        </w:tc>
        <w:tc>
          <w:tcPr>
            <w:tcW w:w="2570" w:type="dxa"/>
            <w:tcMar>
              <w:top w:w="70" w:type="dxa"/>
              <w:left w:w="70" w:type="dxa"/>
              <w:bottom w:w="70" w:type="dxa"/>
              <w:right w:w="70" w:type="dxa"/>
            </w:tcMar>
          </w:tcPr>
          <w:p w14:paraId="6B9F2173" w14:textId="77777777" w:rsidR="00686453" w:rsidRPr="00BE74C6" w:rsidRDefault="00D95FB4">
            <w:pPr>
              <w:rPr>
                <w:szCs w:val="24"/>
              </w:rPr>
            </w:pPr>
            <w:r w:rsidRPr="00BE74C6">
              <w:rPr>
                <w:szCs w:val="24"/>
              </w:rPr>
              <w:t>&lt;Backup&gt;</w:t>
            </w:r>
          </w:p>
        </w:tc>
        <w:tc>
          <w:tcPr>
            <w:tcW w:w="1872" w:type="dxa"/>
            <w:tcMar>
              <w:top w:w="70" w:type="dxa"/>
              <w:left w:w="70" w:type="dxa"/>
              <w:bottom w:w="70" w:type="dxa"/>
              <w:right w:w="70" w:type="dxa"/>
            </w:tcMar>
          </w:tcPr>
          <w:p w14:paraId="52D31803" w14:textId="77777777" w:rsidR="00686453" w:rsidRPr="00BE74C6" w:rsidRDefault="00D95FB4">
            <w:pPr>
              <w:rPr>
                <w:szCs w:val="24"/>
              </w:rPr>
            </w:pPr>
            <w:r w:rsidRPr="00BE74C6">
              <w:rPr>
                <w:szCs w:val="24"/>
              </w:rPr>
              <w:t>&lt;Contact&gt;</w:t>
            </w:r>
          </w:p>
        </w:tc>
      </w:tr>
      <w:tr w:rsidR="00686453" w:rsidRPr="00BE74C6" w14:paraId="3BE287C7" w14:textId="77777777" w:rsidTr="004F16A7">
        <w:trPr>
          <w:cantSplit/>
          <w:jc w:val="center"/>
        </w:trPr>
        <w:tc>
          <w:tcPr>
            <w:tcW w:w="2592" w:type="dxa"/>
            <w:tcMar>
              <w:top w:w="70" w:type="dxa"/>
              <w:left w:w="70" w:type="dxa"/>
              <w:bottom w:w="70" w:type="dxa"/>
              <w:right w:w="70" w:type="dxa"/>
            </w:tcMar>
          </w:tcPr>
          <w:p w14:paraId="2FFF78EE" w14:textId="77777777" w:rsidR="00686453" w:rsidRPr="00BE74C6" w:rsidRDefault="00D95FB4">
            <w:pPr>
              <w:rPr>
                <w:szCs w:val="24"/>
              </w:rPr>
            </w:pPr>
            <w:r w:rsidRPr="00BE74C6">
              <w:rPr>
                <w:b/>
                <w:color w:val="015A41"/>
                <w:szCs w:val="24"/>
              </w:rPr>
              <w:t>Infection Prevention</w:t>
            </w:r>
          </w:p>
        </w:tc>
        <w:tc>
          <w:tcPr>
            <w:tcW w:w="4464" w:type="dxa"/>
            <w:tcMar>
              <w:top w:w="70" w:type="dxa"/>
              <w:left w:w="70" w:type="dxa"/>
              <w:bottom w:w="70" w:type="dxa"/>
              <w:right w:w="70" w:type="dxa"/>
            </w:tcMar>
          </w:tcPr>
          <w:p w14:paraId="76CF012C" w14:textId="77777777" w:rsidR="00686453" w:rsidRPr="00BE74C6" w:rsidRDefault="00D95FB4">
            <w:pPr>
              <w:rPr>
                <w:szCs w:val="24"/>
              </w:rPr>
            </w:pPr>
            <w:r w:rsidRPr="00BE74C6">
              <w:rPr>
                <w:szCs w:val="24"/>
              </w:rPr>
              <w:t>&lt;Responsibilities&gt;</w:t>
            </w:r>
          </w:p>
        </w:tc>
        <w:tc>
          <w:tcPr>
            <w:tcW w:w="2570" w:type="dxa"/>
            <w:tcMar>
              <w:top w:w="70" w:type="dxa"/>
              <w:left w:w="70" w:type="dxa"/>
              <w:bottom w:w="70" w:type="dxa"/>
              <w:right w:w="70" w:type="dxa"/>
            </w:tcMar>
          </w:tcPr>
          <w:p w14:paraId="7E6CF675" w14:textId="77777777" w:rsidR="00686453" w:rsidRPr="00BE74C6" w:rsidRDefault="00D95FB4">
            <w:pPr>
              <w:rPr>
                <w:szCs w:val="24"/>
              </w:rPr>
            </w:pPr>
            <w:r w:rsidRPr="00BE74C6">
              <w:rPr>
                <w:szCs w:val="24"/>
              </w:rPr>
              <w:t>&lt;Backup&gt;</w:t>
            </w:r>
          </w:p>
        </w:tc>
        <w:tc>
          <w:tcPr>
            <w:tcW w:w="1872" w:type="dxa"/>
            <w:tcMar>
              <w:top w:w="70" w:type="dxa"/>
              <w:left w:w="70" w:type="dxa"/>
              <w:bottom w:w="70" w:type="dxa"/>
              <w:right w:w="70" w:type="dxa"/>
            </w:tcMar>
          </w:tcPr>
          <w:p w14:paraId="3537E1E9" w14:textId="77777777" w:rsidR="00686453" w:rsidRPr="00BE74C6" w:rsidRDefault="00D95FB4">
            <w:pPr>
              <w:rPr>
                <w:szCs w:val="24"/>
              </w:rPr>
            </w:pPr>
            <w:r w:rsidRPr="00BE74C6">
              <w:rPr>
                <w:szCs w:val="24"/>
              </w:rPr>
              <w:t>&lt;Contact&gt;</w:t>
            </w:r>
          </w:p>
        </w:tc>
      </w:tr>
      <w:tr w:rsidR="00686453" w:rsidRPr="00BE74C6" w14:paraId="534142D5" w14:textId="77777777" w:rsidTr="004F16A7">
        <w:trPr>
          <w:cantSplit/>
          <w:jc w:val="center"/>
        </w:trPr>
        <w:tc>
          <w:tcPr>
            <w:tcW w:w="2592" w:type="dxa"/>
            <w:tcMar>
              <w:top w:w="70" w:type="dxa"/>
              <w:left w:w="70" w:type="dxa"/>
              <w:bottom w:w="70" w:type="dxa"/>
              <w:right w:w="70" w:type="dxa"/>
            </w:tcMar>
          </w:tcPr>
          <w:p w14:paraId="7C7FB8DA" w14:textId="77777777" w:rsidR="00686453" w:rsidRPr="00BE74C6" w:rsidRDefault="00D95FB4">
            <w:pPr>
              <w:rPr>
                <w:szCs w:val="24"/>
              </w:rPr>
            </w:pPr>
            <w:r w:rsidRPr="00BE74C6">
              <w:rPr>
                <w:b/>
                <w:color w:val="015A41"/>
                <w:szCs w:val="24"/>
              </w:rPr>
              <w:t>Dietary / Nutrition</w:t>
            </w:r>
          </w:p>
        </w:tc>
        <w:tc>
          <w:tcPr>
            <w:tcW w:w="4464" w:type="dxa"/>
            <w:tcMar>
              <w:top w:w="70" w:type="dxa"/>
              <w:left w:w="70" w:type="dxa"/>
              <w:bottom w:w="70" w:type="dxa"/>
              <w:right w:w="70" w:type="dxa"/>
            </w:tcMar>
          </w:tcPr>
          <w:p w14:paraId="4AE3820C" w14:textId="77777777" w:rsidR="00686453" w:rsidRPr="00BE74C6" w:rsidRDefault="00D95FB4">
            <w:pPr>
              <w:rPr>
                <w:szCs w:val="24"/>
              </w:rPr>
            </w:pPr>
            <w:r w:rsidRPr="00BE74C6">
              <w:rPr>
                <w:szCs w:val="24"/>
              </w:rPr>
              <w:t>&lt;Responsibilities&gt;</w:t>
            </w:r>
          </w:p>
        </w:tc>
        <w:tc>
          <w:tcPr>
            <w:tcW w:w="2570" w:type="dxa"/>
            <w:tcMar>
              <w:top w:w="70" w:type="dxa"/>
              <w:left w:w="70" w:type="dxa"/>
              <w:bottom w:w="70" w:type="dxa"/>
              <w:right w:w="70" w:type="dxa"/>
            </w:tcMar>
          </w:tcPr>
          <w:p w14:paraId="1500F422" w14:textId="77777777" w:rsidR="00686453" w:rsidRPr="00BE74C6" w:rsidRDefault="00D95FB4">
            <w:pPr>
              <w:rPr>
                <w:szCs w:val="24"/>
              </w:rPr>
            </w:pPr>
            <w:r w:rsidRPr="00BE74C6">
              <w:rPr>
                <w:szCs w:val="24"/>
              </w:rPr>
              <w:t>&lt;Backup&gt;</w:t>
            </w:r>
          </w:p>
        </w:tc>
        <w:tc>
          <w:tcPr>
            <w:tcW w:w="1872" w:type="dxa"/>
            <w:tcMar>
              <w:top w:w="70" w:type="dxa"/>
              <w:left w:w="70" w:type="dxa"/>
              <w:bottom w:w="70" w:type="dxa"/>
              <w:right w:w="70" w:type="dxa"/>
            </w:tcMar>
          </w:tcPr>
          <w:p w14:paraId="60A273CC" w14:textId="77777777" w:rsidR="00686453" w:rsidRPr="00BE74C6" w:rsidRDefault="00D95FB4">
            <w:pPr>
              <w:rPr>
                <w:szCs w:val="24"/>
              </w:rPr>
            </w:pPr>
            <w:r w:rsidRPr="00BE74C6">
              <w:rPr>
                <w:szCs w:val="24"/>
              </w:rPr>
              <w:t>&lt;Contact&gt;</w:t>
            </w:r>
          </w:p>
        </w:tc>
      </w:tr>
      <w:tr w:rsidR="00686453" w:rsidRPr="00BE74C6" w14:paraId="1AFBFC23" w14:textId="77777777" w:rsidTr="004F16A7">
        <w:trPr>
          <w:cantSplit/>
          <w:jc w:val="center"/>
        </w:trPr>
        <w:tc>
          <w:tcPr>
            <w:tcW w:w="2592" w:type="dxa"/>
            <w:tcMar>
              <w:top w:w="70" w:type="dxa"/>
              <w:left w:w="70" w:type="dxa"/>
              <w:bottom w:w="70" w:type="dxa"/>
              <w:right w:w="70" w:type="dxa"/>
            </w:tcMar>
          </w:tcPr>
          <w:p w14:paraId="09ADCA89" w14:textId="77777777" w:rsidR="00686453" w:rsidRPr="00BE74C6" w:rsidRDefault="00D95FB4">
            <w:pPr>
              <w:rPr>
                <w:szCs w:val="24"/>
              </w:rPr>
            </w:pPr>
            <w:r w:rsidRPr="00BE74C6">
              <w:rPr>
                <w:b/>
                <w:color w:val="015A41"/>
                <w:szCs w:val="24"/>
              </w:rPr>
              <w:t>Pharmacy / Medication</w:t>
            </w:r>
          </w:p>
        </w:tc>
        <w:tc>
          <w:tcPr>
            <w:tcW w:w="4464" w:type="dxa"/>
            <w:tcMar>
              <w:top w:w="70" w:type="dxa"/>
              <w:left w:w="70" w:type="dxa"/>
              <w:bottom w:w="70" w:type="dxa"/>
              <w:right w:w="70" w:type="dxa"/>
            </w:tcMar>
          </w:tcPr>
          <w:p w14:paraId="6B3FA57C" w14:textId="77777777" w:rsidR="00686453" w:rsidRPr="00BE74C6" w:rsidRDefault="00D95FB4">
            <w:pPr>
              <w:rPr>
                <w:szCs w:val="24"/>
              </w:rPr>
            </w:pPr>
            <w:r w:rsidRPr="00BE74C6">
              <w:rPr>
                <w:szCs w:val="24"/>
              </w:rPr>
              <w:t>&lt;Responsibilities&gt;</w:t>
            </w:r>
          </w:p>
        </w:tc>
        <w:tc>
          <w:tcPr>
            <w:tcW w:w="2570" w:type="dxa"/>
            <w:tcMar>
              <w:top w:w="70" w:type="dxa"/>
              <w:left w:w="70" w:type="dxa"/>
              <w:bottom w:w="70" w:type="dxa"/>
              <w:right w:w="70" w:type="dxa"/>
            </w:tcMar>
          </w:tcPr>
          <w:p w14:paraId="03BC7D56" w14:textId="77777777" w:rsidR="00686453" w:rsidRPr="00BE74C6" w:rsidRDefault="00D95FB4">
            <w:pPr>
              <w:rPr>
                <w:szCs w:val="24"/>
              </w:rPr>
            </w:pPr>
            <w:r w:rsidRPr="00BE74C6">
              <w:rPr>
                <w:szCs w:val="24"/>
              </w:rPr>
              <w:t>&lt;Backup&gt;</w:t>
            </w:r>
          </w:p>
        </w:tc>
        <w:tc>
          <w:tcPr>
            <w:tcW w:w="1872" w:type="dxa"/>
            <w:tcMar>
              <w:top w:w="70" w:type="dxa"/>
              <w:left w:w="70" w:type="dxa"/>
              <w:bottom w:w="70" w:type="dxa"/>
              <w:right w:w="70" w:type="dxa"/>
            </w:tcMar>
          </w:tcPr>
          <w:p w14:paraId="7121064F" w14:textId="77777777" w:rsidR="00686453" w:rsidRPr="00BE74C6" w:rsidRDefault="00D95FB4">
            <w:pPr>
              <w:rPr>
                <w:szCs w:val="24"/>
              </w:rPr>
            </w:pPr>
            <w:r w:rsidRPr="00BE74C6">
              <w:rPr>
                <w:szCs w:val="24"/>
              </w:rPr>
              <w:t>&lt;Contact&gt;</w:t>
            </w:r>
          </w:p>
        </w:tc>
      </w:tr>
      <w:tr w:rsidR="00686453" w:rsidRPr="00BE74C6" w14:paraId="5ECD3D8B" w14:textId="77777777" w:rsidTr="004F16A7">
        <w:trPr>
          <w:cantSplit/>
          <w:jc w:val="center"/>
        </w:trPr>
        <w:tc>
          <w:tcPr>
            <w:tcW w:w="2592" w:type="dxa"/>
            <w:tcMar>
              <w:top w:w="70" w:type="dxa"/>
              <w:left w:w="70" w:type="dxa"/>
              <w:bottom w:w="70" w:type="dxa"/>
              <w:right w:w="70" w:type="dxa"/>
            </w:tcMar>
          </w:tcPr>
          <w:p w14:paraId="500492DF" w14:textId="77777777" w:rsidR="00686453" w:rsidRPr="00BE74C6" w:rsidRDefault="00D95FB4">
            <w:pPr>
              <w:rPr>
                <w:szCs w:val="24"/>
              </w:rPr>
            </w:pPr>
            <w:r w:rsidRPr="00BE74C6">
              <w:rPr>
                <w:b/>
                <w:color w:val="015A41"/>
                <w:szCs w:val="24"/>
              </w:rPr>
              <w:t>Social Services / Resident-Family Liaison</w:t>
            </w:r>
          </w:p>
        </w:tc>
        <w:tc>
          <w:tcPr>
            <w:tcW w:w="4464" w:type="dxa"/>
            <w:tcMar>
              <w:top w:w="70" w:type="dxa"/>
              <w:left w:w="70" w:type="dxa"/>
              <w:bottom w:w="70" w:type="dxa"/>
              <w:right w:w="70" w:type="dxa"/>
            </w:tcMar>
          </w:tcPr>
          <w:p w14:paraId="5A834BC7" w14:textId="77777777" w:rsidR="00686453" w:rsidRPr="00BE74C6" w:rsidRDefault="00D95FB4">
            <w:pPr>
              <w:rPr>
                <w:szCs w:val="24"/>
              </w:rPr>
            </w:pPr>
            <w:r w:rsidRPr="00BE74C6">
              <w:rPr>
                <w:szCs w:val="24"/>
              </w:rPr>
              <w:t>&lt;Responsibilities&gt;</w:t>
            </w:r>
          </w:p>
        </w:tc>
        <w:tc>
          <w:tcPr>
            <w:tcW w:w="2570" w:type="dxa"/>
            <w:tcMar>
              <w:top w:w="70" w:type="dxa"/>
              <w:left w:w="70" w:type="dxa"/>
              <w:bottom w:w="70" w:type="dxa"/>
              <w:right w:w="70" w:type="dxa"/>
            </w:tcMar>
          </w:tcPr>
          <w:p w14:paraId="79FEF82B" w14:textId="77777777" w:rsidR="00686453" w:rsidRPr="00BE74C6" w:rsidRDefault="00D95FB4">
            <w:pPr>
              <w:rPr>
                <w:szCs w:val="24"/>
              </w:rPr>
            </w:pPr>
            <w:r w:rsidRPr="00BE74C6">
              <w:rPr>
                <w:szCs w:val="24"/>
              </w:rPr>
              <w:t>&lt;Backup&gt;</w:t>
            </w:r>
          </w:p>
        </w:tc>
        <w:tc>
          <w:tcPr>
            <w:tcW w:w="1872" w:type="dxa"/>
            <w:tcMar>
              <w:top w:w="70" w:type="dxa"/>
              <w:left w:w="70" w:type="dxa"/>
              <w:bottom w:w="70" w:type="dxa"/>
              <w:right w:w="70" w:type="dxa"/>
            </w:tcMar>
          </w:tcPr>
          <w:p w14:paraId="45837285" w14:textId="77777777" w:rsidR="00686453" w:rsidRPr="00BE74C6" w:rsidRDefault="00D95FB4">
            <w:pPr>
              <w:rPr>
                <w:szCs w:val="24"/>
              </w:rPr>
            </w:pPr>
            <w:r w:rsidRPr="00BE74C6">
              <w:rPr>
                <w:szCs w:val="24"/>
              </w:rPr>
              <w:t>&lt;Contact&gt;</w:t>
            </w:r>
          </w:p>
        </w:tc>
      </w:tr>
      <w:tr w:rsidR="00686453" w:rsidRPr="00BE74C6" w14:paraId="1185D5FC" w14:textId="77777777" w:rsidTr="004F16A7">
        <w:trPr>
          <w:cantSplit/>
          <w:jc w:val="center"/>
        </w:trPr>
        <w:tc>
          <w:tcPr>
            <w:tcW w:w="2592" w:type="dxa"/>
            <w:tcMar>
              <w:top w:w="70" w:type="dxa"/>
              <w:left w:w="70" w:type="dxa"/>
              <w:bottom w:w="70" w:type="dxa"/>
              <w:right w:w="70" w:type="dxa"/>
            </w:tcMar>
          </w:tcPr>
          <w:p w14:paraId="02BEE68D" w14:textId="77777777" w:rsidR="00686453" w:rsidRPr="00BE74C6" w:rsidRDefault="00D95FB4">
            <w:pPr>
              <w:rPr>
                <w:szCs w:val="24"/>
              </w:rPr>
            </w:pPr>
            <w:r w:rsidRPr="00BE74C6">
              <w:rPr>
                <w:b/>
                <w:color w:val="015A41"/>
                <w:szCs w:val="24"/>
              </w:rPr>
              <w:t>Human Resources / Staffing</w:t>
            </w:r>
          </w:p>
        </w:tc>
        <w:tc>
          <w:tcPr>
            <w:tcW w:w="4464" w:type="dxa"/>
            <w:tcMar>
              <w:top w:w="70" w:type="dxa"/>
              <w:left w:w="70" w:type="dxa"/>
              <w:bottom w:w="70" w:type="dxa"/>
              <w:right w:w="70" w:type="dxa"/>
            </w:tcMar>
          </w:tcPr>
          <w:p w14:paraId="709F55A9" w14:textId="77777777" w:rsidR="00686453" w:rsidRPr="00BE74C6" w:rsidRDefault="00D95FB4">
            <w:pPr>
              <w:rPr>
                <w:szCs w:val="24"/>
              </w:rPr>
            </w:pPr>
            <w:r w:rsidRPr="00BE74C6">
              <w:rPr>
                <w:szCs w:val="24"/>
              </w:rPr>
              <w:t>&lt;Responsibilities&gt;</w:t>
            </w:r>
          </w:p>
        </w:tc>
        <w:tc>
          <w:tcPr>
            <w:tcW w:w="2570" w:type="dxa"/>
            <w:tcMar>
              <w:top w:w="70" w:type="dxa"/>
              <w:left w:w="70" w:type="dxa"/>
              <w:bottom w:w="70" w:type="dxa"/>
              <w:right w:w="70" w:type="dxa"/>
            </w:tcMar>
          </w:tcPr>
          <w:p w14:paraId="2BA61535" w14:textId="77777777" w:rsidR="00686453" w:rsidRPr="00BE74C6" w:rsidRDefault="00D95FB4">
            <w:pPr>
              <w:rPr>
                <w:szCs w:val="24"/>
              </w:rPr>
            </w:pPr>
            <w:r w:rsidRPr="00BE74C6">
              <w:rPr>
                <w:szCs w:val="24"/>
              </w:rPr>
              <w:t>&lt;Backup&gt;</w:t>
            </w:r>
          </w:p>
        </w:tc>
        <w:tc>
          <w:tcPr>
            <w:tcW w:w="1872" w:type="dxa"/>
            <w:tcMar>
              <w:top w:w="70" w:type="dxa"/>
              <w:left w:w="70" w:type="dxa"/>
              <w:bottom w:w="70" w:type="dxa"/>
              <w:right w:w="70" w:type="dxa"/>
            </w:tcMar>
          </w:tcPr>
          <w:p w14:paraId="1D885086" w14:textId="77777777" w:rsidR="00686453" w:rsidRPr="00BE74C6" w:rsidRDefault="00D95FB4">
            <w:pPr>
              <w:rPr>
                <w:szCs w:val="24"/>
              </w:rPr>
            </w:pPr>
            <w:r w:rsidRPr="00BE74C6">
              <w:rPr>
                <w:szCs w:val="24"/>
              </w:rPr>
              <w:t>&lt;Contact&gt;</w:t>
            </w:r>
          </w:p>
        </w:tc>
      </w:tr>
      <w:tr w:rsidR="00686453" w:rsidRPr="00BE74C6" w14:paraId="409FBD9F" w14:textId="77777777" w:rsidTr="004F16A7">
        <w:trPr>
          <w:cantSplit/>
          <w:jc w:val="center"/>
        </w:trPr>
        <w:tc>
          <w:tcPr>
            <w:tcW w:w="2592" w:type="dxa"/>
            <w:tcMar>
              <w:top w:w="70" w:type="dxa"/>
              <w:left w:w="70" w:type="dxa"/>
              <w:bottom w:w="70" w:type="dxa"/>
              <w:right w:w="70" w:type="dxa"/>
            </w:tcMar>
          </w:tcPr>
          <w:p w14:paraId="566EEBF4" w14:textId="77777777" w:rsidR="00686453" w:rsidRPr="00BE74C6" w:rsidRDefault="00D95FB4">
            <w:pPr>
              <w:rPr>
                <w:szCs w:val="24"/>
              </w:rPr>
            </w:pPr>
            <w:r w:rsidRPr="00BE74C6">
              <w:rPr>
                <w:b/>
                <w:color w:val="015A41"/>
                <w:szCs w:val="24"/>
              </w:rPr>
              <w:t>IT / Communications</w:t>
            </w:r>
          </w:p>
        </w:tc>
        <w:tc>
          <w:tcPr>
            <w:tcW w:w="4464" w:type="dxa"/>
            <w:tcMar>
              <w:top w:w="70" w:type="dxa"/>
              <w:left w:w="70" w:type="dxa"/>
              <w:bottom w:w="70" w:type="dxa"/>
              <w:right w:w="70" w:type="dxa"/>
            </w:tcMar>
          </w:tcPr>
          <w:p w14:paraId="785ECD73" w14:textId="77777777" w:rsidR="00686453" w:rsidRPr="00BE74C6" w:rsidRDefault="00D95FB4">
            <w:pPr>
              <w:rPr>
                <w:szCs w:val="24"/>
              </w:rPr>
            </w:pPr>
            <w:r w:rsidRPr="00BE74C6">
              <w:rPr>
                <w:szCs w:val="24"/>
              </w:rPr>
              <w:t>&lt;Responsibilities&gt;</w:t>
            </w:r>
          </w:p>
        </w:tc>
        <w:tc>
          <w:tcPr>
            <w:tcW w:w="2570" w:type="dxa"/>
            <w:tcMar>
              <w:top w:w="70" w:type="dxa"/>
              <w:left w:w="70" w:type="dxa"/>
              <w:bottom w:w="70" w:type="dxa"/>
              <w:right w:w="70" w:type="dxa"/>
            </w:tcMar>
          </w:tcPr>
          <w:p w14:paraId="67FC9E80" w14:textId="77777777" w:rsidR="00686453" w:rsidRPr="00BE74C6" w:rsidRDefault="00D95FB4">
            <w:pPr>
              <w:rPr>
                <w:szCs w:val="24"/>
              </w:rPr>
            </w:pPr>
            <w:r w:rsidRPr="00BE74C6">
              <w:rPr>
                <w:szCs w:val="24"/>
              </w:rPr>
              <w:t>&lt;Backup&gt;</w:t>
            </w:r>
          </w:p>
        </w:tc>
        <w:tc>
          <w:tcPr>
            <w:tcW w:w="1872" w:type="dxa"/>
            <w:tcMar>
              <w:top w:w="70" w:type="dxa"/>
              <w:left w:w="70" w:type="dxa"/>
              <w:bottom w:w="70" w:type="dxa"/>
              <w:right w:w="70" w:type="dxa"/>
            </w:tcMar>
          </w:tcPr>
          <w:p w14:paraId="615979BA" w14:textId="77777777" w:rsidR="00686453" w:rsidRPr="00BE74C6" w:rsidRDefault="00D95FB4">
            <w:pPr>
              <w:rPr>
                <w:szCs w:val="24"/>
              </w:rPr>
            </w:pPr>
            <w:r w:rsidRPr="00BE74C6">
              <w:rPr>
                <w:szCs w:val="24"/>
              </w:rPr>
              <w:t>&lt;Contact&gt;</w:t>
            </w:r>
          </w:p>
        </w:tc>
      </w:tr>
      <w:tr w:rsidR="00686453" w:rsidRPr="00BE74C6" w14:paraId="12BA9639" w14:textId="77777777" w:rsidTr="004F16A7">
        <w:trPr>
          <w:cantSplit/>
          <w:jc w:val="center"/>
        </w:trPr>
        <w:tc>
          <w:tcPr>
            <w:tcW w:w="2592" w:type="dxa"/>
            <w:tcMar>
              <w:top w:w="70" w:type="dxa"/>
              <w:left w:w="70" w:type="dxa"/>
              <w:bottom w:w="70" w:type="dxa"/>
              <w:right w:w="70" w:type="dxa"/>
            </w:tcMar>
          </w:tcPr>
          <w:p w14:paraId="4B3A4990" w14:textId="77777777" w:rsidR="00686453" w:rsidRPr="00BE74C6" w:rsidRDefault="00D95FB4">
            <w:pPr>
              <w:rPr>
                <w:szCs w:val="24"/>
              </w:rPr>
            </w:pPr>
            <w:r w:rsidRPr="00BE74C6">
              <w:rPr>
                <w:b/>
                <w:color w:val="015A41"/>
                <w:szCs w:val="24"/>
              </w:rPr>
              <w:t>Logistics / Supply</w:t>
            </w:r>
          </w:p>
        </w:tc>
        <w:tc>
          <w:tcPr>
            <w:tcW w:w="4464" w:type="dxa"/>
            <w:tcMar>
              <w:top w:w="70" w:type="dxa"/>
              <w:left w:w="70" w:type="dxa"/>
              <w:bottom w:w="70" w:type="dxa"/>
              <w:right w:w="70" w:type="dxa"/>
            </w:tcMar>
          </w:tcPr>
          <w:p w14:paraId="1624FA1F" w14:textId="77777777" w:rsidR="00686453" w:rsidRPr="00BE74C6" w:rsidRDefault="00D95FB4">
            <w:pPr>
              <w:rPr>
                <w:szCs w:val="24"/>
              </w:rPr>
            </w:pPr>
            <w:r w:rsidRPr="00BE74C6">
              <w:rPr>
                <w:szCs w:val="24"/>
              </w:rPr>
              <w:t>&lt;Responsibilities&gt;</w:t>
            </w:r>
          </w:p>
        </w:tc>
        <w:tc>
          <w:tcPr>
            <w:tcW w:w="2570" w:type="dxa"/>
            <w:tcMar>
              <w:top w:w="70" w:type="dxa"/>
              <w:left w:w="70" w:type="dxa"/>
              <w:bottom w:w="70" w:type="dxa"/>
              <w:right w:w="70" w:type="dxa"/>
            </w:tcMar>
          </w:tcPr>
          <w:p w14:paraId="239C44D1" w14:textId="77777777" w:rsidR="00686453" w:rsidRPr="00BE74C6" w:rsidRDefault="00D95FB4">
            <w:pPr>
              <w:rPr>
                <w:szCs w:val="24"/>
              </w:rPr>
            </w:pPr>
            <w:r w:rsidRPr="00BE74C6">
              <w:rPr>
                <w:szCs w:val="24"/>
              </w:rPr>
              <w:t>&lt;Backup&gt;</w:t>
            </w:r>
          </w:p>
        </w:tc>
        <w:tc>
          <w:tcPr>
            <w:tcW w:w="1872" w:type="dxa"/>
            <w:tcMar>
              <w:top w:w="70" w:type="dxa"/>
              <w:left w:w="70" w:type="dxa"/>
              <w:bottom w:w="70" w:type="dxa"/>
              <w:right w:w="70" w:type="dxa"/>
            </w:tcMar>
          </w:tcPr>
          <w:p w14:paraId="3D08B954" w14:textId="77777777" w:rsidR="00686453" w:rsidRPr="00BE74C6" w:rsidRDefault="00D95FB4">
            <w:pPr>
              <w:rPr>
                <w:szCs w:val="24"/>
              </w:rPr>
            </w:pPr>
            <w:r w:rsidRPr="00BE74C6">
              <w:rPr>
                <w:szCs w:val="24"/>
              </w:rPr>
              <w:t>&lt;Contact&gt;</w:t>
            </w:r>
          </w:p>
        </w:tc>
      </w:tr>
    </w:tbl>
    <w:p w14:paraId="1B21BFDB" w14:textId="77777777" w:rsidR="00686453" w:rsidRDefault="00686453">
      <w:pPr>
        <w:spacing w:after="0"/>
      </w:pPr>
    </w:p>
    <w:p w14:paraId="78CA0268" w14:textId="77777777" w:rsidR="00686453" w:rsidRDefault="00D95FB4">
      <w:r>
        <w:br w:type="page"/>
      </w:r>
    </w:p>
    <w:p w14:paraId="78CB456A" w14:textId="77777777" w:rsidR="00686453" w:rsidRDefault="00D95FB4">
      <w:pPr>
        <w:pStyle w:val="Heading1"/>
        <w:pBdr>
          <w:bottom w:val="single" w:sz="14" w:space="5" w:color="E63B07"/>
        </w:pBdr>
        <w:spacing w:before="140" w:after="140"/>
      </w:pPr>
      <w:r>
        <w:rPr>
          <w:rFonts w:ascii="Arial" w:eastAsia="Arial" w:hAnsi="Arial"/>
        </w:rPr>
        <w:lastRenderedPageBreak/>
        <w:t>5. ROLES AND RESPONSIBILITIES (CONTINUED)</w:t>
      </w:r>
    </w:p>
    <w:p w14:paraId="2932FA9B" w14:textId="77777777" w:rsidR="00686453" w:rsidRDefault="00D95FB4">
      <w:pPr>
        <w:pStyle w:val="Heading2"/>
        <w:spacing w:before="120" w:after="80"/>
      </w:pPr>
      <w:r>
        <w:rPr>
          <w:rFonts w:ascii="Arial" w:eastAsia="Arial" w:hAnsi="Arial"/>
        </w:rPr>
        <w:t>Essential Services</w:t>
      </w:r>
    </w:p>
    <w:tbl>
      <w:tblPr>
        <w:tblW w:w="11189"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6048"/>
      </w:tblGrid>
      <w:tr w:rsidR="00686453" w:rsidRPr="00BE74C6" w14:paraId="77476AB2" w14:textId="77777777" w:rsidTr="00AF13A6">
        <w:trPr>
          <w:tblHeader/>
          <w:jc w:val="center"/>
        </w:trPr>
        <w:tc>
          <w:tcPr>
            <w:tcW w:w="5141" w:type="dxa"/>
            <w:shd w:val="clear" w:color="auto" w:fill="015A41"/>
            <w:tcMar>
              <w:top w:w="80" w:type="dxa"/>
              <w:left w:w="90" w:type="dxa"/>
              <w:bottom w:w="80" w:type="dxa"/>
              <w:right w:w="90" w:type="dxa"/>
            </w:tcMar>
          </w:tcPr>
          <w:p w14:paraId="23C4D2F8" w14:textId="77777777" w:rsidR="00686453" w:rsidRPr="00BE74C6" w:rsidRDefault="00D95FB4">
            <w:pPr>
              <w:rPr>
                <w:szCs w:val="24"/>
              </w:rPr>
            </w:pPr>
            <w:r w:rsidRPr="00BE74C6">
              <w:rPr>
                <w:b/>
                <w:color w:val="FFFFFF"/>
                <w:szCs w:val="24"/>
              </w:rPr>
              <w:t>Essential Function</w:t>
            </w:r>
          </w:p>
        </w:tc>
        <w:tc>
          <w:tcPr>
            <w:tcW w:w="6048" w:type="dxa"/>
            <w:shd w:val="clear" w:color="auto" w:fill="015A41"/>
            <w:tcMar>
              <w:top w:w="80" w:type="dxa"/>
              <w:left w:w="90" w:type="dxa"/>
              <w:bottom w:w="80" w:type="dxa"/>
              <w:right w:w="90" w:type="dxa"/>
            </w:tcMar>
          </w:tcPr>
          <w:p w14:paraId="50DE3295" w14:textId="77777777" w:rsidR="00686453" w:rsidRPr="00BE74C6" w:rsidRDefault="00D95FB4">
            <w:pPr>
              <w:rPr>
                <w:szCs w:val="24"/>
              </w:rPr>
            </w:pPr>
            <w:r w:rsidRPr="00BE74C6">
              <w:rPr>
                <w:b/>
                <w:color w:val="FFFFFF"/>
                <w:szCs w:val="24"/>
              </w:rPr>
              <w:t>Continuity Strategy</w:t>
            </w:r>
          </w:p>
        </w:tc>
      </w:tr>
      <w:tr w:rsidR="00686453" w:rsidRPr="00BE74C6" w14:paraId="413A0623" w14:textId="77777777" w:rsidTr="00AF13A6">
        <w:trPr>
          <w:cantSplit/>
          <w:jc w:val="center"/>
        </w:trPr>
        <w:tc>
          <w:tcPr>
            <w:tcW w:w="5141" w:type="dxa"/>
            <w:shd w:val="clear" w:color="auto" w:fill="EAF3EF"/>
            <w:tcMar>
              <w:top w:w="80" w:type="dxa"/>
              <w:left w:w="90" w:type="dxa"/>
              <w:bottom w:w="80" w:type="dxa"/>
              <w:right w:w="90" w:type="dxa"/>
            </w:tcMar>
          </w:tcPr>
          <w:p w14:paraId="09D53670" w14:textId="77777777" w:rsidR="00686453" w:rsidRPr="00BE74C6" w:rsidRDefault="00D95FB4">
            <w:pPr>
              <w:rPr>
                <w:szCs w:val="24"/>
              </w:rPr>
            </w:pPr>
            <w:r w:rsidRPr="00BE74C6">
              <w:rPr>
                <w:b/>
                <w:color w:val="015A41"/>
                <w:szCs w:val="24"/>
              </w:rPr>
              <w:t>24/7 nursing and resident supervision</w:t>
            </w:r>
          </w:p>
        </w:tc>
        <w:tc>
          <w:tcPr>
            <w:tcW w:w="6048" w:type="dxa"/>
            <w:shd w:val="clear" w:color="auto" w:fill="FFFFFF"/>
            <w:tcMar>
              <w:top w:w="80" w:type="dxa"/>
              <w:left w:w="90" w:type="dxa"/>
              <w:bottom w:w="80" w:type="dxa"/>
              <w:right w:w="90" w:type="dxa"/>
            </w:tcMar>
          </w:tcPr>
          <w:p w14:paraId="53961F42" w14:textId="77777777" w:rsidR="00686453" w:rsidRPr="00BE74C6" w:rsidRDefault="00D95FB4">
            <w:pPr>
              <w:rPr>
                <w:szCs w:val="24"/>
              </w:rPr>
            </w:pPr>
            <w:r w:rsidRPr="00BE74C6">
              <w:rPr>
                <w:i/>
                <w:color w:val="66706B"/>
                <w:szCs w:val="24"/>
              </w:rPr>
              <w:t>&lt;Minimum staffing / alternate method&gt;</w:t>
            </w:r>
          </w:p>
        </w:tc>
      </w:tr>
      <w:tr w:rsidR="00686453" w:rsidRPr="00BE74C6" w14:paraId="4F5FC614" w14:textId="77777777" w:rsidTr="00AF13A6">
        <w:trPr>
          <w:cantSplit/>
          <w:jc w:val="center"/>
        </w:trPr>
        <w:tc>
          <w:tcPr>
            <w:tcW w:w="5141" w:type="dxa"/>
            <w:shd w:val="clear" w:color="auto" w:fill="F7FAF8"/>
            <w:tcMar>
              <w:top w:w="80" w:type="dxa"/>
              <w:left w:w="90" w:type="dxa"/>
              <w:bottom w:w="80" w:type="dxa"/>
              <w:right w:w="90" w:type="dxa"/>
            </w:tcMar>
          </w:tcPr>
          <w:p w14:paraId="6A0A3A6A" w14:textId="77777777" w:rsidR="00686453" w:rsidRPr="00BE74C6" w:rsidRDefault="00D95FB4">
            <w:pPr>
              <w:rPr>
                <w:szCs w:val="24"/>
              </w:rPr>
            </w:pPr>
            <w:r w:rsidRPr="00BE74C6">
              <w:rPr>
                <w:b/>
                <w:color w:val="015A41"/>
                <w:szCs w:val="24"/>
              </w:rPr>
              <w:t>Medication administration / pharmacy</w:t>
            </w:r>
          </w:p>
        </w:tc>
        <w:tc>
          <w:tcPr>
            <w:tcW w:w="6048" w:type="dxa"/>
            <w:shd w:val="clear" w:color="auto" w:fill="FFFFFF"/>
            <w:tcMar>
              <w:top w:w="80" w:type="dxa"/>
              <w:left w:w="90" w:type="dxa"/>
              <w:bottom w:w="80" w:type="dxa"/>
              <w:right w:w="90" w:type="dxa"/>
            </w:tcMar>
          </w:tcPr>
          <w:p w14:paraId="256FDC36" w14:textId="77777777" w:rsidR="00686453" w:rsidRPr="00BE74C6" w:rsidRDefault="00D95FB4">
            <w:pPr>
              <w:rPr>
                <w:szCs w:val="24"/>
              </w:rPr>
            </w:pPr>
            <w:r w:rsidRPr="00BE74C6">
              <w:rPr>
                <w:i/>
                <w:color w:val="66706B"/>
                <w:szCs w:val="24"/>
              </w:rPr>
              <w:t>&lt;Continuity method&gt;</w:t>
            </w:r>
          </w:p>
        </w:tc>
      </w:tr>
      <w:tr w:rsidR="00686453" w:rsidRPr="00BE74C6" w14:paraId="467D379F" w14:textId="77777777" w:rsidTr="00AF13A6">
        <w:trPr>
          <w:cantSplit/>
          <w:jc w:val="center"/>
        </w:trPr>
        <w:tc>
          <w:tcPr>
            <w:tcW w:w="5141" w:type="dxa"/>
            <w:shd w:val="clear" w:color="auto" w:fill="EAF3EF"/>
            <w:tcMar>
              <w:top w:w="80" w:type="dxa"/>
              <w:left w:w="90" w:type="dxa"/>
              <w:bottom w:w="80" w:type="dxa"/>
              <w:right w:w="90" w:type="dxa"/>
            </w:tcMar>
          </w:tcPr>
          <w:p w14:paraId="283ECB87" w14:textId="77777777" w:rsidR="00686453" w:rsidRPr="00BE74C6" w:rsidRDefault="00D95FB4">
            <w:pPr>
              <w:rPr>
                <w:szCs w:val="24"/>
              </w:rPr>
            </w:pPr>
            <w:r w:rsidRPr="00BE74C6">
              <w:rPr>
                <w:b/>
                <w:color w:val="015A41"/>
                <w:szCs w:val="24"/>
              </w:rPr>
              <w:t>Food / hydration</w:t>
            </w:r>
          </w:p>
        </w:tc>
        <w:tc>
          <w:tcPr>
            <w:tcW w:w="6048" w:type="dxa"/>
            <w:shd w:val="clear" w:color="auto" w:fill="FFFFFF"/>
            <w:tcMar>
              <w:top w:w="80" w:type="dxa"/>
              <w:left w:w="90" w:type="dxa"/>
              <w:bottom w:w="80" w:type="dxa"/>
              <w:right w:w="90" w:type="dxa"/>
            </w:tcMar>
          </w:tcPr>
          <w:p w14:paraId="0C12C0DB" w14:textId="77777777" w:rsidR="00686453" w:rsidRPr="00BE74C6" w:rsidRDefault="00D95FB4">
            <w:pPr>
              <w:rPr>
                <w:szCs w:val="24"/>
              </w:rPr>
            </w:pPr>
            <w:r w:rsidRPr="00BE74C6">
              <w:rPr>
                <w:i/>
                <w:color w:val="66706B"/>
                <w:szCs w:val="24"/>
              </w:rPr>
              <w:t>&lt;Continuity method&gt;</w:t>
            </w:r>
          </w:p>
        </w:tc>
      </w:tr>
      <w:tr w:rsidR="00686453" w:rsidRPr="00BE74C6" w14:paraId="189D887C" w14:textId="77777777" w:rsidTr="00AF13A6">
        <w:trPr>
          <w:cantSplit/>
          <w:jc w:val="center"/>
        </w:trPr>
        <w:tc>
          <w:tcPr>
            <w:tcW w:w="5141" w:type="dxa"/>
            <w:shd w:val="clear" w:color="auto" w:fill="F7FAF8"/>
            <w:tcMar>
              <w:top w:w="80" w:type="dxa"/>
              <w:left w:w="90" w:type="dxa"/>
              <w:bottom w:w="80" w:type="dxa"/>
              <w:right w:w="90" w:type="dxa"/>
            </w:tcMar>
          </w:tcPr>
          <w:p w14:paraId="4CCBB317" w14:textId="77777777" w:rsidR="00686453" w:rsidRPr="00BE74C6" w:rsidRDefault="00D95FB4">
            <w:pPr>
              <w:rPr>
                <w:szCs w:val="24"/>
              </w:rPr>
            </w:pPr>
            <w:r w:rsidRPr="00BE74C6">
              <w:rPr>
                <w:b/>
                <w:color w:val="015A41"/>
                <w:szCs w:val="24"/>
              </w:rPr>
              <w:t>Oxygen / respiratory support</w:t>
            </w:r>
          </w:p>
        </w:tc>
        <w:tc>
          <w:tcPr>
            <w:tcW w:w="6048" w:type="dxa"/>
            <w:shd w:val="clear" w:color="auto" w:fill="FFFFFF"/>
            <w:tcMar>
              <w:top w:w="80" w:type="dxa"/>
              <w:left w:w="90" w:type="dxa"/>
              <w:bottom w:w="80" w:type="dxa"/>
              <w:right w:w="90" w:type="dxa"/>
            </w:tcMar>
          </w:tcPr>
          <w:p w14:paraId="3DA25B83" w14:textId="77777777" w:rsidR="00686453" w:rsidRPr="00BE74C6" w:rsidRDefault="00D95FB4">
            <w:pPr>
              <w:rPr>
                <w:szCs w:val="24"/>
              </w:rPr>
            </w:pPr>
            <w:r w:rsidRPr="00BE74C6">
              <w:rPr>
                <w:i/>
                <w:color w:val="66706B"/>
                <w:szCs w:val="24"/>
              </w:rPr>
              <w:t>&lt;Continuity method&gt;</w:t>
            </w:r>
          </w:p>
        </w:tc>
      </w:tr>
      <w:tr w:rsidR="00686453" w:rsidRPr="00BE74C6" w14:paraId="5050BA8D" w14:textId="77777777" w:rsidTr="00AF13A6">
        <w:trPr>
          <w:cantSplit/>
          <w:jc w:val="center"/>
        </w:trPr>
        <w:tc>
          <w:tcPr>
            <w:tcW w:w="5141" w:type="dxa"/>
            <w:shd w:val="clear" w:color="auto" w:fill="EAF3EF"/>
            <w:tcMar>
              <w:top w:w="80" w:type="dxa"/>
              <w:left w:w="90" w:type="dxa"/>
              <w:bottom w:w="80" w:type="dxa"/>
              <w:right w:w="90" w:type="dxa"/>
            </w:tcMar>
          </w:tcPr>
          <w:p w14:paraId="6E89B2FE" w14:textId="77777777" w:rsidR="00686453" w:rsidRPr="00BE74C6" w:rsidRDefault="00D95FB4">
            <w:pPr>
              <w:rPr>
                <w:szCs w:val="24"/>
              </w:rPr>
            </w:pPr>
            <w:r w:rsidRPr="00BE74C6">
              <w:rPr>
                <w:b/>
                <w:color w:val="015A41"/>
                <w:szCs w:val="24"/>
              </w:rPr>
              <w:t>Resident hygiene / toileting / wound care</w:t>
            </w:r>
          </w:p>
        </w:tc>
        <w:tc>
          <w:tcPr>
            <w:tcW w:w="6048" w:type="dxa"/>
            <w:shd w:val="clear" w:color="auto" w:fill="FFFFFF"/>
            <w:tcMar>
              <w:top w:w="80" w:type="dxa"/>
              <w:left w:w="90" w:type="dxa"/>
              <w:bottom w:w="80" w:type="dxa"/>
              <w:right w:w="90" w:type="dxa"/>
            </w:tcMar>
          </w:tcPr>
          <w:p w14:paraId="33A4B216" w14:textId="77777777" w:rsidR="00686453" w:rsidRPr="00BE74C6" w:rsidRDefault="00D95FB4">
            <w:pPr>
              <w:rPr>
                <w:szCs w:val="24"/>
              </w:rPr>
            </w:pPr>
            <w:r w:rsidRPr="00BE74C6">
              <w:rPr>
                <w:i/>
                <w:color w:val="66706B"/>
                <w:szCs w:val="24"/>
              </w:rPr>
              <w:t>&lt;Continuity method&gt;</w:t>
            </w:r>
          </w:p>
        </w:tc>
      </w:tr>
      <w:tr w:rsidR="00686453" w:rsidRPr="00BE74C6" w14:paraId="2A05B92D" w14:textId="77777777" w:rsidTr="00AF13A6">
        <w:trPr>
          <w:cantSplit/>
          <w:jc w:val="center"/>
        </w:trPr>
        <w:tc>
          <w:tcPr>
            <w:tcW w:w="5141" w:type="dxa"/>
            <w:shd w:val="clear" w:color="auto" w:fill="F7FAF8"/>
            <w:tcMar>
              <w:top w:w="80" w:type="dxa"/>
              <w:left w:w="90" w:type="dxa"/>
              <w:bottom w:w="80" w:type="dxa"/>
              <w:right w:w="90" w:type="dxa"/>
            </w:tcMar>
          </w:tcPr>
          <w:p w14:paraId="441194C8" w14:textId="77777777" w:rsidR="00686453" w:rsidRPr="00BE74C6" w:rsidRDefault="00D95FB4">
            <w:pPr>
              <w:rPr>
                <w:szCs w:val="24"/>
              </w:rPr>
            </w:pPr>
            <w:r w:rsidRPr="00BE74C6">
              <w:rPr>
                <w:b/>
                <w:color w:val="015A41"/>
                <w:szCs w:val="24"/>
              </w:rPr>
              <w:t>Medical records / orders / communication</w:t>
            </w:r>
          </w:p>
        </w:tc>
        <w:tc>
          <w:tcPr>
            <w:tcW w:w="6048" w:type="dxa"/>
            <w:shd w:val="clear" w:color="auto" w:fill="FFFFFF"/>
            <w:tcMar>
              <w:top w:w="80" w:type="dxa"/>
              <w:left w:w="90" w:type="dxa"/>
              <w:bottom w:w="80" w:type="dxa"/>
              <w:right w:w="90" w:type="dxa"/>
            </w:tcMar>
          </w:tcPr>
          <w:p w14:paraId="71858329" w14:textId="77777777" w:rsidR="00686453" w:rsidRPr="00BE74C6" w:rsidRDefault="00D95FB4">
            <w:pPr>
              <w:rPr>
                <w:szCs w:val="24"/>
              </w:rPr>
            </w:pPr>
            <w:r w:rsidRPr="00BE74C6">
              <w:rPr>
                <w:i/>
                <w:color w:val="66706B"/>
                <w:szCs w:val="24"/>
              </w:rPr>
              <w:t>&lt;Continuity method&gt;</w:t>
            </w:r>
          </w:p>
        </w:tc>
      </w:tr>
      <w:tr w:rsidR="00686453" w:rsidRPr="00BE74C6" w14:paraId="5738382E" w14:textId="77777777" w:rsidTr="00AF13A6">
        <w:trPr>
          <w:cantSplit/>
          <w:jc w:val="center"/>
        </w:trPr>
        <w:tc>
          <w:tcPr>
            <w:tcW w:w="5141" w:type="dxa"/>
            <w:shd w:val="clear" w:color="auto" w:fill="EAF3EF"/>
            <w:tcMar>
              <w:top w:w="80" w:type="dxa"/>
              <w:left w:w="90" w:type="dxa"/>
              <w:bottom w:w="80" w:type="dxa"/>
              <w:right w:w="90" w:type="dxa"/>
            </w:tcMar>
          </w:tcPr>
          <w:p w14:paraId="389DC1CC" w14:textId="77777777" w:rsidR="00686453" w:rsidRPr="00BE74C6" w:rsidRDefault="00D95FB4">
            <w:pPr>
              <w:rPr>
                <w:szCs w:val="24"/>
              </w:rPr>
            </w:pPr>
            <w:r w:rsidRPr="00BE74C6">
              <w:rPr>
                <w:b/>
                <w:color w:val="015A41"/>
                <w:szCs w:val="24"/>
              </w:rPr>
              <w:t>Life safety / security / maintenance</w:t>
            </w:r>
          </w:p>
        </w:tc>
        <w:tc>
          <w:tcPr>
            <w:tcW w:w="6048" w:type="dxa"/>
            <w:shd w:val="clear" w:color="auto" w:fill="FFFFFF"/>
            <w:tcMar>
              <w:top w:w="80" w:type="dxa"/>
              <w:left w:w="90" w:type="dxa"/>
              <w:bottom w:w="80" w:type="dxa"/>
              <w:right w:w="90" w:type="dxa"/>
            </w:tcMar>
          </w:tcPr>
          <w:p w14:paraId="17208FC5" w14:textId="77777777" w:rsidR="00686453" w:rsidRPr="00BE74C6" w:rsidRDefault="00D95FB4">
            <w:pPr>
              <w:rPr>
                <w:szCs w:val="24"/>
              </w:rPr>
            </w:pPr>
            <w:r w:rsidRPr="00BE74C6">
              <w:rPr>
                <w:i/>
                <w:color w:val="66706B"/>
                <w:szCs w:val="24"/>
              </w:rPr>
              <w:t>&lt;Continuity method&gt;</w:t>
            </w:r>
          </w:p>
        </w:tc>
      </w:tr>
      <w:tr w:rsidR="00686453" w:rsidRPr="00BE74C6" w14:paraId="540A70AA" w14:textId="77777777" w:rsidTr="00AF13A6">
        <w:trPr>
          <w:cantSplit/>
          <w:jc w:val="center"/>
        </w:trPr>
        <w:tc>
          <w:tcPr>
            <w:tcW w:w="5141" w:type="dxa"/>
            <w:shd w:val="clear" w:color="auto" w:fill="F7FAF8"/>
            <w:tcMar>
              <w:top w:w="80" w:type="dxa"/>
              <w:left w:w="90" w:type="dxa"/>
              <w:bottom w:w="80" w:type="dxa"/>
              <w:right w:w="90" w:type="dxa"/>
            </w:tcMar>
          </w:tcPr>
          <w:p w14:paraId="22D01EB8" w14:textId="77777777" w:rsidR="00686453" w:rsidRPr="00BE74C6" w:rsidRDefault="00D95FB4">
            <w:pPr>
              <w:rPr>
                <w:szCs w:val="24"/>
              </w:rPr>
            </w:pPr>
            <w:r w:rsidRPr="00BE74C6">
              <w:rPr>
                <w:b/>
                <w:color w:val="015A41"/>
                <w:szCs w:val="24"/>
              </w:rPr>
              <w:t>Other essential service</w:t>
            </w:r>
          </w:p>
        </w:tc>
        <w:tc>
          <w:tcPr>
            <w:tcW w:w="6048" w:type="dxa"/>
            <w:shd w:val="clear" w:color="auto" w:fill="FFFFFF"/>
            <w:tcMar>
              <w:top w:w="80" w:type="dxa"/>
              <w:left w:w="90" w:type="dxa"/>
              <w:bottom w:w="80" w:type="dxa"/>
              <w:right w:w="90" w:type="dxa"/>
            </w:tcMar>
          </w:tcPr>
          <w:p w14:paraId="253742CD" w14:textId="77777777" w:rsidR="00686453" w:rsidRPr="00BE74C6" w:rsidRDefault="00D95FB4">
            <w:pPr>
              <w:rPr>
                <w:szCs w:val="24"/>
              </w:rPr>
            </w:pPr>
            <w:r w:rsidRPr="00BE74C6">
              <w:rPr>
                <w:i/>
                <w:color w:val="66706B"/>
                <w:szCs w:val="24"/>
              </w:rPr>
              <w:t>&lt;Insert&gt;</w:t>
            </w:r>
          </w:p>
        </w:tc>
      </w:tr>
    </w:tbl>
    <w:p w14:paraId="2F90FA75" w14:textId="77777777" w:rsidR="00686453" w:rsidRDefault="00686453">
      <w:pPr>
        <w:spacing w:after="0"/>
      </w:pPr>
    </w:p>
    <w:p w14:paraId="67E52608" w14:textId="77777777" w:rsidR="00686453" w:rsidRDefault="00D95FB4">
      <w:r>
        <w:br w:type="page"/>
      </w:r>
    </w:p>
    <w:p w14:paraId="5CF0DE57" w14:textId="77777777" w:rsidR="00686453" w:rsidRDefault="00D95FB4">
      <w:pPr>
        <w:pStyle w:val="Heading1"/>
        <w:pBdr>
          <w:bottom w:val="single" w:sz="14" w:space="5" w:color="E63B07"/>
        </w:pBdr>
        <w:spacing w:before="140" w:after="140"/>
      </w:pPr>
      <w:r>
        <w:rPr>
          <w:rFonts w:ascii="Arial" w:eastAsia="Arial" w:hAnsi="Arial"/>
        </w:rPr>
        <w:lastRenderedPageBreak/>
        <w:t>6. COMMAND AND COORDINATION</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3D242A97" w14:textId="77777777">
        <w:trPr>
          <w:jc w:val="center"/>
        </w:trPr>
        <w:tc>
          <w:tcPr>
            <w:tcW w:w="10282" w:type="dxa"/>
            <w:shd w:val="clear" w:color="auto" w:fill="EAF3EF"/>
            <w:tcMar>
              <w:top w:w="100" w:type="dxa"/>
              <w:left w:w="130" w:type="dxa"/>
              <w:bottom w:w="100" w:type="dxa"/>
              <w:right w:w="130" w:type="dxa"/>
            </w:tcMar>
          </w:tcPr>
          <w:p w14:paraId="1F8E9CDA" w14:textId="77777777" w:rsidR="00686453" w:rsidRPr="00BE74C6" w:rsidRDefault="00D95FB4">
            <w:pPr>
              <w:spacing w:after="0"/>
              <w:rPr>
                <w:sz w:val="20"/>
                <w:szCs w:val="20"/>
              </w:rPr>
            </w:pPr>
            <w:r w:rsidRPr="00BE74C6">
              <w:rPr>
                <w:b/>
                <w:color w:val="015A41"/>
                <w:sz w:val="20"/>
                <w:szCs w:val="20"/>
              </w:rPr>
              <w:t xml:space="preserve">REGULATORY BASIS  </w:t>
            </w:r>
            <w:r w:rsidRPr="00BE74C6">
              <w:rPr>
                <w:sz w:val="20"/>
                <w:szCs w:val="20"/>
              </w:rPr>
              <w:t>42 CFR §483.73(a)(3)-(4), (c); CMS Appendix Z</w:t>
            </w:r>
          </w:p>
        </w:tc>
      </w:tr>
    </w:tbl>
    <w:p w14:paraId="2F82C311" w14:textId="77777777" w:rsidR="00686453" w:rsidRDefault="00686453">
      <w:pPr>
        <w:spacing w:after="0"/>
      </w:pPr>
    </w:p>
    <w:p w14:paraId="46821F58" w14:textId="77777777" w:rsidR="00686453" w:rsidRPr="00BE74C6" w:rsidRDefault="00D95FB4">
      <w:pPr>
        <w:spacing w:after="120" w:line="250" w:lineRule="auto"/>
        <w:rPr>
          <w:sz w:val="20"/>
          <w:szCs w:val="20"/>
        </w:rPr>
      </w:pPr>
      <w:r w:rsidRPr="00BE74C6">
        <w:rPr>
          <w:sz w:val="20"/>
          <w:szCs w:val="20"/>
        </w:rPr>
        <w:t>A scalable incident management structure is recommended; CMS does not require a specific incident command brand.</w:t>
      </w:r>
    </w:p>
    <w:tbl>
      <w:tblPr>
        <w:tblW w:w="0" w:type="auto"/>
        <w:jc w:val="center"/>
        <w:tblBorders>
          <w:top w:val="single" w:sz="5" w:space="0" w:color="C8CCCA"/>
          <w:left w:val="single" w:sz="5" w:space="0" w:color="C8CCCA"/>
          <w:bottom w:val="single" w:sz="5" w:space="0" w:color="C8CCCA"/>
          <w:right w:val="single" w:sz="5" w:space="0" w:color="C8CCCA"/>
          <w:insideH w:val="single" w:sz="5" w:space="0" w:color="C8CCCA"/>
          <w:insideV w:val="single" w:sz="5" w:space="0" w:color="C8CCCA"/>
        </w:tblBorders>
        <w:tblLook w:val="04A0" w:firstRow="1" w:lastRow="0" w:firstColumn="1" w:lastColumn="0" w:noHBand="0" w:noVBand="1"/>
      </w:tblPr>
      <w:tblGrid>
        <w:gridCol w:w="10282"/>
      </w:tblGrid>
      <w:tr w:rsidR="00686453" w:rsidRPr="00BE74C6" w14:paraId="5E329C4F" w14:textId="77777777">
        <w:trPr>
          <w:jc w:val="center"/>
        </w:trPr>
        <w:tc>
          <w:tcPr>
            <w:tcW w:w="10282" w:type="dxa"/>
            <w:shd w:val="clear" w:color="auto" w:fill="F3F5F4"/>
            <w:tcMar>
              <w:top w:w="100" w:type="dxa"/>
              <w:left w:w="130" w:type="dxa"/>
              <w:bottom w:w="100" w:type="dxa"/>
              <w:right w:w="130" w:type="dxa"/>
            </w:tcMar>
          </w:tcPr>
          <w:p w14:paraId="08F94757" w14:textId="43A59B31" w:rsidR="00686453" w:rsidRPr="00BE74C6" w:rsidRDefault="00D95FB4">
            <w:pPr>
              <w:spacing w:after="0"/>
              <w:rPr>
                <w:sz w:val="20"/>
                <w:szCs w:val="20"/>
              </w:rPr>
            </w:pPr>
            <w:r w:rsidRPr="00BE74C6">
              <w:rPr>
                <w:b/>
                <w:color w:val="66706B"/>
                <w:sz w:val="20"/>
                <w:szCs w:val="20"/>
              </w:rPr>
              <w:t xml:space="preserve">HCC-ME RECOMMENDED PRACTICE </w:t>
            </w:r>
            <w:r w:rsidRPr="00BE74C6">
              <w:rPr>
                <w:sz w:val="20"/>
                <w:szCs w:val="20"/>
              </w:rPr>
              <w:t>Use a simple, scalable incident management structure with defined command, operations, planning/situation status, logistics, finance/administration, public information, safety, and liaison functions as appropriate. This is a planning recommendation, not an HCC-ME requirement.</w:t>
            </w:r>
          </w:p>
        </w:tc>
      </w:tr>
    </w:tbl>
    <w:p w14:paraId="56A37C62" w14:textId="77777777" w:rsidR="00686453" w:rsidRDefault="00686453">
      <w:pPr>
        <w:spacing w:after="0"/>
      </w:pPr>
    </w:p>
    <w:p w14:paraId="58E794D7" w14:textId="77777777" w:rsidR="00686453" w:rsidRDefault="00D95FB4">
      <w:pPr>
        <w:pStyle w:val="Heading2"/>
        <w:spacing w:before="120" w:after="80"/>
      </w:pPr>
      <w:r>
        <w:rPr>
          <w:rFonts w:ascii="Arial" w:eastAsia="Arial" w:hAnsi="Arial"/>
        </w:rPr>
        <w:t>A. Orders of Succession</w:t>
      </w: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592"/>
        <w:gridCol w:w="2592"/>
        <w:gridCol w:w="2570"/>
        <w:gridCol w:w="2570"/>
      </w:tblGrid>
      <w:tr w:rsidR="00686453" w:rsidRPr="00BE74C6" w14:paraId="3E1C335E" w14:textId="77777777">
        <w:trPr>
          <w:tblHeader/>
          <w:jc w:val="center"/>
        </w:trPr>
        <w:tc>
          <w:tcPr>
            <w:tcW w:w="2592" w:type="dxa"/>
            <w:shd w:val="clear" w:color="auto" w:fill="015A41"/>
            <w:tcMar>
              <w:top w:w="70" w:type="dxa"/>
              <w:left w:w="70" w:type="dxa"/>
              <w:bottom w:w="70" w:type="dxa"/>
              <w:right w:w="70" w:type="dxa"/>
            </w:tcMar>
          </w:tcPr>
          <w:p w14:paraId="4745E2C2" w14:textId="77777777" w:rsidR="00686453" w:rsidRPr="00BE74C6" w:rsidRDefault="00D95FB4">
            <w:pPr>
              <w:rPr>
                <w:szCs w:val="24"/>
              </w:rPr>
            </w:pPr>
            <w:r w:rsidRPr="00BE74C6">
              <w:rPr>
                <w:b/>
                <w:color w:val="FFFFFF"/>
                <w:szCs w:val="24"/>
              </w:rPr>
              <w:t>Position</w:t>
            </w:r>
          </w:p>
        </w:tc>
        <w:tc>
          <w:tcPr>
            <w:tcW w:w="2592" w:type="dxa"/>
            <w:shd w:val="clear" w:color="auto" w:fill="015A41"/>
            <w:tcMar>
              <w:top w:w="70" w:type="dxa"/>
              <w:left w:w="70" w:type="dxa"/>
              <w:bottom w:w="70" w:type="dxa"/>
              <w:right w:w="70" w:type="dxa"/>
            </w:tcMar>
          </w:tcPr>
          <w:p w14:paraId="5F190078" w14:textId="77777777" w:rsidR="00686453" w:rsidRPr="00BE74C6" w:rsidRDefault="00D95FB4">
            <w:pPr>
              <w:rPr>
                <w:szCs w:val="24"/>
              </w:rPr>
            </w:pPr>
            <w:r w:rsidRPr="00BE74C6">
              <w:rPr>
                <w:b/>
                <w:color w:val="FFFFFF"/>
                <w:szCs w:val="24"/>
              </w:rPr>
              <w:t>Primary</w:t>
            </w:r>
          </w:p>
        </w:tc>
        <w:tc>
          <w:tcPr>
            <w:tcW w:w="2376" w:type="dxa"/>
            <w:shd w:val="clear" w:color="auto" w:fill="015A41"/>
            <w:tcMar>
              <w:top w:w="70" w:type="dxa"/>
              <w:left w:w="70" w:type="dxa"/>
              <w:bottom w:w="70" w:type="dxa"/>
              <w:right w:w="70" w:type="dxa"/>
            </w:tcMar>
          </w:tcPr>
          <w:p w14:paraId="5D33ED2F" w14:textId="77777777" w:rsidR="00686453" w:rsidRPr="00BE74C6" w:rsidRDefault="00D95FB4">
            <w:pPr>
              <w:rPr>
                <w:szCs w:val="24"/>
              </w:rPr>
            </w:pPr>
            <w:r w:rsidRPr="00BE74C6">
              <w:rPr>
                <w:b/>
                <w:color w:val="FFFFFF"/>
                <w:szCs w:val="24"/>
              </w:rPr>
              <w:t>First Alternate</w:t>
            </w:r>
          </w:p>
        </w:tc>
        <w:tc>
          <w:tcPr>
            <w:tcW w:w="2376" w:type="dxa"/>
            <w:shd w:val="clear" w:color="auto" w:fill="015A41"/>
            <w:tcMar>
              <w:top w:w="70" w:type="dxa"/>
              <w:left w:w="70" w:type="dxa"/>
              <w:bottom w:w="70" w:type="dxa"/>
              <w:right w:w="70" w:type="dxa"/>
            </w:tcMar>
          </w:tcPr>
          <w:p w14:paraId="2C1F0C00" w14:textId="77777777" w:rsidR="00686453" w:rsidRPr="00BE74C6" w:rsidRDefault="00D95FB4">
            <w:pPr>
              <w:rPr>
                <w:szCs w:val="24"/>
              </w:rPr>
            </w:pPr>
            <w:r w:rsidRPr="00BE74C6">
              <w:rPr>
                <w:b/>
                <w:color w:val="FFFFFF"/>
                <w:szCs w:val="24"/>
              </w:rPr>
              <w:t>Second Alternate</w:t>
            </w:r>
          </w:p>
        </w:tc>
      </w:tr>
      <w:tr w:rsidR="00686453" w:rsidRPr="00BE74C6" w14:paraId="6EF71122" w14:textId="77777777">
        <w:trPr>
          <w:cantSplit/>
          <w:jc w:val="center"/>
        </w:trPr>
        <w:tc>
          <w:tcPr>
            <w:tcW w:w="2570" w:type="dxa"/>
            <w:tcMar>
              <w:top w:w="70" w:type="dxa"/>
              <w:left w:w="70" w:type="dxa"/>
              <w:bottom w:w="70" w:type="dxa"/>
              <w:right w:w="70" w:type="dxa"/>
            </w:tcMar>
          </w:tcPr>
          <w:p w14:paraId="5AEB6F0B" w14:textId="77777777" w:rsidR="00686453" w:rsidRPr="00BE74C6" w:rsidRDefault="00D95FB4">
            <w:pPr>
              <w:rPr>
                <w:szCs w:val="24"/>
              </w:rPr>
            </w:pPr>
            <w:r w:rsidRPr="00BE74C6">
              <w:rPr>
                <w:b/>
                <w:color w:val="015A41"/>
                <w:szCs w:val="24"/>
              </w:rPr>
              <w:t>Administrator</w:t>
            </w:r>
          </w:p>
        </w:tc>
        <w:tc>
          <w:tcPr>
            <w:tcW w:w="2570" w:type="dxa"/>
            <w:tcMar>
              <w:top w:w="70" w:type="dxa"/>
              <w:left w:w="70" w:type="dxa"/>
              <w:bottom w:w="70" w:type="dxa"/>
              <w:right w:w="70" w:type="dxa"/>
            </w:tcMar>
          </w:tcPr>
          <w:p w14:paraId="150FE74B" w14:textId="77777777" w:rsidR="00686453" w:rsidRPr="00BE74C6" w:rsidRDefault="00D95FB4">
            <w:pPr>
              <w:rPr>
                <w:szCs w:val="24"/>
              </w:rPr>
            </w:pPr>
            <w:r w:rsidRPr="00BE74C6">
              <w:rPr>
                <w:szCs w:val="24"/>
              </w:rPr>
              <w:t>&lt;Name&gt;</w:t>
            </w:r>
          </w:p>
        </w:tc>
        <w:tc>
          <w:tcPr>
            <w:tcW w:w="2570" w:type="dxa"/>
            <w:tcMar>
              <w:top w:w="70" w:type="dxa"/>
              <w:left w:w="70" w:type="dxa"/>
              <w:bottom w:w="70" w:type="dxa"/>
              <w:right w:w="70" w:type="dxa"/>
            </w:tcMar>
          </w:tcPr>
          <w:p w14:paraId="1E28EA1C" w14:textId="77777777" w:rsidR="00686453" w:rsidRPr="00BE74C6" w:rsidRDefault="00D95FB4">
            <w:pPr>
              <w:rPr>
                <w:szCs w:val="24"/>
              </w:rPr>
            </w:pPr>
            <w:r w:rsidRPr="00BE74C6">
              <w:rPr>
                <w:szCs w:val="24"/>
              </w:rPr>
              <w:t>&lt;1st alternate&gt;</w:t>
            </w:r>
          </w:p>
        </w:tc>
        <w:tc>
          <w:tcPr>
            <w:tcW w:w="2570" w:type="dxa"/>
            <w:tcMar>
              <w:top w:w="70" w:type="dxa"/>
              <w:left w:w="70" w:type="dxa"/>
              <w:bottom w:w="70" w:type="dxa"/>
              <w:right w:w="70" w:type="dxa"/>
            </w:tcMar>
          </w:tcPr>
          <w:p w14:paraId="22AA010D" w14:textId="77777777" w:rsidR="00686453" w:rsidRPr="00BE74C6" w:rsidRDefault="00D95FB4">
            <w:pPr>
              <w:rPr>
                <w:szCs w:val="24"/>
              </w:rPr>
            </w:pPr>
            <w:r w:rsidRPr="00BE74C6">
              <w:rPr>
                <w:szCs w:val="24"/>
              </w:rPr>
              <w:t>&lt;2nd alternate&gt;</w:t>
            </w:r>
          </w:p>
        </w:tc>
      </w:tr>
      <w:tr w:rsidR="00686453" w:rsidRPr="00BE74C6" w14:paraId="3859FBD1" w14:textId="77777777">
        <w:trPr>
          <w:cantSplit/>
          <w:jc w:val="center"/>
        </w:trPr>
        <w:tc>
          <w:tcPr>
            <w:tcW w:w="2570" w:type="dxa"/>
            <w:tcMar>
              <w:top w:w="70" w:type="dxa"/>
              <w:left w:w="70" w:type="dxa"/>
              <w:bottom w:w="70" w:type="dxa"/>
              <w:right w:w="70" w:type="dxa"/>
            </w:tcMar>
          </w:tcPr>
          <w:p w14:paraId="17593526" w14:textId="77777777" w:rsidR="00686453" w:rsidRPr="00BE74C6" w:rsidRDefault="00D95FB4">
            <w:pPr>
              <w:rPr>
                <w:szCs w:val="24"/>
              </w:rPr>
            </w:pPr>
            <w:r w:rsidRPr="00BE74C6">
              <w:rPr>
                <w:b/>
                <w:color w:val="015A41"/>
                <w:szCs w:val="24"/>
              </w:rPr>
              <w:t>Director of Nursing</w:t>
            </w:r>
          </w:p>
        </w:tc>
        <w:tc>
          <w:tcPr>
            <w:tcW w:w="2570" w:type="dxa"/>
            <w:tcMar>
              <w:top w:w="70" w:type="dxa"/>
              <w:left w:w="70" w:type="dxa"/>
              <w:bottom w:w="70" w:type="dxa"/>
              <w:right w:w="70" w:type="dxa"/>
            </w:tcMar>
          </w:tcPr>
          <w:p w14:paraId="5458A694" w14:textId="77777777" w:rsidR="00686453" w:rsidRPr="00BE74C6" w:rsidRDefault="00D95FB4">
            <w:pPr>
              <w:rPr>
                <w:szCs w:val="24"/>
              </w:rPr>
            </w:pPr>
            <w:r w:rsidRPr="00BE74C6">
              <w:rPr>
                <w:szCs w:val="24"/>
              </w:rPr>
              <w:t>&lt;Name&gt;</w:t>
            </w:r>
          </w:p>
        </w:tc>
        <w:tc>
          <w:tcPr>
            <w:tcW w:w="2570" w:type="dxa"/>
            <w:tcMar>
              <w:top w:w="70" w:type="dxa"/>
              <w:left w:w="70" w:type="dxa"/>
              <w:bottom w:w="70" w:type="dxa"/>
              <w:right w:w="70" w:type="dxa"/>
            </w:tcMar>
          </w:tcPr>
          <w:p w14:paraId="67FB694F" w14:textId="77777777" w:rsidR="00686453" w:rsidRPr="00BE74C6" w:rsidRDefault="00D95FB4">
            <w:pPr>
              <w:rPr>
                <w:szCs w:val="24"/>
              </w:rPr>
            </w:pPr>
            <w:r w:rsidRPr="00BE74C6">
              <w:rPr>
                <w:szCs w:val="24"/>
              </w:rPr>
              <w:t>&lt;1st alternate&gt;</w:t>
            </w:r>
          </w:p>
        </w:tc>
        <w:tc>
          <w:tcPr>
            <w:tcW w:w="2570" w:type="dxa"/>
            <w:tcMar>
              <w:top w:w="70" w:type="dxa"/>
              <w:left w:w="70" w:type="dxa"/>
              <w:bottom w:w="70" w:type="dxa"/>
              <w:right w:w="70" w:type="dxa"/>
            </w:tcMar>
          </w:tcPr>
          <w:p w14:paraId="3303EAF8" w14:textId="77777777" w:rsidR="00686453" w:rsidRPr="00BE74C6" w:rsidRDefault="00D95FB4">
            <w:pPr>
              <w:rPr>
                <w:szCs w:val="24"/>
              </w:rPr>
            </w:pPr>
            <w:r w:rsidRPr="00BE74C6">
              <w:rPr>
                <w:szCs w:val="24"/>
              </w:rPr>
              <w:t>&lt;2nd alternate&gt;</w:t>
            </w:r>
          </w:p>
        </w:tc>
      </w:tr>
      <w:tr w:rsidR="00686453" w:rsidRPr="00BE74C6" w14:paraId="0B23628D" w14:textId="77777777">
        <w:trPr>
          <w:cantSplit/>
          <w:jc w:val="center"/>
        </w:trPr>
        <w:tc>
          <w:tcPr>
            <w:tcW w:w="2570" w:type="dxa"/>
            <w:tcMar>
              <w:top w:w="70" w:type="dxa"/>
              <w:left w:w="70" w:type="dxa"/>
              <w:bottom w:w="70" w:type="dxa"/>
              <w:right w:w="70" w:type="dxa"/>
            </w:tcMar>
          </w:tcPr>
          <w:p w14:paraId="6F1E64F4" w14:textId="77777777" w:rsidR="00686453" w:rsidRPr="00BE74C6" w:rsidRDefault="00D95FB4">
            <w:pPr>
              <w:rPr>
                <w:szCs w:val="24"/>
              </w:rPr>
            </w:pPr>
            <w:r w:rsidRPr="00BE74C6">
              <w:rPr>
                <w:b/>
                <w:color w:val="015A41"/>
                <w:szCs w:val="24"/>
              </w:rPr>
              <w:t>Facilities / Safety</w:t>
            </w:r>
          </w:p>
        </w:tc>
        <w:tc>
          <w:tcPr>
            <w:tcW w:w="2570" w:type="dxa"/>
            <w:tcMar>
              <w:top w:w="70" w:type="dxa"/>
              <w:left w:w="70" w:type="dxa"/>
              <w:bottom w:w="70" w:type="dxa"/>
              <w:right w:w="70" w:type="dxa"/>
            </w:tcMar>
          </w:tcPr>
          <w:p w14:paraId="7C13D149" w14:textId="77777777" w:rsidR="00686453" w:rsidRPr="00BE74C6" w:rsidRDefault="00D95FB4">
            <w:pPr>
              <w:rPr>
                <w:szCs w:val="24"/>
              </w:rPr>
            </w:pPr>
            <w:r w:rsidRPr="00BE74C6">
              <w:rPr>
                <w:szCs w:val="24"/>
              </w:rPr>
              <w:t>&lt;Name&gt;</w:t>
            </w:r>
          </w:p>
        </w:tc>
        <w:tc>
          <w:tcPr>
            <w:tcW w:w="2570" w:type="dxa"/>
            <w:tcMar>
              <w:top w:w="70" w:type="dxa"/>
              <w:left w:w="70" w:type="dxa"/>
              <w:bottom w:w="70" w:type="dxa"/>
              <w:right w:w="70" w:type="dxa"/>
            </w:tcMar>
          </w:tcPr>
          <w:p w14:paraId="1F50C60C" w14:textId="77777777" w:rsidR="00686453" w:rsidRPr="00BE74C6" w:rsidRDefault="00D95FB4">
            <w:pPr>
              <w:rPr>
                <w:szCs w:val="24"/>
              </w:rPr>
            </w:pPr>
            <w:r w:rsidRPr="00BE74C6">
              <w:rPr>
                <w:szCs w:val="24"/>
              </w:rPr>
              <w:t>&lt;1st alternate&gt;</w:t>
            </w:r>
          </w:p>
        </w:tc>
        <w:tc>
          <w:tcPr>
            <w:tcW w:w="2570" w:type="dxa"/>
            <w:tcMar>
              <w:top w:w="70" w:type="dxa"/>
              <w:left w:w="70" w:type="dxa"/>
              <w:bottom w:w="70" w:type="dxa"/>
              <w:right w:w="70" w:type="dxa"/>
            </w:tcMar>
          </w:tcPr>
          <w:p w14:paraId="78CA7CD1" w14:textId="77777777" w:rsidR="00686453" w:rsidRPr="00BE74C6" w:rsidRDefault="00D95FB4">
            <w:pPr>
              <w:rPr>
                <w:szCs w:val="24"/>
              </w:rPr>
            </w:pPr>
            <w:r w:rsidRPr="00BE74C6">
              <w:rPr>
                <w:szCs w:val="24"/>
              </w:rPr>
              <w:t>&lt;2nd alternate&gt;</w:t>
            </w:r>
          </w:p>
        </w:tc>
      </w:tr>
    </w:tbl>
    <w:p w14:paraId="6788822D" w14:textId="77777777" w:rsidR="00686453" w:rsidRDefault="00686453">
      <w:pPr>
        <w:spacing w:after="0"/>
      </w:pPr>
    </w:p>
    <w:p w14:paraId="7AF6F912" w14:textId="77777777" w:rsidR="00686453" w:rsidRDefault="00D95FB4">
      <w:pPr>
        <w:pStyle w:val="Heading2"/>
        <w:spacing w:before="120" w:after="80"/>
      </w:pPr>
      <w:r>
        <w:rPr>
          <w:rFonts w:ascii="Arial" w:eastAsia="Arial" w:hAnsi="Arial"/>
        </w:rPr>
        <w:t>B. Delegations of Authority</w:t>
      </w:r>
    </w:p>
    <w:tbl>
      <w:tblPr>
        <w:tblW w:w="10620"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3150"/>
        <w:gridCol w:w="2126"/>
        <w:gridCol w:w="3240"/>
        <w:gridCol w:w="2104"/>
      </w:tblGrid>
      <w:tr w:rsidR="00686453" w:rsidRPr="00BE74C6" w14:paraId="3BBF09D9" w14:textId="77777777" w:rsidTr="00673D88">
        <w:trPr>
          <w:tblHeader/>
          <w:jc w:val="center"/>
        </w:trPr>
        <w:tc>
          <w:tcPr>
            <w:tcW w:w="3150" w:type="dxa"/>
            <w:shd w:val="clear" w:color="auto" w:fill="015A41"/>
            <w:tcMar>
              <w:top w:w="70" w:type="dxa"/>
              <w:left w:w="70" w:type="dxa"/>
              <w:bottom w:w="70" w:type="dxa"/>
              <w:right w:w="70" w:type="dxa"/>
            </w:tcMar>
          </w:tcPr>
          <w:p w14:paraId="6FBE29FD" w14:textId="77777777" w:rsidR="00686453" w:rsidRPr="00BE74C6" w:rsidRDefault="00D95FB4">
            <w:pPr>
              <w:rPr>
                <w:szCs w:val="24"/>
              </w:rPr>
            </w:pPr>
            <w:r w:rsidRPr="00BE74C6">
              <w:rPr>
                <w:b/>
                <w:color w:val="FFFFFF"/>
                <w:szCs w:val="24"/>
              </w:rPr>
              <w:t>Authority</w:t>
            </w:r>
          </w:p>
        </w:tc>
        <w:tc>
          <w:tcPr>
            <w:tcW w:w="2126" w:type="dxa"/>
            <w:shd w:val="clear" w:color="auto" w:fill="015A41"/>
            <w:tcMar>
              <w:top w:w="70" w:type="dxa"/>
              <w:left w:w="70" w:type="dxa"/>
              <w:bottom w:w="70" w:type="dxa"/>
              <w:right w:w="70" w:type="dxa"/>
            </w:tcMar>
          </w:tcPr>
          <w:p w14:paraId="6D5DB1E3" w14:textId="77777777" w:rsidR="00686453" w:rsidRPr="00BE74C6" w:rsidRDefault="00D95FB4">
            <w:pPr>
              <w:rPr>
                <w:szCs w:val="24"/>
              </w:rPr>
            </w:pPr>
            <w:r w:rsidRPr="00BE74C6">
              <w:rPr>
                <w:b/>
                <w:color w:val="FFFFFF"/>
                <w:szCs w:val="24"/>
              </w:rPr>
              <w:t>Delegated To</w:t>
            </w:r>
          </w:p>
        </w:tc>
        <w:tc>
          <w:tcPr>
            <w:tcW w:w="3240" w:type="dxa"/>
            <w:shd w:val="clear" w:color="auto" w:fill="015A41"/>
            <w:tcMar>
              <w:top w:w="70" w:type="dxa"/>
              <w:left w:w="70" w:type="dxa"/>
              <w:bottom w:w="70" w:type="dxa"/>
              <w:right w:w="70" w:type="dxa"/>
            </w:tcMar>
          </w:tcPr>
          <w:p w14:paraId="3E7E4FB8" w14:textId="77777777" w:rsidR="00686453" w:rsidRPr="00BE74C6" w:rsidRDefault="00D95FB4">
            <w:pPr>
              <w:rPr>
                <w:szCs w:val="24"/>
              </w:rPr>
            </w:pPr>
            <w:r w:rsidRPr="00BE74C6">
              <w:rPr>
                <w:b/>
                <w:color w:val="FFFFFF"/>
                <w:szCs w:val="24"/>
              </w:rPr>
              <w:t>Limits / Conditions</w:t>
            </w:r>
          </w:p>
        </w:tc>
        <w:tc>
          <w:tcPr>
            <w:tcW w:w="2104" w:type="dxa"/>
            <w:shd w:val="clear" w:color="auto" w:fill="015A41"/>
            <w:tcMar>
              <w:top w:w="70" w:type="dxa"/>
              <w:left w:w="70" w:type="dxa"/>
              <w:bottom w:w="70" w:type="dxa"/>
              <w:right w:w="70" w:type="dxa"/>
            </w:tcMar>
          </w:tcPr>
          <w:p w14:paraId="0EC5223C" w14:textId="77777777" w:rsidR="00686453" w:rsidRPr="00BE74C6" w:rsidRDefault="00D95FB4">
            <w:pPr>
              <w:rPr>
                <w:szCs w:val="24"/>
              </w:rPr>
            </w:pPr>
            <w:r w:rsidRPr="00BE74C6">
              <w:rPr>
                <w:b/>
                <w:color w:val="FFFFFF"/>
                <w:szCs w:val="24"/>
              </w:rPr>
              <w:t>Backup</w:t>
            </w:r>
          </w:p>
        </w:tc>
      </w:tr>
      <w:tr w:rsidR="00686453" w:rsidRPr="00BE74C6" w14:paraId="097DD597" w14:textId="77777777" w:rsidTr="00673D88">
        <w:trPr>
          <w:cantSplit/>
          <w:jc w:val="center"/>
        </w:trPr>
        <w:tc>
          <w:tcPr>
            <w:tcW w:w="3150" w:type="dxa"/>
            <w:tcMar>
              <w:top w:w="70" w:type="dxa"/>
              <w:left w:w="70" w:type="dxa"/>
              <w:bottom w:w="70" w:type="dxa"/>
              <w:right w:w="70" w:type="dxa"/>
            </w:tcMar>
          </w:tcPr>
          <w:p w14:paraId="2AE9B08F" w14:textId="77777777" w:rsidR="00686453" w:rsidRPr="00BE74C6" w:rsidRDefault="00D95FB4">
            <w:pPr>
              <w:rPr>
                <w:szCs w:val="24"/>
              </w:rPr>
            </w:pPr>
            <w:r w:rsidRPr="00BE74C6">
              <w:rPr>
                <w:b/>
                <w:color w:val="015A41"/>
                <w:szCs w:val="24"/>
              </w:rPr>
              <w:t>Activate EOP</w:t>
            </w:r>
          </w:p>
        </w:tc>
        <w:tc>
          <w:tcPr>
            <w:tcW w:w="2126" w:type="dxa"/>
            <w:tcMar>
              <w:top w:w="70" w:type="dxa"/>
              <w:left w:w="70" w:type="dxa"/>
              <w:bottom w:w="70" w:type="dxa"/>
              <w:right w:w="70" w:type="dxa"/>
            </w:tcMar>
          </w:tcPr>
          <w:p w14:paraId="622738E9" w14:textId="77777777" w:rsidR="00686453" w:rsidRPr="00BE74C6" w:rsidRDefault="00D95FB4">
            <w:pPr>
              <w:rPr>
                <w:szCs w:val="24"/>
              </w:rPr>
            </w:pPr>
            <w:r w:rsidRPr="00BE74C6">
              <w:rPr>
                <w:szCs w:val="24"/>
              </w:rPr>
              <w:t>&lt;Position&gt;</w:t>
            </w:r>
          </w:p>
        </w:tc>
        <w:tc>
          <w:tcPr>
            <w:tcW w:w="3240" w:type="dxa"/>
            <w:tcMar>
              <w:top w:w="70" w:type="dxa"/>
              <w:left w:w="70" w:type="dxa"/>
              <w:bottom w:w="70" w:type="dxa"/>
              <w:right w:w="70" w:type="dxa"/>
            </w:tcMar>
          </w:tcPr>
          <w:p w14:paraId="15BF301E" w14:textId="77777777" w:rsidR="00686453" w:rsidRPr="00BE74C6" w:rsidRDefault="00D95FB4">
            <w:pPr>
              <w:rPr>
                <w:szCs w:val="24"/>
              </w:rPr>
            </w:pPr>
            <w:r w:rsidRPr="00BE74C6">
              <w:rPr>
                <w:szCs w:val="24"/>
              </w:rPr>
              <w:t>&lt;Limitations&gt;</w:t>
            </w:r>
          </w:p>
        </w:tc>
        <w:tc>
          <w:tcPr>
            <w:tcW w:w="2104" w:type="dxa"/>
            <w:tcMar>
              <w:top w:w="70" w:type="dxa"/>
              <w:left w:w="70" w:type="dxa"/>
              <w:bottom w:w="70" w:type="dxa"/>
              <w:right w:w="70" w:type="dxa"/>
            </w:tcMar>
          </w:tcPr>
          <w:p w14:paraId="62A5B0D5" w14:textId="77777777" w:rsidR="00686453" w:rsidRPr="00BE74C6" w:rsidRDefault="00D95FB4">
            <w:pPr>
              <w:rPr>
                <w:szCs w:val="24"/>
              </w:rPr>
            </w:pPr>
            <w:r w:rsidRPr="00BE74C6">
              <w:rPr>
                <w:szCs w:val="24"/>
              </w:rPr>
              <w:t>&lt;Backup&gt;</w:t>
            </w:r>
          </w:p>
        </w:tc>
      </w:tr>
      <w:tr w:rsidR="00686453" w:rsidRPr="00BE74C6" w14:paraId="0872C16F" w14:textId="77777777" w:rsidTr="00673D88">
        <w:trPr>
          <w:cantSplit/>
          <w:jc w:val="center"/>
        </w:trPr>
        <w:tc>
          <w:tcPr>
            <w:tcW w:w="3150" w:type="dxa"/>
            <w:tcMar>
              <w:top w:w="70" w:type="dxa"/>
              <w:left w:w="70" w:type="dxa"/>
              <w:bottom w:w="70" w:type="dxa"/>
              <w:right w:w="70" w:type="dxa"/>
            </w:tcMar>
          </w:tcPr>
          <w:p w14:paraId="3B77BF26" w14:textId="77777777" w:rsidR="00686453" w:rsidRPr="00BE74C6" w:rsidRDefault="00D95FB4">
            <w:pPr>
              <w:rPr>
                <w:szCs w:val="24"/>
              </w:rPr>
            </w:pPr>
            <w:r w:rsidRPr="00BE74C6">
              <w:rPr>
                <w:b/>
                <w:color w:val="015A41"/>
                <w:szCs w:val="24"/>
              </w:rPr>
              <w:t>Order evacuation / relocation</w:t>
            </w:r>
          </w:p>
        </w:tc>
        <w:tc>
          <w:tcPr>
            <w:tcW w:w="2126" w:type="dxa"/>
            <w:tcMar>
              <w:top w:w="70" w:type="dxa"/>
              <w:left w:w="70" w:type="dxa"/>
              <w:bottom w:w="70" w:type="dxa"/>
              <w:right w:w="70" w:type="dxa"/>
            </w:tcMar>
          </w:tcPr>
          <w:p w14:paraId="7BECDE9B" w14:textId="77777777" w:rsidR="00686453" w:rsidRPr="00BE74C6" w:rsidRDefault="00D95FB4">
            <w:pPr>
              <w:rPr>
                <w:szCs w:val="24"/>
              </w:rPr>
            </w:pPr>
            <w:r w:rsidRPr="00BE74C6">
              <w:rPr>
                <w:szCs w:val="24"/>
              </w:rPr>
              <w:t>&lt;Position&gt;</w:t>
            </w:r>
          </w:p>
        </w:tc>
        <w:tc>
          <w:tcPr>
            <w:tcW w:w="3240" w:type="dxa"/>
            <w:tcMar>
              <w:top w:w="70" w:type="dxa"/>
              <w:left w:w="70" w:type="dxa"/>
              <w:bottom w:w="70" w:type="dxa"/>
              <w:right w:w="70" w:type="dxa"/>
            </w:tcMar>
          </w:tcPr>
          <w:p w14:paraId="4924DD4A" w14:textId="77777777" w:rsidR="00686453" w:rsidRPr="00BE74C6" w:rsidRDefault="00D95FB4">
            <w:pPr>
              <w:rPr>
                <w:szCs w:val="24"/>
              </w:rPr>
            </w:pPr>
            <w:r w:rsidRPr="00BE74C6">
              <w:rPr>
                <w:szCs w:val="24"/>
              </w:rPr>
              <w:t>&lt;Limitations&gt;</w:t>
            </w:r>
          </w:p>
        </w:tc>
        <w:tc>
          <w:tcPr>
            <w:tcW w:w="2104" w:type="dxa"/>
            <w:tcMar>
              <w:top w:w="70" w:type="dxa"/>
              <w:left w:w="70" w:type="dxa"/>
              <w:bottom w:w="70" w:type="dxa"/>
              <w:right w:w="70" w:type="dxa"/>
            </w:tcMar>
          </w:tcPr>
          <w:p w14:paraId="264A38D3" w14:textId="77777777" w:rsidR="00686453" w:rsidRPr="00BE74C6" w:rsidRDefault="00D95FB4">
            <w:pPr>
              <w:rPr>
                <w:szCs w:val="24"/>
              </w:rPr>
            </w:pPr>
            <w:r w:rsidRPr="00BE74C6">
              <w:rPr>
                <w:szCs w:val="24"/>
              </w:rPr>
              <w:t>&lt;Backup&gt;</w:t>
            </w:r>
          </w:p>
        </w:tc>
      </w:tr>
      <w:tr w:rsidR="00686453" w:rsidRPr="00BE74C6" w14:paraId="5C1CF975" w14:textId="77777777" w:rsidTr="00673D88">
        <w:trPr>
          <w:cantSplit/>
          <w:jc w:val="center"/>
        </w:trPr>
        <w:tc>
          <w:tcPr>
            <w:tcW w:w="3150" w:type="dxa"/>
            <w:tcMar>
              <w:top w:w="70" w:type="dxa"/>
              <w:left w:w="70" w:type="dxa"/>
              <w:bottom w:w="70" w:type="dxa"/>
              <w:right w:w="70" w:type="dxa"/>
            </w:tcMar>
          </w:tcPr>
          <w:p w14:paraId="35737D71" w14:textId="77777777" w:rsidR="00686453" w:rsidRPr="00BE74C6" w:rsidRDefault="00D95FB4">
            <w:pPr>
              <w:rPr>
                <w:szCs w:val="24"/>
              </w:rPr>
            </w:pPr>
            <w:r w:rsidRPr="00BE74C6">
              <w:rPr>
                <w:b/>
                <w:color w:val="015A41"/>
                <w:szCs w:val="24"/>
              </w:rPr>
              <w:t>Emergency procurement</w:t>
            </w:r>
          </w:p>
        </w:tc>
        <w:tc>
          <w:tcPr>
            <w:tcW w:w="2126" w:type="dxa"/>
            <w:tcMar>
              <w:top w:w="70" w:type="dxa"/>
              <w:left w:w="70" w:type="dxa"/>
              <w:bottom w:w="70" w:type="dxa"/>
              <w:right w:w="70" w:type="dxa"/>
            </w:tcMar>
          </w:tcPr>
          <w:p w14:paraId="2AA021C8" w14:textId="77777777" w:rsidR="00686453" w:rsidRPr="00BE74C6" w:rsidRDefault="00D95FB4">
            <w:pPr>
              <w:rPr>
                <w:szCs w:val="24"/>
              </w:rPr>
            </w:pPr>
            <w:r w:rsidRPr="00BE74C6">
              <w:rPr>
                <w:szCs w:val="24"/>
              </w:rPr>
              <w:t>&lt;Position&gt;</w:t>
            </w:r>
          </w:p>
        </w:tc>
        <w:tc>
          <w:tcPr>
            <w:tcW w:w="3240" w:type="dxa"/>
            <w:tcMar>
              <w:top w:w="70" w:type="dxa"/>
              <w:left w:w="70" w:type="dxa"/>
              <w:bottom w:w="70" w:type="dxa"/>
              <w:right w:w="70" w:type="dxa"/>
            </w:tcMar>
          </w:tcPr>
          <w:p w14:paraId="5C3CC54E" w14:textId="77777777" w:rsidR="00686453" w:rsidRPr="00BE74C6" w:rsidRDefault="00D95FB4">
            <w:pPr>
              <w:rPr>
                <w:szCs w:val="24"/>
              </w:rPr>
            </w:pPr>
            <w:r w:rsidRPr="00BE74C6">
              <w:rPr>
                <w:szCs w:val="24"/>
              </w:rPr>
              <w:t>&lt;Limitations&gt;</w:t>
            </w:r>
          </w:p>
        </w:tc>
        <w:tc>
          <w:tcPr>
            <w:tcW w:w="2104" w:type="dxa"/>
            <w:tcMar>
              <w:top w:w="70" w:type="dxa"/>
              <w:left w:w="70" w:type="dxa"/>
              <w:bottom w:w="70" w:type="dxa"/>
              <w:right w:w="70" w:type="dxa"/>
            </w:tcMar>
          </w:tcPr>
          <w:p w14:paraId="226A1E66" w14:textId="77777777" w:rsidR="00686453" w:rsidRPr="00BE74C6" w:rsidRDefault="00D95FB4">
            <w:pPr>
              <w:rPr>
                <w:szCs w:val="24"/>
              </w:rPr>
            </w:pPr>
            <w:r w:rsidRPr="00BE74C6">
              <w:rPr>
                <w:szCs w:val="24"/>
              </w:rPr>
              <w:t>&lt;Backup&gt;</w:t>
            </w:r>
          </w:p>
        </w:tc>
      </w:tr>
      <w:tr w:rsidR="00686453" w:rsidRPr="00BE74C6" w14:paraId="65274605" w14:textId="77777777" w:rsidTr="00673D88">
        <w:trPr>
          <w:cantSplit/>
          <w:jc w:val="center"/>
        </w:trPr>
        <w:tc>
          <w:tcPr>
            <w:tcW w:w="3150" w:type="dxa"/>
            <w:tcMar>
              <w:top w:w="70" w:type="dxa"/>
              <w:left w:w="70" w:type="dxa"/>
              <w:bottom w:w="70" w:type="dxa"/>
              <w:right w:w="70" w:type="dxa"/>
            </w:tcMar>
          </w:tcPr>
          <w:p w14:paraId="5E9AE581" w14:textId="77777777" w:rsidR="00686453" w:rsidRPr="00BE74C6" w:rsidRDefault="00D95FB4">
            <w:pPr>
              <w:rPr>
                <w:szCs w:val="24"/>
              </w:rPr>
            </w:pPr>
            <w:r w:rsidRPr="00BE74C6">
              <w:rPr>
                <w:b/>
                <w:color w:val="015A41"/>
                <w:szCs w:val="24"/>
              </w:rPr>
              <w:t>Media / public information</w:t>
            </w:r>
          </w:p>
        </w:tc>
        <w:tc>
          <w:tcPr>
            <w:tcW w:w="2126" w:type="dxa"/>
            <w:tcMar>
              <w:top w:w="70" w:type="dxa"/>
              <w:left w:w="70" w:type="dxa"/>
              <w:bottom w:w="70" w:type="dxa"/>
              <w:right w:w="70" w:type="dxa"/>
            </w:tcMar>
          </w:tcPr>
          <w:p w14:paraId="77636432" w14:textId="77777777" w:rsidR="00686453" w:rsidRPr="00BE74C6" w:rsidRDefault="00D95FB4">
            <w:pPr>
              <w:rPr>
                <w:szCs w:val="24"/>
              </w:rPr>
            </w:pPr>
            <w:r w:rsidRPr="00BE74C6">
              <w:rPr>
                <w:szCs w:val="24"/>
              </w:rPr>
              <w:t>&lt;Position&gt;</w:t>
            </w:r>
          </w:p>
        </w:tc>
        <w:tc>
          <w:tcPr>
            <w:tcW w:w="3240" w:type="dxa"/>
            <w:tcMar>
              <w:top w:w="70" w:type="dxa"/>
              <w:left w:w="70" w:type="dxa"/>
              <w:bottom w:w="70" w:type="dxa"/>
              <w:right w:w="70" w:type="dxa"/>
            </w:tcMar>
          </w:tcPr>
          <w:p w14:paraId="3B07C64E" w14:textId="77777777" w:rsidR="00686453" w:rsidRPr="00BE74C6" w:rsidRDefault="00D95FB4">
            <w:pPr>
              <w:rPr>
                <w:szCs w:val="24"/>
              </w:rPr>
            </w:pPr>
            <w:r w:rsidRPr="00BE74C6">
              <w:rPr>
                <w:szCs w:val="24"/>
              </w:rPr>
              <w:t>&lt;Limitations&gt;</w:t>
            </w:r>
          </w:p>
        </w:tc>
        <w:tc>
          <w:tcPr>
            <w:tcW w:w="2104" w:type="dxa"/>
            <w:tcMar>
              <w:top w:w="70" w:type="dxa"/>
              <w:left w:w="70" w:type="dxa"/>
              <w:bottom w:w="70" w:type="dxa"/>
              <w:right w:w="70" w:type="dxa"/>
            </w:tcMar>
          </w:tcPr>
          <w:p w14:paraId="344F66CB" w14:textId="77777777" w:rsidR="00686453" w:rsidRPr="00BE74C6" w:rsidRDefault="00D95FB4">
            <w:pPr>
              <w:rPr>
                <w:szCs w:val="24"/>
              </w:rPr>
            </w:pPr>
            <w:r w:rsidRPr="00BE74C6">
              <w:rPr>
                <w:szCs w:val="24"/>
              </w:rPr>
              <w:t>&lt;Backup&gt;</w:t>
            </w:r>
          </w:p>
        </w:tc>
      </w:tr>
      <w:tr w:rsidR="00686453" w:rsidRPr="00BE74C6" w14:paraId="19CD30CF" w14:textId="77777777" w:rsidTr="00673D88">
        <w:trPr>
          <w:cantSplit/>
          <w:jc w:val="center"/>
        </w:trPr>
        <w:tc>
          <w:tcPr>
            <w:tcW w:w="3150" w:type="dxa"/>
            <w:tcMar>
              <w:top w:w="70" w:type="dxa"/>
              <w:left w:w="70" w:type="dxa"/>
              <w:bottom w:w="70" w:type="dxa"/>
              <w:right w:w="70" w:type="dxa"/>
            </w:tcMar>
          </w:tcPr>
          <w:p w14:paraId="2EB62A93" w14:textId="77777777" w:rsidR="00686453" w:rsidRPr="00BE74C6" w:rsidRDefault="00D95FB4">
            <w:pPr>
              <w:rPr>
                <w:szCs w:val="24"/>
              </w:rPr>
            </w:pPr>
            <w:r w:rsidRPr="00BE74C6">
              <w:rPr>
                <w:b/>
                <w:color w:val="015A41"/>
                <w:szCs w:val="24"/>
              </w:rPr>
              <w:t>Request external resources</w:t>
            </w:r>
          </w:p>
        </w:tc>
        <w:tc>
          <w:tcPr>
            <w:tcW w:w="2126" w:type="dxa"/>
            <w:tcMar>
              <w:top w:w="70" w:type="dxa"/>
              <w:left w:w="70" w:type="dxa"/>
              <w:bottom w:w="70" w:type="dxa"/>
              <w:right w:w="70" w:type="dxa"/>
            </w:tcMar>
          </w:tcPr>
          <w:p w14:paraId="1D8C0D71" w14:textId="77777777" w:rsidR="00686453" w:rsidRPr="00BE74C6" w:rsidRDefault="00D95FB4">
            <w:pPr>
              <w:rPr>
                <w:szCs w:val="24"/>
              </w:rPr>
            </w:pPr>
            <w:r w:rsidRPr="00BE74C6">
              <w:rPr>
                <w:szCs w:val="24"/>
              </w:rPr>
              <w:t>&lt;Position&gt;</w:t>
            </w:r>
          </w:p>
        </w:tc>
        <w:tc>
          <w:tcPr>
            <w:tcW w:w="3240" w:type="dxa"/>
            <w:tcMar>
              <w:top w:w="70" w:type="dxa"/>
              <w:left w:w="70" w:type="dxa"/>
              <w:bottom w:w="70" w:type="dxa"/>
              <w:right w:w="70" w:type="dxa"/>
            </w:tcMar>
          </w:tcPr>
          <w:p w14:paraId="20EC58D5" w14:textId="77777777" w:rsidR="00686453" w:rsidRPr="00BE74C6" w:rsidRDefault="00D95FB4">
            <w:pPr>
              <w:rPr>
                <w:szCs w:val="24"/>
              </w:rPr>
            </w:pPr>
            <w:r w:rsidRPr="00BE74C6">
              <w:rPr>
                <w:szCs w:val="24"/>
              </w:rPr>
              <w:t>&lt;Limitations&gt;</w:t>
            </w:r>
          </w:p>
        </w:tc>
        <w:tc>
          <w:tcPr>
            <w:tcW w:w="2104" w:type="dxa"/>
            <w:tcMar>
              <w:top w:w="70" w:type="dxa"/>
              <w:left w:w="70" w:type="dxa"/>
              <w:bottom w:w="70" w:type="dxa"/>
              <w:right w:w="70" w:type="dxa"/>
            </w:tcMar>
          </w:tcPr>
          <w:p w14:paraId="2618A05F" w14:textId="77777777" w:rsidR="00686453" w:rsidRPr="00BE74C6" w:rsidRDefault="00D95FB4">
            <w:pPr>
              <w:rPr>
                <w:szCs w:val="24"/>
              </w:rPr>
            </w:pPr>
            <w:r w:rsidRPr="00BE74C6">
              <w:rPr>
                <w:szCs w:val="24"/>
              </w:rPr>
              <w:t>&lt;Backup&gt;</w:t>
            </w:r>
          </w:p>
        </w:tc>
      </w:tr>
    </w:tbl>
    <w:p w14:paraId="6FD635EF" w14:textId="77777777" w:rsidR="00686453" w:rsidRDefault="00686453">
      <w:pPr>
        <w:spacing w:after="0"/>
      </w:pPr>
    </w:p>
    <w:p w14:paraId="78BAC847" w14:textId="77777777" w:rsidR="00BE74C6" w:rsidRDefault="00BE74C6">
      <w:pPr>
        <w:spacing w:after="0"/>
      </w:pPr>
    </w:p>
    <w:p w14:paraId="3A0D300B" w14:textId="77777777" w:rsidR="00673D88" w:rsidRDefault="00673D88">
      <w:pPr>
        <w:spacing w:after="0"/>
      </w:pPr>
    </w:p>
    <w:p w14:paraId="34C870ED" w14:textId="77777777" w:rsidR="00673D88" w:rsidRDefault="00673D88">
      <w:pPr>
        <w:spacing w:after="0"/>
      </w:pPr>
    </w:p>
    <w:p w14:paraId="07E00FA2" w14:textId="77777777" w:rsidR="00686453" w:rsidRDefault="00D95FB4">
      <w:pPr>
        <w:pStyle w:val="Heading2"/>
        <w:spacing w:before="120" w:after="80"/>
      </w:pPr>
      <w:r>
        <w:rPr>
          <w:rFonts w:ascii="Arial" w:eastAsia="Arial" w:hAnsi="Arial"/>
        </w:rPr>
        <w:lastRenderedPageBreak/>
        <w:t>C. External Coordination</w:t>
      </w:r>
    </w:p>
    <w:p w14:paraId="39C46C6E" w14:textId="77777777" w:rsidR="00686453" w:rsidRPr="00BE74C6" w:rsidRDefault="00D95FB4">
      <w:pPr>
        <w:pStyle w:val="ListBullet"/>
        <w:spacing w:after="40" w:line="245" w:lineRule="auto"/>
        <w:ind w:left="403" w:hanging="173"/>
        <w:rPr>
          <w:sz w:val="24"/>
          <w:szCs w:val="24"/>
        </w:rPr>
      </w:pPr>
      <w:r w:rsidRPr="00BE74C6">
        <w:rPr>
          <w:sz w:val="24"/>
          <w:szCs w:val="24"/>
        </w:rPr>
        <w:t>Local/county emergency management and EOC</w:t>
      </w:r>
    </w:p>
    <w:p w14:paraId="3F8082BD" w14:textId="77777777" w:rsidR="00686453" w:rsidRPr="00BE74C6" w:rsidRDefault="00D95FB4">
      <w:pPr>
        <w:pStyle w:val="ListBullet"/>
        <w:spacing w:after="40" w:line="245" w:lineRule="auto"/>
        <w:ind w:left="403" w:hanging="173"/>
        <w:rPr>
          <w:sz w:val="24"/>
          <w:szCs w:val="24"/>
        </w:rPr>
      </w:pPr>
      <w:r w:rsidRPr="00BE74C6">
        <w:rPr>
          <w:sz w:val="24"/>
          <w:szCs w:val="24"/>
        </w:rPr>
        <w:t>Maine DHHS / DLC</w:t>
      </w:r>
    </w:p>
    <w:p w14:paraId="40247124" w14:textId="77777777" w:rsidR="00686453" w:rsidRPr="00BE74C6" w:rsidRDefault="00D95FB4">
      <w:pPr>
        <w:pStyle w:val="ListBullet"/>
        <w:spacing w:after="40" w:line="245" w:lineRule="auto"/>
        <w:ind w:left="403" w:hanging="173"/>
        <w:rPr>
          <w:sz w:val="24"/>
          <w:szCs w:val="24"/>
        </w:rPr>
      </w:pPr>
      <w:r w:rsidRPr="00BE74C6">
        <w:rPr>
          <w:sz w:val="24"/>
          <w:szCs w:val="24"/>
        </w:rPr>
        <w:t>Maine CDC / public health</w:t>
      </w:r>
    </w:p>
    <w:p w14:paraId="51153BCF" w14:textId="77777777" w:rsidR="00686453" w:rsidRPr="00BE74C6" w:rsidRDefault="00D95FB4">
      <w:pPr>
        <w:pStyle w:val="ListBullet"/>
        <w:spacing w:after="40" w:line="245" w:lineRule="auto"/>
        <w:ind w:left="403" w:hanging="173"/>
        <w:rPr>
          <w:sz w:val="24"/>
          <w:szCs w:val="24"/>
        </w:rPr>
      </w:pPr>
      <w:r w:rsidRPr="00BE74C6">
        <w:rPr>
          <w:sz w:val="24"/>
          <w:szCs w:val="24"/>
        </w:rPr>
        <w:t>Fire, EMS, law enforcement, utilities, transportation, vendors</w:t>
      </w:r>
    </w:p>
    <w:p w14:paraId="36A443D9" w14:textId="77777777" w:rsidR="00686453" w:rsidRPr="00BE74C6" w:rsidRDefault="00D95FB4">
      <w:pPr>
        <w:pStyle w:val="ListBullet"/>
        <w:spacing w:after="40" w:line="245" w:lineRule="auto"/>
        <w:ind w:left="403" w:hanging="173"/>
        <w:rPr>
          <w:sz w:val="24"/>
          <w:szCs w:val="24"/>
        </w:rPr>
      </w:pPr>
      <w:r w:rsidRPr="00BE74C6">
        <w:rPr>
          <w:sz w:val="24"/>
          <w:szCs w:val="24"/>
        </w:rPr>
        <w:t>Other LTC facilities / healthcare providers</w:t>
      </w:r>
    </w:p>
    <w:p w14:paraId="56CBB8E4" w14:textId="77777777" w:rsidR="00686453" w:rsidRPr="00BE74C6" w:rsidRDefault="00D95FB4">
      <w:pPr>
        <w:pStyle w:val="ListBullet"/>
        <w:spacing w:after="40" w:line="245" w:lineRule="auto"/>
        <w:ind w:left="403" w:hanging="173"/>
        <w:rPr>
          <w:sz w:val="24"/>
          <w:szCs w:val="24"/>
        </w:rPr>
      </w:pPr>
      <w:r w:rsidRPr="00BE74C6">
        <w:rPr>
          <w:sz w:val="24"/>
          <w:szCs w:val="24"/>
        </w:rPr>
        <w:t>HCC-ME when the facility elects to use coalition planning, information-sharing, resource coordination, training, or exercises</w:t>
      </w:r>
    </w:p>
    <w:p w14:paraId="6080F398" w14:textId="77777777" w:rsidR="00686453" w:rsidRDefault="00D95FB4">
      <w:r>
        <w:br w:type="page"/>
      </w:r>
    </w:p>
    <w:p w14:paraId="4E0DF638" w14:textId="77777777" w:rsidR="00686453" w:rsidRDefault="00D95FB4">
      <w:pPr>
        <w:pStyle w:val="Heading1"/>
        <w:pBdr>
          <w:bottom w:val="single" w:sz="14" w:space="5" w:color="E63B07"/>
        </w:pBdr>
        <w:spacing w:before="140" w:after="140"/>
      </w:pPr>
      <w:r>
        <w:rPr>
          <w:rFonts w:ascii="Arial" w:eastAsia="Arial" w:hAnsi="Arial"/>
        </w:rPr>
        <w:lastRenderedPageBreak/>
        <w:t>7. RESOURCES AND ASSETS</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3B4000FD" w14:textId="77777777">
        <w:trPr>
          <w:jc w:val="center"/>
        </w:trPr>
        <w:tc>
          <w:tcPr>
            <w:tcW w:w="10282" w:type="dxa"/>
            <w:shd w:val="clear" w:color="auto" w:fill="EAF3EF"/>
            <w:tcMar>
              <w:top w:w="100" w:type="dxa"/>
              <w:left w:w="130" w:type="dxa"/>
              <w:bottom w:w="100" w:type="dxa"/>
              <w:right w:w="130" w:type="dxa"/>
            </w:tcMar>
          </w:tcPr>
          <w:p w14:paraId="08ABA0AF" w14:textId="77777777" w:rsidR="00686453" w:rsidRPr="00BE74C6" w:rsidRDefault="00D95FB4">
            <w:pPr>
              <w:spacing w:after="0"/>
              <w:rPr>
                <w:sz w:val="20"/>
                <w:szCs w:val="20"/>
              </w:rPr>
            </w:pPr>
            <w:r w:rsidRPr="00BE74C6">
              <w:rPr>
                <w:b/>
                <w:color w:val="015A41"/>
                <w:sz w:val="20"/>
                <w:szCs w:val="20"/>
              </w:rPr>
              <w:t xml:space="preserve">REGULATORY BASIS  </w:t>
            </w:r>
            <w:r w:rsidRPr="00BE74C6">
              <w:rPr>
                <w:sz w:val="20"/>
                <w:szCs w:val="20"/>
              </w:rPr>
              <w:t>42 CFR §483.73(b)(1), (b)(7); CMS Appendix Z</w:t>
            </w:r>
          </w:p>
        </w:tc>
      </w:tr>
    </w:tbl>
    <w:p w14:paraId="2172B238" w14:textId="77777777" w:rsidR="00686453" w:rsidRDefault="00686453">
      <w:pPr>
        <w:spacing w:after="0"/>
      </w:pPr>
    </w:p>
    <w:p w14:paraId="482BCCAF" w14:textId="77777777" w:rsidR="00686453" w:rsidRPr="00BE74C6" w:rsidRDefault="00D95FB4">
      <w:pPr>
        <w:spacing w:after="120" w:line="250" w:lineRule="auto"/>
        <w:rPr>
          <w:sz w:val="20"/>
          <w:szCs w:val="20"/>
        </w:rPr>
      </w:pPr>
      <w:r w:rsidRPr="00BE74C6">
        <w:rPr>
          <w:sz w:val="20"/>
          <w:szCs w:val="20"/>
        </w:rPr>
        <w:t>Plan for critical resources, supply-chain disruption, emergency procurement, sharing, and receiving arrangements.</w:t>
      </w:r>
    </w:p>
    <w:p w14:paraId="53583435" w14:textId="77777777" w:rsidR="00686453" w:rsidRDefault="00D95FB4">
      <w:pPr>
        <w:pStyle w:val="Heading2"/>
        <w:spacing w:before="120" w:after="80"/>
      </w:pPr>
      <w:r>
        <w:rPr>
          <w:rFonts w:ascii="Arial" w:eastAsia="Arial" w:hAnsi="Arial"/>
        </w:rPr>
        <w:t>A. Critical Resource Inventory</w:t>
      </w:r>
    </w:p>
    <w:tbl>
      <w:tblPr>
        <w:tblW w:w="10900"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154"/>
        <w:gridCol w:w="3420"/>
        <w:gridCol w:w="2590"/>
        <w:gridCol w:w="2736"/>
      </w:tblGrid>
      <w:tr w:rsidR="00686453" w:rsidRPr="00BE74C6" w14:paraId="74B4D60A" w14:textId="77777777" w:rsidTr="00E316F2">
        <w:trPr>
          <w:tblHeader/>
          <w:jc w:val="center"/>
        </w:trPr>
        <w:tc>
          <w:tcPr>
            <w:tcW w:w="2154" w:type="dxa"/>
            <w:shd w:val="clear" w:color="auto" w:fill="015A41"/>
            <w:tcMar>
              <w:top w:w="70" w:type="dxa"/>
              <w:left w:w="70" w:type="dxa"/>
              <w:bottom w:w="70" w:type="dxa"/>
              <w:right w:w="70" w:type="dxa"/>
            </w:tcMar>
          </w:tcPr>
          <w:p w14:paraId="79D7BEE6" w14:textId="77777777" w:rsidR="00686453" w:rsidRPr="00BE74C6" w:rsidRDefault="00D95FB4">
            <w:pPr>
              <w:rPr>
                <w:szCs w:val="24"/>
              </w:rPr>
            </w:pPr>
            <w:r w:rsidRPr="00BE74C6">
              <w:rPr>
                <w:b/>
                <w:color w:val="FFFFFF"/>
                <w:szCs w:val="24"/>
              </w:rPr>
              <w:t>Resource</w:t>
            </w:r>
          </w:p>
        </w:tc>
        <w:tc>
          <w:tcPr>
            <w:tcW w:w="3420" w:type="dxa"/>
            <w:shd w:val="clear" w:color="auto" w:fill="015A41"/>
            <w:tcMar>
              <w:top w:w="70" w:type="dxa"/>
              <w:left w:w="70" w:type="dxa"/>
              <w:bottom w:w="70" w:type="dxa"/>
              <w:right w:w="70" w:type="dxa"/>
            </w:tcMar>
          </w:tcPr>
          <w:p w14:paraId="64C3821A" w14:textId="77777777" w:rsidR="00686453" w:rsidRPr="00BE74C6" w:rsidRDefault="00D95FB4">
            <w:pPr>
              <w:rPr>
                <w:szCs w:val="24"/>
              </w:rPr>
            </w:pPr>
            <w:r w:rsidRPr="00BE74C6">
              <w:rPr>
                <w:b/>
                <w:color w:val="FFFFFF"/>
                <w:szCs w:val="24"/>
              </w:rPr>
              <w:t>On Hand</w:t>
            </w:r>
          </w:p>
        </w:tc>
        <w:tc>
          <w:tcPr>
            <w:tcW w:w="2590" w:type="dxa"/>
            <w:shd w:val="clear" w:color="auto" w:fill="015A41"/>
            <w:tcMar>
              <w:top w:w="70" w:type="dxa"/>
              <w:left w:w="70" w:type="dxa"/>
              <w:bottom w:w="70" w:type="dxa"/>
              <w:right w:w="70" w:type="dxa"/>
            </w:tcMar>
          </w:tcPr>
          <w:p w14:paraId="3B6305B9" w14:textId="77777777" w:rsidR="00686453" w:rsidRPr="00BE74C6" w:rsidRDefault="00D95FB4">
            <w:pPr>
              <w:rPr>
                <w:szCs w:val="24"/>
              </w:rPr>
            </w:pPr>
            <w:r w:rsidRPr="00BE74C6">
              <w:rPr>
                <w:b/>
                <w:color w:val="FFFFFF"/>
                <w:szCs w:val="24"/>
              </w:rPr>
              <w:t>Primary / Alternate Source</w:t>
            </w:r>
          </w:p>
        </w:tc>
        <w:tc>
          <w:tcPr>
            <w:tcW w:w="2736" w:type="dxa"/>
            <w:shd w:val="clear" w:color="auto" w:fill="015A41"/>
            <w:tcMar>
              <w:top w:w="70" w:type="dxa"/>
              <w:left w:w="70" w:type="dxa"/>
              <w:bottom w:w="70" w:type="dxa"/>
              <w:right w:w="70" w:type="dxa"/>
            </w:tcMar>
          </w:tcPr>
          <w:p w14:paraId="60DF61B9" w14:textId="77777777" w:rsidR="00686453" w:rsidRPr="00BE74C6" w:rsidRDefault="00D95FB4">
            <w:pPr>
              <w:rPr>
                <w:szCs w:val="24"/>
              </w:rPr>
            </w:pPr>
            <w:r w:rsidRPr="00BE74C6">
              <w:rPr>
                <w:b/>
                <w:color w:val="FFFFFF"/>
                <w:szCs w:val="24"/>
              </w:rPr>
              <w:t>Contingency</w:t>
            </w:r>
          </w:p>
        </w:tc>
      </w:tr>
      <w:tr w:rsidR="00686453" w:rsidRPr="00BE74C6" w14:paraId="4C3EE91C" w14:textId="77777777" w:rsidTr="00E316F2">
        <w:trPr>
          <w:cantSplit/>
          <w:jc w:val="center"/>
        </w:trPr>
        <w:tc>
          <w:tcPr>
            <w:tcW w:w="2154" w:type="dxa"/>
            <w:tcMar>
              <w:top w:w="70" w:type="dxa"/>
              <w:left w:w="70" w:type="dxa"/>
              <w:bottom w:w="70" w:type="dxa"/>
              <w:right w:w="70" w:type="dxa"/>
            </w:tcMar>
          </w:tcPr>
          <w:p w14:paraId="588423AF" w14:textId="77777777" w:rsidR="00686453" w:rsidRPr="00BE74C6" w:rsidRDefault="00D95FB4">
            <w:pPr>
              <w:rPr>
                <w:szCs w:val="24"/>
              </w:rPr>
            </w:pPr>
            <w:r w:rsidRPr="00BE74C6">
              <w:rPr>
                <w:b/>
                <w:color w:val="015A41"/>
                <w:szCs w:val="24"/>
              </w:rPr>
              <w:t>Food</w:t>
            </w:r>
          </w:p>
        </w:tc>
        <w:tc>
          <w:tcPr>
            <w:tcW w:w="3420" w:type="dxa"/>
            <w:tcMar>
              <w:top w:w="70" w:type="dxa"/>
              <w:left w:w="70" w:type="dxa"/>
              <w:bottom w:w="70" w:type="dxa"/>
              <w:right w:w="70" w:type="dxa"/>
            </w:tcMar>
          </w:tcPr>
          <w:p w14:paraId="6059D9B2" w14:textId="46A02637" w:rsidR="00686453" w:rsidRPr="00E316F2" w:rsidRDefault="00E316F2">
            <w:pPr>
              <w:rPr>
                <w:color w:val="auto"/>
                <w:szCs w:val="24"/>
              </w:rPr>
            </w:pPr>
            <w:r w:rsidRPr="00E316F2">
              <w:rPr>
                <w:rFonts w:cs="Arial"/>
                <w:color w:val="auto"/>
                <w:szCs w:val="24"/>
              </w:rPr>
              <w:t xml:space="preserve">&lt;At least </w:t>
            </w:r>
            <w:proofErr w:type="gramStart"/>
            <w:r w:rsidRPr="00E316F2">
              <w:rPr>
                <w:rFonts w:cs="Arial"/>
                <w:color w:val="auto"/>
                <w:szCs w:val="24"/>
              </w:rPr>
              <w:t>1 week</w:t>
            </w:r>
            <w:proofErr w:type="gramEnd"/>
            <w:r w:rsidRPr="00E316F2">
              <w:rPr>
                <w:rFonts w:cs="Arial"/>
                <w:color w:val="auto"/>
                <w:szCs w:val="24"/>
              </w:rPr>
              <w:t xml:space="preserve"> staple foods + 48 hours perishable foods on premises under ME Ch. 110 §</w:t>
            </w:r>
            <w:proofErr w:type="gramStart"/>
            <w:r w:rsidRPr="00E316F2">
              <w:rPr>
                <w:rFonts w:cs="Arial"/>
                <w:color w:val="auto"/>
                <w:szCs w:val="24"/>
              </w:rPr>
              <w:t>18.F.</w:t>
            </w:r>
            <w:proofErr w:type="gramEnd"/>
            <w:r w:rsidRPr="00E316F2">
              <w:rPr>
                <w:rFonts w:cs="Arial"/>
                <w:color w:val="auto"/>
                <w:szCs w:val="24"/>
              </w:rPr>
              <w:t>1; document facility emergency target&gt;</w:t>
            </w:r>
          </w:p>
        </w:tc>
        <w:tc>
          <w:tcPr>
            <w:tcW w:w="2590" w:type="dxa"/>
            <w:tcMar>
              <w:top w:w="70" w:type="dxa"/>
              <w:left w:w="70" w:type="dxa"/>
              <w:bottom w:w="70" w:type="dxa"/>
              <w:right w:w="70" w:type="dxa"/>
            </w:tcMar>
          </w:tcPr>
          <w:p w14:paraId="72017BCB" w14:textId="77777777" w:rsidR="00686453" w:rsidRPr="00BE74C6" w:rsidRDefault="00D95FB4">
            <w:pPr>
              <w:rPr>
                <w:szCs w:val="24"/>
              </w:rPr>
            </w:pPr>
            <w:r w:rsidRPr="00BE74C6">
              <w:rPr>
                <w:szCs w:val="24"/>
              </w:rPr>
              <w:t>&lt;Vendor / alternate&gt;</w:t>
            </w:r>
          </w:p>
        </w:tc>
        <w:tc>
          <w:tcPr>
            <w:tcW w:w="2736" w:type="dxa"/>
            <w:tcMar>
              <w:top w:w="70" w:type="dxa"/>
              <w:left w:w="70" w:type="dxa"/>
              <w:bottom w:w="70" w:type="dxa"/>
              <w:right w:w="70" w:type="dxa"/>
            </w:tcMar>
          </w:tcPr>
          <w:p w14:paraId="3DF71DCC" w14:textId="77777777" w:rsidR="00686453" w:rsidRPr="00BE74C6" w:rsidRDefault="00D95FB4">
            <w:pPr>
              <w:rPr>
                <w:szCs w:val="24"/>
              </w:rPr>
            </w:pPr>
            <w:r w:rsidRPr="00BE74C6">
              <w:rPr>
                <w:szCs w:val="24"/>
              </w:rPr>
              <w:t>&lt;Conservation / trigger&gt;</w:t>
            </w:r>
          </w:p>
        </w:tc>
      </w:tr>
      <w:tr w:rsidR="00686453" w:rsidRPr="00BE74C6" w14:paraId="3093E2C1" w14:textId="77777777" w:rsidTr="00E316F2">
        <w:trPr>
          <w:cantSplit/>
          <w:jc w:val="center"/>
        </w:trPr>
        <w:tc>
          <w:tcPr>
            <w:tcW w:w="2154" w:type="dxa"/>
            <w:tcMar>
              <w:top w:w="70" w:type="dxa"/>
              <w:left w:w="70" w:type="dxa"/>
              <w:bottom w:w="70" w:type="dxa"/>
              <w:right w:w="70" w:type="dxa"/>
            </w:tcMar>
          </w:tcPr>
          <w:p w14:paraId="2481B462" w14:textId="77777777" w:rsidR="00686453" w:rsidRPr="00BE74C6" w:rsidRDefault="00D95FB4">
            <w:pPr>
              <w:rPr>
                <w:szCs w:val="24"/>
              </w:rPr>
            </w:pPr>
            <w:r w:rsidRPr="00BE74C6">
              <w:rPr>
                <w:b/>
                <w:color w:val="015A41"/>
                <w:szCs w:val="24"/>
              </w:rPr>
              <w:t>Potable water</w:t>
            </w:r>
          </w:p>
        </w:tc>
        <w:tc>
          <w:tcPr>
            <w:tcW w:w="3420" w:type="dxa"/>
            <w:tcMar>
              <w:top w:w="70" w:type="dxa"/>
              <w:left w:w="70" w:type="dxa"/>
              <w:bottom w:w="70" w:type="dxa"/>
              <w:right w:w="70" w:type="dxa"/>
            </w:tcMar>
          </w:tcPr>
          <w:p w14:paraId="1EF1EBF2" w14:textId="77777777" w:rsidR="00686453" w:rsidRPr="00BE74C6" w:rsidRDefault="00D95FB4">
            <w:pPr>
              <w:rPr>
                <w:szCs w:val="24"/>
              </w:rPr>
            </w:pPr>
            <w:r w:rsidRPr="00BE74C6">
              <w:rPr>
                <w:szCs w:val="24"/>
              </w:rPr>
              <w:t>&lt;Quantity / days&gt;</w:t>
            </w:r>
          </w:p>
        </w:tc>
        <w:tc>
          <w:tcPr>
            <w:tcW w:w="2590" w:type="dxa"/>
            <w:tcMar>
              <w:top w:w="70" w:type="dxa"/>
              <w:left w:w="70" w:type="dxa"/>
              <w:bottom w:w="70" w:type="dxa"/>
              <w:right w:w="70" w:type="dxa"/>
            </w:tcMar>
          </w:tcPr>
          <w:p w14:paraId="41F55C4F" w14:textId="77777777" w:rsidR="00686453" w:rsidRPr="00BE74C6" w:rsidRDefault="00D95FB4">
            <w:pPr>
              <w:rPr>
                <w:szCs w:val="24"/>
              </w:rPr>
            </w:pPr>
            <w:r w:rsidRPr="00BE74C6">
              <w:rPr>
                <w:szCs w:val="24"/>
              </w:rPr>
              <w:t>&lt;Vendor / alternate&gt;</w:t>
            </w:r>
          </w:p>
        </w:tc>
        <w:tc>
          <w:tcPr>
            <w:tcW w:w="2736" w:type="dxa"/>
            <w:tcMar>
              <w:top w:w="70" w:type="dxa"/>
              <w:left w:w="70" w:type="dxa"/>
              <w:bottom w:w="70" w:type="dxa"/>
              <w:right w:w="70" w:type="dxa"/>
            </w:tcMar>
          </w:tcPr>
          <w:p w14:paraId="7CE321C8" w14:textId="77777777" w:rsidR="00686453" w:rsidRPr="00BE74C6" w:rsidRDefault="00D95FB4">
            <w:pPr>
              <w:rPr>
                <w:szCs w:val="24"/>
              </w:rPr>
            </w:pPr>
            <w:r w:rsidRPr="00BE74C6">
              <w:rPr>
                <w:szCs w:val="24"/>
              </w:rPr>
              <w:t>&lt;Conservation / trigger&gt;</w:t>
            </w:r>
          </w:p>
        </w:tc>
      </w:tr>
      <w:tr w:rsidR="00686453" w:rsidRPr="00BE74C6" w14:paraId="588F7C88" w14:textId="77777777" w:rsidTr="00E316F2">
        <w:trPr>
          <w:cantSplit/>
          <w:jc w:val="center"/>
        </w:trPr>
        <w:tc>
          <w:tcPr>
            <w:tcW w:w="2154" w:type="dxa"/>
            <w:tcMar>
              <w:top w:w="70" w:type="dxa"/>
              <w:left w:w="70" w:type="dxa"/>
              <w:bottom w:w="70" w:type="dxa"/>
              <w:right w:w="70" w:type="dxa"/>
            </w:tcMar>
          </w:tcPr>
          <w:p w14:paraId="346ECB93" w14:textId="77777777" w:rsidR="00686453" w:rsidRPr="00BE74C6" w:rsidRDefault="00D95FB4">
            <w:pPr>
              <w:rPr>
                <w:szCs w:val="24"/>
              </w:rPr>
            </w:pPr>
            <w:r w:rsidRPr="00BE74C6">
              <w:rPr>
                <w:b/>
                <w:color w:val="015A41"/>
                <w:szCs w:val="24"/>
              </w:rPr>
              <w:t>Medications</w:t>
            </w:r>
          </w:p>
        </w:tc>
        <w:tc>
          <w:tcPr>
            <w:tcW w:w="3420" w:type="dxa"/>
            <w:tcMar>
              <w:top w:w="70" w:type="dxa"/>
              <w:left w:w="70" w:type="dxa"/>
              <w:bottom w:w="70" w:type="dxa"/>
              <w:right w:w="70" w:type="dxa"/>
            </w:tcMar>
          </w:tcPr>
          <w:p w14:paraId="1984887E" w14:textId="77777777" w:rsidR="00686453" w:rsidRPr="00BE74C6" w:rsidRDefault="00D95FB4">
            <w:pPr>
              <w:rPr>
                <w:szCs w:val="24"/>
              </w:rPr>
            </w:pPr>
            <w:r w:rsidRPr="00BE74C6">
              <w:rPr>
                <w:szCs w:val="24"/>
              </w:rPr>
              <w:t>&lt;Quantity / days&gt;</w:t>
            </w:r>
          </w:p>
        </w:tc>
        <w:tc>
          <w:tcPr>
            <w:tcW w:w="2590" w:type="dxa"/>
            <w:tcMar>
              <w:top w:w="70" w:type="dxa"/>
              <w:left w:w="70" w:type="dxa"/>
              <w:bottom w:w="70" w:type="dxa"/>
              <w:right w:w="70" w:type="dxa"/>
            </w:tcMar>
          </w:tcPr>
          <w:p w14:paraId="0C750532" w14:textId="77777777" w:rsidR="00686453" w:rsidRPr="00BE74C6" w:rsidRDefault="00D95FB4">
            <w:pPr>
              <w:rPr>
                <w:szCs w:val="24"/>
              </w:rPr>
            </w:pPr>
            <w:r w:rsidRPr="00BE74C6">
              <w:rPr>
                <w:szCs w:val="24"/>
              </w:rPr>
              <w:t>&lt;Pharmacy / alternate&gt;</w:t>
            </w:r>
          </w:p>
        </w:tc>
        <w:tc>
          <w:tcPr>
            <w:tcW w:w="2736" w:type="dxa"/>
            <w:tcMar>
              <w:top w:w="70" w:type="dxa"/>
              <w:left w:w="70" w:type="dxa"/>
              <w:bottom w:w="70" w:type="dxa"/>
              <w:right w:w="70" w:type="dxa"/>
            </w:tcMar>
          </w:tcPr>
          <w:p w14:paraId="00550438" w14:textId="77777777" w:rsidR="00686453" w:rsidRPr="00BE74C6" w:rsidRDefault="00D95FB4">
            <w:pPr>
              <w:rPr>
                <w:szCs w:val="24"/>
              </w:rPr>
            </w:pPr>
            <w:r w:rsidRPr="00BE74C6">
              <w:rPr>
                <w:szCs w:val="24"/>
              </w:rPr>
              <w:t>&lt;Priority / trigger&gt;</w:t>
            </w:r>
          </w:p>
        </w:tc>
      </w:tr>
      <w:tr w:rsidR="00686453" w:rsidRPr="00BE74C6" w14:paraId="6769746F" w14:textId="77777777" w:rsidTr="00E316F2">
        <w:trPr>
          <w:cantSplit/>
          <w:jc w:val="center"/>
        </w:trPr>
        <w:tc>
          <w:tcPr>
            <w:tcW w:w="2154" w:type="dxa"/>
            <w:tcMar>
              <w:top w:w="70" w:type="dxa"/>
              <w:left w:w="70" w:type="dxa"/>
              <w:bottom w:w="70" w:type="dxa"/>
              <w:right w:w="70" w:type="dxa"/>
            </w:tcMar>
          </w:tcPr>
          <w:p w14:paraId="13A96359" w14:textId="77777777" w:rsidR="00686453" w:rsidRPr="00BE74C6" w:rsidRDefault="00D95FB4">
            <w:pPr>
              <w:rPr>
                <w:szCs w:val="24"/>
              </w:rPr>
            </w:pPr>
            <w:r w:rsidRPr="00BE74C6">
              <w:rPr>
                <w:b/>
                <w:color w:val="015A41"/>
                <w:szCs w:val="24"/>
              </w:rPr>
              <w:t>Oxygen / medical gases</w:t>
            </w:r>
          </w:p>
        </w:tc>
        <w:tc>
          <w:tcPr>
            <w:tcW w:w="3420" w:type="dxa"/>
            <w:tcMar>
              <w:top w:w="70" w:type="dxa"/>
              <w:left w:w="70" w:type="dxa"/>
              <w:bottom w:w="70" w:type="dxa"/>
              <w:right w:w="70" w:type="dxa"/>
            </w:tcMar>
          </w:tcPr>
          <w:p w14:paraId="64550B72" w14:textId="77777777" w:rsidR="00686453" w:rsidRPr="00BE74C6" w:rsidRDefault="00D95FB4">
            <w:pPr>
              <w:rPr>
                <w:szCs w:val="24"/>
              </w:rPr>
            </w:pPr>
            <w:r w:rsidRPr="00BE74C6">
              <w:rPr>
                <w:szCs w:val="24"/>
              </w:rPr>
              <w:t>&lt;Quantity / days&gt;</w:t>
            </w:r>
          </w:p>
        </w:tc>
        <w:tc>
          <w:tcPr>
            <w:tcW w:w="2590" w:type="dxa"/>
            <w:tcMar>
              <w:top w:w="70" w:type="dxa"/>
              <w:left w:w="70" w:type="dxa"/>
              <w:bottom w:w="70" w:type="dxa"/>
              <w:right w:w="70" w:type="dxa"/>
            </w:tcMar>
          </w:tcPr>
          <w:p w14:paraId="2DA50482" w14:textId="77777777" w:rsidR="00686453" w:rsidRPr="00BE74C6" w:rsidRDefault="00D95FB4">
            <w:pPr>
              <w:rPr>
                <w:szCs w:val="24"/>
              </w:rPr>
            </w:pPr>
            <w:r w:rsidRPr="00BE74C6">
              <w:rPr>
                <w:szCs w:val="24"/>
              </w:rPr>
              <w:t>&lt;Vendor / alternate&gt;</w:t>
            </w:r>
          </w:p>
        </w:tc>
        <w:tc>
          <w:tcPr>
            <w:tcW w:w="2736" w:type="dxa"/>
            <w:tcMar>
              <w:top w:w="70" w:type="dxa"/>
              <w:left w:w="70" w:type="dxa"/>
              <w:bottom w:w="70" w:type="dxa"/>
              <w:right w:w="70" w:type="dxa"/>
            </w:tcMar>
          </w:tcPr>
          <w:p w14:paraId="2EAABEE0" w14:textId="77777777" w:rsidR="00686453" w:rsidRPr="00BE74C6" w:rsidRDefault="00D95FB4">
            <w:pPr>
              <w:rPr>
                <w:szCs w:val="24"/>
              </w:rPr>
            </w:pPr>
            <w:r w:rsidRPr="00BE74C6">
              <w:rPr>
                <w:szCs w:val="24"/>
              </w:rPr>
              <w:t>&lt;Conservation / trigger&gt;</w:t>
            </w:r>
          </w:p>
        </w:tc>
      </w:tr>
      <w:tr w:rsidR="00686453" w:rsidRPr="00BE74C6" w14:paraId="1CB045C6" w14:textId="77777777" w:rsidTr="00E316F2">
        <w:trPr>
          <w:cantSplit/>
          <w:jc w:val="center"/>
        </w:trPr>
        <w:tc>
          <w:tcPr>
            <w:tcW w:w="2154" w:type="dxa"/>
            <w:tcMar>
              <w:top w:w="70" w:type="dxa"/>
              <w:left w:w="70" w:type="dxa"/>
              <w:bottom w:w="70" w:type="dxa"/>
              <w:right w:w="70" w:type="dxa"/>
            </w:tcMar>
          </w:tcPr>
          <w:p w14:paraId="53A4B717" w14:textId="77777777" w:rsidR="00686453" w:rsidRPr="00BE74C6" w:rsidRDefault="00D95FB4">
            <w:pPr>
              <w:rPr>
                <w:szCs w:val="24"/>
              </w:rPr>
            </w:pPr>
            <w:r w:rsidRPr="00BE74C6">
              <w:rPr>
                <w:b/>
                <w:color w:val="015A41"/>
                <w:szCs w:val="24"/>
              </w:rPr>
              <w:t>PPE / infection supplies</w:t>
            </w:r>
          </w:p>
        </w:tc>
        <w:tc>
          <w:tcPr>
            <w:tcW w:w="3420" w:type="dxa"/>
            <w:tcMar>
              <w:top w:w="70" w:type="dxa"/>
              <w:left w:w="70" w:type="dxa"/>
              <w:bottom w:w="70" w:type="dxa"/>
              <w:right w:w="70" w:type="dxa"/>
            </w:tcMar>
          </w:tcPr>
          <w:p w14:paraId="7110D55A" w14:textId="77777777" w:rsidR="00686453" w:rsidRPr="00BE74C6" w:rsidRDefault="00D95FB4">
            <w:pPr>
              <w:rPr>
                <w:szCs w:val="24"/>
              </w:rPr>
            </w:pPr>
            <w:r w:rsidRPr="00BE74C6">
              <w:rPr>
                <w:szCs w:val="24"/>
              </w:rPr>
              <w:t>&lt;Quantity&gt;</w:t>
            </w:r>
          </w:p>
        </w:tc>
        <w:tc>
          <w:tcPr>
            <w:tcW w:w="2590" w:type="dxa"/>
            <w:tcMar>
              <w:top w:w="70" w:type="dxa"/>
              <w:left w:w="70" w:type="dxa"/>
              <w:bottom w:w="70" w:type="dxa"/>
              <w:right w:w="70" w:type="dxa"/>
            </w:tcMar>
          </w:tcPr>
          <w:p w14:paraId="2DD5E265" w14:textId="77777777" w:rsidR="00686453" w:rsidRPr="00BE74C6" w:rsidRDefault="00D95FB4">
            <w:pPr>
              <w:rPr>
                <w:szCs w:val="24"/>
              </w:rPr>
            </w:pPr>
            <w:r w:rsidRPr="00BE74C6">
              <w:rPr>
                <w:szCs w:val="24"/>
              </w:rPr>
              <w:t>&lt;Vendor / alternate&gt;</w:t>
            </w:r>
          </w:p>
        </w:tc>
        <w:tc>
          <w:tcPr>
            <w:tcW w:w="2736" w:type="dxa"/>
            <w:tcMar>
              <w:top w:w="70" w:type="dxa"/>
              <w:left w:w="70" w:type="dxa"/>
              <w:bottom w:w="70" w:type="dxa"/>
              <w:right w:w="70" w:type="dxa"/>
            </w:tcMar>
          </w:tcPr>
          <w:p w14:paraId="015B0A8C" w14:textId="77777777" w:rsidR="00686453" w:rsidRPr="00BE74C6" w:rsidRDefault="00D95FB4">
            <w:pPr>
              <w:rPr>
                <w:szCs w:val="24"/>
              </w:rPr>
            </w:pPr>
            <w:r w:rsidRPr="00BE74C6">
              <w:rPr>
                <w:szCs w:val="24"/>
              </w:rPr>
              <w:t>&lt;Conservation / trigger&gt;</w:t>
            </w:r>
          </w:p>
        </w:tc>
      </w:tr>
      <w:tr w:rsidR="00686453" w:rsidRPr="00BE74C6" w14:paraId="31FA29E0" w14:textId="77777777" w:rsidTr="00E316F2">
        <w:trPr>
          <w:cantSplit/>
          <w:jc w:val="center"/>
        </w:trPr>
        <w:tc>
          <w:tcPr>
            <w:tcW w:w="2154" w:type="dxa"/>
            <w:tcMar>
              <w:top w:w="70" w:type="dxa"/>
              <w:left w:w="70" w:type="dxa"/>
              <w:bottom w:w="70" w:type="dxa"/>
              <w:right w:w="70" w:type="dxa"/>
            </w:tcMar>
          </w:tcPr>
          <w:p w14:paraId="31717727" w14:textId="77777777" w:rsidR="00686453" w:rsidRPr="00BE74C6" w:rsidRDefault="00D95FB4">
            <w:pPr>
              <w:rPr>
                <w:szCs w:val="24"/>
              </w:rPr>
            </w:pPr>
            <w:r w:rsidRPr="00BE74C6">
              <w:rPr>
                <w:b/>
                <w:color w:val="015A41"/>
                <w:szCs w:val="24"/>
              </w:rPr>
              <w:t>Fuel</w:t>
            </w:r>
          </w:p>
        </w:tc>
        <w:tc>
          <w:tcPr>
            <w:tcW w:w="3420" w:type="dxa"/>
            <w:tcMar>
              <w:top w:w="70" w:type="dxa"/>
              <w:left w:w="70" w:type="dxa"/>
              <w:bottom w:w="70" w:type="dxa"/>
              <w:right w:w="70" w:type="dxa"/>
            </w:tcMar>
          </w:tcPr>
          <w:p w14:paraId="68F4D750" w14:textId="77777777" w:rsidR="00686453" w:rsidRPr="00BE74C6" w:rsidRDefault="00D95FB4">
            <w:pPr>
              <w:rPr>
                <w:szCs w:val="24"/>
              </w:rPr>
            </w:pPr>
            <w:r w:rsidRPr="00BE74C6">
              <w:rPr>
                <w:szCs w:val="24"/>
              </w:rPr>
              <w:t>&lt;Quantity&gt;</w:t>
            </w:r>
          </w:p>
        </w:tc>
        <w:tc>
          <w:tcPr>
            <w:tcW w:w="2590" w:type="dxa"/>
            <w:tcMar>
              <w:top w:w="70" w:type="dxa"/>
              <w:left w:w="70" w:type="dxa"/>
              <w:bottom w:w="70" w:type="dxa"/>
              <w:right w:w="70" w:type="dxa"/>
            </w:tcMar>
          </w:tcPr>
          <w:p w14:paraId="13F50CD7" w14:textId="77777777" w:rsidR="00686453" w:rsidRPr="00BE74C6" w:rsidRDefault="00D95FB4">
            <w:pPr>
              <w:rPr>
                <w:szCs w:val="24"/>
              </w:rPr>
            </w:pPr>
            <w:r w:rsidRPr="00BE74C6">
              <w:rPr>
                <w:szCs w:val="24"/>
              </w:rPr>
              <w:t>&lt;Vendor / alternate&gt;</w:t>
            </w:r>
          </w:p>
        </w:tc>
        <w:tc>
          <w:tcPr>
            <w:tcW w:w="2736" w:type="dxa"/>
            <w:tcMar>
              <w:top w:w="70" w:type="dxa"/>
              <w:left w:w="70" w:type="dxa"/>
              <w:bottom w:w="70" w:type="dxa"/>
              <w:right w:w="70" w:type="dxa"/>
            </w:tcMar>
          </w:tcPr>
          <w:p w14:paraId="3AFA5E23" w14:textId="77777777" w:rsidR="00686453" w:rsidRPr="00BE74C6" w:rsidRDefault="00D95FB4">
            <w:pPr>
              <w:rPr>
                <w:szCs w:val="24"/>
              </w:rPr>
            </w:pPr>
            <w:r w:rsidRPr="00BE74C6">
              <w:rPr>
                <w:szCs w:val="24"/>
              </w:rPr>
              <w:t>&lt;Refill trigger&gt;</w:t>
            </w:r>
          </w:p>
        </w:tc>
      </w:tr>
      <w:tr w:rsidR="00686453" w:rsidRPr="00BE74C6" w14:paraId="6C3C045C" w14:textId="77777777" w:rsidTr="00E316F2">
        <w:trPr>
          <w:cantSplit/>
          <w:jc w:val="center"/>
        </w:trPr>
        <w:tc>
          <w:tcPr>
            <w:tcW w:w="2154" w:type="dxa"/>
            <w:tcMar>
              <w:top w:w="70" w:type="dxa"/>
              <w:left w:w="70" w:type="dxa"/>
              <w:bottom w:w="70" w:type="dxa"/>
              <w:right w:w="70" w:type="dxa"/>
            </w:tcMar>
          </w:tcPr>
          <w:p w14:paraId="652542F3" w14:textId="77777777" w:rsidR="00686453" w:rsidRPr="00BE74C6" w:rsidRDefault="00D95FB4">
            <w:pPr>
              <w:rPr>
                <w:szCs w:val="24"/>
              </w:rPr>
            </w:pPr>
            <w:r w:rsidRPr="00BE74C6">
              <w:rPr>
                <w:b/>
                <w:color w:val="015A41"/>
                <w:szCs w:val="24"/>
              </w:rPr>
              <w:t>Clinical supplies</w:t>
            </w:r>
          </w:p>
        </w:tc>
        <w:tc>
          <w:tcPr>
            <w:tcW w:w="3420" w:type="dxa"/>
            <w:tcMar>
              <w:top w:w="70" w:type="dxa"/>
              <w:left w:w="70" w:type="dxa"/>
              <w:bottom w:w="70" w:type="dxa"/>
              <w:right w:w="70" w:type="dxa"/>
            </w:tcMar>
          </w:tcPr>
          <w:p w14:paraId="6186568B" w14:textId="77777777" w:rsidR="00686453" w:rsidRPr="00BE74C6" w:rsidRDefault="00D95FB4">
            <w:pPr>
              <w:rPr>
                <w:szCs w:val="24"/>
              </w:rPr>
            </w:pPr>
            <w:r w:rsidRPr="00BE74C6">
              <w:rPr>
                <w:szCs w:val="24"/>
              </w:rPr>
              <w:t>&lt;Quantity&gt;</w:t>
            </w:r>
          </w:p>
        </w:tc>
        <w:tc>
          <w:tcPr>
            <w:tcW w:w="2590" w:type="dxa"/>
            <w:tcMar>
              <w:top w:w="70" w:type="dxa"/>
              <w:left w:w="70" w:type="dxa"/>
              <w:bottom w:w="70" w:type="dxa"/>
              <w:right w:w="70" w:type="dxa"/>
            </w:tcMar>
          </w:tcPr>
          <w:p w14:paraId="79B2EC68" w14:textId="77777777" w:rsidR="00686453" w:rsidRPr="00BE74C6" w:rsidRDefault="00D95FB4">
            <w:pPr>
              <w:rPr>
                <w:szCs w:val="24"/>
              </w:rPr>
            </w:pPr>
            <w:r w:rsidRPr="00BE74C6">
              <w:rPr>
                <w:szCs w:val="24"/>
              </w:rPr>
              <w:t>&lt;Vendor / alternate&gt;</w:t>
            </w:r>
          </w:p>
        </w:tc>
        <w:tc>
          <w:tcPr>
            <w:tcW w:w="2736" w:type="dxa"/>
            <w:tcMar>
              <w:top w:w="70" w:type="dxa"/>
              <w:left w:w="70" w:type="dxa"/>
              <w:bottom w:w="70" w:type="dxa"/>
              <w:right w:w="70" w:type="dxa"/>
            </w:tcMar>
          </w:tcPr>
          <w:p w14:paraId="602450C8" w14:textId="77777777" w:rsidR="00686453" w:rsidRPr="00BE74C6" w:rsidRDefault="00D95FB4">
            <w:pPr>
              <w:rPr>
                <w:szCs w:val="24"/>
              </w:rPr>
            </w:pPr>
            <w:r w:rsidRPr="00BE74C6">
              <w:rPr>
                <w:szCs w:val="24"/>
              </w:rPr>
              <w:t>&lt;Conservation / trigger&gt;</w:t>
            </w:r>
          </w:p>
        </w:tc>
      </w:tr>
    </w:tbl>
    <w:p w14:paraId="5580395A" w14:textId="77777777" w:rsidR="00686453" w:rsidRDefault="00686453">
      <w:pPr>
        <w:spacing w:after="0"/>
      </w:pPr>
    </w:p>
    <w:p w14:paraId="33251C52" w14:textId="77777777" w:rsidR="00686453" w:rsidRDefault="00D95FB4">
      <w:pPr>
        <w:pStyle w:val="Heading2"/>
        <w:spacing w:before="120" w:after="80"/>
      </w:pPr>
      <w:r>
        <w:rPr>
          <w:rFonts w:ascii="Arial" w:eastAsia="Arial" w:hAnsi="Arial"/>
        </w:rPr>
        <w:t>B. Emergency Procurement / Resource Requests</w:t>
      </w:r>
    </w:p>
    <w:p w14:paraId="31BC3B79" w14:textId="77777777" w:rsidR="00686453" w:rsidRDefault="00D95FB4">
      <w:pPr>
        <w:spacing w:after="120"/>
      </w:pPr>
      <w:r>
        <w:rPr>
          <w:color w:val="C8CECB"/>
          <w:sz w:val="16"/>
        </w:rPr>
        <w:t>________________________________________________________________________________</w:t>
      </w:r>
    </w:p>
    <w:p w14:paraId="1D4267F4" w14:textId="77777777" w:rsidR="00686453" w:rsidRDefault="00D95FB4">
      <w:pPr>
        <w:spacing w:after="120"/>
      </w:pPr>
      <w:r>
        <w:rPr>
          <w:color w:val="C8CECB"/>
          <w:sz w:val="16"/>
        </w:rPr>
        <w:t>________________________________________________________________________________</w:t>
      </w:r>
    </w:p>
    <w:p w14:paraId="179AAAB3" w14:textId="77777777" w:rsidR="00686453" w:rsidRDefault="00D95FB4">
      <w:pPr>
        <w:spacing w:after="120"/>
      </w:pPr>
      <w:r>
        <w:rPr>
          <w:color w:val="C8CECB"/>
          <w:sz w:val="16"/>
        </w:rPr>
        <w:t>________________________________________________________________________________</w:t>
      </w:r>
    </w:p>
    <w:p w14:paraId="23934B34" w14:textId="77777777" w:rsidR="00686453" w:rsidRDefault="00D95FB4">
      <w:pPr>
        <w:spacing w:after="120"/>
        <w:rPr>
          <w:color w:val="C8CECB"/>
          <w:sz w:val="16"/>
        </w:rPr>
      </w:pPr>
      <w:r>
        <w:rPr>
          <w:color w:val="C8CECB"/>
          <w:sz w:val="16"/>
        </w:rPr>
        <w:t>________________________________________________________________________________</w:t>
      </w:r>
    </w:p>
    <w:p w14:paraId="2C54E8F3" w14:textId="77777777" w:rsidR="00BE74C6" w:rsidRDefault="00BE74C6">
      <w:pPr>
        <w:spacing w:after="120"/>
      </w:pPr>
    </w:p>
    <w:p w14:paraId="2B136908" w14:textId="77777777" w:rsidR="00BE74C6" w:rsidRDefault="00BE74C6">
      <w:pPr>
        <w:spacing w:after="120"/>
      </w:pPr>
    </w:p>
    <w:p w14:paraId="7DD1F77A" w14:textId="77777777" w:rsidR="00BE74C6" w:rsidRDefault="00BE74C6">
      <w:pPr>
        <w:spacing w:after="120"/>
      </w:pPr>
    </w:p>
    <w:p w14:paraId="2E925261" w14:textId="77777777" w:rsidR="00BE74C6" w:rsidRDefault="00BE74C6">
      <w:pPr>
        <w:spacing w:after="120"/>
      </w:pPr>
    </w:p>
    <w:p w14:paraId="47AE8621" w14:textId="77777777" w:rsidR="00BE74C6" w:rsidRDefault="00BE74C6">
      <w:pPr>
        <w:spacing w:after="120"/>
      </w:pPr>
    </w:p>
    <w:p w14:paraId="64B8C9E1" w14:textId="77777777" w:rsidR="00686453" w:rsidRDefault="00D95FB4">
      <w:pPr>
        <w:pStyle w:val="Heading2"/>
        <w:spacing w:before="120" w:after="80"/>
      </w:pPr>
      <w:r>
        <w:rPr>
          <w:rFonts w:ascii="Arial" w:eastAsia="Arial" w:hAnsi="Arial"/>
        </w:rPr>
        <w:t>C. Receiving / Mutual Aid Arrangements</w:t>
      </w:r>
    </w:p>
    <w:tbl>
      <w:tblPr>
        <w:tblW w:w="1036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592"/>
        <w:gridCol w:w="2592"/>
        <w:gridCol w:w="2592"/>
        <w:gridCol w:w="2592"/>
      </w:tblGrid>
      <w:tr w:rsidR="00686453" w:rsidRPr="00BE74C6" w14:paraId="160DF268" w14:textId="77777777" w:rsidTr="00BE74C6">
        <w:trPr>
          <w:tblHeader/>
          <w:jc w:val="center"/>
        </w:trPr>
        <w:tc>
          <w:tcPr>
            <w:tcW w:w="2592" w:type="dxa"/>
            <w:shd w:val="clear" w:color="auto" w:fill="015A41"/>
            <w:tcMar>
              <w:top w:w="70" w:type="dxa"/>
              <w:left w:w="70" w:type="dxa"/>
              <w:bottom w:w="70" w:type="dxa"/>
              <w:right w:w="70" w:type="dxa"/>
            </w:tcMar>
          </w:tcPr>
          <w:p w14:paraId="20259B3A" w14:textId="77777777" w:rsidR="00686453" w:rsidRPr="00BE74C6" w:rsidRDefault="00D95FB4">
            <w:pPr>
              <w:rPr>
                <w:szCs w:val="24"/>
              </w:rPr>
            </w:pPr>
            <w:r w:rsidRPr="00BE74C6">
              <w:rPr>
                <w:b/>
                <w:color w:val="FFFFFF"/>
                <w:szCs w:val="24"/>
              </w:rPr>
              <w:t>Receiving Partner</w:t>
            </w:r>
          </w:p>
        </w:tc>
        <w:tc>
          <w:tcPr>
            <w:tcW w:w="2592" w:type="dxa"/>
            <w:shd w:val="clear" w:color="auto" w:fill="015A41"/>
            <w:tcMar>
              <w:top w:w="70" w:type="dxa"/>
              <w:left w:w="70" w:type="dxa"/>
              <w:bottom w:w="70" w:type="dxa"/>
              <w:right w:w="70" w:type="dxa"/>
            </w:tcMar>
          </w:tcPr>
          <w:p w14:paraId="5DC0B56B" w14:textId="77777777" w:rsidR="00686453" w:rsidRPr="00BE74C6" w:rsidRDefault="00D95FB4">
            <w:pPr>
              <w:rPr>
                <w:szCs w:val="24"/>
              </w:rPr>
            </w:pPr>
            <w:r w:rsidRPr="00BE74C6">
              <w:rPr>
                <w:b/>
                <w:color w:val="FFFFFF"/>
                <w:szCs w:val="24"/>
              </w:rPr>
              <w:t>Capability</w:t>
            </w:r>
          </w:p>
        </w:tc>
        <w:tc>
          <w:tcPr>
            <w:tcW w:w="2592" w:type="dxa"/>
            <w:shd w:val="clear" w:color="auto" w:fill="015A41"/>
            <w:tcMar>
              <w:top w:w="70" w:type="dxa"/>
              <w:left w:w="70" w:type="dxa"/>
              <w:bottom w:w="70" w:type="dxa"/>
              <w:right w:w="70" w:type="dxa"/>
            </w:tcMar>
          </w:tcPr>
          <w:p w14:paraId="44FCB04C" w14:textId="77777777" w:rsidR="00686453" w:rsidRPr="00BE74C6" w:rsidRDefault="00D95FB4">
            <w:pPr>
              <w:rPr>
                <w:szCs w:val="24"/>
              </w:rPr>
            </w:pPr>
            <w:r w:rsidRPr="00BE74C6">
              <w:rPr>
                <w:b/>
                <w:color w:val="FFFFFF"/>
                <w:szCs w:val="24"/>
              </w:rPr>
              <w:t>Agreement / MOU</w:t>
            </w:r>
          </w:p>
        </w:tc>
        <w:tc>
          <w:tcPr>
            <w:tcW w:w="2592" w:type="dxa"/>
            <w:shd w:val="clear" w:color="auto" w:fill="015A41"/>
            <w:tcMar>
              <w:top w:w="70" w:type="dxa"/>
              <w:left w:w="70" w:type="dxa"/>
              <w:bottom w:w="70" w:type="dxa"/>
              <w:right w:w="70" w:type="dxa"/>
            </w:tcMar>
          </w:tcPr>
          <w:p w14:paraId="2D043910" w14:textId="77777777" w:rsidR="00686453" w:rsidRPr="00BE74C6" w:rsidRDefault="00D95FB4">
            <w:pPr>
              <w:rPr>
                <w:szCs w:val="24"/>
              </w:rPr>
            </w:pPr>
            <w:r w:rsidRPr="00BE74C6">
              <w:rPr>
                <w:b/>
                <w:color w:val="FFFFFF"/>
                <w:szCs w:val="24"/>
              </w:rPr>
              <w:t>Contact</w:t>
            </w:r>
          </w:p>
        </w:tc>
      </w:tr>
      <w:tr w:rsidR="00686453" w:rsidRPr="00BE74C6" w14:paraId="3C78406B" w14:textId="77777777" w:rsidTr="00BE74C6">
        <w:trPr>
          <w:cantSplit/>
          <w:jc w:val="center"/>
        </w:trPr>
        <w:tc>
          <w:tcPr>
            <w:tcW w:w="2592" w:type="dxa"/>
            <w:tcMar>
              <w:top w:w="70" w:type="dxa"/>
              <w:left w:w="70" w:type="dxa"/>
              <w:bottom w:w="70" w:type="dxa"/>
              <w:right w:w="70" w:type="dxa"/>
            </w:tcMar>
          </w:tcPr>
          <w:p w14:paraId="30194039" w14:textId="77777777" w:rsidR="00686453" w:rsidRPr="00BE74C6" w:rsidRDefault="00D95FB4">
            <w:pPr>
              <w:rPr>
                <w:szCs w:val="24"/>
              </w:rPr>
            </w:pPr>
            <w:r w:rsidRPr="00BE74C6">
              <w:rPr>
                <w:b/>
                <w:color w:val="015A41"/>
                <w:szCs w:val="24"/>
              </w:rPr>
              <w:t>&lt;Facility / provider&gt;</w:t>
            </w:r>
          </w:p>
        </w:tc>
        <w:tc>
          <w:tcPr>
            <w:tcW w:w="2592" w:type="dxa"/>
            <w:tcMar>
              <w:top w:w="70" w:type="dxa"/>
              <w:left w:w="70" w:type="dxa"/>
              <w:bottom w:w="70" w:type="dxa"/>
              <w:right w:w="70" w:type="dxa"/>
            </w:tcMar>
          </w:tcPr>
          <w:p w14:paraId="53C18646" w14:textId="77777777" w:rsidR="00686453" w:rsidRPr="00BE74C6" w:rsidRDefault="00D95FB4">
            <w:pPr>
              <w:rPr>
                <w:szCs w:val="24"/>
              </w:rPr>
            </w:pPr>
            <w:r w:rsidRPr="00BE74C6">
              <w:rPr>
                <w:szCs w:val="24"/>
              </w:rPr>
              <w:t>&lt;Capacity / resident types&gt;</w:t>
            </w:r>
          </w:p>
        </w:tc>
        <w:tc>
          <w:tcPr>
            <w:tcW w:w="2592" w:type="dxa"/>
            <w:tcMar>
              <w:top w:w="70" w:type="dxa"/>
              <w:left w:w="70" w:type="dxa"/>
              <w:bottom w:w="70" w:type="dxa"/>
              <w:right w:w="70" w:type="dxa"/>
            </w:tcMar>
          </w:tcPr>
          <w:p w14:paraId="424914C7" w14:textId="77777777" w:rsidR="00686453" w:rsidRPr="00BE74C6" w:rsidRDefault="00D95FB4">
            <w:pPr>
              <w:rPr>
                <w:szCs w:val="24"/>
              </w:rPr>
            </w:pPr>
            <w:r w:rsidRPr="00BE74C6">
              <w:rPr>
                <w:szCs w:val="24"/>
              </w:rPr>
              <w:t>&lt;Agreement date / location&gt;</w:t>
            </w:r>
          </w:p>
        </w:tc>
        <w:tc>
          <w:tcPr>
            <w:tcW w:w="2592" w:type="dxa"/>
            <w:tcMar>
              <w:top w:w="70" w:type="dxa"/>
              <w:left w:w="70" w:type="dxa"/>
              <w:bottom w:w="70" w:type="dxa"/>
              <w:right w:w="70" w:type="dxa"/>
            </w:tcMar>
          </w:tcPr>
          <w:p w14:paraId="08AEFEF9" w14:textId="77777777" w:rsidR="00686453" w:rsidRPr="00BE74C6" w:rsidRDefault="00D95FB4">
            <w:pPr>
              <w:rPr>
                <w:szCs w:val="24"/>
              </w:rPr>
            </w:pPr>
            <w:r w:rsidRPr="00BE74C6">
              <w:rPr>
                <w:szCs w:val="24"/>
              </w:rPr>
              <w:t>&lt;24/7 contact&gt;</w:t>
            </w:r>
          </w:p>
        </w:tc>
      </w:tr>
      <w:tr w:rsidR="00686453" w:rsidRPr="00BE74C6" w14:paraId="10478E15" w14:textId="77777777" w:rsidTr="00BE74C6">
        <w:trPr>
          <w:cantSplit/>
          <w:jc w:val="center"/>
        </w:trPr>
        <w:tc>
          <w:tcPr>
            <w:tcW w:w="2592" w:type="dxa"/>
            <w:tcMar>
              <w:top w:w="70" w:type="dxa"/>
              <w:left w:w="70" w:type="dxa"/>
              <w:bottom w:w="70" w:type="dxa"/>
              <w:right w:w="70" w:type="dxa"/>
            </w:tcMar>
          </w:tcPr>
          <w:p w14:paraId="6C4C17EB" w14:textId="77777777" w:rsidR="00686453" w:rsidRPr="00BE74C6" w:rsidRDefault="00D95FB4">
            <w:pPr>
              <w:rPr>
                <w:szCs w:val="24"/>
              </w:rPr>
            </w:pPr>
            <w:r w:rsidRPr="00BE74C6">
              <w:rPr>
                <w:b/>
                <w:color w:val="015A41"/>
                <w:szCs w:val="24"/>
              </w:rPr>
              <w:t>&lt;Alternate&gt;</w:t>
            </w:r>
          </w:p>
        </w:tc>
        <w:tc>
          <w:tcPr>
            <w:tcW w:w="2592" w:type="dxa"/>
            <w:tcMar>
              <w:top w:w="70" w:type="dxa"/>
              <w:left w:w="70" w:type="dxa"/>
              <w:bottom w:w="70" w:type="dxa"/>
              <w:right w:w="70" w:type="dxa"/>
            </w:tcMar>
          </w:tcPr>
          <w:p w14:paraId="3E3E846A" w14:textId="77777777" w:rsidR="00686453" w:rsidRPr="00BE74C6" w:rsidRDefault="00D95FB4">
            <w:pPr>
              <w:rPr>
                <w:szCs w:val="24"/>
              </w:rPr>
            </w:pPr>
            <w:r w:rsidRPr="00BE74C6">
              <w:rPr>
                <w:szCs w:val="24"/>
              </w:rPr>
              <w:t>&lt;Capacity&gt;</w:t>
            </w:r>
          </w:p>
        </w:tc>
        <w:tc>
          <w:tcPr>
            <w:tcW w:w="2592" w:type="dxa"/>
            <w:tcMar>
              <w:top w:w="70" w:type="dxa"/>
              <w:left w:w="70" w:type="dxa"/>
              <w:bottom w:w="70" w:type="dxa"/>
              <w:right w:w="70" w:type="dxa"/>
            </w:tcMar>
          </w:tcPr>
          <w:p w14:paraId="7F6A9BAA" w14:textId="77777777" w:rsidR="00686453" w:rsidRPr="00BE74C6" w:rsidRDefault="00D95FB4">
            <w:pPr>
              <w:rPr>
                <w:szCs w:val="24"/>
              </w:rPr>
            </w:pPr>
            <w:r w:rsidRPr="00BE74C6">
              <w:rPr>
                <w:szCs w:val="24"/>
              </w:rPr>
              <w:t>&lt;Agreement&gt;</w:t>
            </w:r>
          </w:p>
        </w:tc>
        <w:tc>
          <w:tcPr>
            <w:tcW w:w="2592" w:type="dxa"/>
            <w:tcMar>
              <w:top w:w="70" w:type="dxa"/>
              <w:left w:w="70" w:type="dxa"/>
              <w:bottom w:w="70" w:type="dxa"/>
              <w:right w:w="70" w:type="dxa"/>
            </w:tcMar>
          </w:tcPr>
          <w:p w14:paraId="37E2BBB3" w14:textId="77777777" w:rsidR="00686453" w:rsidRPr="00BE74C6" w:rsidRDefault="00D95FB4">
            <w:pPr>
              <w:rPr>
                <w:szCs w:val="24"/>
              </w:rPr>
            </w:pPr>
            <w:r w:rsidRPr="00BE74C6">
              <w:rPr>
                <w:szCs w:val="24"/>
              </w:rPr>
              <w:t>&lt;Contact&gt;</w:t>
            </w:r>
          </w:p>
        </w:tc>
      </w:tr>
    </w:tbl>
    <w:p w14:paraId="24227D1E" w14:textId="77777777" w:rsidR="00686453" w:rsidRDefault="00686453">
      <w:pPr>
        <w:spacing w:after="0"/>
      </w:pP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rsidRPr="00BE74C6" w14:paraId="1A7911A1" w14:textId="77777777">
        <w:trPr>
          <w:jc w:val="center"/>
        </w:trPr>
        <w:tc>
          <w:tcPr>
            <w:tcW w:w="10282" w:type="dxa"/>
            <w:shd w:val="clear" w:color="auto" w:fill="EAF3EF"/>
            <w:tcMar>
              <w:top w:w="100" w:type="dxa"/>
              <w:left w:w="130" w:type="dxa"/>
              <w:bottom w:w="100" w:type="dxa"/>
              <w:right w:w="130" w:type="dxa"/>
            </w:tcMar>
          </w:tcPr>
          <w:p w14:paraId="5A26B84C" w14:textId="5684DDFA" w:rsidR="00686453" w:rsidRPr="00BE74C6" w:rsidRDefault="00D95FB4">
            <w:pPr>
              <w:spacing w:after="0"/>
              <w:rPr>
                <w:sz w:val="20"/>
                <w:szCs w:val="20"/>
              </w:rPr>
            </w:pPr>
            <w:r w:rsidRPr="00BE74C6">
              <w:rPr>
                <w:b/>
                <w:color w:val="015A41"/>
                <w:sz w:val="20"/>
                <w:szCs w:val="20"/>
              </w:rPr>
              <w:t xml:space="preserve">CMS REQUIRED </w:t>
            </w:r>
            <w:r w:rsidRPr="00BE74C6">
              <w:rPr>
                <w:sz w:val="20"/>
                <w:szCs w:val="20"/>
              </w:rPr>
              <w:t>The facility must develop arrangements with other LTC facilities and other providers to receive residents when the facility has limitations or ceases operations, to maintain continuity of services. See 42 CFR §483.73(b)(7).</w:t>
            </w:r>
          </w:p>
        </w:tc>
      </w:tr>
    </w:tbl>
    <w:p w14:paraId="31A6150C" w14:textId="77777777" w:rsidR="00686453" w:rsidRDefault="00686453">
      <w:pPr>
        <w:spacing w:after="0"/>
      </w:pPr>
    </w:p>
    <w:p w14:paraId="4B8232BE" w14:textId="77777777" w:rsidR="00686453" w:rsidRDefault="00D95FB4">
      <w:r>
        <w:br w:type="page"/>
      </w:r>
    </w:p>
    <w:p w14:paraId="5CE18481" w14:textId="77777777" w:rsidR="00686453" w:rsidRDefault="00D95FB4">
      <w:pPr>
        <w:pStyle w:val="Heading1"/>
        <w:pBdr>
          <w:bottom w:val="single" w:sz="14" w:space="5" w:color="E63B07"/>
        </w:pBdr>
        <w:spacing w:before="140" w:after="140"/>
      </w:pPr>
      <w:r>
        <w:rPr>
          <w:rFonts w:ascii="Arial" w:eastAsia="Arial" w:hAnsi="Arial"/>
        </w:rPr>
        <w:lastRenderedPageBreak/>
        <w:t>8. MANAGEMENT OF STAFF</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25FFF03E" w14:textId="77777777">
        <w:trPr>
          <w:jc w:val="center"/>
        </w:trPr>
        <w:tc>
          <w:tcPr>
            <w:tcW w:w="10282" w:type="dxa"/>
            <w:shd w:val="clear" w:color="auto" w:fill="EAF3EF"/>
            <w:tcMar>
              <w:top w:w="100" w:type="dxa"/>
              <w:left w:w="130" w:type="dxa"/>
              <w:bottom w:w="100" w:type="dxa"/>
              <w:right w:w="130" w:type="dxa"/>
            </w:tcMar>
          </w:tcPr>
          <w:p w14:paraId="52A52EC4" w14:textId="77777777" w:rsidR="00686453" w:rsidRDefault="00D95FB4">
            <w:pPr>
              <w:spacing w:after="0"/>
            </w:pPr>
            <w:r>
              <w:rPr>
                <w:b/>
                <w:color w:val="015A41"/>
                <w:sz w:val="19"/>
              </w:rPr>
              <w:t xml:space="preserve">REGULATORY BASIS  </w:t>
            </w:r>
            <w:r>
              <w:rPr>
                <w:sz w:val="18"/>
              </w:rPr>
              <w:t>42 CFR §483.73(b)(6), (d); Maine Ch. 110 §</w:t>
            </w:r>
            <w:proofErr w:type="gramStart"/>
            <w:r>
              <w:rPr>
                <w:sz w:val="18"/>
              </w:rPr>
              <w:t>21.A.</w:t>
            </w:r>
            <w:proofErr w:type="gramEnd"/>
            <w:r>
              <w:rPr>
                <w:sz w:val="18"/>
              </w:rPr>
              <w:t>2</w:t>
            </w:r>
          </w:p>
        </w:tc>
      </w:tr>
    </w:tbl>
    <w:p w14:paraId="66B04899" w14:textId="77777777" w:rsidR="00686453" w:rsidRDefault="00686453">
      <w:pPr>
        <w:spacing w:after="0"/>
      </w:pPr>
    </w:p>
    <w:p w14:paraId="13DDF9C4" w14:textId="77777777" w:rsidR="00686453" w:rsidRDefault="00D95FB4">
      <w:pPr>
        <w:spacing w:after="120" w:line="250" w:lineRule="auto"/>
      </w:pPr>
      <w:r>
        <w:rPr>
          <w:sz w:val="19"/>
        </w:rPr>
        <w:t>Address staff accountability, emergency staffing strategies, volunteers, contracted staff, staff support, and crisis staffing.</w:t>
      </w:r>
    </w:p>
    <w:p w14:paraId="45C3820F" w14:textId="77777777" w:rsidR="00686453" w:rsidRDefault="00D95FB4">
      <w:pPr>
        <w:pStyle w:val="Heading2"/>
        <w:spacing w:before="120" w:after="80"/>
      </w:pPr>
      <w:r>
        <w:rPr>
          <w:rFonts w:ascii="Arial" w:eastAsia="Arial" w:hAnsi="Arial"/>
        </w:rPr>
        <w:t>A. Staffing Continuity</w:t>
      </w:r>
    </w:p>
    <w:tbl>
      <w:tblPr>
        <w:tblW w:w="10757"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616"/>
      </w:tblGrid>
      <w:tr w:rsidR="00686453" w:rsidRPr="00BE74C6" w14:paraId="7A0D52F0" w14:textId="77777777" w:rsidTr="00BE74C6">
        <w:trPr>
          <w:tblHeader/>
          <w:jc w:val="center"/>
        </w:trPr>
        <w:tc>
          <w:tcPr>
            <w:tcW w:w="5141" w:type="dxa"/>
            <w:shd w:val="clear" w:color="auto" w:fill="015A41"/>
            <w:tcMar>
              <w:top w:w="80" w:type="dxa"/>
              <w:left w:w="90" w:type="dxa"/>
              <w:bottom w:w="80" w:type="dxa"/>
              <w:right w:w="90" w:type="dxa"/>
            </w:tcMar>
          </w:tcPr>
          <w:p w14:paraId="78615994" w14:textId="77777777" w:rsidR="00686453" w:rsidRPr="00BE74C6" w:rsidRDefault="00D95FB4">
            <w:pPr>
              <w:rPr>
                <w:szCs w:val="24"/>
              </w:rPr>
            </w:pPr>
            <w:r w:rsidRPr="00BE74C6">
              <w:rPr>
                <w:b/>
                <w:color w:val="FFFFFF"/>
                <w:szCs w:val="24"/>
              </w:rPr>
              <w:t>Field</w:t>
            </w:r>
          </w:p>
        </w:tc>
        <w:tc>
          <w:tcPr>
            <w:tcW w:w="5616" w:type="dxa"/>
            <w:shd w:val="clear" w:color="auto" w:fill="015A41"/>
            <w:tcMar>
              <w:top w:w="80" w:type="dxa"/>
              <w:left w:w="90" w:type="dxa"/>
              <w:bottom w:w="80" w:type="dxa"/>
              <w:right w:w="90" w:type="dxa"/>
            </w:tcMar>
          </w:tcPr>
          <w:p w14:paraId="49B684B1" w14:textId="77777777" w:rsidR="00686453" w:rsidRPr="00BE74C6" w:rsidRDefault="00D95FB4">
            <w:pPr>
              <w:rPr>
                <w:szCs w:val="24"/>
              </w:rPr>
            </w:pPr>
            <w:r w:rsidRPr="00BE74C6">
              <w:rPr>
                <w:b/>
                <w:color w:val="FFFFFF"/>
                <w:szCs w:val="24"/>
              </w:rPr>
              <w:t>Facility Entry</w:t>
            </w:r>
          </w:p>
        </w:tc>
      </w:tr>
      <w:tr w:rsidR="00686453" w:rsidRPr="00BE74C6" w14:paraId="7718BCDF" w14:textId="77777777" w:rsidTr="00BE74C6">
        <w:trPr>
          <w:cantSplit/>
          <w:jc w:val="center"/>
        </w:trPr>
        <w:tc>
          <w:tcPr>
            <w:tcW w:w="5141" w:type="dxa"/>
            <w:shd w:val="clear" w:color="auto" w:fill="EAF3EF"/>
            <w:tcMar>
              <w:top w:w="80" w:type="dxa"/>
              <w:left w:w="90" w:type="dxa"/>
              <w:bottom w:w="80" w:type="dxa"/>
              <w:right w:w="90" w:type="dxa"/>
            </w:tcMar>
          </w:tcPr>
          <w:p w14:paraId="6C33BCD1" w14:textId="77777777" w:rsidR="00686453" w:rsidRPr="00BE74C6" w:rsidRDefault="00D95FB4">
            <w:pPr>
              <w:rPr>
                <w:szCs w:val="24"/>
              </w:rPr>
            </w:pPr>
            <w:r w:rsidRPr="00BE74C6">
              <w:rPr>
                <w:b/>
                <w:color w:val="015A41"/>
                <w:szCs w:val="24"/>
              </w:rPr>
              <w:t>Minimum staffing by function / unit</w:t>
            </w:r>
          </w:p>
        </w:tc>
        <w:tc>
          <w:tcPr>
            <w:tcW w:w="5616" w:type="dxa"/>
            <w:shd w:val="clear" w:color="auto" w:fill="FFFFFF"/>
            <w:tcMar>
              <w:top w:w="80" w:type="dxa"/>
              <w:left w:w="90" w:type="dxa"/>
              <w:bottom w:w="80" w:type="dxa"/>
              <w:right w:w="90" w:type="dxa"/>
            </w:tcMar>
          </w:tcPr>
          <w:p w14:paraId="17DF930B" w14:textId="77777777" w:rsidR="00686453" w:rsidRPr="00BE74C6" w:rsidRDefault="00D95FB4">
            <w:pPr>
              <w:rPr>
                <w:szCs w:val="24"/>
              </w:rPr>
            </w:pPr>
            <w:r w:rsidRPr="00BE74C6">
              <w:rPr>
                <w:i/>
                <w:color w:val="66706B"/>
                <w:szCs w:val="24"/>
              </w:rPr>
              <w:t>&lt;Insert&gt;</w:t>
            </w:r>
          </w:p>
        </w:tc>
      </w:tr>
      <w:tr w:rsidR="00686453" w:rsidRPr="00BE74C6" w14:paraId="31793BF9" w14:textId="77777777" w:rsidTr="00BE74C6">
        <w:trPr>
          <w:cantSplit/>
          <w:jc w:val="center"/>
        </w:trPr>
        <w:tc>
          <w:tcPr>
            <w:tcW w:w="5141" w:type="dxa"/>
            <w:shd w:val="clear" w:color="auto" w:fill="F7FAF8"/>
            <w:tcMar>
              <w:top w:w="80" w:type="dxa"/>
              <w:left w:w="90" w:type="dxa"/>
              <w:bottom w:w="80" w:type="dxa"/>
              <w:right w:w="90" w:type="dxa"/>
            </w:tcMar>
          </w:tcPr>
          <w:p w14:paraId="0B12B9D7" w14:textId="77777777" w:rsidR="00686453" w:rsidRPr="00BE74C6" w:rsidRDefault="00D95FB4">
            <w:pPr>
              <w:rPr>
                <w:szCs w:val="24"/>
              </w:rPr>
            </w:pPr>
            <w:r w:rsidRPr="00BE74C6">
              <w:rPr>
                <w:b/>
                <w:color w:val="015A41"/>
                <w:szCs w:val="24"/>
              </w:rPr>
              <w:t>Call-back process</w:t>
            </w:r>
          </w:p>
        </w:tc>
        <w:tc>
          <w:tcPr>
            <w:tcW w:w="5616" w:type="dxa"/>
            <w:shd w:val="clear" w:color="auto" w:fill="FFFFFF"/>
            <w:tcMar>
              <w:top w:w="80" w:type="dxa"/>
              <w:left w:w="90" w:type="dxa"/>
              <w:bottom w:w="80" w:type="dxa"/>
              <w:right w:w="90" w:type="dxa"/>
            </w:tcMar>
          </w:tcPr>
          <w:p w14:paraId="68702646" w14:textId="77777777" w:rsidR="00686453" w:rsidRPr="00BE74C6" w:rsidRDefault="00D95FB4">
            <w:pPr>
              <w:rPr>
                <w:szCs w:val="24"/>
              </w:rPr>
            </w:pPr>
            <w:r w:rsidRPr="00BE74C6">
              <w:rPr>
                <w:i/>
                <w:color w:val="66706B"/>
                <w:szCs w:val="24"/>
              </w:rPr>
              <w:t>&lt;Insert&gt;</w:t>
            </w:r>
          </w:p>
        </w:tc>
      </w:tr>
      <w:tr w:rsidR="00686453" w:rsidRPr="00BE74C6" w14:paraId="4DDACB63" w14:textId="77777777" w:rsidTr="00BE74C6">
        <w:trPr>
          <w:cantSplit/>
          <w:jc w:val="center"/>
        </w:trPr>
        <w:tc>
          <w:tcPr>
            <w:tcW w:w="5141" w:type="dxa"/>
            <w:shd w:val="clear" w:color="auto" w:fill="EAF3EF"/>
            <w:tcMar>
              <w:top w:w="80" w:type="dxa"/>
              <w:left w:w="90" w:type="dxa"/>
              <w:bottom w:w="80" w:type="dxa"/>
              <w:right w:w="90" w:type="dxa"/>
            </w:tcMar>
          </w:tcPr>
          <w:p w14:paraId="12FE928E" w14:textId="77777777" w:rsidR="00686453" w:rsidRPr="00BE74C6" w:rsidRDefault="00D95FB4">
            <w:pPr>
              <w:rPr>
                <w:szCs w:val="24"/>
              </w:rPr>
            </w:pPr>
            <w:r w:rsidRPr="00BE74C6">
              <w:rPr>
                <w:b/>
                <w:color w:val="015A41"/>
                <w:szCs w:val="24"/>
              </w:rPr>
              <w:t>Staff reassignment / cross-training</w:t>
            </w:r>
          </w:p>
        </w:tc>
        <w:tc>
          <w:tcPr>
            <w:tcW w:w="5616" w:type="dxa"/>
            <w:shd w:val="clear" w:color="auto" w:fill="FFFFFF"/>
            <w:tcMar>
              <w:top w:w="80" w:type="dxa"/>
              <w:left w:w="90" w:type="dxa"/>
              <w:bottom w:w="80" w:type="dxa"/>
              <w:right w:w="90" w:type="dxa"/>
            </w:tcMar>
          </w:tcPr>
          <w:p w14:paraId="4B4915EC" w14:textId="77777777" w:rsidR="00686453" w:rsidRPr="00BE74C6" w:rsidRDefault="00D95FB4">
            <w:pPr>
              <w:rPr>
                <w:szCs w:val="24"/>
              </w:rPr>
            </w:pPr>
            <w:r w:rsidRPr="00BE74C6">
              <w:rPr>
                <w:i/>
                <w:color w:val="66706B"/>
                <w:szCs w:val="24"/>
              </w:rPr>
              <w:t>&lt;Insert&gt;</w:t>
            </w:r>
          </w:p>
        </w:tc>
      </w:tr>
      <w:tr w:rsidR="00686453" w:rsidRPr="00BE74C6" w14:paraId="75582AC8" w14:textId="77777777" w:rsidTr="00BE74C6">
        <w:trPr>
          <w:cantSplit/>
          <w:jc w:val="center"/>
        </w:trPr>
        <w:tc>
          <w:tcPr>
            <w:tcW w:w="5141" w:type="dxa"/>
            <w:shd w:val="clear" w:color="auto" w:fill="F7FAF8"/>
            <w:tcMar>
              <w:top w:w="80" w:type="dxa"/>
              <w:left w:w="90" w:type="dxa"/>
              <w:bottom w:w="80" w:type="dxa"/>
              <w:right w:w="90" w:type="dxa"/>
            </w:tcMar>
          </w:tcPr>
          <w:p w14:paraId="5DB967D6" w14:textId="77777777" w:rsidR="00686453" w:rsidRPr="00BE74C6" w:rsidRDefault="00D95FB4">
            <w:pPr>
              <w:rPr>
                <w:szCs w:val="24"/>
              </w:rPr>
            </w:pPr>
            <w:r w:rsidRPr="00BE74C6">
              <w:rPr>
                <w:b/>
                <w:color w:val="015A41"/>
                <w:szCs w:val="24"/>
              </w:rPr>
              <w:t>Contract / agency staffing</w:t>
            </w:r>
          </w:p>
        </w:tc>
        <w:tc>
          <w:tcPr>
            <w:tcW w:w="5616" w:type="dxa"/>
            <w:shd w:val="clear" w:color="auto" w:fill="FFFFFF"/>
            <w:tcMar>
              <w:top w:w="80" w:type="dxa"/>
              <w:left w:w="90" w:type="dxa"/>
              <w:bottom w:w="80" w:type="dxa"/>
              <w:right w:w="90" w:type="dxa"/>
            </w:tcMar>
          </w:tcPr>
          <w:p w14:paraId="2CD15289" w14:textId="77777777" w:rsidR="00686453" w:rsidRPr="00BE74C6" w:rsidRDefault="00D95FB4">
            <w:pPr>
              <w:rPr>
                <w:szCs w:val="24"/>
              </w:rPr>
            </w:pPr>
            <w:r w:rsidRPr="00BE74C6">
              <w:rPr>
                <w:i/>
                <w:color w:val="66706B"/>
                <w:szCs w:val="24"/>
              </w:rPr>
              <w:t>&lt;Insert&gt;</w:t>
            </w:r>
          </w:p>
        </w:tc>
      </w:tr>
      <w:tr w:rsidR="00686453" w:rsidRPr="00BE74C6" w14:paraId="2047634A" w14:textId="77777777" w:rsidTr="00BE74C6">
        <w:trPr>
          <w:cantSplit/>
          <w:jc w:val="center"/>
        </w:trPr>
        <w:tc>
          <w:tcPr>
            <w:tcW w:w="5141" w:type="dxa"/>
            <w:shd w:val="clear" w:color="auto" w:fill="EAF3EF"/>
            <w:tcMar>
              <w:top w:w="80" w:type="dxa"/>
              <w:left w:w="90" w:type="dxa"/>
              <w:bottom w:w="80" w:type="dxa"/>
              <w:right w:w="90" w:type="dxa"/>
            </w:tcMar>
          </w:tcPr>
          <w:p w14:paraId="526E32C4" w14:textId="77777777" w:rsidR="00686453" w:rsidRPr="00BE74C6" w:rsidRDefault="00D95FB4">
            <w:pPr>
              <w:rPr>
                <w:szCs w:val="24"/>
              </w:rPr>
            </w:pPr>
            <w:r w:rsidRPr="00BE74C6">
              <w:rPr>
                <w:b/>
                <w:color w:val="015A41"/>
                <w:szCs w:val="24"/>
              </w:rPr>
              <w:t>Transportation / lodging / childcare supports</w:t>
            </w:r>
          </w:p>
        </w:tc>
        <w:tc>
          <w:tcPr>
            <w:tcW w:w="5616" w:type="dxa"/>
            <w:shd w:val="clear" w:color="auto" w:fill="FFFFFF"/>
            <w:tcMar>
              <w:top w:w="80" w:type="dxa"/>
              <w:left w:w="90" w:type="dxa"/>
              <w:bottom w:w="80" w:type="dxa"/>
              <w:right w:w="90" w:type="dxa"/>
            </w:tcMar>
          </w:tcPr>
          <w:p w14:paraId="689E69A2" w14:textId="77777777" w:rsidR="00686453" w:rsidRPr="00BE74C6" w:rsidRDefault="00D95FB4">
            <w:pPr>
              <w:rPr>
                <w:szCs w:val="24"/>
              </w:rPr>
            </w:pPr>
            <w:r w:rsidRPr="00BE74C6">
              <w:rPr>
                <w:i/>
                <w:color w:val="66706B"/>
                <w:szCs w:val="24"/>
              </w:rPr>
              <w:t>&lt;Insert&gt;</w:t>
            </w:r>
          </w:p>
        </w:tc>
      </w:tr>
      <w:tr w:rsidR="00686453" w:rsidRPr="00BE74C6" w14:paraId="79A6A026" w14:textId="77777777" w:rsidTr="00BE74C6">
        <w:trPr>
          <w:cantSplit/>
          <w:jc w:val="center"/>
        </w:trPr>
        <w:tc>
          <w:tcPr>
            <w:tcW w:w="5141" w:type="dxa"/>
            <w:shd w:val="clear" w:color="auto" w:fill="F7FAF8"/>
            <w:tcMar>
              <w:top w:w="80" w:type="dxa"/>
              <w:left w:w="90" w:type="dxa"/>
              <w:bottom w:w="80" w:type="dxa"/>
              <w:right w:w="90" w:type="dxa"/>
            </w:tcMar>
          </w:tcPr>
          <w:p w14:paraId="6DB8D5E3" w14:textId="77777777" w:rsidR="00686453" w:rsidRPr="00BE74C6" w:rsidRDefault="00D95FB4">
            <w:pPr>
              <w:rPr>
                <w:szCs w:val="24"/>
              </w:rPr>
            </w:pPr>
            <w:r w:rsidRPr="00BE74C6">
              <w:rPr>
                <w:b/>
                <w:color w:val="015A41"/>
                <w:szCs w:val="24"/>
              </w:rPr>
              <w:t>Fatigue management / relief staffing</w:t>
            </w:r>
          </w:p>
        </w:tc>
        <w:tc>
          <w:tcPr>
            <w:tcW w:w="5616" w:type="dxa"/>
            <w:shd w:val="clear" w:color="auto" w:fill="FFFFFF"/>
            <w:tcMar>
              <w:top w:w="80" w:type="dxa"/>
              <w:left w:w="90" w:type="dxa"/>
              <w:bottom w:w="80" w:type="dxa"/>
              <w:right w:w="90" w:type="dxa"/>
            </w:tcMar>
          </w:tcPr>
          <w:p w14:paraId="66F254A8" w14:textId="77777777" w:rsidR="00686453" w:rsidRPr="00BE74C6" w:rsidRDefault="00D95FB4">
            <w:pPr>
              <w:rPr>
                <w:szCs w:val="24"/>
              </w:rPr>
            </w:pPr>
            <w:r w:rsidRPr="00BE74C6">
              <w:rPr>
                <w:i/>
                <w:color w:val="66706B"/>
                <w:szCs w:val="24"/>
              </w:rPr>
              <w:t>&lt;Insert&gt;</w:t>
            </w:r>
          </w:p>
        </w:tc>
      </w:tr>
      <w:tr w:rsidR="00686453" w:rsidRPr="00BE74C6" w14:paraId="6567E348" w14:textId="77777777" w:rsidTr="00BE74C6">
        <w:trPr>
          <w:cantSplit/>
          <w:jc w:val="center"/>
        </w:trPr>
        <w:tc>
          <w:tcPr>
            <w:tcW w:w="5141" w:type="dxa"/>
            <w:shd w:val="clear" w:color="auto" w:fill="EAF3EF"/>
            <w:tcMar>
              <w:top w:w="80" w:type="dxa"/>
              <w:left w:w="90" w:type="dxa"/>
              <w:bottom w:w="80" w:type="dxa"/>
              <w:right w:w="90" w:type="dxa"/>
            </w:tcMar>
          </w:tcPr>
          <w:p w14:paraId="085AB9F5" w14:textId="77777777" w:rsidR="00686453" w:rsidRPr="00BE74C6" w:rsidRDefault="00D95FB4">
            <w:pPr>
              <w:rPr>
                <w:szCs w:val="24"/>
              </w:rPr>
            </w:pPr>
            <w:r w:rsidRPr="00BE74C6">
              <w:rPr>
                <w:b/>
                <w:color w:val="015A41"/>
                <w:szCs w:val="24"/>
              </w:rPr>
              <w:t>Volunteer use / integration</w:t>
            </w:r>
          </w:p>
        </w:tc>
        <w:tc>
          <w:tcPr>
            <w:tcW w:w="5616" w:type="dxa"/>
            <w:shd w:val="clear" w:color="auto" w:fill="FFFFFF"/>
            <w:tcMar>
              <w:top w:w="80" w:type="dxa"/>
              <w:left w:w="90" w:type="dxa"/>
              <w:bottom w:w="80" w:type="dxa"/>
              <w:right w:w="90" w:type="dxa"/>
            </w:tcMar>
          </w:tcPr>
          <w:p w14:paraId="1B9CB210" w14:textId="77777777" w:rsidR="00686453" w:rsidRPr="00BE74C6" w:rsidRDefault="00D95FB4">
            <w:pPr>
              <w:rPr>
                <w:szCs w:val="24"/>
              </w:rPr>
            </w:pPr>
            <w:r w:rsidRPr="00BE74C6">
              <w:rPr>
                <w:i/>
                <w:color w:val="66706B"/>
                <w:szCs w:val="24"/>
              </w:rPr>
              <w:t>&lt;Insert&gt;</w:t>
            </w:r>
          </w:p>
        </w:tc>
      </w:tr>
      <w:tr w:rsidR="00686453" w:rsidRPr="00BE74C6" w14:paraId="500DA2A0" w14:textId="77777777" w:rsidTr="00BE74C6">
        <w:trPr>
          <w:cantSplit/>
          <w:jc w:val="center"/>
        </w:trPr>
        <w:tc>
          <w:tcPr>
            <w:tcW w:w="5141" w:type="dxa"/>
            <w:shd w:val="clear" w:color="auto" w:fill="F7FAF8"/>
            <w:tcMar>
              <w:top w:w="80" w:type="dxa"/>
              <w:left w:w="90" w:type="dxa"/>
              <w:bottom w:w="80" w:type="dxa"/>
              <w:right w:w="90" w:type="dxa"/>
            </w:tcMar>
          </w:tcPr>
          <w:p w14:paraId="5D872855" w14:textId="77777777" w:rsidR="00686453" w:rsidRPr="00BE74C6" w:rsidRDefault="00D95FB4">
            <w:pPr>
              <w:rPr>
                <w:szCs w:val="24"/>
              </w:rPr>
            </w:pPr>
            <w:r w:rsidRPr="00BE74C6">
              <w:rPr>
                <w:b/>
                <w:color w:val="015A41"/>
                <w:szCs w:val="24"/>
              </w:rPr>
              <w:t>State/Federal designated healthcare professionals</w:t>
            </w:r>
          </w:p>
        </w:tc>
        <w:tc>
          <w:tcPr>
            <w:tcW w:w="5616" w:type="dxa"/>
            <w:shd w:val="clear" w:color="auto" w:fill="FFFFFF"/>
            <w:tcMar>
              <w:top w:w="80" w:type="dxa"/>
              <w:left w:w="90" w:type="dxa"/>
              <w:bottom w:w="80" w:type="dxa"/>
              <w:right w:w="90" w:type="dxa"/>
            </w:tcMar>
          </w:tcPr>
          <w:p w14:paraId="2523234A" w14:textId="77777777" w:rsidR="00686453" w:rsidRPr="00BE74C6" w:rsidRDefault="00D95FB4">
            <w:pPr>
              <w:rPr>
                <w:szCs w:val="24"/>
              </w:rPr>
            </w:pPr>
            <w:r w:rsidRPr="00BE74C6">
              <w:rPr>
                <w:i/>
                <w:color w:val="66706B"/>
                <w:szCs w:val="24"/>
              </w:rPr>
              <w:t>&lt;Process for integration if used&gt;</w:t>
            </w:r>
          </w:p>
        </w:tc>
      </w:tr>
    </w:tbl>
    <w:p w14:paraId="3624BEAD" w14:textId="77777777" w:rsidR="00686453" w:rsidRDefault="00686453">
      <w:pPr>
        <w:spacing w:after="0"/>
      </w:pPr>
    </w:p>
    <w:p w14:paraId="3AB3B190" w14:textId="77777777" w:rsidR="00686453" w:rsidRDefault="00D95FB4">
      <w:r>
        <w:br w:type="page"/>
      </w:r>
    </w:p>
    <w:p w14:paraId="1AAFBC6E" w14:textId="77777777" w:rsidR="00686453" w:rsidRDefault="00D95FB4">
      <w:pPr>
        <w:pStyle w:val="Heading1"/>
        <w:pBdr>
          <w:bottom w:val="single" w:sz="14" w:space="5" w:color="E63B07"/>
        </w:pBdr>
        <w:spacing w:before="140" w:after="140"/>
      </w:pPr>
      <w:r>
        <w:rPr>
          <w:rFonts w:ascii="Arial" w:eastAsia="Arial" w:hAnsi="Arial"/>
        </w:rPr>
        <w:lastRenderedPageBreak/>
        <w:t>8. MANAGEMENT OF STAFF (CONTINUED)</w:t>
      </w:r>
    </w:p>
    <w:p w14:paraId="62DC76A4" w14:textId="77777777" w:rsidR="00686453" w:rsidRDefault="00D95FB4">
      <w:pPr>
        <w:pStyle w:val="Heading2"/>
        <w:spacing w:before="120" w:after="80"/>
      </w:pPr>
      <w:r>
        <w:rPr>
          <w:rFonts w:ascii="Arial" w:eastAsia="Arial" w:hAnsi="Arial"/>
        </w:rPr>
        <w:t>B. Maine Crisis Staffing Plan</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rsidRPr="00BE74C6" w14:paraId="7308AECE" w14:textId="77777777">
        <w:trPr>
          <w:jc w:val="center"/>
        </w:trPr>
        <w:tc>
          <w:tcPr>
            <w:tcW w:w="10282" w:type="dxa"/>
            <w:shd w:val="clear" w:color="auto" w:fill="FCEFE9"/>
            <w:tcMar>
              <w:top w:w="100" w:type="dxa"/>
              <w:left w:w="130" w:type="dxa"/>
              <w:bottom w:w="100" w:type="dxa"/>
              <w:right w:w="130" w:type="dxa"/>
            </w:tcMar>
          </w:tcPr>
          <w:p w14:paraId="3EC051A3" w14:textId="6F8147B9" w:rsidR="00686453" w:rsidRPr="00BE74C6" w:rsidRDefault="00D95FB4">
            <w:pPr>
              <w:spacing w:after="0"/>
              <w:rPr>
                <w:sz w:val="20"/>
                <w:szCs w:val="20"/>
              </w:rPr>
            </w:pPr>
            <w:r w:rsidRPr="00BE74C6">
              <w:rPr>
                <w:b/>
                <w:color w:val="E63B07"/>
                <w:sz w:val="20"/>
                <w:szCs w:val="20"/>
              </w:rPr>
              <w:t xml:space="preserve">MAINE REQUIREMENT </w:t>
            </w:r>
            <w:r w:rsidR="00963B6E">
              <w:rPr>
                <w:rFonts w:cs="Arial"/>
                <w:color w:val="000000"/>
                <w:sz w:val="20"/>
              </w:rPr>
              <w:t>10-144 CMR Ch. 110 §</w:t>
            </w:r>
            <w:proofErr w:type="gramStart"/>
            <w:r w:rsidR="00963B6E">
              <w:rPr>
                <w:rFonts w:cs="Arial"/>
                <w:color w:val="000000"/>
                <w:sz w:val="20"/>
              </w:rPr>
              <w:t>21.A.</w:t>
            </w:r>
            <w:proofErr w:type="gramEnd"/>
            <w:r w:rsidR="00963B6E">
              <w:rPr>
                <w:rFonts w:cs="Arial"/>
                <w:color w:val="000000"/>
                <w:sz w:val="20"/>
              </w:rPr>
              <w:t>2 requires a written crisis staffing plan with a clear recruitment process that does not rely on National Guard or other government resources as the primary or secondary crisis-staffing source and that outlines a progression of facility interventions during a disease outbreak.</w:t>
            </w:r>
          </w:p>
        </w:tc>
      </w:tr>
    </w:tbl>
    <w:p w14:paraId="2F2717D0" w14:textId="77777777" w:rsidR="00686453" w:rsidRDefault="00686453">
      <w:pPr>
        <w:spacing w:after="0"/>
      </w:pPr>
    </w:p>
    <w:tbl>
      <w:tblPr>
        <w:tblW w:w="11232"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616"/>
        <w:gridCol w:w="5616"/>
      </w:tblGrid>
      <w:tr w:rsidR="00686453" w:rsidRPr="00D21AD6" w14:paraId="13A60C4D" w14:textId="77777777" w:rsidTr="00D21AD6">
        <w:trPr>
          <w:tblHeader/>
          <w:jc w:val="center"/>
        </w:trPr>
        <w:tc>
          <w:tcPr>
            <w:tcW w:w="5616" w:type="dxa"/>
            <w:shd w:val="clear" w:color="auto" w:fill="015A41"/>
            <w:tcMar>
              <w:top w:w="80" w:type="dxa"/>
              <w:left w:w="90" w:type="dxa"/>
              <w:bottom w:w="80" w:type="dxa"/>
              <w:right w:w="90" w:type="dxa"/>
            </w:tcMar>
          </w:tcPr>
          <w:p w14:paraId="09C94D86" w14:textId="77777777" w:rsidR="00686453" w:rsidRPr="00D21AD6" w:rsidRDefault="00D95FB4">
            <w:pPr>
              <w:rPr>
                <w:szCs w:val="24"/>
              </w:rPr>
            </w:pPr>
            <w:r w:rsidRPr="00D21AD6">
              <w:rPr>
                <w:b/>
                <w:color w:val="FFFFFF"/>
                <w:szCs w:val="24"/>
              </w:rPr>
              <w:t>Field</w:t>
            </w:r>
          </w:p>
        </w:tc>
        <w:tc>
          <w:tcPr>
            <w:tcW w:w="5616" w:type="dxa"/>
            <w:shd w:val="clear" w:color="auto" w:fill="015A41"/>
            <w:tcMar>
              <w:top w:w="80" w:type="dxa"/>
              <w:left w:w="90" w:type="dxa"/>
              <w:bottom w:w="80" w:type="dxa"/>
              <w:right w:w="90" w:type="dxa"/>
            </w:tcMar>
          </w:tcPr>
          <w:p w14:paraId="0AAFC1AF" w14:textId="77777777" w:rsidR="00686453" w:rsidRPr="00D21AD6" w:rsidRDefault="00D95FB4">
            <w:pPr>
              <w:rPr>
                <w:szCs w:val="24"/>
              </w:rPr>
            </w:pPr>
            <w:r w:rsidRPr="00D21AD6">
              <w:rPr>
                <w:b/>
                <w:color w:val="FFFFFF"/>
                <w:szCs w:val="24"/>
              </w:rPr>
              <w:t>Facility Entry</w:t>
            </w:r>
          </w:p>
        </w:tc>
      </w:tr>
      <w:tr w:rsidR="00686453" w:rsidRPr="00D21AD6" w14:paraId="37EDFBF0" w14:textId="77777777" w:rsidTr="00D21AD6">
        <w:trPr>
          <w:cantSplit/>
          <w:jc w:val="center"/>
        </w:trPr>
        <w:tc>
          <w:tcPr>
            <w:tcW w:w="5616" w:type="dxa"/>
            <w:shd w:val="clear" w:color="auto" w:fill="EAF3EF"/>
            <w:tcMar>
              <w:top w:w="80" w:type="dxa"/>
              <w:left w:w="90" w:type="dxa"/>
              <w:bottom w:w="80" w:type="dxa"/>
              <w:right w:w="90" w:type="dxa"/>
            </w:tcMar>
          </w:tcPr>
          <w:p w14:paraId="6432A283" w14:textId="77777777" w:rsidR="00686453" w:rsidRPr="00D21AD6" w:rsidRDefault="00D95FB4">
            <w:pPr>
              <w:rPr>
                <w:szCs w:val="24"/>
              </w:rPr>
            </w:pPr>
            <w:r w:rsidRPr="00D21AD6">
              <w:rPr>
                <w:b/>
                <w:color w:val="015A41"/>
                <w:szCs w:val="24"/>
              </w:rPr>
              <w:t>Conventional staffing strategies</w:t>
            </w:r>
          </w:p>
        </w:tc>
        <w:tc>
          <w:tcPr>
            <w:tcW w:w="5616" w:type="dxa"/>
            <w:shd w:val="clear" w:color="auto" w:fill="FFFFFF"/>
            <w:tcMar>
              <w:top w:w="80" w:type="dxa"/>
              <w:left w:w="90" w:type="dxa"/>
              <w:bottom w:w="80" w:type="dxa"/>
              <w:right w:w="90" w:type="dxa"/>
            </w:tcMar>
          </w:tcPr>
          <w:p w14:paraId="059172CE" w14:textId="77777777" w:rsidR="00686453" w:rsidRPr="00D21AD6" w:rsidRDefault="00D95FB4">
            <w:pPr>
              <w:rPr>
                <w:szCs w:val="24"/>
              </w:rPr>
            </w:pPr>
            <w:r w:rsidRPr="00D21AD6">
              <w:rPr>
                <w:i/>
                <w:color w:val="66706B"/>
                <w:szCs w:val="24"/>
              </w:rPr>
              <w:t>&lt;Insert&gt;</w:t>
            </w:r>
          </w:p>
        </w:tc>
      </w:tr>
      <w:tr w:rsidR="00686453" w:rsidRPr="00D21AD6" w14:paraId="00641827" w14:textId="77777777" w:rsidTr="00D21AD6">
        <w:trPr>
          <w:cantSplit/>
          <w:jc w:val="center"/>
        </w:trPr>
        <w:tc>
          <w:tcPr>
            <w:tcW w:w="5616" w:type="dxa"/>
            <w:shd w:val="clear" w:color="auto" w:fill="F7FAF8"/>
            <w:tcMar>
              <w:top w:w="80" w:type="dxa"/>
              <w:left w:w="90" w:type="dxa"/>
              <w:bottom w:w="80" w:type="dxa"/>
              <w:right w:w="90" w:type="dxa"/>
            </w:tcMar>
          </w:tcPr>
          <w:p w14:paraId="3FE6FB62" w14:textId="77777777" w:rsidR="00686453" w:rsidRPr="00D21AD6" w:rsidRDefault="00D95FB4">
            <w:pPr>
              <w:rPr>
                <w:szCs w:val="24"/>
              </w:rPr>
            </w:pPr>
            <w:r w:rsidRPr="00D21AD6">
              <w:rPr>
                <w:b/>
                <w:color w:val="015A41"/>
                <w:szCs w:val="24"/>
              </w:rPr>
              <w:t>Contingency strategies</w:t>
            </w:r>
          </w:p>
        </w:tc>
        <w:tc>
          <w:tcPr>
            <w:tcW w:w="5616" w:type="dxa"/>
            <w:shd w:val="clear" w:color="auto" w:fill="FFFFFF"/>
            <w:tcMar>
              <w:top w:w="80" w:type="dxa"/>
              <w:left w:w="90" w:type="dxa"/>
              <w:bottom w:w="80" w:type="dxa"/>
              <w:right w:w="90" w:type="dxa"/>
            </w:tcMar>
          </w:tcPr>
          <w:p w14:paraId="1B46A63C" w14:textId="77777777" w:rsidR="00686453" w:rsidRPr="00D21AD6" w:rsidRDefault="00D95FB4">
            <w:pPr>
              <w:rPr>
                <w:szCs w:val="24"/>
              </w:rPr>
            </w:pPr>
            <w:r w:rsidRPr="00D21AD6">
              <w:rPr>
                <w:i/>
                <w:color w:val="66706B"/>
                <w:szCs w:val="24"/>
              </w:rPr>
              <w:t>&lt;Insert&gt;</w:t>
            </w:r>
          </w:p>
        </w:tc>
      </w:tr>
      <w:tr w:rsidR="00686453" w:rsidRPr="00D21AD6" w14:paraId="6D39F9AB" w14:textId="77777777" w:rsidTr="00D21AD6">
        <w:trPr>
          <w:cantSplit/>
          <w:jc w:val="center"/>
        </w:trPr>
        <w:tc>
          <w:tcPr>
            <w:tcW w:w="5616" w:type="dxa"/>
            <w:shd w:val="clear" w:color="auto" w:fill="EAF3EF"/>
            <w:tcMar>
              <w:top w:w="80" w:type="dxa"/>
              <w:left w:w="90" w:type="dxa"/>
              <w:bottom w:w="80" w:type="dxa"/>
              <w:right w:w="90" w:type="dxa"/>
            </w:tcMar>
          </w:tcPr>
          <w:p w14:paraId="1AFF472B" w14:textId="77777777" w:rsidR="00686453" w:rsidRPr="00D21AD6" w:rsidRDefault="00D95FB4">
            <w:pPr>
              <w:rPr>
                <w:szCs w:val="24"/>
              </w:rPr>
            </w:pPr>
            <w:r w:rsidRPr="00D21AD6">
              <w:rPr>
                <w:b/>
                <w:color w:val="015A41"/>
                <w:szCs w:val="24"/>
              </w:rPr>
              <w:t>Crisis strategies</w:t>
            </w:r>
          </w:p>
        </w:tc>
        <w:tc>
          <w:tcPr>
            <w:tcW w:w="5616" w:type="dxa"/>
            <w:shd w:val="clear" w:color="auto" w:fill="FFFFFF"/>
            <w:tcMar>
              <w:top w:w="80" w:type="dxa"/>
              <w:left w:w="90" w:type="dxa"/>
              <w:bottom w:w="80" w:type="dxa"/>
              <w:right w:w="90" w:type="dxa"/>
            </w:tcMar>
          </w:tcPr>
          <w:p w14:paraId="4E59FC89" w14:textId="77777777" w:rsidR="00686453" w:rsidRPr="00D21AD6" w:rsidRDefault="00D95FB4">
            <w:pPr>
              <w:rPr>
                <w:szCs w:val="24"/>
              </w:rPr>
            </w:pPr>
            <w:r w:rsidRPr="00D21AD6">
              <w:rPr>
                <w:i/>
                <w:color w:val="66706B"/>
                <w:szCs w:val="24"/>
              </w:rPr>
              <w:t>&lt;Insert&gt;</w:t>
            </w:r>
          </w:p>
        </w:tc>
      </w:tr>
      <w:tr w:rsidR="00686453" w:rsidRPr="00D21AD6" w14:paraId="74861029" w14:textId="77777777" w:rsidTr="00D21AD6">
        <w:trPr>
          <w:cantSplit/>
          <w:jc w:val="center"/>
        </w:trPr>
        <w:tc>
          <w:tcPr>
            <w:tcW w:w="5616" w:type="dxa"/>
            <w:shd w:val="clear" w:color="auto" w:fill="F7FAF8"/>
            <w:tcMar>
              <w:top w:w="80" w:type="dxa"/>
              <w:left w:w="90" w:type="dxa"/>
              <w:bottom w:w="80" w:type="dxa"/>
              <w:right w:w="90" w:type="dxa"/>
            </w:tcMar>
          </w:tcPr>
          <w:p w14:paraId="642C1685" w14:textId="77777777" w:rsidR="00686453" w:rsidRPr="00D21AD6" w:rsidRDefault="00D95FB4">
            <w:pPr>
              <w:rPr>
                <w:szCs w:val="24"/>
              </w:rPr>
            </w:pPr>
            <w:r w:rsidRPr="00D21AD6">
              <w:rPr>
                <w:b/>
                <w:color w:val="015A41"/>
                <w:szCs w:val="24"/>
              </w:rPr>
              <w:t>Agency / registry / contracted staffing</w:t>
            </w:r>
          </w:p>
        </w:tc>
        <w:tc>
          <w:tcPr>
            <w:tcW w:w="5616" w:type="dxa"/>
            <w:shd w:val="clear" w:color="auto" w:fill="FFFFFF"/>
            <w:tcMar>
              <w:top w:w="80" w:type="dxa"/>
              <w:left w:w="90" w:type="dxa"/>
              <w:bottom w:w="80" w:type="dxa"/>
              <w:right w:w="90" w:type="dxa"/>
            </w:tcMar>
          </w:tcPr>
          <w:p w14:paraId="0A68E0D5" w14:textId="77777777" w:rsidR="00686453" w:rsidRPr="00D21AD6" w:rsidRDefault="00D95FB4">
            <w:pPr>
              <w:rPr>
                <w:szCs w:val="24"/>
              </w:rPr>
            </w:pPr>
            <w:r w:rsidRPr="00D21AD6">
              <w:rPr>
                <w:i/>
                <w:color w:val="66706B"/>
                <w:szCs w:val="24"/>
              </w:rPr>
              <w:t>&lt;Insert&gt;</w:t>
            </w:r>
          </w:p>
        </w:tc>
      </w:tr>
      <w:tr w:rsidR="00686453" w:rsidRPr="00D21AD6" w14:paraId="18468C97" w14:textId="77777777" w:rsidTr="00D21AD6">
        <w:trPr>
          <w:cantSplit/>
          <w:jc w:val="center"/>
        </w:trPr>
        <w:tc>
          <w:tcPr>
            <w:tcW w:w="5616" w:type="dxa"/>
            <w:shd w:val="clear" w:color="auto" w:fill="EAF3EF"/>
            <w:tcMar>
              <w:top w:w="80" w:type="dxa"/>
              <w:left w:w="90" w:type="dxa"/>
              <w:bottom w:w="80" w:type="dxa"/>
              <w:right w:w="90" w:type="dxa"/>
            </w:tcMar>
          </w:tcPr>
          <w:p w14:paraId="5626EB5B" w14:textId="77777777" w:rsidR="00686453" w:rsidRPr="00D21AD6" w:rsidRDefault="00D95FB4">
            <w:pPr>
              <w:rPr>
                <w:szCs w:val="24"/>
              </w:rPr>
            </w:pPr>
            <w:r w:rsidRPr="00D21AD6">
              <w:rPr>
                <w:b/>
                <w:color w:val="015A41"/>
                <w:szCs w:val="24"/>
              </w:rPr>
              <w:t>Staff recruitment escalation sequence</w:t>
            </w:r>
          </w:p>
        </w:tc>
        <w:tc>
          <w:tcPr>
            <w:tcW w:w="5616" w:type="dxa"/>
            <w:shd w:val="clear" w:color="auto" w:fill="FFFFFF"/>
            <w:tcMar>
              <w:top w:w="80" w:type="dxa"/>
              <w:left w:w="90" w:type="dxa"/>
              <w:bottom w:w="80" w:type="dxa"/>
              <w:right w:w="90" w:type="dxa"/>
            </w:tcMar>
          </w:tcPr>
          <w:p w14:paraId="2E1FE2A5" w14:textId="77777777" w:rsidR="00686453" w:rsidRPr="00D21AD6" w:rsidRDefault="00D95FB4">
            <w:pPr>
              <w:rPr>
                <w:szCs w:val="24"/>
              </w:rPr>
            </w:pPr>
            <w:r w:rsidRPr="00D21AD6">
              <w:rPr>
                <w:i/>
                <w:color w:val="66706B"/>
                <w:szCs w:val="24"/>
              </w:rPr>
              <w:t>&lt;Insert&gt;</w:t>
            </w:r>
          </w:p>
        </w:tc>
      </w:tr>
      <w:tr w:rsidR="00686453" w:rsidRPr="00D21AD6" w14:paraId="6E1C16AE" w14:textId="77777777" w:rsidTr="00D21AD6">
        <w:trPr>
          <w:cantSplit/>
          <w:jc w:val="center"/>
        </w:trPr>
        <w:tc>
          <w:tcPr>
            <w:tcW w:w="5616" w:type="dxa"/>
            <w:shd w:val="clear" w:color="auto" w:fill="F7FAF8"/>
            <w:tcMar>
              <w:top w:w="80" w:type="dxa"/>
              <w:left w:w="90" w:type="dxa"/>
              <w:bottom w:w="80" w:type="dxa"/>
              <w:right w:w="90" w:type="dxa"/>
            </w:tcMar>
          </w:tcPr>
          <w:p w14:paraId="658C3C9E" w14:textId="77777777" w:rsidR="00686453" w:rsidRPr="00D21AD6" w:rsidRDefault="00D95FB4">
            <w:pPr>
              <w:rPr>
                <w:szCs w:val="24"/>
              </w:rPr>
            </w:pPr>
            <w:r w:rsidRPr="00D21AD6">
              <w:rPr>
                <w:b/>
                <w:color w:val="015A41"/>
                <w:szCs w:val="24"/>
              </w:rPr>
              <w:t>Triggers for service reduction / transfer</w:t>
            </w:r>
          </w:p>
        </w:tc>
        <w:tc>
          <w:tcPr>
            <w:tcW w:w="5616" w:type="dxa"/>
            <w:shd w:val="clear" w:color="auto" w:fill="FFFFFF"/>
            <w:tcMar>
              <w:top w:w="80" w:type="dxa"/>
              <w:left w:w="90" w:type="dxa"/>
              <w:bottom w:w="80" w:type="dxa"/>
              <w:right w:w="90" w:type="dxa"/>
            </w:tcMar>
          </w:tcPr>
          <w:p w14:paraId="4FFE6957" w14:textId="77777777" w:rsidR="00686453" w:rsidRPr="00D21AD6" w:rsidRDefault="00D95FB4">
            <w:pPr>
              <w:rPr>
                <w:szCs w:val="24"/>
              </w:rPr>
            </w:pPr>
            <w:r w:rsidRPr="00D21AD6">
              <w:rPr>
                <w:i/>
                <w:color w:val="66706B"/>
                <w:szCs w:val="24"/>
              </w:rPr>
              <w:t>&lt;Insert&gt;</w:t>
            </w:r>
          </w:p>
        </w:tc>
      </w:tr>
      <w:tr w:rsidR="00686453" w:rsidRPr="00D21AD6" w14:paraId="23EBFC5B" w14:textId="77777777" w:rsidTr="00D21AD6">
        <w:trPr>
          <w:cantSplit/>
          <w:jc w:val="center"/>
        </w:trPr>
        <w:tc>
          <w:tcPr>
            <w:tcW w:w="5616" w:type="dxa"/>
            <w:shd w:val="clear" w:color="auto" w:fill="EAF3EF"/>
            <w:tcMar>
              <w:top w:w="80" w:type="dxa"/>
              <w:left w:w="90" w:type="dxa"/>
              <w:bottom w:w="80" w:type="dxa"/>
              <w:right w:w="90" w:type="dxa"/>
            </w:tcMar>
          </w:tcPr>
          <w:p w14:paraId="469EF684" w14:textId="77777777" w:rsidR="00686453" w:rsidRPr="00D21AD6" w:rsidRDefault="00D95FB4">
            <w:pPr>
              <w:rPr>
                <w:szCs w:val="24"/>
              </w:rPr>
            </w:pPr>
            <w:r w:rsidRPr="00D21AD6">
              <w:rPr>
                <w:b/>
                <w:color w:val="015A41"/>
                <w:szCs w:val="24"/>
              </w:rPr>
              <w:t>Communication with DLC / public health</w:t>
            </w:r>
          </w:p>
        </w:tc>
        <w:tc>
          <w:tcPr>
            <w:tcW w:w="5616" w:type="dxa"/>
            <w:shd w:val="clear" w:color="auto" w:fill="FFFFFF"/>
            <w:tcMar>
              <w:top w:w="80" w:type="dxa"/>
              <w:left w:w="90" w:type="dxa"/>
              <w:bottom w:w="80" w:type="dxa"/>
              <w:right w:w="90" w:type="dxa"/>
            </w:tcMar>
          </w:tcPr>
          <w:p w14:paraId="5B63EF9B" w14:textId="77777777" w:rsidR="00686453" w:rsidRPr="00D21AD6" w:rsidRDefault="00D95FB4">
            <w:pPr>
              <w:rPr>
                <w:szCs w:val="24"/>
              </w:rPr>
            </w:pPr>
            <w:r w:rsidRPr="00D21AD6">
              <w:rPr>
                <w:i/>
                <w:color w:val="66706B"/>
                <w:szCs w:val="24"/>
              </w:rPr>
              <w:t>&lt;Insert&gt;</w:t>
            </w:r>
          </w:p>
        </w:tc>
      </w:tr>
    </w:tbl>
    <w:p w14:paraId="2F3CE9E1" w14:textId="77777777" w:rsidR="00686453" w:rsidRDefault="00686453">
      <w:pPr>
        <w:spacing w:after="0"/>
      </w:pPr>
    </w:p>
    <w:p w14:paraId="4EE526C4" w14:textId="77777777" w:rsidR="00686453" w:rsidRDefault="00D95FB4">
      <w:r>
        <w:br w:type="page"/>
      </w:r>
    </w:p>
    <w:p w14:paraId="480D18BA" w14:textId="77777777" w:rsidR="00686453" w:rsidRDefault="00D95FB4">
      <w:pPr>
        <w:pStyle w:val="Heading1"/>
        <w:pBdr>
          <w:bottom w:val="single" w:sz="14" w:space="5" w:color="E63B07"/>
        </w:pBdr>
        <w:spacing w:before="140" w:after="140"/>
      </w:pPr>
      <w:r>
        <w:rPr>
          <w:rFonts w:ascii="Arial" w:eastAsia="Arial" w:hAnsi="Arial"/>
        </w:rPr>
        <w:lastRenderedPageBreak/>
        <w:t>9. MANAGEMENT OF RESIDENTS IN AN EMERGENCY</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rsidRPr="00D21AD6" w14:paraId="2760D1B5" w14:textId="77777777">
        <w:trPr>
          <w:jc w:val="center"/>
        </w:trPr>
        <w:tc>
          <w:tcPr>
            <w:tcW w:w="10282" w:type="dxa"/>
            <w:shd w:val="clear" w:color="auto" w:fill="EAF3EF"/>
            <w:tcMar>
              <w:top w:w="100" w:type="dxa"/>
              <w:left w:w="130" w:type="dxa"/>
              <w:bottom w:w="100" w:type="dxa"/>
              <w:right w:w="130" w:type="dxa"/>
            </w:tcMar>
          </w:tcPr>
          <w:p w14:paraId="397A6426" w14:textId="77777777" w:rsidR="00686453" w:rsidRPr="00D21AD6" w:rsidRDefault="00D95FB4">
            <w:pPr>
              <w:spacing w:after="0"/>
              <w:rPr>
                <w:sz w:val="20"/>
                <w:szCs w:val="20"/>
              </w:rPr>
            </w:pPr>
            <w:r w:rsidRPr="00D21AD6">
              <w:rPr>
                <w:b/>
                <w:color w:val="015A41"/>
                <w:sz w:val="20"/>
                <w:szCs w:val="20"/>
              </w:rPr>
              <w:t xml:space="preserve">REGULATORY BASIS  </w:t>
            </w:r>
            <w:r w:rsidRPr="00D21AD6">
              <w:rPr>
                <w:sz w:val="20"/>
                <w:szCs w:val="20"/>
              </w:rPr>
              <w:t>42 CFR §483.73(a)(3); §483.73(b)(2)-(5), (7); §483.73(c)</w:t>
            </w:r>
          </w:p>
        </w:tc>
      </w:tr>
    </w:tbl>
    <w:p w14:paraId="4859E6AB" w14:textId="77777777" w:rsidR="00686453" w:rsidRDefault="00686453">
      <w:pPr>
        <w:spacing w:after="0"/>
      </w:pPr>
    </w:p>
    <w:p w14:paraId="3BF306C3" w14:textId="77777777" w:rsidR="00686453" w:rsidRPr="00D21AD6" w:rsidRDefault="00D95FB4">
      <w:pPr>
        <w:spacing w:after="120" w:line="250" w:lineRule="auto"/>
        <w:rPr>
          <w:sz w:val="20"/>
          <w:szCs w:val="20"/>
        </w:rPr>
      </w:pPr>
      <w:r w:rsidRPr="00D21AD6">
        <w:rPr>
          <w:sz w:val="20"/>
          <w:szCs w:val="20"/>
        </w:rPr>
        <w:t>Address resident care, tracking, medical documentation, behavioral/cognitive needs, missing residents, transfers, and family information.</w:t>
      </w:r>
    </w:p>
    <w:p w14:paraId="75573C1B" w14:textId="77777777" w:rsidR="00686453" w:rsidRDefault="00D95FB4">
      <w:pPr>
        <w:pStyle w:val="Heading2"/>
        <w:spacing w:before="120" w:after="80"/>
      </w:pPr>
      <w:r>
        <w:rPr>
          <w:rFonts w:ascii="Arial" w:eastAsia="Arial" w:hAnsi="Arial"/>
        </w:rPr>
        <w:t>A. Resident Care Continuity</w:t>
      </w:r>
    </w:p>
    <w:p w14:paraId="2EA9CCC6" w14:textId="77777777" w:rsidR="00686453" w:rsidRDefault="00D95FB4">
      <w:pPr>
        <w:spacing w:after="120"/>
      </w:pPr>
      <w:r>
        <w:rPr>
          <w:color w:val="C8CECB"/>
          <w:sz w:val="16"/>
        </w:rPr>
        <w:t>________________________________________________________________________________</w:t>
      </w:r>
    </w:p>
    <w:p w14:paraId="4321903C" w14:textId="77777777" w:rsidR="00686453" w:rsidRDefault="00D95FB4">
      <w:pPr>
        <w:spacing w:after="120"/>
      </w:pPr>
      <w:r>
        <w:rPr>
          <w:color w:val="C8CECB"/>
          <w:sz w:val="16"/>
        </w:rPr>
        <w:t>________________________________________________________________________________</w:t>
      </w:r>
    </w:p>
    <w:p w14:paraId="79A7327F" w14:textId="77777777" w:rsidR="00686453" w:rsidRDefault="00D95FB4">
      <w:pPr>
        <w:spacing w:after="120"/>
      </w:pPr>
      <w:r>
        <w:rPr>
          <w:color w:val="C8CECB"/>
          <w:sz w:val="16"/>
        </w:rPr>
        <w:t>________________________________________________________________________________</w:t>
      </w:r>
    </w:p>
    <w:p w14:paraId="1E493723" w14:textId="77777777" w:rsidR="00686453" w:rsidRDefault="00D95FB4">
      <w:pPr>
        <w:spacing w:after="120"/>
      </w:pPr>
      <w:r>
        <w:rPr>
          <w:color w:val="C8CECB"/>
          <w:sz w:val="16"/>
        </w:rPr>
        <w:t>________________________________________________________________________________</w:t>
      </w:r>
    </w:p>
    <w:p w14:paraId="79D4FD12" w14:textId="77777777" w:rsidR="00686453" w:rsidRDefault="00D95FB4">
      <w:pPr>
        <w:pStyle w:val="Heading2"/>
        <w:spacing w:before="120" w:after="80"/>
      </w:pPr>
      <w:r>
        <w:rPr>
          <w:rFonts w:ascii="Arial" w:eastAsia="Arial" w:hAnsi="Arial"/>
        </w:rPr>
        <w:t>B. Resident and Staff Tracking</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rsidRPr="00D21AD6" w14:paraId="6FFEA650" w14:textId="77777777">
        <w:trPr>
          <w:jc w:val="center"/>
        </w:trPr>
        <w:tc>
          <w:tcPr>
            <w:tcW w:w="10282" w:type="dxa"/>
            <w:shd w:val="clear" w:color="auto" w:fill="EAF3EF"/>
            <w:tcMar>
              <w:top w:w="100" w:type="dxa"/>
              <w:left w:w="130" w:type="dxa"/>
              <w:bottom w:w="100" w:type="dxa"/>
              <w:right w:w="130" w:type="dxa"/>
            </w:tcMar>
          </w:tcPr>
          <w:p w14:paraId="7AFDA70D" w14:textId="4F42354A" w:rsidR="00686453" w:rsidRPr="00D21AD6" w:rsidRDefault="00D95FB4">
            <w:pPr>
              <w:spacing w:after="0"/>
              <w:rPr>
                <w:sz w:val="20"/>
                <w:szCs w:val="20"/>
              </w:rPr>
            </w:pPr>
            <w:r w:rsidRPr="00D21AD6">
              <w:rPr>
                <w:b/>
                <w:color w:val="015A41"/>
                <w:sz w:val="20"/>
                <w:szCs w:val="20"/>
              </w:rPr>
              <w:t xml:space="preserve">CMS REQUIRED </w:t>
            </w:r>
            <w:r w:rsidR="001202DF" w:rsidRPr="00D21AD6">
              <w:rPr>
                <w:sz w:val="20"/>
                <w:szCs w:val="20"/>
              </w:rPr>
              <w:t>Track the location of on-duty staff and sheltered residents during and after an emergency. If relocated, document the specific name and location of the receiving facility or other location. See 42 CFR §483.73(b)(2).</w:t>
            </w:r>
          </w:p>
        </w:tc>
      </w:tr>
    </w:tbl>
    <w:p w14:paraId="173F505D" w14:textId="77777777" w:rsidR="00686453" w:rsidRDefault="00686453">
      <w:pPr>
        <w:spacing w:after="0"/>
      </w:pP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592"/>
        <w:gridCol w:w="2570"/>
        <w:gridCol w:w="3384"/>
        <w:gridCol w:w="2570"/>
      </w:tblGrid>
      <w:tr w:rsidR="00686453" w:rsidRPr="00D21AD6" w14:paraId="68CA03BE" w14:textId="77777777">
        <w:trPr>
          <w:tblHeader/>
          <w:jc w:val="center"/>
        </w:trPr>
        <w:tc>
          <w:tcPr>
            <w:tcW w:w="2592" w:type="dxa"/>
            <w:shd w:val="clear" w:color="auto" w:fill="015A41"/>
            <w:tcMar>
              <w:top w:w="70" w:type="dxa"/>
              <w:left w:w="70" w:type="dxa"/>
              <w:bottom w:w="70" w:type="dxa"/>
              <w:right w:w="70" w:type="dxa"/>
            </w:tcMar>
          </w:tcPr>
          <w:p w14:paraId="72FAB8A7" w14:textId="77777777" w:rsidR="00686453" w:rsidRPr="00D21AD6" w:rsidRDefault="00D95FB4">
            <w:pPr>
              <w:rPr>
                <w:szCs w:val="24"/>
              </w:rPr>
            </w:pPr>
            <w:r w:rsidRPr="00D21AD6">
              <w:rPr>
                <w:b/>
                <w:color w:val="FFFFFF"/>
                <w:szCs w:val="24"/>
              </w:rPr>
              <w:t>Name / ID</w:t>
            </w:r>
          </w:p>
        </w:tc>
        <w:tc>
          <w:tcPr>
            <w:tcW w:w="2448" w:type="dxa"/>
            <w:shd w:val="clear" w:color="auto" w:fill="015A41"/>
            <w:tcMar>
              <w:top w:w="70" w:type="dxa"/>
              <w:left w:w="70" w:type="dxa"/>
              <w:bottom w:w="70" w:type="dxa"/>
              <w:right w:w="70" w:type="dxa"/>
            </w:tcMar>
          </w:tcPr>
          <w:p w14:paraId="178AD9B4" w14:textId="77777777" w:rsidR="00686453" w:rsidRPr="00D21AD6" w:rsidRDefault="00D95FB4">
            <w:pPr>
              <w:rPr>
                <w:szCs w:val="24"/>
              </w:rPr>
            </w:pPr>
            <w:r w:rsidRPr="00D21AD6">
              <w:rPr>
                <w:b/>
                <w:color w:val="FFFFFF"/>
                <w:szCs w:val="24"/>
              </w:rPr>
              <w:t>Status / Location</w:t>
            </w:r>
          </w:p>
        </w:tc>
        <w:tc>
          <w:tcPr>
            <w:tcW w:w="3384" w:type="dxa"/>
            <w:shd w:val="clear" w:color="auto" w:fill="015A41"/>
            <w:tcMar>
              <w:top w:w="70" w:type="dxa"/>
              <w:left w:w="70" w:type="dxa"/>
              <w:bottom w:w="70" w:type="dxa"/>
              <w:right w:w="70" w:type="dxa"/>
            </w:tcMar>
          </w:tcPr>
          <w:p w14:paraId="44CE8BC2" w14:textId="77777777" w:rsidR="00686453" w:rsidRPr="00D21AD6" w:rsidRDefault="00D95FB4">
            <w:pPr>
              <w:rPr>
                <w:szCs w:val="24"/>
              </w:rPr>
            </w:pPr>
            <w:r w:rsidRPr="00D21AD6">
              <w:rPr>
                <w:b/>
                <w:color w:val="FFFFFF"/>
                <w:szCs w:val="24"/>
              </w:rPr>
              <w:t>Destination</w:t>
            </w:r>
          </w:p>
        </w:tc>
        <w:tc>
          <w:tcPr>
            <w:tcW w:w="1512" w:type="dxa"/>
            <w:shd w:val="clear" w:color="auto" w:fill="015A41"/>
            <w:tcMar>
              <w:top w:w="70" w:type="dxa"/>
              <w:left w:w="70" w:type="dxa"/>
              <w:bottom w:w="70" w:type="dxa"/>
              <w:right w:w="70" w:type="dxa"/>
            </w:tcMar>
          </w:tcPr>
          <w:p w14:paraId="42D46240" w14:textId="77777777" w:rsidR="00686453" w:rsidRPr="00D21AD6" w:rsidRDefault="00D95FB4">
            <w:pPr>
              <w:rPr>
                <w:szCs w:val="24"/>
              </w:rPr>
            </w:pPr>
            <w:r w:rsidRPr="00D21AD6">
              <w:rPr>
                <w:b/>
                <w:color w:val="FFFFFF"/>
                <w:szCs w:val="24"/>
              </w:rPr>
              <w:t>Time / Recorder</w:t>
            </w:r>
          </w:p>
        </w:tc>
      </w:tr>
      <w:tr w:rsidR="00686453" w:rsidRPr="00D21AD6" w14:paraId="6A098077" w14:textId="77777777">
        <w:trPr>
          <w:cantSplit/>
          <w:jc w:val="center"/>
        </w:trPr>
        <w:tc>
          <w:tcPr>
            <w:tcW w:w="2570" w:type="dxa"/>
            <w:tcMar>
              <w:top w:w="70" w:type="dxa"/>
              <w:left w:w="70" w:type="dxa"/>
              <w:bottom w:w="70" w:type="dxa"/>
              <w:right w:w="70" w:type="dxa"/>
            </w:tcMar>
          </w:tcPr>
          <w:p w14:paraId="28FE8FB4" w14:textId="77777777" w:rsidR="00686453" w:rsidRPr="00D21AD6" w:rsidRDefault="00D95FB4">
            <w:pPr>
              <w:rPr>
                <w:szCs w:val="24"/>
              </w:rPr>
            </w:pPr>
            <w:r w:rsidRPr="00D21AD6">
              <w:rPr>
                <w:b/>
                <w:color w:val="015A41"/>
                <w:szCs w:val="24"/>
              </w:rPr>
              <w:t>Resident / Staff Name or ID</w:t>
            </w:r>
          </w:p>
        </w:tc>
        <w:tc>
          <w:tcPr>
            <w:tcW w:w="2570" w:type="dxa"/>
            <w:tcMar>
              <w:top w:w="70" w:type="dxa"/>
              <w:left w:w="70" w:type="dxa"/>
              <w:bottom w:w="70" w:type="dxa"/>
              <w:right w:w="70" w:type="dxa"/>
            </w:tcMar>
          </w:tcPr>
          <w:p w14:paraId="48DBB3A6" w14:textId="77777777" w:rsidR="00686453" w:rsidRPr="00D21AD6" w:rsidRDefault="00D95FB4">
            <w:pPr>
              <w:rPr>
                <w:szCs w:val="24"/>
              </w:rPr>
            </w:pPr>
            <w:r w:rsidRPr="00D21AD6">
              <w:rPr>
                <w:szCs w:val="24"/>
              </w:rPr>
              <w:t>Status / Location</w:t>
            </w:r>
          </w:p>
        </w:tc>
        <w:tc>
          <w:tcPr>
            <w:tcW w:w="2570" w:type="dxa"/>
            <w:tcMar>
              <w:top w:w="70" w:type="dxa"/>
              <w:left w:w="70" w:type="dxa"/>
              <w:bottom w:w="70" w:type="dxa"/>
              <w:right w:w="70" w:type="dxa"/>
            </w:tcMar>
          </w:tcPr>
          <w:p w14:paraId="2F87B72E" w14:textId="77777777" w:rsidR="00686453" w:rsidRPr="00D21AD6" w:rsidRDefault="00D95FB4">
            <w:pPr>
              <w:rPr>
                <w:szCs w:val="24"/>
              </w:rPr>
            </w:pPr>
            <w:r w:rsidRPr="00D21AD6">
              <w:rPr>
                <w:szCs w:val="24"/>
              </w:rPr>
              <w:t>Destination / Receiving Facility</w:t>
            </w:r>
          </w:p>
        </w:tc>
        <w:tc>
          <w:tcPr>
            <w:tcW w:w="2570" w:type="dxa"/>
            <w:tcMar>
              <w:top w:w="70" w:type="dxa"/>
              <w:left w:w="70" w:type="dxa"/>
              <w:bottom w:w="70" w:type="dxa"/>
              <w:right w:w="70" w:type="dxa"/>
            </w:tcMar>
          </w:tcPr>
          <w:p w14:paraId="048B2B51" w14:textId="77777777" w:rsidR="00686453" w:rsidRPr="00D21AD6" w:rsidRDefault="00D95FB4">
            <w:pPr>
              <w:rPr>
                <w:szCs w:val="24"/>
              </w:rPr>
            </w:pPr>
            <w:r w:rsidRPr="00D21AD6">
              <w:rPr>
                <w:szCs w:val="24"/>
              </w:rPr>
              <w:t>Time / Recorder</w:t>
            </w:r>
          </w:p>
        </w:tc>
      </w:tr>
      <w:tr w:rsidR="00686453" w:rsidRPr="00D21AD6" w14:paraId="250899AC" w14:textId="77777777">
        <w:trPr>
          <w:cantSplit/>
          <w:jc w:val="center"/>
        </w:trPr>
        <w:tc>
          <w:tcPr>
            <w:tcW w:w="2570" w:type="dxa"/>
            <w:tcMar>
              <w:top w:w="70" w:type="dxa"/>
              <w:left w:w="70" w:type="dxa"/>
              <w:bottom w:w="70" w:type="dxa"/>
              <w:right w:w="70" w:type="dxa"/>
            </w:tcMar>
          </w:tcPr>
          <w:p w14:paraId="09923E5C" w14:textId="77777777" w:rsidR="00686453" w:rsidRPr="00D21AD6" w:rsidRDefault="00686453">
            <w:pPr>
              <w:rPr>
                <w:szCs w:val="24"/>
              </w:rPr>
            </w:pPr>
          </w:p>
        </w:tc>
        <w:tc>
          <w:tcPr>
            <w:tcW w:w="2570" w:type="dxa"/>
            <w:tcMar>
              <w:top w:w="70" w:type="dxa"/>
              <w:left w:w="70" w:type="dxa"/>
              <w:bottom w:w="70" w:type="dxa"/>
              <w:right w:w="70" w:type="dxa"/>
            </w:tcMar>
          </w:tcPr>
          <w:p w14:paraId="4A6EFCD4" w14:textId="77777777" w:rsidR="00686453" w:rsidRPr="00D21AD6" w:rsidRDefault="00686453">
            <w:pPr>
              <w:rPr>
                <w:szCs w:val="24"/>
              </w:rPr>
            </w:pPr>
          </w:p>
        </w:tc>
        <w:tc>
          <w:tcPr>
            <w:tcW w:w="2570" w:type="dxa"/>
            <w:tcMar>
              <w:top w:w="70" w:type="dxa"/>
              <w:left w:w="70" w:type="dxa"/>
              <w:bottom w:w="70" w:type="dxa"/>
              <w:right w:w="70" w:type="dxa"/>
            </w:tcMar>
          </w:tcPr>
          <w:p w14:paraId="1EE62DB4" w14:textId="77777777" w:rsidR="00686453" w:rsidRPr="00D21AD6" w:rsidRDefault="00686453">
            <w:pPr>
              <w:rPr>
                <w:szCs w:val="24"/>
              </w:rPr>
            </w:pPr>
          </w:p>
        </w:tc>
        <w:tc>
          <w:tcPr>
            <w:tcW w:w="2570" w:type="dxa"/>
            <w:tcMar>
              <w:top w:w="70" w:type="dxa"/>
              <w:left w:w="70" w:type="dxa"/>
              <w:bottom w:w="70" w:type="dxa"/>
              <w:right w:w="70" w:type="dxa"/>
            </w:tcMar>
          </w:tcPr>
          <w:p w14:paraId="7F742050" w14:textId="77777777" w:rsidR="00686453" w:rsidRPr="00D21AD6" w:rsidRDefault="00686453">
            <w:pPr>
              <w:rPr>
                <w:szCs w:val="24"/>
              </w:rPr>
            </w:pPr>
          </w:p>
        </w:tc>
      </w:tr>
      <w:tr w:rsidR="00686453" w:rsidRPr="00D21AD6" w14:paraId="157FC8D2" w14:textId="77777777">
        <w:trPr>
          <w:cantSplit/>
          <w:jc w:val="center"/>
        </w:trPr>
        <w:tc>
          <w:tcPr>
            <w:tcW w:w="2570" w:type="dxa"/>
            <w:tcMar>
              <w:top w:w="70" w:type="dxa"/>
              <w:left w:w="70" w:type="dxa"/>
              <w:bottom w:w="70" w:type="dxa"/>
              <w:right w:w="70" w:type="dxa"/>
            </w:tcMar>
          </w:tcPr>
          <w:p w14:paraId="55FC11A8" w14:textId="77777777" w:rsidR="00686453" w:rsidRPr="00D21AD6" w:rsidRDefault="00686453">
            <w:pPr>
              <w:rPr>
                <w:szCs w:val="24"/>
              </w:rPr>
            </w:pPr>
          </w:p>
        </w:tc>
        <w:tc>
          <w:tcPr>
            <w:tcW w:w="2570" w:type="dxa"/>
            <w:tcMar>
              <w:top w:w="70" w:type="dxa"/>
              <w:left w:w="70" w:type="dxa"/>
              <w:bottom w:w="70" w:type="dxa"/>
              <w:right w:w="70" w:type="dxa"/>
            </w:tcMar>
          </w:tcPr>
          <w:p w14:paraId="423E4062" w14:textId="77777777" w:rsidR="00686453" w:rsidRPr="00D21AD6" w:rsidRDefault="00686453">
            <w:pPr>
              <w:rPr>
                <w:szCs w:val="24"/>
              </w:rPr>
            </w:pPr>
          </w:p>
        </w:tc>
        <w:tc>
          <w:tcPr>
            <w:tcW w:w="2570" w:type="dxa"/>
            <w:tcMar>
              <w:top w:w="70" w:type="dxa"/>
              <w:left w:w="70" w:type="dxa"/>
              <w:bottom w:w="70" w:type="dxa"/>
              <w:right w:w="70" w:type="dxa"/>
            </w:tcMar>
          </w:tcPr>
          <w:p w14:paraId="6938CE15" w14:textId="77777777" w:rsidR="00686453" w:rsidRPr="00D21AD6" w:rsidRDefault="00686453">
            <w:pPr>
              <w:rPr>
                <w:szCs w:val="24"/>
              </w:rPr>
            </w:pPr>
          </w:p>
        </w:tc>
        <w:tc>
          <w:tcPr>
            <w:tcW w:w="2570" w:type="dxa"/>
            <w:tcMar>
              <w:top w:w="70" w:type="dxa"/>
              <w:left w:w="70" w:type="dxa"/>
              <w:bottom w:w="70" w:type="dxa"/>
              <w:right w:w="70" w:type="dxa"/>
            </w:tcMar>
          </w:tcPr>
          <w:p w14:paraId="4346FDB4" w14:textId="77777777" w:rsidR="00686453" w:rsidRPr="00D21AD6" w:rsidRDefault="00686453">
            <w:pPr>
              <w:rPr>
                <w:szCs w:val="24"/>
              </w:rPr>
            </w:pPr>
          </w:p>
        </w:tc>
      </w:tr>
      <w:tr w:rsidR="00686453" w:rsidRPr="00D21AD6" w14:paraId="010E73E9" w14:textId="77777777">
        <w:trPr>
          <w:cantSplit/>
          <w:jc w:val="center"/>
        </w:trPr>
        <w:tc>
          <w:tcPr>
            <w:tcW w:w="2570" w:type="dxa"/>
            <w:tcMar>
              <w:top w:w="70" w:type="dxa"/>
              <w:left w:w="70" w:type="dxa"/>
              <w:bottom w:w="70" w:type="dxa"/>
              <w:right w:w="70" w:type="dxa"/>
            </w:tcMar>
          </w:tcPr>
          <w:p w14:paraId="6247DF60" w14:textId="77777777" w:rsidR="00686453" w:rsidRPr="00D21AD6" w:rsidRDefault="00686453">
            <w:pPr>
              <w:rPr>
                <w:szCs w:val="24"/>
              </w:rPr>
            </w:pPr>
          </w:p>
        </w:tc>
        <w:tc>
          <w:tcPr>
            <w:tcW w:w="2570" w:type="dxa"/>
            <w:tcMar>
              <w:top w:w="70" w:type="dxa"/>
              <w:left w:w="70" w:type="dxa"/>
              <w:bottom w:w="70" w:type="dxa"/>
              <w:right w:w="70" w:type="dxa"/>
            </w:tcMar>
          </w:tcPr>
          <w:p w14:paraId="7A5163D4" w14:textId="77777777" w:rsidR="00686453" w:rsidRPr="00D21AD6" w:rsidRDefault="00686453">
            <w:pPr>
              <w:rPr>
                <w:szCs w:val="24"/>
              </w:rPr>
            </w:pPr>
          </w:p>
        </w:tc>
        <w:tc>
          <w:tcPr>
            <w:tcW w:w="2570" w:type="dxa"/>
            <w:tcMar>
              <w:top w:w="70" w:type="dxa"/>
              <w:left w:w="70" w:type="dxa"/>
              <w:bottom w:w="70" w:type="dxa"/>
              <w:right w:w="70" w:type="dxa"/>
            </w:tcMar>
          </w:tcPr>
          <w:p w14:paraId="1F6FA2D2" w14:textId="77777777" w:rsidR="00686453" w:rsidRPr="00D21AD6" w:rsidRDefault="00686453">
            <w:pPr>
              <w:rPr>
                <w:szCs w:val="24"/>
              </w:rPr>
            </w:pPr>
          </w:p>
        </w:tc>
        <w:tc>
          <w:tcPr>
            <w:tcW w:w="2570" w:type="dxa"/>
            <w:tcMar>
              <w:top w:w="70" w:type="dxa"/>
              <w:left w:w="70" w:type="dxa"/>
              <w:bottom w:w="70" w:type="dxa"/>
              <w:right w:w="70" w:type="dxa"/>
            </w:tcMar>
          </w:tcPr>
          <w:p w14:paraId="18C60DDC" w14:textId="77777777" w:rsidR="00686453" w:rsidRPr="00D21AD6" w:rsidRDefault="00686453">
            <w:pPr>
              <w:rPr>
                <w:szCs w:val="24"/>
              </w:rPr>
            </w:pPr>
          </w:p>
        </w:tc>
      </w:tr>
    </w:tbl>
    <w:p w14:paraId="228173F5" w14:textId="77777777" w:rsidR="00686453" w:rsidRDefault="00686453">
      <w:pPr>
        <w:spacing w:after="0"/>
      </w:pPr>
    </w:p>
    <w:p w14:paraId="5B4A4E54" w14:textId="77777777" w:rsidR="00686453" w:rsidRDefault="00D95FB4">
      <w:pPr>
        <w:pStyle w:val="Heading2"/>
        <w:spacing w:before="120" w:after="80"/>
      </w:pPr>
      <w:r>
        <w:rPr>
          <w:rFonts w:ascii="Arial" w:eastAsia="Arial" w:hAnsi="Arial"/>
        </w:rPr>
        <w:t>C. Medical Documentation</w:t>
      </w:r>
    </w:p>
    <w:p w14:paraId="4CABC711" w14:textId="77777777" w:rsidR="00686453" w:rsidRPr="00D21AD6" w:rsidRDefault="00D95FB4">
      <w:pPr>
        <w:spacing w:after="80" w:line="250" w:lineRule="auto"/>
        <w:rPr>
          <w:sz w:val="28"/>
          <w:szCs w:val="24"/>
        </w:rPr>
      </w:pPr>
      <w:r w:rsidRPr="00D21AD6">
        <w:rPr>
          <w:sz w:val="20"/>
          <w:szCs w:val="24"/>
        </w:rPr>
        <w:t>Describe how resident information is preserved, kept confidential, secured, and made available during EHR downtime, evacuation, transfer, and recovery. Identify paper downtime forms, medication administration records, physician orders, advance directives, allergies, diagnoses, contact information, and reconciliation procedures.</w:t>
      </w:r>
    </w:p>
    <w:p w14:paraId="7500B189" w14:textId="77777777" w:rsidR="00686453" w:rsidRDefault="00D95FB4">
      <w:pPr>
        <w:spacing w:after="120"/>
      </w:pPr>
      <w:r>
        <w:rPr>
          <w:color w:val="C8CECB"/>
          <w:sz w:val="16"/>
        </w:rPr>
        <w:t>________________________________________________________________________________</w:t>
      </w:r>
    </w:p>
    <w:p w14:paraId="36A7D738" w14:textId="77777777" w:rsidR="00686453" w:rsidRDefault="00D95FB4">
      <w:pPr>
        <w:spacing w:after="120"/>
      </w:pPr>
      <w:r>
        <w:rPr>
          <w:color w:val="C8CECB"/>
          <w:sz w:val="16"/>
        </w:rPr>
        <w:t>________________________________________________________________________________</w:t>
      </w:r>
    </w:p>
    <w:p w14:paraId="5FF86253" w14:textId="77777777" w:rsidR="00686453" w:rsidRDefault="00D95FB4">
      <w:pPr>
        <w:spacing w:after="120"/>
      </w:pPr>
      <w:r>
        <w:rPr>
          <w:color w:val="C8CECB"/>
          <w:sz w:val="16"/>
        </w:rPr>
        <w:t>________________________________________________________________________________</w:t>
      </w:r>
    </w:p>
    <w:p w14:paraId="56E0E1F8" w14:textId="77777777" w:rsidR="00686453" w:rsidRDefault="00D95FB4">
      <w:r>
        <w:br w:type="page"/>
      </w:r>
    </w:p>
    <w:p w14:paraId="0C49BC71" w14:textId="77777777" w:rsidR="00686453" w:rsidRDefault="00D95FB4">
      <w:pPr>
        <w:pStyle w:val="Heading1"/>
        <w:pBdr>
          <w:bottom w:val="single" w:sz="14" w:space="5" w:color="E63B07"/>
        </w:pBdr>
        <w:spacing w:before="140" w:after="140"/>
      </w:pPr>
      <w:r>
        <w:rPr>
          <w:rFonts w:ascii="Arial" w:eastAsia="Arial" w:hAnsi="Arial"/>
        </w:rPr>
        <w:lastRenderedPageBreak/>
        <w:t>9. MANAGEMENT OF RESIDENTS IN AN EMERGENCY (CONTINUED)</w:t>
      </w:r>
    </w:p>
    <w:p w14:paraId="03CEEA42" w14:textId="77777777" w:rsidR="00686453" w:rsidRDefault="00D95FB4">
      <w:pPr>
        <w:pStyle w:val="Heading2"/>
        <w:spacing w:before="120" w:after="80"/>
      </w:pPr>
      <w:r>
        <w:rPr>
          <w:rFonts w:ascii="Arial" w:eastAsia="Arial" w:hAnsi="Arial"/>
        </w:rPr>
        <w:t>D. Missing Resident / Elopement</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rsidRPr="00D21AD6" w14:paraId="2572EC1B" w14:textId="77777777">
        <w:trPr>
          <w:jc w:val="center"/>
        </w:trPr>
        <w:tc>
          <w:tcPr>
            <w:tcW w:w="10282" w:type="dxa"/>
            <w:shd w:val="clear" w:color="auto" w:fill="FCEFE9"/>
            <w:tcMar>
              <w:top w:w="100" w:type="dxa"/>
              <w:left w:w="130" w:type="dxa"/>
              <w:bottom w:w="100" w:type="dxa"/>
              <w:right w:w="130" w:type="dxa"/>
            </w:tcMar>
          </w:tcPr>
          <w:p w14:paraId="33FDAA16" w14:textId="77777777" w:rsidR="00686453" w:rsidRPr="00D21AD6" w:rsidRDefault="00D95FB4">
            <w:pPr>
              <w:spacing w:after="0"/>
              <w:rPr>
                <w:sz w:val="20"/>
                <w:szCs w:val="20"/>
              </w:rPr>
            </w:pPr>
            <w:r w:rsidRPr="00D21AD6">
              <w:rPr>
                <w:b/>
                <w:color w:val="E63B07"/>
                <w:sz w:val="20"/>
                <w:szCs w:val="20"/>
              </w:rPr>
              <w:t xml:space="preserve">CMS + </w:t>
            </w:r>
            <w:proofErr w:type="gramStart"/>
            <w:r w:rsidRPr="00D21AD6">
              <w:rPr>
                <w:b/>
                <w:color w:val="E63B07"/>
                <w:sz w:val="20"/>
                <w:szCs w:val="20"/>
              </w:rPr>
              <w:t xml:space="preserve">MAINE  </w:t>
            </w:r>
            <w:r w:rsidRPr="00D21AD6">
              <w:rPr>
                <w:sz w:val="20"/>
                <w:szCs w:val="20"/>
              </w:rPr>
              <w:t>The</w:t>
            </w:r>
            <w:proofErr w:type="gramEnd"/>
            <w:r w:rsidRPr="00D21AD6">
              <w:rPr>
                <w:sz w:val="20"/>
                <w:szCs w:val="20"/>
              </w:rPr>
              <w:t xml:space="preserve"> LTC risk assessment must include missing residents; Maine Ch. 110 also identifies missing residents as an emergency planning consideration.</w:t>
            </w:r>
          </w:p>
        </w:tc>
      </w:tr>
    </w:tbl>
    <w:p w14:paraId="44D880AE" w14:textId="77777777" w:rsidR="00686453" w:rsidRDefault="00686453">
      <w:pPr>
        <w:spacing w:after="0"/>
      </w:pPr>
    </w:p>
    <w:tbl>
      <w:tblPr>
        <w:tblW w:w="11232"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616"/>
        <w:gridCol w:w="5616"/>
      </w:tblGrid>
      <w:tr w:rsidR="00686453" w:rsidRPr="00D21AD6" w14:paraId="455A3AA0" w14:textId="77777777" w:rsidTr="00D21AD6">
        <w:trPr>
          <w:tblHeader/>
          <w:jc w:val="center"/>
        </w:trPr>
        <w:tc>
          <w:tcPr>
            <w:tcW w:w="5616" w:type="dxa"/>
            <w:shd w:val="clear" w:color="auto" w:fill="015A41"/>
            <w:tcMar>
              <w:top w:w="80" w:type="dxa"/>
              <w:left w:w="90" w:type="dxa"/>
              <w:bottom w:w="80" w:type="dxa"/>
              <w:right w:w="90" w:type="dxa"/>
            </w:tcMar>
          </w:tcPr>
          <w:p w14:paraId="40CD67E1" w14:textId="77777777" w:rsidR="00686453" w:rsidRPr="00D21AD6" w:rsidRDefault="00D95FB4">
            <w:pPr>
              <w:rPr>
                <w:szCs w:val="24"/>
              </w:rPr>
            </w:pPr>
            <w:r w:rsidRPr="00D21AD6">
              <w:rPr>
                <w:b/>
                <w:color w:val="FFFFFF"/>
                <w:szCs w:val="24"/>
              </w:rPr>
              <w:t>Field</w:t>
            </w:r>
          </w:p>
        </w:tc>
        <w:tc>
          <w:tcPr>
            <w:tcW w:w="5616" w:type="dxa"/>
            <w:shd w:val="clear" w:color="auto" w:fill="015A41"/>
            <w:tcMar>
              <w:top w:w="80" w:type="dxa"/>
              <w:left w:w="90" w:type="dxa"/>
              <w:bottom w:w="80" w:type="dxa"/>
              <w:right w:w="90" w:type="dxa"/>
            </w:tcMar>
          </w:tcPr>
          <w:p w14:paraId="23170652" w14:textId="77777777" w:rsidR="00686453" w:rsidRPr="00D21AD6" w:rsidRDefault="00D95FB4">
            <w:pPr>
              <w:rPr>
                <w:szCs w:val="24"/>
              </w:rPr>
            </w:pPr>
            <w:r w:rsidRPr="00D21AD6">
              <w:rPr>
                <w:b/>
                <w:color w:val="FFFFFF"/>
                <w:szCs w:val="24"/>
              </w:rPr>
              <w:t>Facility Entry</w:t>
            </w:r>
          </w:p>
        </w:tc>
      </w:tr>
      <w:tr w:rsidR="00686453" w:rsidRPr="00D21AD6" w14:paraId="1FE56D7F" w14:textId="77777777" w:rsidTr="00D21AD6">
        <w:trPr>
          <w:cantSplit/>
          <w:jc w:val="center"/>
        </w:trPr>
        <w:tc>
          <w:tcPr>
            <w:tcW w:w="5616" w:type="dxa"/>
            <w:shd w:val="clear" w:color="auto" w:fill="EAF3EF"/>
            <w:tcMar>
              <w:top w:w="80" w:type="dxa"/>
              <w:left w:w="90" w:type="dxa"/>
              <w:bottom w:w="80" w:type="dxa"/>
              <w:right w:w="90" w:type="dxa"/>
            </w:tcMar>
          </w:tcPr>
          <w:p w14:paraId="3187E6DD" w14:textId="77777777" w:rsidR="00686453" w:rsidRPr="00D21AD6" w:rsidRDefault="00D95FB4">
            <w:pPr>
              <w:rPr>
                <w:szCs w:val="24"/>
              </w:rPr>
            </w:pPr>
            <w:r w:rsidRPr="00D21AD6">
              <w:rPr>
                <w:b/>
                <w:color w:val="015A41"/>
                <w:szCs w:val="24"/>
              </w:rPr>
              <w:t>Immediate actions</w:t>
            </w:r>
          </w:p>
        </w:tc>
        <w:tc>
          <w:tcPr>
            <w:tcW w:w="5616" w:type="dxa"/>
            <w:shd w:val="clear" w:color="auto" w:fill="FFFFFF"/>
            <w:tcMar>
              <w:top w:w="80" w:type="dxa"/>
              <w:left w:w="90" w:type="dxa"/>
              <w:bottom w:w="80" w:type="dxa"/>
              <w:right w:w="90" w:type="dxa"/>
            </w:tcMar>
          </w:tcPr>
          <w:p w14:paraId="45B084DA" w14:textId="77777777" w:rsidR="00686453" w:rsidRPr="00D21AD6" w:rsidRDefault="00D95FB4">
            <w:pPr>
              <w:rPr>
                <w:szCs w:val="24"/>
              </w:rPr>
            </w:pPr>
            <w:r w:rsidRPr="00D21AD6">
              <w:rPr>
                <w:i/>
                <w:color w:val="66706B"/>
                <w:szCs w:val="24"/>
              </w:rPr>
              <w:t>&lt;Search / notification / security / law enforcement / family / clinical assessment&gt;</w:t>
            </w:r>
          </w:p>
        </w:tc>
      </w:tr>
      <w:tr w:rsidR="00686453" w:rsidRPr="00D21AD6" w14:paraId="6EBA618C" w14:textId="77777777" w:rsidTr="00D21AD6">
        <w:trPr>
          <w:cantSplit/>
          <w:jc w:val="center"/>
        </w:trPr>
        <w:tc>
          <w:tcPr>
            <w:tcW w:w="5616" w:type="dxa"/>
            <w:shd w:val="clear" w:color="auto" w:fill="F7FAF8"/>
            <w:tcMar>
              <w:top w:w="80" w:type="dxa"/>
              <w:left w:w="90" w:type="dxa"/>
              <w:bottom w:w="80" w:type="dxa"/>
              <w:right w:w="90" w:type="dxa"/>
            </w:tcMar>
          </w:tcPr>
          <w:p w14:paraId="3FA673DC" w14:textId="77777777" w:rsidR="00686453" w:rsidRPr="00D21AD6" w:rsidRDefault="00D95FB4">
            <w:pPr>
              <w:rPr>
                <w:szCs w:val="24"/>
              </w:rPr>
            </w:pPr>
            <w:r w:rsidRPr="00D21AD6">
              <w:rPr>
                <w:b/>
                <w:color w:val="015A41"/>
                <w:szCs w:val="24"/>
              </w:rPr>
              <w:t>Command / notification responsibility</w:t>
            </w:r>
          </w:p>
        </w:tc>
        <w:tc>
          <w:tcPr>
            <w:tcW w:w="5616" w:type="dxa"/>
            <w:shd w:val="clear" w:color="auto" w:fill="FFFFFF"/>
            <w:tcMar>
              <w:top w:w="80" w:type="dxa"/>
              <w:left w:w="90" w:type="dxa"/>
              <w:bottom w:w="80" w:type="dxa"/>
              <w:right w:w="90" w:type="dxa"/>
            </w:tcMar>
          </w:tcPr>
          <w:p w14:paraId="6FB786C7" w14:textId="77777777" w:rsidR="00686453" w:rsidRPr="00D21AD6" w:rsidRDefault="00D95FB4">
            <w:pPr>
              <w:rPr>
                <w:szCs w:val="24"/>
              </w:rPr>
            </w:pPr>
            <w:r w:rsidRPr="00D21AD6">
              <w:rPr>
                <w:i/>
                <w:color w:val="66706B"/>
                <w:szCs w:val="24"/>
              </w:rPr>
              <w:t>&lt;Insert&gt;</w:t>
            </w:r>
          </w:p>
        </w:tc>
      </w:tr>
      <w:tr w:rsidR="00686453" w:rsidRPr="00D21AD6" w14:paraId="1B544611" w14:textId="77777777" w:rsidTr="00D21AD6">
        <w:trPr>
          <w:cantSplit/>
          <w:jc w:val="center"/>
        </w:trPr>
        <w:tc>
          <w:tcPr>
            <w:tcW w:w="5616" w:type="dxa"/>
            <w:shd w:val="clear" w:color="auto" w:fill="EAF3EF"/>
            <w:tcMar>
              <w:top w:w="80" w:type="dxa"/>
              <w:left w:w="90" w:type="dxa"/>
              <w:bottom w:w="80" w:type="dxa"/>
              <w:right w:w="90" w:type="dxa"/>
            </w:tcMar>
          </w:tcPr>
          <w:p w14:paraId="7F3D2F5E" w14:textId="77777777" w:rsidR="00686453" w:rsidRPr="00D21AD6" w:rsidRDefault="00D95FB4">
            <w:pPr>
              <w:rPr>
                <w:szCs w:val="24"/>
              </w:rPr>
            </w:pPr>
            <w:r w:rsidRPr="00D21AD6">
              <w:rPr>
                <w:b/>
                <w:color w:val="015A41"/>
                <w:szCs w:val="24"/>
              </w:rPr>
              <w:t>Search zones / maps</w:t>
            </w:r>
          </w:p>
        </w:tc>
        <w:tc>
          <w:tcPr>
            <w:tcW w:w="5616" w:type="dxa"/>
            <w:shd w:val="clear" w:color="auto" w:fill="FFFFFF"/>
            <w:tcMar>
              <w:top w:w="80" w:type="dxa"/>
              <w:left w:w="90" w:type="dxa"/>
              <w:bottom w:w="80" w:type="dxa"/>
              <w:right w:w="90" w:type="dxa"/>
            </w:tcMar>
          </w:tcPr>
          <w:p w14:paraId="694F1E8F" w14:textId="77777777" w:rsidR="00686453" w:rsidRPr="00D21AD6" w:rsidRDefault="00D95FB4">
            <w:pPr>
              <w:rPr>
                <w:szCs w:val="24"/>
              </w:rPr>
            </w:pPr>
            <w:r w:rsidRPr="00D21AD6">
              <w:rPr>
                <w:i/>
                <w:color w:val="66706B"/>
                <w:szCs w:val="24"/>
              </w:rPr>
              <w:t>&lt;Insert location&gt;</w:t>
            </w:r>
          </w:p>
        </w:tc>
      </w:tr>
      <w:tr w:rsidR="00686453" w:rsidRPr="00D21AD6" w14:paraId="04AB723F" w14:textId="77777777" w:rsidTr="00D21AD6">
        <w:trPr>
          <w:cantSplit/>
          <w:jc w:val="center"/>
        </w:trPr>
        <w:tc>
          <w:tcPr>
            <w:tcW w:w="5616" w:type="dxa"/>
            <w:shd w:val="clear" w:color="auto" w:fill="F7FAF8"/>
            <w:tcMar>
              <w:top w:w="80" w:type="dxa"/>
              <w:left w:w="90" w:type="dxa"/>
              <w:bottom w:w="80" w:type="dxa"/>
              <w:right w:w="90" w:type="dxa"/>
            </w:tcMar>
          </w:tcPr>
          <w:p w14:paraId="0B10C628" w14:textId="77777777" w:rsidR="00686453" w:rsidRPr="00D21AD6" w:rsidRDefault="00D95FB4">
            <w:pPr>
              <w:rPr>
                <w:szCs w:val="24"/>
              </w:rPr>
            </w:pPr>
            <w:r w:rsidRPr="00D21AD6">
              <w:rPr>
                <w:b/>
                <w:color w:val="015A41"/>
                <w:szCs w:val="24"/>
              </w:rPr>
              <w:t>Resident-specific risk information</w:t>
            </w:r>
          </w:p>
        </w:tc>
        <w:tc>
          <w:tcPr>
            <w:tcW w:w="5616" w:type="dxa"/>
            <w:shd w:val="clear" w:color="auto" w:fill="FFFFFF"/>
            <w:tcMar>
              <w:top w:w="80" w:type="dxa"/>
              <w:left w:w="90" w:type="dxa"/>
              <w:bottom w:w="80" w:type="dxa"/>
              <w:right w:w="90" w:type="dxa"/>
            </w:tcMar>
          </w:tcPr>
          <w:p w14:paraId="1D8EA70D" w14:textId="77777777" w:rsidR="00686453" w:rsidRPr="00D21AD6" w:rsidRDefault="00D95FB4">
            <w:pPr>
              <w:rPr>
                <w:szCs w:val="24"/>
              </w:rPr>
            </w:pPr>
            <w:r w:rsidRPr="00D21AD6">
              <w:rPr>
                <w:i/>
                <w:color w:val="66706B"/>
                <w:szCs w:val="24"/>
              </w:rPr>
              <w:t>&lt;Insert process&gt;</w:t>
            </w:r>
          </w:p>
        </w:tc>
      </w:tr>
      <w:tr w:rsidR="00686453" w:rsidRPr="00D21AD6" w14:paraId="4474D304" w14:textId="77777777" w:rsidTr="00D21AD6">
        <w:trPr>
          <w:cantSplit/>
          <w:jc w:val="center"/>
        </w:trPr>
        <w:tc>
          <w:tcPr>
            <w:tcW w:w="5616" w:type="dxa"/>
            <w:shd w:val="clear" w:color="auto" w:fill="EAF3EF"/>
            <w:tcMar>
              <w:top w:w="80" w:type="dxa"/>
              <w:left w:w="90" w:type="dxa"/>
              <w:bottom w:w="80" w:type="dxa"/>
              <w:right w:w="90" w:type="dxa"/>
            </w:tcMar>
          </w:tcPr>
          <w:p w14:paraId="404A8A2B" w14:textId="77777777" w:rsidR="00686453" w:rsidRPr="00D21AD6" w:rsidRDefault="00D95FB4">
            <w:pPr>
              <w:rPr>
                <w:szCs w:val="24"/>
              </w:rPr>
            </w:pPr>
            <w:r w:rsidRPr="00D21AD6">
              <w:rPr>
                <w:b/>
                <w:color w:val="015A41"/>
                <w:szCs w:val="24"/>
              </w:rPr>
              <w:t>Recovery / evaluation / reporting</w:t>
            </w:r>
          </w:p>
        </w:tc>
        <w:tc>
          <w:tcPr>
            <w:tcW w:w="5616" w:type="dxa"/>
            <w:shd w:val="clear" w:color="auto" w:fill="FFFFFF"/>
            <w:tcMar>
              <w:top w:w="80" w:type="dxa"/>
              <w:left w:w="90" w:type="dxa"/>
              <w:bottom w:w="80" w:type="dxa"/>
              <w:right w:w="90" w:type="dxa"/>
            </w:tcMar>
          </w:tcPr>
          <w:p w14:paraId="06A35EB4" w14:textId="77777777" w:rsidR="00686453" w:rsidRPr="00D21AD6" w:rsidRDefault="00D95FB4">
            <w:pPr>
              <w:rPr>
                <w:szCs w:val="24"/>
              </w:rPr>
            </w:pPr>
            <w:r w:rsidRPr="00D21AD6">
              <w:rPr>
                <w:i/>
                <w:color w:val="66706B"/>
                <w:szCs w:val="24"/>
              </w:rPr>
              <w:t>&lt;Insert&gt;</w:t>
            </w:r>
          </w:p>
        </w:tc>
      </w:tr>
    </w:tbl>
    <w:p w14:paraId="50D02010" w14:textId="77777777" w:rsidR="00686453" w:rsidRDefault="00686453">
      <w:pPr>
        <w:spacing w:after="0"/>
      </w:pPr>
    </w:p>
    <w:p w14:paraId="5B6AD6F5" w14:textId="77777777" w:rsidR="00686453" w:rsidRDefault="00D95FB4">
      <w:r>
        <w:br w:type="page"/>
      </w:r>
    </w:p>
    <w:p w14:paraId="2CC56A58" w14:textId="77777777" w:rsidR="00686453" w:rsidRDefault="00D95FB4">
      <w:pPr>
        <w:pStyle w:val="Heading1"/>
        <w:pBdr>
          <w:bottom w:val="single" w:sz="14" w:space="5" w:color="E63B07"/>
        </w:pBdr>
        <w:spacing w:before="140" w:after="140"/>
      </w:pPr>
      <w:r>
        <w:rPr>
          <w:rFonts w:ascii="Arial" w:eastAsia="Arial" w:hAnsi="Arial"/>
        </w:rPr>
        <w:lastRenderedPageBreak/>
        <w:t>10. UTILITIES AND SUPPLIES</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rsidRPr="00D21AD6" w14:paraId="4A0EBA57" w14:textId="77777777">
        <w:trPr>
          <w:jc w:val="center"/>
        </w:trPr>
        <w:tc>
          <w:tcPr>
            <w:tcW w:w="10282" w:type="dxa"/>
            <w:shd w:val="clear" w:color="auto" w:fill="EAF3EF"/>
            <w:tcMar>
              <w:top w:w="100" w:type="dxa"/>
              <w:left w:w="130" w:type="dxa"/>
              <w:bottom w:w="100" w:type="dxa"/>
              <w:right w:w="130" w:type="dxa"/>
            </w:tcMar>
          </w:tcPr>
          <w:p w14:paraId="2C8D76AE" w14:textId="77777777" w:rsidR="00686453" w:rsidRPr="00D21AD6" w:rsidRDefault="00D95FB4">
            <w:pPr>
              <w:spacing w:after="0"/>
              <w:rPr>
                <w:sz w:val="20"/>
                <w:szCs w:val="20"/>
              </w:rPr>
            </w:pPr>
            <w:r w:rsidRPr="00D21AD6">
              <w:rPr>
                <w:b/>
                <w:color w:val="015A41"/>
                <w:sz w:val="20"/>
                <w:szCs w:val="20"/>
              </w:rPr>
              <w:t xml:space="preserve">REGULATORY BASIS  </w:t>
            </w:r>
            <w:r w:rsidRPr="00D21AD6">
              <w:rPr>
                <w:sz w:val="20"/>
                <w:szCs w:val="20"/>
              </w:rPr>
              <w:t>42 CFR §483.73(b)(1), (e); Maine Ch. 110 §</w:t>
            </w:r>
            <w:proofErr w:type="gramStart"/>
            <w:r w:rsidRPr="00D21AD6">
              <w:rPr>
                <w:sz w:val="20"/>
                <w:szCs w:val="20"/>
              </w:rPr>
              <w:t>20.B.</w:t>
            </w:r>
            <w:proofErr w:type="gramEnd"/>
            <w:r w:rsidRPr="00D21AD6">
              <w:rPr>
                <w:sz w:val="20"/>
                <w:szCs w:val="20"/>
              </w:rPr>
              <w:t>4-5</w:t>
            </w:r>
          </w:p>
        </w:tc>
      </w:tr>
    </w:tbl>
    <w:p w14:paraId="320F803C" w14:textId="77777777" w:rsidR="00686453" w:rsidRDefault="00686453">
      <w:pPr>
        <w:spacing w:after="0"/>
      </w:pPr>
    </w:p>
    <w:p w14:paraId="17B75577" w14:textId="77777777" w:rsidR="00686453" w:rsidRPr="00D21AD6" w:rsidRDefault="00D95FB4">
      <w:pPr>
        <w:spacing w:after="120" w:line="250" w:lineRule="auto"/>
        <w:rPr>
          <w:sz w:val="20"/>
          <w:szCs w:val="20"/>
        </w:rPr>
      </w:pPr>
      <w:r w:rsidRPr="00D21AD6">
        <w:rPr>
          <w:sz w:val="20"/>
          <w:szCs w:val="20"/>
        </w:rPr>
        <w:t>Address subsistence needs and alternate energy for residents and staff whether sheltering in place or evacuating.</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rsidRPr="00D21AD6" w14:paraId="641EB406" w14:textId="77777777">
        <w:trPr>
          <w:jc w:val="center"/>
        </w:trPr>
        <w:tc>
          <w:tcPr>
            <w:tcW w:w="10282" w:type="dxa"/>
            <w:shd w:val="clear" w:color="auto" w:fill="EAF3EF"/>
            <w:tcMar>
              <w:top w:w="100" w:type="dxa"/>
              <w:left w:w="130" w:type="dxa"/>
              <w:bottom w:w="100" w:type="dxa"/>
              <w:right w:w="130" w:type="dxa"/>
            </w:tcMar>
          </w:tcPr>
          <w:p w14:paraId="6F567DA2" w14:textId="71A3DEF4" w:rsidR="00686453" w:rsidRPr="00D21AD6" w:rsidRDefault="00D95FB4">
            <w:pPr>
              <w:spacing w:after="0"/>
              <w:rPr>
                <w:sz w:val="20"/>
                <w:szCs w:val="20"/>
              </w:rPr>
            </w:pPr>
            <w:r w:rsidRPr="00D21AD6">
              <w:rPr>
                <w:b/>
                <w:color w:val="015A41"/>
                <w:sz w:val="20"/>
                <w:szCs w:val="20"/>
              </w:rPr>
              <w:t xml:space="preserve">CMS REQUIRED </w:t>
            </w:r>
            <w:r w:rsidR="00D24C58" w:rsidRPr="00D21AD6">
              <w:rPr>
                <w:b/>
                <w:color w:val="015A41"/>
                <w:sz w:val="20"/>
                <w:szCs w:val="20"/>
              </w:rPr>
              <w:t>SUBSISTENCE Policies</w:t>
            </w:r>
            <w:r w:rsidRPr="00D21AD6">
              <w:rPr>
                <w:sz w:val="20"/>
                <w:szCs w:val="20"/>
              </w:rPr>
              <w:t>/procedures must address food, water, medical and pharmaceutical supplies and alternate sources of energy to maintain safe temperatures, emergency lighting, fire detection/extinguishing/alarm systems, and sewage/waste disposal.</w:t>
            </w:r>
          </w:p>
        </w:tc>
      </w:tr>
    </w:tbl>
    <w:p w14:paraId="08ED33E8" w14:textId="77777777" w:rsidR="00686453" w:rsidRDefault="00686453">
      <w:pPr>
        <w:spacing w:after="0"/>
      </w:pPr>
    </w:p>
    <w:p w14:paraId="0EED0A13" w14:textId="77777777" w:rsidR="00686453" w:rsidRDefault="00D95FB4">
      <w:pPr>
        <w:pStyle w:val="Heading2"/>
        <w:spacing w:before="120" w:after="80"/>
      </w:pPr>
      <w:r>
        <w:rPr>
          <w:rFonts w:ascii="Arial" w:eastAsia="Arial" w:hAnsi="Arial"/>
        </w:rPr>
        <w:t>A. Emergency Power</w:t>
      </w:r>
    </w:p>
    <w:tbl>
      <w:tblPr>
        <w:tblW w:w="11160"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4464"/>
        <w:gridCol w:w="6696"/>
      </w:tblGrid>
      <w:tr w:rsidR="00686453" w:rsidRPr="00D21AD6" w14:paraId="4BBF1402" w14:textId="77777777" w:rsidTr="00D21AD6">
        <w:trPr>
          <w:tblHeader/>
          <w:jc w:val="center"/>
        </w:trPr>
        <w:tc>
          <w:tcPr>
            <w:tcW w:w="4464" w:type="dxa"/>
            <w:shd w:val="clear" w:color="auto" w:fill="015A41"/>
            <w:tcMar>
              <w:top w:w="80" w:type="dxa"/>
              <w:left w:w="90" w:type="dxa"/>
              <w:bottom w:w="80" w:type="dxa"/>
              <w:right w:w="90" w:type="dxa"/>
            </w:tcMar>
          </w:tcPr>
          <w:p w14:paraId="36A8369F" w14:textId="77777777" w:rsidR="00686453" w:rsidRPr="00D21AD6" w:rsidRDefault="00D95FB4">
            <w:pPr>
              <w:rPr>
                <w:szCs w:val="24"/>
              </w:rPr>
            </w:pPr>
            <w:r w:rsidRPr="00D21AD6">
              <w:rPr>
                <w:b/>
                <w:color w:val="FFFFFF"/>
                <w:szCs w:val="24"/>
              </w:rPr>
              <w:t>Field</w:t>
            </w:r>
          </w:p>
        </w:tc>
        <w:tc>
          <w:tcPr>
            <w:tcW w:w="6696" w:type="dxa"/>
            <w:shd w:val="clear" w:color="auto" w:fill="015A41"/>
            <w:tcMar>
              <w:top w:w="80" w:type="dxa"/>
              <w:left w:w="90" w:type="dxa"/>
              <w:bottom w:w="80" w:type="dxa"/>
              <w:right w:w="90" w:type="dxa"/>
            </w:tcMar>
          </w:tcPr>
          <w:p w14:paraId="6E4442AF" w14:textId="77777777" w:rsidR="00686453" w:rsidRPr="00D21AD6" w:rsidRDefault="00D95FB4">
            <w:pPr>
              <w:rPr>
                <w:szCs w:val="24"/>
              </w:rPr>
            </w:pPr>
            <w:r w:rsidRPr="00D21AD6">
              <w:rPr>
                <w:b/>
                <w:color w:val="FFFFFF"/>
                <w:szCs w:val="24"/>
              </w:rPr>
              <w:t>Facility Entry</w:t>
            </w:r>
          </w:p>
        </w:tc>
      </w:tr>
      <w:tr w:rsidR="00686453" w:rsidRPr="00D21AD6" w14:paraId="2A434A8E" w14:textId="77777777" w:rsidTr="00D21AD6">
        <w:trPr>
          <w:cantSplit/>
          <w:jc w:val="center"/>
        </w:trPr>
        <w:tc>
          <w:tcPr>
            <w:tcW w:w="4464" w:type="dxa"/>
            <w:shd w:val="clear" w:color="auto" w:fill="EAF3EF"/>
            <w:tcMar>
              <w:top w:w="80" w:type="dxa"/>
              <w:left w:w="90" w:type="dxa"/>
              <w:bottom w:w="80" w:type="dxa"/>
              <w:right w:w="90" w:type="dxa"/>
            </w:tcMar>
          </w:tcPr>
          <w:p w14:paraId="7C6F61DF" w14:textId="77777777" w:rsidR="00686453" w:rsidRPr="00D21AD6" w:rsidRDefault="00D95FB4">
            <w:pPr>
              <w:rPr>
                <w:szCs w:val="24"/>
              </w:rPr>
            </w:pPr>
            <w:proofErr w:type="gramStart"/>
            <w:r w:rsidRPr="00D21AD6">
              <w:rPr>
                <w:b/>
                <w:color w:val="015A41"/>
                <w:szCs w:val="24"/>
              </w:rPr>
              <w:t>Generator</w:t>
            </w:r>
            <w:proofErr w:type="gramEnd"/>
            <w:r w:rsidRPr="00D21AD6">
              <w:rPr>
                <w:b/>
                <w:color w:val="015A41"/>
                <w:szCs w:val="24"/>
              </w:rPr>
              <w:t xml:space="preserve"> make / model</w:t>
            </w:r>
          </w:p>
        </w:tc>
        <w:tc>
          <w:tcPr>
            <w:tcW w:w="6696" w:type="dxa"/>
            <w:shd w:val="clear" w:color="auto" w:fill="FFFFFF"/>
            <w:tcMar>
              <w:top w:w="80" w:type="dxa"/>
              <w:left w:w="90" w:type="dxa"/>
              <w:bottom w:w="80" w:type="dxa"/>
              <w:right w:w="90" w:type="dxa"/>
            </w:tcMar>
          </w:tcPr>
          <w:p w14:paraId="580A9D59" w14:textId="77777777" w:rsidR="00686453" w:rsidRPr="00D21AD6" w:rsidRDefault="00D95FB4">
            <w:pPr>
              <w:rPr>
                <w:szCs w:val="24"/>
              </w:rPr>
            </w:pPr>
            <w:r w:rsidRPr="00D21AD6">
              <w:rPr>
                <w:i/>
                <w:color w:val="66706B"/>
                <w:szCs w:val="24"/>
              </w:rPr>
              <w:t>&lt;Insert&gt;</w:t>
            </w:r>
          </w:p>
        </w:tc>
      </w:tr>
      <w:tr w:rsidR="00686453" w:rsidRPr="00D21AD6" w14:paraId="5A946893" w14:textId="77777777" w:rsidTr="00D21AD6">
        <w:trPr>
          <w:cantSplit/>
          <w:jc w:val="center"/>
        </w:trPr>
        <w:tc>
          <w:tcPr>
            <w:tcW w:w="4464" w:type="dxa"/>
            <w:shd w:val="clear" w:color="auto" w:fill="F7FAF8"/>
            <w:tcMar>
              <w:top w:w="80" w:type="dxa"/>
              <w:left w:w="90" w:type="dxa"/>
              <w:bottom w:w="80" w:type="dxa"/>
              <w:right w:w="90" w:type="dxa"/>
            </w:tcMar>
          </w:tcPr>
          <w:p w14:paraId="729000A6" w14:textId="77777777" w:rsidR="00686453" w:rsidRPr="00D21AD6" w:rsidRDefault="00D95FB4">
            <w:pPr>
              <w:rPr>
                <w:szCs w:val="24"/>
              </w:rPr>
            </w:pPr>
            <w:r w:rsidRPr="00D21AD6">
              <w:rPr>
                <w:b/>
                <w:color w:val="015A41"/>
                <w:szCs w:val="24"/>
              </w:rPr>
              <w:t>Fuel type / tank capacity</w:t>
            </w:r>
          </w:p>
        </w:tc>
        <w:tc>
          <w:tcPr>
            <w:tcW w:w="6696" w:type="dxa"/>
            <w:shd w:val="clear" w:color="auto" w:fill="FFFFFF"/>
            <w:tcMar>
              <w:top w:w="80" w:type="dxa"/>
              <w:left w:w="90" w:type="dxa"/>
              <w:bottom w:w="80" w:type="dxa"/>
              <w:right w:w="90" w:type="dxa"/>
            </w:tcMar>
          </w:tcPr>
          <w:p w14:paraId="1975E30F" w14:textId="77777777" w:rsidR="00686453" w:rsidRPr="00D21AD6" w:rsidRDefault="00D95FB4">
            <w:pPr>
              <w:rPr>
                <w:szCs w:val="24"/>
              </w:rPr>
            </w:pPr>
            <w:r w:rsidRPr="00D21AD6">
              <w:rPr>
                <w:i/>
                <w:color w:val="66706B"/>
                <w:szCs w:val="24"/>
              </w:rPr>
              <w:t>&lt;Insert&gt;</w:t>
            </w:r>
          </w:p>
        </w:tc>
      </w:tr>
      <w:tr w:rsidR="00686453" w:rsidRPr="00D21AD6" w14:paraId="3CCDD194" w14:textId="77777777" w:rsidTr="00D21AD6">
        <w:trPr>
          <w:cantSplit/>
          <w:jc w:val="center"/>
        </w:trPr>
        <w:tc>
          <w:tcPr>
            <w:tcW w:w="4464" w:type="dxa"/>
            <w:shd w:val="clear" w:color="auto" w:fill="EAF3EF"/>
            <w:tcMar>
              <w:top w:w="80" w:type="dxa"/>
              <w:left w:w="90" w:type="dxa"/>
              <w:bottom w:w="80" w:type="dxa"/>
              <w:right w:w="90" w:type="dxa"/>
            </w:tcMar>
          </w:tcPr>
          <w:p w14:paraId="0A7CBD1A" w14:textId="77777777" w:rsidR="00686453" w:rsidRPr="00D21AD6" w:rsidRDefault="00D95FB4">
            <w:pPr>
              <w:rPr>
                <w:szCs w:val="24"/>
              </w:rPr>
            </w:pPr>
            <w:r w:rsidRPr="00D21AD6">
              <w:rPr>
                <w:b/>
                <w:color w:val="015A41"/>
                <w:szCs w:val="24"/>
              </w:rPr>
              <w:t>Estimated run time at emergency load</w:t>
            </w:r>
          </w:p>
        </w:tc>
        <w:tc>
          <w:tcPr>
            <w:tcW w:w="6696" w:type="dxa"/>
            <w:shd w:val="clear" w:color="auto" w:fill="FFFFFF"/>
            <w:tcMar>
              <w:top w:w="80" w:type="dxa"/>
              <w:left w:w="90" w:type="dxa"/>
              <w:bottom w:w="80" w:type="dxa"/>
              <w:right w:w="90" w:type="dxa"/>
            </w:tcMar>
          </w:tcPr>
          <w:p w14:paraId="6E6F3EEC" w14:textId="77777777" w:rsidR="00686453" w:rsidRPr="00D21AD6" w:rsidRDefault="00D95FB4">
            <w:pPr>
              <w:rPr>
                <w:szCs w:val="24"/>
              </w:rPr>
            </w:pPr>
            <w:r w:rsidRPr="00D21AD6">
              <w:rPr>
                <w:i/>
                <w:color w:val="66706B"/>
                <w:szCs w:val="24"/>
              </w:rPr>
              <w:t>&lt;Insert&gt;</w:t>
            </w:r>
          </w:p>
        </w:tc>
      </w:tr>
      <w:tr w:rsidR="00686453" w:rsidRPr="00D21AD6" w14:paraId="339A4164" w14:textId="77777777" w:rsidTr="00D21AD6">
        <w:trPr>
          <w:cantSplit/>
          <w:jc w:val="center"/>
        </w:trPr>
        <w:tc>
          <w:tcPr>
            <w:tcW w:w="4464" w:type="dxa"/>
            <w:shd w:val="clear" w:color="auto" w:fill="F7FAF8"/>
            <w:tcMar>
              <w:top w:w="80" w:type="dxa"/>
              <w:left w:w="90" w:type="dxa"/>
              <w:bottom w:w="80" w:type="dxa"/>
              <w:right w:w="90" w:type="dxa"/>
            </w:tcMar>
          </w:tcPr>
          <w:p w14:paraId="3EEDFFB2" w14:textId="77777777" w:rsidR="00686453" w:rsidRPr="00D21AD6" w:rsidRDefault="00D95FB4">
            <w:pPr>
              <w:rPr>
                <w:szCs w:val="24"/>
              </w:rPr>
            </w:pPr>
            <w:r w:rsidRPr="00D21AD6">
              <w:rPr>
                <w:b/>
                <w:color w:val="015A41"/>
                <w:szCs w:val="24"/>
              </w:rPr>
              <w:t>Critical loads supported</w:t>
            </w:r>
          </w:p>
        </w:tc>
        <w:tc>
          <w:tcPr>
            <w:tcW w:w="6696" w:type="dxa"/>
            <w:shd w:val="clear" w:color="auto" w:fill="FFFFFF"/>
            <w:tcMar>
              <w:top w:w="80" w:type="dxa"/>
              <w:left w:w="90" w:type="dxa"/>
              <w:bottom w:w="80" w:type="dxa"/>
              <w:right w:w="90" w:type="dxa"/>
            </w:tcMar>
          </w:tcPr>
          <w:p w14:paraId="4B771CD7" w14:textId="77777777" w:rsidR="00686453" w:rsidRPr="00D21AD6" w:rsidRDefault="00D95FB4">
            <w:pPr>
              <w:rPr>
                <w:szCs w:val="24"/>
              </w:rPr>
            </w:pPr>
            <w:r w:rsidRPr="00D21AD6">
              <w:rPr>
                <w:i/>
                <w:color w:val="66706B"/>
                <w:szCs w:val="24"/>
              </w:rPr>
              <w:t>&lt;Insert&gt;</w:t>
            </w:r>
          </w:p>
        </w:tc>
      </w:tr>
      <w:tr w:rsidR="00686453" w:rsidRPr="00D21AD6" w14:paraId="56C1EAA7" w14:textId="77777777" w:rsidTr="00D21AD6">
        <w:trPr>
          <w:cantSplit/>
          <w:jc w:val="center"/>
        </w:trPr>
        <w:tc>
          <w:tcPr>
            <w:tcW w:w="4464" w:type="dxa"/>
            <w:shd w:val="clear" w:color="auto" w:fill="EAF3EF"/>
            <w:tcMar>
              <w:top w:w="80" w:type="dxa"/>
              <w:left w:w="90" w:type="dxa"/>
              <w:bottom w:w="80" w:type="dxa"/>
              <w:right w:w="90" w:type="dxa"/>
            </w:tcMar>
          </w:tcPr>
          <w:p w14:paraId="3FCB78A3" w14:textId="77777777" w:rsidR="00686453" w:rsidRPr="00D21AD6" w:rsidRDefault="00D95FB4">
            <w:pPr>
              <w:rPr>
                <w:szCs w:val="24"/>
              </w:rPr>
            </w:pPr>
            <w:r w:rsidRPr="00D21AD6">
              <w:rPr>
                <w:b/>
                <w:color w:val="015A41"/>
                <w:szCs w:val="24"/>
              </w:rPr>
              <w:t>Automatic transfer / manual procedures</w:t>
            </w:r>
          </w:p>
        </w:tc>
        <w:tc>
          <w:tcPr>
            <w:tcW w:w="6696" w:type="dxa"/>
            <w:shd w:val="clear" w:color="auto" w:fill="FFFFFF"/>
            <w:tcMar>
              <w:top w:w="80" w:type="dxa"/>
              <w:left w:w="90" w:type="dxa"/>
              <w:bottom w:w="80" w:type="dxa"/>
              <w:right w:w="90" w:type="dxa"/>
            </w:tcMar>
          </w:tcPr>
          <w:p w14:paraId="7BDFE0D9" w14:textId="77777777" w:rsidR="00686453" w:rsidRPr="00D21AD6" w:rsidRDefault="00D95FB4">
            <w:pPr>
              <w:rPr>
                <w:szCs w:val="24"/>
              </w:rPr>
            </w:pPr>
            <w:r w:rsidRPr="00D21AD6">
              <w:rPr>
                <w:i/>
                <w:color w:val="66706B"/>
                <w:szCs w:val="24"/>
              </w:rPr>
              <w:t>&lt;Insert&gt;</w:t>
            </w:r>
          </w:p>
        </w:tc>
      </w:tr>
      <w:tr w:rsidR="00686453" w:rsidRPr="00D21AD6" w14:paraId="09390FC5" w14:textId="77777777" w:rsidTr="00D21AD6">
        <w:trPr>
          <w:cantSplit/>
          <w:jc w:val="center"/>
        </w:trPr>
        <w:tc>
          <w:tcPr>
            <w:tcW w:w="4464" w:type="dxa"/>
            <w:shd w:val="clear" w:color="auto" w:fill="F7FAF8"/>
            <w:tcMar>
              <w:top w:w="80" w:type="dxa"/>
              <w:left w:w="90" w:type="dxa"/>
              <w:bottom w:w="80" w:type="dxa"/>
              <w:right w:w="90" w:type="dxa"/>
            </w:tcMar>
          </w:tcPr>
          <w:p w14:paraId="6853F264" w14:textId="77777777" w:rsidR="00686453" w:rsidRPr="00D21AD6" w:rsidRDefault="00D95FB4">
            <w:pPr>
              <w:rPr>
                <w:szCs w:val="24"/>
              </w:rPr>
            </w:pPr>
            <w:r w:rsidRPr="00D21AD6">
              <w:rPr>
                <w:b/>
                <w:color w:val="015A41"/>
                <w:szCs w:val="24"/>
              </w:rPr>
              <w:t>Primary fuel vendor / 24-7 contact</w:t>
            </w:r>
          </w:p>
        </w:tc>
        <w:tc>
          <w:tcPr>
            <w:tcW w:w="6696" w:type="dxa"/>
            <w:shd w:val="clear" w:color="auto" w:fill="FFFFFF"/>
            <w:tcMar>
              <w:top w:w="80" w:type="dxa"/>
              <w:left w:w="90" w:type="dxa"/>
              <w:bottom w:w="80" w:type="dxa"/>
              <w:right w:w="90" w:type="dxa"/>
            </w:tcMar>
          </w:tcPr>
          <w:p w14:paraId="7786CB7A" w14:textId="77777777" w:rsidR="00686453" w:rsidRPr="00D21AD6" w:rsidRDefault="00D95FB4">
            <w:pPr>
              <w:rPr>
                <w:szCs w:val="24"/>
              </w:rPr>
            </w:pPr>
            <w:r w:rsidRPr="00D21AD6">
              <w:rPr>
                <w:i/>
                <w:color w:val="66706B"/>
                <w:szCs w:val="24"/>
              </w:rPr>
              <w:t>&lt;Insert&gt;</w:t>
            </w:r>
          </w:p>
        </w:tc>
      </w:tr>
      <w:tr w:rsidR="00686453" w:rsidRPr="00D21AD6" w14:paraId="66ADF169" w14:textId="77777777" w:rsidTr="00D21AD6">
        <w:trPr>
          <w:cantSplit/>
          <w:jc w:val="center"/>
        </w:trPr>
        <w:tc>
          <w:tcPr>
            <w:tcW w:w="4464" w:type="dxa"/>
            <w:shd w:val="clear" w:color="auto" w:fill="EAF3EF"/>
            <w:tcMar>
              <w:top w:w="80" w:type="dxa"/>
              <w:left w:w="90" w:type="dxa"/>
              <w:bottom w:w="80" w:type="dxa"/>
              <w:right w:w="90" w:type="dxa"/>
            </w:tcMar>
          </w:tcPr>
          <w:p w14:paraId="6D1EA333" w14:textId="77777777" w:rsidR="00686453" w:rsidRPr="00D21AD6" w:rsidRDefault="00D95FB4">
            <w:pPr>
              <w:rPr>
                <w:szCs w:val="24"/>
              </w:rPr>
            </w:pPr>
            <w:r w:rsidRPr="00D21AD6">
              <w:rPr>
                <w:b/>
                <w:color w:val="015A41"/>
                <w:szCs w:val="24"/>
              </w:rPr>
              <w:t>Alternate fuel source</w:t>
            </w:r>
          </w:p>
        </w:tc>
        <w:tc>
          <w:tcPr>
            <w:tcW w:w="6696" w:type="dxa"/>
            <w:shd w:val="clear" w:color="auto" w:fill="FFFFFF"/>
            <w:tcMar>
              <w:top w:w="80" w:type="dxa"/>
              <w:left w:w="90" w:type="dxa"/>
              <w:bottom w:w="80" w:type="dxa"/>
              <w:right w:w="90" w:type="dxa"/>
            </w:tcMar>
          </w:tcPr>
          <w:p w14:paraId="4B67C2EE" w14:textId="77777777" w:rsidR="00686453" w:rsidRPr="00D21AD6" w:rsidRDefault="00D95FB4">
            <w:pPr>
              <w:rPr>
                <w:szCs w:val="24"/>
              </w:rPr>
            </w:pPr>
            <w:r w:rsidRPr="00D21AD6">
              <w:rPr>
                <w:i/>
                <w:color w:val="66706B"/>
                <w:szCs w:val="24"/>
              </w:rPr>
              <w:t>&lt;Insert&gt;</w:t>
            </w:r>
          </w:p>
        </w:tc>
      </w:tr>
      <w:tr w:rsidR="00686453" w:rsidRPr="00D21AD6" w14:paraId="4470783A" w14:textId="77777777" w:rsidTr="00D21AD6">
        <w:trPr>
          <w:cantSplit/>
          <w:jc w:val="center"/>
        </w:trPr>
        <w:tc>
          <w:tcPr>
            <w:tcW w:w="4464" w:type="dxa"/>
            <w:shd w:val="clear" w:color="auto" w:fill="F7FAF8"/>
            <w:tcMar>
              <w:top w:w="80" w:type="dxa"/>
              <w:left w:w="90" w:type="dxa"/>
              <w:bottom w:w="80" w:type="dxa"/>
              <w:right w:w="90" w:type="dxa"/>
            </w:tcMar>
          </w:tcPr>
          <w:p w14:paraId="3A1337E4" w14:textId="77777777" w:rsidR="00686453" w:rsidRPr="00D21AD6" w:rsidRDefault="00D95FB4">
            <w:pPr>
              <w:rPr>
                <w:szCs w:val="24"/>
              </w:rPr>
            </w:pPr>
            <w:r w:rsidRPr="00D21AD6">
              <w:rPr>
                <w:b/>
                <w:color w:val="015A41"/>
                <w:szCs w:val="24"/>
              </w:rPr>
              <w:t>Refueling trigger</w:t>
            </w:r>
          </w:p>
        </w:tc>
        <w:tc>
          <w:tcPr>
            <w:tcW w:w="6696" w:type="dxa"/>
            <w:shd w:val="clear" w:color="auto" w:fill="FFFFFF"/>
            <w:tcMar>
              <w:top w:w="80" w:type="dxa"/>
              <w:left w:w="90" w:type="dxa"/>
              <w:bottom w:w="80" w:type="dxa"/>
              <w:right w:w="90" w:type="dxa"/>
            </w:tcMar>
          </w:tcPr>
          <w:p w14:paraId="0E53EB24" w14:textId="77777777" w:rsidR="00686453" w:rsidRPr="00D21AD6" w:rsidRDefault="00D95FB4">
            <w:pPr>
              <w:rPr>
                <w:szCs w:val="24"/>
              </w:rPr>
            </w:pPr>
            <w:r w:rsidRPr="00D21AD6">
              <w:rPr>
                <w:i/>
                <w:color w:val="66706B"/>
                <w:szCs w:val="24"/>
              </w:rPr>
              <w:t>&lt;Insert&gt;</w:t>
            </w:r>
          </w:p>
        </w:tc>
      </w:tr>
      <w:tr w:rsidR="00686453" w:rsidRPr="00D21AD6" w14:paraId="597F5332" w14:textId="77777777" w:rsidTr="00D21AD6">
        <w:trPr>
          <w:cantSplit/>
          <w:jc w:val="center"/>
        </w:trPr>
        <w:tc>
          <w:tcPr>
            <w:tcW w:w="4464" w:type="dxa"/>
            <w:shd w:val="clear" w:color="auto" w:fill="EAF3EF"/>
            <w:tcMar>
              <w:top w:w="80" w:type="dxa"/>
              <w:left w:w="90" w:type="dxa"/>
              <w:bottom w:w="80" w:type="dxa"/>
              <w:right w:w="90" w:type="dxa"/>
            </w:tcMar>
          </w:tcPr>
          <w:p w14:paraId="29C13318" w14:textId="77777777" w:rsidR="00686453" w:rsidRPr="00D21AD6" w:rsidRDefault="00D95FB4">
            <w:pPr>
              <w:rPr>
                <w:szCs w:val="24"/>
              </w:rPr>
            </w:pPr>
            <w:r w:rsidRPr="00D21AD6">
              <w:rPr>
                <w:b/>
                <w:color w:val="015A41"/>
                <w:szCs w:val="24"/>
              </w:rPr>
              <w:t>Portable / rental generator connection</w:t>
            </w:r>
          </w:p>
        </w:tc>
        <w:tc>
          <w:tcPr>
            <w:tcW w:w="6696" w:type="dxa"/>
            <w:shd w:val="clear" w:color="auto" w:fill="FFFFFF"/>
            <w:tcMar>
              <w:top w:w="80" w:type="dxa"/>
              <w:left w:w="90" w:type="dxa"/>
              <w:bottom w:w="80" w:type="dxa"/>
              <w:right w:w="90" w:type="dxa"/>
            </w:tcMar>
          </w:tcPr>
          <w:p w14:paraId="73D1FA61" w14:textId="77777777" w:rsidR="00686453" w:rsidRPr="00D21AD6" w:rsidRDefault="00D95FB4">
            <w:pPr>
              <w:rPr>
                <w:szCs w:val="24"/>
              </w:rPr>
            </w:pPr>
            <w:r w:rsidRPr="00D21AD6">
              <w:rPr>
                <w:i/>
                <w:color w:val="66706B"/>
                <w:szCs w:val="24"/>
              </w:rPr>
              <w:t>&lt;Insert or N/A&gt;</w:t>
            </w:r>
          </w:p>
        </w:tc>
      </w:tr>
      <w:tr w:rsidR="00686453" w:rsidRPr="00D21AD6" w14:paraId="42B94065" w14:textId="77777777" w:rsidTr="00D21AD6">
        <w:trPr>
          <w:cantSplit/>
          <w:jc w:val="center"/>
        </w:trPr>
        <w:tc>
          <w:tcPr>
            <w:tcW w:w="4464" w:type="dxa"/>
            <w:shd w:val="clear" w:color="auto" w:fill="F7FAF8"/>
            <w:tcMar>
              <w:top w:w="80" w:type="dxa"/>
              <w:left w:w="90" w:type="dxa"/>
              <w:bottom w:w="80" w:type="dxa"/>
              <w:right w:w="90" w:type="dxa"/>
            </w:tcMar>
          </w:tcPr>
          <w:p w14:paraId="04A79E07" w14:textId="77777777" w:rsidR="00686453" w:rsidRPr="00D21AD6" w:rsidRDefault="00D95FB4">
            <w:pPr>
              <w:rPr>
                <w:szCs w:val="24"/>
              </w:rPr>
            </w:pPr>
            <w:r w:rsidRPr="00D21AD6">
              <w:rPr>
                <w:b/>
                <w:color w:val="015A41"/>
                <w:szCs w:val="24"/>
              </w:rPr>
              <w:t>Generator records location</w:t>
            </w:r>
          </w:p>
        </w:tc>
        <w:tc>
          <w:tcPr>
            <w:tcW w:w="6696" w:type="dxa"/>
            <w:shd w:val="clear" w:color="auto" w:fill="FFFFFF"/>
            <w:tcMar>
              <w:top w:w="80" w:type="dxa"/>
              <w:left w:w="90" w:type="dxa"/>
              <w:bottom w:w="80" w:type="dxa"/>
              <w:right w:w="90" w:type="dxa"/>
            </w:tcMar>
          </w:tcPr>
          <w:p w14:paraId="2D66257F" w14:textId="77777777" w:rsidR="00686453" w:rsidRPr="00D21AD6" w:rsidRDefault="00D95FB4">
            <w:pPr>
              <w:rPr>
                <w:szCs w:val="24"/>
              </w:rPr>
            </w:pPr>
            <w:r w:rsidRPr="00D21AD6">
              <w:rPr>
                <w:i/>
                <w:color w:val="66706B"/>
                <w:szCs w:val="24"/>
              </w:rPr>
              <w:t>&lt;Insert&gt;</w:t>
            </w:r>
          </w:p>
        </w:tc>
      </w:tr>
    </w:tbl>
    <w:p w14:paraId="57E83290" w14:textId="77777777" w:rsidR="00686453" w:rsidRDefault="00686453">
      <w:pPr>
        <w:spacing w:after="0"/>
      </w:pP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rsidRPr="00D21AD6" w14:paraId="56BF7832" w14:textId="77777777">
        <w:trPr>
          <w:jc w:val="center"/>
        </w:trPr>
        <w:tc>
          <w:tcPr>
            <w:tcW w:w="10282" w:type="dxa"/>
            <w:shd w:val="clear" w:color="auto" w:fill="FCEFE9"/>
            <w:tcMar>
              <w:top w:w="100" w:type="dxa"/>
              <w:left w:w="130" w:type="dxa"/>
              <w:bottom w:w="100" w:type="dxa"/>
              <w:right w:w="130" w:type="dxa"/>
            </w:tcMar>
          </w:tcPr>
          <w:p w14:paraId="01E8B048" w14:textId="4B74DDB4" w:rsidR="00686453" w:rsidRPr="00D21AD6" w:rsidRDefault="00D95FB4">
            <w:pPr>
              <w:spacing w:after="0"/>
              <w:rPr>
                <w:sz w:val="20"/>
                <w:szCs w:val="20"/>
              </w:rPr>
            </w:pPr>
            <w:r w:rsidRPr="00D21AD6">
              <w:rPr>
                <w:b/>
                <w:color w:val="E63B07"/>
                <w:sz w:val="20"/>
                <w:szCs w:val="20"/>
              </w:rPr>
              <w:t xml:space="preserve">MAINE EMERGENCY POWER  </w:t>
            </w:r>
            <w:r w:rsidR="008F1543">
              <w:rPr>
                <w:rFonts w:cs="Arial"/>
                <w:color w:val="000000"/>
                <w:sz w:val="20"/>
              </w:rPr>
              <w:t>10-144 CMR Ch. 110 §</w:t>
            </w:r>
            <w:proofErr w:type="gramStart"/>
            <w:r w:rsidR="008F1543">
              <w:rPr>
                <w:rFonts w:cs="Arial"/>
                <w:color w:val="000000"/>
                <w:sz w:val="20"/>
              </w:rPr>
              <w:t>20.B.</w:t>
            </w:r>
            <w:proofErr w:type="gramEnd"/>
            <w:r w:rsidR="008F1543">
              <w:rPr>
                <w:rFonts w:cs="Arial"/>
                <w:color w:val="000000"/>
                <w:sz w:val="20"/>
              </w:rPr>
              <w:t>5 requires continuing emergency power for specified essential services during outages and sufficient on-premises generator power for life-support equipment/systems when used. Section 20.B.4 separately addresses an emergency generator for specified new facilities, ownership changes, or major renovations requiring a Certificate of Need, as applicable.</w:t>
            </w:r>
          </w:p>
        </w:tc>
      </w:tr>
    </w:tbl>
    <w:p w14:paraId="5E9194A6" w14:textId="77777777" w:rsidR="00686453" w:rsidRDefault="00D95FB4">
      <w:pPr>
        <w:pStyle w:val="Heading1"/>
        <w:pBdr>
          <w:bottom w:val="single" w:sz="14" w:space="5" w:color="E63B07"/>
        </w:pBdr>
        <w:spacing w:before="140" w:after="140"/>
      </w:pPr>
      <w:r>
        <w:rPr>
          <w:rFonts w:ascii="Arial" w:eastAsia="Arial" w:hAnsi="Arial"/>
        </w:rPr>
        <w:lastRenderedPageBreak/>
        <w:t>10. UTILITIES AND SUPPLIES (CONTINUED)</w:t>
      </w:r>
    </w:p>
    <w:p w14:paraId="1200996C" w14:textId="77777777" w:rsidR="00686453" w:rsidRDefault="00D95FB4">
      <w:pPr>
        <w:pStyle w:val="Heading2"/>
        <w:spacing w:before="120" w:after="80"/>
      </w:pPr>
      <w:r>
        <w:rPr>
          <w:rFonts w:ascii="Arial" w:eastAsia="Arial" w:hAnsi="Arial"/>
        </w:rPr>
        <w:t>B. Water / Sewer / Waste</w:t>
      </w:r>
    </w:p>
    <w:tbl>
      <w:tblPr>
        <w:tblW w:w="11232"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616"/>
        <w:gridCol w:w="5616"/>
      </w:tblGrid>
      <w:tr w:rsidR="00686453" w:rsidRPr="00D21AD6" w14:paraId="77BDA420" w14:textId="77777777" w:rsidTr="00D21AD6">
        <w:trPr>
          <w:tblHeader/>
          <w:jc w:val="center"/>
        </w:trPr>
        <w:tc>
          <w:tcPr>
            <w:tcW w:w="5616" w:type="dxa"/>
            <w:shd w:val="clear" w:color="auto" w:fill="015A41"/>
            <w:tcMar>
              <w:top w:w="80" w:type="dxa"/>
              <w:left w:w="90" w:type="dxa"/>
              <w:bottom w:w="80" w:type="dxa"/>
              <w:right w:w="90" w:type="dxa"/>
            </w:tcMar>
          </w:tcPr>
          <w:p w14:paraId="3C0A740A" w14:textId="77777777" w:rsidR="00686453" w:rsidRPr="00D21AD6" w:rsidRDefault="00D95FB4">
            <w:pPr>
              <w:rPr>
                <w:szCs w:val="24"/>
              </w:rPr>
            </w:pPr>
            <w:r w:rsidRPr="00D21AD6">
              <w:rPr>
                <w:b/>
                <w:color w:val="FFFFFF"/>
                <w:szCs w:val="24"/>
              </w:rPr>
              <w:t>Field</w:t>
            </w:r>
          </w:p>
        </w:tc>
        <w:tc>
          <w:tcPr>
            <w:tcW w:w="5616" w:type="dxa"/>
            <w:shd w:val="clear" w:color="auto" w:fill="015A41"/>
            <w:tcMar>
              <w:top w:w="80" w:type="dxa"/>
              <w:left w:w="90" w:type="dxa"/>
              <w:bottom w:w="80" w:type="dxa"/>
              <w:right w:w="90" w:type="dxa"/>
            </w:tcMar>
          </w:tcPr>
          <w:p w14:paraId="7812791F" w14:textId="77777777" w:rsidR="00686453" w:rsidRPr="00D21AD6" w:rsidRDefault="00D95FB4">
            <w:pPr>
              <w:rPr>
                <w:szCs w:val="24"/>
              </w:rPr>
            </w:pPr>
            <w:r w:rsidRPr="00D21AD6">
              <w:rPr>
                <w:b/>
                <w:color w:val="FFFFFF"/>
                <w:szCs w:val="24"/>
              </w:rPr>
              <w:t>Facility Entry</w:t>
            </w:r>
          </w:p>
        </w:tc>
      </w:tr>
      <w:tr w:rsidR="00686453" w:rsidRPr="00D21AD6" w14:paraId="5B1A81F3" w14:textId="77777777" w:rsidTr="00D21AD6">
        <w:trPr>
          <w:cantSplit/>
          <w:jc w:val="center"/>
        </w:trPr>
        <w:tc>
          <w:tcPr>
            <w:tcW w:w="5616" w:type="dxa"/>
            <w:shd w:val="clear" w:color="auto" w:fill="EAF3EF"/>
            <w:tcMar>
              <w:top w:w="80" w:type="dxa"/>
              <w:left w:w="90" w:type="dxa"/>
              <w:bottom w:w="80" w:type="dxa"/>
              <w:right w:w="90" w:type="dxa"/>
            </w:tcMar>
          </w:tcPr>
          <w:p w14:paraId="414E6838" w14:textId="77777777" w:rsidR="00686453" w:rsidRPr="00D21AD6" w:rsidRDefault="00D95FB4">
            <w:pPr>
              <w:rPr>
                <w:szCs w:val="24"/>
              </w:rPr>
            </w:pPr>
            <w:r w:rsidRPr="00D21AD6">
              <w:rPr>
                <w:b/>
                <w:color w:val="015A41"/>
                <w:szCs w:val="24"/>
              </w:rPr>
              <w:t>Normal water source</w:t>
            </w:r>
          </w:p>
        </w:tc>
        <w:tc>
          <w:tcPr>
            <w:tcW w:w="5616" w:type="dxa"/>
            <w:shd w:val="clear" w:color="auto" w:fill="FFFFFF"/>
            <w:tcMar>
              <w:top w:w="80" w:type="dxa"/>
              <w:left w:w="90" w:type="dxa"/>
              <w:bottom w:w="80" w:type="dxa"/>
              <w:right w:w="90" w:type="dxa"/>
            </w:tcMar>
          </w:tcPr>
          <w:p w14:paraId="78010B46" w14:textId="77777777" w:rsidR="00686453" w:rsidRPr="00D21AD6" w:rsidRDefault="00D95FB4">
            <w:pPr>
              <w:rPr>
                <w:szCs w:val="24"/>
              </w:rPr>
            </w:pPr>
            <w:r w:rsidRPr="00D21AD6">
              <w:rPr>
                <w:i/>
                <w:color w:val="66706B"/>
                <w:szCs w:val="24"/>
              </w:rPr>
              <w:t>&lt;Insert&gt;</w:t>
            </w:r>
          </w:p>
        </w:tc>
      </w:tr>
      <w:tr w:rsidR="00686453" w:rsidRPr="00D21AD6" w14:paraId="674D4CF1" w14:textId="77777777" w:rsidTr="00D21AD6">
        <w:trPr>
          <w:cantSplit/>
          <w:jc w:val="center"/>
        </w:trPr>
        <w:tc>
          <w:tcPr>
            <w:tcW w:w="5616" w:type="dxa"/>
            <w:shd w:val="clear" w:color="auto" w:fill="F7FAF8"/>
            <w:tcMar>
              <w:top w:w="80" w:type="dxa"/>
              <w:left w:w="90" w:type="dxa"/>
              <w:bottom w:w="80" w:type="dxa"/>
              <w:right w:w="90" w:type="dxa"/>
            </w:tcMar>
          </w:tcPr>
          <w:p w14:paraId="22F83B7E" w14:textId="77777777" w:rsidR="00686453" w:rsidRPr="00D21AD6" w:rsidRDefault="00D95FB4">
            <w:pPr>
              <w:rPr>
                <w:szCs w:val="24"/>
              </w:rPr>
            </w:pPr>
            <w:r w:rsidRPr="00D21AD6">
              <w:rPr>
                <w:b/>
                <w:color w:val="015A41"/>
                <w:szCs w:val="24"/>
              </w:rPr>
              <w:t>Emergency potable water source</w:t>
            </w:r>
          </w:p>
        </w:tc>
        <w:tc>
          <w:tcPr>
            <w:tcW w:w="5616" w:type="dxa"/>
            <w:shd w:val="clear" w:color="auto" w:fill="FFFFFF"/>
            <w:tcMar>
              <w:top w:w="80" w:type="dxa"/>
              <w:left w:w="90" w:type="dxa"/>
              <w:bottom w:w="80" w:type="dxa"/>
              <w:right w:w="90" w:type="dxa"/>
            </w:tcMar>
          </w:tcPr>
          <w:p w14:paraId="280F200D" w14:textId="77777777" w:rsidR="00686453" w:rsidRPr="00D21AD6" w:rsidRDefault="00D95FB4">
            <w:pPr>
              <w:rPr>
                <w:szCs w:val="24"/>
              </w:rPr>
            </w:pPr>
            <w:r w:rsidRPr="00D21AD6">
              <w:rPr>
                <w:i/>
                <w:color w:val="66706B"/>
                <w:szCs w:val="24"/>
              </w:rPr>
              <w:t>&lt;Insert&gt;</w:t>
            </w:r>
          </w:p>
        </w:tc>
      </w:tr>
      <w:tr w:rsidR="00686453" w:rsidRPr="00D21AD6" w14:paraId="2264A4D9" w14:textId="77777777" w:rsidTr="00D21AD6">
        <w:trPr>
          <w:cantSplit/>
          <w:jc w:val="center"/>
        </w:trPr>
        <w:tc>
          <w:tcPr>
            <w:tcW w:w="5616" w:type="dxa"/>
            <w:shd w:val="clear" w:color="auto" w:fill="EAF3EF"/>
            <w:tcMar>
              <w:top w:w="80" w:type="dxa"/>
              <w:left w:w="90" w:type="dxa"/>
              <w:bottom w:w="80" w:type="dxa"/>
              <w:right w:w="90" w:type="dxa"/>
            </w:tcMar>
          </w:tcPr>
          <w:p w14:paraId="1B8D9890" w14:textId="77777777" w:rsidR="00686453" w:rsidRPr="00D21AD6" w:rsidRDefault="00D95FB4">
            <w:pPr>
              <w:rPr>
                <w:szCs w:val="24"/>
              </w:rPr>
            </w:pPr>
            <w:r w:rsidRPr="00D21AD6">
              <w:rPr>
                <w:b/>
                <w:color w:val="015A41"/>
                <w:szCs w:val="24"/>
              </w:rPr>
              <w:t>Estimated gallons / days available</w:t>
            </w:r>
          </w:p>
        </w:tc>
        <w:tc>
          <w:tcPr>
            <w:tcW w:w="5616" w:type="dxa"/>
            <w:shd w:val="clear" w:color="auto" w:fill="FFFFFF"/>
            <w:tcMar>
              <w:top w:w="80" w:type="dxa"/>
              <w:left w:w="90" w:type="dxa"/>
              <w:bottom w:w="80" w:type="dxa"/>
              <w:right w:w="90" w:type="dxa"/>
            </w:tcMar>
          </w:tcPr>
          <w:p w14:paraId="22228C14" w14:textId="77777777" w:rsidR="00686453" w:rsidRPr="00D21AD6" w:rsidRDefault="00D95FB4">
            <w:pPr>
              <w:rPr>
                <w:szCs w:val="24"/>
              </w:rPr>
            </w:pPr>
            <w:r w:rsidRPr="00D21AD6">
              <w:rPr>
                <w:i/>
                <w:color w:val="66706B"/>
                <w:szCs w:val="24"/>
              </w:rPr>
              <w:t>&lt;Insert&gt;</w:t>
            </w:r>
          </w:p>
        </w:tc>
      </w:tr>
      <w:tr w:rsidR="00686453" w:rsidRPr="00D21AD6" w14:paraId="6D32E120" w14:textId="77777777" w:rsidTr="00D21AD6">
        <w:trPr>
          <w:cantSplit/>
          <w:jc w:val="center"/>
        </w:trPr>
        <w:tc>
          <w:tcPr>
            <w:tcW w:w="5616" w:type="dxa"/>
            <w:shd w:val="clear" w:color="auto" w:fill="F7FAF8"/>
            <w:tcMar>
              <w:top w:w="80" w:type="dxa"/>
              <w:left w:w="90" w:type="dxa"/>
              <w:bottom w:w="80" w:type="dxa"/>
              <w:right w:w="90" w:type="dxa"/>
            </w:tcMar>
          </w:tcPr>
          <w:p w14:paraId="0A14DA8C" w14:textId="77777777" w:rsidR="00686453" w:rsidRPr="00D21AD6" w:rsidRDefault="00D95FB4">
            <w:pPr>
              <w:rPr>
                <w:szCs w:val="24"/>
              </w:rPr>
            </w:pPr>
            <w:r w:rsidRPr="00D21AD6">
              <w:rPr>
                <w:b/>
                <w:color w:val="015A41"/>
                <w:szCs w:val="24"/>
              </w:rPr>
              <w:t>Water interruption trigger actions</w:t>
            </w:r>
          </w:p>
        </w:tc>
        <w:tc>
          <w:tcPr>
            <w:tcW w:w="5616" w:type="dxa"/>
            <w:shd w:val="clear" w:color="auto" w:fill="FFFFFF"/>
            <w:tcMar>
              <w:top w:w="80" w:type="dxa"/>
              <w:left w:w="90" w:type="dxa"/>
              <w:bottom w:w="80" w:type="dxa"/>
              <w:right w:w="90" w:type="dxa"/>
            </w:tcMar>
          </w:tcPr>
          <w:p w14:paraId="5D10EBCC" w14:textId="77777777" w:rsidR="00686453" w:rsidRPr="00D21AD6" w:rsidRDefault="00D95FB4">
            <w:pPr>
              <w:rPr>
                <w:szCs w:val="24"/>
              </w:rPr>
            </w:pPr>
            <w:r w:rsidRPr="00D21AD6">
              <w:rPr>
                <w:i/>
                <w:color w:val="66706B"/>
                <w:szCs w:val="24"/>
              </w:rPr>
              <w:t>&lt;Insert&gt;</w:t>
            </w:r>
          </w:p>
        </w:tc>
      </w:tr>
      <w:tr w:rsidR="00686453" w:rsidRPr="00D21AD6" w14:paraId="2144861C" w14:textId="77777777" w:rsidTr="00D21AD6">
        <w:trPr>
          <w:cantSplit/>
          <w:jc w:val="center"/>
        </w:trPr>
        <w:tc>
          <w:tcPr>
            <w:tcW w:w="5616" w:type="dxa"/>
            <w:shd w:val="clear" w:color="auto" w:fill="EAF3EF"/>
            <w:tcMar>
              <w:top w:w="80" w:type="dxa"/>
              <w:left w:w="90" w:type="dxa"/>
              <w:bottom w:w="80" w:type="dxa"/>
              <w:right w:w="90" w:type="dxa"/>
            </w:tcMar>
          </w:tcPr>
          <w:p w14:paraId="53F377AB" w14:textId="77777777" w:rsidR="00686453" w:rsidRPr="00D21AD6" w:rsidRDefault="00D95FB4">
            <w:pPr>
              <w:rPr>
                <w:szCs w:val="24"/>
              </w:rPr>
            </w:pPr>
            <w:r w:rsidRPr="00D21AD6">
              <w:rPr>
                <w:b/>
                <w:color w:val="015A41"/>
                <w:szCs w:val="24"/>
              </w:rPr>
              <w:t>Sewer / septic contingency</w:t>
            </w:r>
          </w:p>
        </w:tc>
        <w:tc>
          <w:tcPr>
            <w:tcW w:w="5616" w:type="dxa"/>
            <w:shd w:val="clear" w:color="auto" w:fill="FFFFFF"/>
            <w:tcMar>
              <w:top w:w="80" w:type="dxa"/>
              <w:left w:w="90" w:type="dxa"/>
              <w:bottom w:w="80" w:type="dxa"/>
              <w:right w:w="90" w:type="dxa"/>
            </w:tcMar>
          </w:tcPr>
          <w:p w14:paraId="3E42BC74" w14:textId="77777777" w:rsidR="00686453" w:rsidRPr="00D21AD6" w:rsidRDefault="00D95FB4">
            <w:pPr>
              <w:rPr>
                <w:szCs w:val="24"/>
              </w:rPr>
            </w:pPr>
            <w:r w:rsidRPr="00D21AD6">
              <w:rPr>
                <w:i/>
                <w:color w:val="66706B"/>
                <w:szCs w:val="24"/>
              </w:rPr>
              <w:t>&lt;Insert&gt;</w:t>
            </w:r>
          </w:p>
        </w:tc>
      </w:tr>
      <w:tr w:rsidR="00686453" w:rsidRPr="00D21AD6" w14:paraId="0C2D2670" w14:textId="77777777" w:rsidTr="00D21AD6">
        <w:trPr>
          <w:cantSplit/>
          <w:jc w:val="center"/>
        </w:trPr>
        <w:tc>
          <w:tcPr>
            <w:tcW w:w="5616" w:type="dxa"/>
            <w:shd w:val="clear" w:color="auto" w:fill="F7FAF8"/>
            <w:tcMar>
              <w:top w:w="80" w:type="dxa"/>
              <w:left w:w="90" w:type="dxa"/>
              <w:bottom w:w="80" w:type="dxa"/>
              <w:right w:w="90" w:type="dxa"/>
            </w:tcMar>
          </w:tcPr>
          <w:p w14:paraId="5CD99D16" w14:textId="77777777" w:rsidR="00686453" w:rsidRPr="00D21AD6" w:rsidRDefault="00D95FB4">
            <w:pPr>
              <w:rPr>
                <w:szCs w:val="24"/>
              </w:rPr>
            </w:pPr>
            <w:r w:rsidRPr="00D21AD6">
              <w:rPr>
                <w:b/>
                <w:color w:val="015A41"/>
                <w:szCs w:val="24"/>
              </w:rPr>
              <w:t>Waste / medical waste contingency</w:t>
            </w:r>
          </w:p>
        </w:tc>
        <w:tc>
          <w:tcPr>
            <w:tcW w:w="5616" w:type="dxa"/>
            <w:shd w:val="clear" w:color="auto" w:fill="FFFFFF"/>
            <w:tcMar>
              <w:top w:w="80" w:type="dxa"/>
              <w:left w:w="90" w:type="dxa"/>
              <w:bottom w:w="80" w:type="dxa"/>
              <w:right w:w="90" w:type="dxa"/>
            </w:tcMar>
          </w:tcPr>
          <w:p w14:paraId="236C48AF" w14:textId="77777777" w:rsidR="00686453" w:rsidRPr="00D21AD6" w:rsidRDefault="00D95FB4">
            <w:pPr>
              <w:rPr>
                <w:szCs w:val="24"/>
              </w:rPr>
            </w:pPr>
            <w:r w:rsidRPr="00D21AD6">
              <w:rPr>
                <w:i/>
                <w:color w:val="66706B"/>
                <w:szCs w:val="24"/>
              </w:rPr>
              <w:t>&lt;Insert&gt;</w:t>
            </w:r>
          </w:p>
        </w:tc>
      </w:tr>
    </w:tbl>
    <w:p w14:paraId="3B284764" w14:textId="77777777" w:rsidR="00686453" w:rsidRDefault="00686453">
      <w:pPr>
        <w:spacing w:after="0"/>
      </w:pPr>
    </w:p>
    <w:p w14:paraId="1347A3B8" w14:textId="77777777" w:rsidR="00686453" w:rsidRDefault="00D95FB4">
      <w:pPr>
        <w:pStyle w:val="Heading2"/>
        <w:spacing w:before="120" w:after="80"/>
      </w:pPr>
      <w:r>
        <w:rPr>
          <w:rFonts w:ascii="Arial" w:eastAsia="Arial" w:hAnsi="Arial"/>
        </w:rPr>
        <w:t>C. Food / Pharmacy / Medical Supplies</w:t>
      </w:r>
    </w:p>
    <w:p w14:paraId="3E607BE5" w14:textId="77777777" w:rsidR="00686453" w:rsidRDefault="00D95FB4">
      <w:pPr>
        <w:spacing w:after="120"/>
      </w:pPr>
      <w:r>
        <w:rPr>
          <w:color w:val="C8CECB"/>
          <w:sz w:val="16"/>
        </w:rPr>
        <w:t>________________________________________________________________________________</w:t>
      </w:r>
    </w:p>
    <w:p w14:paraId="167DE6EC" w14:textId="77777777" w:rsidR="00686453" w:rsidRDefault="00D95FB4">
      <w:pPr>
        <w:spacing w:after="120"/>
      </w:pPr>
      <w:r>
        <w:rPr>
          <w:color w:val="C8CECB"/>
          <w:sz w:val="16"/>
        </w:rPr>
        <w:t>________________________________________________________________________________</w:t>
      </w:r>
    </w:p>
    <w:p w14:paraId="7710A055" w14:textId="77777777" w:rsidR="00686453" w:rsidRDefault="00D95FB4">
      <w:pPr>
        <w:spacing w:after="120"/>
      </w:pPr>
      <w:r>
        <w:rPr>
          <w:color w:val="C8CECB"/>
          <w:sz w:val="16"/>
        </w:rPr>
        <w:t>________________________________________________________________________________</w:t>
      </w:r>
    </w:p>
    <w:p w14:paraId="53E3CA59" w14:textId="77777777" w:rsidR="00686453" w:rsidRDefault="00D95FB4">
      <w:pPr>
        <w:spacing w:after="120"/>
      </w:pPr>
      <w:r>
        <w:rPr>
          <w:color w:val="C8CECB"/>
          <w:sz w:val="16"/>
        </w:rPr>
        <w:t>________________________________________________________________________________</w:t>
      </w:r>
    </w:p>
    <w:p w14:paraId="64D6A0B5" w14:textId="77777777" w:rsidR="00686453" w:rsidRDefault="00D95FB4">
      <w:r>
        <w:br w:type="page"/>
      </w:r>
    </w:p>
    <w:p w14:paraId="18E01A92" w14:textId="77777777" w:rsidR="00686453" w:rsidRDefault="00D95FB4">
      <w:pPr>
        <w:pStyle w:val="Heading1"/>
        <w:pBdr>
          <w:bottom w:val="single" w:sz="14" w:space="5" w:color="E63B07"/>
        </w:pBdr>
        <w:spacing w:before="140" w:after="140"/>
      </w:pPr>
      <w:r>
        <w:rPr>
          <w:rFonts w:ascii="Arial" w:eastAsia="Arial" w:hAnsi="Arial"/>
        </w:rPr>
        <w:lastRenderedPageBreak/>
        <w:t>11. OTHER CRITICAL UTILITIES</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rsidRPr="00D21AD6" w14:paraId="7AA93DCB" w14:textId="77777777">
        <w:trPr>
          <w:jc w:val="center"/>
        </w:trPr>
        <w:tc>
          <w:tcPr>
            <w:tcW w:w="10282" w:type="dxa"/>
            <w:shd w:val="clear" w:color="auto" w:fill="EAF3EF"/>
            <w:tcMar>
              <w:top w:w="100" w:type="dxa"/>
              <w:left w:w="130" w:type="dxa"/>
              <w:bottom w:w="100" w:type="dxa"/>
              <w:right w:w="130" w:type="dxa"/>
            </w:tcMar>
          </w:tcPr>
          <w:p w14:paraId="68680C35" w14:textId="77777777" w:rsidR="00686453" w:rsidRPr="00D21AD6" w:rsidRDefault="00D95FB4">
            <w:pPr>
              <w:spacing w:after="0"/>
              <w:rPr>
                <w:sz w:val="20"/>
                <w:szCs w:val="20"/>
              </w:rPr>
            </w:pPr>
            <w:r w:rsidRPr="00D21AD6">
              <w:rPr>
                <w:b/>
                <w:color w:val="015A41"/>
                <w:sz w:val="20"/>
                <w:szCs w:val="20"/>
              </w:rPr>
              <w:t xml:space="preserve">REGULATORY BASIS  </w:t>
            </w:r>
            <w:r w:rsidRPr="00D21AD6">
              <w:rPr>
                <w:sz w:val="20"/>
                <w:szCs w:val="20"/>
              </w:rPr>
              <w:t>42 CFR §483.73(b)(1), (e); CMS Appendix Z; Maine FMO / NFPA as applicable</w:t>
            </w:r>
          </w:p>
        </w:tc>
      </w:tr>
    </w:tbl>
    <w:p w14:paraId="49B48E34" w14:textId="77777777" w:rsidR="00686453" w:rsidRDefault="00686453">
      <w:pPr>
        <w:spacing w:after="0"/>
      </w:pPr>
    </w:p>
    <w:p w14:paraId="2EC04BAA" w14:textId="77777777" w:rsidR="00686453" w:rsidRPr="00D21AD6" w:rsidRDefault="00D95FB4">
      <w:pPr>
        <w:spacing w:after="120" w:line="250" w:lineRule="auto"/>
        <w:rPr>
          <w:sz w:val="20"/>
          <w:szCs w:val="20"/>
        </w:rPr>
      </w:pPr>
      <w:r w:rsidRPr="00D21AD6">
        <w:rPr>
          <w:sz w:val="20"/>
          <w:szCs w:val="20"/>
        </w:rPr>
        <w:t>Address failure of critical infrastructure that supports resident care and life safety.</w:t>
      </w:r>
    </w:p>
    <w:tbl>
      <w:tblPr>
        <w:tblW w:w="11174"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876"/>
        <w:gridCol w:w="5130"/>
        <w:gridCol w:w="3168"/>
      </w:tblGrid>
      <w:tr w:rsidR="00686453" w:rsidRPr="00D21AD6" w14:paraId="39C39FC2" w14:textId="77777777" w:rsidTr="00D21AD6">
        <w:trPr>
          <w:tblHeader/>
          <w:jc w:val="center"/>
        </w:trPr>
        <w:tc>
          <w:tcPr>
            <w:tcW w:w="2876" w:type="dxa"/>
            <w:shd w:val="clear" w:color="auto" w:fill="015A41"/>
            <w:tcMar>
              <w:top w:w="70" w:type="dxa"/>
              <w:left w:w="70" w:type="dxa"/>
              <w:bottom w:w="70" w:type="dxa"/>
              <w:right w:w="70" w:type="dxa"/>
            </w:tcMar>
          </w:tcPr>
          <w:p w14:paraId="22238C61" w14:textId="77777777" w:rsidR="00686453" w:rsidRPr="00D21AD6" w:rsidRDefault="00D95FB4">
            <w:pPr>
              <w:rPr>
                <w:szCs w:val="24"/>
              </w:rPr>
            </w:pPr>
            <w:r w:rsidRPr="00D21AD6">
              <w:rPr>
                <w:b/>
                <w:color w:val="FFFFFF"/>
                <w:szCs w:val="24"/>
              </w:rPr>
              <w:t>System</w:t>
            </w:r>
          </w:p>
        </w:tc>
        <w:tc>
          <w:tcPr>
            <w:tcW w:w="5130" w:type="dxa"/>
            <w:shd w:val="clear" w:color="auto" w:fill="015A41"/>
            <w:tcMar>
              <w:top w:w="70" w:type="dxa"/>
              <w:left w:w="70" w:type="dxa"/>
              <w:bottom w:w="70" w:type="dxa"/>
              <w:right w:w="70" w:type="dxa"/>
            </w:tcMar>
          </w:tcPr>
          <w:p w14:paraId="48CD33FD" w14:textId="77777777" w:rsidR="00686453" w:rsidRPr="00D21AD6" w:rsidRDefault="00D95FB4">
            <w:pPr>
              <w:rPr>
                <w:szCs w:val="24"/>
              </w:rPr>
            </w:pPr>
            <w:r w:rsidRPr="00D21AD6">
              <w:rPr>
                <w:b/>
                <w:color w:val="FFFFFF"/>
                <w:szCs w:val="24"/>
              </w:rPr>
              <w:t>Required / Facility Planning Content</w:t>
            </w:r>
          </w:p>
        </w:tc>
        <w:tc>
          <w:tcPr>
            <w:tcW w:w="3168" w:type="dxa"/>
            <w:shd w:val="clear" w:color="auto" w:fill="015A41"/>
            <w:tcMar>
              <w:top w:w="70" w:type="dxa"/>
              <w:left w:w="70" w:type="dxa"/>
              <w:bottom w:w="70" w:type="dxa"/>
              <w:right w:w="70" w:type="dxa"/>
            </w:tcMar>
          </w:tcPr>
          <w:p w14:paraId="03504715" w14:textId="77777777" w:rsidR="00686453" w:rsidRPr="00D21AD6" w:rsidRDefault="00D95FB4">
            <w:pPr>
              <w:rPr>
                <w:szCs w:val="24"/>
              </w:rPr>
            </w:pPr>
            <w:r w:rsidRPr="00D21AD6">
              <w:rPr>
                <w:b/>
                <w:color w:val="FFFFFF"/>
                <w:szCs w:val="24"/>
              </w:rPr>
              <w:t>Evidence</w:t>
            </w:r>
          </w:p>
        </w:tc>
      </w:tr>
      <w:tr w:rsidR="00686453" w:rsidRPr="00D21AD6" w14:paraId="56F456C6" w14:textId="77777777" w:rsidTr="00D21AD6">
        <w:trPr>
          <w:cantSplit/>
          <w:jc w:val="center"/>
        </w:trPr>
        <w:tc>
          <w:tcPr>
            <w:tcW w:w="2876" w:type="dxa"/>
            <w:shd w:val="clear" w:color="auto" w:fill="EAF3EF"/>
            <w:tcMar>
              <w:top w:w="70" w:type="dxa"/>
              <w:left w:w="70" w:type="dxa"/>
              <w:bottom w:w="70" w:type="dxa"/>
              <w:right w:w="70" w:type="dxa"/>
            </w:tcMar>
          </w:tcPr>
          <w:p w14:paraId="20D4B8FC" w14:textId="77777777" w:rsidR="00686453" w:rsidRPr="00D21AD6" w:rsidRDefault="00D95FB4">
            <w:pPr>
              <w:rPr>
                <w:szCs w:val="24"/>
              </w:rPr>
            </w:pPr>
            <w:r w:rsidRPr="00D21AD6">
              <w:rPr>
                <w:b/>
                <w:color w:val="015A41"/>
                <w:szCs w:val="24"/>
              </w:rPr>
              <w:t>Heating / HVAC</w:t>
            </w:r>
          </w:p>
        </w:tc>
        <w:tc>
          <w:tcPr>
            <w:tcW w:w="5130" w:type="dxa"/>
            <w:tcMar>
              <w:top w:w="70" w:type="dxa"/>
              <w:left w:w="70" w:type="dxa"/>
              <w:bottom w:w="70" w:type="dxa"/>
              <w:right w:w="70" w:type="dxa"/>
            </w:tcMar>
          </w:tcPr>
          <w:p w14:paraId="1BC96E6C" w14:textId="77777777" w:rsidR="00686453" w:rsidRPr="00D21AD6" w:rsidRDefault="00D95FB4">
            <w:pPr>
              <w:rPr>
                <w:szCs w:val="24"/>
              </w:rPr>
            </w:pPr>
            <w:r w:rsidRPr="00D21AD6">
              <w:rPr>
                <w:szCs w:val="24"/>
              </w:rPr>
              <w:t>&lt;Loss of heat, HVAC failure, safe-temperature monitoring, alternate heat/cooling, evacuation triggers&gt;</w:t>
            </w:r>
          </w:p>
        </w:tc>
        <w:tc>
          <w:tcPr>
            <w:tcW w:w="3168" w:type="dxa"/>
            <w:shd w:val="clear" w:color="auto" w:fill="F3F5F4"/>
            <w:tcMar>
              <w:top w:w="70" w:type="dxa"/>
              <w:left w:w="70" w:type="dxa"/>
              <w:bottom w:w="70" w:type="dxa"/>
              <w:right w:w="70" w:type="dxa"/>
            </w:tcMar>
          </w:tcPr>
          <w:p w14:paraId="199DD4AB" w14:textId="77777777" w:rsidR="00686453" w:rsidRPr="00D21AD6" w:rsidRDefault="00D95FB4">
            <w:pPr>
              <w:rPr>
                <w:szCs w:val="24"/>
              </w:rPr>
            </w:pPr>
            <w:r w:rsidRPr="00D21AD6">
              <w:rPr>
                <w:i/>
                <w:color w:val="66706B"/>
                <w:szCs w:val="24"/>
              </w:rPr>
              <w:t>&lt;Policy / section&gt;</w:t>
            </w:r>
          </w:p>
        </w:tc>
      </w:tr>
      <w:tr w:rsidR="00686453" w:rsidRPr="00D21AD6" w14:paraId="3BCAE04A" w14:textId="77777777" w:rsidTr="00D21AD6">
        <w:trPr>
          <w:cantSplit/>
          <w:jc w:val="center"/>
        </w:trPr>
        <w:tc>
          <w:tcPr>
            <w:tcW w:w="2876" w:type="dxa"/>
            <w:shd w:val="clear" w:color="auto" w:fill="F7FAF8"/>
            <w:tcMar>
              <w:top w:w="70" w:type="dxa"/>
              <w:left w:w="70" w:type="dxa"/>
              <w:bottom w:w="70" w:type="dxa"/>
              <w:right w:w="70" w:type="dxa"/>
            </w:tcMar>
          </w:tcPr>
          <w:p w14:paraId="76B1BBAC" w14:textId="77777777" w:rsidR="00686453" w:rsidRPr="00D21AD6" w:rsidRDefault="00D95FB4">
            <w:pPr>
              <w:rPr>
                <w:szCs w:val="24"/>
              </w:rPr>
            </w:pPr>
            <w:r w:rsidRPr="00D21AD6">
              <w:rPr>
                <w:b/>
                <w:color w:val="015A41"/>
                <w:szCs w:val="24"/>
              </w:rPr>
              <w:t>Telephone / communications</w:t>
            </w:r>
          </w:p>
        </w:tc>
        <w:tc>
          <w:tcPr>
            <w:tcW w:w="5130" w:type="dxa"/>
            <w:tcMar>
              <w:top w:w="70" w:type="dxa"/>
              <w:left w:w="70" w:type="dxa"/>
              <w:bottom w:w="70" w:type="dxa"/>
              <w:right w:w="70" w:type="dxa"/>
            </w:tcMar>
          </w:tcPr>
          <w:p w14:paraId="1B79BC35" w14:textId="77777777" w:rsidR="00686453" w:rsidRPr="00D21AD6" w:rsidRDefault="00D95FB4">
            <w:pPr>
              <w:rPr>
                <w:szCs w:val="24"/>
              </w:rPr>
            </w:pPr>
            <w:r w:rsidRPr="00D21AD6">
              <w:rPr>
                <w:szCs w:val="24"/>
              </w:rPr>
              <w:t>&lt;Primary and alternate methods, radios, runners, satellite/cellular options&gt;</w:t>
            </w:r>
          </w:p>
        </w:tc>
        <w:tc>
          <w:tcPr>
            <w:tcW w:w="3168" w:type="dxa"/>
            <w:shd w:val="clear" w:color="auto" w:fill="F3F5F4"/>
            <w:tcMar>
              <w:top w:w="70" w:type="dxa"/>
              <w:left w:w="70" w:type="dxa"/>
              <w:bottom w:w="70" w:type="dxa"/>
              <w:right w:w="70" w:type="dxa"/>
            </w:tcMar>
          </w:tcPr>
          <w:p w14:paraId="28360782" w14:textId="77777777" w:rsidR="00686453" w:rsidRPr="00D21AD6" w:rsidRDefault="00D95FB4">
            <w:pPr>
              <w:rPr>
                <w:szCs w:val="24"/>
              </w:rPr>
            </w:pPr>
            <w:r w:rsidRPr="00D21AD6">
              <w:rPr>
                <w:i/>
                <w:color w:val="66706B"/>
                <w:szCs w:val="24"/>
              </w:rPr>
              <w:t>&lt;Policy / section&gt;</w:t>
            </w:r>
          </w:p>
        </w:tc>
      </w:tr>
      <w:tr w:rsidR="00686453" w:rsidRPr="00D21AD6" w14:paraId="479E99AF" w14:textId="77777777" w:rsidTr="00D21AD6">
        <w:trPr>
          <w:cantSplit/>
          <w:jc w:val="center"/>
        </w:trPr>
        <w:tc>
          <w:tcPr>
            <w:tcW w:w="2876" w:type="dxa"/>
            <w:shd w:val="clear" w:color="auto" w:fill="EAF3EF"/>
            <w:tcMar>
              <w:top w:w="70" w:type="dxa"/>
              <w:left w:w="70" w:type="dxa"/>
              <w:bottom w:w="70" w:type="dxa"/>
              <w:right w:w="70" w:type="dxa"/>
            </w:tcMar>
          </w:tcPr>
          <w:p w14:paraId="710B5D75" w14:textId="77777777" w:rsidR="00686453" w:rsidRPr="00D21AD6" w:rsidRDefault="00D95FB4">
            <w:pPr>
              <w:rPr>
                <w:szCs w:val="24"/>
              </w:rPr>
            </w:pPr>
            <w:r w:rsidRPr="00D21AD6">
              <w:rPr>
                <w:b/>
                <w:color w:val="015A41"/>
                <w:szCs w:val="24"/>
              </w:rPr>
              <w:t>Internet / network / EHR</w:t>
            </w:r>
          </w:p>
        </w:tc>
        <w:tc>
          <w:tcPr>
            <w:tcW w:w="5130" w:type="dxa"/>
            <w:tcMar>
              <w:top w:w="70" w:type="dxa"/>
              <w:left w:w="70" w:type="dxa"/>
              <w:bottom w:w="70" w:type="dxa"/>
              <w:right w:w="70" w:type="dxa"/>
            </w:tcMar>
          </w:tcPr>
          <w:p w14:paraId="5C0D44E4" w14:textId="77777777" w:rsidR="00686453" w:rsidRPr="00D21AD6" w:rsidRDefault="00D95FB4">
            <w:pPr>
              <w:rPr>
                <w:szCs w:val="24"/>
              </w:rPr>
            </w:pPr>
            <w:r w:rsidRPr="00D21AD6">
              <w:rPr>
                <w:szCs w:val="24"/>
              </w:rPr>
              <w:t>&lt;Cyber / downtime procedures, paper records, medication/order continuity, restoration&gt;</w:t>
            </w:r>
          </w:p>
        </w:tc>
        <w:tc>
          <w:tcPr>
            <w:tcW w:w="3168" w:type="dxa"/>
            <w:shd w:val="clear" w:color="auto" w:fill="F3F5F4"/>
            <w:tcMar>
              <w:top w:w="70" w:type="dxa"/>
              <w:left w:w="70" w:type="dxa"/>
              <w:bottom w:w="70" w:type="dxa"/>
              <w:right w:w="70" w:type="dxa"/>
            </w:tcMar>
          </w:tcPr>
          <w:p w14:paraId="0418D48B" w14:textId="77777777" w:rsidR="00686453" w:rsidRPr="00D21AD6" w:rsidRDefault="00D95FB4">
            <w:pPr>
              <w:rPr>
                <w:szCs w:val="24"/>
              </w:rPr>
            </w:pPr>
            <w:r w:rsidRPr="00D21AD6">
              <w:rPr>
                <w:i/>
                <w:color w:val="66706B"/>
                <w:szCs w:val="24"/>
              </w:rPr>
              <w:t>&lt;Policy / section&gt;</w:t>
            </w:r>
          </w:p>
        </w:tc>
      </w:tr>
      <w:tr w:rsidR="00686453" w:rsidRPr="00D21AD6" w14:paraId="73AFB882" w14:textId="77777777" w:rsidTr="00D21AD6">
        <w:trPr>
          <w:cantSplit/>
          <w:jc w:val="center"/>
        </w:trPr>
        <w:tc>
          <w:tcPr>
            <w:tcW w:w="2876" w:type="dxa"/>
            <w:shd w:val="clear" w:color="auto" w:fill="F7FAF8"/>
            <w:tcMar>
              <w:top w:w="70" w:type="dxa"/>
              <w:left w:w="70" w:type="dxa"/>
              <w:bottom w:w="70" w:type="dxa"/>
              <w:right w:w="70" w:type="dxa"/>
            </w:tcMar>
          </w:tcPr>
          <w:p w14:paraId="2A7AA977" w14:textId="77777777" w:rsidR="00686453" w:rsidRPr="00D21AD6" w:rsidRDefault="00D95FB4">
            <w:pPr>
              <w:rPr>
                <w:szCs w:val="24"/>
              </w:rPr>
            </w:pPr>
            <w:r w:rsidRPr="00D21AD6">
              <w:rPr>
                <w:b/>
                <w:color w:val="015A41"/>
                <w:szCs w:val="24"/>
              </w:rPr>
              <w:t>Oxygen / medical gases</w:t>
            </w:r>
          </w:p>
        </w:tc>
        <w:tc>
          <w:tcPr>
            <w:tcW w:w="5130" w:type="dxa"/>
            <w:tcMar>
              <w:top w:w="70" w:type="dxa"/>
              <w:left w:w="70" w:type="dxa"/>
              <w:bottom w:w="70" w:type="dxa"/>
              <w:right w:w="70" w:type="dxa"/>
            </w:tcMar>
          </w:tcPr>
          <w:p w14:paraId="3EC3FA5F" w14:textId="77777777" w:rsidR="00686453" w:rsidRPr="00D21AD6" w:rsidRDefault="00D95FB4">
            <w:pPr>
              <w:rPr>
                <w:szCs w:val="24"/>
              </w:rPr>
            </w:pPr>
            <w:r w:rsidRPr="00D21AD6">
              <w:rPr>
                <w:szCs w:val="24"/>
              </w:rPr>
              <w:t>&lt;Supply loss, alternate source, conservation, shutoff / safety responsibilities&gt;</w:t>
            </w:r>
          </w:p>
        </w:tc>
        <w:tc>
          <w:tcPr>
            <w:tcW w:w="3168" w:type="dxa"/>
            <w:shd w:val="clear" w:color="auto" w:fill="F3F5F4"/>
            <w:tcMar>
              <w:top w:w="70" w:type="dxa"/>
              <w:left w:w="70" w:type="dxa"/>
              <w:bottom w:w="70" w:type="dxa"/>
              <w:right w:w="70" w:type="dxa"/>
            </w:tcMar>
          </w:tcPr>
          <w:p w14:paraId="7F68D491" w14:textId="77777777" w:rsidR="00686453" w:rsidRPr="00D21AD6" w:rsidRDefault="00D95FB4">
            <w:pPr>
              <w:rPr>
                <w:szCs w:val="24"/>
              </w:rPr>
            </w:pPr>
            <w:r w:rsidRPr="00D21AD6">
              <w:rPr>
                <w:i/>
                <w:color w:val="66706B"/>
                <w:szCs w:val="24"/>
              </w:rPr>
              <w:t>&lt;Policy / section&gt;</w:t>
            </w:r>
          </w:p>
        </w:tc>
      </w:tr>
      <w:tr w:rsidR="00686453" w:rsidRPr="00D21AD6" w14:paraId="6EB33351" w14:textId="77777777" w:rsidTr="00D21AD6">
        <w:trPr>
          <w:cantSplit/>
          <w:jc w:val="center"/>
        </w:trPr>
        <w:tc>
          <w:tcPr>
            <w:tcW w:w="2876" w:type="dxa"/>
            <w:shd w:val="clear" w:color="auto" w:fill="EAF3EF"/>
            <w:tcMar>
              <w:top w:w="70" w:type="dxa"/>
              <w:left w:w="70" w:type="dxa"/>
              <w:bottom w:w="70" w:type="dxa"/>
              <w:right w:w="70" w:type="dxa"/>
            </w:tcMar>
          </w:tcPr>
          <w:p w14:paraId="37463A8E" w14:textId="77777777" w:rsidR="00686453" w:rsidRPr="00D21AD6" w:rsidRDefault="00D95FB4">
            <w:pPr>
              <w:rPr>
                <w:szCs w:val="24"/>
              </w:rPr>
            </w:pPr>
            <w:r w:rsidRPr="00D21AD6">
              <w:rPr>
                <w:b/>
                <w:color w:val="015A41"/>
                <w:szCs w:val="24"/>
              </w:rPr>
              <w:t>Fire alarm / sprinkler / life safety</w:t>
            </w:r>
          </w:p>
        </w:tc>
        <w:tc>
          <w:tcPr>
            <w:tcW w:w="5130" w:type="dxa"/>
            <w:tcMar>
              <w:top w:w="70" w:type="dxa"/>
              <w:left w:w="70" w:type="dxa"/>
              <w:bottom w:w="70" w:type="dxa"/>
              <w:right w:w="70" w:type="dxa"/>
            </w:tcMar>
          </w:tcPr>
          <w:p w14:paraId="1C411FA5" w14:textId="77777777" w:rsidR="00686453" w:rsidRPr="00D21AD6" w:rsidRDefault="00D95FB4">
            <w:pPr>
              <w:rPr>
                <w:szCs w:val="24"/>
              </w:rPr>
            </w:pPr>
            <w:r w:rsidRPr="00D21AD6">
              <w:rPr>
                <w:szCs w:val="24"/>
              </w:rPr>
              <w:t xml:space="preserve">&lt;Impairment procedures, fire </w:t>
            </w:r>
            <w:proofErr w:type="gramStart"/>
            <w:r w:rsidRPr="00D21AD6">
              <w:rPr>
                <w:szCs w:val="24"/>
              </w:rPr>
              <w:t>watch</w:t>
            </w:r>
            <w:proofErr w:type="gramEnd"/>
            <w:r w:rsidRPr="00D21AD6">
              <w:rPr>
                <w:szCs w:val="24"/>
              </w:rPr>
              <w:t xml:space="preserve"> where required, AHJ notification, continuity impacts&gt;</w:t>
            </w:r>
          </w:p>
        </w:tc>
        <w:tc>
          <w:tcPr>
            <w:tcW w:w="3168" w:type="dxa"/>
            <w:shd w:val="clear" w:color="auto" w:fill="F3F5F4"/>
            <w:tcMar>
              <w:top w:w="70" w:type="dxa"/>
              <w:left w:w="70" w:type="dxa"/>
              <w:bottom w:w="70" w:type="dxa"/>
              <w:right w:w="70" w:type="dxa"/>
            </w:tcMar>
          </w:tcPr>
          <w:p w14:paraId="0967D06A" w14:textId="77777777" w:rsidR="00686453" w:rsidRPr="00D21AD6" w:rsidRDefault="00D95FB4">
            <w:pPr>
              <w:rPr>
                <w:szCs w:val="24"/>
              </w:rPr>
            </w:pPr>
            <w:r w:rsidRPr="00D21AD6">
              <w:rPr>
                <w:i/>
                <w:color w:val="66706B"/>
                <w:szCs w:val="24"/>
              </w:rPr>
              <w:t>&lt;Policy / section&gt;</w:t>
            </w:r>
          </w:p>
        </w:tc>
      </w:tr>
      <w:tr w:rsidR="00686453" w:rsidRPr="00D21AD6" w14:paraId="0E375510" w14:textId="77777777" w:rsidTr="00D21AD6">
        <w:trPr>
          <w:cantSplit/>
          <w:jc w:val="center"/>
        </w:trPr>
        <w:tc>
          <w:tcPr>
            <w:tcW w:w="2876" w:type="dxa"/>
            <w:shd w:val="clear" w:color="auto" w:fill="F7FAF8"/>
            <w:tcMar>
              <w:top w:w="70" w:type="dxa"/>
              <w:left w:w="70" w:type="dxa"/>
              <w:bottom w:w="70" w:type="dxa"/>
              <w:right w:w="70" w:type="dxa"/>
            </w:tcMar>
          </w:tcPr>
          <w:p w14:paraId="6BC4AF32" w14:textId="77777777" w:rsidR="00686453" w:rsidRPr="00D21AD6" w:rsidRDefault="00D95FB4">
            <w:pPr>
              <w:rPr>
                <w:szCs w:val="24"/>
              </w:rPr>
            </w:pPr>
            <w:r w:rsidRPr="00D21AD6">
              <w:rPr>
                <w:b/>
                <w:color w:val="015A41"/>
                <w:szCs w:val="24"/>
              </w:rPr>
              <w:t>Elevators / lifts</w:t>
            </w:r>
          </w:p>
        </w:tc>
        <w:tc>
          <w:tcPr>
            <w:tcW w:w="5130" w:type="dxa"/>
            <w:tcMar>
              <w:top w:w="70" w:type="dxa"/>
              <w:left w:w="70" w:type="dxa"/>
              <w:bottom w:w="70" w:type="dxa"/>
              <w:right w:w="70" w:type="dxa"/>
            </w:tcMar>
          </w:tcPr>
          <w:p w14:paraId="73820C45" w14:textId="77777777" w:rsidR="00686453" w:rsidRPr="00D21AD6" w:rsidRDefault="00D95FB4">
            <w:pPr>
              <w:rPr>
                <w:szCs w:val="24"/>
              </w:rPr>
            </w:pPr>
            <w:r w:rsidRPr="00D21AD6">
              <w:rPr>
                <w:szCs w:val="24"/>
              </w:rPr>
              <w:t>&lt;Resident movement contingencies&gt;</w:t>
            </w:r>
          </w:p>
        </w:tc>
        <w:tc>
          <w:tcPr>
            <w:tcW w:w="3168" w:type="dxa"/>
            <w:shd w:val="clear" w:color="auto" w:fill="F3F5F4"/>
            <w:tcMar>
              <w:top w:w="70" w:type="dxa"/>
              <w:left w:w="70" w:type="dxa"/>
              <w:bottom w:w="70" w:type="dxa"/>
              <w:right w:w="70" w:type="dxa"/>
            </w:tcMar>
          </w:tcPr>
          <w:p w14:paraId="5F1D9DB0" w14:textId="77777777" w:rsidR="00686453" w:rsidRPr="00D21AD6" w:rsidRDefault="00D95FB4">
            <w:pPr>
              <w:rPr>
                <w:szCs w:val="24"/>
              </w:rPr>
            </w:pPr>
            <w:r w:rsidRPr="00D21AD6">
              <w:rPr>
                <w:i/>
                <w:color w:val="66706B"/>
                <w:szCs w:val="24"/>
              </w:rPr>
              <w:t>&lt;Policy / section&gt;</w:t>
            </w:r>
          </w:p>
        </w:tc>
      </w:tr>
      <w:tr w:rsidR="00686453" w:rsidRPr="00D21AD6" w14:paraId="2D000A12" w14:textId="77777777" w:rsidTr="00D21AD6">
        <w:trPr>
          <w:cantSplit/>
          <w:jc w:val="center"/>
        </w:trPr>
        <w:tc>
          <w:tcPr>
            <w:tcW w:w="2876" w:type="dxa"/>
            <w:shd w:val="clear" w:color="auto" w:fill="EAF3EF"/>
            <w:tcMar>
              <w:top w:w="70" w:type="dxa"/>
              <w:left w:w="70" w:type="dxa"/>
              <w:bottom w:w="70" w:type="dxa"/>
              <w:right w:w="70" w:type="dxa"/>
            </w:tcMar>
          </w:tcPr>
          <w:p w14:paraId="7BC6FE68" w14:textId="77777777" w:rsidR="00686453" w:rsidRPr="00D21AD6" w:rsidRDefault="00D95FB4">
            <w:pPr>
              <w:rPr>
                <w:szCs w:val="24"/>
              </w:rPr>
            </w:pPr>
            <w:r w:rsidRPr="00D21AD6">
              <w:rPr>
                <w:b/>
                <w:color w:val="015A41"/>
                <w:szCs w:val="24"/>
              </w:rPr>
              <w:t>Kitchen / refrigeration</w:t>
            </w:r>
          </w:p>
        </w:tc>
        <w:tc>
          <w:tcPr>
            <w:tcW w:w="5130" w:type="dxa"/>
            <w:tcMar>
              <w:top w:w="70" w:type="dxa"/>
              <w:left w:w="70" w:type="dxa"/>
              <w:bottom w:w="70" w:type="dxa"/>
              <w:right w:w="70" w:type="dxa"/>
            </w:tcMar>
          </w:tcPr>
          <w:p w14:paraId="1C1AD372" w14:textId="77777777" w:rsidR="00686453" w:rsidRPr="00D21AD6" w:rsidRDefault="00D95FB4">
            <w:pPr>
              <w:rPr>
                <w:szCs w:val="24"/>
              </w:rPr>
            </w:pPr>
            <w:r w:rsidRPr="00D21AD6">
              <w:rPr>
                <w:szCs w:val="24"/>
              </w:rPr>
              <w:t>&lt;Food safety and alternate meal preparation&gt;</w:t>
            </w:r>
          </w:p>
        </w:tc>
        <w:tc>
          <w:tcPr>
            <w:tcW w:w="3168" w:type="dxa"/>
            <w:shd w:val="clear" w:color="auto" w:fill="F3F5F4"/>
            <w:tcMar>
              <w:top w:w="70" w:type="dxa"/>
              <w:left w:w="70" w:type="dxa"/>
              <w:bottom w:w="70" w:type="dxa"/>
              <w:right w:w="70" w:type="dxa"/>
            </w:tcMar>
          </w:tcPr>
          <w:p w14:paraId="4C2E7309" w14:textId="77777777" w:rsidR="00686453" w:rsidRPr="00D21AD6" w:rsidRDefault="00D95FB4">
            <w:pPr>
              <w:rPr>
                <w:szCs w:val="24"/>
              </w:rPr>
            </w:pPr>
            <w:r w:rsidRPr="00D21AD6">
              <w:rPr>
                <w:i/>
                <w:color w:val="66706B"/>
                <w:szCs w:val="24"/>
              </w:rPr>
              <w:t>&lt;Policy / section&gt;</w:t>
            </w:r>
          </w:p>
        </w:tc>
      </w:tr>
    </w:tbl>
    <w:p w14:paraId="758F1A4B" w14:textId="77777777" w:rsidR="00686453" w:rsidRDefault="00686453">
      <w:pPr>
        <w:spacing w:after="0"/>
      </w:pPr>
    </w:p>
    <w:p w14:paraId="0DF0B393" w14:textId="77777777" w:rsidR="00686453" w:rsidRDefault="00D95FB4">
      <w:pPr>
        <w:pStyle w:val="Heading2"/>
        <w:spacing w:before="120" w:after="80"/>
      </w:pPr>
      <w:r>
        <w:rPr>
          <w:rFonts w:ascii="Arial" w:eastAsia="Arial" w:hAnsi="Arial"/>
        </w:rPr>
        <w:t>Utility Failure Decision Triggers</w:t>
      </w:r>
    </w:p>
    <w:p w14:paraId="6625B97C" w14:textId="77777777" w:rsidR="00686453" w:rsidRDefault="00D95FB4">
      <w:pPr>
        <w:spacing w:after="120"/>
      </w:pPr>
      <w:r>
        <w:rPr>
          <w:color w:val="C8CECB"/>
          <w:sz w:val="16"/>
        </w:rPr>
        <w:t>________________________________________________________________________________</w:t>
      </w:r>
    </w:p>
    <w:p w14:paraId="5049B4E5" w14:textId="77777777" w:rsidR="00686453" w:rsidRDefault="00D95FB4">
      <w:pPr>
        <w:spacing w:after="120"/>
      </w:pPr>
      <w:r>
        <w:rPr>
          <w:color w:val="C8CECB"/>
          <w:sz w:val="16"/>
        </w:rPr>
        <w:t>________________________________________________________________________________</w:t>
      </w:r>
    </w:p>
    <w:p w14:paraId="36AD8FC8" w14:textId="77777777" w:rsidR="00686453" w:rsidRDefault="00D95FB4">
      <w:pPr>
        <w:spacing w:after="120"/>
      </w:pPr>
      <w:r>
        <w:rPr>
          <w:color w:val="C8CECB"/>
          <w:sz w:val="16"/>
        </w:rPr>
        <w:t>________________________________________________________________________________</w:t>
      </w:r>
    </w:p>
    <w:p w14:paraId="3B71B649" w14:textId="77777777" w:rsidR="00686453" w:rsidRDefault="00D95FB4">
      <w:pPr>
        <w:spacing w:after="120"/>
      </w:pPr>
      <w:r>
        <w:rPr>
          <w:color w:val="C8CECB"/>
          <w:sz w:val="16"/>
        </w:rPr>
        <w:t>________________________________________________________________________________</w:t>
      </w:r>
    </w:p>
    <w:p w14:paraId="146AE511" w14:textId="77777777" w:rsidR="00686453" w:rsidRDefault="00D95FB4">
      <w:pPr>
        <w:spacing w:after="120"/>
      </w:pPr>
      <w:r>
        <w:rPr>
          <w:color w:val="C8CECB"/>
          <w:sz w:val="16"/>
        </w:rPr>
        <w:t>________________________________________________________________________________</w:t>
      </w:r>
    </w:p>
    <w:p w14:paraId="63E268C8" w14:textId="77777777" w:rsidR="00686453" w:rsidRDefault="00D95FB4">
      <w:r>
        <w:br w:type="page"/>
      </w:r>
    </w:p>
    <w:p w14:paraId="7FDAB5EA" w14:textId="77777777" w:rsidR="00686453" w:rsidRDefault="00D95FB4">
      <w:pPr>
        <w:pStyle w:val="Heading1"/>
        <w:pBdr>
          <w:bottom w:val="single" w:sz="14" w:space="5" w:color="E63B07"/>
        </w:pBdr>
        <w:spacing w:before="140" w:after="140"/>
      </w:pPr>
      <w:r>
        <w:rPr>
          <w:rFonts w:ascii="Arial" w:eastAsia="Arial" w:hAnsi="Arial"/>
        </w:rPr>
        <w:lastRenderedPageBreak/>
        <w:t>12. EVACUATION AND SHELTER-IN-PLACE</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rsidRPr="00D21AD6" w14:paraId="04F40193" w14:textId="77777777">
        <w:trPr>
          <w:jc w:val="center"/>
        </w:trPr>
        <w:tc>
          <w:tcPr>
            <w:tcW w:w="10282" w:type="dxa"/>
            <w:shd w:val="clear" w:color="auto" w:fill="EAF3EF"/>
            <w:tcMar>
              <w:top w:w="100" w:type="dxa"/>
              <w:left w:w="130" w:type="dxa"/>
              <w:bottom w:w="100" w:type="dxa"/>
              <w:right w:w="130" w:type="dxa"/>
            </w:tcMar>
          </w:tcPr>
          <w:p w14:paraId="0481DC7B" w14:textId="77777777" w:rsidR="00686453" w:rsidRPr="00D21AD6" w:rsidRDefault="00D95FB4">
            <w:pPr>
              <w:spacing w:after="0"/>
              <w:rPr>
                <w:sz w:val="20"/>
                <w:szCs w:val="20"/>
              </w:rPr>
            </w:pPr>
            <w:r w:rsidRPr="00D21AD6">
              <w:rPr>
                <w:b/>
                <w:color w:val="015A41"/>
                <w:sz w:val="20"/>
                <w:szCs w:val="20"/>
              </w:rPr>
              <w:t xml:space="preserve">REGULATORY BASIS  </w:t>
            </w:r>
            <w:r w:rsidRPr="00D21AD6">
              <w:rPr>
                <w:sz w:val="20"/>
                <w:szCs w:val="20"/>
              </w:rPr>
              <w:t>42 CFR §483.73(b)(3)-(4); Maine Ch. 110 §</w:t>
            </w:r>
            <w:proofErr w:type="gramStart"/>
            <w:r w:rsidRPr="00D21AD6">
              <w:rPr>
                <w:sz w:val="20"/>
                <w:szCs w:val="20"/>
              </w:rPr>
              <w:t>20.D.</w:t>
            </w:r>
            <w:proofErr w:type="gramEnd"/>
            <w:r w:rsidRPr="00D21AD6">
              <w:rPr>
                <w:sz w:val="20"/>
                <w:szCs w:val="20"/>
              </w:rPr>
              <w:t>2</w:t>
            </w:r>
          </w:p>
        </w:tc>
      </w:tr>
    </w:tbl>
    <w:p w14:paraId="1FED224C" w14:textId="77777777" w:rsidR="00686453" w:rsidRDefault="00686453">
      <w:pPr>
        <w:spacing w:after="0"/>
      </w:pPr>
    </w:p>
    <w:p w14:paraId="6749726F" w14:textId="77777777" w:rsidR="00686453" w:rsidRPr="00D21AD6" w:rsidRDefault="00D95FB4">
      <w:pPr>
        <w:spacing w:after="120" w:line="250" w:lineRule="auto"/>
        <w:rPr>
          <w:sz w:val="20"/>
          <w:szCs w:val="20"/>
        </w:rPr>
      </w:pPr>
      <w:r w:rsidRPr="00D21AD6">
        <w:rPr>
          <w:sz w:val="20"/>
          <w:szCs w:val="20"/>
        </w:rPr>
        <w:t>Safe evacuation must address care/treatment needs, staff responsibilities, transportation, destinations, and primary/alternate communications; shelter-in-place procedures must protect residents, staff, and volunteers who remain.</w:t>
      </w:r>
    </w:p>
    <w:p w14:paraId="07B7E857" w14:textId="77777777" w:rsidR="00686453" w:rsidRDefault="00D95FB4">
      <w:pPr>
        <w:pStyle w:val="Heading2"/>
        <w:spacing w:before="120" w:after="80"/>
      </w:pPr>
      <w:r>
        <w:rPr>
          <w:rFonts w:ascii="Arial" w:eastAsia="Arial" w:hAnsi="Arial"/>
        </w:rPr>
        <w:t>A. Decision-Making</w:t>
      </w: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570"/>
        <w:gridCol w:w="2570"/>
        <w:gridCol w:w="2570"/>
        <w:gridCol w:w="3456"/>
      </w:tblGrid>
      <w:tr w:rsidR="00686453" w:rsidRPr="00D21AD6" w14:paraId="5DC4762C" w14:textId="77777777">
        <w:trPr>
          <w:tblHeader/>
          <w:jc w:val="center"/>
        </w:trPr>
        <w:tc>
          <w:tcPr>
            <w:tcW w:w="2232" w:type="dxa"/>
            <w:shd w:val="clear" w:color="auto" w:fill="015A41"/>
            <w:tcMar>
              <w:top w:w="70" w:type="dxa"/>
              <w:left w:w="70" w:type="dxa"/>
              <w:bottom w:w="70" w:type="dxa"/>
              <w:right w:w="70" w:type="dxa"/>
            </w:tcMar>
          </w:tcPr>
          <w:p w14:paraId="3559072E" w14:textId="77777777" w:rsidR="00686453" w:rsidRPr="00D21AD6" w:rsidRDefault="00D95FB4">
            <w:pPr>
              <w:rPr>
                <w:szCs w:val="24"/>
              </w:rPr>
            </w:pPr>
            <w:r w:rsidRPr="00D21AD6">
              <w:rPr>
                <w:b/>
                <w:color w:val="FFFFFF"/>
                <w:szCs w:val="24"/>
              </w:rPr>
              <w:t>Hazard</w:t>
            </w:r>
          </w:p>
        </w:tc>
        <w:tc>
          <w:tcPr>
            <w:tcW w:w="2304" w:type="dxa"/>
            <w:shd w:val="clear" w:color="auto" w:fill="015A41"/>
            <w:tcMar>
              <w:top w:w="70" w:type="dxa"/>
              <w:left w:w="70" w:type="dxa"/>
              <w:bottom w:w="70" w:type="dxa"/>
              <w:right w:w="70" w:type="dxa"/>
            </w:tcMar>
          </w:tcPr>
          <w:p w14:paraId="337544AE" w14:textId="77777777" w:rsidR="00686453" w:rsidRPr="00D21AD6" w:rsidRDefault="00D95FB4">
            <w:pPr>
              <w:rPr>
                <w:szCs w:val="24"/>
              </w:rPr>
            </w:pPr>
            <w:r w:rsidRPr="00D21AD6">
              <w:rPr>
                <w:b/>
                <w:color w:val="FFFFFF"/>
                <w:szCs w:val="24"/>
              </w:rPr>
              <w:t>Decision Authority</w:t>
            </w:r>
          </w:p>
        </w:tc>
        <w:tc>
          <w:tcPr>
            <w:tcW w:w="2088" w:type="dxa"/>
            <w:shd w:val="clear" w:color="auto" w:fill="015A41"/>
            <w:tcMar>
              <w:top w:w="70" w:type="dxa"/>
              <w:left w:w="70" w:type="dxa"/>
              <w:bottom w:w="70" w:type="dxa"/>
              <w:right w:w="70" w:type="dxa"/>
            </w:tcMar>
          </w:tcPr>
          <w:p w14:paraId="34D8A04D" w14:textId="77777777" w:rsidR="00686453" w:rsidRPr="00D21AD6" w:rsidRDefault="00D95FB4">
            <w:pPr>
              <w:rPr>
                <w:szCs w:val="24"/>
              </w:rPr>
            </w:pPr>
            <w:r w:rsidRPr="00D21AD6">
              <w:rPr>
                <w:b/>
                <w:color w:val="FFFFFF"/>
                <w:szCs w:val="24"/>
              </w:rPr>
              <w:t>Timing</w:t>
            </w:r>
          </w:p>
        </w:tc>
        <w:tc>
          <w:tcPr>
            <w:tcW w:w="3456" w:type="dxa"/>
            <w:shd w:val="clear" w:color="auto" w:fill="015A41"/>
            <w:tcMar>
              <w:top w:w="70" w:type="dxa"/>
              <w:left w:w="70" w:type="dxa"/>
              <w:bottom w:w="70" w:type="dxa"/>
              <w:right w:w="70" w:type="dxa"/>
            </w:tcMar>
          </w:tcPr>
          <w:p w14:paraId="758A82AF" w14:textId="77777777" w:rsidR="00686453" w:rsidRPr="00D21AD6" w:rsidRDefault="00D95FB4">
            <w:pPr>
              <w:rPr>
                <w:szCs w:val="24"/>
              </w:rPr>
            </w:pPr>
            <w:r w:rsidRPr="00D21AD6">
              <w:rPr>
                <w:b/>
                <w:color w:val="FFFFFF"/>
                <w:szCs w:val="24"/>
              </w:rPr>
              <w:t>Triggers / Factors</w:t>
            </w:r>
          </w:p>
        </w:tc>
      </w:tr>
      <w:tr w:rsidR="00686453" w:rsidRPr="00D21AD6" w14:paraId="3CEC7C9C" w14:textId="77777777">
        <w:trPr>
          <w:cantSplit/>
          <w:jc w:val="center"/>
        </w:trPr>
        <w:tc>
          <w:tcPr>
            <w:tcW w:w="2570" w:type="dxa"/>
            <w:tcMar>
              <w:top w:w="70" w:type="dxa"/>
              <w:left w:w="70" w:type="dxa"/>
              <w:bottom w:w="70" w:type="dxa"/>
              <w:right w:w="70" w:type="dxa"/>
            </w:tcMar>
          </w:tcPr>
          <w:p w14:paraId="54F666E6" w14:textId="77777777" w:rsidR="00686453" w:rsidRPr="00D21AD6" w:rsidRDefault="00D95FB4">
            <w:pPr>
              <w:rPr>
                <w:szCs w:val="24"/>
              </w:rPr>
            </w:pPr>
            <w:r w:rsidRPr="00D21AD6">
              <w:rPr>
                <w:b/>
                <w:color w:val="015A41"/>
                <w:szCs w:val="24"/>
              </w:rPr>
              <w:t>Fire / smoke</w:t>
            </w:r>
          </w:p>
        </w:tc>
        <w:tc>
          <w:tcPr>
            <w:tcW w:w="2570" w:type="dxa"/>
            <w:tcMar>
              <w:top w:w="70" w:type="dxa"/>
              <w:left w:w="70" w:type="dxa"/>
              <w:bottom w:w="70" w:type="dxa"/>
              <w:right w:w="70" w:type="dxa"/>
            </w:tcMar>
          </w:tcPr>
          <w:p w14:paraId="0BD67B7F" w14:textId="77777777" w:rsidR="00686453" w:rsidRPr="00D21AD6" w:rsidRDefault="00D95FB4">
            <w:pPr>
              <w:rPr>
                <w:szCs w:val="24"/>
              </w:rPr>
            </w:pPr>
            <w:r w:rsidRPr="00D21AD6">
              <w:rPr>
                <w:szCs w:val="24"/>
              </w:rPr>
              <w:t>&lt;Authority&gt;</w:t>
            </w:r>
          </w:p>
        </w:tc>
        <w:tc>
          <w:tcPr>
            <w:tcW w:w="2570" w:type="dxa"/>
            <w:tcMar>
              <w:top w:w="70" w:type="dxa"/>
              <w:left w:w="70" w:type="dxa"/>
              <w:bottom w:w="70" w:type="dxa"/>
              <w:right w:w="70" w:type="dxa"/>
            </w:tcMar>
          </w:tcPr>
          <w:p w14:paraId="3E4C66DE" w14:textId="77777777" w:rsidR="00686453" w:rsidRPr="00D21AD6" w:rsidRDefault="00D95FB4">
            <w:pPr>
              <w:rPr>
                <w:szCs w:val="24"/>
              </w:rPr>
            </w:pPr>
            <w:r w:rsidRPr="00D21AD6">
              <w:rPr>
                <w:szCs w:val="24"/>
              </w:rPr>
              <w:t>&lt;Immediate / staged&gt;</w:t>
            </w:r>
          </w:p>
        </w:tc>
        <w:tc>
          <w:tcPr>
            <w:tcW w:w="2570" w:type="dxa"/>
            <w:tcMar>
              <w:top w:w="70" w:type="dxa"/>
              <w:left w:w="70" w:type="dxa"/>
              <w:bottom w:w="70" w:type="dxa"/>
              <w:right w:w="70" w:type="dxa"/>
            </w:tcMar>
          </w:tcPr>
          <w:p w14:paraId="1413212D" w14:textId="77777777" w:rsidR="00686453" w:rsidRPr="00D21AD6" w:rsidRDefault="00D95FB4">
            <w:pPr>
              <w:rPr>
                <w:szCs w:val="24"/>
              </w:rPr>
            </w:pPr>
            <w:r w:rsidRPr="00D21AD6">
              <w:rPr>
                <w:szCs w:val="24"/>
              </w:rPr>
              <w:t>&lt;Evacuate / relocate triggers&gt;</w:t>
            </w:r>
          </w:p>
        </w:tc>
      </w:tr>
      <w:tr w:rsidR="00686453" w:rsidRPr="00D21AD6" w14:paraId="558B9921" w14:textId="77777777">
        <w:trPr>
          <w:cantSplit/>
          <w:jc w:val="center"/>
        </w:trPr>
        <w:tc>
          <w:tcPr>
            <w:tcW w:w="2570" w:type="dxa"/>
            <w:tcMar>
              <w:top w:w="70" w:type="dxa"/>
              <w:left w:w="70" w:type="dxa"/>
              <w:bottom w:w="70" w:type="dxa"/>
              <w:right w:w="70" w:type="dxa"/>
            </w:tcMar>
          </w:tcPr>
          <w:p w14:paraId="57754E87" w14:textId="77777777" w:rsidR="00686453" w:rsidRPr="00D21AD6" w:rsidRDefault="00D95FB4">
            <w:pPr>
              <w:rPr>
                <w:szCs w:val="24"/>
              </w:rPr>
            </w:pPr>
            <w:r w:rsidRPr="00D21AD6">
              <w:rPr>
                <w:b/>
                <w:color w:val="015A41"/>
                <w:szCs w:val="24"/>
              </w:rPr>
              <w:t>Severe winter / ice</w:t>
            </w:r>
          </w:p>
        </w:tc>
        <w:tc>
          <w:tcPr>
            <w:tcW w:w="2570" w:type="dxa"/>
            <w:tcMar>
              <w:top w:w="70" w:type="dxa"/>
              <w:left w:w="70" w:type="dxa"/>
              <w:bottom w:w="70" w:type="dxa"/>
              <w:right w:w="70" w:type="dxa"/>
            </w:tcMar>
          </w:tcPr>
          <w:p w14:paraId="4A52736C" w14:textId="77777777" w:rsidR="00686453" w:rsidRPr="00D21AD6" w:rsidRDefault="00D95FB4">
            <w:pPr>
              <w:rPr>
                <w:szCs w:val="24"/>
              </w:rPr>
            </w:pPr>
            <w:r w:rsidRPr="00D21AD6">
              <w:rPr>
                <w:szCs w:val="24"/>
              </w:rPr>
              <w:t>&lt;Authority&gt;</w:t>
            </w:r>
          </w:p>
        </w:tc>
        <w:tc>
          <w:tcPr>
            <w:tcW w:w="2570" w:type="dxa"/>
            <w:tcMar>
              <w:top w:w="70" w:type="dxa"/>
              <w:left w:w="70" w:type="dxa"/>
              <w:bottom w:w="70" w:type="dxa"/>
              <w:right w:w="70" w:type="dxa"/>
            </w:tcMar>
          </w:tcPr>
          <w:p w14:paraId="5822E307" w14:textId="77777777" w:rsidR="00686453" w:rsidRPr="00D21AD6" w:rsidRDefault="00D95FB4">
            <w:pPr>
              <w:rPr>
                <w:szCs w:val="24"/>
              </w:rPr>
            </w:pPr>
            <w:r w:rsidRPr="00D21AD6">
              <w:rPr>
                <w:szCs w:val="24"/>
              </w:rPr>
              <w:t>&lt;Forecast / operational&gt;</w:t>
            </w:r>
          </w:p>
        </w:tc>
        <w:tc>
          <w:tcPr>
            <w:tcW w:w="2570" w:type="dxa"/>
            <w:tcMar>
              <w:top w:w="70" w:type="dxa"/>
              <w:left w:w="70" w:type="dxa"/>
              <w:bottom w:w="70" w:type="dxa"/>
              <w:right w:w="70" w:type="dxa"/>
            </w:tcMar>
          </w:tcPr>
          <w:p w14:paraId="4D6C79DB" w14:textId="77777777" w:rsidR="00686453" w:rsidRPr="00D21AD6" w:rsidRDefault="00D95FB4">
            <w:pPr>
              <w:rPr>
                <w:szCs w:val="24"/>
              </w:rPr>
            </w:pPr>
            <w:r w:rsidRPr="00D21AD6">
              <w:rPr>
                <w:szCs w:val="24"/>
              </w:rPr>
              <w:t>&lt;Power, heat, access, staffing triggers&gt;</w:t>
            </w:r>
          </w:p>
        </w:tc>
      </w:tr>
      <w:tr w:rsidR="00686453" w:rsidRPr="00D21AD6" w14:paraId="1601E162" w14:textId="77777777">
        <w:trPr>
          <w:cantSplit/>
          <w:jc w:val="center"/>
        </w:trPr>
        <w:tc>
          <w:tcPr>
            <w:tcW w:w="2570" w:type="dxa"/>
            <w:tcMar>
              <w:top w:w="70" w:type="dxa"/>
              <w:left w:w="70" w:type="dxa"/>
              <w:bottom w:w="70" w:type="dxa"/>
              <w:right w:w="70" w:type="dxa"/>
            </w:tcMar>
          </w:tcPr>
          <w:p w14:paraId="677E6745" w14:textId="77777777" w:rsidR="00686453" w:rsidRPr="00D21AD6" w:rsidRDefault="00D95FB4">
            <w:pPr>
              <w:rPr>
                <w:szCs w:val="24"/>
              </w:rPr>
            </w:pPr>
            <w:r w:rsidRPr="00D21AD6">
              <w:rPr>
                <w:b/>
                <w:color w:val="015A41"/>
                <w:szCs w:val="24"/>
              </w:rPr>
              <w:t>Power / heat failure</w:t>
            </w:r>
          </w:p>
        </w:tc>
        <w:tc>
          <w:tcPr>
            <w:tcW w:w="2570" w:type="dxa"/>
            <w:tcMar>
              <w:top w:w="70" w:type="dxa"/>
              <w:left w:w="70" w:type="dxa"/>
              <w:bottom w:w="70" w:type="dxa"/>
              <w:right w:w="70" w:type="dxa"/>
            </w:tcMar>
          </w:tcPr>
          <w:p w14:paraId="774CAB90" w14:textId="77777777" w:rsidR="00686453" w:rsidRPr="00D21AD6" w:rsidRDefault="00D95FB4">
            <w:pPr>
              <w:rPr>
                <w:szCs w:val="24"/>
              </w:rPr>
            </w:pPr>
            <w:r w:rsidRPr="00D21AD6">
              <w:rPr>
                <w:szCs w:val="24"/>
              </w:rPr>
              <w:t>&lt;Authority&gt;</w:t>
            </w:r>
          </w:p>
        </w:tc>
        <w:tc>
          <w:tcPr>
            <w:tcW w:w="2570" w:type="dxa"/>
            <w:tcMar>
              <w:top w:w="70" w:type="dxa"/>
              <w:left w:w="70" w:type="dxa"/>
              <w:bottom w:w="70" w:type="dxa"/>
              <w:right w:w="70" w:type="dxa"/>
            </w:tcMar>
          </w:tcPr>
          <w:p w14:paraId="535EA9EC" w14:textId="77777777" w:rsidR="00686453" w:rsidRPr="00D21AD6" w:rsidRDefault="00D95FB4">
            <w:pPr>
              <w:rPr>
                <w:szCs w:val="24"/>
              </w:rPr>
            </w:pPr>
            <w:r w:rsidRPr="00D21AD6">
              <w:rPr>
                <w:szCs w:val="24"/>
              </w:rPr>
              <w:t>&lt;Operational&gt;</w:t>
            </w:r>
          </w:p>
        </w:tc>
        <w:tc>
          <w:tcPr>
            <w:tcW w:w="2570" w:type="dxa"/>
            <w:tcMar>
              <w:top w:w="70" w:type="dxa"/>
              <w:left w:w="70" w:type="dxa"/>
              <w:bottom w:w="70" w:type="dxa"/>
              <w:right w:w="70" w:type="dxa"/>
            </w:tcMar>
          </w:tcPr>
          <w:p w14:paraId="71A9B140" w14:textId="77777777" w:rsidR="00686453" w:rsidRPr="00D21AD6" w:rsidRDefault="00D95FB4">
            <w:pPr>
              <w:rPr>
                <w:szCs w:val="24"/>
              </w:rPr>
            </w:pPr>
            <w:r w:rsidRPr="00D21AD6">
              <w:rPr>
                <w:szCs w:val="24"/>
              </w:rPr>
              <w:t>&lt;Temperature, generator, repair-time triggers&gt;</w:t>
            </w:r>
          </w:p>
        </w:tc>
      </w:tr>
      <w:tr w:rsidR="00686453" w:rsidRPr="00D21AD6" w14:paraId="509A9BF8" w14:textId="77777777">
        <w:trPr>
          <w:cantSplit/>
          <w:jc w:val="center"/>
        </w:trPr>
        <w:tc>
          <w:tcPr>
            <w:tcW w:w="2570" w:type="dxa"/>
            <w:tcMar>
              <w:top w:w="70" w:type="dxa"/>
              <w:left w:w="70" w:type="dxa"/>
              <w:bottom w:w="70" w:type="dxa"/>
              <w:right w:w="70" w:type="dxa"/>
            </w:tcMar>
          </w:tcPr>
          <w:p w14:paraId="61302D43" w14:textId="77777777" w:rsidR="00686453" w:rsidRPr="00D21AD6" w:rsidRDefault="00D95FB4">
            <w:pPr>
              <w:rPr>
                <w:szCs w:val="24"/>
              </w:rPr>
            </w:pPr>
            <w:r w:rsidRPr="00D21AD6">
              <w:rPr>
                <w:b/>
                <w:color w:val="015A41"/>
                <w:szCs w:val="24"/>
              </w:rPr>
              <w:t>Flood / external hazard</w:t>
            </w:r>
          </w:p>
        </w:tc>
        <w:tc>
          <w:tcPr>
            <w:tcW w:w="2570" w:type="dxa"/>
            <w:tcMar>
              <w:top w:w="70" w:type="dxa"/>
              <w:left w:w="70" w:type="dxa"/>
              <w:bottom w:w="70" w:type="dxa"/>
              <w:right w:w="70" w:type="dxa"/>
            </w:tcMar>
          </w:tcPr>
          <w:p w14:paraId="10455A2E" w14:textId="77777777" w:rsidR="00686453" w:rsidRPr="00D21AD6" w:rsidRDefault="00D95FB4">
            <w:pPr>
              <w:rPr>
                <w:szCs w:val="24"/>
              </w:rPr>
            </w:pPr>
            <w:r w:rsidRPr="00D21AD6">
              <w:rPr>
                <w:szCs w:val="24"/>
              </w:rPr>
              <w:t>&lt;Authority&gt;</w:t>
            </w:r>
          </w:p>
        </w:tc>
        <w:tc>
          <w:tcPr>
            <w:tcW w:w="2570" w:type="dxa"/>
            <w:tcMar>
              <w:top w:w="70" w:type="dxa"/>
              <w:left w:w="70" w:type="dxa"/>
              <w:bottom w:w="70" w:type="dxa"/>
              <w:right w:w="70" w:type="dxa"/>
            </w:tcMar>
          </w:tcPr>
          <w:p w14:paraId="4FA14D55" w14:textId="77777777" w:rsidR="00686453" w:rsidRPr="00D21AD6" w:rsidRDefault="00D95FB4">
            <w:pPr>
              <w:rPr>
                <w:szCs w:val="24"/>
              </w:rPr>
            </w:pPr>
            <w:r w:rsidRPr="00D21AD6">
              <w:rPr>
                <w:szCs w:val="24"/>
              </w:rPr>
              <w:t>&lt;Incident-specific&gt;</w:t>
            </w:r>
          </w:p>
        </w:tc>
        <w:tc>
          <w:tcPr>
            <w:tcW w:w="2570" w:type="dxa"/>
            <w:tcMar>
              <w:top w:w="70" w:type="dxa"/>
              <w:left w:w="70" w:type="dxa"/>
              <w:bottom w:w="70" w:type="dxa"/>
              <w:right w:w="70" w:type="dxa"/>
            </w:tcMar>
          </w:tcPr>
          <w:p w14:paraId="7A209FAD" w14:textId="77777777" w:rsidR="00686453" w:rsidRPr="00D21AD6" w:rsidRDefault="00D95FB4">
            <w:pPr>
              <w:rPr>
                <w:szCs w:val="24"/>
              </w:rPr>
            </w:pPr>
            <w:r w:rsidRPr="00D21AD6">
              <w:rPr>
                <w:szCs w:val="24"/>
              </w:rPr>
              <w:t>&lt;Threat / access / official guidance&gt;</w:t>
            </w:r>
          </w:p>
        </w:tc>
      </w:tr>
      <w:tr w:rsidR="00686453" w:rsidRPr="00D21AD6" w14:paraId="4746296E" w14:textId="77777777">
        <w:trPr>
          <w:cantSplit/>
          <w:jc w:val="center"/>
        </w:trPr>
        <w:tc>
          <w:tcPr>
            <w:tcW w:w="2570" w:type="dxa"/>
            <w:tcMar>
              <w:top w:w="70" w:type="dxa"/>
              <w:left w:w="70" w:type="dxa"/>
              <w:bottom w:w="70" w:type="dxa"/>
              <w:right w:w="70" w:type="dxa"/>
            </w:tcMar>
          </w:tcPr>
          <w:p w14:paraId="565E5721" w14:textId="77777777" w:rsidR="00686453" w:rsidRPr="00D21AD6" w:rsidRDefault="00D95FB4">
            <w:pPr>
              <w:rPr>
                <w:szCs w:val="24"/>
              </w:rPr>
            </w:pPr>
            <w:r w:rsidRPr="00D21AD6">
              <w:rPr>
                <w:b/>
                <w:color w:val="015A41"/>
                <w:szCs w:val="24"/>
              </w:rPr>
              <w:t>Other HVA hazard</w:t>
            </w:r>
          </w:p>
        </w:tc>
        <w:tc>
          <w:tcPr>
            <w:tcW w:w="2570" w:type="dxa"/>
            <w:tcMar>
              <w:top w:w="70" w:type="dxa"/>
              <w:left w:w="70" w:type="dxa"/>
              <w:bottom w:w="70" w:type="dxa"/>
              <w:right w:w="70" w:type="dxa"/>
            </w:tcMar>
          </w:tcPr>
          <w:p w14:paraId="7C416540" w14:textId="77777777" w:rsidR="00686453" w:rsidRPr="00D21AD6" w:rsidRDefault="00D95FB4">
            <w:pPr>
              <w:rPr>
                <w:szCs w:val="24"/>
              </w:rPr>
            </w:pPr>
            <w:r w:rsidRPr="00D21AD6">
              <w:rPr>
                <w:szCs w:val="24"/>
              </w:rPr>
              <w:t>&lt;Authority&gt;</w:t>
            </w:r>
          </w:p>
        </w:tc>
        <w:tc>
          <w:tcPr>
            <w:tcW w:w="2570" w:type="dxa"/>
            <w:tcMar>
              <w:top w:w="70" w:type="dxa"/>
              <w:left w:w="70" w:type="dxa"/>
              <w:bottom w:w="70" w:type="dxa"/>
              <w:right w:w="70" w:type="dxa"/>
            </w:tcMar>
          </w:tcPr>
          <w:p w14:paraId="73D64767" w14:textId="77777777" w:rsidR="00686453" w:rsidRPr="00D21AD6" w:rsidRDefault="00D95FB4">
            <w:pPr>
              <w:rPr>
                <w:szCs w:val="24"/>
              </w:rPr>
            </w:pPr>
            <w:r w:rsidRPr="00D21AD6">
              <w:rPr>
                <w:szCs w:val="24"/>
              </w:rPr>
              <w:t>&lt;Insert&gt;</w:t>
            </w:r>
          </w:p>
        </w:tc>
        <w:tc>
          <w:tcPr>
            <w:tcW w:w="2570" w:type="dxa"/>
            <w:tcMar>
              <w:top w:w="70" w:type="dxa"/>
              <w:left w:w="70" w:type="dxa"/>
              <w:bottom w:w="70" w:type="dxa"/>
              <w:right w:w="70" w:type="dxa"/>
            </w:tcMar>
          </w:tcPr>
          <w:p w14:paraId="7E7E1DB2" w14:textId="77777777" w:rsidR="00686453" w:rsidRPr="00D21AD6" w:rsidRDefault="00D95FB4">
            <w:pPr>
              <w:rPr>
                <w:szCs w:val="24"/>
              </w:rPr>
            </w:pPr>
            <w:r w:rsidRPr="00D21AD6">
              <w:rPr>
                <w:szCs w:val="24"/>
              </w:rPr>
              <w:t>&lt;Insert&gt;</w:t>
            </w:r>
          </w:p>
        </w:tc>
      </w:tr>
    </w:tbl>
    <w:p w14:paraId="69B02CDC" w14:textId="77777777" w:rsidR="00686453" w:rsidRDefault="00686453">
      <w:pPr>
        <w:spacing w:after="0"/>
      </w:pPr>
    </w:p>
    <w:p w14:paraId="26B5F433" w14:textId="77777777" w:rsidR="00686453" w:rsidRDefault="00D95FB4">
      <w:pPr>
        <w:pStyle w:val="Heading2"/>
        <w:spacing w:before="120" w:after="80"/>
      </w:pPr>
      <w:r>
        <w:rPr>
          <w:rFonts w:ascii="Arial" w:eastAsia="Arial" w:hAnsi="Arial"/>
        </w:rPr>
        <w:t>B. Transportation</w:t>
      </w: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880"/>
        <w:gridCol w:w="3168"/>
        <w:gridCol w:w="2570"/>
        <w:gridCol w:w="2570"/>
      </w:tblGrid>
      <w:tr w:rsidR="00686453" w:rsidRPr="00D21AD6" w14:paraId="293CB98A" w14:textId="77777777">
        <w:trPr>
          <w:tblHeader/>
          <w:jc w:val="center"/>
        </w:trPr>
        <w:tc>
          <w:tcPr>
            <w:tcW w:w="2880" w:type="dxa"/>
            <w:shd w:val="clear" w:color="auto" w:fill="015A41"/>
            <w:tcMar>
              <w:top w:w="70" w:type="dxa"/>
              <w:left w:w="70" w:type="dxa"/>
              <w:bottom w:w="70" w:type="dxa"/>
              <w:right w:w="70" w:type="dxa"/>
            </w:tcMar>
          </w:tcPr>
          <w:p w14:paraId="2D66212B" w14:textId="77777777" w:rsidR="00686453" w:rsidRPr="00D21AD6" w:rsidRDefault="00D95FB4">
            <w:pPr>
              <w:rPr>
                <w:szCs w:val="24"/>
              </w:rPr>
            </w:pPr>
            <w:r w:rsidRPr="00D21AD6">
              <w:rPr>
                <w:b/>
                <w:color w:val="FFFFFF"/>
                <w:szCs w:val="24"/>
              </w:rPr>
              <w:t>Provider</w:t>
            </w:r>
          </w:p>
        </w:tc>
        <w:tc>
          <w:tcPr>
            <w:tcW w:w="3168" w:type="dxa"/>
            <w:shd w:val="clear" w:color="auto" w:fill="015A41"/>
            <w:tcMar>
              <w:top w:w="70" w:type="dxa"/>
              <w:left w:w="70" w:type="dxa"/>
              <w:bottom w:w="70" w:type="dxa"/>
              <w:right w:w="70" w:type="dxa"/>
            </w:tcMar>
          </w:tcPr>
          <w:p w14:paraId="421343E4" w14:textId="77777777" w:rsidR="00686453" w:rsidRPr="00D21AD6" w:rsidRDefault="00D95FB4">
            <w:pPr>
              <w:rPr>
                <w:szCs w:val="24"/>
              </w:rPr>
            </w:pPr>
            <w:r w:rsidRPr="00D21AD6">
              <w:rPr>
                <w:b/>
                <w:color w:val="FFFFFF"/>
                <w:szCs w:val="24"/>
              </w:rPr>
              <w:t>Capability</w:t>
            </w:r>
          </w:p>
        </w:tc>
        <w:tc>
          <w:tcPr>
            <w:tcW w:w="1944" w:type="dxa"/>
            <w:shd w:val="clear" w:color="auto" w:fill="015A41"/>
            <w:tcMar>
              <w:top w:w="70" w:type="dxa"/>
              <w:left w:w="70" w:type="dxa"/>
              <w:bottom w:w="70" w:type="dxa"/>
              <w:right w:w="70" w:type="dxa"/>
            </w:tcMar>
          </w:tcPr>
          <w:p w14:paraId="7820506D" w14:textId="77777777" w:rsidR="00686453" w:rsidRPr="00D21AD6" w:rsidRDefault="00D95FB4">
            <w:pPr>
              <w:rPr>
                <w:szCs w:val="24"/>
              </w:rPr>
            </w:pPr>
            <w:r w:rsidRPr="00D21AD6">
              <w:rPr>
                <w:b/>
                <w:color w:val="FFFFFF"/>
                <w:szCs w:val="24"/>
              </w:rPr>
              <w:t>Contact</w:t>
            </w:r>
          </w:p>
        </w:tc>
        <w:tc>
          <w:tcPr>
            <w:tcW w:w="2088" w:type="dxa"/>
            <w:shd w:val="clear" w:color="auto" w:fill="015A41"/>
            <w:tcMar>
              <w:top w:w="70" w:type="dxa"/>
              <w:left w:w="70" w:type="dxa"/>
              <w:bottom w:w="70" w:type="dxa"/>
              <w:right w:w="70" w:type="dxa"/>
            </w:tcMar>
          </w:tcPr>
          <w:p w14:paraId="0ABA5432" w14:textId="77777777" w:rsidR="00686453" w:rsidRPr="00D21AD6" w:rsidRDefault="00D95FB4">
            <w:pPr>
              <w:rPr>
                <w:szCs w:val="24"/>
              </w:rPr>
            </w:pPr>
            <w:r w:rsidRPr="00D21AD6">
              <w:rPr>
                <w:b/>
                <w:color w:val="FFFFFF"/>
                <w:szCs w:val="24"/>
              </w:rPr>
              <w:t>Notes</w:t>
            </w:r>
          </w:p>
        </w:tc>
      </w:tr>
      <w:tr w:rsidR="00686453" w:rsidRPr="00D21AD6" w14:paraId="6E3224F7" w14:textId="77777777">
        <w:trPr>
          <w:cantSplit/>
          <w:jc w:val="center"/>
        </w:trPr>
        <w:tc>
          <w:tcPr>
            <w:tcW w:w="2570" w:type="dxa"/>
            <w:tcMar>
              <w:top w:w="70" w:type="dxa"/>
              <w:left w:w="70" w:type="dxa"/>
              <w:bottom w:w="70" w:type="dxa"/>
              <w:right w:w="70" w:type="dxa"/>
            </w:tcMar>
          </w:tcPr>
          <w:p w14:paraId="19A69F87" w14:textId="77777777" w:rsidR="00686453" w:rsidRPr="00D21AD6" w:rsidRDefault="00D95FB4">
            <w:pPr>
              <w:rPr>
                <w:szCs w:val="24"/>
              </w:rPr>
            </w:pPr>
            <w:r w:rsidRPr="00D21AD6">
              <w:rPr>
                <w:b/>
                <w:color w:val="015A41"/>
                <w:szCs w:val="24"/>
              </w:rPr>
              <w:t>&lt;Provider&gt;</w:t>
            </w:r>
          </w:p>
        </w:tc>
        <w:tc>
          <w:tcPr>
            <w:tcW w:w="2570" w:type="dxa"/>
            <w:tcMar>
              <w:top w:w="70" w:type="dxa"/>
              <w:left w:w="70" w:type="dxa"/>
              <w:bottom w:w="70" w:type="dxa"/>
              <w:right w:w="70" w:type="dxa"/>
            </w:tcMar>
          </w:tcPr>
          <w:p w14:paraId="2842C0F5" w14:textId="77777777" w:rsidR="00686453" w:rsidRPr="00D21AD6" w:rsidRDefault="00D95FB4">
            <w:pPr>
              <w:rPr>
                <w:szCs w:val="24"/>
              </w:rPr>
            </w:pPr>
            <w:r w:rsidRPr="00D21AD6">
              <w:rPr>
                <w:szCs w:val="24"/>
              </w:rPr>
              <w:t>&lt;Vehicle / capacity / accessibility&gt;</w:t>
            </w:r>
          </w:p>
        </w:tc>
        <w:tc>
          <w:tcPr>
            <w:tcW w:w="2570" w:type="dxa"/>
            <w:tcMar>
              <w:top w:w="70" w:type="dxa"/>
              <w:left w:w="70" w:type="dxa"/>
              <w:bottom w:w="70" w:type="dxa"/>
              <w:right w:w="70" w:type="dxa"/>
            </w:tcMar>
          </w:tcPr>
          <w:p w14:paraId="23F13259" w14:textId="77777777" w:rsidR="00686453" w:rsidRPr="00D21AD6" w:rsidRDefault="00D95FB4">
            <w:pPr>
              <w:rPr>
                <w:szCs w:val="24"/>
              </w:rPr>
            </w:pPr>
            <w:r w:rsidRPr="00D21AD6">
              <w:rPr>
                <w:szCs w:val="24"/>
              </w:rPr>
              <w:t>&lt;24/7 contact&gt;</w:t>
            </w:r>
          </w:p>
        </w:tc>
        <w:tc>
          <w:tcPr>
            <w:tcW w:w="2570" w:type="dxa"/>
            <w:tcMar>
              <w:top w:w="70" w:type="dxa"/>
              <w:left w:w="70" w:type="dxa"/>
              <w:bottom w:w="70" w:type="dxa"/>
              <w:right w:w="70" w:type="dxa"/>
            </w:tcMar>
          </w:tcPr>
          <w:p w14:paraId="772554C6" w14:textId="77777777" w:rsidR="00686453" w:rsidRPr="00D21AD6" w:rsidRDefault="00D95FB4">
            <w:pPr>
              <w:rPr>
                <w:szCs w:val="24"/>
              </w:rPr>
            </w:pPr>
            <w:r w:rsidRPr="00D21AD6">
              <w:rPr>
                <w:szCs w:val="24"/>
              </w:rPr>
              <w:t>&lt;Backup / notes&gt;</w:t>
            </w:r>
          </w:p>
        </w:tc>
      </w:tr>
      <w:tr w:rsidR="00686453" w:rsidRPr="00D21AD6" w14:paraId="03508A5E" w14:textId="77777777">
        <w:trPr>
          <w:cantSplit/>
          <w:jc w:val="center"/>
        </w:trPr>
        <w:tc>
          <w:tcPr>
            <w:tcW w:w="2570" w:type="dxa"/>
            <w:tcMar>
              <w:top w:w="70" w:type="dxa"/>
              <w:left w:w="70" w:type="dxa"/>
              <w:bottom w:w="70" w:type="dxa"/>
              <w:right w:w="70" w:type="dxa"/>
            </w:tcMar>
          </w:tcPr>
          <w:p w14:paraId="14C10D72" w14:textId="77777777" w:rsidR="00686453" w:rsidRPr="00D21AD6" w:rsidRDefault="00D95FB4">
            <w:pPr>
              <w:rPr>
                <w:szCs w:val="24"/>
              </w:rPr>
            </w:pPr>
            <w:r w:rsidRPr="00D21AD6">
              <w:rPr>
                <w:b/>
                <w:color w:val="015A41"/>
                <w:szCs w:val="24"/>
              </w:rPr>
              <w:t>&lt;Alternate&gt;</w:t>
            </w:r>
          </w:p>
        </w:tc>
        <w:tc>
          <w:tcPr>
            <w:tcW w:w="2570" w:type="dxa"/>
            <w:tcMar>
              <w:top w:w="70" w:type="dxa"/>
              <w:left w:w="70" w:type="dxa"/>
              <w:bottom w:w="70" w:type="dxa"/>
              <w:right w:w="70" w:type="dxa"/>
            </w:tcMar>
          </w:tcPr>
          <w:p w14:paraId="4D2D8FAD" w14:textId="77777777" w:rsidR="00686453" w:rsidRPr="00D21AD6" w:rsidRDefault="00D95FB4">
            <w:pPr>
              <w:rPr>
                <w:szCs w:val="24"/>
              </w:rPr>
            </w:pPr>
            <w:r w:rsidRPr="00D21AD6">
              <w:rPr>
                <w:szCs w:val="24"/>
              </w:rPr>
              <w:t>&lt;Capacity&gt;</w:t>
            </w:r>
          </w:p>
        </w:tc>
        <w:tc>
          <w:tcPr>
            <w:tcW w:w="2570" w:type="dxa"/>
            <w:tcMar>
              <w:top w:w="70" w:type="dxa"/>
              <w:left w:w="70" w:type="dxa"/>
              <w:bottom w:w="70" w:type="dxa"/>
              <w:right w:w="70" w:type="dxa"/>
            </w:tcMar>
          </w:tcPr>
          <w:p w14:paraId="67EDC1B4" w14:textId="77777777" w:rsidR="00686453" w:rsidRPr="00D21AD6" w:rsidRDefault="00D95FB4">
            <w:pPr>
              <w:rPr>
                <w:szCs w:val="24"/>
              </w:rPr>
            </w:pPr>
            <w:r w:rsidRPr="00D21AD6">
              <w:rPr>
                <w:szCs w:val="24"/>
              </w:rPr>
              <w:t>&lt;Contact&gt;</w:t>
            </w:r>
          </w:p>
        </w:tc>
        <w:tc>
          <w:tcPr>
            <w:tcW w:w="2570" w:type="dxa"/>
            <w:tcMar>
              <w:top w:w="70" w:type="dxa"/>
              <w:left w:w="70" w:type="dxa"/>
              <w:bottom w:w="70" w:type="dxa"/>
              <w:right w:w="70" w:type="dxa"/>
            </w:tcMar>
          </w:tcPr>
          <w:p w14:paraId="272CF8C6" w14:textId="77777777" w:rsidR="00686453" w:rsidRPr="00D21AD6" w:rsidRDefault="00D95FB4">
            <w:pPr>
              <w:rPr>
                <w:szCs w:val="24"/>
              </w:rPr>
            </w:pPr>
            <w:r w:rsidRPr="00D21AD6">
              <w:rPr>
                <w:szCs w:val="24"/>
              </w:rPr>
              <w:t>&lt;Notes&gt;</w:t>
            </w:r>
          </w:p>
        </w:tc>
      </w:tr>
    </w:tbl>
    <w:p w14:paraId="43D8E1BC" w14:textId="77777777" w:rsidR="00686453" w:rsidRDefault="00686453">
      <w:pPr>
        <w:spacing w:after="0"/>
      </w:pPr>
    </w:p>
    <w:p w14:paraId="292898FE" w14:textId="77777777" w:rsidR="00D21AD6" w:rsidRDefault="00D21AD6">
      <w:pPr>
        <w:spacing w:after="0"/>
      </w:pPr>
    </w:p>
    <w:p w14:paraId="3C9D019F" w14:textId="77777777" w:rsidR="00D21AD6" w:rsidRDefault="00D21AD6">
      <w:pPr>
        <w:spacing w:after="0"/>
      </w:pPr>
    </w:p>
    <w:p w14:paraId="283BD239" w14:textId="77777777" w:rsidR="00D21AD6" w:rsidRDefault="00D21AD6">
      <w:pPr>
        <w:spacing w:after="0"/>
      </w:pPr>
    </w:p>
    <w:p w14:paraId="0C960FFC" w14:textId="77777777" w:rsidR="00D21AD6" w:rsidRDefault="00D21AD6">
      <w:pPr>
        <w:spacing w:after="0"/>
      </w:pPr>
    </w:p>
    <w:p w14:paraId="56DD6F3F" w14:textId="77777777" w:rsidR="00D21AD6" w:rsidRDefault="00D21AD6">
      <w:pPr>
        <w:spacing w:after="0"/>
      </w:pPr>
    </w:p>
    <w:p w14:paraId="42152E58" w14:textId="77777777" w:rsidR="00D21AD6" w:rsidRDefault="00D21AD6">
      <w:pPr>
        <w:spacing w:after="0"/>
      </w:pPr>
    </w:p>
    <w:p w14:paraId="7258BBDE" w14:textId="77777777" w:rsidR="00686453" w:rsidRDefault="00D95FB4">
      <w:pPr>
        <w:pStyle w:val="Heading2"/>
        <w:spacing w:before="120" w:after="80"/>
      </w:pPr>
      <w:r>
        <w:rPr>
          <w:rFonts w:ascii="Arial" w:eastAsia="Arial" w:hAnsi="Arial"/>
        </w:rPr>
        <w:lastRenderedPageBreak/>
        <w:t>C. Evacuation Destinations</w:t>
      </w: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570"/>
        <w:gridCol w:w="3312"/>
        <w:gridCol w:w="3168"/>
        <w:gridCol w:w="2570"/>
      </w:tblGrid>
      <w:tr w:rsidR="00686453" w:rsidRPr="00D21AD6" w14:paraId="71C33CC3" w14:textId="77777777">
        <w:trPr>
          <w:tblHeader/>
          <w:jc w:val="center"/>
        </w:trPr>
        <w:tc>
          <w:tcPr>
            <w:tcW w:w="1944" w:type="dxa"/>
            <w:shd w:val="clear" w:color="auto" w:fill="015A41"/>
            <w:tcMar>
              <w:top w:w="70" w:type="dxa"/>
              <w:left w:w="70" w:type="dxa"/>
              <w:bottom w:w="70" w:type="dxa"/>
              <w:right w:w="70" w:type="dxa"/>
            </w:tcMar>
          </w:tcPr>
          <w:p w14:paraId="512C2AEF" w14:textId="77777777" w:rsidR="00686453" w:rsidRPr="00D21AD6" w:rsidRDefault="00D95FB4">
            <w:pPr>
              <w:rPr>
                <w:szCs w:val="24"/>
              </w:rPr>
            </w:pPr>
            <w:r w:rsidRPr="00D21AD6">
              <w:rPr>
                <w:b/>
                <w:color w:val="FFFFFF"/>
                <w:szCs w:val="24"/>
              </w:rPr>
              <w:t>Type</w:t>
            </w:r>
          </w:p>
        </w:tc>
        <w:tc>
          <w:tcPr>
            <w:tcW w:w="3312" w:type="dxa"/>
            <w:shd w:val="clear" w:color="auto" w:fill="015A41"/>
            <w:tcMar>
              <w:top w:w="70" w:type="dxa"/>
              <w:left w:w="70" w:type="dxa"/>
              <w:bottom w:w="70" w:type="dxa"/>
              <w:right w:w="70" w:type="dxa"/>
            </w:tcMar>
          </w:tcPr>
          <w:p w14:paraId="2677F342" w14:textId="77777777" w:rsidR="00686453" w:rsidRPr="00D21AD6" w:rsidRDefault="00D95FB4">
            <w:pPr>
              <w:rPr>
                <w:szCs w:val="24"/>
              </w:rPr>
            </w:pPr>
            <w:r w:rsidRPr="00D21AD6">
              <w:rPr>
                <w:b/>
                <w:color w:val="FFFFFF"/>
                <w:szCs w:val="24"/>
              </w:rPr>
              <w:t>Location</w:t>
            </w:r>
          </w:p>
        </w:tc>
        <w:tc>
          <w:tcPr>
            <w:tcW w:w="3168" w:type="dxa"/>
            <w:shd w:val="clear" w:color="auto" w:fill="015A41"/>
            <w:tcMar>
              <w:top w:w="70" w:type="dxa"/>
              <w:left w:w="70" w:type="dxa"/>
              <w:bottom w:w="70" w:type="dxa"/>
              <w:right w:w="70" w:type="dxa"/>
            </w:tcMar>
          </w:tcPr>
          <w:p w14:paraId="62BBFC0C" w14:textId="77777777" w:rsidR="00686453" w:rsidRPr="00D21AD6" w:rsidRDefault="00D95FB4">
            <w:pPr>
              <w:rPr>
                <w:szCs w:val="24"/>
              </w:rPr>
            </w:pPr>
            <w:r w:rsidRPr="00D21AD6">
              <w:rPr>
                <w:b/>
                <w:color w:val="FFFFFF"/>
                <w:szCs w:val="24"/>
              </w:rPr>
              <w:t>Capability</w:t>
            </w:r>
          </w:p>
        </w:tc>
        <w:tc>
          <w:tcPr>
            <w:tcW w:w="1656" w:type="dxa"/>
            <w:shd w:val="clear" w:color="auto" w:fill="015A41"/>
            <w:tcMar>
              <w:top w:w="70" w:type="dxa"/>
              <w:left w:w="70" w:type="dxa"/>
              <w:bottom w:w="70" w:type="dxa"/>
              <w:right w:w="70" w:type="dxa"/>
            </w:tcMar>
          </w:tcPr>
          <w:p w14:paraId="60C146BA" w14:textId="77777777" w:rsidR="00686453" w:rsidRPr="00D21AD6" w:rsidRDefault="00D95FB4">
            <w:pPr>
              <w:rPr>
                <w:szCs w:val="24"/>
              </w:rPr>
            </w:pPr>
            <w:r w:rsidRPr="00D21AD6">
              <w:rPr>
                <w:b/>
                <w:color w:val="FFFFFF"/>
                <w:szCs w:val="24"/>
              </w:rPr>
              <w:t>Contact</w:t>
            </w:r>
          </w:p>
        </w:tc>
      </w:tr>
      <w:tr w:rsidR="00686453" w:rsidRPr="00D21AD6" w14:paraId="0F81197F" w14:textId="77777777">
        <w:trPr>
          <w:cantSplit/>
          <w:jc w:val="center"/>
        </w:trPr>
        <w:tc>
          <w:tcPr>
            <w:tcW w:w="2570" w:type="dxa"/>
            <w:tcMar>
              <w:top w:w="70" w:type="dxa"/>
              <w:left w:w="70" w:type="dxa"/>
              <w:bottom w:w="70" w:type="dxa"/>
              <w:right w:w="70" w:type="dxa"/>
            </w:tcMar>
          </w:tcPr>
          <w:p w14:paraId="69FEF3F5" w14:textId="77777777" w:rsidR="00686453" w:rsidRPr="00D21AD6" w:rsidRDefault="00D95FB4">
            <w:pPr>
              <w:rPr>
                <w:szCs w:val="24"/>
              </w:rPr>
            </w:pPr>
            <w:proofErr w:type="gramStart"/>
            <w:r w:rsidRPr="00D21AD6">
              <w:rPr>
                <w:b/>
                <w:color w:val="015A41"/>
                <w:szCs w:val="24"/>
              </w:rPr>
              <w:t>Close proximity</w:t>
            </w:r>
            <w:proofErr w:type="gramEnd"/>
          </w:p>
        </w:tc>
        <w:tc>
          <w:tcPr>
            <w:tcW w:w="2570" w:type="dxa"/>
            <w:tcMar>
              <w:top w:w="70" w:type="dxa"/>
              <w:left w:w="70" w:type="dxa"/>
              <w:bottom w:w="70" w:type="dxa"/>
              <w:right w:w="70" w:type="dxa"/>
            </w:tcMar>
          </w:tcPr>
          <w:p w14:paraId="74E1E63A" w14:textId="77777777" w:rsidR="00686453" w:rsidRPr="00D21AD6" w:rsidRDefault="00D95FB4">
            <w:pPr>
              <w:rPr>
                <w:szCs w:val="24"/>
              </w:rPr>
            </w:pPr>
            <w:r w:rsidRPr="00D21AD6">
              <w:rPr>
                <w:szCs w:val="24"/>
              </w:rPr>
              <w:t>&lt;Location / address&gt;</w:t>
            </w:r>
          </w:p>
        </w:tc>
        <w:tc>
          <w:tcPr>
            <w:tcW w:w="2570" w:type="dxa"/>
            <w:tcMar>
              <w:top w:w="70" w:type="dxa"/>
              <w:left w:w="70" w:type="dxa"/>
              <w:bottom w:w="70" w:type="dxa"/>
              <w:right w:w="70" w:type="dxa"/>
            </w:tcMar>
          </w:tcPr>
          <w:p w14:paraId="194A3250" w14:textId="77777777" w:rsidR="00686453" w:rsidRPr="00D21AD6" w:rsidRDefault="00D95FB4">
            <w:pPr>
              <w:rPr>
                <w:szCs w:val="24"/>
              </w:rPr>
            </w:pPr>
            <w:r w:rsidRPr="00D21AD6">
              <w:rPr>
                <w:szCs w:val="24"/>
              </w:rPr>
              <w:t>&lt;Capacity / resident type&gt;</w:t>
            </w:r>
          </w:p>
        </w:tc>
        <w:tc>
          <w:tcPr>
            <w:tcW w:w="2570" w:type="dxa"/>
            <w:tcMar>
              <w:top w:w="70" w:type="dxa"/>
              <w:left w:w="70" w:type="dxa"/>
              <w:bottom w:w="70" w:type="dxa"/>
              <w:right w:w="70" w:type="dxa"/>
            </w:tcMar>
          </w:tcPr>
          <w:p w14:paraId="4E78E8A0" w14:textId="77777777" w:rsidR="00686453" w:rsidRPr="00D21AD6" w:rsidRDefault="00D95FB4">
            <w:pPr>
              <w:rPr>
                <w:szCs w:val="24"/>
              </w:rPr>
            </w:pPr>
            <w:r w:rsidRPr="00D21AD6">
              <w:rPr>
                <w:szCs w:val="24"/>
              </w:rPr>
              <w:t>&lt;Contact&gt;</w:t>
            </w:r>
          </w:p>
        </w:tc>
      </w:tr>
      <w:tr w:rsidR="00686453" w:rsidRPr="00D21AD6" w14:paraId="6C1F9CC2" w14:textId="77777777">
        <w:trPr>
          <w:cantSplit/>
          <w:jc w:val="center"/>
        </w:trPr>
        <w:tc>
          <w:tcPr>
            <w:tcW w:w="2570" w:type="dxa"/>
            <w:tcMar>
              <w:top w:w="70" w:type="dxa"/>
              <w:left w:w="70" w:type="dxa"/>
              <w:bottom w:w="70" w:type="dxa"/>
              <w:right w:w="70" w:type="dxa"/>
            </w:tcMar>
          </w:tcPr>
          <w:p w14:paraId="66BBC8AB" w14:textId="77777777" w:rsidR="00686453" w:rsidRPr="00D21AD6" w:rsidRDefault="00D95FB4">
            <w:pPr>
              <w:rPr>
                <w:szCs w:val="24"/>
              </w:rPr>
            </w:pPr>
            <w:r w:rsidRPr="00D21AD6">
              <w:rPr>
                <w:b/>
                <w:color w:val="015A41"/>
                <w:szCs w:val="24"/>
              </w:rPr>
              <w:t>Within area</w:t>
            </w:r>
          </w:p>
        </w:tc>
        <w:tc>
          <w:tcPr>
            <w:tcW w:w="2570" w:type="dxa"/>
            <w:tcMar>
              <w:top w:w="70" w:type="dxa"/>
              <w:left w:w="70" w:type="dxa"/>
              <w:bottom w:w="70" w:type="dxa"/>
              <w:right w:w="70" w:type="dxa"/>
            </w:tcMar>
          </w:tcPr>
          <w:p w14:paraId="4D0E366A" w14:textId="77777777" w:rsidR="00686453" w:rsidRPr="00D21AD6" w:rsidRDefault="00D95FB4">
            <w:pPr>
              <w:rPr>
                <w:szCs w:val="24"/>
              </w:rPr>
            </w:pPr>
            <w:r w:rsidRPr="00D21AD6">
              <w:rPr>
                <w:szCs w:val="24"/>
              </w:rPr>
              <w:t>&lt;Location&gt;</w:t>
            </w:r>
          </w:p>
        </w:tc>
        <w:tc>
          <w:tcPr>
            <w:tcW w:w="2570" w:type="dxa"/>
            <w:tcMar>
              <w:top w:w="70" w:type="dxa"/>
              <w:left w:w="70" w:type="dxa"/>
              <w:bottom w:w="70" w:type="dxa"/>
              <w:right w:w="70" w:type="dxa"/>
            </w:tcMar>
          </w:tcPr>
          <w:p w14:paraId="354A68BC" w14:textId="77777777" w:rsidR="00686453" w:rsidRPr="00D21AD6" w:rsidRDefault="00D95FB4">
            <w:pPr>
              <w:rPr>
                <w:szCs w:val="24"/>
              </w:rPr>
            </w:pPr>
            <w:r w:rsidRPr="00D21AD6">
              <w:rPr>
                <w:szCs w:val="24"/>
              </w:rPr>
              <w:t>&lt;Capacity&gt;</w:t>
            </w:r>
          </w:p>
        </w:tc>
        <w:tc>
          <w:tcPr>
            <w:tcW w:w="2570" w:type="dxa"/>
            <w:tcMar>
              <w:top w:w="70" w:type="dxa"/>
              <w:left w:w="70" w:type="dxa"/>
              <w:bottom w:w="70" w:type="dxa"/>
              <w:right w:w="70" w:type="dxa"/>
            </w:tcMar>
          </w:tcPr>
          <w:p w14:paraId="02A0C12D" w14:textId="77777777" w:rsidR="00686453" w:rsidRPr="00D21AD6" w:rsidRDefault="00D95FB4">
            <w:pPr>
              <w:rPr>
                <w:szCs w:val="24"/>
              </w:rPr>
            </w:pPr>
            <w:r w:rsidRPr="00D21AD6">
              <w:rPr>
                <w:szCs w:val="24"/>
              </w:rPr>
              <w:t>&lt;Contact&gt;</w:t>
            </w:r>
          </w:p>
        </w:tc>
      </w:tr>
      <w:tr w:rsidR="00686453" w:rsidRPr="00D21AD6" w14:paraId="5BFD3D65" w14:textId="77777777">
        <w:trPr>
          <w:cantSplit/>
          <w:jc w:val="center"/>
        </w:trPr>
        <w:tc>
          <w:tcPr>
            <w:tcW w:w="2570" w:type="dxa"/>
            <w:tcMar>
              <w:top w:w="70" w:type="dxa"/>
              <w:left w:w="70" w:type="dxa"/>
              <w:bottom w:w="70" w:type="dxa"/>
              <w:right w:w="70" w:type="dxa"/>
            </w:tcMar>
          </w:tcPr>
          <w:p w14:paraId="13CDAE46" w14:textId="77777777" w:rsidR="00686453" w:rsidRPr="00D21AD6" w:rsidRDefault="00D95FB4">
            <w:pPr>
              <w:rPr>
                <w:szCs w:val="24"/>
              </w:rPr>
            </w:pPr>
            <w:r w:rsidRPr="00D21AD6">
              <w:rPr>
                <w:b/>
                <w:color w:val="015A41"/>
                <w:szCs w:val="24"/>
              </w:rPr>
              <w:t>Out of area</w:t>
            </w:r>
          </w:p>
        </w:tc>
        <w:tc>
          <w:tcPr>
            <w:tcW w:w="2570" w:type="dxa"/>
            <w:tcMar>
              <w:top w:w="70" w:type="dxa"/>
              <w:left w:w="70" w:type="dxa"/>
              <w:bottom w:w="70" w:type="dxa"/>
              <w:right w:w="70" w:type="dxa"/>
            </w:tcMar>
          </w:tcPr>
          <w:p w14:paraId="54A37E48" w14:textId="77777777" w:rsidR="00686453" w:rsidRPr="00D21AD6" w:rsidRDefault="00D95FB4">
            <w:pPr>
              <w:rPr>
                <w:szCs w:val="24"/>
              </w:rPr>
            </w:pPr>
            <w:r w:rsidRPr="00D21AD6">
              <w:rPr>
                <w:szCs w:val="24"/>
              </w:rPr>
              <w:t>&lt;Location&gt;</w:t>
            </w:r>
          </w:p>
        </w:tc>
        <w:tc>
          <w:tcPr>
            <w:tcW w:w="2570" w:type="dxa"/>
            <w:tcMar>
              <w:top w:w="70" w:type="dxa"/>
              <w:left w:w="70" w:type="dxa"/>
              <w:bottom w:w="70" w:type="dxa"/>
              <w:right w:w="70" w:type="dxa"/>
            </w:tcMar>
          </w:tcPr>
          <w:p w14:paraId="1F307B9B" w14:textId="77777777" w:rsidR="00686453" w:rsidRPr="00D21AD6" w:rsidRDefault="00D95FB4">
            <w:pPr>
              <w:rPr>
                <w:szCs w:val="24"/>
              </w:rPr>
            </w:pPr>
            <w:r w:rsidRPr="00D21AD6">
              <w:rPr>
                <w:szCs w:val="24"/>
              </w:rPr>
              <w:t>&lt;Capacity&gt;</w:t>
            </w:r>
          </w:p>
        </w:tc>
        <w:tc>
          <w:tcPr>
            <w:tcW w:w="2570" w:type="dxa"/>
            <w:tcMar>
              <w:top w:w="70" w:type="dxa"/>
              <w:left w:w="70" w:type="dxa"/>
              <w:bottom w:w="70" w:type="dxa"/>
              <w:right w:w="70" w:type="dxa"/>
            </w:tcMar>
          </w:tcPr>
          <w:p w14:paraId="2202AEEB" w14:textId="77777777" w:rsidR="00686453" w:rsidRPr="00D21AD6" w:rsidRDefault="00D95FB4">
            <w:pPr>
              <w:rPr>
                <w:szCs w:val="24"/>
              </w:rPr>
            </w:pPr>
            <w:r w:rsidRPr="00D21AD6">
              <w:rPr>
                <w:szCs w:val="24"/>
              </w:rPr>
              <w:t>&lt;Contact&gt;</w:t>
            </w:r>
          </w:p>
        </w:tc>
      </w:tr>
    </w:tbl>
    <w:p w14:paraId="1D29253C" w14:textId="77777777" w:rsidR="00686453" w:rsidRDefault="00686453">
      <w:pPr>
        <w:spacing w:after="0"/>
      </w:pPr>
    </w:p>
    <w:p w14:paraId="4E862498" w14:textId="77777777" w:rsidR="00686453" w:rsidRDefault="00D95FB4">
      <w:pPr>
        <w:pStyle w:val="Heading2"/>
        <w:spacing w:before="120" w:after="80"/>
      </w:pPr>
      <w:r>
        <w:rPr>
          <w:rFonts w:ascii="Arial" w:eastAsia="Arial" w:hAnsi="Arial"/>
        </w:rPr>
        <w:t>D. Evacuation Priorities / Resident Movement</w:t>
      </w:r>
    </w:p>
    <w:p w14:paraId="0B36C519" w14:textId="77777777" w:rsidR="00686453" w:rsidRDefault="00D95FB4">
      <w:pPr>
        <w:spacing w:after="120"/>
      </w:pPr>
      <w:r>
        <w:rPr>
          <w:color w:val="C8CECB"/>
          <w:sz w:val="16"/>
        </w:rPr>
        <w:t>________________________________________________________________________________</w:t>
      </w:r>
    </w:p>
    <w:p w14:paraId="4F33F672" w14:textId="77777777" w:rsidR="00686453" w:rsidRDefault="00D95FB4">
      <w:pPr>
        <w:spacing w:after="120"/>
      </w:pPr>
      <w:r>
        <w:rPr>
          <w:color w:val="C8CECB"/>
          <w:sz w:val="16"/>
        </w:rPr>
        <w:t>________________________________________________________________________________</w:t>
      </w:r>
    </w:p>
    <w:p w14:paraId="17824D42" w14:textId="77777777" w:rsidR="00686453" w:rsidRDefault="00D95FB4">
      <w:pPr>
        <w:spacing w:after="120"/>
      </w:pPr>
      <w:r>
        <w:rPr>
          <w:color w:val="C8CECB"/>
          <w:sz w:val="16"/>
        </w:rPr>
        <w:t>________________________________________________________________________________</w:t>
      </w:r>
    </w:p>
    <w:p w14:paraId="7CDA8848" w14:textId="77777777" w:rsidR="00686453" w:rsidRDefault="00D95FB4">
      <w:pPr>
        <w:spacing w:after="120"/>
      </w:pPr>
      <w:r>
        <w:rPr>
          <w:color w:val="C8CECB"/>
          <w:sz w:val="16"/>
        </w:rPr>
        <w:t>________________________________________________________________________________</w:t>
      </w:r>
    </w:p>
    <w:p w14:paraId="66AB31E8" w14:textId="77777777" w:rsidR="00686453" w:rsidRDefault="00D95FB4">
      <w:pPr>
        <w:pStyle w:val="Heading2"/>
        <w:spacing w:before="120" w:after="80"/>
      </w:pPr>
      <w:r>
        <w:rPr>
          <w:rFonts w:ascii="Arial" w:eastAsia="Arial" w:hAnsi="Arial"/>
        </w:rPr>
        <w:t>E. Shelter-in-Place</w:t>
      </w:r>
    </w:p>
    <w:tbl>
      <w:tblPr>
        <w:tblW w:w="1112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987"/>
      </w:tblGrid>
      <w:tr w:rsidR="00686453" w:rsidRPr="00D21AD6" w14:paraId="432DA012" w14:textId="77777777" w:rsidTr="00D21AD6">
        <w:trPr>
          <w:tblHeader/>
          <w:jc w:val="center"/>
        </w:trPr>
        <w:tc>
          <w:tcPr>
            <w:tcW w:w="5141" w:type="dxa"/>
            <w:shd w:val="clear" w:color="auto" w:fill="015A41"/>
            <w:tcMar>
              <w:top w:w="80" w:type="dxa"/>
              <w:left w:w="90" w:type="dxa"/>
              <w:bottom w:w="80" w:type="dxa"/>
              <w:right w:w="90" w:type="dxa"/>
            </w:tcMar>
          </w:tcPr>
          <w:p w14:paraId="50A685F2" w14:textId="77777777" w:rsidR="00686453" w:rsidRPr="00D21AD6" w:rsidRDefault="00D95FB4">
            <w:pPr>
              <w:rPr>
                <w:szCs w:val="24"/>
              </w:rPr>
            </w:pPr>
            <w:r w:rsidRPr="00D21AD6">
              <w:rPr>
                <w:b/>
                <w:color w:val="FFFFFF"/>
                <w:szCs w:val="24"/>
              </w:rPr>
              <w:t>Field</w:t>
            </w:r>
          </w:p>
        </w:tc>
        <w:tc>
          <w:tcPr>
            <w:tcW w:w="5987" w:type="dxa"/>
            <w:shd w:val="clear" w:color="auto" w:fill="015A41"/>
            <w:tcMar>
              <w:top w:w="80" w:type="dxa"/>
              <w:left w:w="90" w:type="dxa"/>
              <w:bottom w:w="80" w:type="dxa"/>
              <w:right w:w="90" w:type="dxa"/>
            </w:tcMar>
          </w:tcPr>
          <w:p w14:paraId="1F6D67A3" w14:textId="77777777" w:rsidR="00686453" w:rsidRPr="00D21AD6" w:rsidRDefault="00D95FB4">
            <w:pPr>
              <w:rPr>
                <w:szCs w:val="24"/>
              </w:rPr>
            </w:pPr>
            <w:r w:rsidRPr="00D21AD6">
              <w:rPr>
                <w:b/>
                <w:color w:val="FFFFFF"/>
                <w:szCs w:val="24"/>
              </w:rPr>
              <w:t>Facility Entry</w:t>
            </w:r>
          </w:p>
        </w:tc>
      </w:tr>
      <w:tr w:rsidR="00686453" w:rsidRPr="00D21AD6" w14:paraId="2B2B7536" w14:textId="77777777" w:rsidTr="00D21AD6">
        <w:trPr>
          <w:cantSplit/>
          <w:jc w:val="center"/>
        </w:trPr>
        <w:tc>
          <w:tcPr>
            <w:tcW w:w="5141" w:type="dxa"/>
            <w:shd w:val="clear" w:color="auto" w:fill="EAF3EF"/>
            <w:tcMar>
              <w:top w:w="80" w:type="dxa"/>
              <w:left w:w="90" w:type="dxa"/>
              <w:bottom w:w="80" w:type="dxa"/>
              <w:right w:w="90" w:type="dxa"/>
            </w:tcMar>
          </w:tcPr>
          <w:p w14:paraId="4862B3CC" w14:textId="77777777" w:rsidR="00686453" w:rsidRPr="00D21AD6" w:rsidRDefault="00D95FB4">
            <w:pPr>
              <w:rPr>
                <w:szCs w:val="24"/>
              </w:rPr>
            </w:pPr>
            <w:r w:rsidRPr="00D21AD6">
              <w:rPr>
                <w:b/>
                <w:color w:val="015A41"/>
                <w:szCs w:val="24"/>
              </w:rPr>
              <w:t>SIP decision authority / triggers</w:t>
            </w:r>
          </w:p>
        </w:tc>
        <w:tc>
          <w:tcPr>
            <w:tcW w:w="5987" w:type="dxa"/>
            <w:shd w:val="clear" w:color="auto" w:fill="FFFFFF"/>
            <w:tcMar>
              <w:top w:w="80" w:type="dxa"/>
              <w:left w:w="90" w:type="dxa"/>
              <w:bottom w:w="80" w:type="dxa"/>
              <w:right w:w="90" w:type="dxa"/>
            </w:tcMar>
          </w:tcPr>
          <w:p w14:paraId="0D986A1C" w14:textId="77777777" w:rsidR="00686453" w:rsidRPr="00D21AD6" w:rsidRDefault="00D95FB4">
            <w:pPr>
              <w:rPr>
                <w:szCs w:val="24"/>
              </w:rPr>
            </w:pPr>
            <w:r w:rsidRPr="00D21AD6">
              <w:rPr>
                <w:i/>
                <w:color w:val="66706B"/>
                <w:szCs w:val="24"/>
              </w:rPr>
              <w:t>&lt;Insert&gt;</w:t>
            </w:r>
          </w:p>
        </w:tc>
      </w:tr>
      <w:tr w:rsidR="00686453" w:rsidRPr="00D21AD6" w14:paraId="21C6A68C" w14:textId="77777777" w:rsidTr="00D21AD6">
        <w:trPr>
          <w:cantSplit/>
          <w:jc w:val="center"/>
        </w:trPr>
        <w:tc>
          <w:tcPr>
            <w:tcW w:w="5141" w:type="dxa"/>
            <w:shd w:val="clear" w:color="auto" w:fill="F7FAF8"/>
            <w:tcMar>
              <w:top w:w="80" w:type="dxa"/>
              <w:left w:w="90" w:type="dxa"/>
              <w:bottom w:w="80" w:type="dxa"/>
              <w:right w:w="90" w:type="dxa"/>
            </w:tcMar>
          </w:tcPr>
          <w:p w14:paraId="3D3C6592" w14:textId="77777777" w:rsidR="00686453" w:rsidRPr="00D21AD6" w:rsidRDefault="00D95FB4">
            <w:pPr>
              <w:rPr>
                <w:szCs w:val="24"/>
              </w:rPr>
            </w:pPr>
            <w:r w:rsidRPr="00D21AD6">
              <w:rPr>
                <w:b/>
                <w:color w:val="015A41"/>
                <w:szCs w:val="24"/>
              </w:rPr>
              <w:t>Resident care / staffing</w:t>
            </w:r>
          </w:p>
        </w:tc>
        <w:tc>
          <w:tcPr>
            <w:tcW w:w="5987" w:type="dxa"/>
            <w:shd w:val="clear" w:color="auto" w:fill="FFFFFF"/>
            <w:tcMar>
              <w:top w:w="80" w:type="dxa"/>
              <w:left w:w="90" w:type="dxa"/>
              <w:bottom w:w="80" w:type="dxa"/>
              <w:right w:w="90" w:type="dxa"/>
            </w:tcMar>
          </w:tcPr>
          <w:p w14:paraId="51115A6B" w14:textId="77777777" w:rsidR="00686453" w:rsidRPr="00D21AD6" w:rsidRDefault="00D95FB4">
            <w:pPr>
              <w:rPr>
                <w:szCs w:val="24"/>
              </w:rPr>
            </w:pPr>
            <w:r w:rsidRPr="00D21AD6">
              <w:rPr>
                <w:i/>
                <w:color w:val="66706B"/>
                <w:szCs w:val="24"/>
              </w:rPr>
              <w:t>&lt;Insert&gt;</w:t>
            </w:r>
          </w:p>
        </w:tc>
      </w:tr>
      <w:tr w:rsidR="00686453" w:rsidRPr="00D21AD6" w14:paraId="4E30E36A" w14:textId="77777777" w:rsidTr="00D21AD6">
        <w:trPr>
          <w:cantSplit/>
          <w:jc w:val="center"/>
        </w:trPr>
        <w:tc>
          <w:tcPr>
            <w:tcW w:w="5141" w:type="dxa"/>
            <w:shd w:val="clear" w:color="auto" w:fill="EAF3EF"/>
            <w:tcMar>
              <w:top w:w="80" w:type="dxa"/>
              <w:left w:w="90" w:type="dxa"/>
              <w:bottom w:w="80" w:type="dxa"/>
              <w:right w:w="90" w:type="dxa"/>
            </w:tcMar>
          </w:tcPr>
          <w:p w14:paraId="5CEFFD02" w14:textId="77777777" w:rsidR="00686453" w:rsidRPr="00D21AD6" w:rsidRDefault="00D95FB4">
            <w:pPr>
              <w:rPr>
                <w:szCs w:val="24"/>
              </w:rPr>
            </w:pPr>
            <w:r w:rsidRPr="00D21AD6">
              <w:rPr>
                <w:b/>
                <w:color w:val="015A41"/>
                <w:szCs w:val="24"/>
              </w:rPr>
              <w:t>Food / water / medications</w:t>
            </w:r>
          </w:p>
        </w:tc>
        <w:tc>
          <w:tcPr>
            <w:tcW w:w="5987" w:type="dxa"/>
            <w:shd w:val="clear" w:color="auto" w:fill="FFFFFF"/>
            <w:tcMar>
              <w:top w:w="80" w:type="dxa"/>
              <w:left w:w="90" w:type="dxa"/>
              <w:bottom w:w="80" w:type="dxa"/>
              <w:right w:w="90" w:type="dxa"/>
            </w:tcMar>
          </w:tcPr>
          <w:p w14:paraId="7DCA1FBF" w14:textId="77777777" w:rsidR="00686453" w:rsidRPr="00D21AD6" w:rsidRDefault="00D95FB4">
            <w:pPr>
              <w:rPr>
                <w:szCs w:val="24"/>
              </w:rPr>
            </w:pPr>
            <w:r w:rsidRPr="00D21AD6">
              <w:rPr>
                <w:i/>
                <w:color w:val="66706B"/>
                <w:szCs w:val="24"/>
              </w:rPr>
              <w:t>&lt;Insert&gt;</w:t>
            </w:r>
          </w:p>
        </w:tc>
      </w:tr>
      <w:tr w:rsidR="00686453" w:rsidRPr="00D21AD6" w14:paraId="6570E68F" w14:textId="77777777" w:rsidTr="00D21AD6">
        <w:trPr>
          <w:cantSplit/>
          <w:jc w:val="center"/>
        </w:trPr>
        <w:tc>
          <w:tcPr>
            <w:tcW w:w="5141" w:type="dxa"/>
            <w:shd w:val="clear" w:color="auto" w:fill="F7FAF8"/>
            <w:tcMar>
              <w:top w:w="80" w:type="dxa"/>
              <w:left w:w="90" w:type="dxa"/>
              <w:bottom w:w="80" w:type="dxa"/>
              <w:right w:w="90" w:type="dxa"/>
            </w:tcMar>
          </w:tcPr>
          <w:p w14:paraId="44912B41" w14:textId="77777777" w:rsidR="00686453" w:rsidRPr="00D21AD6" w:rsidRDefault="00D95FB4">
            <w:pPr>
              <w:rPr>
                <w:szCs w:val="24"/>
              </w:rPr>
            </w:pPr>
            <w:r w:rsidRPr="00D21AD6">
              <w:rPr>
                <w:b/>
                <w:color w:val="015A41"/>
                <w:szCs w:val="24"/>
              </w:rPr>
              <w:t>Alternate power / temperature</w:t>
            </w:r>
          </w:p>
        </w:tc>
        <w:tc>
          <w:tcPr>
            <w:tcW w:w="5987" w:type="dxa"/>
            <w:shd w:val="clear" w:color="auto" w:fill="FFFFFF"/>
            <w:tcMar>
              <w:top w:w="80" w:type="dxa"/>
              <w:left w:w="90" w:type="dxa"/>
              <w:bottom w:w="80" w:type="dxa"/>
              <w:right w:w="90" w:type="dxa"/>
            </w:tcMar>
          </w:tcPr>
          <w:p w14:paraId="10353CF9" w14:textId="77777777" w:rsidR="00686453" w:rsidRPr="00D21AD6" w:rsidRDefault="00D95FB4">
            <w:pPr>
              <w:rPr>
                <w:szCs w:val="24"/>
              </w:rPr>
            </w:pPr>
            <w:r w:rsidRPr="00D21AD6">
              <w:rPr>
                <w:i/>
                <w:color w:val="66706B"/>
                <w:szCs w:val="24"/>
              </w:rPr>
              <w:t>&lt;Insert&gt;</w:t>
            </w:r>
          </w:p>
        </w:tc>
      </w:tr>
      <w:tr w:rsidR="00686453" w:rsidRPr="00D21AD6" w14:paraId="6DD7A080" w14:textId="77777777" w:rsidTr="00D21AD6">
        <w:trPr>
          <w:cantSplit/>
          <w:jc w:val="center"/>
        </w:trPr>
        <w:tc>
          <w:tcPr>
            <w:tcW w:w="5141" w:type="dxa"/>
            <w:shd w:val="clear" w:color="auto" w:fill="EAF3EF"/>
            <w:tcMar>
              <w:top w:w="80" w:type="dxa"/>
              <w:left w:w="90" w:type="dxa"/>
              <w:bottom w:w="80" w:type="dxa"/>
              <w:right w:w="90" w:type="dxa"/>
            </w:tcMar>
          </w:tcPr>
          <w:p w14:paraId="3749EE71" w14:textId="77777777" w:rsidR="00686453" w:rsidRPr="00D21AD6" w:rsidRDefault="00D95FB4">
            <w:pPr>
              <w:rPr>
                <w:szCs w:val="24"/>
              </w:rPr>
            </w:pPr>
            <w:r w:rsidRPr="00D21AD6">
              <w:rPr>
                <w:b/>
                <w:color w:val="015A41"/>
                <w:szCs w:val="24"/>
              </w:rPr>
              <w:t>Security / access</w:t>
            </w:r>
          </w:p>
        </w:tc>
        <w:tc>
          <w:tcPr>
            <w:tcW w:w="5987" w:type="dxa"/>
            <w:shd w:val="clear" w:color="auto" w:fill="FFFFFF"/>
            <w:tcMar>
              <w:top w:w="80" w:type="dxa"/>
              <w:left w:w="90" w:type="dxa"/>
              <w:bottom w:w="80" w:type="dxa"/>
              <w:right w:w="90" w:type="dxa"/>
            </w:tcMar>
          </w:tcPr>
          <w:p w14:paraId="2A4D2D82" w14:textId="77777777" w:rsidR="00686453" w:rsidRPr="00D21AD6" w:rsidRDefault="00D95FB4">
            <w:pPr>
              <w:rPr>
                <w:szCs w:val="24"/>
              </w:rPr>
            </w:pPr>
            <w:r w:rsidRPr="00D21AD6">
              <w:rPr>
                <w:i/>
                <w:color w:val="66706B"/>
                <w:szCs w:val="24"/>
              </w:rPr>
              <w:t>&lt;Insert&gt;</w:t>
            </w:r>
          </w:p>
        </w:tc>
      </w:tr>
      <w:tr w:rsidR="00686453" w:rsidRPr="00D21AD6" w14:paraId="6A72151A" w14:textId="77777777" w:rsidTr="00D21AD6">
        <w:trPr>
          <w:cantSplit/>
          <w:jc w:val="center"/>
        </w:trPr>
        <w:tc>
          <w:tcPr>
            <w:tcW w:w="5141" w:type="dxa"/>
            <w:shd w:val="clear" w:color="auto" w:fill="F7FAF8"/>
            <w:tcMar>
              <w:top w:w="80" w:type="dxa"/>
              <w:left w:w="90" w:type="dxa"/>
              <w:bottom w:w="80" w:type="dxa"/>
              <w:right w:w="90" w:type="dxa"/>
            </w:tcMar>
          </w:tcPr>
          <w:p w14:paraId="04354B42" w14:textId="77777777" w:rsidR="00686453" w:rsidRPr="00D21AD6" w:rsidRDefault="00D95FB4">
            <w:pPr>
              <w:rPr>
                <w:szCs w:val="24"/>
              </w:rPr>
            </w:pPr>
            <w:r w:rsidRPr="00D21AD6">
              <w:rPr>
                <w:b/>
                <w:color w:val="015A41"/>
                <w:szCs w:val="24"/>
              </w:rPr>
              <w:t>Infection prevention / cohorting</w:t>
            </w:r>
          </w:p>
        </w:tc>
        <w:tc>
          <w:tcPr>
            <w:tcW w:w="5987" w:type="dxa"/>
            <w:shd w:val="clear" w:color="auto" w:fill="FFFFFF"/>
            <w:tcMar>
              <w:top w:w="80" w:type="dxa"/>
              <w:left w:w="90" w:type="dxa"/>
              <w:bottom w:w="80" w:type="dxa"/>
              <w:right w:w="90" w:type="dxa"/>
            </w:tcMar>
          </w:tcPr>
          <w:p w14:paraId="0B94E717" w14:textId="77777777" w:rsidR="00686453" w:rsidRPr="00D21AD6" w:rsidRDefault="00D95FB4">
            <w:pPr>
              <w:rPr>
                <w:szCs w:val="24"/>
              </w:rPr>
            </w:pPr>
            <w:r w:rsidRPr="00D21AD6">
              <w:rPr>
                <w:i/>
                <w:color w:val="66706B"/>
                <w:szCs w:val="24"/>
              </w:rPr>
              <w:t>&lt;Insert&gt;</w:t>
            </w:r>
          </w:p>
        </w:tc>
      </w:tr>
      <w:tr w:rsidR="00686453" w:rsidRPr="00D21AD6" w14:paraId="1F1AD352" w14:textId="77777777" w:rsidTr="00D21AD6">
        <w:trPr>
          <w:cantSplit/>
          <w:jc w:val="center"/>
        </w:trPr>
        <w:tc>
          <w:tcPr>
            <w:tcW w:w="5141" w:type="dxa"/>
            <w:shd w:val="clear" w:color="auto" w:fill="EAF3EF"/>
            <w:tcMar>
              <w:top w:w="80" w:type="dxa"/>
              <w:left w:w="90" w:type="dxa"/>
              <w:bottom w:w="80" w:type="dxa"/>
              <w:right w:w="90" w:type="dxa"/>
            </w:tcMar>
          </w:tcPr>
          <w:p w14:paraId="35A065AE" w14:textId="77777777" w:rsidR="00686453" w:rsidRPr="00D21AD6" w:rsidRDefault="00D95FB4">
            <w:pPr>
              <w:rPr>
                <w:szCs w:val="24"/>
              </w:rPr>
            </w:pPr>
            <w:r w:rsidRPr="00D21AD6">
              <w:rPr>
                <w:b/>
                <w:color w:val="015A41"/>
                <w:szCs w:val="24"/>
              </w:rPr>
              <w:t>Sanitation / waste</w:t>
            </w:r>
          </w:p>
        </w:tc>
        <w:tc>
          <w:tcPr>
            <w:tcW w:w="5987" w:type="dxa"/>
            <w:shd w:val="clear" w:color="auto" w:fill="FFFFFF"/>
            <w:tcMar>
              <w:top w:w="80" w:type="dxa"/>
              <w:left w:w="90" w:type="dxa"/>
              <w:bottom w:w="80" w:type="dxa"/>
              <w:right w:w="90" w:type="dxa"/>
            </w:tcMar>
          </w:tcPr>
          <w:p w14:paraId="656998E1" w14:textId="77777777" w:rsidR="00686453" w:rsidRPr="00D21AD6" w:rsidRDefault="00D95FB4">
            <w:pPr>
              <w:rPr>
                <w:szCs w:val="24"/>
              </w:rPr>
            </w:pPr>
            <w:r w:rsidRPr="00D21AD6">
              <w:rPr>
                <w:i/>
                <w:color w:val="66706B"/>
                <w:szCs w:val="24"/>
              </w:rPr>
              <w:t>&lt;Insert&gt;</w:t>
            </w:r>
          </w:p>
        </w:tc>
      </w:tr>
      <w:tr w:rsidR="00686453" w:rsidRPr="00D21AD6" w14:paraId="20EB85DA" w14:textId="77777777" w:rsidTr="00D21AD6">
        <w:trPr>
          <w:cantSplit/>
          <w:jc w:val="center"/>
        </w:trPr>
        <w:tc>
          <w:tcPr>
            <w:tcW w:w="5141" w:type="dxa"/>
            <w:shd w:val="clear" w:color="auto" w:fill="F7FAF8"/>
            <w:tcMar>
              <w:top w:w="80" w:type="dxa"/>
              <w:left w:w="90" w:type="dxa"/>
              <w:bottom w:w="80" w:type="dxa"/>
              <w:right w:w="90" w:type="dxa"/>
            </w:tcMar>
          </w:tcPr>
          <w:p w14:paraId="6329B3A0" w14:textId="77777777" w:rsidR="00686453" w:rsidRPr="00D21AD6" w:rsidRDefault="00D95FB4">
            <w:pPr>
              <w:rPr>
                <w:szCs w:val="24"/>
              </w:rPr>
            </w:pPr>
            <w:r w:rsidRPr="00D21AD6">
              <w:rPr>
                <w:b/>
                <w:color w:val="015A41"/>
                <w:szCs w:val="24"/>
              </w:rPr>
              <w:t>Transition triggers to partial/full evacuation</w:t>
            </w:r>
          </w:p>
        </w:tc>
        <w:tc>
          <w:tcPr>
            <w:tcW w:w="5987" w:type="dxa"/>
            <w:shd w:val="clear" w:color="auto" w:fill="FFFFFF"/>
            <w:tcMar>
              <w:top w:w="80" w:type="dxa"/>
              <w:left w:w="90" w:type="dxa"/>
              <w:bottom w:w="80" w:type="dxa"/>
              <w:right w:w="90" w:type="dxa"/>
            </w:tcMar>
          </w:tcPr>
          <w:p w14:paraId="51DCDBDD" w14:textId="77777777" w:rsidR="00686453" w:rsidRPr="00D21AD6" w:rsidRDefault="00D95FB4">
            <w:pPr>
              <w:rPr>
                <w:szCs w:val="24"/>
              </w:rPr>
            </w:pPr>
            <w:r w:rsidRPr="00D21AD6">
              <w:rPr>
                <w:i/>
                <w:color w:val="66706B"/>
                <w:szCs w:val="24"/>
              </w:rPr>
              <w:t>&lt;Insert&gt;</w:t>
            </w:r>
          </w:p>
        </w:tc>
      </w:tr>
    </w:tbl>
    <w:p w14:paraId="067ACA80" w14:textId="77777777" w:rsidR="00686453" w:rsidRDefault="00686453">
      <w:pPr>
        <w:spacing w:after="0"/>
      </w:pPr>
    </w:p>
    <w:p w14:paraId="2FB73CDC" w14:textId="77777777" w:rsidR="00686453" w:rsidRDefault="00D95FB4">
      <w:r>
        <w:br w:type="page"/>
      </w:r>
    </w:p>
    <w:p w14:paraId="23A68BC8" w14:textId="77777777" w:rsidR="00686453" w:rsidRDefault="00D95FB4">
      <w:pPr>
        <w:pStyle w:val="Heading1"/>
        <w:pBdr>
          <w:bottom w:val="single" w:sz="14" w:space="5" w:color="E63B07"/>
        </w:pBdr>
        <w:spacing w:before="140" w:after="140"/>
      </w:pPr>
      <w:r>
        <w:rPr>
          <w:rFonts w:ascii="Arial" w:eastAsia="Arial" w:hAnsi="Arial"/>
        </w:rPr>
        <w:lastRenderedPageBreak/>
        <w:t>13. RECOVERY</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77991C38" w14:textId="77777777">
        <w:trPr>
          <w:jc w:val="center"/>
        </w:trPr>
        <w:tc>
          <w:tcPr>
            <w:tcW w:w="10282" w:type="dxa"/>
            <w:shd w:val="clear" w:color="auto" w:fill="EAF3EF"/>
            <w:tcMar>
              <w:top w:w="100" w:type="dxa"/>
              <w:left w:w="130" w:type="dxa"/>
              <w:bottom w:w="100" w:type="dxa"/>
              <w:right w:w="130" w:type="dxa"/>
            </w:tcMar>
          </w:tcPr>
          <w:p w14:paraId="474D328D" w14:textId="77777777" w:rsidR="00686453" w:rsidRPr="00341C05" w:rsidRDefault="00D95FB4">
            <w:pPr>
              <w:spacing w:after="0"/>
              <w:rPr>
                <w:sz w:val="20"/>
                <w:szCs w:val="20"/>
              </w:rPr>
            </w:pPr>
            <w:r w:rsidRPr="00341C05">
              <w:rPr>
                <w:b/>
                <w:color w:val="015A41"/>
                <w:sz w:val="20"/>
                <w:szCs w:val="20"/>
              </w:rPr>
              <w:t xml:space="preserve">REGULATORY BASIS  </w:t>
            </w:r>
            <w:r w:rsidRPr="00341C05">
              <w:rPr>
                <w:sz w:val="20"/>
                <w:szCs w:val="20"/>
              </w:rPr>
              <w:t>42 CFR §483.73(d)(2)(iii); CMS Appendix Z</w:t>
            </w:r>
          </w:p>
        </w:tc>
      </w:tr>
    </w:tbl>
    <w:p w14:paraId="47DC77BF" w14:textId="77777777" w:rsidR="00686453" w:rsidRDefault="00686453">
      <w:pPr>
        <w:spacing w:after="0"/>
      </w:pPr>
    </w:p>
    <w:p w14:paraId="066CEDC6" w14:textId="77777777" w:rsidR="00341C05" w:rsidRDefault="00341C05" w:rsidP="00341C05">
      <w:pPr>
        <w:spacing w:after="120" w:line="250" w:lineRule="auto"/>
      </w:pPr>
      <w:r>
        <w:rPr>
          <w:rFonts w:cs="Arial"/>
          <w:sz w:val="20"/>
        </w:rPr>
        <w:t>CMS requires the facility to analyze and document drills, exercises, and emergency events and revise the emergency plan as needed. The re-entry, restoration, reunification, and staff-support prompts below are HCC-ME recommended operational planning practices unless independently required by another authority.</w:t>
      </w:r>
    </w:p>
    <w:p w14:paraId="18227CFD" w14:textId="77777777" w:rsidR="00686453" w:rsidRDefault="00D95FB4">
      <w:pPr>
        <w:pStyle w:val="Heading2"/>
        <w:spacing w:before="120" w:after="80"/>
      </w:pPr>
      <w:r>
        <w:rPr>
          <w:rFonts w:ascii="Arial" w:eastAsia="Arial" w:hAnsi="Arial"/>
        </w:rPr>
        <w:t>A. Re-entry / Restoration Criteria</w:t>
      </w:r>
    </w:p>
    <w:p w14:paraId="7E21BB5D" w14:textId="77777777" w:rsidR="00686453" w:rsidRDefault="00D95FB4">
      <w:pPr>
        <w:spacing w:after="120"/>
      </w:pPr>
      <w:r>
        <w:rPr>
          <w:color w:val="C8CECB"/>
          <w:sz w:val="16"/>
        </w:rPr>
        <w:t>________________________________________________________________________________</w:t>
      </w:r>
    </w:p>
    <w:p w14:paraId="6F1DED99" w14:textId="77777777" w:rsidR="00686453" w:rsidRDefault="00D95FB4">
      <w:pPr>
        <w:spacing w:after="120"/>
      </w:pPr>
      <w:r>
        <w:rPr>
          <w:color w:val="C8CECB"/>
          <w:sz w:val="16"/>
        </w:rPr>
        <w:t>________________________________________________________________________________</w:t>
      </w:r>
    </w:p>
    <w:p w14:paraId="6A30E883" w14:textId="77777777" w:rsidR="00686453" w:rsidRDefault="00D95FB4">
      <w:pPr>
        <w:spacing w:after="120"/>
      </w:pPr>
      <w:r>
        <w:rPr>
          <w:color w:val="C8CECB"/>
          <w:sz w:val="16"/>
        </w:rPr>
        <w:t>________________________________________________________________________________</w:t>
      </w:r>
    </w:p>
    <w:p w14:paraId="7154D303" w14:textId="77777777" w:rsidR="00686453" w:rsidRDefault="00D95FB4">
      <w:pPr>
        <w:spacing w:after="120"/>
      </w:pPr>
      <w:r>
        <w:rPr>
          <w:color w:val="C8CECB"/>
          <w:sz w:val="16"/>
        </w:rPr>
        <w:t>________________________________________________________________________________</w:t>
      </w:r>
    </w:p>
    <w:p w14:paraId="5E3009BB" w14:textId="77777777" w:rsidR="00686453" w:rsidRDefault="00D95FB4">
      <w:pPr>
        <w:pStyle w:val="Heading2"/>
        <w:spacing w:before="120" w:after="80"/>
      </w:pPr>
      <w:r>
        <w:rPr>
          <w:rFonts w:ascii="Arial" w:eastAsia="Arial" w:hAnsi="Arial"/>
        </w:rPr>
        <w:t>B. Resident Return / Reunification</w:t>
      </w:r>
    </w:p>
    <w:p w14:paraId="73F23DA5" w14:textId="77777777" w:rsidR="00686453" w:rsidRDefault="00D95FB4">
      <w:pPr>
        <w:spacing w:after="120"/>
      </w:pPr>
      <w:r>
        <w:rPr>
          <w:color w:val="C8CECB"/>
          <w:sz w:val="16"/>
        </w:rPr>
        <w:t>________________________________________________________________________________</w:t>
      </w:r>
    </w:p>
    <w:p w14:paraId="2F33E6AB" w14:textId="77777777" w:rsidR="00686453" w:rsidRDefault="00D95FB4">
      <w:pPr>
        <w:spacing w:after="120"/>
      </w:pPr>
      <w:r>
        <w:rPr>
          <w:color w:val="C8CECB"/>
          <w:sz w:val="16"/>
        </w:rPr>
        <w:t>________________________________________________________________________________</w:t>
      </w:r>
    </w:p>
    <w:p w14:paraId="7524EE2F" w14:textId="77777777" w:rsidR="00686453" w:rsidRDefault="00D95FB4">
      <w:pPr>
        <w:spacing w:after="120"/>
      </w:pPr>
      <w:r>
        <w:rPr>
          <w:color w:val="C8CECB"/>
          <w:sz w:val="16"/>
        </w:rPr>
        <w:t>________________________________________________________________________________</w:t>
      </w:r>
    </w:p>
    <w:p w14:paraId="24D26687" w14:textId="77777777" w:rsidR="00686453" w:rsidRDefault="00D95FB4">
      <w:pPr>
        <w:pStyle w:val="Heading2"/>
        <w:spacing w:before="120" w:after="80"/>
      </w:pPr>
      <w:r>
        <w:rPr>
          <w:rFonts w:ascii="Arial" w:eastAsia="Arial" w:hAnsi="Arial"/>
        </w:rPr>
        <w:t>C. Staff Support / Debrief</w:t>
      </w:r>
    </w:p>
    <w:p w14:paraId="36B420C9" w14:textId="77777777" w:rsidR="00686453" w:rsidRDefault="00D95FB4">
      <w:pPr>
        <w:spacing w:after="120"/>
      </w:pPr>
      <w:r>
        <w:rPr>
          <w:color w:val="C8CECB"/>
          <w:sz w:val="16"/>
        </w:rPr>
        <w:t>________________________________________________________________________________</w:t>
      </w:r>
    </w:p>
    <w:p w14:paraId="375A8D65" w14:textId="77777777" w:rsidR="00686453" w:rsidRDefault="00D95FB4">
      <w:pPr>
        <w:spacing w:after="120"/>
      </w:pPr>
      <w:r>
        <w:rPr>
          <w:color w:val="C8CECB"/>
          <w:sz w:val="16"/>
        </w:rPr>
        <w:t>________________________________________________________________________________</w:t>
      </w:r>
    </w:p>
    <w:p w14:paraId="27EF3562" w14:textId="77777777" w:rsidR="00686453" w:rsidRDefault="00D95FB4">
      <w:pPr>
        <w:spacing w:after="120"/>
      </w:pPr>
      <w:r>
        <w:rPr>
          <w:color w:val="C8CECB"/>
          <w:sz w:val="16"/>
        </w:rPr>
        <w:t>________________________________________________________________________________</w:t>
      </w:r>
    </w:p>
    <w:p w14:paraId="1EDFB457" w14:textId="77777777" w:rsidR="00686453" w:rsidRDefault="00D95FB4">
      <w:pPr>
        <w:pStyle w:val="Heading2"/>
        <w:spacing w:before="120" w:after="80"/>
      </w:pPr>
      <w:r>
        <w:rPr>
          <w:rFonts w:ascii="Arial" w:eastAsia="Arial" w:hAnsi="Arial"/>
        </w:rPr>
        <w:t>D. After-Action Report / Improvement Plan</w:t>
      </w:r>
    </w:p>
    <w:tbl>
      <w:tblPr>
        <w:tblW w:w="1036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592"/>
        <w:gridCol w:w="2592"/>
        <w:gridCol w:w="2592"/>
        <w:gridCol w:w="2592"/>
      </w:tblGrid>
      <w:tr w:rsidR="00686453" w14:paraId="272F2217" w14:textId="77777777" w:rsidTr="003F0D1D">
        <w:trPr>
          <w:tblHeader/>
          <w:jc w:val="center"/>
        </w:trPr>
        <w:tc>
          <w:tcPr>
            <w:tcW w:w="2592" w:type="dxa"/>
            <w:shd w:val="clear" w:color="auto" w:fill="015A41"/>
            <w:tcMar>
              <w:top w:w="70" w:type="dxa"/>
              <w:left w:w="70" w:type="dxa"/>
              <w:bottom w:w="70" w:type="dxa"/>
              <w:right w:w="70" w:type="dxa"/>
            </w:tcMar>
          </w:tcPr>
          <w:p w14:paraId="071628E1" w14:textId="77777777" w:rsidR="00686453" w:rsidRPr="003F0D1D" w:rsidRDefault="00D95FB4">
            <w:pPr>
              <w:rPr>
                <w:szCs w:val="24"/>
              </w:rPr>
            </w:pPr>
            <w:r w:rsidRPr="003F0D1D">
              <w:rPr>
                <w:b/>
                <w:color w:val="FFFFFF"/>
                <w:szCs w:val="24"/>
              </w:rPr>
              <w:t>Finding / Gap</w:t>
            </w:r>
          </w:p>
        </w:tc>
        <w:tc>
          <w:tcPr>
            <w:tcW w:w="2592" w:type="dxa"/>
            <w:shd w:val="clear" w:color="auto" w:fill="015A41"/>
            <w:tcMar>
              <w:top w:w="70" w:type="dxa"/>
              <w:left w:w="70" w:type="dxa"/>
              <w:bottom w:w="70" w:type="dxa"/>
              <w:right w:w="70" w:type="dxa"/>
            </w:tcMar>
          </w:tcPr>
          <w:p w14:paraId="782AE6D9" w14:textId="77777777" w:rsidR="00686453" w:rsidRPr="003F0D1D" w:rsidRDefault="00D95FB4">
            <w:pPr>
              <w:rPr>
                <w:szCs w:val="24"/>
              </w:rPr>
            </w:pPr>
            <w:r w:rsidRPr="003F0D1D">
              <w:rPr>
                <w:b/>
                <w:color w:val="FFFFFF"/>
                <w:szCs w:val="24"/>
              </w:rPr>
              <w:t>Corrective Action</w:t>
            </w:r>
          </w:p>
        </w:tc>
        <w:tc>
          <w:tcPr>
            <w:tcW w:w="2592" w:type="dxa"/>
            <w:shd w:val="clear" w:color="auto" w:fill="015A41"/>
            <w:tcMar>
              <w:top w:w="70" w:type="dxa"/>
              <w:left w:w="70" w:type="dxa"/>
              <w:bottom w:w="70" w:type="dxa"/>
              <w:right w:w="70" w:type="dxa"/>
            </w:tcMar>
          </w:tcPr>
          <w:p w14:paraId="20E70BFE" w14:textId="77777777" w:rsidR="00686453" w:rsidRPr="003F0D1D" w:rsidRDefault="00D95FB4">
            <w:pPr>
              <w:rPr>
                <w:szCs w:val="24"/>
              </w:rPr>
            </w:pPr>
            <w:r w:rsidRPr="003F0D1D">
              <w:rPr>
                <w:b/>
                <w:color w:val="FFFFFF"/>
                <w:szCs w:val="24"/>
              </w:rPr>
              <w:t>Owner / Due</w:t>
            </w:r>
          </w:p>
        </w:tc>
        <w:tc>
          <w:tcPr>
            <w:tcW w:w="2592" w:type="dxa"/>
            <w:shd w:val="clear" w:color="auto" w:fill="015A41"/>
            <w:tcMar>
              <w:top w:w="70" w:type="dxa"/>
              <w:left w:w="70" w:type="dxa"/>
              <w:bottom w:w="70" w:type="dxa"/>
              <w:right w:w="70" w:type="dxa"/>
            </w:tcMar>
          </w:tcPr>
          <w:p w14:paraId="5AC3DE2C" w14:textId="77777777" w:rsidR="00686453" w:rsidRPr="003F0D1D" w:rsidRDefault="00D95FB4">
            <w:pPr>
              <w:rPr>
                <w:szCs w:val="24"/>
              </w:rPr>
            </w:pPr>
            <w:r w:rsidRPr="003F0D1D">
              <w:rPr>
                <w:b/>
                <w:color w:val="FFFFFF"/>
                <w:szCs w:val="24"/>
              </w:rPr>
              <w:t>Completion</w:t>
            </w:r>
          </w:p>
        </w:tc>
      </w:tr>
      <w:tr w:rsidR="00686453" w14:paraId="3C97C587" w14:textId="77777777" w:rsidTr="003F0D1D">
        <w:trPr>
          <w:cantSplit/>
          <w:jc w:val="center"/>
        </w:trPr>
        <w:tc>
          <w:tcPr>
            <w:tcW w:w="2592" w:type="dxa"/>
            <w:tcMar>
              <w:top w:w="70" w:type="dxa"/>
              <w:left w:w="70" w:type="dxa"/>
              <w:bottom w:w="70" w:type="dxa"/>
              <w:right w:w="70" w:type="dxa"/>
            </w:tcMar>
          </w:tcPr>
          <w:p w14:paraId="563B999B" w14:textId="77777777" w:rsidR="00686453" w:rsidRPr="003F0D1D" w:rsidRDefault="00D95FB4">
            <w:pPr>
              <w:rPr>
                <w:szCs w:val="24"/>
              </w:rPr>
            </w:pPr>
            <w:r w:rsidRPr="003F0D1D">
              <w:rPr>
                <w:b/>
                <w:color w:val="015A41"/>
                <w:szCs w:val="24"/>
              </w:rPr>
              <w:t>&lt;Finding&gt;</w:t>
            </w:r>
          </w:p>
        </w:tc>
        <w:tc>
          <w:tcPr>
            <w:tcW w:w="2592" w:type="dxa"/>
            <w:tcMar>
              <w:top w:w="70" w:type="dxa"/>
              <w:left w:w="70" w:type="dxa"/>
              <w:bottom w:w="70" w:type="dxa"/>
              <w:right w:w="70" w:type="dxa"/>
            </w:tcMar>
          </w:tcPr>
          <w:p w14:paraId="4780B390" w14:textId="77777777" w:rsidR="00686453" w:rsidRPr="003F0D1D" w:rsidRDefault="00D95FB4">
            <w:pPr>
              <w:rPr>
                <w:szCs w:val="24"/>
              </w:rPr>
            </w:pPr>
            <w:r w:rsidRPr="003F0D1D">
              <w:rPr>
                <w:szCs w:val="24"/>
              </w:rPr>
              <w:t>&lt;Corrective action&gt;</w:t>
            </w:r>
          </w:p>
        </w:tc>
        <w:tc>
          <w:tcPr>
            <w:tcW w:w="2592" w:type="dxa"/>
            <w:tcMar>
              <w:top w:w="70" w:type="dxa"/>
              <w:left w:w="70" w:type="dxa"/>
              <w:bottom w:w="70" w:type="dxa"/>
              <w:right w:w="70" w:type="dxa"/>
            </w:tcMar>
          </w:tcPr>
          <w:p w14:paraId="2F757680" w14:textId="77777777" w:rsidR="00686453" w:rsidRPr="003F0D1D" w:rsidRDefault="00D95FB4">
            <w:pPr>
              <w:rPr>
                <w:szCs w:val="24"/>
              </w:rPr>
            </w:pPr>
            <w:r w:rsidRPr="003F0D1D">
              <w:rPr>
                <w:szCs w:val="24"/>
              </w:rPr>
              <w:t>&lt;Owner / due date&gt;</w:t>
            </w:r>
          </w:p>
        </w:tc>
        <w:tc>
          <w:tcPr>
            <w:tcW w:w="2592" w:type="dxa"/>
            <w:tcMar>
              <w:top w:w="70" w:type="dxa"/>
              <w:left w:w="70" w:type="dxa"/>
              <w:bottom w:w="70" w:type="dxa"/>
              <w:right w:w="70" w:type="dxa"/>
            </w:tcMar>
          </w:tcPr>
          <w:p w14:paraId="484FE883" w14:textId="77777777" w:rsidR="00686453" w:rsidRPr="003F0D1D" w:rsidRDefault="00D95FB4">
            <w:pPr>
              <w:rPr>
                <w:szCs w:val="24"/>
              </w:rPr>
            </w:pPr>
            <w:r w:rsidRPr="003F0D1D">
              <w:rPr>
                <w:szCs w:val="24"/>
              </w:rPr>
              <w:t>&lt;Completion evidence&gt;</w:t>
            </w:r>
          </w:p>
        </w:tc>
      </w:tr>
      <w:tr w:rsidR="00686453" w14:paraId="1753FB39" w14:textId="77777777" w:rsidTr="003F0D1D">
        <w:trPr>
          <w:cantSplit/>
          <w:jc w:val="center"/>
        </w:trPr>
        <w:tc>
          <w:tcPr>
            <w:tcW w:w="2592" w:type="dxa"/>
            <w:tcMar>
              <w:top w:w="70" w:type="dxa"/>
              <w:left w:w="70" w:type="dxa"/>
              <w:bottom w:w="70" w:type="dxa"/>
              <w:right w:w="70" w:type="dxa"/>
            </w:tcMar>
          </w:tcPr>
          <w:p w14:paraId="2581A103" w14:textId="77777777" w:rsidR="00686453" w:rsidRPr="003F0D1D" w:rsidRDefault="00686453">
            <w:pPr>
              <w:rPr>
                <w:szCs w:val="24"/>
              </w:rPr>
            </w:pPr>
          </w:p>
        </w:tc>
        <w:tc>
          <w:tcPr>
            <w:tcW w:w="2592" w:type="dxa"/>
            <w:tcMar>
              <w:top w:w="70" w:type="dxa"/>
              <w:left w:w="70" w:type="dxa"/>
              <w:bottom w:w="70" w:type="dxa"/>
              <w:right w:w="70" w:type="dxa"/>
            </w:tcMar>
          </w:tcPr>
          <w:p w14:paraId="790AC92D" w14:textId="77777777" w:rsidR="00686453" w:rsidRPr="003F0D1D" w:rsidRDefault="00686453">
            <w:pPr>
              <w:rPr>
                <w:szCs w:val="24"/>
              </w:rPr>
            </w:pPr>
          </w:p>
        </w:tc>
        <w:tc>
          <w:tcPr>
            <w:tcW w:w="2592" w:type="dxa"/>
            <w:tcMar>
              <w:top w:w="70" w:type="dxa"/>
              <w:left w:w="70" w:type="dxa"/>
              <w:bottom w:w="70" w:type="dxa"/>
              <w:right w:w="70" w:type="dxa"/>
            </w:tcMar>
          </w:tcPr>
          <w:p w14:paraId="2DD4C26D" w14:textId="77777777" w:rsidR="00686453" w:rsidRPr="003F0D1D" w:rsidRDefault="00686453">
            <w:pPr>
              <w:rPr>
                <w:szCs w:val="24"/>
              </w:rPr>
            </w:pPr>
          </w:p>
        </w:tc>
        <w:tc>
          <w:tcPr>
            <w:tcW w:w="2592" w:type="dxa"/>
            <w:tcMar>
              <w:top w:w="70" w:type="dxa"/>
              <w:left w:w="70" w:type="dxa"/>
              <w:bottom w:w="70" w:type="dxa"/>
              <w:right w:w="70" w:type="dxa"/>
            </w:tcMar>
          </w:tcPr>
          <w:p w14:paraId="5633ABD5" w14:textId="77777777" w:rsidR="00686453" w:rsidRPr="003F0D1D" w:rsidRDefault="00686453">
            <w:pPr>
              <w:rPr>
                <w:szCs w:val="24"/>
              </w:rPr>
            </w:pPr>
          </w:p>
        </w:tc>
      </w:tr>
      <w:tr w:rsidR="00686453" w14:paraId="3A519920" w14:textId="77777777" w:rsidTr="003F0D1D">
        <w:trPr>
          <w:cantSplit/>
          <w:jc w:val="center"/>
        </w:trPr>
        <w:tc>
          <w:tcPr>
            <w:tcW w:w="2592" w:type="dxa"/>
            <w:tcMar>
              <w:top w:w="70" w:type="dxa"/>
              <w:left w:w="70" w:type="dxa"/>
              <w:bottom w:w="70" w:type="dxa"/>
              <w:right w:w="70" w:type="dxa"/>
            </w:tcMar>
          </w:tcPr>
          <w:p w14:paraId="0BD98251" w14:textId="77777777" w:rsidR="00686453" w:rsidRPr="003F0D1D" w:rsidRDefault="00686453">
            <w:pPr>
              <w:rPr>
                <w:szCs w:val="24"/>
              </w:rPr>
            </w:pPr>
          </w:p>
        </w:tc>
        <w:tc>
          <w:tcPr>
            <w:tcW w:w="2592" w:type="dxa"/>
            <w:tcMar>
              <w:top w:w="70" w:type="dxa"/>
              <w:left w:w="70" w:type="dxa"/>
              <w:bottom w:w="70" w:type="dxa"/>
              <w:right w:w="70" w:type="dxa"/>
            </w:tcMar>
          </w:tcPr>
          <w:p w14:paraId="32691147" w14:textId="77777777" w:rsidR="00686453" w:rsidRPr="003F0D1D" w:rsidRDefault="00686453">
            <w:pPr>
              <w:rPr>
                <w:szCs w:val="24"/>
              </w:rPr>
            </w:pPr>
          </w:p>
        </w:tc>
        <w:tc>
          <w:tcPr>
            <w:tcW w:w="2592" w:type="dxa"/>
            <w:tcMar>
              <w:top w:w="70" w:type="dxa"/>
              <w:left w:w="70" w:type="dxa"/>
              <w:bottom w:w="70" w:type="dxa"/>
              <w:right w:w="70" w:type="dxa"/>
            </w:tcMar>
          </w:tcPr>
          <w:p w14:paraId="03C89EF2" w14:textId="77777777" w:rsidR="00686453" w:rsidRPr="003F0D1D" w:rsidRDefault="00686453">
            <w:pPr>
              <w:rPr>
                <w:szCs w:val="24"/>
              </w:rPr>
            </w:pPr>
          </w:p>
        </w:tc>
        <w:tc>
          <w:tcPr>
            <w:tcW w:w="2592" w:type="dxa"/>
            <w:tcMar>
              <w:top w:w="70" w:type="dxa"/>
              <w:left w:w="70" w:type="dxa"/>
              <w:bottom w:w="70" w:type="dxa"/>
              <w:right w:w="70" w:type="dxa"/>
            </w:tcMar>
          </w:tcPr>
          <w:p w14:paraId="42866EB3" w14:textId="77777777" w:rsidR="00686453" w:rsidRPr="003F0D1D" w:rsidRDefault="00686453">
            <w:pPr>
              <w:rPr>
                <w:szCs w:val="24"/>
              </w:rPr>
            </w:pPr>
          </w:p>
        </w:tc>
      </w:tr>
    </w:tbl>
    <w:p w14:paraId="676C4121" w14:textId="77777777" w:rsidR="00686453" w:rsidRDefault="00686453">
      <w:pPr>
        <w:spacing w:after="0"/>
      </w:pP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rsidRPr="00341C05" w14:paraId="393C1F94" w14:textId="77777777">
        <w:trPr>
          <w:jc w:val="center"/>
        </w:trPr>
        <w:tc>
          <w:tcPr>
            <w:tcW w:w="10282" w:type="dxa"/>
            <w:shd w:val="clear" w:color="auto" w:fill="EAF3EF"/>
            <w:tcMar>
              <w:top w:w="100" w:type="dxa"/>
              <w:left w:w="130" w:type="dxa"/>
              <w:bottom w:w="100" w:type="dxa"/>
              <w:right w:w="130" w:type="dxa"/>
            </w:tcMar>
          </w:tcPr>
          <w:p w14:paraId="3F0B8D65" w14:textId="77777777" w:rsidR="00686453" w:rsidRPr="00341C05" w:rsidRDefault="00D95FB4">
            <w:pPr>
              <w:spacing w:after="0"/>
              <w:rPr>
                <w:sz w:val="20"/>
                <w:szCs w:val="20"/>
              </w:rPr>
            </w:pPr>
            <w:r w:rsidRPr="00341C05">
              <w:rPr>
                <w:b/>
                <w:color w:val="015A41"/>
                <w:sz w:val="20"/>
                <w:szCs w:val="20"/>
              </w:rPr>
              <w:t xml:space="preserve">CMS </w:t>
            </w:r>
            <w:proofErr w:type="gramStart"/>
            <w:r w:rsidRPr="00341C05">
              <w:rPr>
                <w:b/>
                <w:color w:val="015A41"/>
                <w:sz w:val="20"/>
                <w:szCs w:val="20"/>
              </w:rPr>
              <w:t xml:space="preserve">REQUIRED  </w:t>
            </w:r>
            <w:r w:rsidRPr="00341C05">
              <w:rPr>
                <w:sz w:val="20"/>
                <w:szCs w:val="20"/>
              </w:rPr>
              <w:t>The</w:t>
            </w:r>
            <w:proofErr w:type="gramEnd"/>
            <w:r w:rsidRPr="00341C05">
              <w:rPr>
                <w:sz w:val="20"/>
                <w:szCs w:val="20"/>
              </w:rPr>
              <w:t xml:space="preserve"> facility must analyze and maintain documentation of drills, tabletop exercises, and emergency events and revise the emergency plan as needed.</w:t>
            </w:r>
          </w:p>
        </w:tc>
      </w:tr>
    </w:tbl>
    <w:p w14:paraId="529439F8" w14:textId="77777777" w:rsidR="00686453" w:rsidRDefault="00686453">
      <w:pPr>
        <w:spacing w:after="0"/>
      </w:pPr>
    </w:p>
    <w:p w14:paraId="1B80CAB1" w14:textId="77777777" w:rsidR="00686453" w:rsidRDefault="00D95FB4">
      <w:r>
        <w:br w:type="page"/>
      </w:r>
    </w:p>
    <w:p w14:paraId="36ECBBD9" w14:textId="77777777" w:rsidR="00686453" w:rsidRDefault="00D95FB4">
      <w:pPr>
        <w:pStyle w:val="Heading1"/>
        <w:pBdr>
          <w:bottom w:val="single" w:sz="14" w:space="5" w:color="E63B07"/>
        </w:pBdr>
        <w:spacing w:before="140" w:after="140"/>
      </w:pPr>
      <w:r>
        <w:rPr>
          <w:rFonts w:ascii="Arial" w:eastAsia="Arial" w:hAnsi="Arial"/>
        </w:rPr>
        <w:lastRenderedPageBreak/>
        <w:t>14. GLOSSARY</w:t>
      </w:r>
    </w:p>
    <w:tbl>
      <w:tblPr>
        <w:tblW w:w="11232"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4435"/>
        <w:gridCol w:w="6797"/>
      </w:tblGrid>
      <w:tr w:rsidR="00686453" w:rsidRPr="003F0D1D" w14:paraId="7F1AD544" w14:textId="77777777" w:rsidTr="003F0D1D">
        <w:trPr>
          <w:tblHeader/>
          <w:jc w:val="center"/>
        </w:trPr>
        <w:tc>
          <w:tcPr>
            <w:tcW w:w="4435" w:type="dxa"/>
            <w:shd w:val="clear" w:color="auto" w:fill="015A41"/>
            <w:tcMar>
              <w:top w:w="80" w:type="dxa"/>
              <w:left w:w="90" w:type="dxa"/>
              <w:bottom w:w="80" w:type="dxa"/>
              <w:right w:w="90" w:type="dxa"/>
            </w:tcMar>
          </w:tcPr>
          <w:p w14:paraId="32EF3B9D" w14:textId="77777777" w:rsidR="00686453" w:rsidRPr="003F0D1D" w:rsidRDefault="00D95FB4">
            <w:pPr>
              <w:rPr>
                <w:sz w:val="20"/>
                <w:szCs w:val="20"/>
              </w:rPr>
            </w:pPr>
            <w:r w:rsidRPr="003F0D1D">
              <w:rPr>
                <w:b/>
                <w:color w:val="FFFFFF"/>
                <w:sz w:val="20"/>
                <w:szCs w:val="20"/>
              </w:rPr>
              <w:t>Term</w:t>
            </w:r>
          </w:p>
        </w:tc>
        <w:tc>
          <w:tcPr>
            <w:tcW w:w="6797" w:type="dxa"/>
            <w:shd w:val="clear" w:color="auto" w:fill="015A41"/>
            <w:tcMar>
              <w:top w:w="80" w:type="dxa"/>
              <w:left w:w="90" w:type="dxa"/>
              <w:bottom w:w="80" w:type="dxa"/>
              <w:right w:w="90" w:type="dxa"/>
            </w:tcMar>
          </w:tcPr>
          <w:p w14:paraId="1ECED053" w14:textId="77777777" w:rsidR="00686453" w:rsidRPr="003F0D1D" w:rsidRDefault="00D95FB4">
            <w:pPr>
              <w:rPr>
                <w:sz w:val="20"/>
                <w:szCs w:val="20"/>
              </w:rPr>
            </w:pPr>
            <w:r w:rsidRPr="003F0D1D">
              <w:rPr>
                <w:b/>
                <w:color w:val="FFFFFF"/>
                <w:sz w:val="20"/>
                <w:szCs w:val="20"/>
              </w:rPr>
              <w:t>Definition</w:t>
            </w:r>
          </w:p>
        </w:tc>
      </w:tr>
      <w:tr w:rsidR="00686453" w:rsidRPr="003F0D1D" w14:paraId="109710A9" w14:textId="77777777" w:rsidTr="003F0D1D">
        <w:trPr>
          <w:cantSplit/>
          <w:jc w:val="center"/>
        </w:trPr>
        <w:tc>
          <w:tcPr>
            <w:tcW w:w="4435" w:type="dxa"/>
            <w:shd w:val="clear" w:color="auto" w:fill="EAF3EF"/>
            <w:tcMar>
              <w:top w:w="80" w:type="dxa"/>
              <w:left w:w="90" w:type="dxa"/>
              <w:bottom w:w="80" w:type="dxa"/>
              <w:right w:w="90" w:type="dxa"/>
            </w:tcMar>
          </w:tcPr>
          <w:p w14:paraId="43749F18" w14:textId="77777777" w:rsidR="00686453" w:rsidRPr="003F0D1D" w:rsidRDefault="00D95FB4">
            <w:pPr>
              <w:rPr>
                <w:sz w:val="20"/>
                <w:szCs w:val="20"/>
              </w:rPr>
            </w:pPr>
            <w:r w:rsidRPr="003F0D1D">
              <w:rPr>
                <w:b/>
                <w:color w:val="015A41"/>
                <w:sz w:val="20"/>
                <w:szCs w:val="20"/>
              </w:rPr>
              <w:t>All-Hazards Approach</w:t>
            </w:r>
          </w:p>
        </w:tc>
        <w:tc>
          <w:tcPr>
            <w:tcW w:w="6797" w:type="dxa"/>
            <w:shd w:val="clear" w:color="auto" w:fill="FFFFFF"/>
            <w:tcMar>
              <w:top w:w="80" w:type="dxa"/>
              <w:left w:w="90" w:type="dxa"/>
              <w:bottom w:w="80" w:type="dxa"/>
              <w:right w:w="90" w:type="dxa"/>
            </w:tcMar>
          </w:tcPr>
          <w:p w14:paraId="6C082C44" w14:textId="77777777" w:rsidR="00686453" w:rsidRPr="003F0D1D" w:rsidRDefault="00D95FB4">
            <w:pPr>
              <w:rPr>
                <w:sz w:val="20"/>
                <w:szCs w:val="20"/>
              </w:rPr>
            </w:pPr>
            <w:r w:rsidRPr="003F0D1D">
              <w:rPr>
                <w:i/>
                <w:color w:val="66706B"/>
                <w:sz w:val="20"/>
                <w:szCs w:val="20"/>
              </w:rPr>
              <w:t>An integrated preparedness approach focused on capabilities that can address a wide spectrum of natural, human-caused, facility, technology, and emerging infectious disease emergencies.</w:t>
            </w:r>
          </w:p>
        </w:tc>
      </w:tr>
      <w:tr w:rsidR="00686453" w:rsidRPr="003F0D1D" w14:paraId="28991379" w14:textId="77777777" w:rsidTr="003F0D1D">
        <w:trPr>
          <w:cantSplit/>
          <w:jc w:val="center"/>
        </w:trPr>
        <w:tc>
          <w:tcPr>
            <w:tcW w:w="4435" w:type="dxa"/>
            <w:shd w:val="clear" w:color="auto" w:fill="F7FAF8"/>
            <w:tcMar>
              <w:top w:w="80" w:type="dxa"/>
              <w:left w:w="90" w:type="dxa"/>
              <w:bottom w:w="80" w:type="dxa"/>
              <w:right w:w="90" w:type="dxa"/>
            </w:tcMar>
          </w:tcPr>
          <w:p w14:paraId="0E66E2DD" w14:textId="77777777" w:rsidR="00686453" w:rsidRPr="003F0D1D" w:rsidRDefault="00D95FB4">
            <w:pPr>
              <w:rPr>
                <w:sz w:val="20"/>
                <w:szCs w:val="20"/>
              </w:rPr>
            </w:pPr>
            <w:r w:rsidRPr="003F0D1D">
              <w:rPr>
                <w:b/>
                <w:color w:val="015A41"/>
                <w:sz w:val="20"/>
                <w:szCs w:val="20"/>
              </w:rPr>
              <w:t>After-Action Report / Improvement Plan (AAR/IP)</w:t>
            </w:r>
          </w:p>
        </w:tc>
        <w:tc>
          <w:tcPr>
            <w:tcW w:w="6797" w:type="dxa"/>
            <w:shd w:val="clear" w:color="auto" w:fill="FFFFFF"/>
            <w:tcMar>
              <w:top w:w="80" w:type="dxa"/>
              <w:left w:w="90" w:type="dxa"/>
              <w:bottom w:w="80" w:type="dxa"/>
              <w:right w:w="90" w:type="dxa"/>
            </w:tcMar>
          </w:tcPr>
          <w:p w14:paraId="1C19E5FE" w14:textId="77777777" w:rsidR="00686453" w:rsidRPr="003F0D1D" w:rsidRDefault="00D95FB4">
            <w:pPr>
              <w:rPr>
                <w:sz w:val="20"/>
                <w:szCs w:val="20"/>
              </w:rPr>
            </w:pPr>
            <w:r w:rsidRPr="003F0D1D">
              <w:rPr>
                <w:i/>
                <w:color w:val="66706B"/>
                <w:sz w:val="20"/>
                <w:szCs w:val="20"/>
              </w:rPr>
              <w:t>Documentation of strengths, gaps, corrective actions, owners, and improvement activities following an exercise or actual event.</w:t>
            </w:r>
          </w:p>
        </w:tc>
      </w:tr>
      <w:tr w:rsidR="00686453" w:rsidRPr="003F0D1D" w14:paraId="22D8767D" w14:textId="77777777" w:rsidTr="003F0D1D">
        <w:trPr>
          <w:cantSplit/>
          <w:jc w:val="center"/>
        </w:trPr>
        <w:tc>
          <w:tcPr>
            <w:tcW w:w="4435" w:type="dxa"/>
            <w:shd w:val="clear" w:color="auto" w:fill="EAF3EF"/>
            <w:tcMar>
              <w:top w:w="80" w:type="dxa"/>
              <w:left w:w="90" w:type="dxa"/>
              <w:bottom w:w="80" w:type="dxa"/>
              <w:right w:w="90" w:type="dxa"/>
            </w:tcMar>
          </w:tcPr>
          <w:p w14:paraId="138CC667" w14:textId="77777777" w:rsidR="00686453" w:rsidRPr="003F0D1D" w:rsidRDefault="00D95FB4">
            <w:pPr>
              <w:rPr>
                <w:sz w:val="20"/>
                <w:szCs w:val="20"/>
              </w:rPr>
            </w:pPr>
            <w:r w:rsidRPr="003F0D1D">
              <w:rPr>
                <w:b/>
                <w:color w:val="015A41"/>
                <w:sz w:val="20"/>
                <w:szCs w:val="20"/>
              </w:rPr>
              <w:t>Continuity of Operations</w:t>
            </w:r>
          </w:p>
        </w:tc>
        <w:tc>
          <w:tcPr>
            <w:tcW w:w="6797" w:type="dxa"/>
            <w:shd w:val="clear" w:color="auto" w:fill="FFFFFF"/>
            <w:tcMar>
              <w:top w:w="80" w:type="dxa"/>
              <w:left w:w="90" w:type="dxa"/>
              <w:bottom w:w="80" w:type="dxa"/>
              <w:right w:w="90" w:type="dxa"/>
            </w:tcMar>
          </w:tcPr>
          <w:p w14:paraId="1AA40ECC" w14:textId="77777777" w:rsidR="00686453" w:rsidRPr="003F0D1D" w:rsidRDefault="00D95FB4">
            <w:pPr>
              <w:rPr>
                <w:sz w:val="20"/>
                <w:szCs w:val="20"/>
              </w:rPr>
            </w:pPr>
            <w:r w:rsidRPr="003F0D1D">
              <w:rPr>
                <w:i/>
                <w:color w:val="66706B"/>
                <w:sz w:val="20"/>
                <w:szCs w:val="20"/>
              </w:rPr>
              <w:t>Planning to sustain essential functions and services during disruption and restore normal operations.</w:t>
            </w:r>
          </w:p>
        </w:tc>
      </w:tr>
      <w:tr w:rsidR="00686453" w:rsidRPr="003F0D1D" w14:paraId="309AAE53" w14:textId="77777777" w:rsidTr="003F0D1D">
        <w:trPr>
          <w:cantSplit/>
          <w:jc w:val="center"/>
        </w:trPr>
        <w:tc>
          <w:tcPr>
            <w:tcW w:w="4435" w:type="dxa"/>
            <w:shd w:val="clear" w:color="auto" w:fill="F7FAF8"/>
            <w:tcMar>
              <w:top w:w="80" w:type="dxa"/>
              <w:left w:w="90" w:type="dxa"/>
              <w:bottom w:w="80" w:type="dxa"/>
              <w:right w:w="90" w:type="dxa"/>
            </w:tcMar>
          </w:tcPr>
          <w:p w14:paraId="65464CBC" w14:textId="77777777" w:rsidR="00686453" w:rsidRPr="003F0D1D" w:rsidRDefault="00D95FB4">
            <w:pPr>
              <w:rPr>
                <w:sz w:val="20"/>
                <w:szCs w:val="20"/>
              </w:rPr>
            </w:pPr>
            <w:r w:rsidRPr="003F0D1D">
              <w:rPr>
                <w:b/>
                <w:color w:val="015A41"/>
                <w:sz w:val="20"/>
                <w:szCs w:val="20"/>
              </w:rPr>
              <w:t>Delegation of Authority</w:t>
            </w:r>
          </w:p>
        </w:tc>
        <w:tc>
          <w:tcPr>
            <w:tcW w:w="6797" w:type="dxa"/>
            <w:shd w:val="clear" w:color="auto" w:fill="FFFFFF"/>
            <w:tcMar>
              <w:top w:w="80" w:type="dxa"/>
              <w:left w:w="90" w:type="dxa"/>
              <w:bottom w:w="80" w:type="dxa"/>
              <w:right w:w="90" w:type="dxa"/>
            </w:tcMar>
          </w:tcPr>
          <w:p w14:paraId="54FAB265" w14:textId="77777777" w:rsidR="00686453" w:rsidRPr="003F0D1D" w:rsidRDefault="00D95FB4">
            <w:pPr>
              <w:rPr>
                <w:sz w:val="20"/>
                <w:szCs w:val="20"/>
              </w:rPr>
            </w:pPr>
            <w:r w:rsidRPr="003F0D1D">
              <w:rPr>
                <w:i/>
                <w:color w:val="66706B"/>
                <w:sz w:val="20"/>
                <w:szCs w:val="20"/>
              </w:rPr>
              <w:t>Transfer of specified decision-making authority when normal leaders are unavailable or when emergency roles require it.</w:t>
            </w:r>
          </w:p>
        </w:tc>
      </w:tr>
      <w:tr w:rsidR="00686453" w:rsidRPr="003F0D1D" w14:paraId="14655159" w14:textId="77777777" w:rsidTr="003F0D1D">
        <w:trPr>
          <w:cantSplit/>
          <w:jc w:val="center"/>
        </w:trPr>
        <w:tc>
          <w:tcPr>
            <w:tcW w:w="4435" w:type="dxa"/>
            <w:shd w:val="clear" w:color="auto" w:fill="EAF3EF"/>
            <w:tcMar>
              <w:top w:w="80" w:type="dxa"/>
              <w:left w:w="90" w:type="dxa"/>
              <w:bottom w:w="80" w:type="dxa"/>
              <w:right w:w="90" w:type="dxa"/>
            </w:tcMar>
          </w:tcPr>
          <w:p w14:paraId="391E73A1" w14:textId="77777777" w:rsidR="00686453" w:rsidRPr="003F0D1D" w:rsidRDefault="00D95FB4">
            <w:pPr>
              <w:rPr>
                <w:sz w:val="20"/>
                <w:szCs w:val="20"/>
              </w:rPr>
            </w:pPr>
            <w:r w:rsidRPr="003F0D1D">
              <w:rPr>
                <w:b/>
                <w:color w:val="015A41"/>
                <w:sz w:val="20"/>
                <w:szCs w:val="20"/>
              </w:rPr>
              <w:t>Emergency Operations Plan (EOP)</w:t>
            </w:r>
          </w:p>
        </w:tc>
        <w:tc>
          <w:tcPr>
            <w:tcW w:w="6797" w:type="dxa"/>
            <w:shd w:val="clear" w:color="auto" w:fill="FFFFFF"/>
            <w:tcMar>
              <w:top w:w="80" w:type="dxa"/>
              <w:left w:w="90" w:type="dxa"/>
              <w:bottom w:w="80" w:type="dxa"/>
              <w:right w:w="90" w:type="dxa"/>
            </w:tcMar>
          </w:tcPr>
          <w:p w14:paraId="6046BA48" w14:textId="77777777" w:rsidR="00686453" w:rsidRPr="003F0D1D" w:rsidRDefault="00D95FB4">
            <w:pPr>
              <w:rPr>
                <w:sz w:val="20"/>
                <w:szCs w:val="20"/>
              </w:rPr>
            </w:pPr>
            <w:r w:rsidRPr="003F0D1D">
              <w:rPr>
                <w:i/>
                <w:color w:val="66706B"/>
                <w:sz w:val="20"/>
                <w:szCs w:val="20"/>
              </w:rPr>
              <w:t>The facility plan that describes organization-wide emergency preparedness, response, continuity, and recovery.</w:t>
            </w:r>
          </w:p>
        </w:tc>
      </w:tr>
      <w:tr w:rsidR="00686453" w:rsidRPr="003F0D1D" w14:paraId="7751DB96" w14:textId="77777777" w:rsidTr="003F0D1D">
        <w:trPr>
          <w:cantSplit/>
          <w:jc w:val="center"/>
        </w:trPr>
        <w:tc>
          <w:tcPr>
            <w:tcW w:w="4435" w:type="dxa"/>
            <w:shd w:val="clear" w:color="auto" w:fill="F7FAF8"/>
            <w:tcMar>
              <w:top w:w="80" w:type="dxa"/>
              <w:left w:w="90" w:type="dxa"/>
              <w:bottom w:w="80" w:type="dxa"/>
              <w:right w:w="90" w:type="dxa"/>
            </w:tcMar>
          </w:tcPr>
          <w:p w14:paraId="0DEE7A1C" w14:textId="77777777" w:rsidR="00686453" w:rsidRPr="003F0D1D" w:rsidRDefault="00D95FB4">
            <w:pPr>
              <w:rPr>
                <w:sz w:val="20"/>
                <w:szCs w:val="20"/>
              </w:rPr>
            </w:pPr>
            <w:r w:rsidRPr="003F0D1D">
              <w:rPr>
                <w:b/>
                <w:color w:val="015A41"/>
                <w:sz w:val="20"/>
                <w:szCs w:val="20"/>
              </w:rPr>
              <w:t>Hazard Vulnerability Analysis (HVA)</w:t>
            </w:r>
          </w:p>
        </w:tc>
        <w:tc>
          <w:tcPr>
            <w:tcW w:w="6797" w:type="dxa"/>
            <w:shd w:val="clear" w:color="auto" w:fill="FFFFFF"/>
            <w:tcMar>
              <w:top w:w="80" w:type="dxa"/>
              <w:left w:w="90" w:type="dxa"/>
              <w:bottom w:w="80" w:type="dxa"/>
              <w:right w:w="90" w:type="dxa"/>
            </w:tcMar>
          </w:tcPr>
          <w:p w14:paraId="10CF2F2F" w14:textId="77777777" w:rsidR="00686453" w:rsidRPr="003F0D1D" w:rsidRDefault="00D95FB4">
            <w:pPr>
              <w:rPr>
                <w:sz w:val="20"/>
                <w:szCs w:val="20"/>
              </w:rPr>
            </w:pPr>
            <w:r w:rsidRPr="003F0D1D">
              <w:rPr>
                <w:i/>
                <w:color w:val="66706B"/>
                <w:sz w:val="20"/>
                <w:szCs w:val="20"/>
              </w:rPr>
              <w:t>A structured assessment used to identify and prioritize hazards, vulnerabilities, impacts, and preparedness needs.</w:t>
            </w:r>
          </w:p>
        </w:tc>
      </w:tr>
      <w:tr w:rsidR="00686453" w:rsidRPr="003F0D1D" w14:paraId="23A57687" w14:textId="77777777" w:rsidTr="003F0D1D">
        <w:trPr>
          <w:cantSplit/>
          <w:jc w:val="center"/>
        </w:trPr>
        <w:tc>
          <w:tcPr>
            <w:tcW w:w="4435" w:type="dxa"/>
            <w:shd w:val="clear" w:color="auto" w:fill="EAF3EF"/>
            <w:tcMar>
              <w:top w:w="80" w:type="dxa"/>
              <w:left w:w="90" w:type="dxa"/>
              <w:bottom w:w="80" w:type="dxa"/>
              <w:right w:w="90" w:type="dxa"/>
            </w:tcMar>
          </w:tcPr>
          <w:p w14:paraId="1A620E91" w14:textId="77777777" w:rsidR="00686453" w:rsidRPr="003F0D1D" w:rsidRDefault="00D95FB4">
            <w:pPr>
              <w:rPr>
                <w:sz w:val="20"/>
                <w:szCs w:val="20"/>
              </w:rPr>
            </w:pPr>
            <w:r w:rsidRPr="003F0D1D">
              <w:rPr>
                <w:b/>
                <w:color w:val="015A41"/>
                <w:sz w:val="20"/>
                <w:szCs w:val="20"/>
              </w:rPr>
              <w:t>Shelter-in-Place</w:t>
            </w:r>
          </w:p>
        </w:tc>
        <w:tc>
          <w:tcPr>
            <w:tcW w:w="6797" w:type="dxa"/>
            <w:shd w:val="clear" w:color="auto" w:fill="FFFFFF"/>
            <w:tcMar>
              <w:top w:w="80" w:type="dxa"/>
              <w:left w:w="90" w:type="dxa"/>
              <w:bottom w:w="80" w:type="dxa"/>
              <w:right w:w="90" w:type="dxa"/>
            </w:tcMar>
          </w:tcPr>
          <w:p w14:paraId="3ED59AEE" w14:textId="77777777" w:rsidR="00686453" w:rsidRPr="003F0D1D" w:rsidRDefault="00D95FB4">
            <w:pPr>
              <w:rPr>
                <w:sz w:val="20"/>
                <w:szCs w:val="20"/>
              </w:rPr>
            </w:pPr>
            <w:r w:rsidRPr="003F0D1D">
              <w:rPr>
                <w:i/>
                <w:color w:val="66706B"/>
                <w:sz w:val="20"/>
                <w:szCs w:val="20"/>
              </w:rPr>
              <w:t>Remaining in a safe portion of the facility rather than evacuating, with provisions for resident care, staff, utilities, supplies, communication, security, and sanitation.</w:t>
            </w:r>
          </w:p>
        </w:tc>
      </w:tr>
      <w:tr w:rsidR="00686453" w:rsidRPr="003F0D1D" w14:paraId="7430A3B6" w14:textId="77777777" w:rsidTr="003F0D1D">
        <w:trPr>
          <w:cantSplit/>
          <w:jc w:val="center"/>
        </w:trPr>
        <w:tc>
          <w:tcPr>
            <w:tcW w:w="4435" w:type="dxa"/>
            <w:shd w:val="clear" w:color="auto" w:fill="F7FAF8"/>
            <w:tcMar>
              <w:top w:w="80" w:type="dxa"/>
              <w:left w:w="90" w:type="dxa"/>
              <w:bottom w:w="80" w:type="dxa"/>
              <w:right w:w="90" w:type="dxa"/>
            </w:tcMar>
          </w:tcPr>
          <w:p w14:paraId="1DC0D942" w14:textId="77777777" w:rsidR="00686453" w:rsidRPr="003F0D1D" w:rsidRDefault="00D95FB4">
            <w:pPr>
              <w:rPr>
                <w:sz w:val="20"/>
                <w:szCs w:val="20"/>
              </w:rPr>
            </w:pPr>
            <w:r w:rsidRPr="003F0D1D">
              <w:rPr>
                <w:b/>
                <w:color w:val="015A41"/>
                <w:sz w:val="20"/>
                <w:szCs w:val="20"/>
              </w:rPr>
              <w:t>Succession</w:t>
            </w:r>
          </w:p>
        </w:tc>
        <w:tc>
          <w:tcPr>
            <w:tcW w:w="6797" w:type="dxa"/>
            <w:shd w:val="clear" w:color="auto" w:fill="FFFFFF"/>
            <w:tcMar>
              <w:top w:w="80" w:type="dxa"/>
              <w:left w:w="90" w:type="dxa"/>
              <w:bottom w:w="80" w:type="dxa"/>
              <w:right w:w="90" w:type="dxa"/>
            </w:tcMar>
          </w:tcPr>
          <w:p w14:paraId="0A5B8602" w14:textId="77777777" w:rsidR="00686453" w:rsidRPr="003F0D1D" w:rsidRDefault="00D95FB4">
            <w:pPr>
              <w:rPr>
                <w:sz w:val="20"/>
                <w:szCs w:val="20"/>
              </w:rPr>
            </w:pPr>
            <w:r w:rsidRPr="003F0D1D">
              <w:rPr>
                <w:i/>
                <w:color w:val="66706B"/>
                <w:sz w:val="20"/>
                <w:szCs w:val="20"/>
              </w:rPr>
              <w:t>The order in which personnel assume leadership responsibilities when a primary leader is unavailable.</w:t>
            </w:r>
          </w:p>
        </w:tc>
      </w:tr>
    </w:tbl>
    <w:p w14:paraId="090564AC" w14:textId="77777777" w:rsidR="00686453" w:rsidRDefault="00686453">
      <w:pPr>
        <w:spacing w:after="0"/>
      </w:pPr>
    </w:p>
    <w:p w14:paraId="2EF3CF29" w14:textId="77777777" w:rsidR="00686453" w:rsidRDefault="00D95FB4">
      <w:r>
        <w:br w:type="page"/>
      </w:r>
    </w:p>
    <w:p w14:paraId="5A5F25F8" w14:textId="77777777" w:rsidR="00686453" w:rsidRDefault="00D95FB4">
      <w:pPr>
        <w:pStyle w:val="Heading1"/>
        <w:pBdr>
          <w:bottom w:val="single" w:sz="14" w:space="5" w:color="E63B07"/>
        </w:pBdr>
        <w:spacing w:before="140" w:after="140"/>
      </w:pPr>
      <w:r>
        <w:rPr>
          <w:rFonts w:ascii="Arial" w:eastAsia="Arial" w:hAnsi="Arial"/>
        </w:rPr>
        <w:lastRenderedPageBreak/>
        <w:t>15. ACRONYMS</w:t>
      </w:r>
    </w:p>
    <w:tbl>
      <w:tblPr>
        <w:tblW w:w="11232"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616"/>
        <w:gridCol w:w="5616"/>
      </w:tblGrid>
      <w:tr w:rsidR="00686453" w:rsidRPr="003F0D1D" w14:paraId="410AE470" w14:textId="77777777" w:rsidTr="003F0D1D">
        <w:trPr>
          <w:tblHeader/>
          <w:jc w:val="center"/>
        </w:trPr>
        <w:tc>
          <w:tcPr>
            <w:tcW w:w="5616" w:type="dxa"/>
            <w:shd w:val="clear" w:color="auto" w:fill="015A41"/>
            <w:tcMar>
              <w:top w:w="80" w:type="dxa"/>
              <w:left w:w="90" w:type="dxa"/>
              <w:bottom w:w="80" w:type="dxa"/>
              <w:right w:w="90" w:type="dxa"/>
            </w:tcMar>
          </w:tcPr>
          <w:p w14:paraId="0F407F47" w14:textId="77777777" w:rsidR="00686453" w:rsidRPr="003F0D1D" w:rsidRDefault="00D95FB4">
            <w:pPr>
              <w:rPr>
                <w:sz w:val="20"/>
                <w:szCs w:val="20"/>
              </w:rPr>
            </w:pPr>
            <w:r w:rsidRPr="003F0D1D">
              <w:rPr>
                <w:b/>
                <w:color w:val="FFFFFF"/>
                <w:sz w:val="20"/>
                <w:szCs w:val="20"/>
              </w:rPr>
              <w:t>Acronym</w:t>
            </w:r>
          </w:p>
        </w:tc>
        <w:tc>
          <w:tcPr>
            <w:tcW w:w="5616" w:type="dxa"/>
            <w:shd w:val="clear" w:color="auto" w:fill="015A41"/>
            <w:tcMar>
              <w:top w:w="80" w:type="dxa"/>
              <w:left w:w="90" w:type="dxa"/>
              <w:bottom w:w="80" w:type="dxa"/>
              <w:right w:w="90" w:type="dxa"/>
            </w:tcMar>
          </w:tcPr>
          <w:p w14:paraId="385F74A6" w14:textId="77777777" w:rsidR="00686453" w:rsidRPr="003F0D1D" w:rsidRDefault="00D95FB4">
            <w:pPr>
              <w:rPr>
                <w:sz w:val="20"/>
                <w:szCs w:val="20"/>
              </w:rPr>
            </w:pPr>
            <w:r w:rsidRPr="003F0D1D">
              <w:rPr>
                <w:b/>
                <w:color w:val="FFFFFF"/>
                <w:sz w:val="20"/>
                <w:szCs w:val="20"/>
              </w:rPr>
              <w:t>Meaning</w:t>
            </w:r>
          </w:p>
        </w:tc>
      </w:tr>
      <w:tr w:rsidR="00686453" w:rsidRPr="003F0D1D" w14:paraId="0279CB5C" w14:textId="77777777" w:rsidTr="003F0D1D">
        <w:trPr>
          <w:cantSplit/>
          <w:jc w:val="center"/>
        </w:trPr>
        <w:tc>
          <w:tcPr>
            <w:tcW w:w="5616" w:type="dxa"/>
            <w:shd w:val="clear" w:color="auto" w:fill="EAF3EF"/>
            <w:tcMar>
              <w:top w:w="80" w:type="dxa"/>
              <w:left w:w="90" w:type="dxa"/>
              <w:bottom w:w="80" w:type="dxa"/>
              <w:right w:w="90" w:type="dxa"/>
            </w:tcMar>
          </w:tcPr>
          <w:p w14:paraId="59EA7840" w14:textId="77777777" w:rsidR="00686453" w:rsidRPr="003F0D1D" w:rsidRDefault="00D95FB4">
            <w:pPr>
              <w:rPr>
                <w:sz w:val="20"/>
                <w:szCs w:val="20"/>
              </w:rPr>
            </w:pPr>
            <w:r w:rsidRPr="003F0D1D">
              <w:rPr>
                <w:b/>
                <w:color w:val="015A41"/>
                <w:sz w:val="20"/>
                <w:szCs w:val="20"/>
              </w:rPr>
              <w:t>AAR/IP</w:t>
            </w:r>
          </w:p>
        </w:tc>
        <w:tc>
          <w:tcPr>
            <w:tcW w:w="5616" w:type="dxa"/>
            <w:shd w:val="clear" w:color="auto" w:fill="FFFFFF"/>
            <w:tcMar>
              <w:top w:w="80" w:type="dxa"/>
              <w:left w:w="90" w:type="dxa"/>
              <w:bottom w:w="80" w:type="dxa"/>
              <w:right w:w="90" w:type="dxa"/>
            </w:tcMar>
          </w:tcPr>
          <w:p w14:paraId="131407BE" w14:textId="77777777" w:rsidR="00686453" w:rsidRPr="003F0D1D" w:rsidRDefault="00D95FB4">
            <w:pPr>
              <w:rPr>
                <w:sz w:val="20"/>
                <w:szCs w:val="20"/>
              </w:rPr>
            </w:pPr>
            <w:r w:rsidRPr="003F0D1D">
              <w:rPr>
                <w:i/>
                <w:color w:val="66706B"/>
                <w:sz w:val="20"/>
                <w:szCs w:val="20"/>
              </w:rPr>
              <w:t>After-Action Report / Improvement Plan</w:t>
            </w:r>
          </w:p>
        </w:tc>
      </w:tr>
      <w:tr w:rsidR="00686453" w:rsidRPr="003F0D1D" w14:paraId="2268EDD7" w14:textId="77777777" w:rsidTr="003F0D1D">
        <w:trPr>
          <w:cantSplit/>
          <w:jc w:val="center"/>
        </w:trPr>
        <w:tc>
          <w:tcPr>
            <w:tcW w:w="5616" w:type="dxa"/>
            <w:shd w:val="clear" w:color="auto" w:fill="F7FAF8"/>
            <w:tcMar>
              <w:top w:w="80" w:type="dxa"/>
              <w:left w:w="90" w:type="dxa"/>
              <w:bottom w:w="80" w:type="dxa"/>
              <w:right w:w="90" w:type="dxa"/>
            </w:tcMar>
          </w:tcPr>
          <w:p w14:paraId="157B38E7" w14:textId="77777777" w:rsidR="00686453" w:rsidRPr="003F0D1D" w:rsidRDefault="00D95FB4">
            <w:pPr>
              <w:rPr>
                <w:sz w:val="20"/>
                <w:szCs w:val="20"/>
              </w:rPr>
            </w:pPr>
            <w:r w:rsidRPr="003F0D1D">
              <w:rPr>
                <w:b/>
                <w:color w:val="015A41"/>
                <w:sz w:val="20"/>
                <w:szCs w:val="20"/>
              </w:rPr>
              <w:t>AHJ</w:t>
            </w:r>
          </w:p>
        </w:tc>
        <w:tc>
          <w:tcPr>
            <w:tcW w:w="5616" w:type="dxa"/>
            <w:shd w:val="clear" w:color="auto" w:fill="FFFFFF"/>
            <w:tcMar>
              <w:top w:w="80" w:type="dxa"/>
              <w:left w:w="90" w:type="dxa"/>
              <w:bottom w:w="80" w:type="dxa"/>
              <w:right w:w="90" w:type="dxa"/>
            </w:tcMar>
          </w:tcPr>
          <w:p w14:paraId="3342BD67" w14:textId="77777777" w:rsidR="00686453" w:rsidRPr="003F0D1D" w:rsidRDefault="00D95FB4">
            <w:pPr>
              <w:rPr>
                <w:sz w:val="20"/>
                <w:szCs w:val="20"/>
              </w:rPr>
            </w:pPr>
            <w:r w:rsidRPr="003F0D1D">
              <w:rPr>
                <w:i/>
                <w:color w:val="66706B"/>
                <w:sz w:val="20"/>
                <w:szCs w:val="20"/>
              </w:rPr>
              <w:t>Authority Having Jurisdiction</w:t>
            </w:r>
          </w:p>
        </w:tc>
      </w:tr>
      <w:tr w:rsidR="00686453" w:rsidRPr="003F0D1D" w14:paraId="014D0AEE" w14:textId="77777777" w:rsidTr="003F0D1D">
        <w:trPr>
          <w:cantSplit/>
          <w:jc w:val="center"/>
        </w:trPr>
        <w:tc>
          <w:tcPr>
            <w:tcW w:w="5616" w:type="dxa"/>
            <w:shd w:val="clear" w:color="auto" w:fill="EAF3EF"/>
            <w:tcMar>
              <w:top w:w="80" w:type="dxa"/>
              <w:left w:w="90" w:type="dxa"/>
              <w:bottom w:w="80" w:type="dxa"/>
              <w:right w:w="90" w:type="dxa"/>
            </w:tcMar>
          </w:tcPr>
          <w:p w14:paraId="2E790748" w14:textId="77777777" w:rsidR="00686453" w:rsidRPr="003F0D1D" w:rsidRDefault="00D95FB4">
            <w:pPr>
              <w:rPr>
                <w:sz w:val="20"/>
                <w:szCs w:val="20"/>
              </w:rPr>
            </w:pPr>
            <w:r w:rsidRPr="003F0D1D">
              <w:rPr>
                <w:b/>
                <w:color w:val="015A41"/>
                <w:sz w:val="20"/>
                <w:szCs w:val="20"/>
              </w:rPr>
              <w:t>CCN</w:t>
            </w:r>
          </w:p>
        </w:tc>
        <w:tc>
          <w:tcPr>
            <w:tcW w:w="5616" w:type="dxa"/>
            <w:shd w:val="clear" w:color="auto" w:fill="FFFFFF"/>
            <w:tcMar>
              <w:top w:w="80" w:type="dxa"/>
              <w:left w:w="90" w:type="dxa"/>
              <w:bottom w:w="80" w:type="dxa"/>
              <w:right w:w="90" w:type="dxa"/>
            </w:tcMar>
          </w:tcPr>
          <w:p w14:paraId="74191524" w14:textId="77777777" w:rsidR="00686453" w:rsidRPr="003F0D1D" w:rsidRDefault="00D95FB4">
            <w:pPr>
              <w:rPr>
                <w:sz w:val="20"/>
                <w:szCs w:val="20"/>
              </w:rPr>
            </w:pPr>
            <w:r w:rsidRPr="003F0D1D">
              <w:rPr>
                <w:i/>
                <w:color w:val="66706B"/>
                <w:sz w:val="20"/>
                <w:szCs w:val="20"/>
              </w:rPr>
              <w:t>CMS Certification Number</w:t>
            </w:r>
          </w:p>
        </w:tc>
      </w:tr>
      <w:tr w:rsidR="00686453" w:rsidRPr="003F0D1D" w14:paraId="51B07CF7" w14:textId="77777777" w:rsidTr="003F0D1D">
        <w:trPr>
          <w:cantSplit/>
          <w:jc w:val="center"/>
        </w:trPr>
        <w:tc>
          <w:tcPr>
            <w:tcW w:w="5616" w:type="dxa"/>
            <w:shd w:val="clear" w:color="auto" w:fill="F7FAF8"/>
            <w:tcMar>
              <w:top w:w="80" w:type="dxa"/>
              <w:left w:w="90" w:type="dxa"/>
              <w:bottom w:w="80" w:type="dxa"/>
              <w:right w:w="90" w:type="dxa"/>
            </w:tcMar>
          </w:tcPr>
          <w:p w14:paraId="03A901E4" w14:textId="77777777" w:rsidR="00686453" w:rsidRPr="003F0D1D" w:rsidRDefault="00D95FB4">
            <w:pPr>
              <w:rPr>
                <w:sz w:val="20"/>
                <w:szCs w:val="20"/>
              </w:rPr>
            </w:pPr>
            <w:r w:rsidRPr="003F0D1D">
              <w:rPr>
                <w:b/>
                <w:color w:val="015A41"/>
                <w:sz w:val="20"/>
                <w:szCs w:val="20"/>
              </w:rPr>
              <w:t>CMS</w:t>
            </w:r>
          </w:p>
        </w:tc>
        <w:tc>
          <w:tcPr>
            <w:tcW w:w="5616" w:type="dxa"/>
            <w:shd w:val="clear" w:color="auto" w:fill="FFFFFF"/>
            <w:tcMar>
              <w:top w:w="80" w:type="dxa"/>
              <w:left w:w="90" w:type="dxa"/>
              <w:bottom w:w="80" w:type="dxa"/>
              <w:right w:w="90" w:type="dxa"/>
            </w:tcMar>
          </w:tcPr>
          <w:p w14:paraId="05BA2880" w14:textId="77777777" w:rsidR="00686453" w:rsidRPr="003F0D1D" w:rsidRDefault="00D95FB4">
            <w:pPr>
              <w:rPr>
                <w:sz w:val="20"/>
                <w:szCs w:val="20"/>
              </w:rPr>
            </w:pPr>
            <w:r w:rsidRPr="003F0D1D">
              <w:rPr>
                <w:i/>
                <w:color w:val="66706B"/>
                <w:sz w:val="20"/>
                <w:szCs w:val="20"/>
              </w:rPr>
              <w:t>Centers for Medicare &amp; Medicaid Services</w:t>
            </w:r>
          </w:p>
        </w:tc>
      </w:tr>
      <w:tr w:rsidR="00686453" w:rsidRPr="003F0D1D" w14:paraId="6E557203" w14:textId="77777777" w:rsidTr="003F0D1D">
        <w:trPr>
          <w:cantSplit/>
          <w:jc w:val="center"/>
        </w:trPr>
        <w:tc>
          <w:tcPr>
            <w:tcW w:w="5616" w:type="dxa"/>
            <w:shd w:val="clear" w:color="auto" w:fill="EAF3EF"/>
            <w:tcMar>
              <w:top w:w="80" w:type="dxa"/>
              <w:left w:w="90" w:type="dxa"/>
              <w:bottom w:w="80" w:type="dxa"/>
              <w:right w:w="90" w:type="dxa"/>
            </w:tcMar>
          </w:tcPr>
          <w:p w14:paraId="7AB6EEB6" w14:textId="77777777" w:rsidR="00686453" w:rsidRPr="003F0D1D" w:rsidRDefault="00D95FB4">
            <w:pPr>
              <w:rPr>
                <w:sz w:val="20"/>
                <w:szCs w:val="20"/>
              </w:rPr>
            </w:pPr>
            <w:r w:rsidRPr="003F0D1D">
              <w:rPr>
                <w:b/>
                <w:color w:val="015A41"/>
                <w:sz w:val="20"/>
                <w:szCs w:val="20"/>
              </w:rPr>
              <w:t>COOP</w:t>
            </w:r>
          </w:p>
        </w:tc>
        <w:tc>
          <w:tcPr>
            <w:tcW w:w="5616" w:type="dxa"/>
            <w:shd w:val="clear" w:color="auto" w:fill="FFFFFF"/>
            <w:tcMar>
              <w:top w:w="80" w:type="dxa"/>
              <w:left w:w="90" w:type="dxa"/>
              <w:bottom w:w="80" w:type="dxa"/>
              <w:right w:w="90" w:type="dxa"/>
            </w:tcMar>
          </w:tcPr>
          <w:p w14:paraId="56F0C8D5" w14:textId="77777777" w:rsidR="00686453" w:rsidRPr="003F0D1D" w:rsidRDefault="00D95FB4">
            <w:pPr>
              <w:rPr>
                <w:sz w:val="20"/>
                <w:szCs w:val="20"/>
              </w:rPr>
            </w:pPr>
            <w:r w:rsidRPr="003F0D1D">
              <w:rPr>
                <w:i/>
                <w:color w:val="66706B"/>
                <w:sz w:val="20"/>
                <w:szCs w:val="20"/>
              </w:rPr>
              <w:t>Continuity of Operations</w:t>
            </w:r>
          </w:p>
        </w:tc>
      </w:tr>
      <w:tr w:rsidR="00686453" w:rsidRPr="003F0D1D" w14:paraId="336DEA6A" w14:textId="77777777" w:rsidTr="003F0D1D">
        <w:trPr>
          <w:cantSplit/>
          <w:jc w:val="center"/>
        </w:trPr>
        <w:tc>
          <w:tcPr>
            <w:tcW w:w="5616" w:type="dxa"/>
            <w:shd w:val="clear" w:color="auto" w:fill="F7FAF8"/>
            <w:tcMar>
              <w:top w:w="80" w:type="dxa"/>
              <w:left w:w="90" w:type="dxa"/>
              <w:bottom w:w="80" w:type="dxa"/>
              <w:right w:w="90" w:type="dxa"/>
            </w:tcMar>
          </w:tcPr>
          <w:p w14:paraId="5F03C6BD" w14:textId="77777777" w:rsidR="00686453" w:rsidRPr="003F0D1D" w:rsidRDefault="00D95FB4">
            <w:pPr>
              <w:rPr>
                <w:sz w:val="20"/>
                <w:szCs w:val="20"/>
              </w:rPr>
            </w:pPr>
            <w:r w:rsidRPr="003F0D1D">
              <w:rPr>
                <w:b/>
                <w:color w:val="015A41"/>
                <w:sz w:val="20"/>
                <w:szCs w:val="20"/>
              </w:rPr>
              <w:t>DLC</w:t>
            </w:r>
          </w:p>
        </w:tc>
        <w:tc>
          <w:tcPr>
            <w:tcW w:w="5616" w:type="dxa"/>
            <w:shd w:val="clear" w:color="auto" w:fill="FFFFFF"/>
            <w:tcMar>
              <w:top w:w="80" w:type="dxa"/>
              <w:left w:w="90" w:type="dxa"/>
              <w:bottom w:w="80" w:type="dxa"/>
              <w:right w:w="90" w:type="dxa"/>
            </w:tcMar>
          </w:tcPr>
          <w:p w14:paraId="2EEC1EFF" w14:textId="77777777" w:rsidR="00686453" w:rsidRPr="003F0D1D" w:rsidRDefault="00D95FB4">
            <w:pPr>
              <w:rPr>
                <w:sz w:val="20"/>
                <w:szCs w:val="20"/>
              </w:rPr>
            </w:pPr>
            <w:r w:rsidRPr="003F0D1D">
              <w:rPr>
                <w:i/>
                <w:color w:val="66706B"/>
                <w:sz w:val="20"/>
                <w:szCs w:val="20"/>
              </w:rPr>
              <w:t>Maine DHHS Division of Licensing &amp; Certification</w:t>
            </w:r>
          </w:p>
        </w:tc>
      </w:tr>
      <w:tr w:rsidR="00686453" w:rsidRPr="003F0D1D" w14:paraId="0B71EB57" w14:textId="77777777" w:rsidTr="003F0D1D">
        <w:trPr>
          <w:cantSplit/>
          <w:jc w:val="center"/>
        </w:trPr>
        <w:tc>
          <w:tcPr>
            <w:tcW w:w="5616" w:type="dxa"/>
            <w:shd w:val="clear" w:color="auto" w:fill="EAF3EF"/>
            <w:tcMar>
              <w:top w:w="80" w:type="dxa"/>
              <w:left w:w="90" w:type="dxa"/>
              <w:bottom w:w="80" w:type="dxa"/>
              <w:right w:w="90" w:type="dxa"/>
            </w:tcMar>
          </w:tcPr>
          <w:p w14:paraId="1AC6ACD1" w14:textId="77777777" w:rsidR="00686453" w:rsidRPr="003F0D1D" w:rsidRDefault="00D95FB4">
            <w:pPr>
              <w:rPr>
                <w:sz w:val="20"/>
                <w:szCs w:val="20"/>
              </w:rPr>
            </w:pPr>
            <w:r w:rsidRPr="003F0D1D">
              <w:rPr>
                <w:b/>
                <w:color w:val="015A41"/>
                <w:sz w:val="20"/>
                <w:szCs w:val="20"/>
              </w:rPr>
              <w:t>EID</w:t>
            </w:r>
          </w:p>
        </w:tc>
        <w:tc>
          <w:tcPr>
            <w:tcW w:w="5616" w:type="dxa"/>
            <w:shd w:val="clear" w:color="auto" w:fill="FFFFFF"/>
            <w:tcMar>
              <w:top w:w="80" w:type="dxa"/>
              <w:left w:w="90" w:type="dxa"/>
              <w:bottom w:w="80" w:type="dxa"/>
              <w:right w:w="90" w:type="dxa"/>
            </w:tcMar>
          </w:tcPr>
          <w:p w14:paraId="52E08C44" w14:textId="77777777" w:rsidR="00686453" w:rsidRPr="003F0D1D" w:rsidRDefault="00D95FB4">
            <w:pPr>
              <w:rPr>
                <w:sz w:val="20"/>
                <w:szCs w:val="20"/>
              </w:rPr>
            </w:pPr>
            <w:r w:rsidRPr="003F0D1D">
              <w:rPr>
                <w:i/>
                <w:color w:val="66706B"/>
                <w:sz w:val="20"/>
                <w:szCs w:val="20"/>
              </w:rPr>
              <w:t>Emerging Infectious Disease</w:t>
            </w:r>
          </w:p>
        </w:tc>
      </w:tr>
      <w:tr w:rsidR="00686453" w:rsidRPr="003F0D1D" w14:paraId="6728614A" w14:textId="77777777" w:rsidTr="003F0D1D">
        <w:trPr>
          <w:cantSplit/>
          <w:jc w:val="center"/>
        </w:trPr>
        <w:tc>
          <w:tcPr>
            <w:tcW w:w="5616" w:type="dxa"/>
            <w:shd w:val="clear" w:color="auto" w:fill="F7FAF8"/>
            <w:tcMar>
              <w:top w:w="80" w:type="dxa"/>
              <w:left w:w="90" w:type="dxa"/>
              <w:bottom w:w="80" w:type="dxa"/>
              <w:right w:w="90" w:type="dxa"/>
            </w:tcMar>
          </w:tcPr>
          <w:p w14:paraId="2C5E2BE5" w14:textId="77777777" w:rsidR="00686453" w:rsidRPr="003F0D1D" w:rsidRDefault="00D95FB4">
            <w:pPr>
              <w:rPr>
                <w:sz w:val="20"/>
                <w:szCs w:val="20"/>
              </w:rPr>
            </w:pPr>
            <w:r w:rsidRPr="003F0D1D">
              <w:rPr>
                <w:b/>
                <w:color w:val="015A41"/>
                <w:sz w:val="20"/>
                <w:szCs w:val="20"/>
              </w:rPr>
              <w:t>EMA</w:t>
            </w:r>
          </w:p>
        </w:tc>
        <w:tc>
          <w:tcPr>
            <w:tcW w:w="5616" w:type="dxa"/>
            <w:shd w:val="clear" w:color="auto" w:fill="FFFFFF"/>
            <w:tcMar>
              <w:top w:w="80" w:type="dxa"/>
              <w:left w:w="90" w:type="dxa"/>
              <w:bottom w:w="80" w:type="dxa"/>
              <w:right w:w="90" w:type="dxa"/>
            </w:tcMar>
          </w:tcPr>
          <w:p w14:paraId="33C6A804" w14:textId="77777777" w:rsidR="00686453" w:rsidRPr="003F0D1D" w:rsidRDefault="00D95FB4">
            <w:pPr>
              <w:rPr>
                <w:sz w:val="20"/>
                <w:szCs w:val="20"/>
              </w:rPr>
            </w:pPr>
            <w:r w:rsidRPr="003F0D1D">
              <w:rPr>
                <w:i/>
                <w:color w:val="66706B"/>
                <w:sz w:val="20"/>
                <w:szCs w:val="20"/>
              </w:rPr>
              <w:t>Emergency Management Agency</w:t>
            </w:r>
          </w:p>
        </w:tc>
      </w:tr>
      <w:tr w:rsidR="00686453" w:rsidRPr="003F0D1D" w14:paraId="24AA85B5" w14:textId="77777777" w:rsidTr="003F0D1D">
        <w:trPr>
          <w:cantSplit/>
          <w:jc w:val="center"/>
        </w:trPr>
        <w:tc>
          <w:tcPr>
            <w:tcW w:w="5616" w:type="dxa"/>
            <w:shd w:val="clear" w:color="auto" w:fill="EAF3EF"/>
            <w:tcMar>
              <w:top w:w="80" w:type="dxa"/>
              <w:left w:w="90" w:type="dxa"/>
              <w:bottom w:w="80" w:type="dxa"/>
              <w:right w:w="90" w:type="dxa"/>
            </w:tcMar>
          </w:tcPr>
          <w:p w14:paraId="13294ACC" w14:textId="77777777" w:rsidR="00686453" w:rsidRPr="003F0D1D" w:rsidRDefault="00D95FB4">
            <w:pPr>
              <w:rPr>
                <w:sz w:val="20"/>
                <w:szCs w:val="20"/>
              </w:rPr>
            </w:pPr>
            <w:r w:rsidRPr="003F0D1D">
              <w:rPr>
                <w:b/>
                <w:color w:val="015A41"/>
                <w:sz w:val="20"/>
                <w:szCs w:val="20"/>
              </w:rPr>
              <w:t>EOP</w:t>
            </w:r>
          </w:p>
        </w:tc>
        <w:tc>
          <w:tcPr>
            <w:tcW w:w="5616" w:type="dxa"/>
            <w:shd w:val="clear" w:color="auto" w:fill="FFFFFF"/>
            <w:tcMar>
              <w:top w:w="80" w:type="dxa"/>
              <w:left w:w="90" w:type="dxa"/>
              <w:bottom w:w="80" w:type="dxa"/>
              <w:right w:w="90" w:type="dxa"/>
            </w:tcMar>
          </w:tcPr>
          <w:p w14:paraId="322731B4" w14:textId="77777777" w:rsidR="00686453" w:rsidRPr="003F0D1D" w:rsidRDefault="00D95FB4">
            <w:pPr>
              <w:rPr>
                <w:sz w:val="20"/>
                <w:szCs w:val="20"/>
              </w:rPr>
            </w:pPr>
            <w:r w:rsidRPr="003F0D1D">
              <w:rPr>
                <w:i/>
                <w:color w:val="66706B"/>
                <w:sz w:val="20"/>
                <w:szCs w:val="20"/>
              </w:rPr>
              <w:t>Emergency Operations Plan</w:t>
            </w:r>
          </w:p>
        </w:tc>
      </w:tr>
      <w:tr w:rsidR="00686453" w:rsidRPr="003F0D1D" w14:paraId="1FCA8CFA" w14:textId="77777777" w:rsidTr="003F0D1D">
        <w:trPr>
          <w:cantSplit/>
          <w:jc w:val="center"/>
        </w:trPr>
        <w:tc>
          <w:tcPr>
            <w:tcW w:w="5616" w:type="dxa"/>
            <w:shd w:val="clear" w:color="auto" w:fill="F7FAF8"/>
            <w:tcMar>
              <w:top w:w="80" w:type="dxa"/>
              <w:left w:w="90" w:type="dxa"/>
              <w:bottom w:w="80" w:type="dxa"/>
              <w:right w:w="90" w:type="dxa"/>
            </w:tcMar>
          </w:tcPr>
          <w:p w14:paraId="3CD836E3" w14:textId="77777777" w:rsidR="00686453" w:rsidRPr="003F0D1D" w:rsidRDefault="00D95FB4">
            <w:pPr>
              <w:rPr>
                <w:sz w:val="20"/>
                <w:szCs w:val="20"/>
              </w:rPr>
            </w:pPr>
            <w:r w:rsidRPr="003F0D1D">
              <w:rPr>
                <w:b/>
                <w:color w:val="015A41"/>
                <w:sz w:val="20"/>
                <w:szCs w:val="20"/>
              </w:rPr>
              <w:t>FMO</w:t>
            </w:r>
          </w:p>
        </w:tc>
        <w:tc>
          <w:tcPr>
            <w:tcW w:w="5616" w:type="dxa"/>
            <w:shd w:val="clear" w:color="auto" w:fill="FFFFFF"/>
            <w:tcMar>
              <w:top w:w="80" w:type="dxa"/>
              <w:left w:w="90" w:type="dxa"/>
              <w:bottom w:w="80" w:type="dxa"/>
              <w:right w:w="90" w:type="dxa"/>
            </w:tcMar>
          </w:tcPr>
          <w:p w14:paraId="4DBE7CE7" w14:textId="77777777" w:rsidR="00686453" w:rsidRPr="003F0D1D" w:rsidRDefault="00D95FB4">
            <w:pPr>
              <w:rPr>
                <w:sz w:val="20"/>
                <w:szCs w:val="20"/>
              </w:rPr>
            </w:pPr>
            <w:r w:rsidRPr="003F0D1D">
              <w:rPr>
                <w:i/>
                <w:color w:val="66706B"/>
                <w:sz w:val="20"/>
                <w:szCs w:val="20"/>
              </w:rPr>
              <w:t>Maine Office of State Fire Marshal</w:t>
            </w:r>
          </w:p>
        </w:tc>
      </w:tr>
      <w:tr w:rsidR="00686453" w:rsidRPr="003F0D1D" w14:paraId="72A1E754" w14:textId="77777777" w:rsidTr="003F0D1D">
        <w:trPr>
          <w:cantSplit/>
          <w:jc w:val="center"/>
        </w:trPr>
        <w:tc>
          <w:tcPr>
            <w:tcW w:w="5616" w:type="dxa"/>
            <w:shd w:val="clear" w:color="auto" w:fill="EAF3EF"/>
            <w:tcMar>
              <w:top w:w="80" w:type="dxa"/>
              <w:left w:w="90" w:type="dxa"/>
              <w:bottom w:w="80" w:type="dxa"/>
              <w:right w:w="90" w:type="dxa"/>
            </w:tcMar>
          </w:tcPr>
          <w:p w14:paraId="388F0B3E" w14:textId="77777777" w:rsidR="00686453" w:rsidRPr="003F0D1D" w:rsidRDefault="00D95FB4">
            <w:pPr>
              <w:rPr>
                <w:sz w:val="20"/>
                <w:szCs w:val="20"/>
              </w:rPr>
            </w:pPr>
            <w:r w:rsidRPr="003F0D1D">
              <w:rPr>
                <w:b/>
                <w:color w:val="015A41"/>
                <w:sz w:val="20"/>
                <w:szCs w:val="20"/>
              </w:rPr>
              <w:t>HCC-ME</w:t>
            </w:r>
          </w:p>
        </w:tc>
        <w:tc>
          <w:tcPr>
            <w:tcW w:w="5616" w:type="dxa"/>
            <w:shd w:val="clear" w:color="auto" w:fill="FFFFFF"/>
            <w:tcMar>
              <w:top w:w="80" w:type="dxa"/>
              <w:left w:w="90" w:type="dxa"/>
              <w:bottom w:w="80" w:type="dxa"/>
              <w:right w:w="90" w:type="dxa"/>
            </w:tcMar>
          </w:tcPr>
          <w:p w14:paraId="62AF1ABE" w14:textId="77777777" w:rsidR="00686453" w:rsidRPr="003F0D1D" w:rsidRDefault="00D95FB4">
            <w:pPr>
              <w:rPr>
                <w:sz w:val="20"/>
                <w:szCs w:val="20"/>
              </w:rPr>
            </w:pPr>
            <w:r w:rsidRPr="003F0D1D">
              <w:rPr>
                <w:i/>
                <w:color w:val="66706B"/>
                <w:sz w:val="20"/>
                <w:szCs w:val="20"/>
              </w:rPr>
              <w:t>Healthcare Coalition of Maine</w:t>
            </w:r>
          </w:p>
        </w:tc>
      </w:tr>
      <w:tr w:rsidR="00686453" w:rsidRPr="003F0D1D" w14:paraId="006F98EF" w14:textId="77777777" w:rsidTr="003F0D1D">
        <w:trPr>
          <w:cantSplit/>
          <w:jc w:val="center"/>
        </w:trPr>
        <w:tc>
          <w:tcPr>
            <w:tcW w:w="5616" w:type="dxa"/>
            <w:shd w:val="clear" w:color="auto" w:fill="F7FAF8"/>
            <w:tcMar>
              <w:top w:w="80" w:type="dxa"/>
              <w:left w:w="90" w:type="dxa"/>
              <w:bottom w:w="80" w:type="dxa"/>
              <w:right w:w="90" w:type="dxa"/>
            </w:tcMar>
          </w:tcPr>
          <w:p w14:paraId="48346878" w14:textId="77777777" w:rsidR="00686453" w:rsidRPr="003F0D1D" w:rsidRDefault="00D95FB4">
            <w:pPr>
              <w:rPr>
                <w:sz w:val="20"/>
                <w:szCs w:val="20"/>
              </w:rPr>
            </w:pPr>
            <w:r w:rsidRPr="003F0D1D">
              <w:rPr>
                <w:b/>
                <w:color w:val="015A41"/>
                <w:sz w:val="20"/>
                <w:szCs w:val="20"/>
              </w:rPr>
              <w:t>HVA</w:t>
            </w:r>
          </w:p>
        </w:tc>
        <w:tc>
          <w:tcPr>
            <w:tcW w:w="5616" w:type="dxa"/>
            <w:shd w:val="clear" w:color="auto" w:fill="FFFFFF"/>
            <w:tcMar>
              <w:top w:w="80" w:type="dxa"/>
              <w:left w:w="90" w:type="dxa"/>
              <w:bottom w:w="80" w:type="dxa"/>
              <w:right w:w="90" w:type="dxa"/>
            </w:tcMar>
          </w:tcPr>
          <w:p w14:paraId="1D988D40" w14:textId="77777777" w:rsidR="00686453" w:rsidRPr="003F0D1D" w:rsidRDefault="00D95FB4">
            <w:pPr>
              <w:rPr>
                <w:sz w:val="20"/>
                <w:szCs w:val="20"/>
              </w:rPr>
            </w:pPr>
            <w:r w:rsidRPr="003F0D1D">
              <w:rPr>
                <w:i/>
                <w:color w:val="66706B"/>
                <w:sz w:val="20"/>
                <w:szCs w:val="20"/>
              </w:rPr>
              <w:t>Hazard Vulnerability Analysis</w:t>
            </w:r>
          </w:p>
        </w:tc>
      </w:tr>
      <w:tr w:rsidR="00686453" w:rsidRPr="003F0D1D" w14:paraId="66EED314" w14:textId="77777777" w:rsidTr="003F0D1D">
        <w:trPr>
          <w:cantSplit/>
          <w:jc w:val="center"/>
        </w:trPr>
        <w:tc>
          <w:tcPr>
            <w:tcW w:w="5616" w:type="dxa"/>
            <w:shd w:val="clear" w:color="auto" w:fill="EAF3EF"/>
            <w:tcMar>
              <w:top w:w="80" w:type="dxa"/>
              <w:left w:w="90" w:type="dxa"/>
              <w:bottom w:w="80" w:type="dxa"/>
              <w:right w:w="90" w:type="dxa"/>
            </w:tcMar>
          </w:tcPr>
          <w:p w14:paraId="544AC3A4" w14:textId="77777777" w:rsidR="00686453" w:rsidRPr="003F0D1D" w:rsidRDefault="00D95FB4">
            <w:pPr>
              <w:rPr>
                <w:sz w:val="20"/>
                <w:szCs w:val="20"/>
              </w:rPr>
            </w:pPr>
            <w:r w:rsidRPr="003F0D1D">
              <w:rPr>
                <w:b/>
                <w:color w:val="015A41"/>
                <w:sz w:val="20"/>
                <w:szCs w:val="20"/>
              </w:rPr>
              <w:t>ICS</w:t>
            </w:r>
          </w:p>
        </w:tc>
        <w:tc>
          <w:tcPr>
            <w:tcW w:w="5616" w:type="dxa"/>
            <w:shd w:val="clear" w:color="auto" w:fill="FFFFFF"/>
            <w:tcMar>
              <w:top w:w="80" w:type="dxa"/>
              <w:left w:w="90" w:type="dxa"/>
              <w:bottom w:w="80" w:type="dxa"/>
              <w:right w:w="90" w:type="dxa"/>
            </w:tcMar>
          </w:tcPr>
          <w:p w14:paraId="53405AF9" w14:textId="77777777" w:rsidR="00686453" w:rsidRPr="003F0D1D" w:rsidRDefault="00D95FB4">
            <w:pPr>
              <w:rPr>
                <w:sz w:val="20"/>
                <w:szCs w:val="20"/>
              </w:rPr>
            </w:pPr>
            <w:r w:rsidRPr="003F0D1D">
              <w:rPr>
                <w:i/>
                <w:color w:val="66706B"/>
                <w:sz w:val="20"/>
                <w:szCs w:val="20"/>
              </w:rPr>
              <w:t>Incident Command System</w:t>
            </w:r>
          </w:p>
        </w:tc>
      </w:tr>
      <w:tr w:rsidR="00686453" w:rsidRPr="003F0D1D" w14:paraId="01EC604C" w14:textId="77777777" w:rsidTr="003F0D1D">
        <w:trPr>
          <w:cantSplit/>
          <w:jc w:val="center"/>
        </w:trPr>
        <w:tc>
          <w:tcPr>
            <w:tcW w:w="5616" w:type="dxa"/>
            <w:shd w:val="clear" w:color="auto" w:fill="F7FAF8"/>
            <w:tcMar>
              <w:top w:w="80" w:type="dxa"/>
              <w:left w:w="90" w:type="dxa"/>
              <w:bottom w:w="80" w:type="dxa"/>
              <w:right w:w="90" w:type="dxa"/>
            </w:tcMar>
          </w:tcPr>
          <w:p w14:paraId="7324912F" w14:textId="77777777" w:rsidR="00686453" w:rsidRPr="003F0D1D" w:rsidRDefault="00D95FB4">
            <w:pPr>
              <w:rPr>
                <w:sz w:val="20"/>
                <w:szCs w:val="20"/>
              </w:rPr>
            </w:pPr>
            <w:r w:rsidRPr="003F0D1D">
              <w:rPr>
                <w:b/>
                <w:color w:val="015A41"/>
                <w:sz w:val="20"/>
                <w:szCs w:val="20"/>
              </w:rPr>
              <w:t>LTC</w:t>
            </w:r>
          </w:p>
        </w:tc>
        <w:tc>
          <w:tcPr>
            <w:tcW w:w="5616" w:type="dxa"/>
            <w:shd w:val="clear" w:color="auto" w:fill="FFFFFF"/>
            <w:tcMar>
              <w:top w:w="80" w:type="dxa"/>
              <w:left w:w="90" w:type="dxa"/>
              <w:bottom w:w="80" w:type="dxa"/>
              <w:right w:w="90" w:type="dxa"/>
            </w:tcMar>
          </w:tcPr>
          <w:p w14:paraId="5CE2BFFE" w14:textId="77777777" w:rsidR="00686453" w:rsidRPr="003F0D1D" w:rsidRDefault="00D95FB4">
            <w:pPr>
              <w:rPr>
                <w:sz w:val="20"/>
                <w:szCs w:val="20"/>
              </w:rPr>
            </w:pPr>
            <w:r w:rsidRPr="003F0D1D">
              <w:rPr>
                <w:i/>
                <w:color w:val="66706B"/>
                <w:sz w:val="20"/>
                <w:szCs w:val="20"/>
              </w:rPr>
              <w:t>Long-Term Care</w:t>
            </w:r>
          </w:p>
        </w:tc>
      </w:tr>
      <w:tr w:rsidR="00686453" w:rsidRPr="003F0D1D" w14:paraId="3340B014" w14:textId="77777777" w:rsidTr="003F0D1D">
        <w:trPr>
          <w:cantSplit/>
          <w:jc w:val="center"/>
        </w:trPr>
        <w:tc>
          <w:tcPr>
            <w:tcW w:w="5616" w:type="dxa"/>
            <w:shd w:val="clear" w:color="auto" w:fill="EAF3EF"/>
            <w:tcMar>
              <w:top w:w="80" w:type="dxa"/>
              <w:left w:w="90" w:type="dxa"/>
              <w:bottom w:w="80" w:type="dxa"/>
              <w:right w:w="90" w:type="dxa"/>
            </w:tcMar>
          </w:tcPr>
          <w:p w14:paraId="64370219" w14:textId="77777777" w:rsidR="00686453" w:rsidRPr="003F0D1D" w:rsidRDefault="00D95FB4">
            <w:pPr>
              <w:rPr>
                <w:sz w:val="20"/>
                <w:szCs w:val="20"/>
              </w:rPr>
            </w:pPr>
            <w:r w:rsidRPr="003F0D1D">
              <w:rPr>
                <w:b/>
                <w:color w:val="015A41"/>
                <w:sz w:val="20"/>
                <w:szCs w:val="20"/>
              </w:rPr>
              <w:t>MEMA</w:t>
            </w:r>
          </w:p>
        </w:tc>
        <w:tc>
          <w:tcPr>
            <w:tcW w:w="5616" w:type="dxa"/>
            <w:shd w:val="clear" w:color="auto" w:fill="FFFFFF"/>
            <w:tcMar>
              <w:top w:w="80" w:type="dxa"/>
              <w:left w:w="90" w:type="dxa"/>
              <w:bottom w:w="80" w:type="dxa"/>
              <w:right w:w="90" w:type="dxa"/>
            </w:tcMar>
          </w:tcPr>
          <w:p w14:paraId="2D5865A8" w14:textId="77777777" w:rsidR="00686453" w:rsidRPr="003F0D1D" w:rsidRDefault="00D95FB4">
            <w:pPr>
              <w:rPr>
                <w:sz w:val="20"/>
                <w:szCs w:val="20"/>
              </w:rPr>
            </w:pPr>
            <w:r w:rsidRPr="003F0D1D">
              <w:rPr>
                <w:i/>
                <w:color w:val="66706B"/>
                <w:sz w:val="20"/>
                <w:szCs w:val="20"/>
              </w:rPr>
              <w:t>Maine Emergency Management Agency</w:t>
            </w:r>
          </w:p>
        </w:tc>
      </w:tr>
      <w:tr w:rsidR="00686453" w:rsidRPr="003F0D1D" w14:paraId="0FE375DF" w14:textId="77777777" w:rsidTr="003F0D1D">
        <w:trPr>
          <w:cantSplit/>
          <w:jc w:val="center"/>
        </w:trPr>
        <w:tc>
          <w:tcPr>
            <w:tcW w:w="5616" w:type="dxa"/>
            <w:shd w:val="clear" w:color="auto" w:fill="F7FAF8"/>
            <w:tcMar>
              <w:top w:w="80" w:type="dxa"/>
              <w:left w:w="90" w:type="dxa"/>
              <w:bottom w:w="80" w:type="dxa"/>
              <w:right w:w="90" w:type="dxa"/>
            </w:tcMar>
          </w:tcPr>
          <w:p w14:paraId="53AFC522" w14:textId="77777777" w:rsidR="00686453" w:rsidRPr="003F0D1D" w:rsidRDefault="00D95FB4">
            <w:pPr>
              <w:rPr>
                <w:sz w:val="20"/>
                <w:szCs w:val="20"/>
              </w:rPr>
            </w:pPr>
            <w:r w:rsidRPr="003F0D1D">
              <w:rPr>
                <w:b/>
                <w:color w:val="015A41"/>
                <w:sz w:val="20"/>
                <w:szCs w:val="20"/>
              </w:rPr>
              <w:t>MOU</w:t>
            </w:r>
          </w:p>
        </w:tc>
        <w:tc>
          <w:tcPr>
            <w:tcW w:w="5616" w:type="dxa"/>
            <w:shd w:val="clear" w:color="auto" w:fill="FFFFFF"/>
            <w:tcMar>
              <w:top w:w="80" w:type="dxa"/>
              <w:left w:w="90" w:type="dxa"/>
              <w:bottom w:w="80" w:type="dxa"/>
              <w:right w:w="90" w:type="dxa"/>
            </w:tcMar>
          </w:tcPr>
          <w:p w14:paraId="192A8956" w14:textId="77777777" w:rsidR="00686453" w:rsidRPr="003F0D1D" w:rsidRDefault="00D95FB4">
            <w:pPr>
              <w:rPr>
                <w:sz w:val="20"/>
                <w:szCs w:val="20"/>
              </w:rPr>
            </w:pPr>
            <w:r w:rsidRPr="003F0D1D">
              <w:rPr>
                <w:i/>
                <w:color w:val="66706B"/>
                <w:sz w:val="20"/>
                <w:szCs w:val="20"/>
              </w:rPr>
              <w:t>Memorandum of Understanding</w:t>
            </w:r>
          </w:p>
        </w:tc>
      </w:tr>
      <w:tr w:rsidR="00686453" w:rsidRPr="003F0D1D" w14:paraId="7CF71CF5" w14:textId="77777777" w:rsidTr="003F0D1D">
        <w:trPr>
          <w:cantSplit/>
          <w:jc w:val="center"/>
        </w:trPr>
        <w:tc>
          <w:tcPr>
            <w:tcW w:w="5616" w:type="dxa"/>
            <w:shd w:val="clear" w:color="auto" w:fill="EAF3EF"/>
            <w:tcMar>
              <w:top w:w="80" w:type="dxa"/>
              <w:left w:w="90" w:type="dxa"/>
              <w:bottom w:w="80" w:type="dxa"/>
              <w:right w:w="90" w:type="dxa"/>
            </w:tcMar>
          </w:tcPr>
          <w:p w14:paraId="242DA662" w14:textId="77777777" w:rsidR="00686453" w:rsidRPr="003F0D1D" w:rsidRDefault="00D95FB4">
            <w:pPr>
              <w:rPr>
                <w:sz w:val="20"/>
                <w:szCs w:val="20"/>
              </w:rPr>
            </w:pPr>
            <w:r w:rsidRPr="003F0D1D">
              <w:rPr>
                <w:b/>
                <w:color w:val="015A41"/>
                <w:sz w:val="20"/>
                <w:szCs w:val="20"/>
              </w:rPr>
              <w:t>NFPA</w:t>
            </w:r>
          </w:p>
        </w:tc>
        <w:tc>
          <w:tcPr>
            <w:tcW w:w="5616" w:type="dxa"/>
            <w:shd w:val="clear" w:color="auto" w:fill="FFFFFF"/>
            <w:tcMar>
              <w:top w:w="80" w:type="dxa"/>
              <w:left w:w="90" w:type="dxa"/>
              <w:bottom w:w="80" w:type="dxa"/>
              <w:right w:w="90" w:type="dxa"/>
            </w:tcMar>
          </w:tcPr>
          <w:p w14:paraId="0654C430" w14:textId="77777777" w:rsidR="00686453" w:rsidRPr="003F0D1D" w:rsidRDefault="00D95FB4">
            <w:pPr>
              <w:rPr>
                <w:sz w:val="20"/>
                <w:szCs w:val="20"/>
              </w:rPr>
            </w:pPr>
            <w:r w:rsidRPr="003F0D1D">
              <w:rPr>
                <w:i/>
                <w:color w:val="66706B"/>
                <w:sz w:val="20"/>
                <w:szCs w:val="20"/>
              </w:rPr>
              <w:t>National Fire Protection Association</w:t>
            </w:r>
          </w:p>
        </w:tc>
      </w:tr>
      <w:tr w:rsidR="00686453" w:rsidRPr="003F0D1D" w14:paraId="056E7320" w14:textId="77777777" w:rsidTr="003F0D1D">
        <w:trPr>
          <w:cantSplit/>
          <w:jc w:val="center"/>
        </w:trPr>
        <w:tc>
          <w:tcPr>
            <w:tcW w:w="5616" w:type="dxa"/>
            <w:shd w:val="clear" w:color="auto" w:fill="F7FAF8"/>
            <w:tcMar>
              <w:top w:w="80" w:type="dxa"/>
              <w:left w:w="90" w:type="dxa"/>
              <w:bottom w:w="80" w:type="dxa"/>
              <w:right w:w="90" w:type="dxa"/>
            </w:tcMar>
          </w:tcPr>
          <w:p w14:paraId="2F1ED3B3" w14:textId="77777777" w:rsidR="00686453" w:rsidRPr="003F0D1D" w:rsidRDefault="00D95FB4">
            <w:pPr>
              <w:rPr>
                <w:sz w:val="20"/>
                <w:szCs w:val="20"/>
              </w:rPr>
            </w:pPr>
            <w:r w:rsidRPr="003F0D1D">
              <w:rPr>
                <w:b/>
                <w:color w:val="015A41"/>
                <w:sz w:val="20"/>
                <w:szCs w:val="20"/>
              </w:rPr>
              <w:t>PPE</w:t>
            </w:r>
          </w:p>
        </w:tc>
        <w:tc>
          <w:tcPr>
            <w:tcW w:w="5616" w:type="dxa"/>
            <w:shd w:val="clear" w:color="auto" w:fill="FFFFFF"/>
            <w:tcMar>
              <w:top w:w="80" w:type="dxa"/>
              <w:left w:w="90" w:type="dxa"/>
              <w:bottom w:w="80" w:type="dxa"/>
              <w:right w:w="90" w:type="dxa"/>
            </w:tcMar>
          </w:tcPr>
          <w:p w14:paraId="4CAC34B2" w14:textId="77777777" w:rsidR="00686453" w:rsidRPr="003F0D1D" w:rsidRDefault="00D95FB4">
            <w:pPr>
              <w:rPr>
                <w:sz w:val="20"/>
                <w:szCs w:val="20"/>
              </w:rPr>
            </w:pPr>
            <w:r w:rsidRPr="003F0D1D">
              <w:rPr>
                <w:i/>
                <w:color w:val="66706B"/>
                <w:sz w:val="20"/>
                <w:szCs w:val="20"/>
              </w:rPr>
              <w:t>Personal Protective Equipment</w:t>
            </w:r>
          </w:p>
        </w:tc>
      </w:tr>
      <w:tr w:rsidR="00686453" w:rsidRPr="003F0D1D" w14:paraId="04251F71" w14:textId="77777777" w:rsidTr="003F0D1D">
        <w:trPr>
          <w:cantSplit/>
          <w:jc w:val="center"/>
        </w:trPr>
        <w:tc>
          <w:tcPr>
            <w:tcW w:w="5616" w:type="dxa"/>
            <w:shd w:val="clear" w:color="auto" w:fill="EAF3EF"/>
            <w:tcMar>
              <w:top w:w="80" w:type="dxa"/>
              <w:left w:w="90" w:type="dxa"/>
              <w:bottom w:w="80" w:type="dxa"/>
              <w:right w:w="90" w:type="dxa"/>
            </w:tcMar>
          </w:tcPr>
          <w:p w14:paraId="794339A9" w14:textId="77777777" w:rsidR="00686453" w:rsidRPr="003F0D1D" w:rsidRDefault="00D95FB4">
            <w:pPr>
              <w:rPr>
                <w:sz w:val="20"/>
                <w:szCs w:val="20"/>
              </w:rPr>
            </w:pPr>
            <w:r w:rsidRPr="003F0D1D">
              <w:rPr>
                <w:b/>
                <w:color w:val="015A41"/>
                <w:sz w:val="20"/>
                <w:szCs w:val="20"/>
              </w:rPr>
              <w:t>SIP</w:t>
            </w:r>
          </w:p>
        </w:tc>
        <w:tc>
          <w:tcPr>
            <w:tcW w:w="5616" w:type="dxa"/>
            <w:shd w:val="clear" w:color="auto" w:fill="FFFFFF"/>
            <w:tcMar>
              <w:top w:w="80" w:type="dxa"/>
              <w:left w:w="90" w:type="dxa"/>
              <w:bottom w:w="80" w:type="dxa"/>
              <w:right w:w="90" w:type="dxa"/>
            </w:tcMar>
          </w:tcPr>
          <w:p w14:paraId="2307FA96" w14:textId="77777777" w:rsidR="00686453" w:rsidRPr="003F0D1D" w:rsidRDefault="00D95FB4">
            <w:pPr>
              <w:rPr>
                <w:sz w:val="20"/>
                <w:szCs w:val="20"/>
              </w:rPr>
            </w:pPr>
            <w:r w:rsidRPr="003F0D1D">
              <w:rPr>
                <w:i/>
                <w:color w:val="66706B"/>
                <w:sz w:val="20"/>
                <w:szCs w:val="20"/>
              </w:rPr>
              <w:t>Shelter-in-Place</w:t>
            </w:r>
          </w:p>
        </w:tc>
      </w:tr>
      <w:tr w:rsidR="00686453" w:rsidRPr="003F0D1D" w14:paraId="557B909B" w14:textId="77777777" w:rsidTr="003F0D1D">
        <w:trPr>
          <w:cantSplit/>
          <w:jc w:val="center"/>
        </w:trPr>
        <w:tc>
          <w:tcPr>
            <w:tcW w:w="5616" w:type="dxa"/>
            <w:shd w:val="clear" w:color="auto" w:fill="F7FAF8"/>
            <w:tcMar>
              <w:top w:w="80" w:type="dxa"/>
              <w:left w:w="90" w:type="dxa"/>
              <w:bottom w:w="80" w:type="dxa"/>
              <w:right w:w="90" w:type="dxa"/>
            </w:tcMar>
          </w:tcPr>
          <w:p w14:paraId="1F33E873" w14:textId="77777777" w:rsidR="00686453" w:rsidRPr="003F0D1D" w:rsidRDefault="00D95FB4">
            <w:pPr>
              <w:rPr>
                <w:sz w:val="20"/>
                <w:szCs w:val="20"/>
              </w:rPr>
            </w:pPr>
            <w:r w:rsidRPr="003F0D1D">
              <w:rPr>
                <w:b/>
                <w:color w:val="015A41"/>
                <w:sz w:val="20"/>
                <w:szCs w:val="20"/>
              </w:rPr>
              <w:lastRenderedPageBreak/>
              <w:t>SNF</w:t>
            </w:r>
          </w:p>
        </w:tc>
        <w:tc>
          <w:tcPr>
            <w:tcW w:w="5616" w:type="dxa"/>
            <w:shd w:val="clear" w:color="auto" w:fill="FFFFFF"/>
            <w:tcMar>
              <w:top w:w="80" w:type="dxa"/>
              <w:left w:w="90" w:type="dxa"/>
              <w:bottom w:w="80" w:type="dxa"/>
              <w:right w:w="90" w:type="dxa"/>
            </w:tcMar>
          </w:tcPr>
          <w:p w14:paraId="256958AC" w14:textId="77777777" w:rsidR="00686453" w:rsidRPr="003F0D1D" w:rsidRDefault="00D95FB4">
            <w:pPr>
              <w:rPr>
                <w:sz w:val="20"/>
                <w:szCs w:val="20"/>
              </w:rPr>
            </w:pPr>
            <w:r w:rsidRPr="003F0D1D">
              <w:rPr>
                <w:i/>
                <w:color w:val="66706B"/>
                <w:sz w:val="20"/>
                <w:szCs w:val="20"/>
              </w:rPr>
              <w:t>Skilled Nursing Facility</w:t>
            </w:r>
          </w:p>
        </w:tc>
      </w:tr>
    </w:tbl>
    <w:p w14:paraId="00676726" w14:textId="77777777" w:rsidR="00686453" w:rsidRDefault="00686453">
      <w:pPr>
        <w:spacing w:after="0"/>
      </w:pPr>
    </w:p>
    <w:p w14:paraId="19ECD24E" w14:textId="77777777" w:rsidR="00686453" w:rsidRDefault="00D95FB4">
      <w:r>
        <w:br w:type="page"/>
      </w:r>
    </w:p>
    <w:p w14:paraId="2D4CC857" w14:textId="77777777" w:rsidR="00686453" w:rsidRDefault="00D95FB4">
      <w:pPr>
        <w:pStyle w:val="Heading1"/>
        <w:pBdr>
          <w:bottom w:val="single" w:sz="14" w:space="5" w:color="E63B07"/>
        </w:pBdr>
        <w:spacing w:before="140" w:after="140"/>
      </w:pPr>
      <w:r>
        <w:rPr>
          <w:rFonts w:ascii="Arial" w:eastAsia="Arial" w:hAnsi="Arial"/>
        </w:rPr>
        <w:lastRenderedPageBreak/>
        <w:t>16. ATTACHMENTS &amp; SUPPORTING DOCUMENTATION</w:t>
      </w:r>
    </w:p>
    <w:p w14:paraId="75AE76D1" w14:textId="77777777" w:rsidR="00686453" w:rsidRPr="003F0D1D" w:rsidRDefault="00D95FB4">
      <w:pPr>
        <w:spacing w:after="100" w:line="250" w:lineRule="auto"/>
        <w:rPr>
          <w:sz w:val="28"/>
          <w:szCs w:val="24"/>
        </w:rPr>
      </w:pPr>
      <w:r w:rsidRPr="003F0D1D">
        <w:rPr>
          <w:sz w:val="20"/>
          <w:szCs w:val="24"/>
        </w:rPr>
        <w:t>Use this section to organize the facility-specific evidence that supports the EOP. The master EOP should contain or clearly reference current documents needed during an emergency and for regulatory review. Large record sets, confidential personnel records, resident-identifiable records, and routine maintenance files may be maintained in controlled systems rather than physically inserted, provided their current location is documented and they are readily retrievable.</w:t>
      </w:r>
    </w:p>
    <w:tbl>
      <w:tblPr>
        <w:tblW w:w="0" w:type="auto"/>
        <w:jc w:val="center"/>
        <w:tblBorders>
          <w:top w:val="single" w:sz="5" w:space="0" w:color="C8CCCA"/>
          <w:left w:val="single" w:sz="5" w:space="0" w:color="C8CCCA"/>
          <w:bottom w:val="single" w:sz="5" w:space="0" w:color="C8CCCA"/>
          <w:right w:val="single" w:sz="5" w:space="0" w:color="C8CCCA"/>
          <w:insideH w:val="single" w:sz="5" w:space="0" w:color="C8CCCA"/>
          <w:insideV w:val="single" w:sz="5" w:space="0" w:color="C8CCCA"/>
        </w:tblBorders>
        <w:tblLook w:val="04A0" w:firstRow="1" w:lastRow="0" w:firstColumn="1" w:lastColumn="0" w:noHBand="0" w:noVBand="1"/>
      </w:tblPr>
      <w:tblGrid>
        <w:gridCol w:w="10282"/>
      </w:tblGrid>
      <w:tr w:rsidR="00686453" w:rsidRPr="003F0D1D" w14:paraId="4BAC90F2" w14:textId="77777777">
        <w:trPr>
          <w:jc w:val="center"/>
        </w:trPr>
        <w:tc>
          <w:tcPr>
            <w:tcW w:w="10282" w:type="dxa"/>
            <w:shd w:val="clear" w:color="auto" w:fill="F3F5F4"/>
            <w:tcMar>
              <w:top w:w="100" w:type="dxa"/>
              <w:left w:w="130" w:type="dxa"/>
              <w:bottom w:w="100" w:type="dxa"/>
              <w:right w:w="130" w:type="dxa"/>
            </w:tcMar>
          </w:tcPr>
          <w:p w14:paraId="411131B4" w14:textId="77777777" w:rsidR="00686453" w:rsidRPr="003F0D1D" w:rsidRDefault="00D95FB4">
            <w:pPr>
              <w:spacing w:after="0"/>
              <w:rPr>
                <w:sz w:val="28"/>
                <w:szCs w:val="24"/>
              </w:rPr>
            </w:pPr>
            <w:r w:rsidRPr="003F0D1D">
              <w:rPr>
                <w:b/>
                <w:color w:val="66706B"/>
                <w:sz w:val="20"/>
                <w:szCs w:val="24"/>
              </w:rPr>
              <w:t xml:space="preserve">DOCUMENTATION </w:t>
            </w:r>
            <w:proofErr w:type="gramStart"/>
            <w:r w:rsidRPr="003F0D1D">
              <w:rPr>
                <w:b/>
                <w:color w:val="66706B"/>
                <w:sz w:val="20"/>
                <w:szCs w:val="24"/>
              </w:rPr>
              <w:t xml:space="preserve">PRINCIPLE  </w:t>
            </w:r>
            <w:r w:rsidRPr="003F0D1D">
              <w:rPr>
                <w:sz w:val="20"/>
                <w:szCs w:val="24"/>
              </w:rPr>
              <w:t>The</w:t>
            </w:r>
            <w:proofErr w:type="gramEnd"/>
            <w:r w:rsidRPr="003F0D1D">
              <w:rPr>
                <w:sz w:val="20"/>
                <w:szCs w:val="24"/>
              </w:rPr>
              <w:t xml:space="preserve"> EOP should explain what the facility will do. The supporting documentation index should show where the facility can produce the policy, agreement, record, inspection, roster, form, map, or other evidence that supports the plan. HCC-ME does not require facilities to use a particular filing method.</w:t>
            </w:r>
          </w:p>
        </w:tc>
      </w:tr>
    </w:tbl>
    <w:p w14:paraId="3641637D" w14:textId="77777777" w:rsidR="00686453" w:rsidRDefault="00686453">
      <w:pPr>
        <w:spacing w:after="0"/>
      </w:pPr>
    </w:p>
    <w:tbl>
      <w:tblPr>
        <w:tblW w:w="11232"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275"/>
        <w:gridCol w:w="8957"/>
      </w:tblGrid>
      <w:tr w:rsidR="00686453" w:rsidRPr="003F0D1D" w14:paraId="416F3C97" w14:textId="77777777" w:rsidTr="003F0D1D">
        <w:trPr>
          <w:tblHeader/>
          <w:jc w:val="center"/>
        </w:trPr>
        <w:tc>
          <w:tcPr>
            <w:tcW w:w="2275" w:type="dxa"/>
            <w:shd w:val="clear" w:color="auto" w:fill="015A41"/>
            <w:tcMar>
              <w:top w:w="80" w:type="dxa"/>
              <w:left w:w="90" w:type="dxa"/>
              <w:bottom w:w="80" w:type="dxa"/>
              <w:right w:w="90" w:type="dxa"/>
            </w:tcMar>
          </w:tcPr>
          <w:p w14:paraId="05928882" w14:textId="77777777" w:rsidR="00686453" w:rsidRPr="003F0D1D" w:rsidRDefault="00D95FB4">
            <w:pPr>
              <w:rPr>
                <w:sz w:val="20"/>
                <w:szCs w:val="20"/>
              </w:rPr>
            </w:pPr>
            <w:r w:rsidRPr="003F0D1D">
              <w:rPr>
                <w:b/>
                <w:color w:val="FFFFFF"/>
                <w:sz w:val="20"/>
                <w:szCs w:val="20"/>
              </w:rPr>
              <w:t>Attachment</w:t>
            </w:r>
          </w:p>
        </w:tc>
        <w:tc>
          <w:tcPr>
            <w:tcW w:w="8957" w:type="dxa"/>
            <w:shd w:val="clear" w:color="auto" w:fill="015A41"/>
            <w:tcMar>
              <w:top w:w="80" w:type="dxa"/>
              <w:left w:w="90" w:type="dxa"/>
              <w:bottom w:w="80" w:type="dxa"/>
              <w:right w:w="90" w:type="dxa"/>
            </w:tcMar>
          </w:tcPr>
          <w:p w14:paraId="618B8B63" w14:textId="77777777" w:rsidR="00686453" w:rsidRPr="003F0D1D" w:rsidRDefault="00D95FB4">
            <w:pPr>
              <w:rPr>
                <w:sz w:val="20"/>
                <w:szCs w:val="20"/>
              </w:rPr>
            </w:pPr>
            <w:r w:rsidRPr="003F0D1D">
              <w:rPr>
                <w:b/>
                <w:color w:val="FFFFFF"/>
                <w:sz w:val="20"/>
                <w:szCs w:val="20"/>
              </w:rPr>
              <w:t>Documentation Category</w:t>
            </w:r>
          </w:p>
        </w:tc>
      </w:tr>
      <w:tr w:rsidR="00686453" w:rsidRPr="003F0D1D" w14:paraId="148DBAF0" w14:textId="77777777" w:rsidTr="003F0D1D">
        <w:trPr>
          <w:cantSplit/>
          <w:jc w:val="center"/>
        </w:trPr>
        <w:tc>
          <w:tcPr>
            <w:tcW w:w="2275" w:type="dxa"/>
            <w:shd w:val="clear" w:color="auto" w:fill="EAF3EF"/>
            <w:tcMar>
              <w:top w:w="80" w:type="dxa"/>
              <w:left w:w="90" w:type="dxa"/>
              <w:bottom w:w="80" w:type="dxa"/>
              <w:right w:w="90" w:type="dxa"/>
            </w:tcMar>
          </w:tcPr>
          <w:p w14:paraId="63744EB6" w14:textId="77777777" w:rsidR="00686453" w:rsidRPr="003F0D1D" w:rsidRDefault="00D95FB4">
            <w:pPr>
              <w:rPr>
                <w:sz w:val="20"/>
                <w:szCs w:val="20"/>
              </w:rPr>
            </w:pPr>
            <w:r w:rsidRPr="003F0D1D">
              <w:rPr>
                <w:b/>
                <w:color w:val="015A41"/>
                <w:sz w:val="20"/>
                <w:szCs w:val="20"/>
              </w:rPr>
              <w:t>A</w:t>
            </w:r>
          </w:p>
        </w:tc>
        <w:tc>
          <w:tcPr>
            <w:tcW w:w="8957" w:type="dxa"/>
            <w:shd w:val="clear" w:color="auto" w:fill="FFFFFF"/>
            <w:tcMar>
              <w:top w:w="80" w:type="dxa"/>
              <w:left w:w="90" w:type="dxa"/>
              <w:bottom w:w="80" w:type="dxa"/>
              <w:right w:w="90" w:type="dxa"/>
            </w:tcMar>
          </w:tcPr>
          <w:p w14:paraId="7FFC7E7F" w14:textId="77777777" w:rsidR="00686453" w:rsidRPr="003F0D1D" w:rsidRDefault="00D95FB4">
            <w:pPr>
              <w:rPr>
                <w:sz w:val="20"/>
                <w:szCs w:val="20"/>
              </w:rPr>
            </w:pPr>
            <w:r w:rsidRPr="003F0D1D">
              <w:rPr>
                <w:i/>
                <w:color w:val="66706B"/>
                <w:sz w:val="20"/>
                <w:szCs w:val="20"/>
              </w:rPr>
              <w:t>Regulatory &amp; EOP Crosswalk</w:t>
            </w:r>
          </w:p>
        </w:tc>
      </w:tr>
      <w:tr w:rsidR="00686453" w:rsidRPr="003F0D1D" w14:paraId="55A616C8" w14:textId="77777777" w:rsidTr="003F0D1D">
        <w:trPr>
          <w:cantSplit/>
          <w:jc w:val="center"/>
        </w:trPr>
        <w:tc>
          <w:tcPr>
            <w:tcW w:w="2275" w:type="dxa"/>
            <w:shd w:val="clear" w:color="auto" w:fill="F7FAF8"/>
            <w:tcMar>
              <w:top w:w="80" w:type="dxa"/>
              <w:left w:w="90" w:type="dxa"/>
              <w:bottom w:w="80" w:type="dxa"/>
              <w:right w:w="90" w:type="dxa"/>
            </w:tcMar>
          </w:tcPr>
          <w:p w14:paraId="1C4932C6" w14:textId="77777777" w:rsidR="00686453" w:rsidRPr="003F0D1D" w:rsidRDefault="00D95FB4">
            <w:pPr>
              <w:rPr>
                <w:sz w:val="20"/>
                <w:szCs w:val="20"/>
              </w:rPr>
            </w:pPr>
            <w:r w:rsidRPr="003F0D1D">
              <w:rPr>
                <w:b/>
                <w:color w:val="015A41"/>
                <w:sz w:val="20"/>
                <w:szCs w:val="20"/>
              </w:rPr>
              <w:t>B</w:t>
            </w:r>
          </w:p>
        </w:tc>
        <w:tc>
          <w:tcPr>
            <w:tcW w:w="8957" w:type="dxa"/>
            <w:shd w:val="clear" w:color="auto" w:fill="FFFFFF"/>
            <w:tcMar>
              <w:top w:w="80" w:type="dxa"/>
              <w:left w:w="90" w:type="dxa"/>
              <w:bottom w:w="80" w:type="dxa"/>
              <w:right w:w="90" w:type="dxa"/>
            </w:tcMar>
          </w:tcPr>
          <w:p w14:paraId="3F2DA880" w14:textId="77777777" w:rsidR="00686453" w:rsidRPr="003F0D1D" w:rsidRDefault="00D95FB4">
            <w:pPr>
              <w:rPr>
                <w:sz w:val="20"/>
                <w:szCs w:val="20"/>
              </w:rPr>
            </w:pPr>
            <w:r w:rsidRPr="003F0D1D">
              <w:rPr>
                <w:i/>
                <w:color w:val="66706B"/>
                <w:sz w:val="20"/>
                <w:szCs w:val="20"/>
              </w:rPr>
              <w:t>Hazard Vulnerability Analysis / Risk Assessment</w:t>
            </w:r>
          </w:p>
        </w:tc>
      </w:tr>
      <w:tr w:rsidR="00686453" w:rsidRPr="003F0D1D" w14:paraId="668776BC" w14:textId="77777777" w:rsidTr="003F0D1D">
        <w:trPr>
          <w:cantSplit/>
          <w:jc w:val="center"/>
        </w:trPr>
        <w:tc>
          <w:tcPr>
            <w:tcW w:w="2275" w:type="dxa"/>
            <w:shd w:val="clear" w:color="auto" w:fill="EAF3EF"/>
            <w:tcMar>
              <w:top w:w="80" w:type="dxa"/>
              <w:left w:w="90" w:type="dxa"/>
              <w:bottom w:w="80" w:type="dxa"/>
              <w:right w:w="90" w:type="dxa"/>
            </w:tcMar>
          </w:tcPr>
          <w:p w14:paraId="5FC4E027" w14:textId="77777777" w:rsidR="00686453" w:rsidRPr="003F0D1D" w:rsidRDefault="00D95FB4">
            <w:pPr>
              <w:rPr>
                <w:sz w:val="20"/>
                <w:szCs w:val="20"/>
              </w:rPr>
            </w:pPr>
            <w:r w:rsidRPr="003F0D1D">
              <w:rPr>
                <w:b/>
                <w:color w:val="015A41"/>
                <w:sz w:val="20"/>
                <w:szCs w:val="20"/>
              </w:rPr>
              <w:t>C</w:t>
            </w:r>
          </w:p>
        </w:tc>
        <w:tc>
          <w:tcPr>
            <w:tcW w:w="8957" w:type="dxa"/>
            <w:shd w:val="clear" w:color="auto" w:fill="FFFFFF"/>
            <w:tcMar>
              <w:top w:w="80" w:type="dxa"/>
              <w:left w:w="90" w:type="dxa"/>
              <w:bottom w:w="80" w:type="dxa"/>
              <w:right w:w="90" w:type="dxa"/>
            </w:tcMar>
          </w:tcPr>
          <w:p w14:paraId="1ED82EC8" w14:textId="77777777" w:rsidR="00686453" w:rsidRPr="003F0D1D" w:rsidRDefault="00D95FB4">
            <w:pPr>
              <w:rPr>
                <w:sz w:val="20"/>
                <w:szCs w:val="20"/>
              </w:rPr>
            </w:pPr>
            <w:r w:rsidRPr="003F0D1D">
              <w:rPr>
                <w:i/>
                <w:color w:val="66706B"/>
                <w:sz w:val="20"/>
                <w:szCs w:val="20"/>
              </w:rPr>
              <w:t>Emergency Preparedness Policies &amp; Procedures Index</w:t>
            </w:r>
          </w:p>
        </w:tc>
      </w:tr>
      <w:tr w:rsidR="00686453" w:rsidRPr="003F0D1D" w14:paraId="207CDE07" w14:textId="77777777" w:rsidTr="003F0D1D">
        <w:trPr>
          <w:cantSplit/>
          <w:jc w:val="center"/>
        </w:trPr>
        <w:tc>
          <w:tcPr>
            <w:tcW w:w="2275" w:type="dxa"/>
            <w:shd w:val="clear" w:color="auto" w:fill="F7FAF8"/>
            <w:tcMar>
              <w:top w:w="80" w:type="dxa"/>
              <w:left w:w="90" w:type="dxa"/>
              <w:bottom w:w="80" w:type="dxa"/>
              <w:right w:w="90" w:type="dxa"/>
            </w:tcMar>
          </w:tcPr>
          <w:p w14:paraId="75E30075" w14:textId="77777777" w:rsidR="00686453" w:rsidRPr="003F0D1D" w:rsidRDefault="00D95FB4">
            <w:pPr>
              <w:rPr>
                <w:sz w:val="20"/>
                <w:szCs w:val="20"/>
              </w:rPr>
            </w:pPr>
            <w:r w:rsidRPr="003F0D1D">
              <w:rPr>
                <w:b/>
                <w:color w:val="015A41"/>
                <w:sz w:val="20"/>
                <w:szCs w:val="20"/>
              </w:rPr>
              <w:t>D</w:t>
            </w:r>
          </w:p>
        </w:tc>
        <w:tc>
          <w:tcPr>
            <w:tcW w:w="8957" w:type="dxa"/>
            <w:shd w:val="clear" w:color="auto" w:fill="FFFFFF"/>
            <w:tcMar>
              <w:top w:w="80" w:type="dxa"/>
              <w:left w:w="90" w:type="dxa"/>
              <w:bottom w:w="80" w:type="dxa"/>
              <w:right w:w="90" w:type="dxa"/>
            </w:tcMar>
          </w:tcPr>
          <w:p w14:paraId="20957381" w14:textId="77777777" w:rsidR="00686453" w:rsidRPr="003F0D1D" w:rsidRDefault="00D95FB4">
            <w:pPr>
              <w:rPr>
                <w:sz w:val="20"/>
                <w:szCs w:val="20"/>
              </w:rPr>
            </w:pPr>
            <w:r w:rsidRPr="003F0D1D">
              <w:rPr>
                <w:i/>
                <w:color w:val="66706B"/>
                <w:sz w:val="20"/>
                <w:szCs w:val="20"/>
              </w:rPr>
              <w:t>Training &amp; Exercise Documentation</w:t>
            </w:r>
          </w:p>
        </w:tc>
      </w:tr>
      <w:tr w:rsidR="00686453" w:rsidRPr="003F0D1D" w14:paraId="79BBA81D" w14:textId="77777777" w:rsidTr="003F0D1D">
        <w:trPr>
          <w:cantSplit/>
          <w:jc w:val="center"/>
        </w:trPr>
        <w:tc>
          <w:tcPr>
            <w:tcW w:w="2275" w:type="dxa"/>
            <w:shd w:val="clear" w:color="auto" w:fill="EAF3EF"/>
            <w:tcMar>
              <w:top w:w="80" w:type="dxa"/>
              <w:left w:w="90" w:type="dxa"/>
              <w:bottom w:w="80" w:type="dxa"/>
              <w:right w:w="90" w:type="dxa"/>
            </w:tcMar>
          </w:tcPr>
          <w:p w14:paraId="715E74ED" w14:textId="77777777" w:rsidR="00686453" w:rsidRPr="003F0D1D" w:rsidRDefault="00D95FB4">
            <w:pPr>
              <w:rPr>
                <w:sz w:val="20"/>
                <w:szCs w:val="20"/>
              </w:rPr>
            </w:pPr>
            <w:r w:rsidRPr="003F0D1D">
              <w:rPr>
                <w:b/>
                <w:color w:val="015A41"/>
                <w:sz w:val="20"/>
                <w:szCs w:val="20"/>
              </w:rPr>
              <w:t>E</w:t>
            </w:r>
          </w:p>
        </w:tc>
        <w:tc>
          <w:tcPr>
            <w:tcW w:w="8957" w:type="dxa"/>
            <w:shd w:val="clear" w:color="auto" w:fill="FFFFFF"/>
            <w:tcMar>
              <w:top w:w="80" w:type="dxa"/>
              <w:left w:w="90" w:type="dxa"/>
              <w:bottom w:w="80" w:type="dxa"/>
              <w:right w:w="90" w:type="dxa"/>
            </w:tcMar>
          </w:tcPr>
          <w:p w14:paraId="4FB8A5C0" w14:textId="77777777" w:rsidR="00686453" w:rsidRPr="003F0D1D" w:rsidRDefault="00D95FB4">
            <w:pPr>
              <w:rPr>
                <w:sz w:val="20"/>
                <w:szCs w:val="20"/>
              </w:rPr>
            </w:pPr>
            <w:r w:rsidRPr="003F0D1D">
              <w:rPr>
                <w:i/>
                <w:color w:val="66706B"/>
                <w:sz w:val="20"/>
                <w:szCs w:val="20"/>
              </w:rPr>
              <w:t>Maine Disaster Drill Documentation</w:t>
            </w:r>
          </w:p>
        </w:tc>
      </w:tr>
      <w:tr w:rsidR="00686453" w:rsidRPr="003F0D1D" w14:paraId="0BDC6639" w14:textId="77777777" w:rsidTr="003F0D1D">
        <w:trPr>
          <w:cantSplit/>
          <w:jc w:val="center"/>
        </w:trPr>
        <w:tc>
          <w:tcPr>
            <w:tcW w:w="2275" w:type="dxa"/>
            <w:shd w:val="clear" w:color="auto" w:fill="F7FAF8"/>
            <w:tcMar>
              <w:top w:w="80" w:type="dxa"/>
              <w:left w:w="90" w:type="dxa"/>
              <w:bottom w:w="80" w:type="dxa"/>
              <w:right w:w="90" w:type="dxa"/>
            </w:tcMar>
          </w:tcPr>
          <w:p w14:paraId="2F2D59EC" w14:textId="77777777" w:rsidR="00686453" w:rsidRPr="003F0D1D" w:rsidRDefault="00D95FB4">
            <w:pPr>
              <w:rPr>
                <w:sz w:val="20"/>
                <w:szCs w:val="20"/>
              </w:rPr>
            </w:pPr>
            <w:r w:rsidRPr="003F0D1D">
              <w:rPr>
                <w:b/>
                <w:color w:val="015A41"/>
                <w:sz w:val="20"/>
                <w:szCs w:val="20"/>
              </w:rPr>
              <w:t>F</w:t>
            </w:r>
          </w:p>
        </w:tc>
        <w:tc>
          <w:tcPr>
            <w:tcW w:w="8957" w:type="dxa"/>
            <w:shd w:val="clear" w:color="auto" w:fill="FFFFFF"/>
            <w:tcMar>
              <w:top w:w="80" w:type="dxa"/>
              <w:left w:w="90" w:type="dxa"/>
              <w:bottom w:w="80" w:type="dxa"/>
              <w:right w:w="90" w:type="dxa"/>
            </w:tcMar>
          </w:tcPr>
          <w:p w14:paraId="79DF7019" w14:textId="77777777" w:rsidR="00686453" w:rsidRPr="003F0D1D" w:rsidRDefault="00D95FB4">
            <w:pPr>
              <w:rPr>
                <w:sz w:val="20"/>
                <w:szCs w:val="20"/>
              </w:rPr>
            </w:pPr>
            <w:r w:rsidRPr="003F0D1D">
              <w:rPr>
                <w:i/>
                <w:color w:val="66706B"/>
                <w:sz w:val="20"/>
                <w:szCs w:val="20"/>
              </w:rPr>
              <w:t>Emergency Contacts &amp; Communication Resources</w:t>
            </w:r>
          </w:p>
        </w:tc>
      </w:tr>
      <w:tr w:rsidR="00686453" w:rsidRPr="003F0D1D" w14:paraId="3B125B46" w14:textId="77777777" w:rsidTr="003F0D1D">
        <w:trPr>
          <w:cantSplit/>
          <w:jc w:val="center"/>
        </w:trPr>
        <w:tc>
          <w:tcPr>
            <w:tcW w:w="2275" w:type="dxa"/>
            <w:shd w:val="clear" w:color="auto" w:fill="EAF3EF"/>
            <w:tcMar>
              <w:top w:w="80" w:type="dxa"/>
              <w:left w:w="90" w:type="dxa"/>
              <w:bottom w:w="80" w:type="dxa"/>
              <w:right w:w="90" w:type="dxa"/>
            </w:tcMar>
          </w:tcPr>
          <w:p w14:paraId="214A44FE" w14:textId="77777777" w:rsidR="00686453" w:rsidRPr="003F0D1D" w:rsidRDefault="00D95FB4">
            <w:pPr>
              <w:rPr>
                <w:sz w:val="20"/>
                <w:szCs w:val="20"/>
              </w:rPr>
            </w:pPr>
            <w:r w:rsidRPr="003F0D1D">
              <w:rPr>
                <w:b/>
                <w:color w:val="015A41"/>
                <w:sz w:val="20"/>
                <w:szCs w:val="20"/>
              </w:rPr>
              <w:t>G</w:t>
            </w:r>
          </w:p>
        </w:tc>
        <w:tc>
          <w:tcPr>
            <w:tcW w:w="8957" w:type="dxa"/>
            <w:shd w:val="clear" w:color="auto" w:fill="FFFFFF"/>
            <w:tcMar>
              <w:top w:w="80" w:type="dxa"/>
              <w:left w:w="90" w:type="dxa"/>
              <w:bottom w:w="80" w:type="dxa"/>
              <w:right w:w="90" w:type="dxa"/>
            </w:tcMar>
          </w:tcPr>
          <w:p w14:paraId="39458529" w14:textId="77777777" w:rsidR="00686453" w:rsidRPr="003F0D1D" w:rsidRDefault="00D95FB4">
            <w:pPr>
              <w:rPr>
                <w:sz w:val="20"/>
                <w:szCs w:val="20"/>
              </w:rPr>
            </w:pPr>
            <w:r w:rsidRPr="003F0D1D">
              <w:rPr>
                <w:i/>
                <w:color w:val="66706B"/>
                <w:sz w:val="20"/>
                <w:szCs w:val="20"/>
              </w:rPr>
              <w:t>Mutual Aid Agreements / MOUs / Contracts</w:t>
            </w:r>
          </w:p>
        </w:tc>
      </w:tr>
      <w:tr w:rsidR="00686453" w:rsidRPr="003F0D1D" w14:paraId="4FAFE97F" w14:textId="77777777" w:rsidTr="003F0D1D">
        <w:trPr>
          <w:cantSplit/>
          <w:jc w:val="center"/>
        </w:trPr>
        <w:tc>
          <w:tcPr>
            <w:tcW w:w="2275" w:type="dxa"/>
            <w:shd w:val="clear" w:color="auto" w:fill="F7FAF8"/>
            <w:tcMar>
              <w:top w:w="80" w:type="dxa"/>
              <w:left w:w="90" w:type="dxa"/>
              <w:bottom w:w="80" w:type="dxa"/>
              <w:right w:w="90" w:type="dxa"/>
            </w:tcMar>
          </w:tcPr>
          <w:p w14:paraId="4A445D0D" w14:textId="77777777" w:rsidR="00686453" w:rsidRPr="003F0D1D" w:rsidRDefault="00D95FB4">
            <w:pPr>
              <w:rPr>
                <w:sz w:val="20"/>
                <w:szCs w:val="20"/>
              </w:rPr>
            </w:pPr>
            <w:r w:rsidRPr="003F0D1D">
              <w:rPr>
                <w:b/>
                <w:color w:val="015A41"/>
                <w:sz w:val="20"/>
                <w:szCs w:val="20"/>
              </w:rPr>
              <w:t>H</w:t>
            </w:r>
          </w:p>
        </w:tc>
        <w:tc>
          <w:tcPr>
            <w:tcW w:w="8957" w:type="dxa"/>
            <w:shd w:val="clear" w:color="auto" w:fill="FFFFFF"/>
            <w:tcMar>
              <w:top w:w="80" w:type="dxa"/>
              <w:left w:w="90" w:type="dxa"/>
              <w:bottom w:w="80" w:type="dxa"/>
              <w:right w:w="90" w:type="dxa"/>
            </w:tcMar>
          </w:tcPr>
          <w:p w14:paraId="3BB2A6A5" w14:textId="77777777" w:rsidR="00686453" w:rsidRPr="003F0D1D" w:rsidRDefault="00D95FB4">
            <w:pPr>
              <w:rPr>
                <w:sz w:val="20"/>
                <w:szCs w:val="20"/>
              </w:rPr>
            </w:pPr>
            <w:r w:rsidRPr="003F0D1D">
              <w:rPr>
                <w:i/>
                <w:color w:val="66706B"/>
                <w:sz w:val="20"/>
                <w:szCs w:val="20"/>
              </w:rPr>
              <w:t>Supply Chain &amp; Resource Sustainability</w:t>
            </w:r>
          </w:p>
        </w:tc>
      </w:tr>
      <w:tr w:rsidR="00686453" w:rsidRPr="003F0D1D" w14:paraId="188D2965" w14:textId="77777777" w:rsidTr="003F0D1D">
        <w:trPr>
          <w:cantSplit/>
          <w:jc w:val="center"/>
        </w:trPr>
        <w:tc>
          <w:tcPr>
            <w:tcW w:w="2275" w:type="dxa"/>
            <w:shd w:val="clear" w:color="auto" w:fill="EAF3EF"/>
            <w:tcMar>
              <w:top w:w="80" w:type="dxa"/>
              <w:left w:w="90" w:type="dxa"/>
              <w:bottom w:w="80" w:type="dxa"/>
              <w:right w:w="90" w:type="dxa"/>
            </w:tcMar>
          </w:tcPr>
          <w:p w14:paraId="2A9D9A02" w14:textId="77777777" w:rsidR="00686453" w:rsidRPr="003F0D1D" w:rsidRDefault="00D95FB4">
            <w:pPr>
              <w:rPr>
                <w:sz w:val="20"/>
                <w:szCs w:val="20"/>
              </w:rPr>
            </w:pPr>
            <w:r w:rsidRPr="003F0D1D">
              <w:rPr>
                <w:b/>
                <w:color w:val="015A41"/>
                <w:sz w:val="20"/>
                <w:szCs w:val="20"/>
              </w:rPr>
              <w:t>I</w:t>
            </w:r>
          </w:p>
        </w:tc>
        <w:tc>
          <w:tcPr>
            <w:tcW w:w="8957" w:type="dxa"/>
            <w:shd w:val="clear" w:color="auto" w:fill="FFFFFF"/>
            <w:tcMar>
              <w:top w:w="80" w:type="dxa"/>
              <w:left w:w="90" w:type="dxa"/>
              <w:bottom w:w="80" w:type="dxa"/>
              <w:right w:w="90" w:type="dxa"/>
            </w:tcMar>
          </w:tcPr>
          <w:p w14:paraId="7B2A15A4" w14:textId="77777777" w:rsidR="00686453" w:rsidRPr="003F0D1D" w:rsidRDefault="00D95FB4">
            <w:pPr>
              <w:rPr>
                <w:sz w:val="20"/>
                <w:szCs w:val="20"/>
              </w:rPr>
            </w:pPr>
            <w:r w:rsidRPr="003F0D1D">
              <w:rPr>
                <w:i/>
                <w:color w:val="66706B"/>
                <w:sz w:val="20"/>
                <w:szCs w:val="20"/>
              </w:rPr>
              <w:t>Evacuation &amp; Shelter-in-Place Documentation</w:t>
            </w:r>
          </w:p>
        </w:tc>
      </w:tr>
      <w:tr w:rsidR="00686453" w:rsidRPr="003F0D1D" w14:paraId="7BFA4EB9" w14:textId="77777777" w:rsidTr="003F0D1D">
        <w:trPr>
          <w:cantSplit/>
          <w:jc w:val="center"/>
        </w:trPr>
        <w:tc>
          <w:tcPr>
            <w:tcW w:w="2275" w:type="dxa"/>
            <w:shd w:val="clear" w:color="auto" w:fill="F7FAF8"/>
            <w:tcMar>
              <w:top w:w="80" w:type="dxa"/>
              <w:left w:w="90" w:type="dxa"/>
              <w:bottom w:w="80" w:type="dxa"/>
              <w:right w:w="90" w:type="dxa"/>
            </w:tcMar>
          </w:tcPr>
          <w:p w14:paraId="7A79C20F" w14:textId="77777777" w:rsidR="00686453" w:rsidRPr="003F0D1D" w:rsidRDefault="00D95FB4">
            <w:pPr>
              <w:rPr>
                <w:sz w:val="20"/>
                <w:szCs w:val="20"/>
              </w:rPr>
            </w:pPr>
            <w:r w:rsidRPr="003F0D1D">
              <w:rPr>
                <w:b/>
                <w:color w:val="015A41"/>
                <w:sz w:val="20"/>
                <w:szCs w:val="20"/>
              </w:rPr>
              <w:t>J</w:t>
            </w:r>
          </w:p>
        </w:tc>
        <w:tc>
          <w:tcPr>
            <w:tcW w:w="8957" w:type="dxa"/>
            <w:shd w:val="clear" w:color="auto" w:fill="FFFFFF"/>
            <w:tcMar>
              <w:top w:w="80" w:type="dxa"/>
              <w:left w:w="90" w:type="dxa"/>
              <w:bottom w:w="80" w:type="dxa"/>
              <w:right w:w="90" w:type="dxa"/>
            </w:tcMar>
          </w:tcPr>
          <w:p w14:paraId="2C16A666" w14:textId="77777777" w:rsidR="00686453" w:rsidRPr="003F0D1D" w:rsidRDefault="00D95FB4">
            <w:pPr>
              <w:rPr>
                <w:sz w:val="20"/>
                <w:szCs w:val="20"/>
              </w:rPr>
            </w:pPr>
            <w:r w:rsidRPr="003F0D1D">
              <w:rPr>
                <w:i/>
                <w:color w:val="66706B"/>
                <w:sz w:val="20"/>
                <w:szCs w:val="20"/>
              </w:rPr>
              <w:t>Resident &amp; Staff Tracking / Continuity of Care</w:t>
            </w:r>
          </w:p>
        </w:tc>
      </w:tr>
      <w:tr w:rsidR="00686453" w:rsidRPr="003F0D1D" w14:paraId="531A3B5A" w14:textId="77777777" w:rsidTr="003F0D1D">
        <w:trPr>
          <w:cantSplit/>
          <w:jc w:val="center"/>
        </w:trPr>
        <w:tc>
          <w:tcPr>
            <w:tcW w:w="2275" w:type="dxa"/>
            <w:shd w:val="clear" w:color="auto" w:fill="EAF3EF"/>
            <w:tcMar>
              <w:top w:w="80" w:type="dxa"/>
              <w:left w:w="90" w:type="dxa"/>
              <w:bottom w:w="80" w:type="dxa"/>
              <w:right w:w="90" w:type="dxa"/>
            </w:tcMar>
          </w:tcPr>
          <w:p w14:paraId="4CAB0DD6" w14:textId="77777777" w:rsidR="00686453" w:rsidRPr="003F0D1D" w:rsidRDefault="00D95FB4">
            <w:pPr>
              <w:rPr>
                <w:sz w:val="20"/>
                <w:szCs w:val="20"/>
              </w:rPr>
            </w:pPr>
            <w:r w:rsidRPr="003F0D1D">
              <w:rPr>
                <w:b/>
                <w:color w:val="015A41"/>
                <w:sz w:val="20"/>
                <w:szCs w:val="20"/>
              </w:rPr>
              <w:t>K</w:t>
            </w:r>
          </w:p>
        </w:tc>
        <w:tc>
          <w:tcPr>
            <w:tcW w:w="8957" w:type="dxa"/>
            <w:shd w:val="clear" w:color="auto" w:fill="FFFFFF"/>
            <w:tcMar>
              <w:top w:w="80" w:type="dxa"/>
              <w:left w:w="90" w:type="dxa"/>
              <w:bottom w:w="80" w:type="dxa"/>
              <w:right w:w="90" w:type="dxa"/>
            </w:tcMar>
          </w:tcPr>
          <w:p w14:paraId="593EA3AE" w14:textId="77777777" w:rsidR="00686453" w:rsidRPr="003F0D1D" w:rsidRDefault="00D95FB4">
            <w:pPr>
              <w:rPr>
                <w:sz w:val="20"/>
                <w:szCs w:val="20"/>
              </w:rPr>
            </w:pPr>
            <w:r w:rsidRPr="003F0D1D">
              <w:rPr>
                <w:i/>
                <w:color w:val="66706B"/>
                <w:sz w:val="20"/>
                <w:szCs w:val="20"/>
              </w:rPr>
              <w:t>Emergency Staffing &amp; Volunteers</w:t>
            </w:r>
          </w:p>
        </w:tc>
      </w:tr>
      <w:tr w:rsidR="00686453" w:rsidRPr="003F0D1D" w14:paraId="364686EA" w14:textId="77777777" w:rsidTr="003F0D1D">
        <w:trPr>
          <w:cantSplit/>
          <w:jc w:val="center"/>
        </w:trPr>
        <w:tc>
          <w:tcPr>
            <w:tcW w:w="2275" w:type="dxa"/>
            <w:shd w:val="clear" w:color="auto" w:fill="F7FAF8"/>
            <w:tcMar>
              <w:top w:w="80" w:type="dxa"/>
              <w:left w:w="90" w:type="dxa"/>
              <w:bottom w:w="80" w:type="dxa"/>
              <w:right w:w="90" w:type="dxa"/>
            </w:tcMar>
          </w:tcPr>
          <w:p w14:paraId="3063D02D" w14:textId="77777777" w:rsidR="00686453" w:rsidRPr="003F0D1D" w:rsidRDefault="00D95FB4">
            <w:pPr>
              <w:rPr>
                <w:sz w:val="20"/>
                <w:szCs w:val="20"/>
              </w:rPr>
            </w:pPr>
            <w:r w:rsidRPr="003F0D1D">
              <w:rPr>
                <w:b/>
                <w:color w:val="015A41"/>
                <w:sz w:val="20"/>
                <w:szCs w:val="20"/>
              </w:rPr>
              <w:t>L</w:t>
            </w:r>
          </w:p>
        </w:tc>
        <w:tc>
          <w:tcPr>
            <w:tcW w:w="8957" w:type="dxa"/>
            <w:shd w:val="clear" w:color="auto" w:fill="FFFFFF"/>
            <w:tcMar>
              <w:top w:w="80" w:type="dxa"/>
              <w:left w:w="90" w:type="dxa"/>
              <w:bottom w:w="80" w:type="dxa"/>
              <w:right w:w="90" w:type="dxa"/>
            </w:tcMar>
          </w:tcPr>
          <w:p w14:paraId="00361815" w14:textId="77777777" w:rsidR="00686453" w:rsidRPr="003F0D1D" w:rsidRDefault="00D95FB4">
            <w:pPr>
              <w:rPr>
                <w:sz w:val="20"/>
                <w:szCs w:val="20"/>
              </w:rPr>
            </w:pPr>
            <w:r w:rsidRPr="003F0D1D">
              <w:rPr>
                <w:i/>
                <w:color w:val="66706B"/>
                <w:sz w:val="20"/>
                <w:szCs w:val="20"/>
              </w:rPr>
              <w:t>Maine Crisis Staffing / Infection Prevention</w:t>
            </w:r>
          </w:p>
        </w:tc>
      </w:tr>
      <w:tr w:rsidR="00686453" w:rsidRPr="003F0D1D" w14:paraId="25C974B9" w14:textId="77777777" w:rsidTr="003F0D1D">
        <w:trPr>
          <w:cantSplit/>
          <w:jc w:val="center"/>
        </w:trPr>
        <w:tc>
          <w:tcPr>
            <w:tcW w:w="2275" w:type="dxa"/>
            <w:shd w:val="clear" w:color="auto" w:fill="EAF3EF"/>
            <w:tcMar>
              <w:top w:w="80" w:type="dxa"/>
              <w:left w:w="90" w:type="dxa"/>
              <w:bottom w:w="80" w:type="dxa"/>
              <w:right w:w="90" w:type="dxa"/>
            </w:tcMar>
          </w:tcPr>
          <w:p w14:paraId="4AB29C12" w14:textId="77777777" w:rsidR="00686453" w:rsidRPr="003F0D1D" w:rsidRDefault="00D95FB4">
            <w:pPr>
              <w:rPr>
                <w:sz w:val="20"/>
                <w:szCs w:val="20"/>
              </w:rPr>
            </w:pPr>
            <w:r w:rsidRPr="003F0D1D">
              <w:rPr>
                <w:b/>
                <w:color w:val="015A41"/>
                <w:sz w:val="20"/>
                <w:szCs w:val="20"/>
              </w:rPr>
              <w:t>M</w:t>
            </w:r>
          </w:p>
        </w:tc>
        <w:tc>
          <w:tcPr>
            <w:tcW w:w="8957" w:type="dxa"/>
            <w:shd w:val="clear" w:color="auto" w:fill="FFFFFF"/>
            <w:tcMar>
              <w:top w:w="80" w:type="dxa"/>
              <w:left w:w="90" w:type="dxa"/>
              <w:bottom w:w="80" w:type="dxa"/>
              <w:right w:w="90" w:type="dxa"/>
            </w:tcMar>
          </w:tcPr>
          <w:p w14:paraId="411A3754" w14:textId="77777777" w:rsidR="00686453" w:rsidRPr="003F0D1D" w:rsidRDefault="00D95FB4">
            <w:pPr>
              <w:rPr>
                <w:sz w:val="20"/>
                <w:szCs w:val="20"/>
              </w:rPr>
            </w:pPr>
            <w:r w:rsidRPr="003F0D1D">
              <w:rPr>
                <w:i/>
                <w:color w:val="66706B"/>
                <w:sz w:val="20"/>
                <w:szCs w:val="20"/>
              </w:rPr>
              <w:t>Emergency Power &amp; Critical Utilities</w:t>
            </w:r>
          </w:p>
        </w:tc>
      </w:tr>
      <w:tr w:rsidR="00686453" w:rsidRPr="003F0D1D" w14:paraId="4B3F95B9" w14:textId="77777777" w:rsidTr="003F0D1D">
        <w:trPr>
          <w:cantSplit/>
          <w:jc w:val="center"/>
        </w:trPr>
        <w:tc>
          <w:tcPr>
            <w:tcW w:w="2275" w:type="dxa"/>
            <w:shd w:val="clear" w:color="auto" w:fill="F7FAF8"/>
            <w:tcMar>
              <w:top w:w="80" w:type="dxa"/>
              <w:left w:w="90" w:type="dxa"/>
              <w:bottom w:w="80" w:type="dxa"/>
              <w:right w:w="90" w:type="dxa"/>
            </w:tcMar>
          </w:tcPr>
          <w:p w14:paraId="3C8FA391" w14:textId="77777777" w:rsidR="00686453" w:rsidRPr="003F0D1D" w:rsidRDefault="00D95FB4">
            <w:pPr>
              <w:rPr>
                <w:sz w:val="20"/>
                <w:szCs w:val="20"/>
              </w:rPr>
            </w:pPr>
            <w:r w:rsidRPr="003F0D1D">
              <w:rPr>
                <w:b/>
                <w:color w:val="015A41"/>
                <w:sz w:val="20"/>
                <w:szCs w:val="20"/>
              </w:rPr>
              <w:t>N</w:t>
            </w:r>
          </w:p>
        </w:tc>
        <w:tc>
          <w:tcPr>
            <w:tcW w:w="8957" w:type="dxa"/>
            <w:shd w:val="clear" w:color="auto" w:fill="FFFFFF"/>
            <w:tcMar>
              <w:top w:w="80" w:type="dxa"/>
              <w:left w:w="90" w:type="dxa"/>
              <w:bottom w:w="80" w:type="dxa"/>
              <w:right w:w="90" w:type="dxa"/>
            </w:tcMar>
          </w:tcPr>
          <w:p w14:paraId="6D82BAA7" w14:textId="77777777" w:rsidR="00686453" w:rsidRPr="003F0D1D" w:rsidRDefault="00D95FB4">
            <w:pPr>
              <w:rPr>
                <w:sz w:val="20"/>
                <w:szCs w:val="20"/>
              </w:rPr>
            </w:pPr>
            <w:r w:rsidRPr="003F0D1D">
              <w:rPr>
                <w:i/>
                <w:color w:val="66706B"/>
                <w:sz w:val="20"/>
                <w:szCs w:val="20"/>
              </w:rPr>
              <w:t>Fire &amp; Life Safety Documentation</w:t>
            </w:r>
          </w:p>
        </w:tc>
      </w:tr>
      <w:tr w:rsidR="00686453" w:rsidRPr="003F0D1D" w14:paraId="5567B154" w14:textId="77777777" w:rsidTr="003F0D1D">
        <w:trPr>
          <w:cantSplit/>
          <w:jc w:val="center"/>
        </w:trPr>
        <w:tc>
          <w:tcPr>
            <w:tcW w:w="2275" w:type="dxa"/>
            <w:shd w:val="clear" w:color="auto" w:fill="EAF3EF"/>
            <w:tcMar>
              <w:top w:w="80" w:type="dxa"/>
              <w:left w:w="90" w:type="dxa"/>
              <w:bottom w:w="80" w:type="dxa"/>
              <w:right w:w="90" w:type="dxa"/>
            </w:tcMar>
          </w:tcPr>
          <w:p w14:paraId="615FBA30" w14:textId="77777777" w:rsidR="00686453" w:rsidRPr="003F0D1D" w:rsidRDefault="00D95FB4">
            <w:pPr>
              <w:rPr>
                <w:sz w:val="20"/>
                <w:szCs w:val="20"/>
              </w:rPr>
            </w:pPr>
            <w:r w:rsidRPr="003F0D1D">
              <w:rPr>
                <w:b/>
                <w:color w:val="015A41"/>
                <w:sz w:val="20"/>
                <w:szCs w:val="20"/>
              </w:rPr>
              <w:t>O</w:t>
            </w:r>
          </w:p>
        </w:tc>
        <w:tc>
          <w:tcPr>
            <w:tcW w:w="8957" w:type="dxa"/>
            <w:shd w:val="clear" w:color="auto" w:fill="FFFFFF"/>
            <w:tcMar>
              <w:top w:w="80" w:type="dxa"/>
              <w:left w:w="90" w:type="dxa"/>
              <w:bottom w:w="80" w:type="dxa"/>
              <w:right w:w="90" w:type="dxa"/>
            </w:tcMar>
          </w:tcPr>
          <w:p w14:paraId="3076B76E" w14:textId="77777777" w:rsidR="00686453" w:rsidRPr="003F0D1D" w:rsidRDefault="00D95FB4">
            <w:pPr>
              <w:rPr>
                <w:sz w:val="20"/>
                <w:szCs w:val="20"/>
              </w:rPr>
            </w:pPr>
            <w:r w:rsidRPr="003F0D1D">
              <w:rPr>
                <w:i/>
                <w:color w:val="66706B"/>
                <w:sz w:val="20"/>
                <w:szCs w:val="20"/>
              </w:rPr>
              <w:t>Incident Management Forms</w:t>
            </w:r>
          </w:p>
        </w:tc>
      </w:tr>
      <w:tr w:rsidR="00686453" w:rsidRPr="003F0D1D" w14:paraId="6817E271" w14:textId="77777777" w:rsidTr="003F0D1D">
        <w:trPr>
          <w:cantSplit/>
          <w:jc w:val="center"/>
        </w:trPr>
        <w:tc>
          <w:tcPr>
            <w:tcW w:w="2275" w:type="dxa"/>
            <w:shd w:val="clear" w:color="auto" w:fill="F7FAF8"/>
            <w:tcMar>
              <w:top w:w="80" w:type="dxa"/>
              <w:left w:w="90" w:type="dxa"/>
              <w:bottom w:w="80" w:type="dxa"/>
              <w:right w:w="90" w:type="dxa"/>
            </w:tcMar>
          </w:tcPr>
          <w:p w14:paraId="060AD077" w14:textId="77777777" w:rsidR="00686453" w:rsidRPr="003F0D1D" w:rsidRDefault="00D95FB4">
            <w:pPr>
              <w:rPr>
                <w:sz w:val="20"/>
                <w:szCs w:val="20"/>
              </w:rPr>
            </w:pPr>
            <w:r w:rsidRPr="003F0D1D">
              <w:rPr>
                <w:b/>
                <w:color w:val="015A41"/>
                <w:sz w:val="20"/>
                <w:szCs w:val="20"/>
              </w:rPr>
              <w:lastRenderedPageBreak/>
              <w:t>P</w:t>
            </w:r>
          </w:p>
        </w:tc>
        <w:tc>
          <w:tcPr>
            <w:tcW w:w="8957" w:type="dxa"/>
            <w:shd w:val="clear" w:color="auto" w:fill="FFFFFF"/>
            <w:tcMar>
              <w:top w:w="80" w:type="dxa"/>
              <w:left w:w="90" w:type="dxa"/>
              <w:bottom w:w="80" w:type="dxa"/>
              <w:right w:w="90" w:type="dxa"/>
            </w:tcMar>
          </w:tcPr>
          <w:p w14:paraId="67EC1CC0" w14:textId="77777777" w:rsidR="00686453" w:rsidRPr="003F0D1D" w:rsidRDefault="00D95FB4">
            <w:pPr>
              <w:rPr>
                <w:sz w:val="20"/>
                <w:szCs w:val="20"/>
              </w:rPr>
            </w:pPr>
            <w:r w:rsidRPr="003F0D1D">
              <w:rPr>
                <w:i/>
                <w:color w:val="66706B"/>
                <w:sz w:val="20"/>
                <w:szCs w:val="20"/>
              </w:rPr>
              <w:t>Recovery / AAR / Improvement Documentation</w:t>
            </w:r>
          </w:p>
        </w:tc>
      </w:tr>
      <w:tr w:rsidR="00686453" w:rsidRPr="003F0D1D" w14:paraId="4512BB8B" w14:textId="77777777" w:rsidTr="003F0D1D">
        <w:trPr>
          <w:cantSplit/>
          <w:jc w:val="center"/>
        </w:trPr>
        <w:tc>
          <w:tcPr>
            <w:tcW w:w="2275" w:type="dxa"/>
            <w:shd w:val="clear" w:color="auto" w:fill="EAF3EF"/>
            <w:tcMar>
              <w:top w:w="80" w:type="dxa"/>
              <w:left w:w="90" w:type="dxa"/>
              <w:bottom w:w="80" w:type="dxa"/>
              <w:right w:w="90" w:type="dxa"/>
            </w:tcMar>
          </w:tcPr>
          <w:p w14:paraId="7756EA14" w14:textId="77777777" w:rsidR="00686453" w:rsidRPr="003F0D1D" w:rsidRDefault="00D95FB4">
            <w:pPr>
              <w:rPr>
                <w:sz w:val="20"/>
                <w:szCs w:val="20"/>
              </w:rPr>
            </w:pPr>
            <w:r w:rsidRPr="003F0D1D">
              <w:rPr>
                <w:b/>
                <w:color w:val="015A41"/>
                <w:sz w:val="20"/>
                <w:szCs w:val="20"/>
              </w:rPr>
              <w:t>Q</w:t>
            </w:r>
          </w:p>
        </w:tc>
        <w:tc>
          <w:tcPr>
            <w:tcW w:w="8957" w:type="dxa"/>
            <w:shd w:val="clear" w:color="auto" w:fill="FFFFFF"/>
            <w:tcMar>
              <w:top w:w="80" w:type="dxa"/>
              <w:left w:w="90" w:type="dxa"/>
              <w:bottom w:w="80" w:type="dxa"/>
              <w:right w:w="90" w:type="dxa"/>
            </w:tcMar>
          </w:tcPr>
          <w:p w14:paraId="5C5F0A15" w14:textId="77777777" w:rsidR="00686453" w:rsidRPr="003F0D1D" w:rsidRDefault="00D95FB4">
            <w:pPr>
              <w:rPr>
                <w:sz w:val="20"/>
                <w:szCs w:val="20"/>
              </w:rPr>
            </w:pPr>
            <w:r w:rsidRPr="003F0D1D">
              <w:rPr>
                <w:i/>
                <w:color w:val="66706B"/>
                <w:sz w:val="20"/>
                <w:szCs w:val="20"/>
              </w:rPr>
              <w:t>Affiliated / Sister Facility Information</w:t>
            </w:r>
          </w:p>
        </w:tc>
      </w:tr>
    </w:tbl>
    <w:p w14:paraId="7AB19D42" w14:textId="77777777" w:rsidR="00686453" w:rsidRDefault="00686453" w:rsidP="00D10BFA">
      <w:pPr>
        <w:spacing w:after="0"/>
        <w:jc w:val="center"/>
      </w:pPr>
    </w:p>
    <w:p w14:paraId="31D4252D" w14:textId="77777777" w:rsidR="00D10BFA" w:rsidRDefault="00D10BFA" w:rsidP="00D10BFA">
      <w:pPr>
        <w:spacing w:after="0"/>
        <w:jc w:val="center"/>
      </w:pPr>
    </w:p>
    <w:p w14:paraId="2FBBF51E" w14:textId="77777777" w:rsidR="00D10BFA" w:rsidRDefault="00D10BFA" w:rsidP="00D10BFA">
      <w:pPr>
        <w:spacing w:after="0"/>
        <w:jc w:val="center"/>
      </w:pPr>
    </w:p>
    <w:p w14:paraId="095CE2FB" w14:textId="77777777" w:rsidR="00D10BFA" w:rsidRDefault="00D10BFA" w:rsidP="00D10BFA">
      <w:pPr>
        <w:spacing w:after="0"/>
        <w:jc w:val="center"/>
      </w:pPr>
    </w:p>
    <w:p w14:paraId="7CA7C2FF" w14:textId="77777777" w:rsidR="00D10BFA" w:rsidRDefault="00D10BFA" w:rsidP="00D10BFA">
      <w:pPr>
        <w:spacing w:after="0"/>
        <w:jc w:val="center"/>
      </w:pPr>
    </w:p>
    <w:p w14:paraId="0FD6AD2E" w14:textId="77777777" w:rsidR="00D10BFA" w:rsidRDefault="00D10BFA" w:rsidP="00D10BFA">
      <w:pPr>
        <w:spacing w:after="0"/>
        <w:jc w:val="center"/>
      </w:pPr>
    </w:p>
    <w:p w14:paraId="5DBAC58F" w14:textId="77777777" w:rsidR="00D10BFA" w:rsidRDefault="00D10BFA" w:rsidP="00D10BFA">
      <w:pPr>
        <w:spacing w:after="0"/>
        <w:jc w:val="center"/>
      </w:pPr>
    </w:p>
    <w:p w14:paraId="06F60440" w14:textId="77777777" w:rsidR="00D10BFA" w:rsidRDefault="00D10BFA" w:rsidP="00D10BFA">
      <w:pPr>
        <w:spacing w:after="0"/>
        <w:jc w:val="center"/>
      </w:pPr>
    </w:p>
    <w:p w14:paraId="57D5FAA9" w14:textId="77777777" w:rsidR="00D10BFA" w:rsidRDefault="00D10BFA" w:rsidP="00D10BFA">
      <w:pPr>
        <w:spacing w:after="0"/>
        <w:jc w:val="center"/>
      </w:pPr>
    </w:p>
    <w:p w14:paraId="1AA2820C" w14:textId="77777777" w:rsidR="00D10BFA" w:rsidRDefault="00D10BFA" w:rsidP="00D10BFA">
      <w:pPr>
        <w:spacing w:after="0"/>
        <w:jc w:val="center"/>
      </w:pPr>
    </w:p>
    <w:p w14:paraId="79D9E185" w14:textId="77777777" w:rsidR="00D10BFA" w:rsidRDefault="00D10BFA" w:rsidP="00D10BFA">
      <w:pPr>
        <w:spacing w:after="0"/>
        <w:jc w:val="center"/>
      </w:pPr>
    </w:p>
    <w:p w14:paraId="3F7480D2" w14:textId="77777777" w:rsidR="00D10BFA" w:rsidRDefault="00D10BFA" w:rsidP="00D10BFA">
      <w:pPr>
        <w:spacing w:after="0"/>
        <w:jc w:val="center"/>
      </w:pPr>
    </w:p>
    <w:p w14:paraId="61DD3E57" w14:textId="77777777" w:rsidR="00D10BFA" w:rsidRDefault="00D10BFA" w:rsidP="00D10BFA">
      <w:pPr>
        <w:spacing w:after="0"/>
        <w:jc w:val="center"/>
      </w:pPr>
    </w:p>
    <w:p w14:paraId="3F9293F5" w14:textId="77777777" w:rsidR="00D10BFA" w:rsidRDefault="00D10BFA" w:rsidP="00D10BFA">
      <w:pPr>
        <w:spacing w:after="0"/>
        <w:jc w:val="center"/>
      </w:pPr>
    </w:p>
    <w:p w14:paraId="274752D4" w14:textId="77777777" w:rsidR="00D10BFA" w:rsidRDefault="00D10BFA" w:rsidP="00D10BFA">
      <w:pPr>
        <w:spacing w:after="0"/>
        <w:jc w:val="center"/>
      </w:pPr>
    </w:p>
    <w:p w14:paraId="453578AE" w14:textId="77777777" w:rsidR="00D10BFA" w:rsidRDefault="00D10BFA" w:rsidP="00D10BFA">
      <w:pPr>
        <w:spacing w:after="0"/>
        <w:jc w:val="center"/>
      </w:pPr>
    </w:p>
    <w:p w14:paraId="18E58A89" w14:textId="77777777" w:rsidR="00D10BFA" w:rsidRDefault="00D10BFA" w:rsidP="00D10BFA">
      <w:pPr>
        <w:spacing w:after="0"/>
        <w:jc w:val="center"/>
      </w:pPr>
    </w:p>
    <w:p w14:paraId="5DD24DE3" w14:textId="77777777" w:rsidR="00D10BFA" w:rsidRDefault="00D10BFA" w:rsidP="00D10BFA">
      <w:pPr>
        <w:spacing w:after="0"/>
        <w:jc w:val="center"/>
      </w:pPr>
    </w:p>
    <w:p w14:paraId="4F97A22E" w14:textId="77777777" w:rsidR="00D10BFA" w:rsidRDefault="00D10BFA" w:rsidP="00D10BFA">
      <w:pPr>
        <w:spacing w:after="0"/>
        <w:jc w:val="center"/>
      </w:pPr>
    </w:p>
    <w:p w14:paraId="2FCDD804" w14:textId="77777777" w:rsidR="00D10BFA" w:rsidRDefault="00D10BFA" w:rsidP="00D10BFA">
      <w:pPr>
        <w:spacing w:after="0"/>
        <w:jc w:val="center"/>
      </w:pPr>
    </w:p>
    <w:p w14:paraId="13241BF6" w14:textId="77777777" w:rsidR="00D10BFA" w:rsidRDefault="00D10BFA" w:rsidP="00D10BFA">
      <w:pPr>
        <w:spacing w:after="0"/>
        <w:jc w:val="center"/>
      </w:pPr>
    </w:p>
    <w:p w14:paraId="2D29E3E2" w14:textId="77777777" w:rsidR="00D10BFA" w:rsidRDefault="00D10BFA" w:rsidP="00D10BFA">
      <w:pPr>
        <w:spacing w:after="0"/>
        <w:jc w:val="center"/>
      </w:pPr>
    </w:p>
    <w:p w14:paraId="25D9D2BF" w14:textId="77777777" w:rsidR="00D10BFA" w:rsidRDefault="00D10BFA" w:rsidP="00D10BFA">
      <w:pPr>
        <w:spacing w:after="0"/>
        <w:jc w:val="center"/>
      </w:pPr>
    </w:p>
    <w:p w14:paraId="560726EF" w14:textId="77777777" w:rsidR="00D10BFA" w:rsidRDefault="00D10BFA" w:rsidP="00D10BFA">
      <w:pPr>
        <w:spacing w:after="0"/>
        <w:jc w:val="center"/>
      </w:pPr>
    </w:p>
    <w:p w14:paraId="616A670D" w14:textId="77777777" w:rsidR="00D10BFA" w:rsidRDefault="00D10BFA" w:rsidP="00D10BFA">
      <w:pPr>
        <w:spacing w:after="0"/>
        <w:jc w:val="center"/>
      </w:pPr>
    </w:p>
    <w:p w14:paraId="056060FD" w14:textId="77777777" w:rsidR="00D10BFA" w:rsidRDefault="00D10BFA" w:rsidP="00D10BFA">
      <w:pPr>
        <w:spacing w:after="0"/>
        <w:jc w:val="center"/>
      </w:pPr>
    </w:p>
    <w:p w14:paraId="7F46D169" w14:textId="77777777" w:rsidR="00D10BFA" w:rsidRDefault="00D10BFA" w:rsidP="00D10BFA">
      <w:pPr>
        <w:spacing w:after="0"/>
        <w:jc w:val="center"/>
      </w:pPr>
    </w:p>
    <w:p w14:paraId="5C3D2564" w14:textId="77777777" w:rsidR="00D10BFA" w:rsidRDefault="00D10BFA" w:rsidP="00D10BFA">
      <w:pPr>
        <w:spacing w:after="0"/>
        <w:jc w:val="center"/>
      </w:pPr>
    </w:p>
    <w:p w14:paraId="4360961C" w14:textId="77777777" w:rsidR="00D10BFA" w:rsidRDefault="00D10BFA" w:rsidP="00D10BFA">
      <w:pPr>
        <w:spacing w:after="0"/>
        <w:jc w:val="center"/>
      </w:pPr>
    </w:p>
    <w:p w14:paraId="1707CD5C" w14:textId="77777777" w:rsidR="00D10BFA" w:rsidRDefault="00D10BFA" w:rsidP="00D10BFA">
      <w:pPr>
        <w:spacing w:after="0"/>
        <w:jc w:val="center"/>
      </w:pPr>
    </w:p>
    <w:p w14:paraId="2F612B31" w14:textId="77777777" w:rsidR="00D10BFA" w:rsidRDefault="00D10BFA" w:rsidP="00D10BFA">
      <w:pPr>
        <w:spacing w:after="0"/>
        <w:jc w:val="center"/>
      </w:pPr>
    </w:p>
    <w:p w14:paraId="713BE9C1" w14:textId="77777777" w:rsidR="00D10BFA" w:rsidRDefault="00D10BFA" w:rsidP="00D10BFA">
      <w:pPr>
        <w:spacing w:after="0"/>
        <w:jc w:val="center"/>
      </w:pPr>
    </w:p>
    <w:p w14:paraId="2A203C8F" w14:textId="77777777" w:rsidR="00D10BFA" w:rsidRDefault="00D10BFA" w:rsidP="00D10BFA">
      <w:pPr>
        <w:spacing w:after="0"/>
        <w:jc w:val="center"/>
      </w:pPr>
    </w:p>
    <w:p w14:paraId="2B7FDAB6" w14:textId="77777777" w:rsidR="00D10BFA" w:rsidRDefault="00D10BFA" w:rsidP="00D10BFA">
      <w:pPr>
        <w:spacing w:after="0"/>
        <w:jc w:val="center"/>
      </w:pPr>
    </w:p>
    <w:p w14:paraId="0AEADE0C" w14:textId="77777777" w:rsidR="00686453" w:rsidRDefault="00D95FB4">
      <w:pPr>
        <w:pStyle w:val="Heading1"/>
        <w:pBdr>
          <w:bottom w:val="single" w:sz="14" w:space="5" w:color="E63B07"/>
        </w:pBdr>
        <w:spacing w:before="140" w:after="140"/>
      </w:pPr>
      <w:r>
        <w:rPr>
          <w:rFonts w:ascii="Arial" w:eastAsia="Arial" w:hAnsi="Arial"/>
        </w:rPr>
        <w:lastRenderedPageBreak/>
        <w:t>SUPPORTING DOCUMENTATION INDEX</w:t>
      </w:r>
    </w:p>
    <w:p w14:paraId="6F552994" w14:textId="77777777" w:rsidR="00686453" w:rsidRPr="003F0D1D" w:rsidRDefault="00D95FB4">
      <w:pPr>
        <w:spacing w:after="100" w:line="250" w:lineRule="auto"/>
        <w:rPr>
          <w:sz w:val="28"/>
          <w:szCs w:val="24"/>
        </w:rPr>
      </w:pPr>
      <w:r w:rsidRPr="003F0D1D">
        <w:rPr>
          <w:sz w:val="20"/>
          <w:szCs w:val="24"/>
        </w:rPr>
        <w:t>Complete this index with the facility-specific document title, responsible department, current version/date, storage location, and date last verified. “Required By” identifies the regulatory or planning basis; it does not mean that every item must be physically bound into this EOP. Maintain protected or confidential records in an appropriate secured location and reference that location here.</w:t>
      </w:r>
    </w:p>
    <w:tbl>
      <w:tblPr>
        <w:tblW w:w="1036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1213"/>
        <w:gridCol w:w="2243"/>
        <w:gridCol w:w="1728"/>
        <w:gridCol w:w="1728"/>
        <w:gridCol w:w="1728"/>
        <w:gridCol w:w="1728"/>
      </w:tblGrid>
      <w:tr w:rsidR="00686453" w:rsidRPr="003F0D1D" w14:paraId="1CA9181E" w14:textId="77777777" w:rsidTr="003F0D1D">
        <w:trPr>
          <w:tblHeader/>
          <w:jc w:val="center"/>
        </w:trPr>
        <w:tc>
          <w:tcPr>
            <w:tcW w:w="1213" w:type="dxa"/>
            <w:shd w:val="clear" w:color="auto" w:fill="015A41"/>
            <w:tcMar>
              <w:top w:w="55" w:type="dxa"/>
              <w:left w:w="45" w:type="dxa"/>
              <w:bottom w:w="55" w:type="dxa"/>
              <w:right w:w="45" w:type="dxa"/>
            </w:tcMar>
          </w:tcPr>
          <w:p w14:paraId="31290DF3" w14:textId="77777777" w:rsidR="00686453" w:rsidRPr="003F0D1D" w:rsidRDefault="00D95FB4">
            <w:pPr>
              <w:rPr>
                <w:szCs w:val="24"/>
              </w:rPr>
            </w:pPr>
            <w:r w:rsidRPr="003F0D1D">
              <w:rPr>
                <w:b/>
                <w:color w:val="FFFFFF"/>
                <w:szCs w:val="24"/>
              </w:rPr>
              <w:t>Att.</w:t>
            </w:r>
          </w:p>
        </w:tc>
        <w:tc>
          <w:tcPr>
            <w:tcW w:w="2243" w:type="dxa"/>
            <w:shd w:val="clear" w:color="auto" w:fill="015A41"/>
            <w:tcMar>
              <w:top w:w="55" w:type="dxa"/>
              <w:left w:w="45" w:type="dxa"/>
              <w:bottom w:w="55" w:type="dxa"/>
              <w:right w:w="45" w:type="dxa"/>
            </w:tcMar>
          </w:tcPr>
          <w:p w14:paraId="0F08EE6F" w14:textId="77777777" w:rsidR="00686453" w:rsidRPr="003F0D1D" w:rsidRDefault="00D95FB4">
            <w:pPr>
              <w:rPr>
                <w:szCs w:val="24"/>
              </w:rPr>
            </w:pPr>
            <w:r w:rsidRPr="003F0D1D">
              <w:rPr>
                <w:b/>
                <w:color w:val="FFFFFF"/>
                <w:szCs w:val="24"/>
              </w:rPr>
              <w:t>Document / Evidence</w:t>
            </w:r>
          </w:p>
        </w:tc>
        <w:tc>
          <w:tcPr>
            <w:tcW w:w="1728" w:type="dxa"/>
            <w:shd w:val="clear" w:color="auto" w:fill="015A41"/>
            <w:tcMar>
              <w:top w:w="55" w:type="dxa"/>
              <w:left w:w="45" w:type="dxa"/>
              <w:bottom w:w="55" w:type="dxa"/>
              <w:right w:w="45" w:type="dxa"/>
            </w:tcMar>
          </w:tcPr>
          <w:p w14:paraId="64AFD2EB" w14:textId="77777777" w:rsidR="00686453" w:rsidRPr="003F0D1D" w:rsidRDefault="00D95FB4">
            <w:pPr>
              <w:rPr>
                <w:szCs w:val="24"/>
              </w:rPr>
            </w:pPr>
            <w:r w:rsidRPr="003F0D1D">
              <w:rPr>
                <w:b/>
                <w:color w:val="FFFFFF"/>
                <w:szCs w:val="24"/>
              </w:rPr>
              <w:t>Required By</w:t>
            </w:r>
          </w:p>
        </w:tc>
        <w:tc>
          <w:tcPr>
            <w:tcW w:w="1728" w:type="dxa"/>
            <w:shd w:val="clear" w:color="auto" w:fill="015A41"/>
            <w:tcMar>
              <w:top w:w="55" w:type="dxa"/>
              <w:left w:w="45" w:type="dxa"/>
              <w:bottom w:w="55" w:type="dxa"/>
              <w:right w:w="45" w:type="dxa"/>
            </w:tcMar>
          </w:tcPr>
          <w:p w14:paraId="483B5CDC" w14:textId="77777777" w:rsidR="00686453" w:rsidRPr="003F0D1D" w:rsidRDefault="00D95FB4">
            <w:pPr>
              <w:rPr>
                <w:szCs w:val="24"/>
              </w:rPr>
            </w:pPr>
            <w:r w:rsidRPr="003F0D1D">
              <w:rPr>
                <w:b/>
                <w:color w:val="FFFFFF"/>
                <w:szCs w:val="24"/>
              </w:rPr>
              <w:t>Owner</w:t>
            </w:r>
          </w:p>
        </w:tc>
        <w:tc>
          <w:tcPr>
            <w:tcW w:w="1728" w:type="dxa"/>
            <w:shd w:val="clear" w:color="auto" w:fill="015A41"/>
            <w:tcMar>
              <w:top w:w="55" w:type="dxa"/>
              <w:left w:w="45" w:type="dxa"/>
              <w:bottom w:w="55" w:type="dxa"/>
              <w:right w:w="45" w:type="dxa"/>
            </w:tcMar>
          </w:tcPr>
          <w:p w14:paraId="28663572" w14:textId="77777777" w:rsidR="00686453" w:rsidRPr="003F0D1D" w:rsidRDefault="00D95FB4">
            <w:pPr>
              <w:rPr>
                <w:szCs w:val="24"/>
              </w:rPr>
            </w:pPr>
            <w:r w:rsidRPr="003F0D1D">
              <w:rPr>
                <w:b/>
                <w:color w:val="FFFFFF"/>
                <w:szCs w:val="24"/>
              </w:rPr>
              <w:t>Storage Location</w:t>
            </w:r>
          </w:p>
        </w:tc>
        <w:tc>
          <w:tcPr>
            <w:tcW w:w="1728" w:type="dxa"/>
            <w:shd w:val="clear" w:color="auto" w:fill="015A41"/>
            <w:tcMar>
              <w:top w:w="55" w:type="dxa"/>
              <w:left w:w="45" w:type="dxa"/>
              <w:bottom w:w="55" w:type="dxa"/>
              <w:right w:w="45" w:type="dxa"/>
            </w:tcMar>
          </w:tcPr>
          <w:p w14:paraId="741D21DD" w14:textId="77777777" w:rsidR="00686453" w:rsidRPr="003F0D1D" w:rsidRDefault="00D95FB4">
            <w:pPr>
              <w:rPr>
                <w:szCs w:val="24"/>
              </w:rPr>
            </w:pPr>
            <w:r w:rsidRPr="003F0D1D">
              <w:rPr>
                <w:b/>
                <w:color w:val="FFFFFF"/>
                <w:szCs w:val="24"/>
              </w:rPr>
              <w:t>Verified</w:t>
            </w:r>
          </w:p>
        </w:tc>
      </w:tr>
      <w:tr w:rsidR="00686453" w:rsidRPr="003F0D1D" w14:paraId="6B331C6D" w14:textId="77777777" w:rsidTr="003F0D1D">
        <w:trPr>
          <w:cantSplit/>
          <w:jc w:val="center"/>
        </w:trPr>
        <w:tc>
          <w:tcPr>
            <w:tcW w:w="1213" w:type="dxa"/>
            <w:shd w:val="clear" w:color="auto" w:fill="EAF3EF"/>
            <w:tcMar>
              <w:top w:w="55" w:type="dxa"/>
              <w:left w:w="45" w:type="dxa"/>
              <w:bottom w:w="55" w:type="dxa"/>
              <w:right w:w="45" w:type="dxa"/>
            </w:tcMar>
          </w:tcPr>
          <w:p w14:paraId="1E0F020E" w14:textId="77777777" w:rsidR="00686453" w:rsidRPr="003F0D1D" w:rsidRDefault="00D95FB4">
            <w:pPr>
              <w:rPr>
                <w:szCs w:val="24"/>
              </w:rPr>
            </w:pPr>
            <w:r w:rsidRPr="003F0D1D">
              <w:rPr>
                <w:b/>
                <w:color w:val="015A41"/>
                <w:szCs w:val="24"/>
              </w:rPr>
              <w:t>A</w:t>
            </w:r>
          </w:p>
        </w:tc>
        <w:tc>
          <w:tcPr>
            <w:tcW w:w="2243" w:type="dxa"/>
            <w:tcMar>
              <w:top w:w="55" w:type="dxa"/>
              <w:left w:w="45" w:type="dxa"/>
              <w:bottom w:w="55" w:type="dxa"/>
              <w:right w:w="45" w:type="dxa"/>
            </w:tcMar>
          </w:tcPr>
          <w:p w14:paraId="40CE8DAE" w14:textId="77777777" w:rsidR="00686453" w:rsidRPr="003F0D1D" w:rsidRDefault="00D95FB4">
            <w:pPr>
              <w:rPr>
                <w:szCs w:val="24"/>
              </w:rPr>
            </w:pPr>
            <w:r w:rsidRPr="003F0D1D">
              <w:rPr>
                <w:szCs w:val="24"/>
              </w:rPr>
              <w:t>Current EOP approval / annual review record</w:t>
            </w:r>
          </w:p>
        </w:tc>
        <w:tc>
          <w:tcPr>
            <w:tcW w:w="1728" w:type="dxa"/>
            <w:tcMar>
              <w:top w:w="55" w:type="dxa"/>
              <w:left w:w="45" w:type="dxa"/>
              <w:bottom w:w="55" w:type="dxa"/>
              <w:right w:w="45" w:type="dxa"/>
            </w:tcMar>
          </w:tcPr>
          <w:p w14:paraId="4F1E27B3" w14:textId="77777777" w:rsidR="00686453" w:rsidRPr="003F0D1D" w:rsidRDefault="00D95FB4">
            <w:pPr>
              <w:rPr>
                <w:szCs w:val="24"/>
              </w:rPr>
            </w:pPr>
            <w:r w:rsidRPr="003F0D1D">
              <w:rPr>
                <w:szCs w:val="24"/>
              </w:rPr>
              <w:t>CMS §483.73(a); ME Ch. 110</w:t>
            </w:r>
          </w:p>
        </w:tc>
        <w:tc>
          <w:tcPr>
            <w:tcW w:w="1728" w:type="dxa"/>
            <w:tcMar>
              <w:top w:w="55" w:type="dxa"/>
              <w:left w:w="45" w:type="dxa"/>
              <w:bottom w:w="55" w:type="dxa"/>
              <w:right w:w="45" w:type="dxa"/>
            </w:tcMar>
          </w:tcPr>
          <w:p w14:paraId="52E5CF8C" w14:textId="77777777" w:rsidR="00686453" w:rsidRPr="003F0D1D" w:rsidRDefault="00D95FB4">
            <w:pPr>
              <w:rPr>
                <w:szCs w:val="24"/>
              </w:rPr>
            </w:pPr>
            <w:r w:rsidRPr="003F0D1D">
              <w:rPr>
                <w:szCs w:val="24"/>
              </w:rPr>
              <w:t>Administration</w:t>
            </w:r>
          </w:p>
        </w:tc>
        <w:tc>
          <w:tcPr>
            <w:tcW w:w="1728" w:type="dxa"/>
            <w:shd w:val="clear" w:color="auto" w:fill="F3F5F4"/>
            <w:tcMar>
              <w:top w:w="55" w:type="dxa"/>
              <w:left w:w="45" w:type="dxa"/>
              <w:bottom w:w="55" w:type="dxa"/>
              <w:right w:w="45" w:type="dxa"/>
            </w:tcMar>
          </w:tcPr>
          <w:p w14:paraId="55581FAD"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30C40651" w14:textId="77777777" w:rsidR="00686453" w:rsidRPr="003F0D1D" w:rsidRDefault="00D95FB4">
            <w:pPr>
              <w:rPr>
                <w:szCs w:val="24"/>
              </w:rPr>
            </w:pPr>
            <w:r w:rsidRPr="003F0D1D">
              <w:rPr>
                <w:szCs w:val="24"/>
              </w:rPr>
              <w:t>&lt;Date&gt;</w:t>
            </w:r>
          </w:p>
        </w:tc>
      </w:tr>
      <w:tr w:rsidR="00D955D8" w:rsidRPr="003F0D1D" w14:paraId="445F08F4" w14:textId="77777777" w:rsidTr="003F0D1D">
        <w:trPr>
          <w:cantSplit/>
          <w:jc w:val="center"/>
        </w:trPr>
        <w:tc>
          <w:tcPr>
            <w:tcW w:w="1213" w:type="dxa"/>
            <w:shd w:val="clear" w:color="auto" w:fill="F7FAF8"/>
            <w:tcMar>
              <w:top w:w="55" w:type="dxa"/>
              <w:left w:w="45" w:type="dxa"/>
              <w:bottom w:w="55" w:type="dxa"/>
              <w:right w:w="45" w:type="dxa"/>
            </w:tcMar>
          </w:tcPr>
          <w:p w14:paraId="486CEC53" w14:textId="6618A8D1" w:rsidR="00D955D8" w:rsidRPr="003F0D1D" w:rsidRDefault="00D955D8" w:rsidP="00D955D8">
            <w:pPr>
              <w:rPr>
                <w:b/>
                <w:color w:val="015A41"/>
                <w:szCs w:val="24"/>
              </w:rPr>
            </w:pPr>
            <w:r w:rsidRPr="003F0D1D">
              <w:rPr>
                <w:b/>
                <w:color w:val="015A41"/>
                <w:szCs w:val="24"/>
              </w:rPr>
              <w:t>A/C</w:t>
            </w:r>
          </w:p>
        </w:tc>
        <w:tc>
          <w:tcPr>
            <w:tcW w:w="2243" w:type="dxa"/>
            <w:tcMar>
              <w:top w:w="55" w:type="dxa"/>
              <w:left w:w="45" w:type="dxa"/>
              <w:bottom w:w="55" w:type="dxa"/>
              <w:right w:w="45" w:type="dxa"/>
            </w:tcMar>
          </w:tcPr>
          <w:p w14:paraId="15B30459" w14:textId="5B1157F4" w:rsidR="00D955D8" w:rsidRPr="003F0D1D" w:rsidRDefault="00D955D8" w:rsidP="00D955D8">
            <w:pPr>
              <w:rPr>
                <w:szCs w:val="24"/>
              </w:rPr>
            </w:pPr>
            <w:r w:rsidRPr="003F0D1D">
              <w:rPr>
                <w:szCs w:val="24"/>
              </w:rPr>
              <w:t>Annual Maine professional policy group / QA policy review minutes</w:t>
            </w:r>
          </w:p>
        </w:tc>
        <w:tc>
          <w:tcPr>
            <w:tcW w:w="1728" w:type="dxa"/>
            <w:tcMar>
              <w:top w:w="55" w:type="dxa"/>
              <w:left w:w="45" w:type="dxa"/>
              <w:bottom w:w="55" w:type="dxa"/>
              <w:right w:w="45" w:type="dxa"/>
            </w:tcMar>
          </w:tcPr>
          <w:p w14:paraId="0FBA75CB" w14:textId="43681969" w:rsidR="00D955D8" w:rsidRPr="003F0D1D" w:rsidRDefault="00D955D8" w:rsidP="00D955D8">
            <w:pPr>
              <w:rPr>
                <w:szCs w:val="24"/>
              </w:rPr>
            </w:pPr>
            <w:r w:rsidRPr="003F0D1D">
              <w:rPr>
                <w:szCs w:val="24"/>
              </w:rPr>
              <w:t>ME Ch. 110 §</w:t>
            </w:r>
            <w:proofErr w:type="gramStart"/>
            <w:r w:rsidRPr="003F0D1D">
              <w:rPr>
                <w:szCs w:val="24"/>
              </w:rPr>
              <w:t>5.A</w:t>
            </w:r>
            <w:proofErr w:type="gramEnd"/>
          </w:p>
        </w:tc>
        <w:tc>
          <w:tcPr>
            <w:tcW w:w="1728" w:type="dxa"/>
            <w:tcMar>
              <w:top w:w="55" w:type="dxa"/>
              <w:left w:w="45" w:type="dxa"/>
              <w:bottom w:w="55" w:type="dxa"/>
              <w:right w:w="45" w:type="dxa"/>
            </w:tcMar>
          </w:tcPr>
          <w:p w14:paraId="7F45ADB5" w14:textId="0BA3AEF5" w:rsidR="00D955D8" w:rsidRPr="003F0D1D" w:rsidRDefault="00D955D8" w:rsidP="00D955D8">
            <w:pPr>
              <w:rPr>
                <w:szCs w:val="24"/>
              </w:rPr>
            </w:pPr>
            <w:r w:rsidRPr="003F0D1D">
              <w:rPr>
                <w:szCs w:val="24"/>
              </w:rPr>
              <w:t>Administration / Clinical</w:t>
            </w:r>
          </w:p>
        </w:tc>
        <w:tc>
          <w:tcPr>
            <w:tcW w:w="1728" w:type="dxa"/>
            <w:shd w:val="clear" w:color="auto" w:fill="F3F5F4"/>
            <w:tcMar>
              <w:top w:w="55" w:type="dxa"/>
              <w:left w:w="45" w:type="dxa"/>
              <w:bottom w:w="55" w:type="dxa"/>
              <w:right w:w="45" w:type="dxa"/>
            </w:tcMar>
          </w:tcPr>
          <w:p w14:paraId="2F25E51A" w14:textId="217BB05E" w:rsidR="00D955D8" w:rsidRPr="003F0D1D" w:rsidRDefault="00D955D8" w:rsidP="00D955D8">
            <w:pPr>
              <w:rPr>
                <w:szCs w:val="24"/>
              </w:rPr>
            </w:pPr>
            <w:r w:rsidRPr="003F0D1D">
              <w:rPr>
                <w:rFonts w:cs="Arial"/>
                <w:color w:val="6B7378"/>
                <w:szCs w:val="24"/>
              </w:rPr>
              <w:t>&lt;Location&gt;</w:t>
            </w:r>
          </w:p>
        </w:tc>
        <w:tc>
          <w:tcPr>
            <w:tcW w:w="1728" w:type="dxa"/>
            <w:shd w:val="clear" w:color="auto" w:fill="F3F5F4"/>
            <w:tcMar>
              <w:top w:w="55" w:type="dxa"/>
              <w:left w:w="45" w:type="dxa"/>
              <w:bottom w:w="55" w:type="dxa"/>
              <w:right w:w="45" w:type="dxa"/>
            </w:tcMar>
          </w:tcPr>
          <w:p w14:paraId="5BD2E318" w14:textId="2129C4F1" w:rsidR="00D955D8" w:rsidRPr="003F0D1D" w:rsidRDefault="00D955D8" w:rsidP="00D955D8">
            <w:pPr>
              <w:rPr>
                <w:szCs w:val="24"/>
              </w:rPr>
            </w:pPr>
            <w:r w:rsidRPr="003F0D1D">
              <w:rPr>
                <w:rFonts w:cs="Arial"/>
                <w:color w:val="6B7378"/>
                <w:szCs w:val="24"/>
              </w:rPr>
              <w:t>&lt;Date&gt;</w:t>
            </w:r>
          </w:p>
        </w:tc>
      </w:tr>
      <w:tr w:rsidR="00686453" w:rsidRPr="003F0D1D" w14:paraId="675CF735" w14:textId="77777777" w:rsidTr="003F0D1D">
        <w:trPr>
          <w:cantSplit/>
          <w:jc w:val="center"/>
        </w:trPr>
        <w:tc>
          <w:tcPr>
            <w:tcW w:w="1213" w:type="dxa"/>
            <w:shd w:val="clear" w:color="auto" w:fill="F7FAF8"/>
            <w:tcMar>
              <w:top w:w="55" w:type="dxa"/>
              <w:left w:w="45" w:type="dxa"/>
              <w:bottom w:w="55" w:type="dxa"/>
              <w:right w:w="45" w:type="dxa"/>
            </w:tcMar>
          </w:tcPr>
          <w:p w14:paraId="22D67AFC" w14:textId="77777777" w:rsidR="00686453" w:rsidRPr="003F0D1D" w:rsidRDefault="00D95FB4">
            <w:pPr>
              <w:rPr>
                <w:szCs w:val="24"/>
              </w:rPr>
            </w:pPr>
            <w:r w:rsidRPr="003F0D1D">
              <w:rPr>
                <w:b/>
                <w:color w:val="015A41"/>
                <w:szCs w:val="24"/>
              </w:rPr>
              <w:t>B</w:t>
            </w:r>
          </w:p>
        </w:tc>
        <w:tc>
          <w:tcPr>
            <w:tcW w:w="2243" w:type="dxa"/>
            <w:tcMar>
              <w:top w:w="55" w:type="dxa"/>
              <w:left w:w="45" w:type="dxa"/>
              <w:bottom w:w="55" w:type="dxa"/>
              <w:right w:w="45" w:type="dxa"/>
            </w:tcMar>
          </w:tcPr>
          <w:p w14:paraId="1938D2EA" w14:textId="77777777" w:rsidR="00686453" w:rsidRPr="003F0D1D" w:rsidRDefault="00D95FB4">
            <w:pPr>
              <w:rPr>
                <w:szCs w:val="24"/>
              </w:rPr>
            </w:pPr>
            <w:r w:rsidRPr="003F0D1D">
              <w:rPr>
                <w:szCs w:val="24"/>
              </w:rPr>
              <w:t>Facility-based HVA / risk assessment</w:t>
            </w:r>
          </w:p>
        </w:tc>
        <w:tc>
          <w:tcPr>
            <w:tcW w:w="1728" w:type="dxa"/>
            <w:tcMar>
              <w:top w:w="55" w:type="dxa"/>
              <w:left w:w="45" w:type="dxa"/>
              <w:bottom w:w="55" w:type="dxa"/>
              <w:right w:w="45" w:type="dxa"/>
            </w:tcMar>
          </w:tcPr>
          <w:p w14:paraId="34002BC8" w14:textId="77777777" w:rsidR="00686453" w:rsidRPr="003F0D1D" w:rsidRDefault="00D95FB4">
            <w:pPr>
              <w:rPr>
                <w:szCs w:val="24"/>
              </w:rPr>
            </w:pPr>
            <w:r w:rsidRPr="003F0D1D">
              <w:rPr>
                <w:szCs w:val="24"/>
              </w:rPr>
              <w:t>CMS §483.73(a)(1)</w:t>
            </w:r>
          </w:p>
        </w:tc>
        <w:tc>
          <w:tcPr>
            <w:tcW w:w="1728" w:type="dxa"/>
            <w:tcMar>
              <w:top w:w="55" w:type="dxa"/>
              <w:left w:w="45" w:type="dxa"/>
              <w:bottom w:w="55" w:type="dxa"/>
              <w:right w:w="45" w:type="dxa"/>
            </w:tcMar>
          </w:tcPr>
          <w:p w14:paraId="059C6A28" w14:textId="77777777" w:rsidR="00686453" w:rsidRPr="003F0D1D" w:rsidRDefault="00D95FB4">
            <w:pPr>
              <w:rPr>
                <w:szCs w:val="24"/>
              </w:rPr>
            </w:pPr>
            <w:r w:rsidRPr="003F0D1D">
              <w:rPr>
                <w:szCs w:val="24"/>
              </w:rPr>
              <w:t>Emergency Prep</w:t>
            </w:r>
          </w:p>
        </w:tc>
        <w:tc>
          <w:tcPr>
            <w:tcW w:w="1728" w:type="dxa"/>
            <w:shd w:val="clear" w:color="auto" w:fill="F3F5F4"/>
            <w:tcMar>
              <w:top w:w="55" w:type="dxa"/>
              <w:left w:w="45" w:type="dxa"/>
              <w:bottom w:w="55" w:type="dxa"/>
              <w:right w:w="45" w:type="dxa"/>
            </w:tcMar>
          </w:tcPr>
          <w:p w14:paraId="5CA1337B"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2F40E34E" w14:textId="77777777" w:rsidR="00686453" w:rsidRPr="003F0D1D" w:rsidRDefault="00D95FB4">
            <w:pPr>
              <w:rPr>
                <w:szCs w:val="24"/>
              </w:rPr>
            </w:pPr>
            <w:r w:rsidRPr="003F0D1D">
              <w:rPr>
                <w:szCs w:val="24"/>
              </w:rPr>
              <w:t>&lt;Date&gt;</w:t>
            </w:r>
          </w:p>
        </w:tc>
      </w:tr>
      <w:tr w:rsidR="00686453" w:rsidRPr="003F0D1D" w14:paraId="544C3245" w14:textId="77777777" w:rsidTr="003F0D1D">
        <w:trPr>
          <w:cantSplit/>
          <w:jc w:val="center"/>
        </w:trPr>
        <w:tc>
          <w:tcPr>
            <w:tcW w:w="1213" w:type="dxa"/>
            <w:shd w:val="clear" w:color="auto" w:fill="EAF3EF"/>
            <w:tcMar>
              <w:top w:w="55" w:type="dxa"/>
              <w:left w:w="45" w:type="dxa"/>
              <w:bottom w:w="55" w:type="dxa"/>
              <w:right w:w="45" w:type="dxa"/>
            </w:tcMar>
          </w:tcPr>
          <w:p w14:paraId="74849E38" w14:textId="77777777" w:rsidR="00686453" w:rsidRPr="003F0D1D" w:rsidRDefault="00D95FB4">
            <w:pPr>
              <w:rPr>
                <w:szCs w:val="24"/>
              </w:rPr>
            </w:pPr>
            <w:r w:rsidRPr="003F0D1D">
              <w:rPr>
                <w:b/>
                <w:color w:val="015A41"/>
                <w:szCs w:val="24"/>
              </w:rPr>
              <w:t>B</w:t>
            </w:r>
          </w:p>
        </w:tc>
        <w:tc>
          <w:tcPr>
            <w:tcW w:w="2243" w:type="dxa"/>
            <w:tcMar>
              <w:top w:w="55" w:type="dxa"/>
              <w:left w:w="45" w:type="dxa"/>
              <w:bottom w:w="55" w:type="dxa"/>
              <w:right w:w="45" w:type="dxa"/>
            </w:tcMar>
          </w:tcPr>
          <w:p w14:paraId="1EB6AEC0" w14:textId="77777777" w:rsidR="00686453" w:rsidRPr="003F0D1D" w:rsidRDefault="00D95FB4">
            <w:pPr>
              <w:rPr>
                <w:szCs w:val="24"/>
              </w:rPr>
            </w:pPr>
            <w:r w:rsidRPr="003F0D1D">
              <w:rPr>
                <w:szCs w:val="24"/>
              </w:rPr>
              <w:t>Community-based risk assessment / HVA source</w:t>
            </w:r>
          </w:p>
        </w:tc>
        <w:tc>
          <w:tcPr>
            <w:tcW w:w="1728" w:type="dxa"/>
            <w:tcMar>
              <w:top w:w="55" w:type="dxa"/>
              <w:left w:w="45" w:type="dxa"/>
              <w:bottom w:w="55" w:type="dxa"/>
              <w:right w:w="45" w:type="dxa"/>
            </w:tcMar>
          </w:tcPr>
          <w:p w14:paraId="615ABE82" w14:textId="77777777" w:rsidR="00686453" w:rsidRPr="003F0D1D" w:rsidRDefault="00D95FB4">
            <w:pPr>
              <w:rPr>
                <w:szCs w:val="24"/>
              </w:rPr>
            </w:pPr>
            <w:r w:rsidRPr="003F0D1D">
              <w:rPr>
                <w:szCs w:val="24"/>
              </w:rPr>
              <w:t>CMS §483.73(a)(1)</w:t>
            </w:r>
          </w:p>
        </w:tc>
        <w:tc>
          <w:tcPr>
            <w:tcW w:w="1728" w:type="dxa"/>
            <w:tcMar>
              <w:top w:w="55" w:type="dxa"/>
              <w:left w:w="45" w:type="dxa"/>
              <w:bottom w:w="55" w:type="dxa"/>
              <w:right w:w="45" w:type="dxa"/>
            </w:tcMar>
          </w:tcPr>
          <w:p w14:paraId="714B7B5B" w14:textId="77777777" w:rsidR="00686453" w:rsidRPr="003F0D1D" w:rsidRDefault="00D95FB4">
            <w:pPr>
              <w:rPr>
                <w:szCs w:val="24"/>
              </w:rPr>
            </w:pPr>
            <w:r w:rsidRPr="003F0D1D">
              <w:rPr>
                <w:szCs w:val="24"/>
              </w:rPr>
              <w:t>Emergency Prep</w:t>
            </w:r>
          </w:p>
        </w:tc>
        <w:tc>
          <w:tcPr>
            <w:tcW w:w="1728" w:type="dxa"/>
            <w:shd w:val="clear" w:color="auto" w:fill="F3F5F4"/>
            <w:tcMar>
              <w:top w:w="55" w:type="dxa"/>
              <w:left w:w="45" w:type="dxa"/>
              <w:bottom w:w="55" w:type="dxa"/>
              <w:right w:w="45" w:type="dxa"/>
            </w:tcMar>
          </w:tcPr>
          <w:p w14:paraId="77C8551B"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5B75E12C" w14:textId="77777777" w:rsidR="00686453" w:rsidRPr="003F0D1D" w:rsidRDefault="00D95FB4">
            <w:pPr>
              <w:rPr>
                <w:szCs w:val="24"/>
              </w:rPr>
            </w:pPr>
            <w:r w:rsidRPr="003F0D1D">
              <w:rPr>
                <w:szCs w:val="24"/>
              </w:rPr>
              <w:t>&lt;Date&gt;</w:t>
            </w:r>
          </w:p>
        </w:tc>
      </w:tr>
      <w:tr w:rsidR="00686453" w:rsidRPr="003F0D1D" w14:paraId="77F4342D" w14:textId="77777777" w:rsidTr="003F0D1D">
        <w:trPr>
          <w:cantSplit/>
          <w:jc w:val="center"/>
        </w:trPr>
        <w:tc>
          <w:tcPr>
            <w:tcW w:w="1213" w:type="dxa"/>
            <w:shd w:val="clear" w:color="auto" w:fill="F7FAF8"/>
            <w:tcMar>
              <w:top w:w="55" w:type="dxa"/>
              <w:left w:w="45" w:type="dxa"/>
              <w:bottom w:w="55" w:type="dxa"/>
              <w:right w:w="45" w:type="dxa"/>
            </w:tcMar>
          </w:tcPr>
          <w:p w14:paraId="0A316061" w14:textId="77777777" w:rsidR="00686453" w:rsidRPr="003F0D1D" w:rsidRDefault="00D95FB4">
            <w:pPr>
              <w:rPr>
                <w:szCs w:val="24"/>
              </w:rPr>
            </w:pPr>
            <w:r w:rsidRPr="003F0D1D">
              <w:rPr>
                <w:b/>
                <w:color w:val="015A41"/>
                <w:szCs w:val="24"/>
              </w:rPr>
              <w:t>C</w:t>
            </w:r>
          </w:p>
        </w:tc>
        <w:tc>
          <w:tcPr>
            <w:tcW w:w="2243" w:type="dxa"/>
            <w:tcMar>
              <w:top w:w="55" w:type="dxa"/>
              <w:left w:w="45" w:type="dxa"/>
              <w:bottom w:w="55" w:type="dxa"/>
              <w:right w:w="45" w:type="dxa"/>
            </w:tcMar>
          </w:tcPr>
          <w:p w14:paraId="234B1E84" w14:textId="77777777" w:rsidR="00686453" w:rsidRPr="003F0D1D" w:rsidRDefault="00D95FB4">
            <w:pPr>
              <w:rPr>
                <w:szCs w:val="24"/>
              </w:rPr>
            </w:pPr>
            <w:r w:rsidRPr="003F0D1D">
              <w:rPr>
                <w:szCs w:val="24"/>
              </w:rPr>
              <w:t>Emergency preparedness policy/procedure index</w:t>
            </w:r>
          </w:p>
        </w:tc>
        <w:tc>
          <w:tcPr>
            <w:tcW w:w="1728" w:type="dxa"/>
            <w:tcMar>
              <w:top w:w="55" w:type="dxa"/>
              <w:left w:w="45" w:type="dxa"/>
              <w:bottom w:w="55" w:type="dxa"/>
              <w:right w:w="45" w:type="dxa"/>
            </w:tcMar>
          </w:tcPr>
          <w:p w14:paraId="13DE670D" w14:textId="77777777" w:rsidR="00686453" w:rsidRPr="003F0D1D" w:rsidRDefault="00D95FB4">
            <w:pPr>
              <w:rPr>
                <w:szCs w:val="24"/>
              </w:rPr>
            </w:pPr>
            <w:r w:rsidRPr="003F0D1D">
              <w:rPr>
                <w:szCs w:val="24"/>
              </w:rPr>
              <w:t>CMS §483.73(b)</w:t>
            </w:r>
          </w:p>
        </w:tc>
        <w:tc>
          <w:tcPr>
            <w:tcW w:w="1728" w:type="dxa"/>
            <w:tcMar>
              <w:top w:w="55" w:type="dxa"/>
              <w:left w:w="45" w:type="dxa"/>
              <w:bottom w:w="55" w:type="dxa"/>
              <w:right w:w="45" w:type="dxa"/>
            </w:tcMar>
          </w:tcPr>
          <w:p w14:paraId="562420EF" w14:textId="77777777" w:rsidR="00686453" w:rsidRPr="003F0D1D" w:rsidRDefault="00D95FB4">
            <w:pPr>
              <w:rPr>
                <w:szCs w:val="24"/>
              </w:rPr>
            </w:pPr>
            <w:r w:rsidRPr="003F0D1D">
              <w:rPr>
                <w:szCs w:val="24"/>
              </w:rPr>
              <w:t>Administration</w:t>
            </w:r>
          </w:p>
        </w:tc>
        <w:tc>
          <w:tcPr>
            <w:tcW w:w="1728" w:type="dxa"/>
            <w:shd w:val="clear" w:color="auto" w:fill="F3F5F4"/>
            <w:tcMar>
              <w:top w:w="55" w:type="dxa"/>
              <w:left w:w="45" w:type="dxa"/>
              <w:bottom w:w="55" w:type="dxa"/>
              <w:right w:w="45" w:type="dxa"/>
            </w:tcMar>
          </w:tcPr>
          <w:p w14:paraId="4310480A"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62A891F4" w14:textId="77777777" w:rsidR="00686453" w:rsidRPr="003F0D1D" w:rsidRDefault="00D95FB4">
            <w:pPr>
              <w:rPr>
                <w:szCs w:val="24"/>
              </w:rPr>
            </w:pPr>
            <w:r w:rsidRPr="003F0D1D">
              <w:rPr>
                <w:szCs w:val="24"/>
              </w:rPr>
              <w:t>&lt;Date&gt;</w:t>
            </w:r>
          </w:p>
        </w:tc>
      </w:tr>
      <w:tr w:rsidR="00686453" w:rsidRPr="003F0D1D" w14:paraId="102FDF53" w14:textId="77777777" w:rsidTr="003F0D1D">
        <w:trPr>
          <w:cantSplit/>
          <w:jc w:val="center"/>
        </w:trPr>
        <w:tc>
          <w:tcPr>
            <w:tcW w:w="1213" w:type="dxa"/>
            <w:shd w:val="clear" w:color="auto" w:fill="EAF3EF"/>
            <w:tcMar>
              <w:top w:w="55" w:type="dxa"/>
              <w:left w:w="45" w:type="dxa"/>
              <w:bottom w:w="55" w:type="dxa"/>
              <w:right w:w="45" w:type="dxa"/>
            </w:tcMar>
          </w:tcPr>
          <w:p w14:paraId="6E8289D2" w14:textId="77777777" w:rsidR="00686453" w:rsidRPr="003F0D1D" w:rsidRDefault="00D95FB4">
            <w:pPr>
              <w:rPr>
                <w:szCs w:val="24"/>
              </w:rPr>
            </w:pPr>
            <w:r w:rsidRPr="003F0D1D">
              <w:rPr>
                <w:b/>
                <w:color w:val="015A41"/>
                <w:szCs w:val="24"/>
              </w:rPr>
              <w:t>C</w:t>
            </w:r>
          </w:p>
        </w:tc>
        <w:tc>
          <w:tcPr>
            <w:tcW w:w="2243" w:type="dxa"/>
            <w:tcMar>
              <w:top w:w="55" w:type="dxa"/>
              <w:left w:w="45" w:type="dxa"/>
              <w:bottom w:w="55" w:type="dxa"/>
              <w:right w:w="45" w:type="dxa"/>
            </w:tcMar>
          </w:tcPr>
          <w:p w14:paraId="20EE37A6" w14:textId="77777777" w:rsidR="00686453" w:rsidRPr="003F0D1D" w:rsidRDefault="00D95FB4">
            <w:pPr>
              <w:rPr>
                <w:szCs w:val="24"/>
              </w:rPr>
            </w:pPr>
            <w:r w:rsidRPr="003F0D1D">
              <w:rPr>
                <w:szCs w:val="24"/>
              </w:rPr>
              <w:t>§1135 waiver / alternate care site procedure</w:t>
            </w:r>
          </w:p>
        </w:tc>
        <w:tc>
          <w:tcPr>
            <w:tcW w:w="1728" w:type="dxa"/>
            <w:tcMar>
              <w:top w:w="55" w:type="dxa"/>
              <w:left w:w="45" w:type="dxa"/>
              <w:bottom w:w="55" w:type="dxa"/>
              <w:right w:w="45" w:type="dxa"/>
            </w:tcMar>
          </w:tcPr>
          <w:p w14:paraId="6DD9A69B" w14:textId="77777777" w:rsidR="00686453" w:rsidRPr="003F0D1D" w:rsidRDefault="00D95FB4">
            <w:pPr>
              <w:rPr>
                <w:szCs w:val="24"/>
              </w:rPr>
            </w:pPr>
            <w:r w:rsidRPr="003F0D1D">
              <w:rPr>
                <w:szCs w:val="24"/>
              </w:rPr>
              <w:t>CMS §483.73(b)(8)</w:t>
            </w:r>
          </w:p>
        </w:tc>
        <w:tc>
          <w:tcPr>
            <w:tcW w:w="1728" w:type="dxa"/>
            <w:tcMar>
              <w:top w:w="55" w:type="dxa"/>
              <w:left w:w="45" w:type="dxa"/>
              <w:bottom w:w="55" w:type="dxa"/>
              <w:right w:w="45" w:type="dxa"/>
            </w:tcMar>
          </w:tcPr>
          <w:p w14:paraId="51D97734" w14:textId="77777777" w:rsidR="00686453" w:rsidRPr="003F0D1D" w:rsidRDefault="00D95FB4">
            <w:pPr>
              <w:rPr>
                <w:szCs w:val="24"/>
              </w:rPr>
            </w:pPr>
            <w:r w:rsidRPr="003F0D1D">
              <w:rPr>
                <w:szCs w:val="24"/>
              </w:rPr>
              <w:t>Administration</w:t>
            </w:r>
          </w:p>
        </w:tc>
        <w:tc>
          <w:tcPr>
            <w:tcW w:w="1728" w:type="dxa"/>
            <w:shd w:val="clear" w:color="auto" w:fill="F3F5F4"/>
            <w:tcMar>
              <w:top w:w="55" w:type="dxa"/>
              <w:left w:w="45" w:type="dxa"/>
              <w:bottom w:w="55" w:type="dxa"/>
              <w:right w:w="45" w:type="dxa"/>
            </w:tcMar>
          </w:tcPr>
          <w:p w14:paraId="1EBED923"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1A9CE5FD" w14:textId="77777777" w:rsidR="00686453" w:rsidRPr="003F0D1D" w:rsidRDefault="00D95FB4">
            <w:pPr>
              <w:rPr>
                <w:szCs w:val="24"/>
              </w:rPr>
            </w:pPr>
            <w:r w:rsidRPr="003F0D1D">
              <w:rPr>
                <w:szCs w:val="24"/>
              </w:rPr>
              <w:t>&lt;Date&gt;</w:t>
            </w:r>
          </w:p>
        </w:tc>
      </w:tr>
      <w:tr w:rsidR="00686453" w:rsidRPr="003F0D1D" w14:paraId="3EE35126" w14:textId="77777777" w:rsidTr="003F0D1D">
        <w:trPr>
          <w:cantSplit/>
          <w:jc w:val="center"/>
        </w:trPr>
        <w:tc>
          <w:tcPr>
            <w:tcW w:w="1213" w:type="dxa"/>
            <w:shd w:val="clear" w:color="auto" w:fill="F7FAF8"/>
            <w:tcMar>
              <w:top w:w="55" w:type="dxa"/>
              <w:left w:w="45" w:type="dxa"/>
              <w:bottom w:w="55" w:type="dxa"/>
              <w:right w:w="45" w:type="dxa"/>
            </w:tcMar>
          </w:tcPr>
          <w:p w14:paraId="17972069" w14:textId="77777777" w:rsidR="00686453" w:rsidRPr="003F0D1D" w:rsidRDefault="00D95FB4">
            <w:pPr>
              <w:rPr>
                <w:szCs w:val="24"/>
              </w:rPr>
            </w:pPr>
            <w:r w:rsidRPr="003F0D1D">
              <w:rPr>
                <w:b/>
                <w:color w:val="015A41"/>
                <w:szCs w:val="24"/>
              </w:rPr>
              <w:t>D</w:t>
            </w:r>
          </w:p>
        </w:tc>
        <w:tc>
          <w:tcPr>
            <w:tcW w:w="2243" w:type="dxa"/>
            <w:tcMar>
              <w:top w:w="55" w:type="dxa"/>
              <w:left w:w="45" w:type="dxa"/>
              <w:bottom w:w="55" w:type="dxa"/>
              <w:right w:w="45" w:type="dxa"/>
            </w:tcMar>
          </w:tcPr>
          <w:p w14:paraId="1BC32AE6" w14:textId="77777777" w:rsidR="00686453" w:rsidRPr="003F0D1D" w:rsidRDefault="00D95FB4">
            <w:pPr>
              <w:rPr>
                <w:szCs w:val="24"/>
              </w:rPr>
            </w:pPr>
            <w:r w:rsidRPr="003F0D1D">
              <w:rPr>
                <w:szCs w:val="24"/>
              </w:rPr>
              <w:t>Emergency preparedness training plan</w:t>
            </w:r>
          </w:p>
        </w:tc>
        <w:tc>
          <w:tcPr>
            <w:tcW w:w="1728" w:type="dxa"/>
            <w:tcMar>
              <w:top w:w="55" w:type="dxa"/>
              <w:left w:w="45" w:type="dxa"/>
              <w:bottom w:w="55" w:type="dxa"/>
              <w:right w:w="45" w:type="dxa"/>
            </w:tcMar>
          </w:tcPr>
          <w:p w14:paraId="2951695C" w14:textId="77777777" w:rsidR="00686453" w:rsidRPr="003F0D1D" w:rsidRDefault="00D95FB4">
            <w:pPr>
              <w:rPr>
                <w:szCs w:val="24"/>
              </w:rPr>
            </w:pPr>
            <w:r w:rsidRPr="003F0D1D">
              <w:rPr>
                <w:szCs w:val="24"/>
              </w:rPr>
              <w:t>CMS §483.73(d)(1); ME Ch. 110</w:t>
            </w:r>
          </w:p>
        </w:tc>
        <w:tc>
          <w:tcPr>
            <w:tcW w:w="1728" w:type="dxa"/>
            <w:tcMar>
              <w:top w:w="55" w:type="dxa"/>
              <w:left w:w="45" w:type="dxa"/>
              <w:bottom w:w="55" w:type="dxa"/>
              <w:right w:w="45" w:type="dxa"/>
            </w:tcMar>
          </w:tcPr>
          <w:p w14:paraId="3343C3EB" w14:textId="77777777" w:rsidR="00686453" w:rsidRPr="003F0D1D" w:rsidRDefault="00D95FB4">
            <w:pPr>
              <w:rPr>
                <w:szCs w:val="24"/>
              </w:rPr>
            </w:pPr>
            <w:r w:rsidRPr="003F0D1D">
              <w:rPr>
                <w:szCs w:val="24"/>
              </w:rPr>
              <w:t>HR / EP</w:t>
            </w:r>
          </w:p>
        </w:tc>
        <w:tc>
          <w:tcPr>
            <w:tcW w:w="1728" w:type="dxa"/>
            <w:shd w:val="clear" w:color="auto" w:fill="F3F5F4"/>
            <w:tcMar>
              <w:top w:w="55" w:type="dxa"/>
              <w:left w:w="45" w:type="dxa"/>
              <w:bottom w:w="55" w:type="dxa"/>
              <w:right w:w="45" w:type="dxa"/>
            </w:tcMar>
          </w:tcPr>
          <w:p w14:paraId="49BFCB83"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5DEF42D2" w14:textId="77777777" w:rsidR="00686453" w:rsidRPr="003F0D1D" w:rsidRDefault="00D95FB4">
            <w:pPr>
              <w:rPr>
                <w:szCs w:val="24"/>
              </w:rPr>
            </w:pPr>
            <w:r w:rsidRPr="003F0D1D">
              <w:rPr>
                <w:szCs w:val="24"/>
              </w:rPr>
              <w:t>&lt;Date&gt;</w:t>
            </w:r>
          </w:p>
        </w:tc>
      </w:tr>
      <w:tr w:rsidR="00686453" w:rsidRPr="003F0D1D" w14:paraId="25ADDCF6" w14:textId="77777777" w:rsidTr="003F0D1D">
        <w:trPr>
          <w:cantSplit/>
          <w:jc w:val="center"/>
        </w:trPr>
        <w:tc>
          <w:tcPr>
            <w:tcW w:w="1213" w:type="dxa"/>
            <w:shd w:val="clear" w:color="auto" w:fill="EAF3EF"/>
            <w:tcMar>
              <w:top w:w="55" w:type="dxa"/>
              <w:left w:w="45" w:type="dxa"/>
              <w:bottom w:w="55" w:type="dxa"/>
              <w:right w:w="45" w:type="dxa"/>
            </w:tcMar>
          </w:tcPr>
          <w:p w14:paraId="31ACF6FF" w14:textId="77777777" w:rsidR="00686453" w:rsidRPr="003F0D1D" w:rsidRDefault="00D95FB4">
            <w:pPr>
              <w:rPr>
                <w:szCs w:val="24"/>
              </w:rPr>
            </w:pPr>
            <w:r w:rsidRPr="003F0D1D">
              <w:rPr>
                <w:b/>
                <w:color w:val="015A41"/>
                <w:szCs w:val="24"/>
              </w:rPr>
              <w:t>D</w:t>
            </w:r>
          </w:p>
        </w:tc>
        <w:tc>
          <w:tcPr>
            <w:tcW w:w="2243" w:type="dxa"/>
            <w:tcMar>
              <w:top w:w="55" w:type="dxa"/>
              <w:left w:w="45" w:type="dxa"/>
              <w:bottom w:w="55" w:type="dxa"/>
              <w:right w:w="45" w:type="dxa"/>
            </w:tcMar>
          </w:tcPr>
          <w:p w14:paraId="538C6675" w14:textId="77777777" w:rsidR="00686453" w:rsidRPr="003F0D1D" w:rsidRDefault="00D95FB4">
            <w:pPr>
              <w:rPr>
                <w:szCs w:val="24"/>
              </w:rPr>
            </w:pPr>
            <w:r w:rsidRPr="003F0D1D">
              <w:rPr>
                <w:szCs w:val="24"/>
              </w:rPr>
              <w:t>Initial / annual training rosters and records</w:t>
            </w:r>
          </w:p>
        </w:tc>
        <w:tc>
          <w:tcPr>
            <w:tcW w:w="1728" w:type="dxa"/>
            <w:tcMar>
              <w:top w:w="55" w:type="dxa"/>
              <w:left w:w="45" w:type="dxa"/>
              <w:bottom w:w="55" w:type="dxa"/>
              <w:right w:w="45" w:type="dxa"/>
            </w:tcMar>
          </w:tcPr>
          <w:p w14:paraId="4C437DD4" w14:textId="77777777" w:rsidR="00686453" w:rsidRPr="003F0D1D" w:rsidRDefault="00D95FB4">
            <w:pPr>
              <w:rPr>
                <w:szCs w:val="24"/>
              </w:rPr>
            </w:pPr>
            <w:r w:rsidRPr="003F0D1D">
              <w:rPr>
                <w:szCs w:val="24"/>
              </w:rPr>
              <w:t>CMS §483.73(d)(1); ME Ch. 110</w:t>
            </w:r>
          </w:p>
        </w:tc>
        <w:tc>
          <w:tcPr>
            <w:tcW w:w="1728" w:type="dxa"/>
            <w:tcMar>
              <w:top w:w="55" w:type="dxa"/>
              <w:left w:w="45" w:type="dxa"/>
              <w:bottom w:w="55" w:type="dxa"/>
              <w:right w:w="45" w:type="dxa"/>
            </w:tcMar>
          </w:tcPr>
          <w:p w14:paraId="543F1A5C" w14:textId="77777777" w:rsidR="00686453" w:rsidRPr="003F0D1D" w:rsidRDefault="00D95FB4">
            <w:pPr>
              <w:rPr>
                <w:szCs w:val="24"/>
              </w:rPr>
            </w:pPr>
            <w:r w:rsidRPr="003F0D1D">
              <w:rPr>
                <w:szCs w:val="24"/>
              </w:rPr>
              <w:t>HR / EP</w:t>
            </w:r>
          </w:p>
        </w:tc>
        <w:tc>
          <w:tcPr>
            <w:tcW w:w="1728" w:type="dxa"/>
            <w:shd w:val="clear" w:color="auto" w:fill="F3F5F4"/>
            <w:tcMar>
              <w:top w:w="55" w:type="dxa"/>
              <w:left w:w="45" w:type="dxa"/>
              <w:bottom w:w="55" w:type="dxa"/>
              <w:right w:w="45" w:type="dxa"/>
            </w:tcMar>
          </w:tcPr>
          <w:p w14:paraId="13E32E4A"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0D7391D2" w14:textId="77777777" w:rsidR="00686453" w:rsidRPr="003F0D1D" w:rsidRDefault="00D95FB4">
            <w:pPr>
              <w:rPr>
                <w:szCs w:val="24"/>
              </w:rPr>
            </w:pPr>
            <w:r w:rsidRPr="003F0D1D">
              <w:rPr>
                <w:szCs w:val="24"/>
              </w:rPr>
              <w:t>&lt;Date&gt;</w:t>
            </w:r>
          </w:p>
        </w:tc>
      </w:tr>
      <w:tr w:rsidR="00686453" w:rsidRPr="003F0D1D" w14:paraId="36CBAF12" w14:textId="77777777" w:rsidTr="003F0D1D">
        <w:trPr>
          <w:cantSplit/>
          <w:jc w:val="center"/>
        </w:trPr>
        <w:tc>
          <w:tcPr>
            <w:tcW w:w="1213" w:type="dxa"/>
            <w:shd w:val="clear" w:color="auto" w:fill="F7FAF8"/>
            <w:tcMar>
              <w:top w:w="55" w:type="dxa"/>
              <w:left w:w="45" w:type="dxa"/>
              <w:bottom w:w="55" w:type="dxa"/>
              <w:right w:w="45" w:type="dxa"/>
            </w:tcMar>
          </w:tcPr>
          <w:p w14:paraId="1A02A1A3" w14:textId="77777777" w:rsidR="00686453" w:rsidRPr="003F0D1D" w:rsidRDefault="00D95FB4">
            <w:pPr>
              <w:rPr>
                <w:szCs w:val="24"/>
              </w:rPr>
            </w:pPr>
            <w:r w:rsidRPr="003F0D1D">
              <w:rPr>
                <w:b/>
                <w:color w:val="015A41"/>
                <w:szCs w:val="24"/>
              </w:rPr>
              <w:lastRenderedPageBreak/>
              <w:t>D</w:t>
            </w:r>
          </w:p>
        </w:tc>
        <w:tc>
          <w:tcPr>
            <w:tcW w:w="2243" w:type="dxa"/>
            <w:tcMar>
              <w:top w:w="55" w:type="dxa"/>
              <w:left w:w="45" w:type="dxa"/>
              <w:bottom w:w="55" w:type="dxa"/>
              <w:right w:w="45" w:type="dxa"/>
            </w:tcMar>
          </w:tcPr>
          <w:p w14:paraId="71FF9CA4" w14:textId="77777777" w:rsidR="00686453" w:rsidRPr="003F0D1D" w:rsidRDefault="00D95FB4">
            <w:pPr>
              <w:rPr>
                <w:szCs w:val="24"/>
              </w:rPr>
            </w:pPr>
            <w:r w:rsidRPr="003F0D1D">
              <w:rPr>
                <w:szCs w:val="24"/>
              </w:rPr>
              <w:t>CMS exercise documentation / exercise calendar</w:t>
            </w:r>
          </w:p>
        </w:tc>
        <w:tc>
          <w:tcPr>
            <w:tcW w:w="1728" w:type="dxa"/>
            <w:tcMar>
              <w:top w:w="55" w:type="dxa"/>
              <w:left w:w="45" w:type="dxa"/>
              <w:bottom w:w="55" w:type="dxa"/>
              <w:right w:w="45" w:type="dxa"/>
            </w:tcMar>
          </w:tcPr>
          <w:p w14:paraId="762922C8" w14:textId="77777777" w:rsidR="00686453" w:rsidRPr="003F0D1D" w:rsidRDefault="00D95FB4">
            <w:pPr>
              <w:rPr>
                <w:szCs w:val="24"/>
              </w:rPr>
            </w:pPr>
            <w:r w:rsidRPr="003F0D1D">
              <w:rPr>
                <w:szCs w:val="24"/>
              </w:rPr>
              <w:t>CMS §483.73(d)(2)</w:t>
            </w:r>
          </w:p>
        </w:tc>
        <w:tc>
          <w:tcPr>
            <w:tcW w:w="1728" w:type="dxa"/>
            <w:tcMar>
              <w:top w:w="55" w:type="dxa"/>
              <w:left w:w="45" w:type="dxa"/>
              <w:bottom w:w="55" w:type="dxa"/>
              <w:right w:w="45" w:type="dxa"/>
            </w:tcMar>
          </w:tcPr>
          <w:p w14:paraId="23283F61" w14:textId="77777777" w:rsidR="00686453" w:rsidRPr="003F0D1D" w:rsidRDefault="00D95FB4">
            <w:pPr>
              <w:rPr>
                <w:szCs w:val="24"/>
              </w:rPr>
            </w:pPr>
            <w:r w:rsidRPr="003F0D1D">
              <w:rPr>
                <w:szCs w:val="24"/>
              </w:rPr>
              <w:t>Emergency Prep</w:t>
            </w:r>
          </w:p>
        </w:tc>
        <w:tc>
          <w:tcPr>
            <w:tcW w:w="1728" w:type="dxa"/>
            <w:shd w:val="clear" w:color="auto" w:fill="F3F5F4"/>
            <w:tcMar>
              <w:top w:w="55" w:type="dxa"/>
              <w:left w:w="45" w:type="dxa"/>
              <w:bottom w:w="55" w:type="dxa"/>
              <w:right w:w="45" w:type="dxa"/>
            </w:tcMar>
          </w:tcPr>
          <w:p w14:paraId="5A14354B"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544D5BE8" w14:textId="77777777" w:rsidR="00686453" w:rsidRPr="003F0D1D" w:rsidRDefault="00D95FB4">
            <w:pPr>
              <w:rPr>
                <w:szCs w:val="24"/>
              </w:rPr>
            </w:pPr>
            <w:r w:rsidRPr="003F0D1D">
              <w:rPr>
                <w:szCs w:val="24"/>
              </w:rPr>
              <w:t>&lt;Date&gt;</w:t>
            </w:r>
          </w:p>
        </w:tc>
      </w:tr>
      <w:tr w:rsidR="00686453" w:rsidRPr="003F0D1D" w14:paraId="5C9BFA3F" w14:textId="77777777" w:rsidTr="003F0D1D">
        <w:trPr>
          <w:cantSplit/>
          <w:jc w:val="center"/>
        </w:trPr>
        <w:tc>
          <w:tcPr>
            <w:tcW w:w="1213" w:type="dxa"/>
            <w:shd w:val="clear" w:color="auto" w:fill="EAF3EF"/>
            <w:tcMar>
              <w:top w:w="55" w:type="dxa"/>
              <w:left w:w="45" w:type="dxa"/>
              <w:bottom w:w="55" w:type="dxa"/>
              <w:right w:w="45" w:type="dxa"/>
            </w:tcMar>
          </w:tcPr>
          <w:p w14:paraId="3F080C92" w14:textId="77777777" w:rsidR="00686453" w:rsidRPr="003F0D1D" w:rsidRDefault="00D95FB4">
            <w:pPr>
              <w:rPr>
                <w:szCs w:val="24"/>
              </w:rPr>
            </w:pPr>
            <w:r w:rsidRPr="003F0D1D">
              <w:rPr>
                <w:b/>
                <w:color w:val="015A41"/>
                <w:szCs w:val="24"/>
              </w:rPr>
              <w:t>D/P</w:t>
            </w:r>
          </w:p>
        </w:tc>
        <w:tc>
          <w:tcPr>
            <w:tcW w:w="2243" w:type="dxa"/>
            <w:tcMar>
              <w:top w:w="55" w:type="dxa"/>
              <w:left w:w="45" w:type="dxa"/>
              <w:bottom w:w="55" w:type="dxa"/>
              <w:right w:w="45" w:type="dxa"/>
            </w:tcMar>
          </w:tcPr>
          <w:p w14:paraId="32D71E5F" w14:textId="77777777" w:rsidR="00686453" w:rsidRPr="003F0D1D" w:rsidRDefault="00D95FB4">
            <w:pPr>
              <w:rPr>
                <w:szCs w:val="24"/>
              </w:rPr>
            </w:pPr>
            <w:r w:rsidRPr="003F0D1D">
              <w:rPr>
                <w:szCs w:val="24"/>
              </w:rPr>
              <w:t>Exercise / incident AARs and improvement plans</w:t>
            </w:r>
          </w:p>
        </w:tc>
        <w:tc>
          <w:tcPr>
            <w:tcW w:w="1728" w:type="dxa"/>
            <w:tcMar>
              <w:top w:w="55" w:type="dxa"/>
              <w:left w:w="45" w:type="dxa"/>
              <w:bottom w:w="55" w:type="dxa"/>
              <w:right w:w="45" w:type="dxa"/>
            </w:tcMar>
          </w:tcPr>
          <w:p w14:paraId="01B4FA7B" w14:textId="77777777" w:rsidR="00686453" w:rsidRPr="003F0D1D" w:rsidRDefault="00D95FB4">
            <w:pPr>
              <w:rPr>
                <w:szCs w:val="24"/>
              </w:rPr>
            </w:pPr>
            <w:r w:rsidRPr="003F0D1D">
              <w:rPr>
                <w:szCs w:val="24"/>
              </w:rPr>
              <w:t>CMS §483.73(d)(2)</w:t>
            </w:r>
          </w:p>
        </w:tc>
        <w:tc>
          <w:tcPr>
            <w:tcW w:w="1728" w:type="dxa"/>
            <w:tcMar>
              <w:top w:w="55" w:type="dxa"/>
              <w:left w:w="45" w:type="dxa"/>
              <w:bottom w:w="55" w:type="dxa"/>
              <w:right w:w="45" w:type="dxa"/>
            </w:tcMar>
          </w:tcPr>
          <w:p w14:paraId="16F9FD9A" w14:textId="77777777" w:rsidR="00686453" w:rsidRPr="003F0D1D" w:rsidRDefault="00D95FB4">
            <w:pPr>
              <w:rPr>
                <w:szCs w:val="24"/>
              </w:rPr>
            </w:pPr>
            <w:r w:rsidRPr="003F0D1D">
              <w:rPr>
                <w:szCs w:val="24"/>
              </w:rPr>
              <w:t>Emergency Prep</w:t>
            </w:r>
          </w:p>
        </w:tc>
        <w:tc>
          <w:tcPr>
            <w:tcW w:w="1728" w:type="dxa"/>
            <w:shd w:val="clear" w:color="auto" w:fill="F3F5F4"/>
            <w:tcMar>
              <w:top w:w="55" w:type="dxa"/>
              <w:left w:w="45" w:type="dxa"/>
              <w:bottom w:w="55" w:type="dxa"/>
              <w:right w:w="45" w:type="dxa"/>
            </w:tcMar>
          </w:tcPr>
          <w:p w14:paraId="0F82CA47"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2796BB4B" w14:textId="77777777" w:rsidR="00686453" w:rsidRPr="003F0D1D" w:rsidRDefault="00D95FB4">
            <w:pPr>
              <w:rPr>
                <w:szCs w:val="24"/>
              </w:rPr>
            </w:pPr>
            <w:r w:rsidRPr="003F0D1D">
              <w:rPr>
                <w:szCs w:val="24"/>
              </w:rPr>
              <w:t>&lt;Date&gt;</w:t>
            </w:r>
          </w:p>
        </w:tc>
      </w:tr>
      <w:tr w:rsidR="00686453" w:rsidRPr="003F0D1D" w14:paraId="55F0BD5C" w14:textId="77777777" w:rsidTr="003F0D1D">
        <w:trPr>
          <w:cantSplit/>
          <w:jc w:val="center"/>
        </w:trPr>
        <w:tc>
          <w:tcPr>
            <w:tcW w:w="1213" w:type="dxa"/>
            <w:shd w:val="clear" w:color="auto" w:fill="F7FAF8"/>
            <w:tcMar>
              <w:top w:w="55" w:type="dxa"/>
              <w:left w:w="45" w:type="dxa"/>
              <w:bottom w:w="55" w:type="dxa"/>
              <w:right w:w="45" w:type="dxa"/>
            </w:tcMar>
          </w:tcPr>
          <w:p w14:paraId="66DC2018" w14:textId="77777777" w:rsidR="00686453" w:rsidRPr="003F0D1D" w:rsidRDefault="00D95FB4">
            <w:pPr>
              <w:rPr>
                <w:szCs w:val="24"/>
              </w:rPr>
            </w:pPr>
            <w:r w:rsidRPr="003F0D1D">
              <w:rPr>
                <w:b/>
                <w:color w:val="015A41"/>
                <w:szCs w:val="24"/>
              </w:rPr>
              <w:t>E</w:t>
            </w:r>
          </w:p>
        </w:tc>
        <w:tc>
          <w:tcPr>
            <w:tcW w:w="2243" w:type="dxa"/>
            <w:tcMar>
              <w:top w:w="55" w:type="dxa"/>
              <w:left w:w="45" w:type="dxa"/>
              <w:bottom w:w="55" w:type="dxa"/>
              <w:right w:w="45" w:type="dxa"/>
            </w:tcMar>
          </w:tcPr>
          <w:p w14:paraId="25C8376D" w14:textId="77777777" w:rsidR="00686453" w:rsidRPr="003F0D1D" w:rsidRDefault="00D95FB4">
            <w:pPr>
              <w:rPr>
                <w:szCs w:val="24"/>
              </w:rPr>
            </w:pPr>
            <w:r w:rsidRPr="003F0D1D">
              <w:rPr>
                <w:szCs w:val="24"/>
              </w:rPr>
              <w:t>Maine disaster-plan rehearsal drill records</w:t>
            </w:r>
          </w:p>
        </w:tc>
        <w:tc>
          <w:tcPr>
            <w:tcW w:w="1728" w:type="dxa"/>
            <w:tcMar>
              <w:top w:w="55" w:type="dxa"/>
              <w:left w:w="45" w:type="dxa"/>
              <w:bottom w:w="55" w:type="dxa"/>
              <w:right w:w="45" w:type="dxa"/>
            </w:tcMar>
          </w:tcPr>
          <w:p w14:paraId="0D0309FF" w14:textId="77777777" w:rsidR="00686453" w:rsidRPr="003F0D1D" w:rsidRDefault="00D95FB4">
            <w:pPr>
              <w:rPr>
                <w:szCs w:val="24"/>
              </w:rPr>
            </w:pPr>
            <w:r w:rsidRPr="003F0D1D">
              <w:rPr>
                <w:szCs w:val="24"/>
              </w:rPr>
              <w:t>ME Ch. 110 §</w:t>
            </w:r>
            <w:proofErr w:type="gramStart"/>
            <w:r w:rsidRPr="003F0D1D">
              <w:rPr>
                <w:szCs w:val="24"/>
              </w:rPr>
              <w:t>20.D.</w:t>
            </w:r>
            <w:proofErr w:type="gramEnd"/>
            <w:r w:rsidRPr="003F0D1D">
              <w:rPr>
                <w:szCs w:val="24"/>
              </w:rPr>
              <w:t>2(e)</w:t>
            </w:r>
          </w:p>
        </w:tc>
        <w:tc>
          <w:tcPr>
            <w:tcW w:w="1728" w:type="dxa"/>
            <w:tcMar>
              <w:top w:w="55" w:type="dxa"/>
              <w:left w:w="45" w:type="dxa"/>
              <w:bottom w:w="55" w:type="dxa"/>
              <w:right w:w="45" w:type="dxa"/>
            </w:tcMar>
          </w:tcPr>
          <w:p w14:paraId="48A3345B" w14:textId="77777777" w:rsidR="00686453" w:rsidRPr="003F0D1D" w:rsidRDefault="00D95FB4">
            <w:pPr>
              <w:rPr>
                <w:szCs w:val="24"/>
              </w:rPr>
            </w:pPr>
            <w:r w:rsidRPr="003F0D1D">
              <w:rPr>
                <w:szCs w:val="24"/>
              </w:rPr>
              <w:t>Administration / Safety</w:t>
            </w:r>
          </w:p>
        </w:tc>
        <w:tc>
          <w:tcPr>
            <w:tcW w:w="1728" w:type="dxa"/>
            <w:shd w:val="clear" w:color="auto" w:fill="F3F5F4"/>
            <w:tcMar>
              <w:top w:w="55" w:type="dxa"/>
              <w:left w:w="45" w:type="dxa"/>
              <w:bottom w:w="55" w:type="dxa"/>
              <w:right w:w="45" w:type="dxa"/>
            </w:tcMar>
          </w:tcPr>
          <w:p w14:paraId="381C7428"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36A0E7FE" w14:textId="77777777" w:rsidR="00686453" w:rsidRPr="003F0D1D" w:rsidRDefault="00D95FB4">
            <w:pPr>
              <w:rPr>
                <w:szCs w:val="24"/>
              </w:rPr>
            </w:pPr>
            <w:r w:rsidRPr="003F0D1D">
              <w:rPr>
                <w:szCs w:val="24"/>
              </w:rPr>
              <w:t>&lt;Date&gt;</w:t>
            </w:r>
          </w:p>
        </w:tc>
      </w:tr>
      <w:tr w:rsidR="00686453" w:rsidRPr="003F0D1D" w14:paraId="798C7B28" w14:textId="77777777" w:rsidTr="003F0D1D">
        <w:trPr>
          <w:cantSplit/>
          <w:jc w:val="center"/>
        </w:trPr>
        <w:tc>
          <w:tcPr>
            <w:tcW w:w="1213" w:type="dxa"/>
            <w:shd w:val="clear" w:color="auto" w:fill="EAF3EF"/>
            <w:tcMar>
              <w:top w:w="55" w:type="dxa"/>
              <w:left w:w="45" w:type="dxa"/>
              <w:bottom w:w="55" w:type="dxa"/>
              <w:right w:w="45" w:type="dxa"/>
            </w:tcMar>
          </w:tcPr>
          <w:p w14:paraId="0F9D5435" w14:textId="77777777" w:rsidR="00686453" w:rsidRPr="003F0D1D" w:rsidRDefault="00D95FB4">
            <w:pPr>
              <w:rPr>
                <w:szCs w:val="24"/>
              </w:rPr>
            </w:pPr>
            <w:r w:rsidRPr="003F0D1D">
              <w:rPr>
                <w:b/>
                <w:color w:val="015A41"/>
                <w:szCs w:val="24"/>
              </w:rPr>
              <w:t>A</w:t>
            </w:r>
          </w:p>
        </w:tc>
        <w:tc>
          <w:tcPr>
            <w:tcW w:w="2243" w:type="dxa"/>
            <w:tcMar>
              <w:top w:w="55" w:type="dxa"/>
              <w:left w:w="45" w:type="dxa"/>
              <w:bottom w:w="55" w:type="dxa"/>
              <w:right w:w="45" w:type="dxa"/>
            </w:tcMar>
          </w:tcPr>
          <w:p w14:paraId="21B42A4E" w14:textId="77777777" w:rsidR="00686453" w:rsidRPr="003F0D1D" w:rsidRDefault="00D95FB4">
            <w:pPr>
              <w:rPr>
                <w:szCs w:val="24"/>
              </w:rPr>
            </w:pPr>
            <w:r w:rsidRPr="003F0D1D">
              <w:rPr>
                <w:szCs w:val="24"/>
              </w:rPr>
              <w:t>Evidence disaster plan/revisions provided to Maine DHHS</w:t>
            </w:r>
          </w:p>
        </w:tc>
        <w:tc>
          <w:tcPr>
            <w:tcW w:w="1728" w:type="dxa"/>
            <w:tcMar>
              <w:top w:w="55" w:type="dxa"/>
              <w:left w:w="45" w:type="dxa"/>
              <w:bottom w:w="55" w:type="dxa"/>
              <w:right w:w="45" w:type="dxa"/>
            </w:tcMar>
          </w:tcPr>
          <w:p w14:paraId="17C7BCE4" w14:textId="77777777" w:rsidR="00686453" w:rsidRPr="003F0D1D" w:rsidRDefault="00D95FB4">
            <w:pPr>
              <w:rPr>
                <w:szCs w:val="24"/>
              </w:rPr>
            </w:pPr>
            <w:r w:rsidRPr="003F0D1D">
              <w:rPr>
                <w:szCs w:val="24"/>
              </w:rPr>
              <w:t>ME Ch. 110 §</w:t>
            </w:r>
            <w:proofErr w:type="gramStart"/>
            <w:r w:rsidRPr="003F0D1D">
              <w:rPr>
                <w:szCs w:val="24"/>
              </w:rPr>
              <w:t>20.D.</w:t>
            </w:r>
            <w:proofErr w:type="gramEnd"/>
            <w:r w:rsidRPr="003F0D1D">
              <w:rPr>
                <w:szCs w:val="24"/>
              </w:rPr>
              <w:t>2(b)</w:t>
            </w:r>
          </w:p>
        </w:tc>
        <w:tc>
          <w:tcPr>
            <w:tcW w:w="1728" w:type="dxa"/>
            <w:tcMar>
              <w:top w:w="55" w:type="dxa"/>
              <w:left w:w="45" w:type="dxa"/>
              <w:bottom w:w="55" w:type="dxa"/>
              <w:right w:w="45" w:type="dxa"/>
            </w:tcMar>
          </w:tcPr>
          <w:p w14:paraId="64A64666" w14:textId="77777777" w:rsidR="00686453" w:rsidRPr="003F0D1D" w:rsidRDefault="00D95FB4">
            <w:pPr>
              <w:rPr>
                <w:szCs w:val="24"/>
              </w:rPr>
            </w:pPr>
            <w:r w:rsidRPr="003F0D1D">
              <w:rPr>
                <w:szCs w:val="24"/>
              </w:rPr>
              <w:t>Administration</w:t>
            </w:r>
          </w:p>
        </w:tc>
        <w:tc>
          <w:tcPr>
            <w:tcW w:w="1728" w:type="dxa"/>
            <w:shd w:val="clear" w:color="auto" w:fill="F3F5F4"/>
            <w:tcMar>
              <w:top w:w="55" w:type="dxa"/>
              <w:left w:w="45" w:type="dxa"/>
              <w:bottom w:w="55" w:type="dxa"/>
              <w:right w:w="45" w:type="dxa"/>
            </w:tcMar>
          </w:tcPr>
          <w:p w14:paraId="59E7B382"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28DE771E" w14:textId="77777777" w:rsidR="00686453" w:rsidRPr="003F0D1D" w:rsidRDefault="00D95FB4">
            <w:pPr>
              <w:rPr>
                <w:szCs w:val="24"/>
              </w:rPr>
            </w:pPr>
            <w:r w:rsidRPr="003F0D1D">
              <w:rPr>
                <w:szCs w:val="24"/>
              </w:rPr>
              <w:t>&lt;Date&gt;</w:t>
            </w:r>
          </w:p>
        </w:tc>
      </w:tr>
      <w:tr w:rsidR="00686453" w:rsidRPr="003F0D1D" w14:paraId="2A8CFFD6" w14:textId="77777777" w:rsidTr="003F0D1D">
        <w:trPr>
          <w:cantSplit/>
          <w:jc w:val="center"/>
        </w:trPr>
        <w:tc>
          <w:tcPr>
            <w:tcW w:w="1213" w:type="dxa"/>
            <w:shd w:val="clear" w:color="auto" w:fill="F7FAF8"/>
            <w:tcMar>
              <w:top w:w="55" w:type="dxa"/>
              <w:left w:w="45" w:type="dxa"/>
              <w:bottom w:w="55" w:type="dxa"/>
              <w:right w:w="45" w:type="dxa"/>
            </w:tcMar>
          </w:tcPr>
          <w:p w14:paraId="1D5DB5C1" w14:textId="77777777" w:rsidR="00686453" w:rsidRPr="003F0D1D" w:rsidRDefault="00D95FB4">
            <w:pPr>
              <w:rPr>
                <w:szCs w:val="24"/>
              </w:rPr>
            </w:pPr>
            <w:r w:rsidRPr="003F0D1D">
              <w:rPr>
                <w:b/>
                <w:color w:val="015A41"/>
                <w:szCs w:val="24"/>
              </w:rPr>
              <w:t>F</w:t>
            </w:r>
          </w:p>
        </w:tc>
        <w:tc>
          <w:tcPr>
            <w:tcW w:w="2243" w:type="dxa"/>
            <w:tcMar>
              <w:top w:w="55" w:type="dxa"/>
              <w:left w:w="45" w:type="dxa"/>
              <w:bottom w:w="55" w:type="dxa"/>
              <w:right w:w="45" w:type="dxa"/>
            </w:tcMar>
          </w:tcPr>
          <w:p w14:paraId="2F126948" w14:textId="77777777" w:rsidR="00686453" w:rsidRPr="003F0D1D" w:rsidRDefault="00D95FB4">
            <w:pPr>
              <w:rPr>
                <w:szCs w:val="24"/>
              </w:rPr>
            </w:pPr>
            <w:r w:rsidRPr="003F0D1D">
              <w:rPr>
                <w:szCs w:val="24"/>
              </w:rPr>
              <w:t>Current emergency contact directory</w:t>
            </w:r>
          </w:p>
        </w:tc>
        <w:tc>
          <w:tcPr>
            <w:tcW w:w="1728" w:type="dxa"/>
            <w:tcMar>
              <w:top w:w="55" w:type="dxa"/>
              <w:left w:w="45" w:type="dxa"/>
              <w:bottom w:w="55" w:type="dxa"/>
              <w:right w:w="45" w:type="dxa"/>
            </w:tcMar>
          </w:tcPr>
          <w:p w14:paraId="705DC386" w14:textId="77777777" w:rsidR="00686453" w:rsidRPr="003F0D1D" w:rsidRDefault="00D95FB4">
            <w:pPr>
              <w:rPr>
                <w:szCs w:val="24"/>
              </w:rPr>
            </w:pPr>
            <w:r w:rsidRPr="003F0D1D">
              <w:rPr>
                <w:szCs w:val="24"/>
              </w:rPr>
              <w:t>CMS §483.73(c)</w:t>
            </w:r>
          </w:p>
        </w:tc>
        <w:tc>
          <w:tcPr>
            <w:tcW w:w="1728" w:type="dxa"/>
            <w:tcMar>
              <w:top w:w="55" w:type="dxa"/>
              <w:left w:w="45" w:type="dxa"/>
              <w:bottom w:w="55" w:type="dxa"/>
              <w:right w:w="45" w:type="dxa"/>
            </w:tcMar>
          </w:tcPr>
          <w:p w14:paraId="5822D9C0" w14:textId="77777777" w:rsidR="00686453" w:rsidRPr="003F0D1D" w:rsidRDefault="00D95FB4">
            <w:pPr>
              <w:rPr>
                <w:szCs w:val="24"/>
              </w:rPr>
            </w:pPr>
            <w:r w:rsidRPr="003F0D1D">
              <w:rPr>
                <w:szCs w:val="24"/>
              </w:rPr>
              <w:t>Administration</w:t>
            </w:r>
          </w:p>
        </w:tc>
        <w:tc>
          <w:tcPr>
            <w:tcW w:w="1728" w:type="dxa"/>
            <w:shd w:val="clear" w:color="auto" w:fill="F3F5F4"/>
            <w:tcMar>
              <w:top w:w="55" w:type="dxa"/>
              <w:left w:w="45" w:type="dxa"/>
              <w:bottom w:w="55" w:type="dxa"/>
              <w:right w:w="45" w:type="dxa"/>
            </w:tcMar>
          </w:tcPr>
          <w:p w14:paraId="4C086E25"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7A7661A5" w14:textId="77777777" w:rsidR="00686453" w:rsidRPr="003F0D1D" w:rsidRDefault="00D95FB4">
            <w:pPr>
              <w:rPr>
                <w:szCs w:val="24"/>
              </w:rPr>
            </w:pPr>
            <w:r w:rsidRPr="003F0D1D">
              <w:rPr>
                <w:szCs w:val="24"/>
              </w:rPr>
              <w:t>&lt;Date&gt;</w:t>
            </w:r>
          </w:p>
        </w:tc>
      </w:tr>
      <w:tr w:rsidR="00686453" w:rsidRPr="003F0D1D" w14:paraId="62B5A869" w14:textId="77777777" w:rsidTr="003F0D1D">
        <w:trPr>
          <w:cantSplit/>
          <w:jc w:val="center"/>
        </w:trPr>
        <w:tc>
          <w:tcPr>
            <w:tcW w:w="1213" w:type="dxa"/>
            <w:shd w:val="clear" w:color="auto" w:fill="EAF3EF"/>
            <w:tcMar>
              <w:top w:w="55" w:type="dxa"/>
              <w:left w:w="45" w:type="dxa"/>
              <w:bottom w:w="55" w:type="dxa"/>
              <w:right w:w="45" w:type="dxa"/>
            </w:tcMar>
          </w:tcPr>
          <w:p w14:paraId="7E3F892F" w14:textId="77777777" w:rsidR="00686453" w:rsidRPr="003F0D1D" w:rsidRDefault="00D95FB4">
            <w:pPr>
              <w:rPr>
                <w:szCs w:val="24"/>
              </w:rPr>
            </w:pPr>
            <w:r w:rsidRPr="003F0D1D">
              <w:rPr>
                <w:b/>
                <w:color w:val="015A41"/>
                <w:szCs w:val="24"/>
              </w:rPr>
              <w:t>F</w:t>
            </w:r>
          </w:p>
        </w:tc>
        <w:tc>
          <w:tcPr>
            <w:tcW w:w="2243" w:type="dxa"/>
            <w:tcMar>
              <w:top w:w="55" w:type="dxa"/>
              <w:left w:w="45" w:type="dxa"/>
              <w:bottom w:w="55" w:type="dxa"/>
              <w:right w:w="45" w:type="dxa"/>
            </w:tcMar>
          </w:tcPr>
          <w:p w14:paraId="667EC51C" w14:textId="77777777" w:rsidR="00686453" w:rsidRPr="003F0D1D" w:rsidRDefault="00D95FB4">
            <w:pPr>
              <w:rPr>
                <w:szCs w:val="24"/>
              </w:rPr>
            </w:pPr>
            <w:r w:rsidRPr="003F0D1D">
              <w:rPr>
                <w:szCs w:val="24"/>
              </w:rPr>
              <w:t>State LTC Ombudsman contact information</w:t>
            </w:r>
          </w:p>
        </w:tc>
        <w:tc>
          <w:tcPr>
            <w:tcW w:w="1728" w:type="dxa"/>
            <w:tcMar>
              <w:top w:w="55" w:type="dxa"/>
              <w:left w:w="45" w:type="dxa"/>
              <w:bottom w:w="55" w:type="dxa"/>
              <w:right w:w="45" w:type="dxa"/>
            </w:tcMar>
          </w:tcPr>
          <w:p w14:paraId="285CB8E3" w14:textId="77777777" w:rsidR="00686453" w:rsidRPr="003F0D1D" w:rsidRDefault="00D95FB4">
            <w:pPr>
              <w:rPr>
                <w:szCs w:val="24"/>
              </w:rPr>
            </w:pPr>
            <w:r w:rsidRPr="003F0D1D">
              <w:rPr>
                <w:szCs w:val="24"/>
              </w:rPr>
              <w:t>CMS §483.73(c)</w:t>
            </w:r>
          </w:p>
        </w:tc>
        <w:tc>
          <w:tcPr>
            <w:tcW w:w="1728" w:type="dxa"/>
            <w:tcMar>
              <w:top w:w="55" w:type="dxa"/>
              <w:left w:w="45" w:type="dxa"/>
              <w:bottom w:w="55" w:type="dxa"/>
              <w:right w:w="45" w:type="dxa"/>
            </w:tcMar>
          </w:tcPr>
          <w:p w14:paraId="082D9DA8" w14:textId="77777777" w:rsidR="00686453" w:rsidRPr="003F0D1D" w:rsidRDefault="00D95FB4">
            <w:pPr>
              <w:rPr>
                <w:szCs w:val="24"/>
              </w:rPr>
            </w:pPr>
            <w:r w:rsidRPr="003F0D1D">
              <w:rPr>
                <w:szCs w:val="24"/>
              </w:rPr>
              <w:t>Administration</w:t>
            </w:r>
          </w:p>
        </w:tc>
        <w:tc>
          <w:tcPr>
            <w:tcW w:w="1728" w:type="dxa"/>
            <w:shd w:val="clear" w:color="auto" w:fill="F3F5F4"/>
            <w:tcMar>
              <w:top w:w="55" w:type="dxa"/>
              <w:left w:w="45" w:type="dxa"/>
              <w:bottom w:w="55" w:type="dxa"/>
              <w:right w:w="45" w:type="dxa"/>
            </w:tcMar>
          </w:tcPr>
          <w:p w14:paraId="5905EA8E"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53043016" w14:textId="77777777" w:rsidR="00686453" w:rsidRPr="003F0D1D" w:rsidRDefault="00D95FB4">
            <w:pPr>
              <w:rPr>
                <w:szCs w:val="24"/>
              </w:rPr>
            </w:pPr>
            <w:r w:rsidRPr="003F0D1D">
              <w:rPr>
                <w:szCs w:val="24"/>
              </w:rPr>
              <w:t>&lt;Date&gt;</w:t>
            </w:r>
          </w:p>
        </w:tc>
      </w:tr>
    </w:tbl>
    <w:p w14:paraId="6E0ABDFA" w14:textId="77777777" w:rsidR="00686453" w:rsidRDefault="00686453">
      <w:pPr>
        <w:spacing w:after="0"/>
      </w:pPr>
    </w:p>
    <w:p w14:paraId="2D270700" w14:textId="77777777" w:rsidR="00686453" w:rsidRDefault="00D95FB4">
      <w:r>
        <w:br w:type="page"/>
      </w:r>
    </w:p>
    <w:p w14:paraId="4D44431F" w14:textId="77777777" w:rsidR="00686453" w:rsidRDefault="00D95FB4">
      <w:pPr>
        <w:pStyle w:val="Heading1"/>
        <w:pBdr>
          <w:bottom w:val="single" w:sz="14" w:space="5" w:color="E63B07"/>
        </w:pBdr>
        <w:spacing w:before="140" w:after="140"/>
      </w:pPr>
      <w:r>
        <w:rPr>
          <w:rFonts w:ascii="Arial" w:eastAsia="Arial" w:hAnsi="Arial"/>
        </w:rPr>
        <w:lastRenderedPageBreak/>
        <w:t>SUPPORTING DOCUMENTATION INDEX (CONTINUED)</w:t>
      </w:r>
    </w:p>
    <w:tbl>
      <w:tblPr>
        <w:tblW w:w="1036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1728"/>
        <w:gridCol w:w="1728"/>
        <w:gridCol w:w="1728"/>
        <w:gridCol w:w="1728"/>
        <w:gridCol w:w="1728"/>
        <w:gridCol w:w="1728"/>
      </w:tblGrid>
      <w:tr w:rsidR="00686453" w:rsidRPr="003F0D1D" w14:paraId="349CD4B9" w14:textId="77777777" w:rsidTr="003F0D1D">
        <w:trPr>
          <w:tblHeader/>
          <w:jc w:val="center"/>
        </w:trPr>
        <w:tc>
          <w:tcPr>
            <w:tcW w:w="1728" w:type="dxa"/>
            <w:shd w:val="clear" w:color="auto" w:fill="015A41"/>
            <w:tcMar>
              <w:top w:w="55" w:type="dxa"/>
              <w:left w:w="45" w:type="dxa"/>
              <w:bottom w:w="55" w:type="dxa"/>
              <w:right w:w="45" w:type="dxa"/>
            </w:tcMar>
          </w:tcPr>
          <w:p w14:paraId="4ECFD7F9" w14:textId="77777777" w:rsidR="00686453" w:rsidRPr="003F0D1D" w:rsidRDefault="00D95FB4">
            <w:pPr>
              <w:rPr>
                <w:szCs w:val="24"/>
              </w:rPr>
            </w:pPr>
            <w:r w:rsidRPr="003F0D1D">
              <w:rPr>
                <w:b/>
                <w:color w:val="FFFFFF"/>
                <w:szCs w:val="24"/>
              </w:rPr>
              <w:t>Att.</w:t>
            </w:r>
          </w:p>
        </w:tc>
        <w:tc>
          <w:tcPr>
            <w:tcW w:w="1728" w:type="dxa"/>
            <w:shd w:val="clear" w:color="auto" w:fill="015A41"/>
            <w:tcMar>
              <w:top w:w="55" w:type="dxa"/>
              <w:left w:w="45" w:type="dxa"/>
              <w:bottom w:w="55" w:type="dxa"/>
              <w:right w:w="45" w:type="dxa"/>
            </w:tcMar>
          </w:tcPr>
          <w:p w14:paraId="169D51E3" w14:textId="77777777" w:rsidR="00686453" w:rsidRPr="003F0D1D" w:rsidRDefault="00D95FB4">
            <w:pPr>
              <w:rPr>
                <w:szCs w:val="24"/>
              </w:rPr>
            </w:pPr>
            <w:r w:rsidRPr="003F0D1D">
              <w:rPr>
                <w:b/>
                <w:color w:val="FFFFFF"/>
                <w:szCs w:val="24"/>
              </w:rPr>
              <w:t>Document / Evidence</w:t>
            </w:r>
          </w:p>
        </w:tc>
        <w:tc>
          <w:tcPr>
            <w:tcW w:w="1728" w:type="dxa"/>
            <w:shd w:val="clear" w:color="auto" w:fill="015A41"/>
            <w:tcMar>
              <w:top w:w="55" w:type="dxa"/>
              <w:left w:w="45" w:type="dxa"/>
              <w:bottom w:w="55" w:type="dxa"/>
              <w:right w:w="45" w:type="dxa"/>
            </w:tcMar>
          </w:tcPr>
          <w:p w14:paraId="2C5B308E" w14:textId="77777777" w:rsidR="00686453" w:rsidRPr="003F0D1D" w:rsidRDefault="00D95FB4">
            <w:pPr>
              <w:rPr>
                <w:szCs w:val="24"/>
              </w:rPr>
            </w:pPr>
            <w:r w:rsidRPr="003F0D1D">
              <w:rPr>
                <w:b/>
                <w:color w:val="FFFFFF"/>
                <w:szCs w:val="24"/>
              </w:rPr>
              <w:t>Required By</w:t>
            </w:r>
          </w:p>
        </w:tc>
        <w:tc>
          <w:tcPr>
            <w:tcW w:w="1728" w:type="dxa"/>
            <w:shd w:val="clear" w:color="auto" w:fill="015A41"/>
            <w:tcMar>
              <w:top w:w="55" w:type="dxa"/>
              <w:left w:w="45" w:type="dxa"/>
              <w:bottom w:w="55" w:type="dxa"/>
              <w:right w:w="45" w:type="dxa"/>
            </w:tcMar>
          </w:tcPr>
          <w:p w14:paraId="41628F2D" w14:textId="77777777" w:rsidR="00686453" w:rsidRPr="003F0D1D" w:rsidRDefault="00D95FB4">
            <w:pPr>
              <w:rPr>
                <w:szCs w:val="24"/>
              </w:rPr>
            </w:pPr>
            <w:r w:rsidRPr="003F0D1D">
              <w:rPr>
                <w:b/>
                <w:color w:val="FFFFFF"/>
                <w:szCs w:val="24"/>
              </w:rPr>
              <w:t>Owner</w:t>
            </w:r>
          </w:p>
        </w:tc>
        <w:tc>
          <w:tcPr>
            <w:tcW w:w="1728" w:type="dxa"/>
            <w:shd w:val="clear" w:color="auto" w:fill="015A41"/>
            <w:tcMar>
              <w:top w:w="55" w:type="dxa"/>
              <w:left w:w="45" w:type="dxa"/>
              <w:bottom w:w="55" w:type="dxa"/>
              <w:right w:w="45" w:type="dxa"/>
            </w:tcMar>
          </w:tcPr>
          <w:p w14:paraId="7D1B9825" w14:textId="77777777" w:rsidR="00686453" w:rsidRPr="003F0D1D" w:rsidRDefault="00D95FB4">
            <w:pPr>
              <w:rPr>
                <w:szCs w:val="24"/>
              </w:rPr>
            </w:pPr>
            <w:r w:rsidRPr="003F0D1D">
              <w:rPr>
                <w:b/>
                <w:color w:val="FFFFFF"/>
                <w:szCs w:val="24"/>
              </w:rPr>
              <w:t>Storage Location</w:t>
            </w:r>
          </w:p>
        </w:tc>
        <w:tc>
          <w:tcPr>
            <w:tcW w:w="1728" w:type="dxa"/>
            <w:shd w:val="clear" w:color="auto" w:fill="015A41"/>
            <w:tcMar>
              <w:top w:w="55" w:type="dxa"/>
              <w:left w:w="45" w:type="dxa"/>
              <w:bottom w:w="55" w:type="dxa"/>
              <w:right w:w="45" w:type="dxa"/>
            </w:tcMar>
          </w:tcPr>
          <w:p w14:paraId="26A8CBBD" w14:textId="77777777" w:rsidR="00686453" w:rsidRPr="003F0D1D" w:rsidRDefault="00D95FB4">
            <w:pPr>
              <w:rPr>
                <w:szCs w:val="24"/>
              </w:rPr>
            </w:pPr>
            <w:r w:rsidRPr="003F0D1D">
              <w:rPr>
                <w:b/>
                <w:color w:val="FFFFFF"/>
                <w:szCs w:val="24"/>
              </w:rPr>
              <w:t>Verified</w:t>
            </w:r>
          </w:p>
        </w:tc>
      </w:tr>
      <w:tr w:rsidR="00686453" w:rsidRPr="003F0D1D" w14:paraId="3B7F7DA7" w14:textId="77777777" w:rsidTr="003F0D1D">
        <w:trPr>
          <w:cantSplit/>
          <w:jc w:val="center"/>
        </w:trPr>
        <w:tc>
          <w:tcPr>
            <w:tcW w:w="1728" w:type="dxa"/>
            <w:shd w:val="clear" w:color="auto" w:fill="EAF3EF"/>
            <w:tcMar>
              <w:top w:w="55" w:type="dxa"/>
              <w:left w:w="45" w:type="dxa"/>
              <w:bottom w:w="55" w:type="dxa"/>
              <w:right w:w="45" w:type="dxa"/>
            </w:tcMar>
          </w:tcPr>
          <w:p w14:paraId="7F99867C" w14:textId="77777777" w:rsidR="00686453" w:rsidRPr="003F0D1D" w:rsidRDefault="00D95FB4">
            <w:pPr>
              <w:rPr>
                <w:szCs w:val="24"/>
              </w:rPr>
            </w:pPr>
            <w:r w:rsidRPr="003F0D1D">
              <w:rPr>
                <w:b/>
                <w:color w:val="015A41"/>
                <w:szCs w:val="24"/>
              </w:rPr>
              <w:t>F</w:t>
            </w:r>
          </w:p>
        </w:tc>
        <w:tc>
          <w:tcPr>
            <w:tcW w:w="1728" w:type="dxa"/>
            <w:tcMar>
              <w:top w:w="55" w:type="dxa"/>
              <w:left w:w="45" w:type="dxa"/>
              <w:bottom w:w="55" w:type="dxa"/>
              <w:right w:w="45" w:type="dxa"/>
            </w:tcMar>
          </w:tcPr>
          <w:p w14:paraId="3FC9359D" w14:textId="77777777" w:rsidR="00686453" w:rsidRPr="003F0D1D" w:rsidRDefault="00D95FB4">
            <w:pPr>
              <w:rPr>
                <w:szCs w:val="24"/>
              </w:rPr>
            </w:pPr>
            <w:r w:rsidRPr="003F0D1D">
              <w:rPr>
                <w:szCs w:val="24"/>
              </w:rPr>
              <w:t>Staff emergency call-back / notification roster</w:t>
            </w:r>
          </w:p>
        </w:tc>
        <w:tc>
          <w:tcPr>
            <w:tcW w:w="1728" w:type="dxa"/>
            <w:tcMar>
              <w:top w:w="55" w:type="dxa"/>
              <w:left w:w="45" w:type="dxa"/>
              <w:bottom w:w="55" w:type="dxa"/>
              <w:right w:w="45" w:type="dxa"/>
            </w:tcMar>
          </w:tcPr>
          <w:p w14:paraId="251A9789" w14:textId="77777777" w:rsidR="00686453" w:rsidRPr="003F0D1D" w:rsidRDefault="00D95FB4">
            <w:pPr>
              <w:rPr>
                <w:szCs w:val="24"/>
              </w:rPr>
            </w:pPr>
            <w:r w:rsidRPr="003F0D1D">
              <w:rPr>
                <w:szCs w:val="24"/>
              </w:rPr>
              <w:t>CMS §483.73(c)</w:t>
            </w:r>
          </w:p>
        </w:tc>
        <w:tc>
          <w:tcPr>
            <w:tcW w:w="1728" w:type="dxa"/>
            <w:tcMar>
              <w:top w:w="55" w:type="dxa"/>
              <w:left w:w="45" w:type="dxa"/>
              <w:bottom w:w="55" w:type="dxa"/>
              <w:right w:w="45" w:type="dxa"/>
            </w:tcMar>
          </w:tcPr>
          <w:p w14:paraId="083431E6" w14:textId="77777777" w:rsidR="00686453" w:rsidRPr="003F0D1D" w:rsidRDefault="00D95FB4">
            <w:pPr>
              <w:rPr>
                <w:szCs w:val="24"/>
              </w:rPr>
            </w:pPr>
            <w:r w:rsidRPr="003F0D1D">
              <w:rPr>
                <w:szCs w:val="24"/>
              </w:rPr>
              <w:t>HR / Nursing</w:t>
            </w:r>
          </w:p>
        </w:tc>
        <w:tc>
          <w:tcPr>
            <w:tcW w:w="1728" w:type="dxa"/>
            <w:shd w:val="clear" w:color="auto" w:fill="F3F5F4"/>
            <w:tcMar>
              <w:top w:w="55" w:type="dxa"/>
              <w:left w:w="45" w:type="dxa"/>
              <w:bottom w:w="55" w:type="dxa"/>
              <w:right w:w="45" w:type="dxa"/>
            </w:tcMar>
          </w:tcPr>
          <w:p w14:paraId="556AF0D6" w14:textId="77777777" w:rsidR="00686453" w:rsidRPr="003F0D1D" w:rsidRDefault="00D95FB4">
            <w:pPr>
              <w:rPr>
                <w:szCs w:val="24"/>
              </w:rPr>
            </w:pPr>
            <w:r w:rsidRPr="003F0D1D">
              <w:rPr>
                <w:szCs w:val="24"/>
              </w:rPr>
              <w:t>&lt;Secured location&gt;</w:t>
            </w:r>
          </w:p>
        </w:tc>
        <w:tc>
          <w:tcPr>
            <w:tcW w:w="1728" w:type="dxa"/>
            <w:shd w:val="clear" w:color="auto" w:fill="F3F5F4"/>
            <w:tcMar>
              <w:top w:w="55" w:type="dxa"/>
              <w:left w:w="45" w:type="dxa"/>
              <w:bottom w:w="55" w:type="dxa"/>
              <w:right w:w="45" w:type="dxa"/>
            </w:tcMar>
          </w:tcPr>
          <w:p w14:paraId="02A628FF" w14:textId="77777777" w:rsidR="00686453" w:rsidRPr="003F0D1D" w:rsidRDefault="00D95FB4">
            <w:pPr>
              <w:rPr>
                <w:szCs w:val="24"/>
              </w:rPr>
            </w:pPr>
            <w:r w:rsidRPr="003F0D1D">
              <w:rPr>
                <w:szCs w:val="24"/>
              </w:rPr>
              <w:t>&lt;Date&gt;</w:t>
            </w:r>
          </w:p>
        </w:tc>
      </w:tr>
      <w:tr w:rsidR="00686453" w:rsidRPr="003F0D1D" w14:paraId="3D2BBF5F" w14:textId="77777777" w:rsidTr="003F0D1D">
        <w:trPr>
          <w:cantSplit/>
          <w:jc w:val="center"/>
        </w:trPr>
        <w:tc>
          <w:tcPr>
            <w:tcW w:w="1728" w:type="dxa"/>
            <w:shd w:val="clear" w:color="auto" w:fill="F7FAF8"/>
            <w:tcMar>
              <w:top w:w="55" w:type="dxa"/>
              <w:left w:w="45" w:type="dxa"/>
              <w:bottom w:w="55" w:type="dxa"/>
              <w:right w:w="45" w:type="dxa"/>
            </w:tcMar>
          </w:tcPr>
          <w:p w14:paraId="2504404C" w14:textId="77777777" w:rsidR="00686453" w:rsidRPr="003F0D1D" w:rsidRDefault="00D95FB4">
            <w:pPr>
              <w:rPr>
                <w:szCs w:val="24"/>
              </w:rPr>
            </w:pPr>
            <w:r w:rsidRPr="003F0D1D">
              <w:rPr>
                <w:b/>
                <w:color w:val="015A41"/>
                <w:szCs w:val="24"/>
              </w:rPr>
              <w:t>G</w:t>
            </w:r>
          </w:p>
        </w:tc>
        <w:tc>
          <w:tcPr>
            <w:tcW w:w="1728" w:type="dxa"/>
            <w:tcMar>
              <w:top w:w="55" w:type="dxa"/>
              <w:left w:w="45" w:type="dxa"/>
              <w:bottom w:w="55" w:type="dxa"/>
              <w:right w:w="45" w:type="dxa"/>
            </w:tcMar>
          </w:tcPr>
          <w:p w14:paraId="2F2358CF" w14:textId="77777777" w:rsidR="00686453" w:rsidRPr="003F0D1D" w:rsidRDefault="00D95FB4">
            <w:pPr>
              <w:rPr>
                <w:szCs w:val="24"/>
              </w:rPr>
            </w:pPr>
            <w:r w:rsidRPr="003F0D1D">
              <w:rPr>
                <w:szCs w:val="24"/>
              </w:rPr>
              <w:t>Receiving facility arrangements / agreements</w:t>
            </w:r>
          </w:p>
        </w:tc>
        <w:tc>
          <w:tcPr>
            <w:tcW w:w="1728" w:type="dxa"/>
            <w:tcMar>
              <w:top w:w="55" w:type="dxa"/>
              <w:left w:w="45" w:type="dxa"/>
              <w:bottom w:w="55" w:type="dxa"/>
              <w:right w:w="45" w:type="dxa"/>
            </w:tcMar>
          </w:tcPr>
          <w:p w14:paraId="7A12D5B0" w14:textId="77777777" w:rsidR="00686453" w:rsidRPr="003F0D1D" w:rsidRDefault="00D95FB4">
            <w:pPr>
              <w:rPr>
                <w:szCs w:val="24"/>
              </w:rPr>
            </w:pPr>
            <w:r w:rsidRPr="003F0D1D">
              <w:rPr>
                <w:szCs w:val="24"/>
              </w:rPr>
              <w:t>CMS §483.73(b)(7)</w:t>
            </w:r>
          </w:p>
        </w:tc>
        <w:tc>
          <w:tcPr>
            <w:tcW w:w="1728" w:type="dxa"/>
            <w:tcMar>
              <w:top w:w="55" w:type="dxa"/>
              <w:left w:w="45" w:type="dxa"/>
              <w:bottom w:w="55" w:type="dxa"/>
              <w:right w:w="45" w:type="dxa"/>
            </w:tcMar>
          </w:tcPr>
          <w:p w14:paraId="3F9CAEA2" w14:textId="77777777" w:rsidR="00686453" w:rsidRPr="003F0D1D" w:rsidRDefault="00D95FB4">
            <w:pPr>
              <w:rPr>
                <w:szCs w:val="24"/>
              </w:rPr>
            </w:pPr>
            <w:r w:rsidRPr="003F0D1D">
              <w:rPr>
                <w:szCs w:val="24"/>
              </w:rPr>
              <w:t>Administration</w:t>
            </w:r>
          </w:p>
        </w:tc>
        <w:tc>
          <w:tcPr>
            <w:tcW w:w="1728" w:type="dxa"/>
            <w:shd w:val="clear" w:color="auto" w:fill="F3F5F4"/>
            <w:tcMar>
              <w:top w:w="55" w:type="dxa"/>
              <w:left w:w="45" w:type="dxa"/>
              <w:bottom w:w="55" w:type="dxa"/>
              <w:right w:w="45" w:type="dxa"/>
            </w:tcMar>
          </w:tcPr>
          <w:p w14:paraId="78E453B1"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6A6B9B25" w14:textId="77777777" w:rsidR="00686453" w:rsidRPr="003F0D1D" w:rsidRDefault="00D95FB4">
            <w:pPr>
              <w:rPr>
                <w:szCs w:val="24"/>
              </w:rPr>
            </w:pPr>
            <w:r w:rsidRPr="003F0D1D">
              <w:rPr>
                <w:szCs w:val="24"/>
              </w:rPr>
              <w:t>&lt;Date&gt;</w:t>
            </w:r>
          </w:p>
        </w:tc>
      </w:tr>
      <w:tr w:rsidR="00686453" w:rsidRPr="003F0D1D" w14:paraId="6C3827EE" w14:textId="77777777" w:rsidTr="003F0D1D">
        <w:trPr>
          <w:cantSplit/>
          <w:jc w:val="center"/>
        </w:trPr>
        <w:tc>
          <w:tcPr>
            <w:tcW w:w="1728" w:type="dxa"/>
            <w:shd w:val="clear" w:color="auto" w:fill="EAF3EF"/>
            <w:tcMar>
              <w:top w:w="55" w:type="dxa"/>
              <w:left w:w="45" w:type="dxa"/>
              <w:bottom w:w="55" w:type="dxa"/>
              <w:right w:w="45" w:type="dxa"/>
            </w:tcMar>
          </w:tcPr>
          <w:p w14:paraId="52596CB0" w14:textId="77777777" w:rsidR="00686453" w:rsidRPr="003F0D1D" w:rsidRDefault="00D95FB4">
            <w:pPr>
              <w:rPr>
                <w:szCs w:val="24"/>
              </w:rPr>
            </w:pPr>
            <w:r w:rsidRPr="003F0D1D">
              <w:rPr>
                <w:b/>
                <w:color w:val="015A41"/>
                <w:szCs w:val="24"/>
              </w:rPr>
              <w:t>G</w:t>
            </w:r>
          </w:p>
        </w:tc>
        <w:tc>
          <w:tcPr>
            <w:tcW w:w="1728" w:type="dxa"/>
            <w:tcMar>
              <w:top w:w="55" w:type="dxa"/>
              <w:left w:w="45" w:type="dxa"/>
              <w:bottom w:w="55" w:type="dxa"/>
              <w:right w:w="45" w:type="dxa"/>
            </w:tcMar>
          </w:tcPr>
          <w:p w14:paraId="4BAB7939" w14:textId="77777777" w:rsidR="00686453" w:rsidRPr="003F0D1D" w:rsidRDefault="00D95FB4">
            <w:pPr>
              <w:rPr>
                <w:szCs w:val="24"/>
              </w:rPr>
            </w:pPr>
            <w:r w:rsidRPr="003F0D1D">
              <w:rPr>
                <w:szCs w:val="24"/>
              </w:rPr>
              <w:t>Transportation arrangements / agreements</w:t>
            </w:r>
          </w:p>
        </w:tc>
        <w:tc>
          <w:tcPr>
            <w:tcW w:w="1728" w:type="dxa"/>
            <w:tcMar>
              <w:top w:w="55" w:type="dxa"/>
              <w:left w:w="45" w:type="dxa"/>
              <w:bottom w:w="55" w:type="dxa"/>
              <w:right w:w="45" w:type="dxa"/>
            </w:tcMar>
          </w:tcPr>
          <w:p w14:paraId="0C565F05" w14:textId="77777777" w:rsidR="00686453" w:rsidRPr="003F0D1D" w:rsidRDefault="00D95FB4">
            <w:pPr>
              <w:rPr>
                <w:szCs w:val="24"/>
              </w:rPr>
            </w:pPr>
            <w:r w:rsidRPr="003F0D1D">
              <w:rPr>
                <w:szCs w:val="24"/>
              </w:rPr>
              <w:t>CMS §483.73(b)(3)</w:t>
            </w:r>
          </w:p>
        </w:tc>
        <w:tc>
          <w:tcPr>
            <w:tcW w:w="1728" w:type="dxa"/>
            <w:tcMar>
              <w:top w:w="55" w:type="dxa"/>
              <w:left w:w="45" w:type="dxa"/>
              <w:bottom w:w="55" w:type="dxa"/>
              <w:right w:w="45" w:type="dxa"/>
            </w:tcMar>
          </w:tcPr>
          <w:p w14:paraId="6887F817" w14:textId="77777777" w:rsidR="00686453" w:rsidRPr="003F0D1D" w:rsidRDefault="00D95FB4">
            <w:pPr>
              <w:rPr>
                <w:szCs w:val="24"/>
              </w:rPr>
            </w:pPr>
            <w:r w:rsidRPr="003F0D1D">
              <w:rPr>
                <w:szCs w:val="24"/>
              </w:rPr>
              <w:t>Administration</w:t>
            </w:r>
          </w:p>
        </w:tc>
        <w:tc>
          <w:tcPr>
            <w:tcW w:w="1728" w:type="dxa"/>
            <w:shd w:val="clear" w:color="auto" w:fill="F3F5F4"/>
            <w:tcMar>
              <w:top w:w="55" w:type="dxa"/>
              <w:left w:w="45" w:type="dxa"/>
              <w:bottom w:w="55" w:type="dxa"/>
              <w:right w:w="45" w:type="dxa"/>
            </w:tcMar>
          </w:tcPr>
          <w:p w14:paraId="434569D0"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58F93A23" w14:textId="77777777" w:rsidR="00686453" w:rsidRPr="003F0D1D" w:rsidRDefault="00D95FB4">
            <w:pPr>
              <w:rPr>
                <w:szCs w:val="24"/>
              </w:rPr>
            </w:pPr>
            <w:r w:rsidRPr="003F0D1D">
              <w:rPr>
                <w:szCs w:val="24"/>
              </w:rPr>
              <w:t>&lt;Date&gt;</w:t>
            </w:r>
          </w:p>
        </w:tc>
      </w:tr>
      <w:tr w:rsidR="00686453" w:rsidRPr="003F0D1D" w14:paraId="19EF32A8" w14:textId="77777777" w:rsidTr="003F0D1D">
        <w:trPr>
          <w:cantSplit/>
          <w:jc w:val="center"/>
        </w:trPr>
        <w:tc>
          <w:tcPr>
            <w:tcW w:w="1728" w:type="dxa"/>
            <w:shd w:val="clear" w:color="auto" w:fill="F7FAF8"/>
            <w:tcMar>
              <w:top w:w="55" w:type="dxa"/>
              <w:left w:w="45" w:type="dxa"/>
              <w:bottom w:w="55" w:type="dxa"/>
              <w:right w:w="45" w:type="dxa"/>
            </w:tcMar>
          </w:tcPr>
          <w:p w14:paraId="4160BFC9" w14:textId="77777777" w:rsidR="00686453" w:rsidRPr="003F0D1D" w:rsidRDefault="00D95FB4">
            <w:pPr>
              <w:rPr>
                <w:szCs w:val="24"/>
              </w:rPr>
            </w:pPr>
            <w:r w:rsidRPr="003F0D1D">
              <w:rPr>
                <w:b/>
                <w:color w:val="015A41"/>
                <w:szCs w:val="24"/>
              </w:rPr>
              <w:t>H</w:t>
            </w:r>
          </w:p>
        </w:tc>
        <w:tc>
          <w:tcPr>
            <w:tcW w:w="1728" w:type="dxa"/>
            <w:tcMar>
              <w:top w:w="55" w:type="dxa"/>
              <w:left w:w="45" w:type="dxa"/>
              <w:bottom w:w="55" w:type="dxa"/>
              <w:right w:w="45" w:type="dxa"/>
            </w:tcMar>
          </w:tcPr>
          <w:p w14:paraId="37AA5245" w14:textId="77777777" w:rsidR="00686453" w:rsidRPr="003F0D1D" w:rsidRDefault="00D95FB4">
            <w:pPr>
              <w:rPr>
                <w:szCs w:val="24"/>
              </w:rPr>
            </w:pPr>
            <w:r w:rsidRPr="003F0D1D">
              <w:rPr>
                <w:szCs w:val="24"/>
              </w:rPr>
              <w:t>Food / water supply continuity and vendor backup</w:t>
            </w:r>
          </w:p>
        </w:tc>
        <w:tc>
          <w:tcPr>
            <w:tcW w:w="1728" w:type="dxa"/>
            <w:tcMar>
              <w:top w:w="55" w:type="dxa"/>
              <w:left w:w="45" w:type="dxa"/>
              <w:bottom w:w="55" w:type="dxa"/>
              <w:right w:w="45" w:type="dxa"/>
            </w:tcMar>
          </w:tcPr>
          <w:p w14:paraId="1C22E926" w14:textId="77777777" w:rsidR="00686453" w:rsidRPr="003F0D1D" w:rsidRDefault="00D95FB4">
            <w:pPr>
              <w:rPr>
                <w:szCs w:val="24"/>
              </w:rPr>
            </w:pPr>
            <w:r w:rsidRPr="003F0D1D">
              <w:rPr>
                <w:szCs w:val="24"/>
              </w:rPr>
              <w:t>CMS §483.73(b)(1)</w:t>
            </w:r>
          </w:p>
        </w:tc>
        <w:tc>
          <w:tcPr>
            <w:tcW w:w="1728" w:type="dxa"/>
            <w:tcMar>
              <w:top w:w="55" w:type="dxa"/>
              <w:left w:w="45" w:type="dxa"/>
              <w:bottom w:w="55" w:type="dxa"/>
              <w:right w:w="45" w:type="dxa"/>
            </w:tcMar>
          </w:tcPr>
          <w:p w14:paraId="0257269B" w14:textId="77777777" w:rsidR="00686453" w:rsidRPr="003F0D1D" w:rsidRDefault="00D95FB4">
            <w:pPr>
              <w:rPr>
                <w:szCs w:val="24"/>
              </w:rPr>
            </w:pPr>
            <w:r w:rsidRPr="003F0D1D">
              <w:rPr>
                <w:szCs w:val="24"/>
              </w:rPr>
              <w:t>Dietary / Facilities</w:t>
            </w:r>
          </w:p>
        </w:tc>
        <w:tc>
          <w:tcPr>
            <w:tcW w:w="1728" w:type="dxa"/>
            <w:shd w:val="clear" w:color="auto" w:fill="F3F5F4"/>
            <w:tcMar>
              <w:top w:w="55" w:type="dxa"/>
              <w:left w:w="45" w:type="dxa"/>
              <w:bottom w:w="55" w:type="dxa"/>
              <w:right w:w="45" w:type="dxa"/>
            </w:tcMar>
          </w:tcPr>
          <w:p w14:paraId="6470CCF1"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56732214" w14:textId="77777777" w:rsidR="00686453" w:rsidRPr="003F0D1D" w:rsidRDefault="00D95FB4">
            <w:pPr>
              <w:rPr>
                <w:szCs w:val="24"/>
              </w:rPr>
            </w:pPr>
            <w:r w:rsidRPr="003F0D1D">
              <w:rPr>
                <w:szCs w:val="24"/>
              </w:rPr>
              <w:t>&lt;Date&gt;</w:t>
            </w:r>
          </w:p>
        </w:tc>
      </w:tr>
      <w:tr w:rsidR="00686453" w:rsidRPr="003F0D1D" w14:paraId="6976A628" w14:textId="77777777" w:rsidTr="003F0D1D">
        <w:trPr>
          <w:cantSplit/>
          <w:jc w:val="center"/>
        </w:trPr>
        <w:tc>
          <w:tcPr>
            <w:tcW w:w="1728" w:type="dxa"/>
            <w:shd w:val="clear" w:color="auto" w:fill="EAF3EF"/>
            <w:tcMar>
              <w:top w:w="55" w:type="dxa"/>
              <w:left w:w="45" w:type="dxa"/>
              <w:bottom w:w="55" w:type="dxa"/>
              <w:right w:w="45" w:type="dxa"/>
            </w:tcMar>
          </w:tcPr>
          <w:p w14:paraId="08772543" w14:textId="77777777" w:rsidR="00686453" w:rsidRPr="003F0D1D" w:rsidRDefault="00D95FB4">
            <w:pPr>
              <w:rPr>
                <w:szCs w:val="24"/>
              </w:rPr>
            </w:pPr>
            <w:r w:rsidRPr="003F0D1D">
              <w:rPr>
                <w:b/>
                <w:color w:val="015A41"/>
                <w:szCs w:val="24"/>
              </w:rPr>
              <w:t>H</w:t>
            </w:r>
          </w:p>
        </w:tc>
        <w:tc>
          <w:tcPr>
            <w:tcW w:w="1728" w:type="dxa"/>
            <w:tcMar>
              <w:top w:w="55" w:type="dxa"/>
              <w:left w:w="45" w:type="dxa"/>
              <w:bottom w:w="55" w:type="dxa"/>
              <w:right w:w="45" w:type="dxa"/>
            </w:tcMar>
          </w:tcPr>
          <w:p w14:paraId="5DDD20BA" w14:textId="77777777" w:rsidR="00686453" w:rsidRPr="003F0D1D" w:rsidRDefault="00D95FB4">
            <w:pPr>
              <w:rPr>
                <w:szCs w:val="24"/>
              </w:rPr>
            </w:pPr>
            <w:r w:rsidRPr="003F0D1D">
              <w:rPr>
                <w:szCs w:val="24"/>
              </w:rPr>
              <w:t>Pharmacy / medical supply continuity and backups</w:t>
            </w:r>
          </w:p>
        </w:tc>
        <w:tc>
          <w:tcPr>
            <w:tcW w:w="1728" w:type="dxa"/>
            <w:tcMar>
              <w:top w:w="55" w:type="dxa"/>
              <w:left w:w="45" w:type="dxa"/>
              <w:bottom w:w="55" w:type="dxa"/>
              <w:right w:w="45" w:type="dxa"/>
            </w:tcMar>
          </w:tcPr>
          <w:p w14:paraId="073D71EA" w14:textId="77777777" w:rsidR="00686453" w:rsidRPr="003F0D1D" w:rsidRDefault="00D95FB4">
            <w:pPr>
              <w:rPr>
                <w:szCs w:val="24"/>
              </w:rPr>
            </w:pPr>
            <w:r w:rsidRPr="003F0D1D">
              <w:rPr>
                <w:szCs w:val="24"/>
              </w:rPr>
              <w:t>CMS §483.73(b)(1)</w:t>
            </w:r>
          </w:p>
        </w:tc>
        <w:tc>
          <w:tcPr>
            <w:tcW w:w="1728" w:type="dxa"/>
            <w:tcMar>
              <w:top w:w="55" w:type="dxa"/>
              <w:left w:w="45" w:type="dxa"/>
              <w:bottom w:w="55" w:type="dxa"/>
              <w:right w:w="45" w:type="dxa"/>
            </w:tcMar>
          </w:tcPr>
          <w:p w14:paraId="5B47D887" w14:textId="77777777" w:rsidR="00686453" w:rsidRPr="003F0D1D" w:rsidRDefault="00D95FB4">
            <w:pPr>
              <w:rPr>
                <w:szCs w:val="24"/>
              </w:rPr>
            </w:pPr>
            <w:r w:rsidRPr="003F0D1D">
              <w:rPr>
                <w:szCs w:val="24"/>
              </w:rPr>
              <w:t>Nursing / Pharmacy</w:t>
            </w:r>
          </w:p>
        </w:tc>
        <w:tc>
          <w:tcPr>
            <w:tcW w:w="1728" w:type="dxa"/>
            <w:shd w:val="clear" w:color="auto" w:fill="F3F5F4"/>
            <w:tcMar>
              <w:top w:w="55" w:type="dxa"/>
              <w:left w:w="45" w:type="dxa"/>
              <w:bottom w:w="55" w:type="dxa"/>
              <w:right w:w="45" w:type="dxa"/>
            </w:tcMar>
          </w:tcPr>
          <w:p w14:paraId="6E4A878F"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3C3F74F5" w14:textId="77777777" w:rsidR="00686453" w:rsidRPr="003F0D1D" w:rsidRDefault="00D95FB4">
            <w:pPr>
              <w:rPr>
                <w:szCs w:val="24"/>
              </w:rPr>
            </w:pPr>
            <w:r w:rsidRPr="003F0D1D">
              <w:rPr>
                <w:szCs w:val="24"/>
              </w:rPr>
              <w:t>&lt;Date&gt;</w:t>
            </w:r>
          </w:p>
        </w:tc>
      </w:tr>
      <w:tr w:rsidR="00686453" w:rsidRPr="003F0D1D" w14:paraId="2E7B4633" w14:textId="77777777" w:rsidTr="003F0D1D">
        <w:trPr>
          <w:cantSplit/>
          <w:jc w:val="center"/>
        </w:trPr>
        <w:tc>
          <w:tcPr>
            <w:tcW w:w="1728" w:type="dxa"/>
            <w:shd w:val="clear" w:color="auto" w:fill="F7FAF8"/>
            <w:tcMar>
              <w:top w:w="55" w:type="dxa"/>
              <w:left w:w="45" w:type="dxa"/>
              <w:bottom w:w="55" w:type="dxa"/>
              <w:right w:w="45" w:type="dxa"/>
            </w:tcMar>
          </w:tcPr>
          <w:p w14:paraId="07D12D7E" w14:textId="77777777" w:rsidR="00686453" w:rsidRPr="003F0D1D" w:rsidRDefault="00D95FB4">
            <w:pPr>
              <w:rPr>
                <w:szCs w:val="24"/>
              </w:rPr>
            </w:pPr>
            <w:r w:rsidRPr="003F0D1D">
              <w:rPr>
                <w:b/>
                <w:color w:val="015A41"/>
                <w:szCs w:val="24"/>
              </w:rPr>
              <w:t>H</w:t>
            </w:r>
          </w:p>
        </w:tc>
        <w:tc>
          <w:tcPr>
            <w:tcW w:w="1728" w:type="dxa"/>
            <w:tcMar>
              <w:top w:w="55" w:type="dxa"/>
              <w:left w:w="45" w:type="dxa"/>
              <w:bottom w:w="55" w:type="dxa"/>
              <w:right w:w="45" w:type="dxa"/>
            </w:tcMar>
          </w:tcPr>
          <w:p w14:paraId="7ECAEFE5" w14:textId="77777777" w:rsidR="00686453" w:rsidRPr="003F0D1D" w:rsidRDefault="00D95FB4">
            <w:pPr>
              <w:rPr>
                <w:szCs w:val="24"/>
              </w:rPr>
            </w:pPr>
            <w:r w:rsidRPr="003F0D1D">
              <w:rPr>
                <w:szCs w:val="24"/>
              </w:rPr>
              <w:t>Oxygen / medical gas continuity and backup sources, if applicable</w:t>
            </w:r>
          </w:p>
        </w:tc>
        <w:tc>
          <w:tcPr>
            <w:tcW w:w="1728" w:type="dxa"/>
            <w:tcMar>
              <w:top w:w="55" w:type="dxa"/>
              <w:left w:w="45" w:type="dxa"/>
              <w:bottom w:w="55" w:type="dxa"/>
              <w:right w:w="45" w:type="dxa"/>
            </w:tcMar>
          </w:tcPr>
          <w:p w14:paraId="4A621C14" w14:textId="77777777" w:rsidR="00686453" w:rsidRPr="003F0D1D" w:rsidRDefault="00D95FB4">
            <w:pPr>
              <w:rPr>
                <w:szCs w:val="24"/>
              </w:rPr>
            </w:pPr>
            <w:r w:rsidRPr="003F0D1D">
              <w:rPr>
                <w:szCs w:val="24"/>
              </w:rPr>
              <w:t xml:space="preserve">CMS subsistence / facility </w:t>
            </w:r>
            <w:proofErr w:type="gramStart"/>
            <w:r w:rsidRPr="003F0D1D">
              <w:rPr>
                <w:szCs w:val="24"/>
              </w:rPr>
              <w:t>need</w:t>
            </w:r>
            <w:proofErr w:type="gramEnd"/>
          </w:p>
        </w:tc>
        <w:tc>
          <w:tcPr>
            <w:tcW w:w="1728" w:type="dxa"/>
            <w:tcMar>
              <w:top w:w="55" w:type="dxa"/>
              <w:left w:w="45" w:type="dxa"/>
              <w:bottom w:w="55" w:type="dxa"/>
              <w:right w:w="45" w:type="dxa"/>
            </w:tcMar>
          </w:tcPr>
          <w:p w14:paraId="30DBF6B8" w14:textId="77777777" w:rsidR="00686453" w:rsidRPr="003F0D1D" w:rsidRDefault="00D95FB4">
            <w:pPr>
              <w:rPr>
                <w:szCs w:val="24"/>
              </w:rPr>
            </w:pPr>
            <w:r w:rsidRPr="003F0D1D">
              <w:rPr>
                <w:szCs w:val="24"/>
              </w:rPr>
              <w:t>Nursing / Facilities</w:t>
            </w:r>
          </w:p>
        </w:tc>
        <w:tc>
          <w:tcPr>
            <w:tcW w:w="1728" w:type="dxa"/>
            <w:shd w:val="clear" w:color="auto" w:fill="F3F5F4"/>
            <w:tcMar>
              <w:top w:w="55" w:type="dxa"/>
              <w:left w:w="45" w:type="dxa"/>
              <w:bottom w:w="55" w:type="dxa"/>
              <w:right w:w="45" w:type="dxa"/>
            </w:tcMar>
          </w:tcPr>
          <w:p w14:paraId="0194C751"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43AF1311" w14:textId="77777777" w:rsidR="00686453" w:rsidRPr="003F0D1D" w:rsidRDefault="00D95FB4">
            <w:pPr>
              <w:rPr>
                <w:szCs w:val="24"/>
              </w:rPr>
            </w:pPr>
            <w:r w:rsidRPr="003F0D1D">
              <w:rPr>
                <w:szCs w:val="24"/>
              </w:rPr>
              <w:t>&lt;Date&gt;</w:t>
            </w:r>
          </w:p>
        </w:tc>
      </w:tr>
      <w:tr w:rsidR="00686453" w:rsidRPr="003F0D1D" w14:paraId="2BEC8441" w14:textId="77777777" w:rsidTr="003F0D1D">
        <w:trPr>
          <w:cantSplit/>
          <w:jc w:val="center"/>
        </w:trPr>
        <w:tc>
          <w:tcPr>
            <w:tcW w:w="1728" w:type="dxa"/>
            <w:shd w:val="clear" w:color="auto" w:fill="EAF3EF"/>
            <w:tcMar>
              <w:top w:w="55" w:type="dxa"/>
              <w:left w:w="45" w:type="dxa"/>
              <w:bottom w:w="55" w:type="dxa"/>
              <w:right w:w="45" w:type="dxa"/>
            </w:tcMar>
          </w:tcPr>
          <w:p w14:paraId="4A40DB5B" w14:textId="77777777" w:rsidR="00686453" w:rsidRPr="003F0D1D" w:rsidRDefault="00D95FB4">
            <w:pPr>
              <w:rPr>
                <w:szCs w:val="24"/>
              </w:rPr>
            </w:pPr>
            <w:r w:rsidRPr="003F0D1D">
              <w:rPr>
                <w:b/>
                <w:color w:val="015A41"/>
                <w:szCs w:val="24"/>
              </w:rPr>
              <w:t>H/M</w:t>
            </w:r>
          </w:p>
        </w:tc>
        <w:tc>
          <w:tcPr>
            <w:tcW w:w="1728" w:type="dxa"/>
            <w:tcMar>
              <w:top w:w="55" w:type="dxa"/>
              <w:left w:w="45" w:type="dxa"/>
              <w:bottom w:w="55" w:type="dxa"/>
              <w:right w:w="45" w:type="dxa"/>
            </w:tcMar>
          </w:tcPr>
          <w:p w14:paraId="352C212E" w14:textId="77777777" w:rsidR="00686453" w:rsidRPr="003F0D1D" w:rsidRDefault="00D95FB4">
            <w:pPr>
              <w:rPr>
                <w:szCs w:val="24"/>
              </w:rPr>
            </w:pPr>
            <w:r w:rsidRPr="003F0D1D">
              <w:rPr>
                <w:szCs w:val="24"/>
              </w:rPr>
              <w:t>Fuel / generator service and replenishment arrangements</w:t>
            </w:r>
          </w:p>
        </w:tc>
        <w:tc>
          <w:tcPr>
            <w:tcW w:w="1728" w:type="dxa"/>
            <w:tcMar>
              <w:top w:w="55" w:type="dxa"/>
              <w:left w:w="45" w:type="dxa"/>
              <w:bottom w:w="55" w:type="dxa"/>
              <w:right w:w="45" w:type="dxa"/>
            </w:tcMar>
          </w:tcPr>
          <w:p w14:paraId="7901A37F" w14:textId="77777777" w:rsidR="00686453" w:rsidRPr="003F0D1D" w:rsidRDefault="00D95FB4">
            <w:pPr>
              <w:rPr>
                <w:szCs w:val="24"/>
              </w:rPr>
            </w:pPr>
            <w:r w:rsidRPr="003F0D1D">
              <w:rPr>
                <w:szCs w:val="24"/>
              </w:rPr>
              <w:t>CMS §483.73(e); ME Ch. 110</w:t>
            </w:r>
          </w:p>
        </w:tc>
        <w:tc>
          <w:tcPr>
            <w:tcW w:w="1728" w:type="dxa"/>
            <w:tcMar>
              <w:top w:w="55" w:type="dxa"/>
              <w:left w:w="45" w:type="dxa"/>
              <w:bottom w:w="55" w:type="dxa"/>
              <w:right w:w="45" w:type="dxa"/>
            </w:tcMar>
          </w:tcPr>
          <w:p w14:paraId="4EEA2B68" w14:textId="77777777" w:rsidR="00686453" w:rsidRPr="003F0D1D" w:rsidRDefault="00D95FB4">
            <w:pPr>
              <w:rPr>
                <w:szCs w:val="24"/>
              </w:rPr>
            </w:pPr>
            <w:r w:rsidRPr="003F0D1D">
              <w:rPr>
                <w:szCs w:val="24"/>
              </w:rPr>
              <w:t>Facilities</w:t>
            </w:r>
          </w:p>
        </w:tc>
        <w:tc>
          <w:tcPr>
            <w:tcW w:w="1728" w:type="dxa"/>
            <w:shd w:val="clear" w:color="auto" w:fill="F3F5F4"/>
            <w:tcMar>
              <w:top w:w="55" w:type="dxa"/>
              <w:left w:w="45" w:type="dxa"/>
              <w:bottom w:w="55" w:type="dxa"/>
              <w:right w:w="45" w:type="dxa"/>
            </w:tcMar>
          </w:tcPr>
          <w:p w14:paraId="089020C2"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1C455C24" w14:textId="77777777" w:rsidR="00686453" w:rsidRPr="003F0D1D" w:rsidRDefault="00D95FB4">
            <w:pPr>
              <w:rPr>
                <w:szCs w:val="24"/>
              </w:rPr>
            </w:pPr>
            <w:r w:rsidRPr="003F0D1D">
              <w:rPr>
                <w:szCs w:val="24"/>
              </w:rPr>
              <w:t>&lt;Date&gt;</w:t>
            </w:r>
          </w:p>
        </w:tc>
      </w:tr>
      <w:tr w:rsidR="00686453" w:rsidRPr="003F0D1D" w14:paraId="4A002B5D" w14:textId="77777777" w:rsidTr="003F0D1D">
        <w:trPr>
          <w:cantSplit/>
          <w:jc w:val="center"/>
        </w:trPr>
        <w:tc>
          <w:tcPr>
            <w:tcW w:w="1728" w:type="dxa"/>
            <w:shd w:val="clear" w:color="auto" w:fill="F7FAF8"/>
            <w:tcMar>
              <w:top w:w="55" w:type="dxa"/>
              <w:left w:w="45" w:type="dxa"/>
              <w:bottom w:w="55" w:type="dxa"/>
              <w:right w:w="45" w:type="dxa"/>
            </w:tcMar>
          </w:tcPr>
          <w:p w14:paraId="2B9A8DC7" w14:textId="77777777" w:rsidR="00686453" w:rsidRPr="003F0D1D" w:rsidRDefault="00D95FB4">
            <w:pPr>
              <w:rPr>
                <w:szCs w:val="24"/>
              </w:rPr>
            </w:pPr>
            <w:r w:rsidRPr="003F0D1D">
              <w:rPr>
                <w:b/>
                <w:color w:val="015A41"/>
                <w:szCs w:val="24"/>
              </w:rPr>
              <w:lastRenderedPageBreak/>
              <w:t>H</w:t>
            </w:r>
          </w:p>
        </w:tc>
        <w:tc>
          <w:tcPr>
            <w:tcW w:w="1728" w:type="dxa"/>
            <w:tcMar>
              <w:top w:w="55" w:type="dxa"/>
              <w:left w:w="45" w:type="dxa"/>
              <w:bottom w:w="55" w:type="dxa"/>
              <w:right w:w="45" w:type="dxa"/>
            </w:tcMar>
          </w:tcPr>
          <w:p w14:paraId="633DCECD" w14:textId="77777777" w:rsidR="00686453" w:rsidRPr="003F0D1D" w:rsidRDefault="00D95FB4">
            <w:pPr>
              <w:rPr>
                <w:szCs w:val="24"/>
              </w:rPr>
            </w:pPr>
            <w:r w:rsidRPr="003F0D1D">
              <w:rPr>
                <w:szCs w:val="24"/>
              </w:rPr>
              <w:t>Waste / sewage contingency and emergency vendors</w:t>
            </w:r>
          </w:p>
        </w:tc>
        <w:tc>
          <w:tcPr>
            <w:tcW w:w="1728" w:type="dxa"/>
            <w:tcMar>
              <w:top w:w="55" w:type="dxa"/>
              <w:left w:w="45" w:type="dxa"/>
              <w:bottom w:w="55" w:type="dxa"/>
              <w:right w:w="45" w:type="dxa"/>
            </w:tcMar>
          </w:tcPr>
          <w:p w14:paraId="55338190" w14:textId="77777777" w:rsidR="00686453" w:rsidRPr="003F0D1D" w:rsidRDefault="00D95FB4">
            <w:pPr>
              <w:rPr>
                <w:szCs w:val="24"/>
              </w:rPr>
            </w:pPr>
            <w:r w:rsidRPr="003F0D1D">
              <w:rPr>
                <w:szCs w:val="24"/>
              </w:rPr>
              <w:t>CMS §483.73(b)(1)</w:t>
            </w:r>
          </w:p>
        </w:tc>
        <w:tc>
          <w:tcPr>
            <w:tcW w:w="1728" w:type="dxa"/>
            <w:tcMar>
              <w:top w:w="55" w:type="dxa"/>
              <w:left w:w="45" w:type="dxa"/>
              <w:bottom w:w="55" w:type="dxa"/>
              <w:right w:w="45" w:type="dxa"/>
            </w:tcMar>
          </w:tcPr>
          <w:p w14:paraId="33FE4B27" w14:textId="77777777" w:rsidR="00686453" w:rsidRPr="003F0D1D" w:rsidRDefault="00D95FB4">
            <w:pPr>
              <w:rPr>
                <w:szCs w:val="24"/>
              </w:rPr>
            </w:pPr>
            <w:r w:rsidRPr="003F0D1D">
              <w:rPr>
                <w:szCs w:val="24"/>
              </w:rPr>
              <w:t>Facilities</w:t>
            </w:r>
          </w:p>
        </w:tc>
        <w:tc>
          <w:tcPr>
            <w:tcW w:w="1728" w:type="dxa"/>
            <w:shd w:val="clear" w:color="auto" w:fill="F3F5F4"/>
            <w:tcMar>
              <w:top w:w="55" w:type="dxa"/>
              <w:left w:w="45" w:type="dxa"/>
              <w:bottom w:w="55" w:type="dxa"/>
              <w:right w:w="45" w:type="dxa"/>
            </w:tcMar>
          </w:tcPr>
          <w:p w14:paraId="3D95E8D7"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3B12597F" w14:textId="77777777" w:rsidR="00686453" w:rsidRPr="003F0D1D" w:rsidRDefault="00D95FB4">
            <w:pPr>
              <w:rPr>
                <w:szCs w:val="24"/>
              </w:rPr>
            </w:pPr>
            <w:r w:rsidRPr="003F0D1D">
              <w:rPr>
                <w:szCs w:val="24"/>
              </w:rPr>
              <w:t>&lt;Date&gt;</w:t>
            </w:r>
          </w:p>
        </w:tc>
      </w:tr>
      <w:tr w:rsidR="00686453" w:rsidRPr="003F0D1D" w14:paraId="116E22D6" w14:textId="77777777" w:rsidTr="003F0D1D">
        <w:trPr>
          <w:cantSplit/>
          <w:jc w:val="center"/>
        </w:trPr>
        <w:tc>
          <w:tcPr>
            <w:tcW w:w="1728" w:type="dxa"/>
            <w:shd w:val="clear" w:color="auto" w:fill="EAF3EF"/>
            <w:tcMar>
              <w:top w:w="55" w:type="dxa"/>
              <w:left w:w="45" w:type="dxa"/>
              <w:bottom w:w="55" w:type="dxa"/>
              <w:right w:w="45" w:type="dxa"/>
            </w:tcMar>
          </w:tcPr>
          <w:p w14:paraId="038C5A8B" w14:textId="77777777" w:rsidR="00686453" w:rsidRPr="003F0D1D" w:rsidRDefault="00D95FB4">
            <w:pPr>
              <w:rPr>
                <w:szCs w:val="24"/>
              </w:rPr>
            </w:pPr>
            <w:r w:rsidRPr="003F0D1D">
              <w:rPr>
                <w:b/>
                <w:color w:val="015A41"/>
                <w:szCs w:val="24"/>
              </w:rPr>
              <w:t>I</w:t>
            </w:r>
          </w:p>
        </w:tc>
        <w:tc>
          <w:tcPr>
            <w:tcW w:w="1728" w:type="dxa"/>
            <w:tcMar>
              <w:top w:w="55" w:type="dxa"/>
              <w:left w:w="45" w:type="dxa"/>
              <w:bottom w:w="55" w:type="dxa"/>
              <w:right w:w="45" w:type="dxa"/>
            </w:tcMar>
          </w:tcPr>
          <w:p w14:paraId="3A7A2C1C" w14:textId="77777777" w:rsidR="00686453" w:rsidRPr="003F0D1D" w:rsidRDefault="00D95FB4">
            <w:pPr>
              <w:rPr>
                <w:szCs w:val="24"/>
              </w:rPr>
            </w:pPr>
            <w:r w:rsidRPr="003F0D1D">
              <w:rPr>
                <w:szCs w:val="24"/>
              </w:rPr>
              <w:t>Facility floor plans / evacuation routes</w:t>
            </w:r>
          </w:p>
        </w:tc>
        <w:tc>
          <w:tcPr>
            <w:tcW w:w="1728" w:type="dxa"/>
            <w:tcMar>
              <w:top w:w="55" w:type="dxa"/>
              <w:left w:w="45" w:type="dxa"/>
              <w:bottom w:w="55" w:type="dxa"/>
              <w:right w:w="45" w:type="dxa"/>
            </w:tcMar>
          </w:tcPr>
          <w:p w14:paraId="7BFB0F0D" w14:textId="77777777" w:rsidR="00686453" w:rsidRPr="003F0D1D" w:rsidRDefault="00D95FB4">
            <w:pPr>
              <w:rPr>
                <w:szCs w:val="24"/>
              </w:rPr>
            </w:pPr>
            <w:r w:rsidRPr="003F0D1D">
              <w:rPr>
                <w:szCs w:val="24"/>
              </w:rPr>
              <w:t>CMS §483.73(b)(3); ME Ch. 110</w:t>
            </w:r>
          </w:p>
        </w:tc>
        <w:tc>
          <w:tcPr>
            <w:tcW w:w="1728" w:type="dxa"/>
            <w:tcMar>
              <w:top w:w="55" w:type="dxa"/>
              <w:left w:w="45" w:type="dxa"/>
              <w:bottom w:w="55" w:type="dxa"/>
              <w:right w:w="45" w:type="dxa"/>
            </w:tcMar>
          </w:tcPr>
          <w:p w14:paraId="697D609A" w14:textId="77777777" w:rsidR="00686453" w:rsidRPr="003F0D1D" w:rsidRDefault="00D95FB4">
            <w:pPr>
              <w:rPr>
                <w:szCs w:val="24"/>
              </w:rPr>
            </w:pPr>
            <w:r w:rsidRPr="003F0D1D">
              <w:rPr>
                <w:szCs w:val="24"/>
              </w:rPr>
              <w:t>Facilities / Safety</w:t>
            </w:r>
          </w:p>
        </w:tc>
        <w:tc>
          <w:tcPr>
            <w:tcW w:w="1728" w:type="dxa"/>
            <w:shd w:val="clear" w:color="auto" w:fill="F3F5F4"/>
            <w:tcMar>
              <w:top w:w="55" w:type="dxa"/>
              <w:left w:w="45" w:type="dxa"/>
              <w:bottom w:w="55" w:type="dxa"/>
              <w:right w:w="45" w:type="dxa"/>
            </w:tcMar>
          </w:tcPr>
          <w:p w14:paraId="09EFEFF5"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54D52EB8" w14:textId="77777777" w:rsidR="00686453" w:rsidRPr="003F0D1D" w:rsidRDefault="00D95FB4">
            <w:pPr>
              <w:rPr>
                <w:szCs w:val="24"/>
              </w:rPr>
            </w:pPr>
            <w:r w:rsidRPr="003F0D1D">
              <w:rPr>
                <w:szCs w:val="24"/>
              </w:rPr>
              <w:t>&lt;Date&gt;</w:t>
            </w:r>
          </w:p>
        </w:tc>
      </w:tr>
      <w:tr w:rsidR="00686453" w:rsidRPr="003F0D1D" w14:paraId="3FE50117" w14:textId="77777777" w:rsidTr="003F0D1D">
        <w:trPr>
          <w:cantSplit/>
          <w:jc w:val="center"/>
        </w:trPr>
        <w:tc>
          <w:tcPr>
            <w:tcW w:w="1728" w:type="dxa"/>
            <w:shd w:val="clear" w:color="auto" w:fill="F7FAF8"/>
            <w:tcMar>
              <w:top w:w="55" w:type="dxa"/>
              <w:left w:w="45" w:type="dxa"/>
              <w:bottom w:w="55" w:type="dxa"/>
              <w:right w:w="45" w:type="dxa"/>
            </w:tcMar>
          </w:tcPr>
          <w:p w14:paraId="493B24FD" w14:textId="77777777" w:rsidR="00686453" w:rsidRPr="003F0D1D" w:rsidRDefault="00D95FB4">
            <w:pPr>
              <w:rPr>
                <w:szCs w:val="24"/>
              </w:rPr>
            </w:pPr>
            <w:r w:rsidRPr="003F0D1D">
              <w:rPr>
                <w:b/>
                <w:color w:val="015A41"/>
                <w:szCs w:val="24"/>
              </w:rPr>
              <w:t>I/N</w:t>
            </w:r>
          </w:p>
        </w:tc>
        <w:tc>
          <w:tcPr>
            <w:tcW w:w="1728" w:type="dxa"/>
            <w:tcMar>
              <w:top w:w="55" w:type="dxa"/>
              <w:left w:w="45" w:type="dxa"/>
              <w:bottom w:w="55" w:type="dxa"/>
              <w:right w:w="45" w:type="dxa"/>
            </w:tcMar>
          </w:tcPr>
          <w:p w14:paraId="7D06CF0E" w14:textId="77777777" w:rsidR="00686453" w:rsidRPr="003F0D1D" w:rsidRDefault="00D95FB4">
            <w:pPr>
              <w:rPr>
                <w:szCs w:val="24"/>
              </w:rPr>
            </w:pPr>
            <w:r w:rsidRPr="003F0D1D">
              <w:rPr>
                <w:szCs w:val="24"/>
              </w:rPr>
              <w:t>Posted fire regulations / evacuation plans</w:t>
            </w:r>
          </w:p>
        </w:tc>
        <w:tc>
          <w:tcPr>
            <w:tcW w:w="1728" w:type="dxa"/>
            <w:tcMar>
              <w:top w:w="55" w:type="dxa"/>
              <w:left w:w="45" w:type="dxa"/>
              <w:bottom w:w="55" w:type="dxa"/>
              <w:right w:w="45" w:type="dxa"/>
            </w:tcMar>
          </w:tcPr>
          <w:p w14:paraId="0942416D" w14:textId="77777777" w:rsidR="00686453" w:rsidRPr="003F0D1D" w:rsidRDefault="00D95FB4">
            <w:pPr>
              <w:rPr>
                <w:szCs w:val="24"/>
              </w:rPr>
            </w:pPr>
            <w:r w:rsidRPr="003F0D1D">
              <w:rPr>
                <w:szCs w:val="24"/>
              </w:rPr>
              <w:t>ME Ch. 110 §</w:t>
            </w:r>
            <w:proofErr w:type="gramStart"/>
            <w:r w:rsidRPr="003F0D1D">
              <w:rPr>
                <w:szCs w:val="24"/>
              </w:rPr>
              <w:t>20.D.</w:t>
            </w:r>
            <w:proofErr w:type="gramEnd"/>
            <w:r w:rsidRPr="003F0D1D">
              <w:rPr>
                <w:szCs w:val="24"/>
              </w:rPr>
              <w:t>2(d)</w:t>
            </w:r>
          </w:p>
        </w:tc>
        <w:tc>
          <w:tcPr>
            <w:tcW w:w="1728" w:type="dxa"/>
            <w:tcMar>
              <w:top w:w="55" w:type="dxa"/>
              <w:left w:w="45" w:type="dxa"/>
              <w:bottom w:w="55" w:type="dxa"/>
              <w:right w:w="45" w:type="dxa"/>
            </w:tcMar>
          </w:tcPr>
          <w:p w14:paraId="4DD4B775" w14:textId="77777777" w:rsidR="00686453" w:rsidRPr="003F0D1D" w:rsidRDefault="00D95FB4">
            <w:pPr>
              <w:rPr>
                <w:szCs w:val="24"/>
              </w:rPr>
            </w:pPr>
            <w:r w:rsidRPr="003F0D1D">
              <w:rPr>
                <w:szCs w:val="24"/>
              </w:rPr>
              <w:t>Facilities / Safety</w:t>
            </w:r>
          </w:p>
        </w:tc>
        <w:tc>
          <w:tcPr>
            <w:tcW w:w="1728" w:type="dxa"/>
            <w:shd w:val="clear" w:color="auto" w:fill="F3F5F4"/>
            <w:tcMar>
              <w:top w:w="55" w:type="dxa"/>
              <w:left w:w="45" w:type="dxa"/>
              <w:bottom w:w="55" w:type="dxa"/>
              <w:right w:w="45" w:type="dxa"/>
            </w:tcMar>
          </w:tcPr>
          <w:p w14:paraId="748EDA91"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2763EF6D" w14:textId="77777777" w:rsidR="00686453" w:rsidRPr="003F0D1D" w:rsidRDefault="00D95FB4">
            <w:pPr>
              <w:rPr>
                <w:szCs w:val="24"/>
              </w:rPr>
            </w:pPr>
            <w:r w:rsidRPr="003F0D1D">
              <w:rPr>
                <w:szCs w:val="24"/>
              </w:rPr>
              <w:t>&lt;Date&gt;</w:t>
            </w:r>
          </w:p>
        </w:tc>
      </w:tr>
      <w:tr w:rsidR="00686453" w:rsidRPr="003F0D1D" w14:paraId="245FC7FB" w14:textId="77777777" w:rsidTr="003F0D1D">
        <w:trPr>
          <w:cantSplit/>
          <w:jc w:val="center"/>
        </w:trPr>
        <w:tc>
          <w:tcPr>
            <w:tcW w:w="1728" w:type="dxa"/>
            <w:shd w:val="clear" w:color="auto" w:fill="EAF3EF"/>
            <w:tcMar>
              <w:top w:w="55" w:type="dxa"/>
              <w:left w:w="45" w:type="dxa"/>
              <w:bottom w:w="55" w:type="dxa"/>
              <w:right w:w="45" w:type="dxa"/>
            </w:tcMar>
          </w:tcPr>
          <w:p w14:paraId="4F6796B0" w14:textId="77777777" w:rsidR="00686453" w:rsidRPr="003F0D1D" w:rsidRDefault="00D95FB4">
            <w:pPr>
              <w:rPr>
                <w:szCs w:val="24"/>
              </w:rPr>
            </w:pPr>
            <w:r w:rsidRPr="003F0D1D">
              <w:rPr>
                <w:b/>
                <w:color w:val="015A41"/>
                <w:szCs w:val="24"/>
              </w:rPr>
              <w:t>J</w:t>
            </w:r>
          </w:p>
        </w:tc>
        <w:tc>
          <w:tcPr>
            <w:tcW w:w="1728" w:type="dxa"/>
            <w:tcMar>
              <w:top w:w="55" w:type="dxa"/>
              <w:left w:w="45" w:type="dxa"/>
              <w:bottom w:w="55" w:type="dxa"/>
              <w:right w:w="45" w:type="dxa"/>
            </w:tcMar>
          </w:tcPr>
          <w:p w14:paraId="540CB4C7" w14:textId="77777777" w:rsidR="00686453" w:rsidRPr="003F0D1D" w:rsidRDefault="00D95FB4">
            <w:pPr>
              <w:rPr>
                <w:szCs w:val="24"/>
              </w:rPr>
            </w:pPr>
            <w:r w:rsidRPr="003F0D1D">
              <w:rPr>
                <w:szCs w:val="24"/>
              </w:rPr>
              <w:t>Blank resident tracking / evacuation forms</w:t>
            </w:r>
          </w:p>
        </w:tc>
        <w:tc>
          <w:tcPr>
            <w:tcW w:w="1728" w:type="dxa"/>
            <w:tcMar>
              <w:top w:w="55" w:type="dxa"/>
              <w:left w:w="45" w:type="dxa"/>
              <w:bottom w:w="55" w:type="dxa"/>
              <w:right w:w="45" w:type="dxa"/>
            </w:tcMar>
          </w:tcPr>
          <w:p w14:paraId="06802424" w14:textId="77777777" w:rsidR="00686453" w:rsidRPr="003F0D1D" w:rsidRDefault="00D95FB4">
            <w:pPr>
              <w:rPr>
                <w:szCs w:val="24"/>
              </w:rPr>
            </w:pPr>
            <w:r w:rsidRPr="003F0D1D">
              <w:rPr>
                <w:szCs w:val="24"/>
              </w:rPr>
              <w:t>CMS §483.73(b)(2)</w:t>
            </w:r>
          </w:p>
        </w:tc>
        <w:tc>
          <w:tcPr>
            <w:tcW w:w="1728" w:type="dxa"/>
            <w:tcMar>
              <w:top w:w="55" w:type="dxa"/>
              <w:left w:w="45" w:type="dxa"/>
              <w:bottom w:w="55" w:type="dxa"/>
              <w:right w:w="45" w:type="dxa"/>
            </w:tcMar>
          </w:tcPr>
          <w:p w14:paraId="7CF7377D" w14:textId="77777777" w:rsidR="00686453" w:rsidRPr="003F0D1D" w:rsidRDefault="00D95FB4">
            <w:pPr>
              <w:rPr>
                <w:szCs w:val="24"/>
              </w:rPr>
            </w:pPr>
            <w:r w:rsidRPr="003F0D1D">
              <w:rPr>
                <w:szCs w:val="24"/>
              </w:rPr>
              <w:t>Nursing</w:t>
            </w:r>
          </w:p>
        </w:tc>
        <w:tc>
          <w:tcPr>
            <w:tcW w:w="1728" w:type="dxa"/>
            <w:shd w:val="clear" w:color="auto" w:fill="F3F5F4"/>
            <w:tcMar>
              <w:top w:w="55" w:type="dxa"/>
              <w:left w:w="45" w:type="dxa"/>
              <w:bottom w:w="55" w:type="dxa"/>
              <w:right w:w="45" w:type="dxa"/>
            </w:tcMar>
          </w:tcPr>
          <w:p w14:paraId="3318C261"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57E5C267" w14:textId="77777777" w:rsidR="00686453" w:rsidRPr="003F0D1D" w:rsidRDefault="00D95FB4">
            <w:pPr>
              <w:rPr>
                <w:szCs w:val="24"/>
              </w:rPr>
            </w:pPr>
            <w:r w:rsidRPr="003F0D1D">
              <w:rPr>
                <w:szCs w:val="24"/>
              </w:rPr>
              <w:t>&lt;Date&gt;</w:t>
            </w:r>
          </w:p>
        </w:tc>
      </w:tr>
      <w:tr w:rsidR="00686453" w:rsidRPr="003F0D1D" w14:paraId="0EE81DFB" w14:textId="77777777" w:rsidTr="003F0D1D">
        <w:trPr>
          <w:cantSplit/>
          <w:jc w:val="center"/>
        </w:trPr>
        <w:tc>
          <w:tcPr>
            <w:tcW w:w="1728" w:type="dxa"/>
            <w:shd w:val="clear" w:color="auto" w:fill="F7FAF8"/>
            <w:tcMar>
              <w:top w:w="55" w:type="dxa"/>
              <w:left w:w="45" w:type="dxa"/>
              <w:bottom w:w="55" w:type="dxa"/>
              <w:right w:w="45" w:type="dxa"/>
            </w:tcMar>
          </w:tcPr>
          <w:p w14:paraId="0987A481" w14:textId="77777777" w:rsidR="00686453" w:rsidRPr="003F0D1D" w:rsidRDefault="00D95FB4">
            <w:pPr>
              <w:rPr>
                <w:szCs w:val="24"/>
              </w:rPr>
            </w:pPr>
            <w:r w:rsidRPr="003F0D1D">
              <w:rPr>
                <w:b/>
                <w:color w:val="015A41"/>
                <w:szCs w:val="24"/>
              </w:rPr>
              <w:t>J</w:t>
            </w:r>
          </w:p>
        </w:tc>
        <w:tc>
          <w:tcPr>
            <w:tcW w:w="1728" w:type="dxa"/>
            <w:tcMar>
              <w:top w:w="55" w:type="dxa"/>
              <w:left w:w="45" w:type="dxa"/>
              <w:bottom w:w="55" w:type="dxa"/>
              <w:right w:w="45" w:type="dxa"/>
            </w:tcMar>
          </w:tcPr>
          <w:p w14:paraId="33BEA4CF" w14:textId="77777777" w:rsidR="00686453" w:rsidRPr="003F0D1D" w:rsidRDefault="00D95FB4">
            <w:pPr>
              <w:rPr>
                <w:szCs w:val="24"/>
              </w:rPr>
            </w:pPr>
            <w:r w:rsidRPr="003F0D1D">
              <w:rPr>
                <w:szCs w:val="24"/>
              </w:rPr>
              <w:t>Blank staff accountability / tracking forms</w:t>
            </w:r>
          </w:p>
        </w:tc>
        <w:tc>
          <w:tcPr>
            <w:tcW w:w="1728" w:type="dxa"/>
            <w:tcMar>
              <w:top w:w="55" w:type="dxa"/>
              <w:left w:w="45" w:type="dxa"/>
              <w:bottom w:w="55" w:type="dxa"/>
              <w:right w:w="45" w:type="dxa"/>
            </w:tcMar>
          </w:tcPr>
          <w:p w14:paraId="33C558AA" w14:textId="77777777" w:rsidR="00686453" w:rsidRPr="003F0D1D" w:rsidRDefault="00D95FB4">
            <w:pPr>
              <w:rPr>
                <w:szCs w:val="24"/>
              </w:rPr>
            </w:pPr>
            <w:r w:rsidRPr="003F0D1D">
              <w:rPr>
                <w:szCs w:val="24"/>
              </w:rPr>
              <w:t>CMS §483.73(b)(2)</w:t>
            </w:r>
          </w:p>
        </w:tc>
        <w:tc>
          <w:tcPr>
            <w:tcW w:w="1728" w:type="dxa"/>
            <w:tcMar>
              <w:top w:w="55" w:type="dxa"/>
              <w:left w:w="45" w:type="dxa"/>
              <w:bottom w:w="55" w:type="dxa"/>
              <w:right w:w="45" w:type="dxa"/>
            </w:tcMar>
          </w:tcPr>
          <w:p w14:paraId="34E745D4" w14:textId="77777777" w:rsidR="00686453" w:rsidRPr="003F0D1D" w:rsidRDefault="00D95FB4">
            <w:pPr>
              <w:rPr>
                <w:szCs w:val="24"/>
              </w:rPr>
            </w:pPr>
            <w:r w:rsidRPr="003F0D1D">
              <w:rPr>
                <w:szCs w:val="24"/>
              </w:rPr>
              <w:t>HR / Incident Mgmt</w:t>
            </w:r>
          </w:p>
        </w:tc>
        <w:tc>
          <w:tcPr>
            <w:tcW w:w="1728" w:type="dxa"/>
            <w:shd w:val="clear" w:color="auto" w:fill="F3F5F4"/>
            <w:tcMar>
              <w:top w:w="55" w:type="dxa"/>
              <w:left w:w="45" w:type="dxa"/>
              <w:bottom w:w="55" w:type="dxa"/>
              <w:right w:w="45" w:type="dxa"/>
            </w:tcMar>
          </w:tcPr>
          <w:p w14:paraId="276EA837"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5B38036C" w14:textId="77777777" w:rsidR="00686453" w:rsidRPr="003F0D1D" w:rsidRDefault="00D95FB4">
            <w:pPr>
              <w:rPr>
                <w:szCs w:val="24"/>
              </w:rPr>
            </w:pPr>
            <w:r w:rsidRPr="003F0D1D">
              <w:rPr>
                <w:szCs w:val="24"/>
              </w:rPr>
              <w:t>&lt;Date&gt;</w:t>
            </w:r>
          </w:p>
        </w:tc>
      </w:tr>
      <w:tr w:rsidR="00686453" w:rsidRPr="003F0D1D" w14:paraId="1A4A997D" w14:textId="77777777" w:rsidTr="003F0D1D">
        <w:trPr>
          <w:cantSplit/>
          <w:jc w:val="center"/>
        </w:trPr>
        <w:tc>
          <w:tcPr>
            <w:tcW w:w="1728" w:type="dxa"/>
            <w:shd w:val="clear" w:color="auto" w:fill="EAF3EF"/>
            <w:tcMar>
              <w:top w:w="55" w:type="dxa"/>
              <w:left w:w="45" w:type="dxa"/>
              <w:bottom w:w="55" w:type="dxa"/>
              <w:right w:w="45" w:type="dxa"/>
            </w:tcMar>
          </w:tcPr>
          <w:p w14:paraId="79D2CE31" w14:textId="77777777" w:rsidR="00686453" w:rsidRPr="003F0D1D" w:rsidRDefault="00D95FB4">
            <w:pPr>
              <w:rPr>
                <w:szCs w:val="24"/>
              </w:rPr>
            </w:pPr>
            <w:r w:rsidRPr="003F0D1D">
              <w:rPr>
                <w:b/>
                <w:color w:val="015A41"/>
                <w:szCs w:val="24"/>
              </w:rPr>
              <w:t>J</w:t>
            </w:r>
          </w:p>
        </w:tc>
        <w:tc>
          <w:tcPr>
            <w:tcW w:w="1728" w:type="dxa"/>
            <w:tcMar>
              <w:top w:w="55" w:type="dxa"/>
              <w:left w:w="45" w:type="dxa"/>
              <w:bottom w:w="55" w:type="dxa"/>
              <w:right w:w="45" w:type="dxa"/>
            </w:tcMar>
          </w:tcPr>
          <w:p w14:paraId="273D2DDB" w14:textId="77777777" w:rsidR="00686453" w:rsidRPr="003F0D1D" w:rsidRDefault="00D95FB4">
            <w:pPr>
              <w:rPr>
                <w:szCs w:val="24"/>
              </w:rPr>
            </w:pPr>
            <w:r w:rsidRPr="003F0D1D">
              <w:rPr>
                <w:szCs w:val="24"/>
              </w:rPr>
              <w:t>Transfer packet / records / medication continuity process</w:t>
            </w:r>
          </w:p>
        </w:tc>
        <w:tc>
          <w:tcPr>
            <w:tcW w:w="1728" w:type="dxa"/>
            <w:tcMar>
              <w:top w:w="55" w:type="dxa"/>
              <w:left w:w="45" w:type="dxa"/>
              <w:bottom w:w="55" w:type="dxa"/>
              <w:right w:w="45" w:type="dxa"/>
            </w:tcMar>
          </w:tcPr>
          <w:p w14:paraId="7114EE5E" w14:textId="77777777" w:rsidR="00686453" w:rsidRPr="003F0D1D" w:rsidRDefault="00D95FB4">
            <w:pPr>
              <w:rPr>
                <w:szCs w:val="24"/>
              </w:rPr>
            </w:pPr>
            <w:r w:rsidRPr="003F0D1D">
              <w:rPr>
                <w:szCs w:val="24"/>
              </w:rPr>
              <w:t>CMS §483.73(b)(5)</w:t>
            </w:r>
          </w:p>
        </w:tc>
        <w:tc>
          <w:tcPr>
            <w:tcW w:w="1728" w:type="dxa"/>
            <w:tcMar>
              <w:top w:w="55" w:type="dxa"/>
              <w:left w:w="45" w:type="dxa"/>
              <w:bottom w:w="55" w:type="dxa"/>
              <w:right w:w="45" w:type="dxa"/>
            </w:tcMar>
          </w:tcPr>
          <w:p w14:paraId="4B0974BF" w14:textId="77777777" w:rsidR="00686453" w:rsidRPr="003F0D1D" w:rsidRDefault="00D95FB4">
            <w:pPr>
              <w:rPr>
                <w:szCs w:val="24"/>
              </w:rPr>
            </w:pPr>
            <w:r w:rsidRPr="003F0D1D">
              <w:rPr>
                <w:szCs w:val="24"/>
              </w:rPr>
              <w:t>Nursing / HIM</w:t>
            </w:r>
          </w:p>
        </w:tc>
        <w:tc>
          <w:tcPr>
            <w:tcW w:w="1728" w:type="dxa"/>
            <w:shd w:val="clear" w:color="auto" w:fill="F3F5F4"/>
            <w:tcMar>
              <w:top w:w="55" w:type="dxa"/>
              <w:left w:w="45" w:type="dxa"/>
              <w:bottom w:w="55" w:type="dxa"/>
              <w:right w:w="45" w:type="dxa"/>
            </w:tcMar>
          </w:tcPr>
          <w:p w14:paraId="44D0B31B"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1573E5FB" w14:textId="77777777" w:rsidR="00686453" w:rsidRPr="003F0D1D" w:rsidRDefault="00D95FB4">
            <w:pPr>
              <w:rPr>
                <w:szCs w:val="24"/>
              </w:rPr>
            </w:pPr>
            <w:r w:rsidRPr="003F0D1D">
              <w:rPr>
                <w:szCs w:val="24"/>
              </w:rPr>
              <w:t>&lt;Date&gt;</w:t>
            </w:r>
          </w:p>
        </w:tc>
      </w:tr>
      <w:tr w:rsidR="00686453" w:rsidRPr="003F0D1D" w14:paraId="67AAE1DE" w14:textId="77777777" w:rsidTr="003F0D1D">
        <w:trPr>
          <w:cantSplit/>
          <w:jc w:val="center"/>
        </w:trPr>
        <w:tc>
          <w:tcPr>
            <w:tcW w:w="1728" w:type="dxa"/>
            <w:shd w:val="clear" w:color="auto" w:fill="F7FAF8"/>
            <w:tcMar>
              <w:top w:w="55" w:type="dxa"/>
              <w:left w:w="45" w:type="dxa"/>
              <w:bottom w:w="55" w:type="dxa"/>
              <w:right w:w="45" w:type="dxa"/>
            </w:tcMar>
          </w:tcPr>
          <w:p w14:paraId="3AEF18F1" w14:textId="77777777" w:rsidR="00686453" w:rsidRPr="003F0D1D" w:rsidRDefault="00D95FB4">
            <w:pPr>
              <w:rPr>
                <w:szCs w:val="24"/>
              </w:rPr>
            </w:pPr>
            <w:r w:rsidRPr="003F0D1D">
              <w:rPr>
                <w:b/>
                <w:color w:val="015A41"/>
                <w:szCs w:val="24"/>
              </w:rPr>
              <w:t>K</w:t>
            </w:r>
          </w:p>
        </w:tc>
        <w:tc>
          <w:tcPr>
            <w:tcW w:w="1728" w:type="dxa"/>
            <w:tcMar>
              <w:top w:w="55" w:type="dxa"/>
              <w:left w:w="45" w:type="dxa"/>
              <w:bottom w:w="55" w:type="dxa"/>
              <w:right w:w="45" w:type="dxa"/>
            </w:tcMar>
          </w:tcPr>
          <w:p w14:paraId="019CA8CD" w14:textId="77777777" w:rsidR="00686453" w:rsidRPr="003F0D1D" w:rsidRDefault="00D95FB4">
            <w:pPr>
              <w:rPr>
                <w:szCs w:val="24"/>
              </w:rPr>
            </w:pPr>
            <w:r w:rsidRPr="003F0D1D">
              <w:rPr>
                <w:szCs w:val="24"/>
              </w:rPr>
              <w:t>Emergency staffing plan / staffing escalation procedure</w:t>
            </w:r>
          </w:p>
        </w:tc>
        <w:tc>
          <w:tcPr>
            <w:tcW w:w="1728" w:type="dxa"/>
            <w:tcMar>
              <w:top w:w="55" w:type="dxa"/>
              <w:left w:w="45" w:type="dxa"/>
              <w:bottom w:w="55" w:type="dxa"/>
              <w:right w:w="45" w:type="dxa"/>
            </w:tcMar>
          </w:tcPr>
          <w:p w14:paraId="72046C61" w14:textId="77777777" w:rsidR="00686453" w:rsidRPr="003F0D1D" w:rsidRDefault="00D95FB4">
            <w:pPr>
              <w:rPr>
                <w:szCs w:val="24"/>
              </w:rPr>
            </w:pPr>
            <w:r w:rsidRPr="003F0D1D">
              <w:rPr>
                <w:szCs w:val="24"/>
              </w:rPr>
              <w:t>CMS §483.73(b)(6)</w:t>
            </w:r>
          </w:p>
        </w:tc>
        <w:tc>
          <w:tcPr>
            <w:tcW w:w="1728" w:type="dxa"/>
            <w:tcMar>
              <w:top w:w="55" w:type="dxa"/>
              <w:left w:w="45" w:type="dxa"/>
              <w:bottom w:w="55" w:type="dxa"/>
              <w:right w:w="45" w:type="dxa"/>
            </w:tcMar>
          </w:tcPr>
          <w:p w14:paraId="2EBEB003" w14:textId="77777777" w:rsidR="00686453" w:rsidRPr="003F0D1D" w:rsidRDefault="00D95FB4">
            <w:pPr>
              <w:rPr>
                <w:szCs w:val="24"/>
              </w:rPr>
            </w:pPr>
            <w:r w:rsidRPr="003F0D1D">
              <w:rPr>
                <w:szCs w:val="24"/>
              </w:rPr>
              <w:t>HR / Nursing</w:t>
            </w:r>
          </w:p>
        </w:tc>
        <w:tc>
          <w:tcPr>
            <w:tcW w:w="1728" w:type="dxa"/>
            <w:shd w:val="clear" w:color="auto" w:fill="F3F5F4"/>
            <w:tcMar>
              <w:top w:w="55" w:type="dxa"/>
              <w:left w:w="45" w:type="dxa"/>
              <w:bottom w:w="55" w:type="dxa"/>
              <w:right w:w="45" w:type="dxa"/>
            </w:tcMar>
          </w:tcPr>
          <w:p w14:paraId="64734252"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34C43ED3" w14:textId="77777777" w:rsidR="00686453" w:rsidRPr="003F0D1D" w:rsidRDefault="00D95FB4">
            <w:pPr>
              <w:rPr>
                <w:szCs w:val="24"/>
              </w:rPr>
            </w:pPr>
            <w:r w:rsidRPr="003F0D1D">
              <w:rPr>
                <w:szCs w:val="24"/>
              </w:rPr>
              <w:t>&lt;Date&gt;</w:t>
            </w:r>
          </w:p>
        </w:tc>
      </w:tr>
      <w:tr w:rsidR="00686453" w:rsidRPr="003F0D1D" w14:paraId="0B1BE71F" w14:textId="77777777" w:rsidTr="003F0D1D">
        <w:trPr>
          <w:cantSplit/>
          <w:jc w:val="center"/>
        </w:trPr>
        <w:tc>
          <w:tcPr>
            <w:tcW w:w="1728" w:type="dxa"/>
            <w:shd w:val="clear" w:color="auto" w:fill="EAF3EF"/>
            <w:tcMar>
              <w:top w:w="55" w:type="dxa"/>
              <w:left w:w="45" w:type="dxa"/>
              <w:bottom w:w="55" w:type="dxa"/>
              <w:right w:w="45" w:type="dxa"/>
            </w:tcMar>
          </w:tcPr>
          <w:p w14:paraId="21A7EADA" w14:textId="77777777" w:rsidR="00686453" w:rsidRPr="003F0D1D" w:rsidRDefault="00D95FB4">
            <w:pPr>
              <w:rPr>
                <w:szCs w:val="24"/>
              </w:rPr>
            </w:pPr>
            <w:r w:rsidRPr="003F0D1D">
              <w:rPr>
                <w:b/>
                <w:color w:val="015A41"/>
                <w:szCs w:val="24"/>
              </w:rPr>
              <w:lastRenderedPageBreak/>
              <w:t>K</w:t>
            </w:r>
          </w:p>
        </w:tc>
        <w:tc>
          <w:tcPr>
            <w:tcW w:w="1728" w:type="dxa"/>
            <w:tcMar>
              <w:top w:w="55" w:type="dxa"/>
              <w:left w:w="45" w:type="dxa"/>
              <w:bottom w:w="55" w:type="dxa"/>
              <w:right w:w="45" w:type="dxa"/>
            </w:tcMar>
          </w:tcPr>
          <w:p w14:paraId="41E96192" w14:textId="77777777" w:rsidR="00686453" w:rsidRPr="003F0D1D" w:rsidRDefault="00D95FB4">
            <w:pPr>
              <w:rPr>
                <w:szCs w:val="24"/>
              </w:rPr>
            </w:pPr>
            <w:r w:rsidRPr="003F0D1D">
              <w:rPr>
                <w:szCs w:val="24"/>
              </w:rPr>
              <w:t>Volunteer / contracted staffing procedure, if used</w:t>
            </w:r>
          </w:p>
        </w:tc>
        <w:tc>
          <w:tcPr>
            <w:tcW w:w="1728" w:type="dxa"/>
            <w:tcMar>
              <w:top w:w="55" w:type="dxa"/>
              <w:left w:w="45" w:type="dxa"/>
              <w:bottom w:w="55" w:type="dxa"/>
              <w:right w:w="45" w:type="dxa"/>
            </w:tcMar>
          </w:tcPr>
          <w:p w14:paraId="3150F69B" w14:textId="77777777" w:rsidR="00686453" w:rsidRPr="003F0D1D" w:rsidRDefault="00D95FB4">
            <w:pPr>
              <w:rPr>
                <w:szCs w:val="24"/>
              </w:rPr>
            </w:pPr>
            <w:r w:rsidRPr="003F0D1D">
              <w:rPr>
                <w:szCs w:val="24"/>
              </w:rPr>
              <w:t>CMS §483.73(b)(6)</w:t>
            </w:r>
          </w:p>
        </w:tc>
        <w:tc>
          <w:tcPr>
            <w:tcW w:w="1728" w:type="dxa"/>
            <w:tcMar>
              <w:top w:w="55" w:type="dxa"/>
              <w:left w:w="45" w:type="dxa"/>
              <w:bottom w:w="55" w:type="dxa"/>
              <w:right w:w="45" w:type="dxa"/>
            </w:tcMar>
          </w:tcPr>
          <w:p w14:paraId="0A11669D" w14:textId="77777777" w:rsidR="00686453" w:rsidRPr="003F0D1D" w:rsidRDefault="00D95FB4">
            <w:pPr>
              <w:rPr>
                <w:szCs w:val="24"/>
              </w:rPr>
            </w:pPr>
            <w:r w:rsidRPr="003F0D1D">
              <w:rPr>
                <w:szCs w:val="24"/>
              </w:rPr>
              <w:t>HR / Administration</w:t>
            </w:r>
          </w:p>
        </w:tc>
        <w:tc>
          <w:tcPr>
            <w:tcW w:w="1728" w:type="dxa"/>
            <w:shd w:val="clear" w:color="auto" w:fill="F3F5F4"/>
            <w:tcMar>
              <w:top w:w="55" w:type="dxa"/>
              <w:left w:w="45" w:type="dxa"/>
              <w:bottom w:w="55" w:type="dxa"/>
              <w:right w:w="45" w:type="dxa"/>
            </w:tcMar>
          </w:tcPr>
          <w:p w14:paraId="589A4164"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30CB878D" w14:textId="77777777" w:rsidR="00686453" w:rsidRPr="003F0D1D" w:rsidRDefault="00D95FB4">
            <w:pPr>
              <w:rPr>
                <w:szCs w:val="24"/>
              </w:rPr>
            </w:pPr>
            <w:r w:rsidRPr="003F0D1D">
              <w:rPr>
                <w:szCs w:val="24"/>
              </w:rPr>
              <w:t>&lt;Date&gt;</w:t>
            </w:r>
          </w:p>
        </w:tc>
      </w:tr>
      <w:tr w:rsidR="00C45323" w:rsidRPr="003F0D1D" w14:paraId="2EB965C0" w14:textId="77777777" w:rsidTr="003F0D1D">
        <w:trPr>
          <w:cantSplit/>
          <w:jc w:val="center"/>
        </w:trPr>
        <w:tc>
          <w:tcPr>
            <w:tcW w:w="1728" w:type="dxa"/>
            <w:shd w:val="clear" w:color="auto" w:fill="EAF3EF"/>
            <w:tcMar>
              <w:top w:w="55" w:type="dxa"/>
              <w:left w:w="45" w:type="dxa"/>
              <w:bottom w:w="55" w:type="dxa"/>
              <w:right w:w="45" w:type="dxa"/>
            </w:tcMar>
          </w:tcPr>
          <w:p w14:paraId="6B0CD614" w14:textId="7DFF336C" w:rsidR="00C45323" w:rsidRPr="003F0D1D" w:rsidRDefault="00C45323" w:rsidP="00C45323">
            <w:pPr>
              <w:rPr>
                <w:b/>
                <w:color w:val="015A41"/>
                <w:szCs w:val="24"/>
              </w:rPr>
            </w:pPr>
            <w:r w:rsidRPr="003F0D1D">
              <w:rPr>
                <w:b/>
                <w:color w:val="015A41"/>
                <w:szCs w:val="24"/>
              </w:rPr>
              <w:t>H/L</w:t>
            </w:r>
          </w:p>
        </w:tc>
        <w:tc>
          <w:tcPr>
            <w:tcW w:w="1728" w:type="dxa"/>
            <w:tcMar>
              <w:top w:w="55" w:type="dxa"/>
              <w:left w:w="45" w:type="dxa"/>
              <w:bottom w:w="55" w:type="dxa"/>
              <w:right w:w="45" w:type="dxa"/>
            </w:tcMar>
          </w:tcPr>
          <w:p w14:paraId="667DAF28" w14:textId="4264B670" w:rsidR="00C45323" w:rsidRPr="003F0D1D" w:rsidRDefault="00C45323" w:rsidP="00C45323">
            <w:pPr>
              <w:rPr>
                <w:szCs w:val="24"/>
              </w:rPr>
            </w:pPr>
            <w:r w:rsidRPr="003F0D1D">
              <w:rPr>
                <w:szCs w:val="24"/>
              </w:rPr>
              <w:t xml:space="preserve">PPE 72-hour on-hand minimum / </w:t>
            </w:r>
            <w:proofErr w:type="spellStart"/>
            <w:r w:rsidRPr="003F0D1D">
              <w:rPr>
                <w:szCs w:val="24"/>
              </w:rPr>
              <w:t>MeCDC</w:t>
            </w:r>
            <w:proofErr w:type="spellEnd"/>
            <w:r w:rsidRPr="003F0D1D">
              <w:rPr>
                <w:szCs w:val="24"/>
              </w:rPr>
              <w:t xml:space="preserve"> reporting evidence</w:t>
            </w:r>
          </w:p>
        </w:tc>
        <w:tc>
          <w:tcPr>
            <w:tcW w:w="1728" w:type="dxa"/>
            <w:tcMar>
              <w:top w:w="55" w:type="dxa"/>
              <w:left w:w="45" w:type="dxa"/>
              <w:bottom w:w="55" w:type="dxa"/>
              <w:right w:w="45" w:type="dxa"/>
            </w:tcMar>
          </w:tcPr>
          <w:p w14:paraId="7EB56EF7" w14:textId="2CB7B870" w:rsidR="00C45323" w:rsidRPr="003F0D1D" w:rsidRDefault="00C45323" w:rsidP="00C45323">
            <w:pPr>
              <w:rPr>
                <w:szCs w:val="24"/>
              </w:rPr>
            </w:pPr>
            <w:r w:rsidRPr="003F0D1D">
              <w:rPr>
                <w:szCs w:val="24"/>
              </w:rPr>
              <w:t>ME Ch. 110 §</w:t>
            </w:r>
            <w:proofErr w:type="gramStart"/>
            <w:r w:rsidRPr="003F0D1D">
              <w:rPr>
                <w:szCs w:val="24"/>
              </w:rPr>
              <w:t>21.A.</w:t>
            </w:r>
            <w:proofErr w:type="gramEnd"/>
            <w:r w:rsidRPr="003F0D1D">
              <w:rPr>
                <w:szCs w:val="24"/>
              </w:rPr>
              <w:t>4(f)</w:t>
            </w:r>
          </w:p>
        </w:tc>
        <w:tc>
          <w:tcPr>
            <w:tcW w:w="1728" w:type="dxa"/>
            <w:tcMar>
              <w:top w:w="55" w:type="dxa"/>
              <w:left w:w="45" w:type="dxa"/>
              <w:bottom w:w="55" w:type="dxa"/>
              <w:right w:w="45" w:type="dxa"/>
            </w:tcMar>
          </w:tcPr>
          <w:p w14:paraId="116EE6FB" w14:textId="1F2B5AAF" w:rsidR="00C45323" w:rsidRPr="003F0D1D" w:rsidRDefault="00C45323" w:rsidP="00C45323">
            <w:pPr>
              <w:rPr>
                <w:szCs w:val="24"/>
              </w:rPr>
            </w:pPr>
            <w:r w:rsidRPr="003F0D1D">
              <w:rPr>
                <w:szCs w:val="24"/>
              </w:rPr>
              <w:t>Infection Prevention / Supply</w:t>
            </w:r>
          </w:p>
        </w:tc>
        <w:tc>
          <w:tcPr>
            <w:tcW w:w="1728" w:type="dxa"/>
            <w:shd w:val="clear" w:color="auto" w:fill="F3F5F4"/>
            <w:tcMar>
              <w:top w:w="55" w:type="dxa"/>
              <w:left w:w="45" w:type="dxa"/>
              <w:bottom w:w="55" w:type="dxa"/>
              <w:right w:w="45" w:type="dxa"/>
            </w:tcMar>
          </w:tcPr>
          <w:p w14:paraId="669FD85D" w14:textId="5D42B5AD" w:rsidR="00C45323" w:rsidRPr="003F0D1D" w:rsidRDefault="00C45323" w:rsidP="00C45323">
            <w:pPr>
              <w:rPr>
                <w:szCs w:val="24"/>
              </w:rPr>
            </w:pPr>
            <w:r w:rsidRPr="003F0D1D">
              <w:rPr>
                <w:rFonts w:cs="Arial"/>
                <w:color w:val="6B7378"/>
                <w:szCs w:val="24"/>
              </w:rPr>
              <w:t>&lt;Location&gt;</w:t>
            </w:r>
          </w:p>
        </w:tc>
        <w:tc>
          <w:tcPr>
            <w:tcW w:w="1728" w:type="dxa"/>
            <w:shd w:val="clear" w:color="auto" w:fill="F3F5F4"/>
            <w:tcMar>
              <w:top w:w="55" w:type="dxa"/>
              <w:left w:w="45" w:type="dxa"/>
              <w:bottom w:w="55" w:type="dxa"/>
              <w:right w:w="45" w:type="dxa"/>
            </w:tcMar>
          </w:tcPr>
          <w:p w14:paraId="1D3C55EF" w14:textId="6340A056" w:rsidR="00C45323" w:rsidRPr="003F0D1D" w:rsidRDefault="00C45323" w:rsidP="00C45323">
            <w:pPr>
              <w:rPr>
                <w:szCs w:val="24"/>
              </w:rPr>
            </w:pPr>
            <w:r w:rsidRPr="003F0D1D">
              <w:rPr>
                <w:rFonts w:cs="Arial"/>
                <w:color w:val="6B7378"/>
                <w:szCs w:val="24"/>
              </w:rPr>
              <w:t>&lt;Date&gt;</w:t>
            </w:r>
          </w:p>
        </w:tc>
      </w:tr>
    </w:tbl>
    <w:p w14:paraId="487E3AE5" w14:textId="77777777" w:rsidR="00686453" w:rsidRDefault="00686453">
      <w:pPr>
        <w:spacing w:after="0"/>
      </w:pPr>
    </w:p>
    <w:p w14:paraId="2DA64A98" w14:textId="77777777" w:rsidR="00686453" w:rsidRDefault="00D95FB4">
      <w:r>
        <w:br w:type="page"/>
      </w:r>
    </w:p>
    <w:p w14:paraId="5F88762B" w14:textId="77777777" w:rsidR="00686453" w:rsidRDefault="00D95FB4">
      <w:pPr>
        <w:pStyle w:val="Heading1"/>
        <w:pBdr>
          <w:bottom w:val="single" w:sz="14" w:space="5" w:color="E63B07"/>
        </w:pBdr>
        <w:spacing w:before="140" w:after="140"/>
      </w:pPr>
      <w:r>
        <w:rPr>
          <w:rFonts w:ascii="Arial" w:eastAsia="Arial" w:hAnsi="Arial"/>
        </w:rPr>
        <w:lastRenderedPageBreak/>
        <w:t>SUPPORTING DOCUMENTATION INDEX (CONTINUED)</w:t>
      </w:r>
    </w:p>
    <w:tbl>
      <w:tblPr>
        <w:tblW w:w="1036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1728"/>
        <w:gridCol w:w="1728"/>
        <w:gridCol w:w="1728"/>
        <w:gridCol w:w="1728"/>
        <w:gridCol w:w="1728"/>
        <w:gridCol w:w="1728"/>
      </w:tblGrid>
      <w:tr w:rsidR="00686453" w:rsidRPr="003F0D1D" w14:paraId="508C5FDD" w14:textId="77777777" w:rsidTr="003F0D1D">
        <w:trPr>
          <w:tblHeader/>
          <w:jc w:val="center"/>
        </w:trPr>
        <w:tc>
          <w:tcPr>
            <w:tcW w:w="1728" w:type="dxa"/>
            <w:shd w:val="clear" w:color="auto" w:fill="015A41"/>
            <w:tcMar>
              <w:top w:w="55" w:type="dxa"/>
              <w:left w:w="45" w:type="dxa"/>
              <w:bottom w:w="55" w:type="dxa"/>
              <w:right w:w="45" w:type="dxa"/>
            </w:tcMar>
          </w:tcPr>
          <w:p w14:paraId="112A3E5E" w14:textId="77777777" w:rsidR="00686453" w:rsidRPr="003F0D1D" w:rsidRDefault="00D95FB4">
            <w:pPr>
              <w:rPr>
                <w:szCs w:val="24"/>
              </w:rPr>
            </w:pPr>
            <w:r w:rsidRPr="003F0D1D">
              <w:rPr>
                <w:b/>
                <w:color w:val="FFFFFF"/>
                <w:szCs w:val="24"/>
              </w:rPr>
              <w:t>Att.</w:t>
            </w:r>
          </w:p>
        </w:tc>
        <w:tc>
          <w:tcPr>
            <w:tcW w:w="1728" w:type="dxa"/>
            <w:shd w:val="clear" w:color="auto" w:fill="015A41"/>
            <w:tcMar>
              <w:top w:w="55" w:type="dxa"/>
              <w:left w:w="45" w:type="dxa"/>
              <w:bottom w:w="55" w:type="dxa"/>
              <w:right w:w="45" w:type="dxa"/>
            </w:tcMar>
          </w:tcPr>
          <w:p w14:paraId="1CA76176" w14:textId="77777777" w:rsidR="00686453" w:rsidRPr="003F0D1D" w:rsidRDefault="00D95FB4">
            <w:pPr>
              <w:rPr>
                <w:szCs w:val="24"/>
              </w:rPr>
            </w:pPr>
            <w:r w:rsidRPr="003F0D1D">
              <w:rPr>
                <w:b/>
                <w:color w:val="FFFFFF"/>
                <w:szCs w:val="24"/>
              </w:rPr>
              <w:t>Document / Evidence</w:t>
            </w:r>
          </w:p>
        </w:tc>
        <w:tc>
          <w:tcPr>
            <w:tcW w:w="1728" w:type="dxa"/>
            <w:shd w:val="clear" w:color="auto" w:fill="015A41"/>
            <w:tcMar>
              <w:top w:w="55" w:type="dxa"/>
              <w:left w:w="45" w:type="dxa"/>
              <w:bottom w:w="55" w:type="dxa"/>
              <w:right w:w="45" w:type="dxa"/>
            </w:tcMar>
          </w:tcPr>
          <w:p w14:paraId="5C52A004" w14:textId="77777777" w:rsidR="00686453" w:rsidRPr="003F0D1D" w:rsidRDefault="00D95FB4">
            <w:pPr>
              <w:rPr>
                <w:szCs w:val="24"/>
              </w:rPr>
            </w:pPr>
            <w:r w:rsidRPr="003F0D1D">
              <w:rPr>
                <w:b/>
                <w:color w:val="FFFFFF"/>
                <w:szCs w:val="24"/>
              </w:rPr>
              <w:t>Required By</w:t>
            </w:r>
          </w:p>
        </w:tc>
        <w:tc>
          <w:tcPr>
            <w:tcW w:w="1728" w:type="dxa"/>
            <w:shd w:val="clear" w:color="auto" w:fill="015A41"/>
            <w:tcMar>
              <w:top w:w="55" w:type="dxa"/>
              <w:left w:w="45" w:type="dxa"/>
              <w:bottom w:w="55" w:type="dxa"/>
              <w:right w:w="45" w:type="dxa"/>
            </w:tcMar>
          </w:tcPr>
          <w:p w14:paraId="68D1A379" w14:textId="77777777" w:rsidR="00686453" w:rsidRPr="003F0D1D" w:rsidRDefault="00D95FB4">
            <w:pPr>
              <w:rPr>
                <w:szCs w:val="24"/>
              </w:rPr>
            </w:pPr>
            <w:r w:rsidRPr="003F0D1D">
              <w:rPr>
                <w:b/>
                <w:color w:val="FFFFFF"/>
                <w:szCs w:val="24"/>
              </w:rPr>
              <w:t>Owner</w:t>
            </w:r>
          </w:p>
        </w:tc>
        <w:tc>
          <w:tcPr>
            <w:tcW w:w="1728" w:type="dxa"/>
            <w:shd w:val="clear" w:color="auto" w:fill="015A41"/>
            <w:tcMar>
              <w:top w:w="55" w:type="dxa"/>
              <w:left w:w="45" w:type="dxa"/>
              <w:bottom w:w="55" w:type="dxa"/>
              <w:right w:w="45" w:type="dxa"/>
            </w:tcMar>
          </w:tcPr>
          <w:p w14:paraId="4D7959FC" w14:textId="77777777" w:rsidR="00686453" w:rsidRPr="003F0D1D" w:rsidRDefault="00D95FB4">
            <w:pPr>
              <w:rPr>
                <w:szCs w:val="24"/>
              </w:rPr>
            </w:pPr>
            <w:r w:rsidRPr="003F0D1D">
              <w:rPr>
                <w:b/>
                <w:color w:val="FFFFFF"/>
                <w:szCs w:val="24"/>
              </w:rPr>
              <w:t>Storage Location</w:t>
            </w:r>
          </w:p>
        </w:tc>
        <w:tc>
          <w:tcPr>
            <w:tcW w:w="1728" w:type="dxa"/>
            <w:shd w:val="clear" w:color="auto" w:fill="015A41"/>
            <w:tcMar>
              <w:top w:w="55" w:type="dxa"/>
              <w:left w:w="45" w:type="dxa"/>
              <w:bottom w:w="55" w:type="dxa"/>
              <w:right w:w="45" w:type="dxa"/>
            </w:tcMar>
          </w:tcPr>
          <w:p w14:paraId="437DEA25" w14:textId="77777777" w:rsidR="00686453" w:rsidRPr="003F0D1D" w:rsidRDefault="00D95FB4">
            <w:pPr>
              <w:rPr>
                <w:szCs w:val="24"/>
              </w:rPr>
            </w:pPr>
            <w:r w:rsidRPr="003F0D1D">
              <w:rPr>
                <w:b/>
                <w:color w:val="FFFFFF"/>
                <w:szCs w:val="24"/>
              </w:rPr>
              <w:t>Verified</w:t>
            </w:r>
          </w:p>
        </w:tc>
      </w:tr>
      <w:tr w:rsidR="00686453" w:rsidRPr="003F0D1D" w14:paraId="6E43FEEC" w14:textId="77777777" w:rsidTr="003F0D1D">
        <w:trPr>
          <w:cantSplit/>
          <w:jc w:val="center"/>
        </w:trPr>
        <w:tc>
          <w:tcPr>
            <w:tcW w:w="1728" w:type="dxa"/>
            <w:shd w:val="clear" w:color="auto" w:fill="EAF3EF"/>
            <w:tcMar>
              <w:top w:w="55" w:type="dxa"/>
              <w:left w:w="45" w:type="dxa"/>
              <w:bottom w:w="55" w:type="dxa"/>
              <w:right w:w="45" w:type="dxa"/>
            </w:tcMar>
          </w:tcPr>
          <w:p w14:paraId="344673A2" w14:textId="77777777" w:rsidR="00686453" w:rsidRPr="003F0D1D" w:rsidRDefault="00D95FB4">
            <w:pPr>
              <w:rPr>
                <w:szCs w:val="24"/>
              </w:rPr>
            </w:pPr>
            <w:r w:rsidRPr="003F0D1D">
              <w:rPr>
                <w:b/>
                <w:color w:val="015A41"/>
                <w:szCs w:val="24"/>
              </w:rPr>
              <w:t>L</w:t>
            </w:r>
          </w:p>
        </w:tc>
        <w:tc>
          <w:tcPr>
            <w:tcW w:w="1728" w:type="dxa"/>
            <w:tcMar>
              <w:top w:w="55" w:type="dxa"/>
              <w:left w:w="45" w:type="dxa"/>
              <w:bottom w:w="55" w:type="dxa"/>
              <w:right w:w="45" w:type="dxa"/>
            </w:tcMar>
          </w:tcPr>
          <w:p w14:paraId="0DCED93C" w14:textId="77777777" w:rsidR="00686453" w:rsidRPr="003F0D1D" w:rsidRDefault="00D95FB4">
            <w:pPr>
              <w:rPr>
                <w:szCs w:val="24"/>
              </w:rPr>
            </w:pPr>
            <w:r w:rsidRPr="003F0D1D">
              <w:rPr>
                <w:szCs w:val="24"/>
              </w:rPr>
              <w:t>Written crisis staffing plan</w:t>
            </w:r>
          </w:p>
        </w:tc>
        <w:tc>
          <w:tcPr>
            <w:tcW w:w="1728" w:type="dxa"/>
            <w:tcMar>
              <w:top w:w="55" w:type="dxa"/>
              <w:left w:w="45" w:type="dxa"/>
              <w:bottom w:w="55" w:type="dxa"/>
              <w:right w:w="45" w:type="dxa"/>
            </w:tcMar>
          </w:tcPr>
          <w:p w14:paraId="53707BEF" w14:textId="77777777" w:rsidR="00686453" w:rsidRPr="003F0D1D" w:rsidRDefault="00D95FB4">
            <w:pPr>
              <w:rPr>
                <w:szCs w:val="24"/>
              </w:rPr>
            </w:pPr>
            <w:r w:rsidRPr="003F0D1D">
              <w:rPr>
                <w:szCs w:val="24"/>
              </w:rPr>
              <w:t>ME Ch. 110 §</w:t>
            </w:r>
            <w:proofErr w:type="gramStart"/>
            <w:r w:rsidRPr="003F0D1D">
              <w:rPr>
                <w:szCs w:val="24"/>
              </w:rPr>
              <w:t>21.A.</w:t>
            </w:r>
            <w:proofErr w:type="gramEnd"/>
            <w:r w:rsidRPr="003F0D1D">
              <w:rPr>
                <w:szCs w:val="24"/>
              </w:rPr>
              <w:t>2</w:t>
            </w:r>
          </w:p>
        </w:tc>
        <w:tc>
          <w:tcPr>
            <w:tcW w:w="1728" w:type="dxa"/>
            <w:tcMar>
              <w:top w:w="55" w:type="dxa"/>
              <w:left w:w="45" w:type="dxa"/>
              <w:bottom w:w="55" w:type="dxa"/>
              <w:right w:w="45" w:type="dxa"/>
            </w:tcMar>
          </w:tcPr>
          <w:p w14:paraId="1D4F4EF3" w14:textId="77777777" w:rsidR="00686453" w:rsidRPr="003F0D1D" w:rsidRDefault="00D95FB4">
            <w:pPr>
              <w:rPr>
                <w:szCs w:val="24"/>
              </w:rPr>
            </w:pPr>
            <w:r w:rsidRPr="003F0D1D">
              <w:rPr>
                <w:szCs w:val="24"/>
              </w:rPr>
              <w:t>HR / Nursing</w:t>
            </w:r>
          </w:p>
        </w:tc>
        <w:tc>
          <w:tcPr>
            <w:tcW w:w="1728" w:type="dxa"/>
            <w:shd w:val="clear" w:color="auto" w:fill="F3F5F4"/>
            <w:tcMar>
              <w:top w:w="55" w:type="dxa"/>
              <w:left w:w="45" w:type="dxa"/>
              <w:bottom w:w="55" w:type="dxa"/>
              <w:right w:w="45" w:type="dxa"/>
            </w:tcMar>
          </w:tcPr>
          <w:p w14:paraId="069492ED"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0CD54EFD" w14:textId="77777777" w:rsidR="00686453" w:rsidRPr="003F0D1D" w:rsidRDefault="00D95FB4">
            <w:pPr>
              <w:rPr>
                <w:szCs w:val="24"/>
              </w:rPr>
            </w:pPr>
            <w:r w:rsidRPr="003F0D1D">
              <w:rPr>
                <w:szCs w:val="24"/>
              </w:rPr>
              <w:t>&lt;Date&gt;</w:t>
            </w:r>
          </w:p>
        </w:tc>
      </w:tr>
      <w:tr w:rsidR="00686453" w:rsidRPr="003F0D1D" w14:paraId="1825582B" w14:textId="77777777" w:rsidTr="003F0D1D">
        <w:trPr>
          <w:cantSplit/>
          <w:jc w:val="center"/>
        </w:trPr>
        <w:tc>
          <w:tcPr>
            <w:tcW w:w="1728" w:type="dxa"/>
            <w:shd w:val="clear" w:color="auto" w:fill="F7FAF8"/>
            <w:tcMar>
              <w:top w:w="55" w:type="dxa"/>
              <w:left w:w="45" w:type="dxa"/>
              <w:bottom w:w="55" w:type="dxa"/>
              <w:right w:w="45" w:type="dxa"/>
            </w:tcMar>
          </w:tcPr>
          <w:p w14:paraId="41979AB9" w14:textId="77777777" w:rsidR="00686453" w:rsidRPr="003F0D1D" w:rsidRDefault="00D95FB4">
            <w:pPr>
              <w:rPr>
                <w:szCs w:val="24"/>
              </w:rPr>
            </w:pPr>
            <w:r w:rsidRPr="003F0D1D">
              <w:rPr>
                <w:b/>
                <w:color w:val="015A41"/>
                <w:szCs w:val="24"/>
              </w:rPr>
              <w:t>L</w:t>
            </w:r>
          </w:p>
        </w:tc>
        <w:tc>
          <w:tcPr>
            <w:tcW w:w="1728" w:type="dxa"/>
            <w:tcMar>
              <w:top w:w="55" w:type="dxa"/>
              <w:left w:w="45" w:type="dxa"/>
              <w:bottom w:w="55" w:type="dxa"/>
              <w:right w:w="45" w:type="dxa"/>
            </w:tcMar>
          </w:tcPr>
          <w:p w14:paraId="70176FC4" w14:textId="77777777" w:rsidR="00686453" w:rsidRPr="003F0D1D" w:rsidRDefault="00D95FB4">
            <w:pPr>
              <w:rPr>
                <w:szCs w:val="24"/>
              </w:rPr>
            </w:pPr>
            <w:r w:rsidRPr="003F0D1D">
              <w:rPr>
                <w:szCs w:val="24"/>
              </w:rPr>
              <w:t>Outbreak reporting / testing / cohorting procedures</w:t>
            </w:r>
          </w:p>
        </w:tc>
        <w:tc>
          <w:tcPr>
            <w:tcW w:w="1728" w:type="dxa"/>
            <w:tcMar>
              <w:top w:w="55" w:type="dxa"/>
              <w:left w:w="45" w:type="dxa"/>
              <w:bottom w:w="55" w:type="dxa"/>
              <w:right w:w="45" w:type="dxa"/>
            </w:tcMar>
          </w:tcPr>
          <w:p w14:paraId="4E2793C2" w14:textId="77777777" w:rsidR="00686453" w:rsidRPr="003F0D1D" w:rsidRDefault="00D95FB4">
            <w:pPr>
              <w:rPr>
                <w:szCs w:val="24"/>
              </w:rPr>
            </w:pPr>
            <w:r w:rsidRPr="003F0D1D">
              <w:rPr>
                <w:szCs w:val="24"/>
              </w:rPr>
              <w:t>ME Ch. 110 §</w:t>
            </w:r>
            <w:proofErr w:type="gramStart"/>
            <w:r w:rsidRPr="003F0D1D">
              <w:rPr>
                <w:szCs w:val="24"/>
              </w:rPr>
              <w:t>21.A.</w:t>
            </w:r>
            <w:proofErr w:type="gramEnd"/>
            <w:r w:rsidRPr="003F0D1D">
              <w:rPr>
                <w:szCs w:val="24"/>
              </w:rPr>
              <w:t>1</w:t>
            </w:r>
          </w:p>
        </w:tc>
        <w:tc>
          <w:tcPr>
            <w:tcW w:w="1728" w:type="dxa"/>
            <w:tcMar>
              <w:top w:w="55" w:type="dxa"/>
              <w:left w:w="45" w:type="dxa"/>
              <w:bottom w:w="55" w:type="dxa"/>
              <w:right w:w="45" w:type="dxa"/>
            </w:tcMar>
          </w:tcPr>
          <w:p w14:paraId="5F5C667F" w14:textId="77777777" w:rsidR="00686453" w:rsidRPr="003F0D1D" w:rsidRDefault="00D95FB4">
            <w:pPr>
              <w:rPr>
                <w:szCs w:val="24"/>
              </w:rPr>
            </w:pPr>
            <w:r w:rsidRPr="003F0D1D">
              <w:rPr>
                <w:szCs w:val="24"/>
              </w:rPr>
              <w:t>Infection Prevention</w:t>
            </w:r>
          </w:p>
        </w:tc>
        <w:tc>
          <w:tcPr>
            <w:tcW w:w="1728" w:type="dxa"/>
            <w:shd w:val="clear" w:color="auto" w:fill="F3F5F4"/>
            <w:tcMar>
              <w:top w:w="55" w:type="dxa"/>
              <w:left w:w="45" w:type="dxa"/>
              <w:bottom w:w="55" w:type="dxa"/>
              <w:right w:w="45" w:type="dxa"/>
            </w:tcMar>
          </w:tcPr>
          <w:p w14:paraId="76D4FAFD"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63ADA87B" w14:textId="77777777" w:rsidR="00686453" w:rsidRPr="003F0D1D" w:rsidRDefault="00D95FB4">
            <w:pPr>
              <w:rPr>
                <w:szCs w:val="24"/>
              </w:rPr>
            </w:pPr>
            <w:r w:rsidRPr="003F0D1D">
              <w:rPr>
                <w:szCs w:val="24"/>
              </w:rPr>
              <w:t>&lt;Date&gt;</w:t>
            </w:r>
          </w:p>
        </w:tc>
      </w:tr>
      <w:tr w:rsidR="00686453" w:rsidRPr="003F0D1D" w14:paraId="724B9A04" w14:textId="77777777" w:rsidTr="003F0D1D">
        <w:trPr>
          <w:cantSplit/>
          <w:jc w:val="center"/>
        </w:trPr>
        <w:tc>
          <w:tcPr>
            <w:tcW w:w="1728" w:type="dxa"/>
            <w:shd w:val="clear" w:color="auto" w:fill="EAF3EF"/>
            <w:tcMar>
              <w:top w:w="55" w:type="dxa"/>
              <w:left w:w="45" w:type="dxa"/>
              <w:bottom w:w="55" w:type="dxa"/>
              <w:right w:w="45" w:type="dxa"/>
            </w:tcMar>
          </w:tcPr>
          <w:p w14:paraId="6BB42928" w14:textId="77777777" w:rsidR="00686453" w:rsidRPr="003F0D1D" w:rsidRDefault="00D95FB4">
            <w:pPr>
              <w:rPr>
                <w:szCs w:val="24"/>
              </w:rPr>
            </w:pPr>
            <w:r w:rsidRPr="003F0D1D">
              <w:rPr>
                <w:b/>
                <w:color w:val="015A41"/>
                <w:szCs w:val="24"/>
              </w:rPr>
              <w:t>M</w:t>
            </w:r>
          </w:p>
        </w:tc>
        <w:tc>
          <w:tcPr>
            <w:tcW w:w="1728" w:type="dxa"/>
            <w:tcMar>
              <w:top w:w="55" w:type="dxa"/>
              <w:left w:w="45" w:type="dxa"/>
              <w:bottom w:w="55" w:type="dxa"/>
              <w:right w:w="45" w:type="dxa"/>
            </w:tcMar>
          </w:tcPr>
          <w:p w14:paraId="799BE4EE" w14:textId="77777777" w:rsidR="00686453" w:rsidRPr="003F0D1D" w:rsidRDefault="00D95FB4">
            <w:pPr>
              <w:rPr>
                <w:szCs w:val="24"/>
              </w:rPr>
            </w:pPr>
            <w:r w:rsidRPr="003F0D1D">
              <w:rPr>
                <w:szCs w:val="24"/>
              </w:rPr>
              <w:t>Generator details / essential circuits / fuel capacity</w:t>
            </w:r>
          </w:p>
        </w:tc>
        <w:tc>
          <w:tcPr>
            <w:tcW w:w="1728" w:type="dxa"/>
            <w:tcMar>
              <w:top w:w="55" w:type="dxa"/>
              <w:left w:w="45" w:type="dxa"/>
              <w:bottom w:w="55" w:type="dxa"/>
              <w:right w:w="45" w:type="dxa"/>
            </w:tcMar>
          </w:tcPr>
          <w:p w14:paraId="6CAA72F9" w14:textId="77777777" w:rsidR="00686453" w:rsidRPr="003F0D1D" w:rsidRDefault="00D95FB4">
            <w:pPr>
              <w:rPr>
                <w:szCs w:val="24"/>
              </w:rPr>
            </w:pPr>
            <w:r w:rsidRPr="003F0D1D">
              <w:rPr>
                <w:szCs w:val="24"/>
              </w:rPr>
              <w:t>CMS §483.73(e); ME Ch. 110</w:t>
            </w:r>
          </w:p>
        </w:tc>
        <w:tc>
          <w:tcPr>
            <w:tcW w:w="1728" w:type="dxa"/>
            <w:tcMar>
              <w:top w:w="55" w:type="dxa"/>
              <w:left w:w="45" w:type="dxa"/>
              <w:bottom w:w="55" w:type="dxa"/>
              <w:right w:w="45" w:type="dxa"/>
            </w:tcMar>
          </w:tcPr>
          <w:p w14:paraId="6209A5AD" w14:textId="77777777" w:rsidR="00686453" w:rsidRPr="003F0D1D" w:rsidRDefault="00D95FB4">
            <w:pPr>
              <w:rPr>
                <w:szCs w:val="24"/>
              </w:rPr>
            </w:pPr>
            <w:r w:rsidRPr="003F0D1D">
              <w:rPr>
                <w:szCs w:val="24"/>
              </w:rPr>
              <w:t>Facilities</w:t>
            </w:r>
          </w:p>
        </w:tc>
        <w:tc>
          <w:tcPr>
            <w:tcW w:w="1728" w:type="dxa"/>
            <w:shd w:val="clear" w:color="auto" w:fill="F3F5F4"/>
            <w:tcMar>
              <w:top w:w="55" w:type="dxa"/>
              <w:left w:w="45" w:type="dxa"/>
              <w:bottom w:w="55" w:type="dxa"/>
              <w:right w:w="45" w:type="dxa"/>
            </w:tcMar>
          </w:tcPr>
          <w:p w14:paraId="2725DB5B"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725CEF0C" w14:textId="77777777" w:rsidR="00686453" w:rsidRPr="003F0D1D" w:rsidRDefault="00D95FB4">
            <w:pPr>
              <w:rPr>
                <w:szCs w:val="24"/>
              </w:rPr>
            </w:pPr>
            <w:r w:rsidRPr="003F0D1D">
              <w:rPr>
                <w:szCs w:val="24"/>
              </w:rPr>
              <w:t>&lt;Date&gt;</w:t>
            </w:r>
          </w:p>
        </w:tc>
      </w:tr>
      <w:tr w:rsidR="00686453" w:rsidRPr="003F0D1D" w14:paraId="7954BAF7" w14:textId="77777777" w:rsidTr="003F0D1D">
        <w:trPr>
          <w:cantSplit/>
          <w:jc w:val="center"/>
        </w:trPr>
        <w:tc>
          <w:tcPr>
            <w:tcW w:w="1728" w:type="dxa"/>
            <w:shd w:val="clear" w:color="auto" w:fill="F7FAF8"/>
            <w:tcMar>
              <w:top w:w="55" w:type="dxa"/>
              <w:left w:w="45" w:type="dxa"/>
              <w:bottom w:w="55" w:type="dxa"/>
              <w:right w:w="45" w:type="dxa"/>
            </w:tcMar>
          </w:tcPr>
          <w:p w14:paraId="596072A1" w14:textId="77777777" w:rsidR="00686453" w:rsidRPr="003F0D1D" w:rsidRDefault="00D95FB4">
            <w:pPr>
              <w:rPr>
                <w:szCs w:val="24"/>
              </w:rPr>
            </w:pPr>
            <w:r w:rsidRPr="003F0D1D">
              <w:rPr>
                <w:b/>
                <w:color w:val="015A41"/>
                <w:szCs w:val="24"/>
              </w:rPr>
              <w:t>M/N</w:t>
            </w:r>
          </w:p>
        </w:tc>
        <w:tc>
          <w:tcPr>
            <w:tcW w:w="1728" w:type="dxa"/>
            <w:tcMar>
              <w:top w:w="55" w:type="dxa"/>
              <w:left w:w="45" w:type="dxa"/>
              <w:bottom w:w="55" w:type="dxa"/>
              <w:right w:w="45" w:type="dxa"/>
            </w:tcMar>
          </w:tcPr>
          <w:p w14:paraId="641A68F9" w14:textId="77777777" w:rsidR="00686453" w:rsidRPr="003F0D1D" w:rsidRDefault="00D95FB4">
            <w:pPr>
              <w:rPr>
                <w:szCs w:val="24"/>
              </w:rPr>
            </w:pPr>
            <w:r w:rsidRPr="003F0D1D">
              <w:rPr>
                <w:szCs w:val="24"/>
              </w:rPr>
              <w:t>Generator inspection / testing / maintenance records</w:t>
            </w:r>
          </w:p>
        </w:tc>
        <w:tc>
          <w:tcPr>
            <w:tcW w:w="1728" w:type="dxa"/>
            <w:tcMar>
              <w:top w:w="55" w:type="dxa"/>
              <w:left w:w="45" w:type="dxa"/>
              <w:bottom w:w="55" w:type="dxa"/>
              <w:right w:w="45" w:type="dxa"/>
            </w:tcMar>
          </w:tcPr>
          <w:p w14:paraId="6439F42B" w14:textId="77777777" w:rsidR="00686453" w:rsidRPr="003F0D1D" w:rsidRDefault="00D95FB4">
            <w:pPr>
              <w:rPr>
                <w:szCs w:val="24"/>
              </w:rPr>
            </w:pPr>
            <w:r w:rsidRPr="003F0D1D">
              <w:rPr>
                <w:szCs w:val="24"/>
              </w:rPr>
              <w:t>CMS §483.73(e); ME Ch. 110</w:t>
            </w:r>
          </w:p>
        </w:tc>
        <w:tc>
          <w:tcPr>
            <w:tcW w:w="1728" w:type="dxa"/>
            <w:tcMar>
              <w:top w:w="55" w:type="dxa"/>
              <w:left w:w="45" w:type="dxa"/>
              <w:bottom w:w="55" w:type="dxa"/>
              <w:right w:w="45" w:type="dxa"/>
            </w:tcMar>
          </w:tcPr>
          <w:p w14:paraId="1E58FC0D" w14:textId="77777777" w:rsidR="00686453" w:rsidRPr="003F0D1D" w:rsidRDefault="00D95FB4">
            <w:pPr>
              <w:rPr>
                <w:szCs w:val="24"/>
              </w:rPr>
            </w:pPr>
            <w:r w:rsidRPr="003F0D1D">
              <w:rPr>
                <w:szCs w:val="24"/>
              </w:rPr>
              <w:t>Facilities</w:t>
            </w:r>
          </w:p>
        </w:tc>
        <w:tc>
          <w:tcPr>
            <w:tcW w:w="1728" w:type="dxa"/>
            <w:shd w:val="clear" w:color="auto" w:fill="F3F5F4"/>
            <w:tcMar>
              <w:top w:w="55" w:type="dxa"/>
              <w:left w:w="45" w:type="dxa"/>
              <w:bottom w:w="55" w:type="dxa"/>
              <w:right w:w="45" w:type="dxa"/>
            </w:tcMar>
          </w:tcPr>
          <w:p w14:paraId="56CA3DD0"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27B22C28" w14:textId="77777777" w:rsidR="00686453" w:rsidRPr="003F0D1D" w:rsidRDefault="00D95FB4">
            <w:pPr>
              <w:rPr>
                <w:szCs w:val="24"/>
              </w:rPr>
            </w:pPr>
            <w:r w:rsidRPr="003F0D1D">
              <w:rPr>
                <w:szCs w:val="24"/>
              </w:rPr>
              <w:t>&lt;Date&gt;</w:t>
            </w:r>
          </w:p>
        </w:tc>
      </w:tr>
      <w:tr w:rsidR="00686453" w:rsidRPr="003F0D1D" w14:paraId="63CBAE63" w14:textId="77777777" w:rsidTr="003F0D1D">
        <w:trPr>
          <w:cantSplit/>
          <w:jc w:val="center"/>
        </w:trPr>
        <w:tc>
          <w:tcPr>
            <w:tcW w:w="1728" w:type="dxa"/>
            <w:shd w:val="clear" w:color="auto" w:fill="EAF3EF"/>
            <w:tcMar>
              <w:top w:w="55" w:type="dxa"/>
              <w:left w:w="45" w:type="dxa"/>
              <w:bottom w:w="55" w:type="dxa"/>
              <w:right w:w="45" w:type="dxa"/>
            </w:tcMar>
          </w:tcPr>
          <w:p w14:paraId="42959E06" w14:textId="77777777" w:rsidR="00686453" w:rsidRPr="003F0D1D" w:rsidRDefault="00D95FB4">
            <w:pPr>
              <w:rPr>
                <w:szCs w:val="24"/>
              </w:rPr>
            </w:pPr>
            <w:r w:rsidRPr="003F0D1D">
              <w:rPr>
                <w:b/>
                <w:color w:val="015A41"/>
                <w:szCs w:val="24"/>
              </w:rPr>
              <w:t>N</w:t>
            </w:r>
          </w:p>
        </w:tc>
        <w:tc>
          <w:tcPr>
            <w:tcW w:w="1728" w:type="dxa"/>
            <w:tcMar>
              <w:top w:w="55" w:type="dxa"/>
              <w:left w:w="45" w:type="dxa"/>
              <w:bottom w:w="55" w:type="dxa"/>
              <w:right w:w="45" w:type="dxa"/>
            </w:tcMar>
          </w:tcPr>
          <w:p w14:paraId="00DC359C" w14:textId="77777777" w:rsidR="00686453" w:rsidRPr="003F0D1D" w:rsidRDefault="00D95FB4">
            <w:pPr>
              <w:rPr>
                <w:szCs w:val="24"/>
              </w:rPr>
            </w:pPr>
            <w:r w:rsidRPr="003F0D1D">
              <w:rPr>
                <w:szCs w:val="24"/>
              </w:rPr>
              <w:t>Fire alarm / emergency lighting test records</w:t>
            </w:r>
          </w:p>
        </w:tc>
        <w:tc>
          <w:tcPr>
            <w:tcW w:w="1728" w:type="dxa"/>
            <w:tcMar>
              <w:top w:w="55" w:type="dxa"/>
              <w:left w:w="45" w:type="dxa"/>
              <w:bottom w:w="55" w:type="dxa"/>
              <w:right w:w="45" w:type="dxa"/>
            </w:tcMar>
          </w:tcPr>
          <w:p w14:paraId="1B014497" w14:textId="77777777" w:rsidR="00686453" w:rsidRPr="003F0D1D" w:rsidRDefault="00D95FB4">
            <w:pPr>
              <w:rPr>
                <w:szCs w:val="24"/>
              </w:rPr>
            </w:pPr>
            <w:r w:rsidRPr="003F0D1D">
              <w:rPr>
                <w:szCs w:val="24"/>
              </w:rPr>
              <w:t>ME Ch. 110 §</w:t>
            </w:r>
            <w:proofErr w:type="gramStart"/>
            <w:r w:rsidRPr="003F0D1D">
              <w:rPr>
                <w:szCs w:val="24"/>
              </w:rPr>
              <w:t>20.D.</w:t>
            </w:r>
            <w:proofErr w:type="gramEnd"/>
            <w:r w:rsidRPr="003F0D1D">
              <w:rPr>
                <w:szCs w:val="24"/>
              </w:rPr>
              <w:t>4</w:t>
            </w:r>
          </w:p>
        </w:tc>
        <w:tc>
          <w:tcPr>
            <w:tcW w:w="1728" w:type="dxa"/>
            <w:tcMar>
              <w:top w:w="55" w:type="dxa"/>
              <w:left w:w="45" w:type="dxa"/>
              <w:bottom w:w="55" w:type="dxa"/>
              <w:right w:w="45" w:type="dxa"/>
            </w:tcMar>
          </w:tcPr>
          <w:p w14:paraId="1AB12110" w14:textId="77777777" w:rsidR="00686453" w:rsidRPr="003F0D1D" w:rsidRDefault="00D95FB4">
            <w:pPr>
              <w:rPr>
                <w:szCs w:val="24"/>
              </w:rPr>
            </w:pPr>
            <w:r w:rsidRPr="003F0D1D">
              <w:rPr>
                <w:szCs w:val="24"/>
              </w:rPr>
              <w:t>Facilities / Safety</w:t>
            </w:r>
          </w:p>
        </w:tc>
        <w:tc>
          <w:tcPr>
            <w:tcW w:w="1728" w:type="dxa"/>
            <w:shd w:val="clear" w:color="auto" w:fill="F3F5F4"/>
            <w:tcMar>
              <w:top w:w="55" w:type="dxa"/>
              <w:left w:w="45" w:type="dxa"/>
              <w:bottom w:w="55" w:type="dxa"/>
              <w:right w:w="45" w:type="dxa"/>
            </w:tcMar>
          </w:tcPr>
          <w:p w14:paraId="184E1761"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06E394AF" w14:textId="77777777" w:rsidR="00686453" w:rsidRPr="003F0D1D" w:rsidRDefault="00D95FB4">
            <w:pPr>
              <w:rPr>
                <w:szCs w:val="24"/>
              </w:rPr>
            </w:pPr>
            <w:r w:rsidRPr="003F0D1D">
              <w:rPr>
                <w:szCs w:val="24"/>
              </w:rPr>
              <w:t>&lt;Date&gt;</w:t>
            </w:r>
          </w:p>
        </w:tc>
      </w:tr>
      <w:tr w:rsidR="00686453" w:rsidRPr="003F0D1D" w14:paraId="7C4F5D27" w14:textId="77777777" w:rsidTr="003F0D1D">
        <w:trPr>
          <w:cantSplit/>
          <w:jc w:val="center"/>
        </w:trPr>
        <w:tc>
          <w:tcPr>
            <w:tcW w:w="1728" w:type="dxa"/>
            <w:shd w:val="clear" w:color="auto" w:fill="F7FAF8"/>
            <w:tcMar>
              <w:top w:w="55" w:type="dxa"/>
              <w:left w:w="45" w:type="dxa"/>
              <w:bottom w:w="55" w:type="dxa"/>
              <w:right w:w="45" w:type="dxa"/>
            </w:tcMar>
          </w:tcPr>
          <w:p w14:paraId="17EE05FD" w14:textId="77777777" w:rsidR="00686453" w:rsidRPr="003F0D1D" w:rsidRDefault="00D95FB4">
            <w:pPr>
              <w:rPr>
                <w:szCs w:val="24"/>
              </w:rPr>
            </w:pPr>
            <w:r w:rsidRPr="003F0D1D">
              <w:rPr>
                <w:b/>
                <w:color w:val="015A41"/>
                <w:szCs w:val="24"/>
              </w:rPr>
              <w:t>N</w:t>
            </w:r>
          </w:p>
        </w:tc>
        <w:tc>
          <w:tcPr>
            <w:tcW w:w="1728" w:type="dxa"/>
            <w:tcMar>
              <w:top w:w="55" w:type="dxa"/>
              <w:left w:w="45" w:type="dxa"/>
              <w:bottom w:w="55" w:type="dxa"/>
              <w:right w:w="45" w:type="dxa"/>
            </w:tcMar>
          </w:tcPr>
          <w:p w14:paraId="21687A01" w14:textId="77777777" w:rsidR="00686453" w:rsidRPr="003F0D1D" w:rsidRDefault="00D95FB4">
            <w:pPr>
              <w:rPr>
                <w:szCs w:val="24"/>
              </w:rPr>
            </w:pPr>
            <w:r w:rsidRPr="003F0D1D">
              <w:rPr>
                <w:szCs w:val="24"/>
              </w:rPr>
              <w:t>Sprinkler / extinguisher inspection records</w:t>
            </w:r>
          </w:p>
        </w:tc>
        <w:tc>
          <w:tcPr>
            <w:tcW w:w="1728" w:type="dxa"/>
            <w:tcMar>
              <w:top w:w="55" w:type="dxa"/>
              <w:left w:w="45" w:type="dxa"/>
              <w:bottom w:w="55" w:type="dxa"/>
              <w:right w:w="45" w:type="dxa"/>
            </w:tcMar>
          </w:tcPr>
          <w:p w14:paraId="401D2997" w14:textId="77777777" w:rsidR="00686453" w:rsidRPr="003F0D1D" w:rsidRDefault="00D95FB4">
            <w:pPr>
              <w:rPr>
                <w:szCs w:val="24"/>
              </w:rPr>
            </w:pPr>
            <w:r w:rsidRPr="003F0D1D">
              <w:rPr>
                <w:szCs w:val="24"/>
              </w:rPr>
              <w:t>ME Ch. 110 §</w:t>
            </w:r>
            <w:proofErr w:type="gramStart"/>
            <w:r w:rsidRPr="003F0D1D">
              <w:rPr>
                <w:szCs w:val="24"/>
              </w:rPr>
              <w:t>20.D.</w:t>
            </w:r>
            <w:proofErr w:type="gramEnd"/>
            <w:r w:rsidRPr="003F0D1D">
              <w:rPr>
                <w:szCs w:val="24"/>
              </w:rPr>
              <w:t>4</w:t>
            </w:r>
          </w:p>
        </w:tc>
        <w:tc>
          <w:tcPr>
            <w:tcW w:w="1728" w:type="dxa"/>
            <w:tcMar>
              <w:top w:w="55" w:type="dxa"/>
              <w:left w:w="45" w:type="dxa"/>
              <w:bottom w:w="55" w:type="dxa"/>
              <w:right w:w="45" w:type="dxa"/>
            </w:tcMar>
          </w:tcPr>
          <w:p w14:paraId="39D16CA8" w14:textId="77777777" w:rsidR="00686453" w:rsidRPr="003F0D1D" w:rsidRDefault="00D95FB4">
            <w:pPr>
              <w:rPr>
                <w:szCs w:val="24"/>
              </w:rPr>
            </w:pPr>
            <w:r w:rsidRPr="003F0D1D">
              <w:rPr>
                <w:szCs w:val="24"/>
              </w:rPr>
              <w:t>Facilities / Safety</w:t>
            </w:r>
          </w:p>
        </w:tc>
        <w:tc>
          <w:tcPr>
            <w:tcW w:w="1728" w:type="dxa"/>
            <w:shd w:val="clear" w:color="auto" w:fill="F3F5F4"/>
            <w:tcMar>
              <w:top w:w="55" w:type="dxa"/>
              <w:left w:w="45" w:type="dxa"/>
              <w:bottom w:w="55" w:type="dxa"/>
              <w:right w:w="45" w:type="dxa"/>
            </w:tcMar>
          </w:tcPr>
          <w:p w14:paraId="32424AF7"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3442A8B8" w14:textId="77777777" w:rsidR="00686453" w:rsidRPr="003F0D1D" w:rsidRDefault="00D95FB4">
            <w:pPr>
              <w:rPr>
                <w:szCs w:val="24"/>
              </w:rPr>
            </w:pPr>
            <w:r w:rsidRPr="003F0D1D">
              <w:rPr>
                <w:szCs w:val="24"/>
              </w:rPr>
              <w:t>&lt;Date&gt;</w:t>
            </w:r>
          </w:p>
        </w:tc>
      </w:tr>
      <w:tr w:rsidR="00686453" w:rsidRPr="003F0D1D" w14:paraId="5EBCA6E8" w14:textId="77777777" w:rsidTr="003F0D1D">
        <w:trPr>
          <w:cantSplit/>
          <w:jc w:val="center"/>
        </w:trPr>
        <w:tc>
          <w:tcPr>
            <w:tcW w:w="1728" w:type="dxa"/>
            <w:shd w:val="clear" w:color="auto" w:fill="EAF3EF"/>
            <w:tcMar>
              <w:top w:w="55" w:type="dxa"/>
              <w:left w:w="45" w:type="dxa"/>
              <w:bottom w:w="55" w:type="dxa"/>
              <w:right w:w="45" w:type="dxa"/>
            </w:tcMar>
          </w:tcPr>
          <w:p w14:paraId="0BB597DC" w14:textId="77777777" w:rsidR="00686453" w:rsidRPr="003F0D1D" w:rsidRDefault="00D95FB4">
            <w:pPr>
              <w:rPr>
                <w:szCs w:val="24"/>
              </w:rPr>
            </w:pPr>
            <w:r w:rsidRPr="003F0D1D">
              <w:rPr>
                <w:b/>
                <w:color w:val="015A41"/>
                <w:szCs w:val="24"/>
              </w:rPr>
              <w:t>N</w:t>
            </w:r>
          </w:p>
        </w:tc>
        <w:tc>
          <w:tcPr>
            <w:tcW w:w="1728" w:type="dxa"/>
            <w:tcMar>
              <w:top w:w="55" w:type="dxa"/>
              <w:left w:w="45" w:type="dxa"/>
              <w:bottom w:w="55" w:type="dxa"/>
              <w:right w:w="45" w:type="dxa"/>
            </w:tcMar>
          </w:tcPr>
          <w:p w14:paraId="508F7B9B" w14:textId="77777777" w:rsidR="00686453" w:rsidRPr="003F0D1D" w:rsidRDefault="00D95FB4">
            <w:pPr>
              <w:rPr>
                <w:szCs w:val="24"/>
              </w:rPr>
            </w:pPr>
            <w:r w:rsidRPr="003F0D1D">
              <w:rPr>
                <w:szCs w:val="24"/>
              </w:rPr>
              <w:t>Smoke / fire incident reports, when applicable</w:t>
            </w:r>
          </w:p>
        </w:tc>
        <w:tc>
          <w:tcPr>
            <w:tcW w:w="1728" w:type="dxa"/>
            <w:tcMar>
              <w:top w:w="55" w:type="dxa"/>
              <w:left w:w="45" w:type="dxa"/>
              <w:bottom w:w="55" w:type="dxa"/>
              <w:right w:w="45" w:type="dxa"/>
            </w:tcMar>
          </w:tcPr>
          <w:p w14:paraId="2B85DB5A" w14:textId="77777777" w:rsidR="00686453" w:rsidRPr="003F0D1D" w:rsidRDefault="00D95FB4">
            <w:pPr>
              <w:rPr>
                <w:szCs w:val="24"/>
              </w:rPr>
            </w:pPr>
            <w:r w:rsidRPr="003F0D1D">
              <w:rPr>
                <w:szCs w:val="24"/>
              </w:rPr>
              <w:t>ME Ch. 110 §</w:t>
            </w:r>
            <w:proofErr w:type="gramStart"/>
            <w:r w:rsidRPr="003F0D1D">
              <w:rPr>
                <w:szCs w:val="24"/>
              </w:rPr>
              <w:t>20.D.</w:t>
            </w:r>
            <w:proofErr w:type="gramEnd"/>
            <w:r w:rsidRPr="003F0D1D">
              <w:rPr>
                <w:szCs w:val="24"/>
              </w:rPr>
              <w:t>3</w:t>
            </w:r>
          </w:p>
        </w:tc>
        <w:tc>
          <w:tcPr>
            <w:tcW w:w="1728" w:type="dxa"/>
            <w:tcMar>
              <w:top w:w="55" w:type="dxa"/>
              <w:left w:w="45" w:type="dxa"/>
              <w:bottom w:w="55" w:type="dxa"/>
              <w:right w:w="45" w:type="dxa"/>
            </w:tcMar>
          </w:tcPr>
          <w:p w14:paraId="493CD0B4" w14:textId="77777777" w:rsidR="00686453" w:rsidRPr="003F0D1D" w:rsidRDefault="00D95FB4">
            <w:pPr>
              <w:rPr>
                <w:szCs w:val="24"/>
              </w:rPr>
            </w:pPr>
            <w:r w:rsidRPr="003F0D1D">
              <w:rPr>
                <w:szCs w:val="24"/>
              </w:rPr>
              <w:t>Administration / Safety</w:t>
            </w:r>
          </w:p>
        </w:tc>
        <w:tc>
          <w:tcPr>
            <w:tcW w:w="1728" w:type="dxa"/>
            <w:shd w:val="clear" w:color="auto" w:fill="F3F5F4"/>
            <w:tcMar>
              <w:top w:w="55" w:type="dxa"/>
              <w:left w:w="45" w:type="dxa"/>
              <w:bottom w:w="55" w:type="dxa"/>
              <w:right w:w="45" w:type="dxa"/>
            </w:tcMar>
          </w:tcPr>
          <w:p w14:paraId="3D1F6E65" w14:textId="77777777" w:rsidR="00686453" w:rsidRPr="003F0D1D" w:rsidRDefault="00D95FB4">
            <w:pPr>
              <w:rPr>
                <w:szCs w:val="24"/>
              </w:rPr>
            </w:pPr>
            <w:r w:rsidRPr="003F0D1D">
              <w:rPr>
                <w:szCs w:val="24"/>
              </w:rPr>
              <w:t>&lt;Secured location&gt;</w:t>
            </w:r>
          </w:p>
        </w:tc>
        <w:tc>
          <w:tcPr>
            <w:tcW w:w="1728" w:type="dxa"/>
            <w:shd w:val="clear" w:color="auto" w:fill="F3F5F4"/>
            <w:tcMar>
              <w:top w:w="55" w:type="dxa"/>
              <w:left w:w="45" w:type="dxa"/>
              <w:bottom w:w="55" w:type="dxa"/>
              <w:right w:w="45" w:type="dxa"/>
            </w:tcMar>
          </w:tcPr>
          <w:p w14:paraId="79DAECD5" w14:textId="77777777" w:rsidR="00686453" w:rsidRPr="003F0D1D" w:rsidRDefault="00D95FB4">
            <w:pPr>
              <w:rPr>
                <w:szCs w:val="24"/>
              </w:rPr>
            </w:pPr>
            <w:r w:rsidRPr="003F0D1D">
              <w:rPr>
                <w:szCs w:val="24"/>
              </w:rPr>
              <w:t>&lt;Date&gt;</w:t>
            </w:r>
          </w:p>
        </w:tc>
      </w:tr>
      <w:tr w:rsidR="00686453" w:rsidRPr="003F0D1D" w14:paraId="513D53A1" w14:textId="77777777" w:rsidTr="003F0D1D">
        <w:trPr>
          <w:cantSplit/>
          <w:jc w:val="center"/>
        </w:trPr>
        <w:tc>
          <w:tcPr>
            <w:tcW w:w="1728" w:type="dxa"/>
            <w:shd w:val="clear" w:color="auto" w:fill="F7FAF8"/>
            <w:tcMar>
              <w:top w:w="55" w:type="dxa"/>
              <w:left w:w="45" w:type="dxa"/>
              <w:bottom w:w="55" w:type="dxa"/>
              <w:right w:w="45" w:type="dxa"/>
            </w:tcMar>
          </w:tcPr>
          <w:p w14:paraId="065BF21E" w14:textId="77777777" w:rsidR="00686453" w:rsidRPr="003F0D1D" w:rsidRDefault="00D95FB4">
            <w:pPr>
              <w:rPr>
                <w:szCs w:val="24"/>
              </w:rPr>
            </w:pPr>
            <w:r w:rsidRPr="003F0D1D">
              <w:rPr>
                <w:b/>
                <w:color w:val="015A41"/>
                <w:szCs w:val="24"/>
              </w:rPr>
              <w:lastRenderedPageBreak/>
              <w:t>N</w:t>
            </w:r>
          </w:p>
        </w:tc>
        <w:tc>
          <w:tcPr>
            <w:tcW w:w="1728" w:type="dxa"/>
            <w:tcMar>
              <w:top w:w="55" w:type="dxa"/>
              <w:left w:w="45" w:type="dxa"/>
              <w:bottom w:w="55" w:type="dxa"/>
              <w:right w:w="45" w:type="dxa"/>
            </w:tcMar>
          </w:tcPr>
          <w:p w14:paraId="10642897" w14:textId="77777777" w:rsidR="00686453" w:rsidRPr="003F0D1D" w:rsidRDefault="00D95FB4">
            <w:pPr>
              <w:rPr>
                <w:szCs w:val="24"/>
              </w:rPr>
            </w:pPr>
            <w:r w:rsidRPr="003F0D1D">
              <w:rPr>
                <w:szCs w:val="24"/>
              </w:rPr>
              <w:t>FMO / DLC / local AHJ inspections, certification, deficiencies</w:t>
            </w:r>
          </w:p>
        </w:tc>
        <w:tc>
          <w:tcPr>
            <w:tcW w:w="1728" w:type="dxa"/>
            <w:tcMar>
              <w:top w:w="55" w:type="dxa"/>
              <w:left w:w="45" w:type="dxa"/>
              <w:bottom w:w="55" w:type="dxa"/>
              <w:right w:w="45" w:type="dxa"/>
            </w:tcMar>
          </w:tcPr>
          <w:p w14:paraId="6D75EB77" w14:textId="77777777" w:rsidR="00686453" w:rsidRPr="003F0D1D" w:rsidRDefault="00D95FB4">
            <w:pPr>
              <w:rPr>
                <w:szCs w:val="24"/>
              </w:rPr>
            </w:pPr>
            <w:r w:rsidRPr="003F0D1D">
              <w:rPr>
                <w:szCs w:val="24"/>
              </w:rPr>
              <w:t>ME Ch. 110; FMO / AHJ</w:t>
            </w:r>
          </w:p>
        </w:tc>
        <w:tc>
          <w:tcPr>
            <w:tcW w:w="1728" w:type="dxa"/>
            <w:tcMar>
              <w:top w:w="55" w:type="dxa"/>
              <w:left w:w="45" w:type="dxa"/>
              <w:bottom w:w="55" w:type="dxa"/>
              <w:right w:w="45" w:type="dxa"/>
            </w:tcMar>
          </w:tcPr>
          <w:p w14:paraId="5FD7206D" w14:textId="77777777" w:rsidR="00686453" w:rsidRPr="003F0D1D" w:rsidRDefault="00D95FB4">
            <w:pPr>
              <w:rPr>
                <w:szCs w:val="24"/>
              </w:rPr>
            </w:pPr>
            <w:r w:rsidRPr="003F0D1D">
              <w:rPr>
                <w:szCs w:val="24"/>
              </w:rPr>
              <w:t>Facilities / Administration</w:t>
            </w:r>
          </w:p>
        </w:tc>
        <w:tc>
          <w:tcPr>
            <w:tcW w:w="1728" w:type="dxa"/>
            <w:shd w:val="clear" w:color="auto" w:fill="F3F5F4"/>
            <w:tcMar>
              <w:top w:w="55" w:type="dxa"/>
              <w:left w:w="45" w:type="dxa"/>
              <w:bottom w:w="55" w:type="dxa"/>
              <w:right w:w="45" w:type="dxa"/>
            </w:tcMar>
          </w:tcPr>
          <w:p w14:paraId="5B03DA86"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3DE33A38" w14:textId="77777777" w:rsidR="00686453" w:rsidRPr="003F0D1D" w:rsidRDefault="00D95FB4">
            <w:pPr>
              <w:rPr>
                <w:szCs w:val="24"/>
              </w:rPr>
            </w:pPr>
            <w:r w:rsidRPr="003F0D1D">
              <w:rPr>
                <w:szCs w:val="24"/>
              </w:rPr>
              <w:t>&lt;Date&gt;</w:t>
            </w:r>
          </w:p>
        </w:tc>
      </w:tr>
      <w:tr w:rsidR="00686453" w:rsidRPr="003F0D1D" w14:paraId="119FF522" w14:textId="77777777" w:rsidTr="003F0D1D">
        <w:trPr>
          <w:cantSplit/>
          <w:jc w:val="center"/>
        </w:trPr>
        <w:tc>
          <w:tcPr>
            <w:tcW w:w="1728" w:type="dxa"/>
            <w:shd w:val="clear" w:color="auto" w:fill="EAF3EF"/>
            <w:tcMar>
              <w:top w:w="55" w:type="dxa"/>
              <w:left w:w="45" w:type="dxa"/>
              <w:bottom w:w="55" w:type="dxa"/>
              <w:right w:w="45" w:type="dxa"/>
            </w:tcMar>
          </w:tcPr>
          <w:p w14:paraId="38BE26CC" w14:textId="77777777" w:rsidR="00686453" w:rsidRPr="003F0D1D" w:rsidRDefault="00D95FB4">
            <w:pPr>
              <w:rPr>
                <w:szCs w:val="24"/>
              </w:rPr>
            </w:pPr>
            <w:r w:rsidRPr="003F0D1D">
              <w:rPr>
                <w:b/>
                <w:color w:val="015A41"/>
                <w:szCs w:val="24"/>
              </w:rPr>
              <w:t>O</w:t>
            </w:r>
          </w:p>
        </w:tc>
        <w:tc>
          <w:tcPr>
            <w:tcW w:w="1728" w:type="dxa"/>
            <w:tcMar>
              <w:top w:w="55" w:type="dxa"/>
              <w:left w:w="45" w:type="dxa"/>
              <w:bottom w:w="55" w:type="dxa"/>
              <w:right w:w="45" w:type="dxa"/>
            </w:tcMar>
          </w:tcPr>
          <w:p w14:paraId="71E33BBE" w14:textId="77777777" w:rsidR="00686453" w:rsidRPr="003F0D1D" w:rsidRDefault="00D95FB4">
            <w:pPr>
              <w:rPr>
                <w:szCs w:val="24"/>
              </w:rPr>
            </w:pPr>
            <w:r w:rsidRPr="003F0D1D">
              <w:rPr>
                <w:szCs w:val="24"/>
              </w:rPr>
              <w:t>Blank incident management / resource / activity forms</w:t>
            </w:r>
          </w:p>
        </w:tc>
        <w:tc>
          <w:tcPr>
            <w:tcW w:w="1728" w:type="dxa"/>
            <w:tcMar>
              <w:top w:w="55" w:type="dxa"/>
              <w:left w:w="45" w:type="dxa"/>
              <w:bottom w:w="55" w:type="dxa"/>
              <w:right w:w="45" w:type="dxa"/>
            </w:tcMar>
          </w:tcPr>
          <w:p w14:paraId="3577EDD9" w14:textId="77777777" w:rsidR="00686453" w:rsidRPr="003F0D1D" w:rsidRDefault="00D95FB4">
            <w:pPr>
              <w:rPr>
                <w:szCs w:val="24"/>
              </w:rPr>
            </w:pPr>
            <w:r w:rsidRPr="003F0D1D">
              <w:rPr>
                <w:szCs w:val="24"/>
              </w:rPr>
              <w:t>Facility-selected / HCC-ME REC</w:t>
            </w:r>
          </w:p>
        </w:tc>
        <w:tc>
          <w:tcPr>
            <w:tcW w:w="1728" w:type="dxa"/>
            <w:tcMar>
              <w:top w:w="55" w:type="dxa"/>
              <w:left w:w="45" w:type="dxa"/>
              <w:bottom w:w="55" w:type="dxa"/>
              <w:right w:w="45" w:type="dxa"/>
            </w:tcMar>
          </w:tcPr>
          <w:p w14:paraId="54EC6131" w14:textId="77777777" w:rsidR="00686453" w:rsidRPr="003F0D1D" w:rsidRDefault="00D95FB4">
            <w:pPr>
              <w:rPr>
                <w:szCs w:val="24"/>
              </w:rPr>
            </w:pPr>
            <w:r w:rsidRPr="003F0D1D">
              <w:rPr>
                <w:szCs w:val="24"/>
              </w:rPr>
              <w:t>Incident Mgmt</w:t>
            </w:r>
          </w:p>
        </w:tc>
        <w:tc>
          <w:tcPr>
            <w:tcW w:w="1728" w:type="dxa"/>
            <w:shd w:val="clear" w:color="auto" w:fill="F3F5F4"/>
            <w:tcMar>
              <w:top w:w="55" w:type="dxa"/>
              <w:left w:w="45" w:type="dxa"/>
              <w:bottom w:w="55" w:type="dxa"/>
              <w:right w:w="45" w:type="dxa"/>
            </w:tcMar>
          </w:tcPr>
          <w:p w14:paraId="0B5979F5"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02A867BA" w14:textId="77777777" w:rsidR="00686453" w:rsidRPr="003F0D1D" w:rsidRDefault="00D95FB4">
            <w:pPr>
              <w:rPr>
                <w:szCs w:val="24"/>
              </w:rPr>
            </w:pPr>
            <w:r w:rsidRPr="003F0D1D">
              <w:rPr>
                <w:szCs w:val="24"/>
              </w:rPr>
              <w:t>&lt;Date&gt;</w:t>
            </w:r>
          </w:p>
        </w:tc>
      </w:tr>
      <w:tr w:rsidR="00686453" w:rsidRPr="003F0D1D" w14:paraId="0BD45290" w14:textId="77777777" w:rsidTr="003F0D1D">
        <w:trPr>
          <w:cantSplit/>
          <w:jc w:val="center"/>
        </w:trPr>
        <w:tc>
          <w:tcPr>
            <w:tcW w:w="1728" w:type="dxa"/>
            <w:shd w:val="clear" w:color="auto" w:fill="F7FAF8"/>
            <w:tcMar>
              <w:top w:w="55" w:type="dxa"/>
              <w:left w:w="45" w:type="dxa"/>
              <w:bottom w:w="55" w:type="dxa"/>
              <w:right w:w="45" w:type="dxa"/>
            </w:tcMar>
          </w:tcPr>
          <w:p w14:paraId="408BD36C" w14:textId="77777777" w:rsidR="00686453" w:rsidRPr="003F0D1D" w:rsidRDefault="00D95FB4">
            <w:pPr>
              <w:rPr>
                <w:szCs w:val="24"/>
              </w:rPr>
            </w:pPr>
            <w:r w:rsidRPr="003F0D1D">
              <w:rPr>
                <w:b/>
                <w:color w:val="015A41"/>
                <w:szCs w:val="24"/>
              </w:rPr>
              <w:t>P</w:t>
            </w:r>
          </w:p>
        </w:tc>
        <w:tc>
          <w:tcPr>
            <w:tcW w:w="1728" w:type="dxa"/>
            <w:tcMar>
              <w:top w:w="55" w:type="dxa"/>
              <w:left w:w="45" w:type="dxa"/>
              <w:bottom w:w="55" w:type="dxa"/>
              <w:right w:w="45" w:type="dxa"/>
            </w:tcMar>
          </w:tcPr>
          <w:p w14:paraId="4F3ABE4F" w14:textId="77777777" w:rsidR="00686453" w:rsidRPr="003F0D1D" w:rsidRDefault="00D95FB4">
            <w:pPr>
              <w:rPr>
                <w:szCs w:val="24"/>
              </w:rPr>
            </w:pPr>
            <w:r w:rsidRPr="003F0D1D">
              <w:rPr>
                <w:szCs w:val="24"/>
              </w:rPr>
              <w:t>Recovery / re-entry / damage assessment forms</w:t>
            </w:r>
          </w:p>
        </w:tc>
        <w:tc>
          <w:tcPr>
            <w:tcW w:w="1728" w:type="dxa"/>
            <w:tcMar>
              <w:top w:w="55" w:type="dxa"/>
              <w:left w:w="45" w:type="dxa"/>
              <w:bottom w:w="55" w:type="dxa"/>
              <w:right w:w="45" w:type="dxa"/>
            </w:tcMar>
          </w:tcPr>
          <w:p w14:paraId="1BA3C201" w14:textId="77777777" w:rsidR="00686453" w:rsidRPr="003F0D1D" w:rsidRDefault="00D95FB4">
            <w:pPr>
              <w:rPr>
                <w:szCs w:val="24"/>
              </w:rPr>
            </w:pPr>
            <w:r w:rsidRPr="003F0D1D">
              <w:rPr>
                <w:szCs w:val="24"/>
              </w:rPr>
              <w:t>Facility-selected / HCC-ME REC</w:t>
            </w:r>
          </w:p>
        </w:tc>
        <w:tc>
          <w:tcPr>
            <w:tcW w:w="1728" w:type="dxa"/>
            <w:tcMar>
              <w:top w:w="55" w:type="dxa"/>
              <w:left w:w="45" w:type="dxa"/>
              <w:bottom w:w="55" w:type="dxa"/>
              <w:right w:w="45" w:type="dxa"/>
            </w:tcMar>
          </w:tcPr>
          <w:p w14:paraId="74566A04" w14:textId="77777777" w:rsidR="00686453" w:rsidRPr="003F0D1D" w:rsidRDefault="00D95FB4">
            <w:pPr>
              <w:rPr>
                <w:szCs w:val="24"/>
              </w:rPr>
            </w:pPr>
            <w:r w:rsidRPr="003F0D1D">
              <w:rPr>
                <w:szCs w:val="24"/>
              </w:rPr>
              <w:t>Administration</w:t>
            </w:r>
          </w:p>
        </w:tc>
        <w:tc>
          <w:tcPr>
            <w:tcW w:w="1728" w:type="dxa"/>
            <w:shd w:val="clear" w:color="auto" w:fill="F3F5F4"/>
            <w:tcMar>
              <w:top w:w="55" w:type="dxa"/>
              <w:left w:w="45" w:type="dxa"/>
              <w:bottom w:w="55" w:type="dxa"/>
              <w:right w:w="45" w:type="dxa"/>
            </w:tcMar>
          </w:tcPr>
          <w:p w14:paraId="322E0A7F"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2B558B78" w14:textId="77777777" w:rsidR="00686453" w:rsidRPr="003F0D1D" w:rsidRDefault="00D95FB4">
            <w:pPr>
              <w:rPr>
                <w:szCs w:val="24"/>
              </w:rPr>
            </w:pPr>
            <w:r w:rsidRPr="003F0D1D">
              <w:rPr>
                <w:szCs w:val="24"/>
              </w:rPr>
              <w:t>&lt;Date&gt;</w:t>
            </w:r>
          </w:p>
        </w:tc>
      </w:tr>
      <w:tr w:rsidR="00686453" w:rsidRPr="003F0D1D" w14:paraId="5EEE4C37" w14:textId="77777777" w:rsidTr="003F0D1D">
        <w:trPr>
          <w:cantSplit/>
          <w:jc w:val="center"/>
        </w:trPr>
        <w:tc>
          <w:tcPr>
            <w:tcW w:w="1728" w:type="dxa"/>
            <w:shd w:val="clear" w:color="auto" w:fill="EAF3EF"/>
            <w:tcMar>
              <w:top w:w="55" w:type="dxa"/>
              <w:left w:w="45" w:type="dxa"/>
              <w:bottom w:w="55" w:type="dxa"/>
              <w:right w:w="45" w:type="dxa"/>
            </w:tcMar>
          </w:tcPr>
          <w:p w14:paraId="6B701B3A" w14:textId="77777777" w:rsidR="00686453" w:rsidRPr="003F0D1D" w:rsidRDefault="00D95FB4">
            <w:pPr>
              <w:rPr>
                <w:szCs w:val="24"/>
              </w:rPr>
            </w:pPr>
            <w:r w:rsidRPr="003F0D1D">
              <w:rPr>
                <w:b/>
                <w:color w:val="015A41"/>
                <w:szCs w:val="24"/>
              </w:rPr>
              <w:t>P</w:t>
            </w:r>
          </w:p>
        </w:tc>
        <w:tc>
          <w:tcPr>
            <w:tcW w:w="1728" w:type="dxa"/>
            <w:tcMar>
              <w:top w:w="55" w:type="dxa"/>
              <w:left w:w="45" w:type="dxa"/>
              <w:bottom w:w="55" w:type="dxa"/>
              <w:right w:w="45" w:type="dxa"/>
            </w:tcMar>
          </w:tcPr>
          <w:p w14:paraId="46D173C2" w14:textId="77777777" w:rsidR="00686453" w:rsidRPr="003F0D1D" w:rsidRDefault="00D95FB4">
            <w:pPr>
              <w:rPr>
                <w:szCs w:val="24"/>
              </w:rPr>
            </w:pPr>
            <w:r w:rsidRPr="003F0D1D">
              <w:rPr>
                <w:szCs w:val="24"/>
              </w:rPr>
              <w:t>Corrective action tracking log</w:t>
            </w:r>
          </w:p>
        </w:tc>
        <w:tc>
          <w:tcPr>
            <w:tcW w:w="1728" w:type="dxa"/>
            <w:tcMar>
              <w:top w:w="55" w:type="dxa"/>
              <w:left w:w="45" w:type="dxa"/>
              <w:bottom w:w="55" w:type="dxa"/>
              <w:right w:w="45" w:type="dxa"/>
            </w:tcMar>
          </w:tcPr>
          <w:p w14:paraId="6C52C4B2" w14:textId="77777777" w:rsidR="00686453" w:rsidRPr="003F0D1D" w:rsidRDefault="00D95FB4">
            <w:pPr>
              <w:rPr>
                <w:szCs w:val="24"/>
              </w:rPr>
            </w:pPr>
            <w:r w:rsidRPr="003F0D1D">
              <w:rPr>
                <w:szCs w:val="24"/>
              </w:rPr>
              <w:t>CMS §483.73(d)(2)</w:t>
            </w:r>
          </w:p>
        </w:tc>
        <w:tc>
          <w:tcPr>
            <w:tcW w:w="1728" w:type="dxa"/>
            <w:tcMar>
              <w:top w:w="55" w:type="dxa"/>
              <w:left w:w="45" w:type="dxa"/>
              <w:bottom w:w="55" w:type="dxa"/>
              <w:right w:w="45" w:type="dxa"/>
            </w:tcMar>
          </w:tcPr>
          <w:p w14:paraId="3E50DE18" w14:textId="77777777" w:rsidR="00686453" w:rsidRPr="003F0D1D" w:rsidRDefault="00D95FB4">
            <w:pPr>
              <w:rPr>
                <w:szCs w:val="24"/>
              </w:rPr>
            </w:pPr>
            <w:r w:rsidRPr="003F0D1D">
              <w:rPr>
                <w:szCs w:val="24"/>
              </w:rPr>
              <w:t>Emergency Prep</w:t>
            </w:r>
          </w:p>
        </w:tc>
        <w:tc>
          <w:tcPr>
            <w:tcW w:w="1728" w:type="dxa"/>
            <w:shd w:val="clear" w:color="auto" w:fill="F3F5F4"/>
            <w:tcMar>
              <w:top w:w="55" w:type="dxa"/>
              <w:left w:w="45" w:type="dxa"/>
              <w:bottom w:w="55" w:type="dxa"/>
              <w:right w:w="45" w:type="dxa"/>
            </w:tcMar>
          </w:tcPr>
          <w:p w14:paraId="3F651B41"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24D372F8" w14:textId="77777777" w:rsidR="00686453" w:rsidRPr="003F0D1D" w:rsidRDefault="00D95FB4">
            <w:pPr>
              <w:rPr>
                <w:szCs w:val="24"/>
              </w:rPr>
            </w:pPr>
            <w:r w:rsidRPr="003F0D1D">
              <w:rPr>
                <w:szCs w:val="24"/>
              </w:rPr>
              <w:t>&lt;Date&gt;</w:t>
            </w:r>
          </w:p>
        </w:tc>
      </w:tr>
      <w:tr w:rsidR="00686453" w:rsidRPr="003F0D1D" w14:paraId="678BA6EA" w14:textId="77777777" w:rsidTr="003F0D1D">
        <w:trPr>
          <w:cantSplit/>
          <w:jc w:val="center"/>
        </w:trPr>
        <w:tc>
          <w:tcPr>
            <w:tcW w:w="1728" w:type="dxa"/>
            <w:shd w:val="clear" w:color="auto" w:fill="F7FAF8"/>
            <w:tcMar>
              <w:top w:w="55" w:type="dxa"/>
              <w:left w:w="45" w:type="dxa"/>
              <w:bottom w:w="55" w:type="dxa"/>
              <w:right w:w="45" w:type="dxa"/>
            </w:tcMar>
          </w:tcPr>
          <w:p w14:paraId="76EEB5B1" w14:textId="77777777" w:rsidR="00686453" w:rsidRPr="003F0D1D" w:rsidRDefault="00D95FB4">
            <w:pPr>
              <w:rPr>
                <w:szCs w:val="24"/>
              </w:rPr>
            </w:pPr>
            <w:r w:rsidRPr="003F0D1D">
              <w:rPr>
                <w:b/>
                <w:color w:val="015A41"/>
                <w:szCs w:val="24"/>
              </w:rPr>
              <w:t>Q</w:t>
            </w:r>
          </w:p>
        </w:tc>
        <w:tc>
          <w:tcPr>
            <w:tcW w:w="1728" w:type="dxa"/>
            <w:tcMar>
              <w:top w:w="55" w:type="dxa"/>
              <w:left w:w="45" w:type="dxa"/>
              <w:bottom w:w="55" w:type="dxa"/>
              <w:right w:w="45" w:type="dxa"/>
            </w:tcMar>
          </w:tcPr>
          <w:p w14:paraId="3EBD2DBA" w14:textId="77777777" w:rsidR="00686453" w:rsidRPr="003F0D1D" w:rsidRDefault="00D95FB4">
            <w:pPr>
              <w:rPr>
                <w:szCs w:val="24"/>
              </w:rPr>
            </w:pPr>
            <w:r w:rsidRPr="003F0D1D">
              <w:rPr>
                <w:szCs w:val="24"/>
              </w:rPr>
              <w:t>Affiliated-site emergency preparedness addenda, if applicable</w:t>
            </w:r>
          </w:p>
        </w:tc>
        <w:tc>
          <w:tcPr>
            <w:tcW w:w="1728" w:type="dxa"/>
            <w:tcMar>
              <w:top w:w="55" w:type="dxa"/>
              <w:left w:w="45" w:type="dxa"/>
              <w:bottom w:w="55" w:type="dxa"/>
              <w:right w:w="45" w:type="dxa"/>
            </w:tcMar>
          </w:tcPr>
          <w:p w14:paraId="7A901E18" w14:textId="77777777" w:rsidR="00686453" w:rsidRPr="003F0D1D" w:rsidRDefault="00D95FB4">
            <w:pPr>
              <w:rPr>
                <w:szCs w:val="24"/>
              </w:rPr>
            </w:pPr>
            <w:r w:rsidRPr="003F0D1D">
              <w:rPr>
                <w:szCs w:val="24"/>
              </w:rPr>
              <w:t>CMS §483.73(f) if applicable</w:t>
            </w:r>
          </w:p>
        </w:tc>
        <w:tc>
          <w:tcPr>
            <w:tcW w:w="1728" w:type="dxa"/>
            <w:tcMar>
              <w:top w:w="55" w:type="dxa"/>
              <w:left w:w="45" w:type="dxa"/>
              <w:bottom w:w="55" w:type="dxa"/>
              <w:right w:w="45" w:type="dxa"/>
            </w:tcMar>
          </w:tcPr>
          <w:p w14:paraId="05DF83A5" w14:textId="77777777" w:rsidR="00686453" w:rsidRPr="003F0D1D" w:rsidRDefault="00D95FB4">
            <w:pPr>
              <w:rPr>
                <w:szCs w:val="24"/>
              </w:rPr>
            </w:pPr>
            <w:r w:rsidRPr="003F0D1D">
              <w:rPr>
                <w:szCs w:val="24"/>
              </w:rPr>
              <w:t>System / Facility</w:t>
            </w:r>
          </w:p>
        </w:tc>
        <w:tc>
          <w:tcPr>
            <w:tcW w:w="1728" w:type="dxa"/>
            <w:shd w:val="clear" w:color="auto" w:fill="F3F5F4"/>
            <w:tcMar>
              <w:top w:w="55" w:type="dxa"/>
              <w:left w:w="45" w:type="dxa"/>
              <w:bottom w:w="55" w:type="dxa"/>
              <w:right w:w="45" w:type="dxa"/>
            </w:tcMar>
          </w:tcPr>
          <w:p w14:paraId="6ACA0D68" w14:textId="77777777" w:rsidR="00686453" w:rsidRPr="003F0D1D" w:rsidRDefault="00D95FB4">
            <w:pPr>
              <w:rPr>
                <w:szCs w:val="24"/>
              </w:rPr>
            </w:pPr>
            <w:r w:rsidRPr="003F0D1D">
              <w:rPr>
                <w:szCs w:val="24"/>
              </w:rPr>
              <w:t>&lt;Location&gt;</w:t>
            </w:r>
          </w:p>
        </w:tc>
        <w:tc>
          <w:tcPr>
            <w:tcW w:w="1728" w:type="dxa"/>
            <w:shd w:val="clear" w:color="auto" w:fill="F3F5F4"/>
            <w:tcMar>
              <w:top w:w="55" w:type="dxa"/>
              <w:left w:w="45" w:type="dxa"/>
              <w:bottom w:w="55" w:type="dxa"/>
              <w:right w:w="45" w:type="dxa"/>
            </w:tcMar>
          </w:tcPr>
          <w:p w14:paraId="64713F06" w14:textId="77777777" w:rsidR="00686453" w:rsidRPr="003F0D1D" w:rsidRDefault="00D95FB4">
            <w:pPr>
              <w:rPr>
                <w:szCs w:val="24"/>
              </w:rPr>
            </w:pPr>
            <w:r w:rsidRPr="003F0D1D">
              <w:rPr>
                <w:szCs w:val="24"/>
              </w:rPr>
              <w:t>&lt;Date&gt;</w:t>
            </w:r>
          </w:p>
        </w:tc>
      </w:tr>
      <w:tr w:rsidR="00B52623" w:rsidRPr="003F0D1D" w14:paraId="6C1E11D6" w14:textId="77777777" w:rsidTr="003F0D1D">
        <w:trPr>
          <w:cantSplit/>
          <w:jc w:val="center"/>
        </w:trPr>
        <w:tc>
          <w:tcPr>
            <w:tcW w:w="1728" w:type="dxa"/>
            <w:shd w:val="clear" w:color="auto" w:fill="F7FAF8"/>
            <w:tcMar>
              <w:top w:w="55" w:type="dxa"/>
              <w:left w:w="45" w:type="dxa"/>
              <w:bottom w:w="55" w:type="dxa"/>
              <w:right w:w="45" w:type="dxa"/>
            </w:tcMar>
          </w:tcPr>
          <w:p w14:paraId="0B02313C" w14:textId="5994C7B2" w:rsidR="00B52623" w:rsidRPr="003F0D1D" w:rsidRDefault="00B52623" w:rsidP="00B52623">
            <w:pPr>
              <w:rPr>
                <w:b/>
                <w:color w:val="015A41"/>
                <w:szCs w:val="24"/>
              </w:rPr>
            </w:pPr>
            <w:r w:rsidRPr="003F0D1D">
              <w:rPr>
                <w:b/>
                <w:color w:val="015A41"/>
                <w:szCs w:val="24"/>
              </w:rPr>
              <w:t>H</w:t>
            </w:r>
          </w:p>
        </w:tc>
        <w:tc>
          <w:tcPr>
            <w:tcW w:w="1728" w:type="dxa"/>
            <w:tcMar>
              <w:top w:w="55" w:type="dxa"/>
              <w:left w:w="45" w:type="dxa"/>
              <w:bottom w:w="55" w:type="dxa"/>
              <w:right w:w="45" w:type="dxa"/>
            </w:tcMar>
          </w:tcPr>
          <w:p w14:paraId="6E278A55" w14:textId="3BBDD58D" w:rsidR="00B52623" w:rsidRPr="003F0D1D" w:rsidRDefault="00B52623" w:rsidP="00B52623">
            <w:pPr>
              <w:rPr>
                <w:szCs w:val="24"/>
              </w:rPr>
            </w:pPr>
            <w:r w:rsidRPr="003F0D1D">
              <w:rPr>
                <w:szCs w:val="24"/>
              </w:rPr>
              <w:t>Disaster feeding plan + food inventory evidence</w:t>
            </w:r>
          </w:p>
        </w:tc>
        <w:tc>
          <w:tcPr>
            <w:tcW w:w="1728" w:type="dxa"/>
            <w:tcMar>
              <w:top w:w="55" w:type="dxa"/>
              <w:left w:w="45" w:type="dxa"/>
              <w:bottom w:w="55" w:type="dxa"/>
              <w:right w:w="45" w:type="dxa"/>
            </w:tcMar>
          </w:tcPr>
          <w:p w14:paraId="7DF2E047" w14:textId="7CB64C8C" w:rsidR="00B52623" w:rsidRPr="003F0D1D" w:rsidRDefault="00B52623" w:rsidP="00B52623">
            <w:pPr>
              <w:rPr>
                <w:szCs w:val="24"/>
              </w:rPr>
            </w:pPr>
            <w:r w:rsidRPr="003F0D1D">
              <w:rPr>
                <w:szCs w:val="24"/>
              </w:rPr>
              <w:t>ME Ch. 110 §§</w:t>
            </w:r>
            <w:proofErr w:type="gramStart"/>
            <w:r w:rsidRPr="003F0D1D">
              <w:rPr>
                <w:szCs w:val="24"/>
              </w:rPr>
              <w:t>18.A.</w:t>
            </w:r>
            <w:proofErr w:type="gramEnd"/>
            <w:r w:rsidRPr="003F0D1D">
              <w:rPr>
                <w:szCs w:val="24"/>
              </w:rPr>
              <w:t xml:space="preserve">1(m), </w:t>
            </w:r>
            <w:proofErr w:type="gramStart"/>
            <w:r w:rsidRPr="003F0D1D">
              <w:rPr>
                <w:szCs w:val="24"/>
              </w:rPr>
              <w:t>18.F.</w:t>
            </w:r>
            <w:proofErr w:type="gramEnd"/>
            <w:r w:rsidRPr="003F0D1D">
              <w:rPr>
                <w:szCs w:val="24"/>
              </w:rPr>
              <w:t>1</w:t>
            </w:r>
          </w:p>
        </w:tc>
        <w:tc>
          <w:tcPr>
            <w:tcW w:w="1728" w:type="dxa"/>
            <w:tcMar>
              <w:top w:w="55" w:type="dxa"/>
              <w:left w:w="45" w:type="dxa"/>
              <w:bottom w:w="55" w:type="dxa"/>
              <w:right w:w="45" w:type="dxa"/>
            </w:tcMar>
          </w:tcPr>
          <w:p w14:paraId="6992F84E" w14:textId="78A39E40" w:rsidR="00B52623" w:rsidRPr="003F0D1D" w:rsidRDefault="00B52623" w:rsidP="00B52623">
            <w:pPr>
              <w:rPr>
                <w:szCs w:val="24"/>
              </w:rPr>
            </w:pPr>
            <w:r w:rsidRPr="003F0D1D">
              <w:rPr>
                <w:szCs w:val="24"/>
              </w:rPr>
              <w:t>Dietary / Administration</w:t>
            </w:r>
          </w:p>
        </w:tc>
        <w:tc>
          <w:tcPr>
            <w:tcW w:w="1728" w:type="dxa"/>
            <w:shd w:val="clear" w:color="auto" w:fill="F3F5F4"/>
            <w:tcMar>
              <w:top w:w="55" w:type="dxa"/>
              <w:left w:w="45" w:type="dxa"/>
              <w:bottom w:w="55" w:type="dxa"/>
              <w:right w:w="45" w:type="dxa"/>
            </w:tcMar>
          </w:tcPr>
          <w:p w14:paraId="464CB38F" w14:textId="37FB0625" w:rsidR="00B52623" w:rsidRPr="003F0D1D" w:rsidRDefault="00B52623" w:rsidP="00B52623">
            <w:pPr>
              <w:rPr>
                <w:szCs w:val="24"/>
              </w:rPr>
            </w:pPr>
            <w:r w:rsidRPr="003F0D1D">
              <w:rPr>
                <w:rFonts w:cs="Arial"/>
                <w:color w:val="6B7378"/>
                <w:szCs w:val="24"/>
              </w:rPr>
              <w:t>&lt;Location&gt;</w:t>
            </w:r>
          </w:p>
        </w:tc>
        <w:tc>
          <w:tcPr>
            <w:tcW w:w="1728" w:type="dxa"/>
            <w:shd w:val="clear" w:color="auto" w:fill="F3F5F4"/>
            <w:tcMar>
              <w:top w:w="55" w:type="dxa"/>
              <w:left w:w="45" w:type="dxa"/>
              <w:bottom w:w="55" w:type="dxa"/>
              <w:right w:w="45" w:type="dxa"/>
            </w:tcMar>
          </w:tcPr>
          <w:p w14:paraId="07914C05" w14:textId="34278DE3" w:rsidR="00B52623" w:rsidRPr="003F0D1D" w:rsidRDefault="00B52623" w:rsidP="00B52623">
            <w:pPr>
              <w:rPr>
                <w:szCs w:val="24"/>
              </w:rPr>
            </w:pPr>
            <w:r w:rsidRPr="003F0D1D">
              <w:rPr>
                <w:rFonts w:cs="Arial"/>
                <w:color w:val="6B7378"/>
                <w:szCs w:val="24"/>
              </w:rPr>
              <w:t>&lt;Date&gt;</w:t>
            </w:r>
          </w:p>
        </w:tc>
      </w:tr>
      <w:tr w:rsidR="00B52623" w:rsidRPr="003F0D1D" w14:paraId="79B86CAB" w14:textId="77777777" w:rsidTr="003F0D1D">
        <w:trPr>
          <w:cantSplit/>
          <w:jc w:val="center"/>
        </w:trPr>
        <w:tc>
          <w:tcPr>
            <w:tcW w:w="1728" w:type="dxa"/>
            <w:shd w:val="clear" w:color="auto" w:fill="F7FAF8"/>
            <w:tcMar>
              <w:top w:w="55" w:type="dxa"/>
              <w:left w:w="45" w:type="dxa"/>
              <w:bottom w:w="55" w:type="dxa"/>
              <w:right w:w="45" w:type="dxa"/>
            </w:tcMar>
          </w:tcPr>
          <w:p w14:paraId="1496751D" w14:textId="6C7B0C23" w:rsidR="00B52623" w:rsidRPr="003F0D1D" w:rsidRDefault="00B52623" w:rsidP="00B52623">
            <w:pPr>
              <w:rPr>
                <w:b/>
                <w:color w:val="015A41"/>
                <w:szCs w:val="24"/>
              </w:rPr>
            </w:pPr>
            <w:r w:rsidRPr="003F0D1D">
              <w:rPr>
                <w:b/>
                <w:color w:val="015A41"/>
                <w:szCs w:val="24"/>
              </w:rPr>
              <w:t>L</w:t>
            </w:r>
          </w:p>
        </w:tc>
        <w:tc>
          <w:tcPr>
            <w:tcW w:w="1728" w:type="dxa"/>
            <w:tcMar>
              <w:top w:w="55" w:type="dxa"/>
              <w:left w:w="45" w:type="dxa"/>
              <w:bottom w:w="55" w:type="dxa"/>
              <w:right w:w="45" w:type="dxa"/>
            </w:tcMar>
          </w:tcPr>
          <w:p w14:paraId="6B17988C" w14:textId="478D9047" w:rsidR="00B52623" w:rsidRPr="003F0D1D" w:rsidRDefault="00B52623" w:rsidP="00B52623">
            <w:pPr>
              <w:rPr>
                <w:szCs w:val="24"/>
              </w:rPr>
            </w:pPr>
            <w:r w:rsidRPr="003F0D1D">
              <w:rPr>
                <w:szCs w:val="24"/>
              </w:rPr>
              <w:t>Outbreak entrance-screening / designated-entrance procedure</w:t>
            </w:r>
          </w:p>
        </w:tc>
        <w:tc>
          <w:tcPr>
            <w:tcW w:w="1728" w:type="dxa"/>
            <w:tcMar>
              <w:top w:w="55" w:type="dxa"/>
              <w:left w:w="45" w:type="dxa"/>
              <w:bottom w:w="55" w:type="dxa"/>
              <w:right w:w="45" w:type="dxa"/>
            </w:tcMar>
          </w:tcPr>
          <w:p w14:paraId="034429D9" w14:textId="1CE4CD7C" w:rsidR="00B52623" w:rsidRPr="003F0D1D" w:rsidRDefault="00B52623" w:rsidP="00B52623">
            <w:pPr>
              <w:rPr>
                <w:szCs w:val="24"/>
              </w:rPr>
            </w:pPr>
            <w:r w:rsidRPr="003F0D1D">
              <w:rPr>
                <w:szCs w:val="24"/>
              </w:rPr>
              <w:t>ME Ch. 110 §</w:t>
            </w:r>
            <w:proofErr w:type="gramStart"/>
            <w:r w:rsidRPr="003F0D1D">
              <w:rPr>
                <w:szCs w:val="24"/>
              </w:rPr>
              <w:t>21.A.</w:t>
            </w:r>
            <w:proofErr w:type="gramEnd"/>
            <w:r w:rsidRPr="003F0D1D">
              <w:rPr>
                <w:szCs w:val="24"/>
              </w:rPr>
              <w:t>4(e)</w:t>
            </w:r>
          </w:p>
        </w:tc>
        <w:tc>
          <w:tcPr>
            <w:tcW w:w="1728" w:type="dxa"/>
            <w:tcMar>
              <w:top w:w="55" w:type="dxa"/>
              <w:left w:w="45" w:type="dxa"/>
              <w:bottom w:w="55" w:type="dxa"/>
              <w:right w:w="45" w:type="dxa"/>
            </w:tcMar>
          </w:tcPr>
          <w:p w14:paraId="69062E64" w14:textId="10ABD1C9" w:rsidR="00B52623" w:rsidRPr="003F0D1D" w:rsidRDefault="00B52623" w:rsidP="00B52623">
            <w:pPr>
              <w:rPr>
                <w:szCs w:val="24"/>
              </w:rPr>
            </w:pPr>
            <w:r w:rsidRPr="003F0D1D">
              <w:rPr>
                <w:szCs w:val="24"/>
              </w:rPr>
              <w:t>Infection Prevention / Administration</w:t>
            </w:r>
          </w:p>
        </w:tc>
        <w:tc>
          <w:tcPr>
            <w:tcW w:w="1728" w:type="dxa"/>
            <w:shd w:val="clear" w:color="auto" w:fill="F3F5F4"/>
            <w:tcMar>
              <w:top w:w="55" w:type="dxa"/>
              <w:left w:w="45" w:type="dxa"/>
              <w:bottom w:w="55" w:type="dxa"/>
              <w:right w:w="45" w:type="dxa"/>
            </w:tcMar>
          </w:tcPr>
          <w:p w14:paraId="2D2E93E3" w14:textId="2A9BC74A" w:rsidR="00B52623" w:rsidRPr="003F0D1D" w:rsidRDefault="00B52623" w:rsidP="00B52623">
            <w:pPr>
              <w:rPr>
                <w:szCs w:val="24"/>
              </w:rPr>
            </w:pPr>
            <w:r w:rsidRPr="003F0D1D">
              <w:rPr>
                <w:rFonts w:cs="Arial"/>
                <w:color w:val="6B7378"/>
                <w:szCs w:val="24"/>
              </w:rPr>
              <w:t>&lt;Location&gt;</w:t>
            </w:r>
          </w:p>
        </w:tc>
        <w:tc>
          <w:tcPr>
            <w:tcW w:w="1728" w:type="dxa"/>
            <w:shd w:val="clear" w:color="auto" w:fill="F3F5F4"/>
            <w:tcMar>
              <w:top w:w="55" w:type="dxa"/>
              <w:left w:w="45" w:type="dxa"/>
              <w:bottom w:w="55" w:type="dxa"/>
              <w:right w:w="45" w:type="dxa"/>
            </w:tcMar>
          </w:tcPr>
          <w:p w14:paraId="6EEC48F9" w14:textId="35392F5C" w:rsidR="00B52623" w:rsidRPr="003F0D1D" w:rsidRDefault="00B52623" w:rsidP="00B52623">
            <w:pPr>
              <w:rPr>
                <w:szCs w:val="24"/>
              </w:rPr>
            </w:pPr>
            <w:r w:rsidRPr="003F0D1D">
              <w:rPr>
                <w:rFonts w:cs="Arial"/>
                <w:color w:val="6B7378"/>
                <w:szCs w:val="24"/>
              </w:rPr>
              <w:t>&lt;Date&gt;</w:t>
            </w:r>
          </w:p>
        </w:tc>
      </w:tr>
    </w:tbl>
    <w:p w14:paraId="738F41C3" w14:textId="77777777" w:rsidR="00686453" w:rsidRDefault="00686453">
      <w:pPr>
        <w:spacing w:after="0"/>
      </w:pPr>
    </w:p>
    <w:p w14:paraId="59DABF1D" w14:textId="77777777" w:rsidR="00686453" w:rsidRDefault="00D95FB4">
      <w:r>
        <w:br w:type="page"/>
      </w:r>
    </w:p>
    <w:p w14:paraId="37E29D51" w14:textId="77777777" w:rsidR="00686453" w:rsidRDefault="00D95FB4">
      <w:pPr>
        <w:pStyle w:val="Heading1"/>
        <w:pBdr>
          <w:bottom w:val="single" w:sz="14" w:space="5" w:color="E63B07"/>
        </w:pBdr>
        <w:spacing w:before="140" w:after="140"/>
      </w:pPr>
      <w:r>
        <w:rPr>
          <w:rFonts w:ascii="Arial" w:eastAsia="Arial" w:hAnsi="Arial"/>
        </w:rPr>
        <w:lastRenderedPageBreak/>
        <w:t>ATTACHMENT A - REGULATORY &amp; EOP CROSSWALK</w:t>
      </w:r>
    </w:p>
    <w:p w14:paraId="0BBA07D8" w14:textId="77777777" w:rsidR="00686453" w:rsidRPr="003F0D1D" w:rsidRDefault="00D95FB4">
      <w:pPr>
        <w:spacing w:after="100" w:line="250" w:lineRule="auto"/>
        <w:rPr>
          <w:sz w:val="28"/>
          <w:szCs w:val="24"/>
        </w:rPr>
      </w:pPr>
      <w:r w:rsidRPr="003F0D1D">
        <w:rPr>
          <w:sz w:val="20"/>
          <w:szCs w:val="24"/>
        </w:rPr>
        <w:t>Use this matrix to confirm where each CMS and Maine emergency preparedness requirement is addressed. HCC-ME recommendations are optional unless independently required by another authority.</w:t>
      </w: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3456"/>
        <w:gridCol w:w="3456"/>
        <w:gridCol w:w="3456"/>
      </w:tblGrid>
      <w:tr w:rsidR="00686453" w:rsidRPr="003F0D1D" w14:paraId="617032C7" w14:textId="77777777" w:rsidTr="003F0D1D">
        <w:trPr>
          <w:tblHeader/>
          <w:jc w:val="center"/>
        </w:trPr>
        <w:tc>
          <w:tcPr>
            <w:tcW w:w="3456" w:type="dxa"/>
            <w:shd w:val="clear" w:color="auto" w:fill="015A41"/>
            <w:tcMar>
              <w:top w:w="70" w:type="dxa"/>
              <w:left w:w="70" w:type="dxa"/>
              <w:bottom w:w="70" w:type="dxa"/>
              <w:right w:w="70" w:type="dxa"/>
            </w:tcMar>
          </w:tcPr>
          <w:p w14:paraId="7ACB8DA8" w14:textId="77777777" w:rsidR="00686453" w:rsidRPr="003F0D1D" w:rsidRDefault="00D95FB4">
            <w:pPr>
              <w:rPr>
                <w:szCs w:val="24"/>
              </w:rPr>
            </w:pPr>
            <w:r w:rsidRPr="003F0D1D">
              <w:rPr>
                <w:b/>
                <w:color w:val="FFFFFF"/>
                <w:szCs w:val="24"/>
              </w:rPr>
              <w:t>CMS Source</w:t>
            </w:r>
          </w:p>
        </w:tc>
        <w:tc>
          <w:tcPr>
            <w:tcW w:w="3456" w:type="dxa"/>
            <w:shd w:val="clear" w:color="auto" w:fill="015A41"/>
            <w:tcMar>
              <w:top w:w="70" w:type="dxa"/>
              <w:left w:w="70" w:type="dxa"/>
              <w:bottom w:w="70" w:type="dxa"/>
              <w:right w:w="70" w:type="dxa"/>
            </w:tcMar>
          </w:tcPr>
          <w:p w14:paraId="6E065BF7" w14:textId="77777777" w:rsidR="00686453" w:rsidRPr="003F0D1D" w:rsidRDefault="00D95FB4">
            <w:pPr>
              <w:rPr>
                <w:szCs w:val="24"/>
              </w:rPr>
            </w:pPr>
            <w:r w:rsidRPr="003F0D1D">
              <w:rPr>
                <w:b/>
                <w:color w:val="FFFFFF"/>
                <w:szCs w:val="24"/>
              </w:rPr>
              <w:t>Required Policy / Program Content</w:t>
            </w:r>
          </w:p>
        </w:tc>
        <w:tc>
          <w:tcPr>
            <w:tcW w:w="3456" w:type="dxa"/>
            <w:shd w:val="clear" w:color="auto" w:fill="015A41"/>
            <w:tcMar>
              <w:top w:w="70" w:type="dxa"/>
              <w:left w:w="70" w:type="dxa"/>
              <w:bottom w:w="70" w:type="dxa"/>
              <w:right w:w="70" w:type="dxa"/>
            </w:tcMar>
          </w:tcPr>
          <w:p w14:paraId="05030F57" w14:textId="77777777" w:rsidR="00686453" w:rsidRPr="003F0D1D" w:rsidRDefault="00D95FB4">
            <w:pPr>
              <w:rPr>
                <w:szCs w:val="24"/>
              </w:rPr>
            </w:pPr>
            <w:r w:rsidRPr="003F0D1D">
              <w:rPr>
                <w:b/>
                <w:color w:val="FFFFFF"/>
                <w:szCs w:val="24"/>
              </w:rPr>
              <w:t>Template Location</w:t>
            </w:r>
          </w:p>
        </w:tc>
      </w:tr>
      <w:tr w:rsidR="00686453" w:rsidRPr="003F0D1D" w14:paraId="44024C20" w14:textId="77777777" w:rsidTr="003F0D1D">
        <w:trPr>
          <w:cantSplit/>
          <w:jc w:val="center"/>
        </w:trPr>
        <w:tc>
          <w:tcPr>
            <w:tcW w:w="3456" w:type="dxa"/>
            <w:shd w:val="clear" w:color="auto" w:fill="EAF3EF"/>
            <w:tcMar>
              <w:top w:w="70" w:type="dxa"/>
              <w:left w:w="70" w:type="dxa"/>
              <w:bottom w:w="70" w:type="dxa"/>
              <w:right w:w="70" w:type="dxa"/>
            </w:tcMar>
          </w:tcPr>
          <w:p w14:paraId="2858E2A6" w14:textId="77777777" w:rsidR="00686453" w:rsidRPr="003F0D1D" w:rsidRDefault="00D95FB4">
            <w:pPr>
              <w:rPr>
                <w:szCs w:val="24"/>
              </w:rPr>
            </w:pPr>
            <w:r w:rsidRPr="003F0D1D">
              <w:rPr>
                <w:b/>
                <w:color w:val="015A41"/>
                <w:szCs w:val="24"/>
              </w:rPr>
              <w:t>§483.73(a) / E-0004</w:t>
            </w:r>
          </w:p>
        </w:tc>
        <w:tc>
          <w:tcPr>
            <w:tcW w:w="3456" w:type="dxa"/>
            <w:tcMar>
              <w:top w:w="70" w:type="dxa"/>
              <w:left w:w="70" w:type="dxa"/>
              <w:bottom w:w="70" w:type="dxa"/>
              <w:right w:w="70" w:type="dxa"/>
            </w:tcMar>
          </w:tcPr>
          <w:p w14:paraId="74FBB26C" w14:textId="77777777" w:rsidR="00686453" w:rsidRPr="003F0D1D" w:rsidRDefault="00D95FB4">
            <w:pPr>
              <w:rPr>
                <w:szCs w:val="24"/>
              </w:rPr>
            </w:pPr>
            <w:r w:rsidRPr="003F0D1D">
              <w:rPr>
                <w:szCs w:val="24"/>
              </w:rPr>
              <w:t>Annual emergency plan review / update</w:t>
            </w:r>
          </w:p>
        </w:tc>
        <w:tc>
          <w:tcPr>
            <w:tcW w:w="3456" w:type="dxa"/>
            <w:shd w:val="clear" w:color="auto" w:fill="F3F5F4"/>
            <w:tcMar>
              <w:top w:w="70" w:type="dxa"/>
              <w:left w:w="70" w:type="dxa"/>
              <w:bottom w:w="70" w:type="dxa"/>
              <w:right w:w="70" w:type="dxa"/>
            </w:tcMar>
          </w:tcPr>
          <w:p w14:paraId="76F8DB4F" w14:textId="77777777" w:rsidR="00686453" w:rsidRPr="003F0D1D" w:rsidRDefault="00D95FB4">
            <w:pPr>
              <w:rPr>
                <w:szCs w:val="24"/>
              </w:rPr>
            </w:pPr>
            <w:r w:rsidRPr="003F0D1D">
              <w:rPr>
                <w:i/>
                <w:color w:val="66706B"/>
                <w:szCs w:val="24"/>
              </w:rPr>
              <w:t>Section 2 / facility process</w:t>
            </w:r>
          </w:p>
        </w:tc>
      </w:tr>
      <w:tr w:rsidR="00686453" w:rsidRPr="003F0D1D" w14:paraId="10D45A8F" w14:textId="77777777" w:rsidTr="003F0D1D">
        <w:trPr>
          <w:cantSplit/>
          <w:jc w:val="center"/>
        </w:trPr>
        <w:tc>
          <w:tcPr>
            <w:tcW w:w="3456" w:type="dxa"/>
            <w:shd w:val="clear" w:color="auto" w:fill="F7FAF8"/>
            <w:tcMar>
              <w:top w:w="70" w:type="dxa"/>
              <w:left w:w="70" w:type="dxa"/>
              <w:bottom w:w="70" w:type="dxa"/>
              <w:right w:w="70" w:type="dxa"/>
            </w:tcMar>
          </w:tcPr>
          <w:p w14:paraId="272F4D28" w14:textId="77777777" w:rsidR="00686453" w:rsidRPr="003F0D1D" w:rsidRDefault="00D95FB4">
            <w:pPr>
              <w:rPr>
                <w:szCs w:val="24"/>
              </w:rPr>
            </w:pPr>
            <w:r w:rsidRPr="003F0D1D">
              <w:rPr>
                <w:b/>
                <w:color w:val="015A41"/>
                <w:szCs w:val="24"/>
              </w:rPr>
              <w:t>§483.73(a)(1) / E-0006</w:t>
            </w:r>
          </w:p>
        </w:tc>
        <w:tc>
          <w:tcPr>
            <w:tcW w:w="3456" w:type="dxa"/>
            <w:tcMar>
              <w:top w:w="70" w:type="dxa"/>
              <w:left w:w="70" w:type="dxa"/>
              <w:bottom w:w="70" w:type="dxa"/>
              <w:right w:w="70" w:type="dxa"/>
            </w:tcMar>
          </w:tcPr>
          <w:p w14:paraId="5CAFAFBA" w14:textId="77777777" w:rsidR="00686453" w:rsidRPr="003F0D1D" w:rsidRDefault="00D95FB4">
            <w:pPr>
              <w:rPr>
                <w:szCs w:val="24"/>
              </w:rPr>
            </w:pPr>
            <w:r w:rsidRPr="003F0D1D">
              <w:rPr>
                <w:szCs w:val="24"/>
              </w:rPr>
              <w:t>Facility and community risk assessment; all-hazards; missing residents</w:t>
            </w:r>
          </w:p>
        </w:tc>
        <w:tc>
          <w:tcPr>
            <w:tcW w:w="3456" w:type="dxa"/>
            <w:shd w:val="clear" w:color="auto" w:fill="F3F5F4"/>
            <w:tcMar>
              <w:top w:w="70" w:type="dxa"/>
              <w:left w:w="70" w:type="dxa"/>
              <w:bottom w:w="70" w:type="dxa"/>
              <w:right w:w="70" w:type="dxa"/>
            </w:tcMar>
          </w:tcPr>
          <w:p w14:paraId="5AF55540" w14:textId="77777777" w:rsidR="00686453" w:rsidRPr="003F0D1D" w:rsidRDefault="00D95FB4">
            <w:pPr>
              <w:rPr>
                <w:szCs w:val="24"/>
              </w:rPr>
            </w:pPr>
            <w:r w:rsidRPr="003F0D1D">
              <w:rPr>
                <w:i/>
                <w:color w:val="66706B"/>
                <w:szCs w:val="24"/>
              </w:rPr>
              <w:t>Section 3 / Attachment B</w:t>
            </w:r>
          </w:p>
        </w:tc>
      </w:tr>
      <w:tr w:rsidR="00686453" w:rsidRPr="003F0D1D" w14:paraId="2E11A52C" w14:textId="77777777" w:rsidTr="003F0D1D">
        <w:trPr>
          <w:cantSplit/>
          <w:jc w:val="center"/>
        </w:trPr>
        <w:tc>
          <w:tcPr>
            <w:tcW w:w="3456" w:type="dxa"/>
            <w:shd w:val="clear" w:color="auto" w:fill="EAF3EF"/>
            <w:tcMar>
              <w:top w:w="70" w:type="dxa"/>
              <w:left w:w="70" w:type="dxa"/>
              <w:bottom w:w="70" w:type="dxa"/>
              <w:right w:w="70" w:type="dxa"/>
            </w:tcMar>
          </w:tcPr>
          <w:p w14:paraId="3DA2DF6A" w14:textId="77777777" w:rsidR="00686453" w:rsidRPr="003F0D1D" w:rsidRDefault="00D95FB4">
            <w:pPr>
              <w:rPr>
                <w:szCs w:val="24"/>
              </w:rPr>
            </w:pPr>
            <w:r w:rsidRPr="003F0D1D">
              <w:rPr>
                <w:b/>
                <w:color w:val="015A41"/>
                <w:szCs w:val="24"/>
              </w:rPr>
              <w:t>§483.73(a)(2)</w:t>
            </w:r>
          </w:p>
        </w:tc>
        <w:tc>
          <w:tcPr>
            <w:tcW w:w="3456" w:type="dxa"/>
            <w:tcMar>
              <w:top w:w="70" w:type="dxa"/>
              <w:left w:w="70" w:type="dxa"/>
              <w:bottom w:w="70" w:type="dxa"/>
              <w:right w:w="70" w:type="dxa"/>
            </w:tcMar>
          </w:tcPr>
          <w:p w14:paraId="2C61B994" w14:textId="77777777" w:rsidR="00686453" w:rsidRPr="003F0D1D" w:rsidRDefault="00D95FB4">
            <w:pPr>
              <w:rPr>
                <w:szCs w:val="24"/>
              </w:rPr>
            </w:pPr>
            <w:r w:rsidRPr="003F0D1D">
              <w:rPr>
                <w:szCs w:val="24"/>
              </w:rPr>
              <w:t>Strategies for identified emergencies</w:t>
            </w:r>
          </w:p>
        </w:tc>
        <w:tc>
          <w:tcPr>
            <w:tcW w:w="3456" w:type="dxa"/>
            <w:shd w:val="clear" w:color="auto" w:fill="F3F5F4"/>
            <w:tcMar>
              <w:top w:w="70" w:type="dxa"/>
              <w:left w:w="70" w:type="dxa"/>
              <w:bottom w:w="70" w:type="dxa"/>
              <w:right w:w="70" w:type="dxa"/>
            </w:tcMar>
          </w:tcPr>
          <w:p w14:paraId="3C1934F6" w14:textId="77777777" w:rsidR="00686453" w:rsidRPr="003F0D1D" w:rsidRDefault="00D95FB4">
            <w:pPr>
              <w:rPr>
                <w:szCs w:val="24"/>
              </w:rPr>
            </w:pPr>
            <w:r w:rsidRPr="003F0D1D">
              <w:rPr>
                <w:i/>
                <w:color w:val="66706B"/>
                <w:szCs w:val="24"/>
              </w:rPr>
              <w:t>Section 3 / incident appendices</w:t>
            </w:r>
          </w:p>
        </w:tc>
      </w:tr>
      <w:tr w:rsidR="00686453" w:rsidRPr="003F0D1D" w14:paraId="3CDBFBC9" w14:textId="77777777" w:rsidTr="003F0D1D">
        <w:trPr>
          <w:cantSplit/>
          <w:jc w:val="center"/>
        </w:trPr>
        <w:tc>
          <w:tcPr>
            <w:tcW w:w="3456" w:type="dxa"/>
            <w:shd w:val="clear" w:color="auto" w:fill="F7FAF8"/>
            <w:tcMar>
              <w:top w:w="70" w:type="dxa"/>
              <w:left w:w="70" w:type="dxa"/>
              <w:bottom w:w="70" w:type="dxa"/>
              <w:right w:w="70" w:type="dxa"/>
            </w:tcMar>
          </w:tcPr>
          <w:p w14:paraId="75FA60B9" w14:textId="77777777" w:rsidR="00686453" w:rsidRPr="003F0D1D" w:rsidRDefault="00D95FB4">
            <w:pPr>
              <w:rPr>
                <w:szCs w:val="24"/>
              </w:rPr>
            </w:pPr>
            <w:r w:rsidRPr="003F0D1D">
              <w:rPr>
                <w:b/>
                <w:color w:val="015A41"/>
                <w:szCs w:val="24"/>
              </w:rPr>
              <w:t>§483.73(a)(3) / E-0007</w:t>
            </w:r>
          </w:p>
        </w:tc>
        <w:tc>
          <w:tcPr>
            <w:tcW w:w="3456" w:type="dxa"/>
            <w:tcMar>
              <w:top w:w="70" w:type="dxa"/>
              <w:left w:w="70" w:type="dxa"/>
              <w:bottom w:w="70" w:type="dxa"/>
              <w:right w:w="70" w:type="dxa"/>
            </w:tcMar>
          </w:tcPr>
          <w:p w14:paraId="215D8DF3" w14:textId="77777777" w:rsidR="00686453" w:rsidRPr="003F0D1D" w:rsidRDefault="00D95FB4">
            <w:pPr>
              <w:rPr>
                <w:szCs w:val="24"/>
              </w:rPr>
            </w:pPr>
            <w:r w:rsidRPr="003F0D1D">
              <w:rPr>
                <w:szCs w:val="24"/>
              </w:rPr>
              <w:t>Resident population; services; continuity; delegation; succession</w:t>
            </w:r>
          </w:p>
        </w:tc>
        <w:tc>
          <w:tcPr>
            <w:tcW w:w="3456" w:type="dxa"/>
            <w:shd w:val="clear" w:color="auto" w:fill="F3F5F4"/>
            <w:tcMar>
              <w:top w:w="70" w:type="dxa"/>
              <w:left w:w="70" w:type="dxa"/>
              <w:bottom w:w="70" w:type="dxa"/>
              <w:right w:w="70" w:type="dxa"/>
            </w:tcMar>
          </w:tcPr>
          <w:p w14:paraId="1D1B56C1" w14:textId="77777777" w:rsidR="00686453" w:rsidRPr="003F0D1D" w:rsidRDefault="00D95FB4">
            <w:pPr>
              <w:rPr>
                <w:szCs w:val="24"/>
              </w:rPr>
            </w:pPr>
            <w:r w:rsidRPr="003F0D1D">
              <w:rPr>
                <w:i/>
                <w:color w:val="66706B"/>
                <w:szCs w:val="24"/>
              </w:rPr>
              <w:t>Front matter / Sections 5-6</w:t>
            </w:r>
          </w:p>
        </w:tc>
      </w:tr>
      <w:tr w:rsidR="00686453" w:rsidRPr="003F0D1D" w14:paraId="5B8F01AE" w14:textId="77777777" w:rsidTr="003F0D1D">
        <w:trPr>
          <w:cantSplit/>
          <w:jc w:val="center"/>
        </w:trPr>
        <w:tc>
          <w:tcPr>
            <w:tcW w:w="3456" w:type="dxa"/>
            <w:shd w:val="clear" w:color="auto" w:fill="EAF3EF"/>
            <w:tcMar>
              <w:top w:w="70" w:type="dxa"/>
              <w:left w:w="70" w:type="dxa"/>
              <w:bottom w:w="70" w:type="dxa"/>
              <w:right w:w="70" w:type="dxa"/>
            </w:tcMar>
          </w:tcPr>
          <w:p w14:paraId="5E572768" w14:textId="77777777" w:rsidR="00686453" w:rsidRPr="003F0D1D" w:rsidRDefault="00D95FB4">
            <w:pPr>
              <w:rPr>
                <w:szCs w:val="24"/>
              </w:rPr>
            </w:pPr>
            <w:r w:rsidRPr="003F0D1D">
              <w:rPr>
                <w:b/>
                <w:color w:val="015A41"/>
                <w:szCs w:val="24"/>
              </w:rPr>
              <w:t>§483.73(a)(4) / E-0009</w:t>
            </w:r>
          </w:p>
        </w:tc>
        <w:tc>
          <w:tcPr>
            <w:tcW w:w="3456" w:type="dxa"/>
            <w:tcMar>
              <w:top w:w="70" w:type="dxa"/>
              <w:left w:w="70" w:type="dxa"/>
              <w:bottom w:w="70" w:type="dxa"/>
              <w:right w:w="70" w:type="dxa"/>
            </w:tcMar>
          </w:tcPr>
          <w:p w14:paraId="508FB55E" w14:textId="77777777" w:rsidR="00686453" w:rsidRPr="003F0D1D" w:rsidRDefault="00D95FB4">
            <w:pPr>
              <w:rPr>
                <w:szCs w:val="24"/>
              </w:rPr>
            </w:pPr>
            <w:r w:rsidRPr="003F0D1D">
              <w:rPr>
                <w:szCs w:val="24"/>
              </w:rPr>
              <w:t>Cooperation/collaboration with preparedness officials</w:t>
            </w:r>
          </w:p>
        </w:tc>
        <w:tc>
          <w:tcPr>
            <w:tcW w:w="3456" w:type="dxa"/>
            <w:shd w:val="clear" w:color="auto" w:fill="F3F5F4"/>
            <w:tcMar>
              <w:top w:w="70" w:type="dxa"/>
              <w:left w:w="70" w:type="dxa"/>
              <w:bottom w:w="70" w:type="dxa"/>
              <w:right w:w="70" w:type="dxa"/>
            </w:tcMar>
          </w:tcPr>
          <w:p w14:paraId="342DC944" w14:textId="77777777" w:rsidR="00686453" w:rsidRPr="003F0D1D" w:rsidRDefault="00D95FB4">
            <w:pPr>
              <w:rPr>
                <w:szCs w:val="24"/>
              </w:rPr>
            </w:pPr>
            <w:r w:rsidRPr="003F0D1D">
              <w:rPr>
                <w:i/>
                <w:color w:val="66706B"/>
                <w:szCs w:val="24"/>
              </w:rPr>
              <w:t>Section 6</w:t>
            </w:r>
          </w:p>
        </w:tc>
      </w:tr>
      <w:tr w:rsidR="00EE37E3" w:rsidRPr="003F0D1D" w14:paraId="6C36C2F2" w14:textId="77777777" w:rsidTr="003F0D1D">
        <w:trPr>
          <w:cantSplit/>
          <w:jc w:val="center"/>
        </w:trPr>
        <w:tc>
          <w:tcPr>
            <w:tcW w:w="3456" w:type="dxa"/>
            <w:shd w:val="clear" w:color="auto" w:fill="EAF3EF"/>
            <w:tcMar>
              <w:top w:w="70" w:type="dxa"/>
              <w:left w:w="70" w:type="dxa"/>
              <w:bottom w:w="70" w:type="dxa"/>
              <w:right w:w="70" w:type="dxa"/>
            </w:tcMar>
          </w:tcPr>
          <w:p w14:paraId="08B451FE" w14:textId="689C148D" w:rsidR="00EE37E3" w:rsidRPr="003F0D1D" w:rsidRDefault="00EE37E3" w:rsidP="00EE37E3">
            <w:pPr>
              <w:rPr>
                <w:b/>
                <w:color w:val="015A41"/>
                <w:szCs w:val="24"/>
              </w:rPr>
            </w:pPr>
            <w:r w:rsidRPr="003F0D1D">
              <w:rPr>
                <w:b/>
                <w:color w:val="015A41"/>
                <w:szCs w:val="24"/>
              </w:rPr>
              <w:t>§483.73(b) / E-0013</w:t>
            </w:r>
          </w:p>
        </w:tc>
        <w:tc>
          <w:tcPr>
            <w:tcW w:w="3456" w:type="dxa"/>
            <w:tcMar>
              <w:top w:w="70" w:type="dxa"/>
              <w:left w:w="70" w:type="dxa"/>
              <w:bottom w:w="70" w:type="dxa"/>
              <w:right w:w="70" w:type="dxa"/>
            </w:tcMar>
          </w:tcPr>
          <w:p w14:paraId="08BA382C" w14:textId="46CD4AAD" w:rsidR="00EE37E3" w:rsidRPr="003F0D1D" w:rsidRDefault="00EE37E3" w:rsidP="00EE37E3">
            <w:pPr>
              <w:rPr>
                <w:szCs w:val="24"/>
              </w:rPr>
            </w:pPr>
            <w:r w:rsidRPr="003F0D1D">
              <w:rPr>
                <w:szCs w:val="24"/>
              </w:rPr>
              <w:t>Emergency policies/procedures based on plan, risk assessment, and communication plan; review/update at least annually</w:t>
            </w:r>
          </w:p>
        </w:tc>
        <w:tc>
          <w:tcPr>
            <w:tcW w:w="3456" w:type="dxa"/>
            <w:shd w:val="clear" w:color="auto" w:fill="F3F5F4"/>
            <w:tcMar>
              <w:top w:w="70" w:type="dxa"/>
              <w:left w:w="70" w:type="dxa"/>
              <w:bottom w:w="70" w:type="dxa"/>
              <w:right w:w="70" w:type="dxa"/>
            </w:tcMar>
          </w:tcPr>
          <w:p w14:paraId="6B09A61E" w14:textId="4CB6A670" w:rsidR="00EE37E3" w:rsidRPr="003F0D1D" w:rsidRDefault="00EE37E3" w:rsidP="00EE37E3">
            <w:pPr>
              <w:rPr>
                <w:i/>
                <w:color w:val="66706B"/>
                <w:szCs w:val="24"/>
              </w:rPr>
            </w:pPr>
            <w:r w:rsidRPr="003F0D1D">
              <w:rPr>
                <w:i/>
                <w:color w:val="66706B"/>
                <w:szCs w:val="24"/>
              </w:rPr>
              <w:t>Section 2 / Attachment C</w:t>
            </w:r>
          </w:p>
        </w:tc>
      </w:tr>
      <w:tr w:rsidR="00686453" w:rsidRPr="003F0D1D" w14:paraId="640548FD" w14:textId="77777777" w:rsidTr="003F0D1D">
        <w:trPr>
          <w:cantSplit/>
          <w:jc w:val="center"/>
        </w:trPr>
        <w:tc>
          <w:tcPr>
            <w:tcW w:w="3456" w:type="dxa"/>
            <w:shd w:val="clear" w:color="auto" w:fill="F7FAF8"/>
            <w:tcMar>
              <w:top w:w="70" w:type="dxa"/>
              <w:left w:w="70" w:type="dxa"/>
              <w:bottom w:w="70" w:type="dxa"/>
              <w:right w:w="70" w:type="dxa"/>
            </w:tcMar>
          </w:tcPr>
          <w:p w14:paraId="18405119" w14:textId="77777777" w:rsidR="00686453" w:rsidRPr="003F0D1D" w:rsidRDefault="00D95FB4">
            <w:pPr>
              <w:rPr>
                <w:szCs w:val="24"/>
              </w:rPr>
            </w:pPr>
            <w:r w:rsidRPr="003F0D1D">
              <w:rPr>
                <w:b/>
                <w:color w:val="015A41"/>
                <w:szCs w:val="24"/>
              </w:rPr>
              <w:t>§483.73(b)(1) / E-0015</w:t>
            </w:r>
          </w:p>
        </w:tc>
        <w:tc>
          <w:tcPr>
            <w:tcW w:w="3456" w:type="dxa"/>
            <w:tcMar>
              <w:top w:w="70" w:type="dxa"/>
              <w:left w:w="70" w:type="dxa"/>
              <w:bottom w:w="70" w:type="dxa"/>
              <w:right w:w="70" w:type="dxa"/>
            </w:tcMar>
          </w:tcPr>
          <w:p w14:paraId="7673DA3C" w14:textId="77777777" w:rsidR="00686453" w:rsidRPr="003F0D1D" w:rsidRDefault="00D95FB4">
            <w:pPr>
              <w:rPr>
                <w:szCs w:val="24"/>
              </w:rPr>
            </w:pPr>
            <w:r w:rsidRPr="003F0D1D">
              <w:rPr>
                <w:szCs w:val="24"/>
              </w:rPr>
              <w:t>Subsistence: food, water, medical/pharmaceutical supplies, alternate energy, temperatures, emergency lighting, fire systems, sewage/waste</w:t>
            </w:r>
          </w:p>
        </w:tc>
        <w:tc>
          <w:tcPr>
            <w:tcW w:w="3456" w:type="dxa"/>
            <w:shd w:val="clear" w:color="auto" w:fill="F3F5F4"/>
            <w:tcMar>
              <w:top w:w="70" w:type="dxa"/>
              <w:left w:w="70" w:type="dxa"/>
              <w:bottom w:w="70" w:type="dxa"/>
              <w:right w:w="70" w:type="dxa"/>
            </w:tcMar>
          </w:tcPr>
          <w:p w14:paraId="55882BCD" w14:textId="77777777" w:rsidR="00686453" w:rsidRPr="003F0D1D" w:rsidRDefault="00D95FB4">
            <w:pPr>
              <w:rPr>
                <w:szCs w:val="24"/>
              </w:rPr>
            </w:pPr>
            <w:r w:rsidRPr="003F0D1D">
              <w:rPr>
                <w:i/>
                <w:color w:val="66706B"/>
                <w:szCs w:val="24"/>
              </w:rPr>
              <w:t>Sections 7, 10-11 / Attachments H-M</w:t>
            </w:r>
          </w:p>
        </w:tc>
      </w:tr>
      <w:tr w:rsidR="00686453" w:rsidRPr="003F0D1D" w14:paraId="5FF2999C" w14:textId="77777777" w:rsidTr="003F0D1D">
        <w:trPr>
          <w:cantSplit/>
          <w:jc w:val="center"/>
        </w:trPr>
        <w:tc>
          <w:tcPr>
            <w:tcW w:w="3456" w:type="dxa"/>
            <w:shd w:val="clear" w:color="auto" w:fill="EAF3EF"/>
            <w:tcMar>
              <w:top w:w="70" w:type="dxa"/>
              <w:left w:w="70" w:type="dxa"/>
              <w:bottom w:w="70" w:type="dxa"/>
              <w:right w:w="70" w:type="dxa"/>
            </w:tcMar>
          </w:tcPr>
          <w:p w14:paraId="39CDF2DE" w14:textId="77777777" w:rsidR="00686453" w:rsidRPr="003F0D1D" w:rsidRDefault="00D95FB4">
            <w:pPr>
              <w:rPr>
                <w:szCs w:val="24"/>
              </w:rPr>
            </w:pPr>
            <w:r w:rsidRPr="003F0D1D">
              <w:rPr>
                <w:b/>
                <w:color w:val="015A41"/>
                <w:szCs w:val="24"/>
              </w:rPr>
              <w:t>§483.73(b)(2) / E-0018</w:t>
            </w:r>
          </w:p>
        </w:tc>
        <w:tc>
          <w:tcPr>
            <w:tcW w:w="3456" w:type="dxa"/>
            <w:tcMar>
              <w:top w:w="70" w:type="dxa"/>
              <w:left w:w="70" w:type="dxa"/>
              <w:bottom w:w="70" w:type="dxa"/>
              <w:right w:w="70" w:type="dxa"/>
            </w:tcMar>
          </w:tcPr>
          <w:p w14:paraId="2CEB0A23" w14:textId="77777777" w:rsidR="00686453" w:rsidRPr="003F0D1D" w:rsidRDefault="00D95FB4">
            <w:pPr>
              <w:rPr>
                <w:szCs w:val="24"/>
              </w:rPr>
            </w:pPr>
            <w:r w:rsidRPr="003F0D1D">
              <w:rPr>
                <w:szCs w:val="24"/>
              </w:rPr>
              <w:t>On-duty staff and sheltered resident tracking; receiving location documentation</w:t>
            </w:r>
          </w:p>
        </w:tc>
        <w:tc>
          <w:tcPr>
            <w:tcW w:w="3456" w:type="dxa"/>
            <w:shd w:val="clear" w:color="auto" w:fill="F3F5F4"/>
            <w:tcMar>
              <w:top w:w="70" w:type="dxa"/>
              <w:left w:w="70" w:type="dxa"/>
              <w:bottom w:w="70" w:type="dxa"/>
              <w:right w:w="70" w:type="dxa"/>
            </w:tcMar>
          </w:tcPr>
          <w:p w14:paraId="4FF0B23C" w14:textId="77777777" w:rsidR="00686453" w:rsidRPr="003F0D1D" w:rsidRDefault="00D95FB4">
            <w:pPr>
              <w:rPr>
                <w:szCs w:val="24"/>
              </w:rPr>
            </w:pPr>
            <w:r w:rsidRPr="003F0D1D">
              <w:rPr>
                <w:i/>
                <w:color w:val="66706B"/>
                <w:szCs w:val="24"/>
              </w:rPr>
              <w:t>Section 9 / Attachment J</w:t>
            </w:r>
          </w:p>
        </w:tc>
      </w:tr>
      <w:tr w:rsidR="00686453" w:rsidRPr="003F0D1D" w14:paraId="1E68CFCC" w14:textId="77777777" w:rsidTr="003F0D1D">
        <w:trPr>
          <w:cantSplit/>
          <w:jc w:val="center"/>
        </w:trPr>
        <w:tc>
          <w:tcPr>
            <w:tcW w:w="3456" w:type="dxa"/>
            <w:shd w:val="clear" w:color="auto" w:fill="F7FAF8"/>
            <w:tcMar>
              <w:top w:w="70" w:type="dxa"/>
              <w:left w:w="70" w:type="dxa"/>
              <w:bottom w:w="70" w:type="dxa"/>
              <w:right w:w="70" w:type="dxa"/>
            </w:tcMar>
          </w:tcPr>
          <w:p w14:paraId="78FBF280" w14:textId="77777777" w:rsidR="00686453" w:rsidRPr="003F0D1D" w:rsidRDefault="00D95FB4">
            <w:pPr>
              <w:rPr>
                <w:szCs w:val="24"/>
              </w:rPr>
            </w:pPr>
            <w:r w:rsidRPr="003F0D1D">
              <w:rPr>
                <w:b/>
                <w:color w:val="015A41"/>
                <w:szCs w:val="24"/>
              </w:rPr>
              <w:lastRenderedPageBreak/>
              <w:t>§483.73(b)(3) / E-0020</w:t>
            </w:r>
          </w:p>
        </w:tc>
        <w:tc>
          <w:tcPr>
            <w:tcW w:w="3456" w:type="dxa"/>
            <w:tcMar>
              <w:top w:w="70" w:type="dxa"/>
              <w:left w:w="70" w:type="dxa"/>
              <w:bottom w:w="70" w:type="dxa"/>
              <w:right w:w="70" w:type="dxa"/>
            </w:tcMar>
          </w:tcPr>
          <w:p w14:paraId="749309DD" w14:textId="77777777" w:rsidR="00686453" w:rsidRPr="003F0D1D" w:rsidRDefault="00D95FB4">
            <w:pPr>
              <w:rPr>
                <w:szCs w:val="24"/>
              </w:rPr>
            </w:pPr>
            <w:r w:rsidRPr="003F0D1D">
              <w:rPr>
                <w:szCs w:val="24"/>
              </w:rPr>
              <w:t>Safe evacuation: resident care, staff responsibilities, transportation, destinations, communications</w:t>
            </w:r>
          </w:p>
        </w:tc>
        <w:tc>
          <w:tcPr>
            <w:tcW w:w="3456" w:type="dxa"/>
            <w:shd w:val="clear" w:color="auto" w:fill="F3F5F4"/>
            <w:tcMar>
              <w:top w:w="70" w:type="dxa"/>
              <w:left w:w="70" w:type="dxa"/>
              <w:bottom w:w="70" w:type="dxa"/>
              <w:right w:w="70" w:type="dxa"/>
            </w:tcMar>
          </w:tcPr>
          <w:p w14:paraId="47EE5CBE" w14:textId="77777777" w:rsidR="00686453" w:rsidRPr="003F0D1D" w:rsidRDefault="00D95FB4">
            <w:pPr>
              <w:rPr>
                <w:szCs w:val="24"/>
              </w:rPr>
            </w:pPr>
            <w:r w:rsidRPr="003F0D1D">
              <w:rPr>
                <w:i/>
                <w:color w:val="66706B"/>
                <w:szCs w:val="24"/>
              </w:rPr>
              <w:t>Section 12 / Attachment I</w:t>
            </w:r>
          </w:p>
        </w:tc>
      </w:tr>
      <w:tr w:rsidR="00686453" w:rsidRPr="003F0D1D" w14:paraId="74C12D84" w14:textId="77777777" w:rsidTr="003F0D1D">
        <w:trPr>
          <w:cantSplit/>
          <w:jc w:val="center"/>
        </w:trPr>
        <w:tc>
          <w:tcPr>
            <w:tcW w:w="3456" w:type="dxa"/>
            <w:shd w:val="clear" w:color="auto" w:fill="EAF3EF"/>
            <w:tcMar>
              <w:top w:w="70" w:type="dxa"/>
              <w:left w:w="70" w:type="dxa"/>
              <w:bottom w:w="70" w:type="dxa"/>
              <w:right w:w="70" w:type="dxa"/>
            </w:tcMar>
          </w:tcPr>
          <w:p w14:paraId="35F898BB" w14:textId="77777777" w:rsidR="00686453" w:rsidRPr="003F0D1D" w:rsidRDefault="00D95FB4">
            <w:pPr>
              <w:rPr>
                <w:szCs w:val="24"/>
              </w:rPr>
            </w:pPr>
            <w:r w:rsidRPr="003F0D1D">
              <w:rPr>
                <w:b/>
                <w:color w:val="015A41"/>
                <w:szCs w:val="24"/>
              </w:rPr>
              <w:t>§483.73(b)(4) / E-0022</w:t>
            </w:r>
          </w:p>
        </w:tc>
        <w:tc>
          <w:tcPr>
            <w:tcW w:w="3456" w:type="dxa"/>
            <w:tcMar>
              <w:top w:w="70" w:type="dxa"/>
              <w:left w:w="70" w:type="dxa"/>
              <w:bottom w:w="70" w:type="dxa"/>
              <w:right w:w="70" w:type="dxa"/>
            </w:tcMar>
          </w:tcPr>
          <w:p w14:paraId="1D080CB0" w14:textId="77777777" w:rsidR="00686453" w:rsidRPr="003F0D1D" w:rsidRDefault="00D95FB4">
            <w:pPr>
              <w:rPr>
                <w:szCs w:val="24"/>
              </w:rPr>
            </w:pPr>
            <w:r w:rsidRPr="003F0D1D">
              <w:rPr>
                <w:szCs w:val="24"/>
              </w:rPr>
              <w:t>Shelter-in-place</w:t>
            </w:r>
          </w:p>
        </w:tc>
        <w:tc>
          <w:tcPr>
            <w:tcW w:w="3456" w:type="dxa"/>
            <w:shd w:val="clear" w:color="auto" w:fill="F3F5F4"/>
            <w:tcMar>
              <w:top w:w="70" w:type="dxa"/>
              <w:left w:w="70" w:type="dxa"/>
              <w:bottom w:w="70" w:type="dxa"/>
              <w:right w:w="70" w:type="dxa"/>
            </w:tcMar>
          </w:tcPr>
          <w:p w14:paraId="58DB6BBE" w14:textId="77777777" w:rsidR="00686453" w:rsidRPr="003F0D1D" w:rsidRDefault="00D95FB4">
            <w:pPr>
              <w:rPr>
                <w:szCs w:val="24"/>
              </w:rPr>
            </w:pPr>
            <w:r w:rsidRPr="003F0D1D">
              <w:rPr>
                <w:i/>
                <w:color w:val="66706B"/>
                <w:szCs w:val="24"/>
              </w:rPr>
              <w:t>Section 12 / Attachment I</w:t>
            </w:r>
          </w:p>
        </w:tc>
      </w:tr>
      <w:tr w:rsidR="00686453" w:rsidRPr="003F0D1D" w14:paraId="0ECD23BA" w14:textId="77777777" w:rsidTr="003F0D1D">
        <w:trPr>
          <w:cantSplit/>
          <w:jc w:val="center"/>
        </w:trPr>
        <w:tc>
          <w:tcPr>
            <w:tcW w:w="3456" w:type="dxa"/>
            <w:shd w:val="clear" w:color="auto" w:fill="F7FAF8"/>
            <w:tcMar>
              <w:top w:w="70" w:type="dxa"/>
              <w:left w:w="70" w:type="dxa"/>
              <w:bottom w:w="70" w:type="dxa"/>
              <w:right w:w="70" w:type="dxa"/>
            </w:tcMar>
          </w:tcPr>
          <w:p w14:paraId="31FC0476" w14:textId="77777777" w:rsidR="00686453" w:rsidRPr="003F0D1D" w:rsidRDefault="00D95FB4">
            <w:pPr>
              <w:rPr>
                <w:szCs w:val="24"/>
              </w:rPr>
            </w:pPr>
            <w:r w:rsidRPr="003F0D1D">
              <w:rPr>
                <w:b/>
                <w:color w:val="015A41"/>
                <w:szCs w:val="24"/>
              </w:rPr>
              <w:t>§483.73(b)(5) / E-0023</w:t>
            </w:r>
          </w:p>
        </w:tc>
        <w:tc>
          <w:tcPr>
            <w:tcW w:w="3456" w:type="dxa"/>
            <w:tcMar>
              <w:top w:w="70" w:type="dxa"/>
              <w:left w:w="70" w:type="dxa"/>
              <w:bottom w:w="70" w:type="dxa"/>
              <w:right w:w="70" w:type="dxa"/>
            </w:tcMar>
          </w:tcPr>
          <w:p w14:paraId="2C43DEBD" w14:textId="77777777" w:rsidR="00686453" w:rsidRPr="003F0D1D" w:rsidRDefault="00D95FB4">
            <w:pPr>
              <w:rPr>
                <w:szCs w:val="24"/>
              </w:rPr>
            </w:pPr>
            <w:r w:rsidRPr="003F0D1D">
              <w:rPr>
                <w:szCs w:val="24"/>
              </w:rPr>
              <w:t>Medical documentation confidentiality, security, availability</w:t>
            </w:r>
          </w:p>
        </w:tc>
        <w:tc>
          <w:tcPr>
            <w:tcW w:w="3456" w:type="dxa"/>
            <w:shd w:val="clear" w:color="auto" w:fill="F3F5F4"/>
            <w:tcMar>
              <w:top w:w="70" w:type="dxa"/>
              <w:left w:w="70" w:type="dxa"/>
              <w:bottom w:w="70" w:type="dxa"/>
              <w:right w:w="70" w:type="dxa"/>
            </w:tcMar>
          </w:tcPr>
          <w:p w14:paraId="42C4B128" w14:textId="77777777" w:rsidR="00686453" w:rsidRPr="003F0D1D" w:rsidRDefault="00D95FB4">
            <w:pPr>
              <w:rPr>
                <w:szCs w:val="24"/>
              </w:rPr>
            </w:pPr>
            <w:r w:rsidRPr="003F0D1D">
              <w:rPr>
                <w:i/>
                <w:color w:val="66706B"/>
                <w:szCs w:val="24"/>
              </w:rPr>
              <w:t>Section 9 / Attachment J</w:t>
            </w:r>
          </w:p>
        </w:tc>
      </w:tr>
      <w:tr w:rsidR="00686453" w:rsidRPr="003F0D1D" w14:paraId="71696802" w14:textId="77777777" w:rsidTr="003F0D1D">
        <w:trPr>
          <w:cantSplit/>
          <w:jc w:val="center"/>
        </w:trPr>
        <w:tc>
          <w:tcPr>
            <w:tcW w:w="3456" w:type="dxa"/>
            <w:shd w:val="clear" w:color="auto" w:fill="EAF3EF"/>
            <w:tcMar>
              <w:top w:w="70" w:type="dxa"/>
              <w:left w:w="70" w:type="dxa"/>
              <w:bottom w:w="70" w:type="dxa"/>
              <w:right w:w="70" w:type="dxa"/>
            </w:tcMar>
          </w:tcPr>
          <w:p w14:paraId="6EE04207" w14:textId="77777777" w:rsidR="00686453" w:rsidRPr="003F0D1D" w:rsidRDefault="00D95FB4">
            <w:pPr>
              <w:rPr>
                <w:szCs w:val="24"/>
              </w:rPr>
            </w:pPr>
            <w:r w:rsidRPr="003F0D1D">
              <w:rPr>
                <w:b/>
                <w:color w:val="015A41"/>
                <w:szCs w:val="24"/>
              </w:rPr>
              <w:t>§483.73(b)(6) / E-0024</w:t>
            </w:r>
          </w:p>
        </w:tc>
        <w:tc>
          <w:tcPr>
            <w:tcW w:w="3456" w:type="dxa"/>
            <w:tcMar>
              <w:top w:w="70" w:type="dxa"/>
              <w:left w:w="70" w:type="dxa"/>
              <w:bottom w:w="70" w:type="dxa"/>
              <w:right w:w="70" w:type="dxa"/>
            </w:tcMar>
          </w:tcPr>
          <w:p w14:paraId="2C51EDDF" w14:textId="77777777" w:rsidR="00686453" w:rsidRPr="003F0D1D" w:rsidRDefault="00D95FB4">
            <w:pPr>
              <w:rPr>
                <w:szCs w:val="24"/>
              </w:rPr>
            </w:pPr>
            <w:r w:rsidRPr="003F0D1D">
              <w:rPr>
                <w:szCs w:val="24"/>
              </w:rPr>
              <w:t>Volunteers and emergency staffing strategies</w:t>
            </w:r>
          </w:p>
        </w:tc>
        <w:tc>
          <w:tcPr>
            <w:tcW w:w="3456" w:type="dxa"/>
            <w:shd w:val="clear" w:color="auto" w:fill="F3F5F4"/>
            <w:tcMar>
              <w:top w:w="70" w:type="dxa"/>
              <w:left w:w="70" w:type="dxa"/>
              <w:bottom w:w="70" w:type="dxa"/>
              <w:right w:w="70" w:type="dxa"/>
            </w:tcMar>
          </w:tcPr>
          <w:p w14:paraId="5E1F4A11" w14:textId="77777777" w:rsidR="00686453" w:rsidRPr="003F0D1D" w:rsidRDefault="00D95FB4">
            <w:pPr>
              <w:rPr>
                <w:szCs w:val="24"/>
              </w:rPr>
            </w:pPr>
            <w:r w:rsidRPr="003F0D1D">
              <w:rPr>
                <w:i/>
                <w:color w:val="66706B"/>
                <w:szCs w:val="24"/>
              </w:rPr>
              <w:t>Section 8 / Attachment K</w:t>
            </w:r>
          </w:p>
        </w:tc>
      </w:tr>
      <w:tr w:rsidR="00686453" w:rsidRPr="003F0D1D" w14:paraId="72523A48" w14:textId="77777777" w:rsidTr="003F0D1D">
        <w:trPr>
          <w:cantSplit/>
          <w:jc w:val="center"/>
        </w:trPr>
        <w:tc>
          <w:tcPr>
            <w:tcW w:w="3456" w:type="dxa"/>
            <w:shd w:val="clear" w:color="auto" w:fill="F7FAF8"/>
            <w:tcMar>
              <w:top w:w="70" w:type="dxa"/>
              <w:left w:w="70" w:type="dxa"/>
              <w:bottom w:w="70" w:type="dxa"/>
              <w:right w:w="70" w:type="dxa"/>
            </w:tcMar>
          </w:tcPr>
          <w:p w14:paraId="73C7FBE6" w14:textId="77777777" w:rsidR="00686453" w:rsidRPr="003F0D1D" w:rsidRDefault="00D95FB4">
            <w:pPr>
              <w:rPr>
                <w:szCs w:val="24"/>
              </w:rPr>
            </w:pPr>
            <w:r w:rsidRPr="003F0D1D">
              <w:rPr>
                <w:b/>
                <w:color w:val="015A41"/>
                <w:szCs w:val="24"/>
              </w:rPr>
              <w:t>§483.73(b)(7) / E-0025</w:t>
            </w:r>
          </w:p>
        </w:tc>
        <w:tc>
          <w:tcPr>
            <w:tcW w:w="3456" w:type="dxa"/>
            <w:tcMar>
              <w:top w:w="70" w:type="dxa"/>
              <w:left w:w="70" w:type="dxa"/>
              <w:bottom w:w="70" w:type="dxa"/>
              <w:right w:w="70" w:type="dxa"/>
            </w:tcMar>
          </w:tcPr>
          <w:p w14:paraId="5A17AB67" w14:textId="77777777" w:rsidR="00686453" w:rsidRPr="003F0D1D" w:rsidRDefault="00D95FB4">
            <w:pPr>
              <w:rPr>
                <w:szCs w:val="24"/>
              </w:rPr>
            </w:pPr>
            <w:r w:rsidRPr="003F0D1D">
              <w:rPr>
                <w:szCs w:val="24"/>
              </w:rPr>
              <w:t>Receiving arrangements with LTC facilities / providers</w:t>
            </w:r>
          </w:p>
        </w:tc>
        <w:tc>
          <w:tcPr>
            <w:tcW w:w="3456" w:type="dxa"/>
            <w:shd w:val="clear" w:color="auto" w:fill="F3F5F4"/>
            <w:tcMar>
              <w:top w:w="70" w:type="dxa"/>
              <w:left w:w="70" w:type="dxa"/>
              <w:bottom w:w="70" w:type="dxa"/>
              <w:right w:w="70" w:type="dxa"/>
            </w:tcMar>
          </w:tcPr>
          <w:p w14:paraId="59176A34" w14:textId="77777777" w:rsidR="00686453" w:rsidRPr="003F0D1D" w:rsidRDefault="00D95FB4">
            <w:pPr>
              <w:rPr>
                <w:szCs w:val="24"/>
              </w:rPr>
            </w:pPr>
            <w:r w:rsidRPr="003F0D1D">
              <w:rPr>
                <w:i/>
                <w:color w:val="66706B"/>
                <w:szCs w:val="24"/>
              </w:rPr>
              <w:t>Section 7 / Attachment G</w:t>
            </w:r>
          </w:p>
        </w:tc>
      </w:tr>
      <w:tr w:rsidR="00686453" w:rsidRPr="003F0D1D" w14:paraId="701D2790" w14:textId="77777777" w:rsidTr="003F0D1D">
        <w:trPr>
          <w:cantSplit/>
          <w:jc w:val="center"/>
        </w:trPr>
        <w:tc>
          <w:tcPr>
            <w:tcW w:w="3456" w:type="dxa"/>
            <w:shd w:val="clear" w:color="auto" w:fill="EAF3EF"/>
            <w:tcMar>
              <w:top w:w="70" w:type="dxa"/>
              <w:left w:w="70" w:type="dxa"/>
              <w:bottom w:w="70" w:type="dxa"/>
              <w:right w:w="70" w:type="dxa"/>
            </w:tcMar>
          </w:tcPr>
          <w:p w14:paraId="5792E3DA" w14:textId="77777777" w:rsidR="00686453" w:rsidRPr="003F0D1D" w:rsidRDefault="00D95FB4">
            <w:pPr>
              <w:rPr>
                <w:szCs w:val="24"/>
              </w:rPr>
            </w:pPr>
            <w:r w:rsidRPr="003F0D1D">
              <w:rPr>
                <w:b/>
                <w:color w:val="015A41"/>
                <w:szCs w:val="24"/>
              </w:rPr>
              <w:t>§483.73(b)(8) / E-0026</w:t>
            </w:r>
          </w:p>
        </w:tc>
        <w:tc>
          <w:tcPr>
            <w:tcW w:w="3456" w:type="dxa"/>
            <w:tcMar>
              <w:top w:w="70" w:type="dxa"/>
              <w:left w:w="70" w:type="dxa"/>
              <w:bottom w:w="70" w:type="dxa"/>
              <w:right w:w="70" w:type="dxa"/>
            </w:tcMar>
          </w:tcPr>
          <w:p w14:paraId="393BFA3D" w14:textId="77777777" w:rsidR="00686453" w:rsidRPr="003F0D1D" w:rsidRDefault="00D95FB4">
            <w:pPr>
              <w:rPr>
                <w:szCs w:val="24"/>
              </w:rPr>
            </w:pPr>
            <w:r w:rsidRPr="003F0D1D">
              <w:rPr>
                <w:szCs w:val="24"/>
              </w:rPr>
              <w:t>Role under §1135 waiver / alternate care site</w:t>
            </w:r>
          </w:p>
        </w:tc>
        <w:tc>
          <w:tcPr>
            <w:tcW w:w="3456" w:type="dxa"/>
            <w:shd w:val="clear" w:color="auto" w:fill="F3F5F4"/>
            <w:tcMar>
              <w:top w:w="70" w:type="dxa"/>
              <w:left w:w="70" w:type="dxa"/>
              <w:bottom w:w="70" w:type="dxa"/>
              <w:right w:w="70" w:type="dxa"/>
            </w:tcMar>
          </w:tcPr>
          <w:p w14:paraId="4CFBBA0B" w14:textId="77777777" w:rsidR="00686453" w:rsidRPr="003F0D1D" w:rsidRDefault="00D95FB4">
            <w:pPr>
              <w:rPr>
                <w:szCs w:val="24"/>
              </w:rPr>
            </w:pPr>
            <w:r w:rsidRPr="003F0D1D">
              <w:rPr>
                <w:i/>
                <w:color w:val="66706B"/>
                <w:szCs w:val="24"/>
              </w:rPr>
              <w:t>Attachment C</w:t>
            </w:r>
          </w:p>
        </w:tc>
      </w:tr>
    </w:tbl>
    <w:p w14:paraId="2983AAE9" w14:textId="77777777" w:rsidR="00686453" w:rsidRDefault="00686453">
      <w:pPr>
        <w:spacing w:after="0"/>
      </w:pPr>
    </w:p>
    <w:p w14:paraId="3B408031" w14:textId="77777777" w:rsidR="00686453" w:rsidRDefault="00D95FB4">
      <w:r>
        <w:br w:type="page"/>
      </w:r>
    </w:p>
    <w:p w14:paraId="34829F95" w14:textId="77777777" w:rsidR="00686453" w:rsidRDefault="00D95FB4">
      <w:pPr>
        <w:pStyle w:val="Heading1"/>
        <w:pBdr>
          <w:bottom w:val="single" w:sz="14" w:space="5" w:color="E63B07"/>
        </w:pBdr>
        <w:spacing w:before="140" w:after="140"/>
      </w:pPr>
      <w:r>
        <w:rPr>
          <w:rFonts w:ascii="Arial" w:eastAsia="Arial" w:hAnsi="Arial"/>
        </w:rPr>
        <w:lastRenderedPageBreak/>
        <w:t>ATTACHMENT A - CMS CROSSWALK (CONTINUED)</w:t>
      </w:r>
    </w:p>
    <w:tbl>
      <w:tblPr>
        <w:tblW w:w="10800"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3600"/>
        <w:gridCol w:w="3600"/>
        <w:gridCol w:w="3600"/>
      </w:tblGrid>
      <w:tr w:rsidR="005C075C" w:rsidRPr="003F0D1D" w14:paraId="014D10C3" w14:textId="77777777" w:rsidTr="004F3C27">
        <w:trPr>
          <w:tblHeader/>
          <w:jc w:val="center"/>
        </w:trPr>
        <w:tc>
          <w:tcPr>
            <w:tcW w:w="3600" w:type="dxa"/>
            <w:shd w:val="clear" w:color="auto" w:fill="015A41"/>
            <w:tcMar>
              <w:top w:w="70" w:type="dxa"/>
              <w:left w:w="70" w:type="dxa"/>
              <w:bottom w:w="70" w:type="dxa"/>
              <w:right w:w="70" w:type="dxa"/>
            </w:tcMar>
          </w:tcPr>
          <w:p w14:paraId="14B586BF" w14:textId="77777777" w:rsidR="005C075C" w:rsidRPr="003F0D1D" w:rsidRDefault="005C075C" w:rsidP="004F3C27">
            <w:pPr>
              <w:rPr>
                <w:szCs w:val="24"/>
              </w:rPr>
            </w:pPr>
            <w:r w:rsidRPr="003F0D1D">
              <w:rPr>
                <w:b/>
                <w:color w:val="FFFFFF"/>
                <w:szCs w:val="24"/>
              </w:rPr>
              <w:t>CMS Source</w:t>
            </w:r>
          </w:p>
        </w:tc>
        <w:tc>
          <w:tcPr>
            <w:tcW w:w="3600" w:type="dxa"/>
            <w:shd w:val="clear" w:color="auto" w:fill="015A41"/>
            <w:tcMar>
              <w:top w:w="70" w:type="dxa"/>
              <w:left w:w="70" w:type="dxa"/>
              <w:bottom w:w="70" w:type="dxa"/>
              <w:right w:w="70" w:type="dxa"/>
            </w:tcMar>
          </w:tcPr>
          <w:p w14:paraId="12FF06C9" w14:textId="77777777" w:rsidR="005C075C" w:rsidRPr="003F0D1D" w:rsidRDefault="005C075C" w:rsidP="004F3C27">
            <w:pPr>
              <w:rPr>
                <w:szCs w:val="24"/>
              </w:rPr>
            </w:pPr>
            <w:r w:rsidRPr="003F0D1D">
              <w:rPr>
                <w:b/>
                <w:color w:val="FFFFFF"/>
                <w:szCs w:val="24"/>
              </w:rPr>
              <w:t>Required Policy / Program Content</w:t>
            </w:r>
          </w:p>
        </w:tc>
        <w:tc>
          <w:tcPr>
            <w:tcW w:w="3600" w:type="dxa"/>
            <w:shd w:val="clear" w:color="auto" w:fill="015A41"/>
            <w:tcMar>
              <w:top w:w="70" w:type="dxa"/>
              <w:left w:w="70" w:type="dxa"/>
              <w:bottom w:w="70" w:type="dxa"/>
              <w:right w:w="70" w:type="dxa"/>
            </w:tcMar>
          </w:tcPr>
          <w:p w14:paraId="5CB405BD" w14:textId="77777777" w:rsidR="005C075C" w:rsidRPr="003F0D1D" w:rsidRDefault="005C075C" w:rsidP="004F3C27">
            <w:pPr>
              <w:rPr>
                <w:szCs w:val="24"/>
              </w:rPr>
            </w:pPr>
            <w:r w:rsidRPr="003F0D1D">
              <w:rPr>
                <w:b/>
                <w:color w:val="FFFFFF"/>
                <w:szCs w:val="24"/>
              </w:rPr>
              <w:t>Template Location</w:t>
            </w:r>
          </w:p>
        </w:tc>
      </w:tr>
      <w:tr w:rsidR="005C075C" w:rsidRPr="003F0D1D" w14:paraId="435F0831" w14:textId="77777777" w:rsidTr="004F3C27">
        <w:trPr>
          <w:cantSplit/>
          <w:jc w:val="center"/>
        </w:trPr>
        <w:tc>
          <w:tcPr>
            <w:tcW w:w="3600" w:type="dxa"/>
            <w:shd w:val="clear" w:color="auto" w:fill="EAF3EF"/>
            <w:tcMar>
              <w:top w:w="70" w:type="dxa"/>
              <w:left w:w="70" w:type="dxa"/>
              <w:bottom w:w="70" w:type="dxa"/>
              <w:right w:w="70" w:type="dxa"/>
            </w:tcMar>
          </w:tcPr>
          <w:p w14:paraId="0488A7F0" w14:textId="77777777" w:rsidR="005C075C" w:rsidRPr="003F0D1D" w:rsidRDefault="005C075C" w:rsidP="004F3C27">
            <w:pPr>
              <w:rPr>
                <w:szCs w:val="24"/>
              </w:rPr>
            </w:pPr>
            <w:r w:rsidRPr="003F0D1D">
              <w:rPr>
                <w:b/>
                <w:color w:val="015A41"/>
                <w:szCs w:val="24"/>
              </w:rPr>
              <w:t>§483.73(c) / E-0029-E-0035</w:t>
            </w:r>
          </w:p>
        </w:tc>
        <w:tc>
          <w:tcPr>
            <w:tcW w:w="3600" w:type="dxa"/>
            <w:tcMar>
              <w:top w:w="70" w:type="dxa"/>
              <w:left w:w="70" w:type="dxa"/>
              <w:bottom w:w="70" w:type="dxa"/>
              <w:right w:w="70" w:type="dxa"/>
            </w:tcMar>
          </w:tcPr>
          <w:p w14:paraId="099F6447" w14:textId="77777777" w:rsidR="005C075C" w:rsidRPr="003F0D1D" w:rsidRDefault="005C075C" w:rsidP="004F3C27">
            <w:pPr>
              <w:rPr>
                <w:szCs w:val="24"/>
              </w:rPr>
            </w:pPr>
            <w:r w:rsidRPr="003F0D1D">
              <w:rPr>
                <w:szCs w:val="24"/>
              </w:rPr>
              <w:t>Communication plan - required contacts, alternate methods, resident information, occupancy/needs/assistance reporting, resident/family plan information</w:t>
            </w:r>
          </w:p>
        </w:tc>
        <w:tc>
          <w:tcPr>
            <w:tcW w:w="3600" w:type="dxa"/>
            <w:shd w:val="clear" w:color="auto" w:fill="F3F5F4"/>
            <w:tcMar>
              <w:top w:w="70" w:type="dxa"/>
              <w:left w:w="70" w:type="dxa"/>
              <w:bottom w:w="70" w:type="dxa"/>
              <w:right w:w="70" w:type="dxa"/>
            </w:tcMar>
          </w:tcPr>
          <w:p w14:paraId="42D6BEB5" w14:textId="77777777" w:rsidR="005C075C" w:rsidRPr="003F0D1D" w:rsidRDefault="005C075C" w:rsidP="004F3C27">
            <w:pPr>
              <w:rPr>
                <w:szCs w:val="24"/>
              </w:rPr>
            </w:pPr>
            <w:r w:rsidRPr="003F0D1D">
              <w:rPr>
                <w:i/>
                <w:color w:val="66706B"/>
                <w:szCs w:val="24"/>
              </w:rPr>
              <w:t>Annex A / Attachment F</w:t>
            </w:r>
          </w:p>
        </w:tc>
      </w:tr>
      <w:tr w:rsidR="005C075C" w:rsidRPr="003F0D1D" w14:paraId="3224BF70" w14:textId="77777777" w:rsidTr="004F3C27">
        <w:trPr>
          <w:cantSplit/>
          <w:jc w:val="center"/>
        </w:trPr>
        <w:tc>
          <w:tcPr>
            <w:tcW w:w="3600" w:type="dxa"/>
            <w:shd w:val="clear" w:color="auto" w:fill="EAF3EF"/>
            <w:tcMar>
              <w:top w:w="70" w:type="dxa"/>
              <w:left w:w="70" w:type="dxa"/>
              <w:bottom w:w="70" w:type="dxa"/>
              <w:right w:w="70" w:type="dxa"/>
            </w:tcMar>
          </w:tcPr>
          <w:p w14:paraId="2FCA1512" w14:textId="77777777" w:rsidR="005C075C" w:rsidRPr="003F0D1D" w:rsidRDefault="005C075C" w:rsidP="004F3C27">
            <w:pPr>
              <w:rPr>
                <w:szCs w:val="24"/>
              </w:rPr>
            </w:pPr>
            <w:r w:rsidRPr="003F0D1D">
              <w:rPr>
                <w:b/>
                <w:color w:val="015A41"/>
                <w:szCs w:val="24"/>
              </w:rPr>
              <w:t>§483.73(d) / E-0036</w:t>
            </w:r>
          </w:p>
        </w:tc>
        <w:tc>
          <w:tcPr>
            <w:tcW w:w="3600" w:type="dxa"/>
            <w:tcMar>
              <w:top w:w="70" w:type="dxa"/>
              <w:left w:w="70" w:type="dxa"/>
              <w:bottom w:w="70" w:type="dxa"/>
              <w:right w:w="70" w:type="dxa"/>
            </w:tcMar>
          </w:tcPr>
          <w:p w14:paraId="76972223" w14:textId="77777777" w:rsidR="005C075C" w:rsidRPr="003F0D1D" w:rsidRDefault="005C075C" w:rsidP="004F3C27">
            <w:pPr>
              <w:rPr>
                <w:szCs w:val="24"/>
              </w:rPr>
            </w:pPr>
            <w:r w:rsidRPr="003F0D1D">
              <w:rPr>
                <w:szCs w:val="24"/>
              </w:rPr>
              <w:t>Training/testing program based on plan, risk assessment, policies/procedures, and communication plan; review/update annually</w:t>
            </w:r>
          </w:p>
        </w:tc>
        <w:tc>
          <w:tcPr>
            <w:tcW w:w="3600" w:type="dxa"/>
            <w:shd w:val="clear" w:color="auto" w:fill="F3F5F4"/>
            <w:tcMar>
              <w:top w:w="70" w:type="dxa"/>
              <w:left w:w="70" w:type="dxa"/>
              <w:bottom w:w="70" w:type="dxa"/>
              <w:right w:w="70" w:type="dxa"/>
            </w:tcMar>
          </w:tcPr>
          <w:p w14:paraId="1F058750" w14:textId="77777777" w:rsidR="005C075C" w:rsidRPr="003F0D1D" w:rsidRDefault="005C075C" w:rsidP="004F3C27">
            <w:pPr>
              <w:rPr>
                <w:szCs w:val="24"/>
              </w:rPr>
            </w:pPr>
            <w:r w:rsidRPr="003F0D1D">
              <w:rPr>
                <w:i/>
                <w:color w:val="66706B"/>
                <w:szCs w:val="24"/>
              </w:rPr>
              <w:t>Section 2 / Attachment D</w:t>
            </w:r>
          </w:p>
        </w:tc>
      </w:tr>
      <w:tr w:rsidR="005C075C" w:rsidRPr="003F0D1D" w14:paraId="56B1AF8C" w14:textId="77777777" w:rsidTr="004F3C27">
        <w:trPr>
          <w:cantSplit/>
          <w:jc w:val="center"/>
        </w:trPr>
        <w:tc>
          <w:tcPr>
            <w:tcW w:w="3600" w:type="dxa"/>
            <w:shd w:val="clear" w:color="auto" w:fill="F7FAF8"/>
            <w:tcMar>
              <w:top w:w="70" w:type="dxa"/>
              <w:left w:w="70" w:type="dxa"/>
              <w:bottom w:w="70" w:type="dxa"/>
              <w:right w:w="70" w:type="dxa"/>
            </w:tcMar>
          </w:tcPr>
          <w:p w14:paraId="46D0E814" w14:textId="77777777" w:rsidR="005C075C" w:rsidRPr="003F0D1D" w:rsidRDefault="005C075C" w:rsidP="004F3C27">
            <w:pPr>
              <w:rPr>
                <w:szCs w:val="24"/>
              </w:rPr>
            </w:pPr>
            <w:r w:rsidRPr="003F0D1D">
              <w:rPr>
                <w:b/>
                <w:color w:val="015A41"/>
                <w:szCs w:val="24"/>
              </w:rPr>
              <w:t>§483.73(d)(1) / E-0036-E-0037</w:t>
            </w:r>
          </w:p>
        </w:tc>
        <w:tc>
          <w:tcPr>
            <w:tcW w:w="3600" w:type="dxa"/>
            <w:tcMar>
              <w:top w:w="70" w:type="dxa"/>
              <w:left w:w="70" w:type="dxa"/>
              <w:bottom w:w="70" w:type="dxa"/>
              <w:right w:w="70" w:type="dxa"/>
            </w:tcMar>
          </w:tcPr>
          <w:p w14:paraId="5764308A" w14:textId="77777777" w:rsidR="005C075C" w:rsidRPr="003F0D1D" w:rsidRDefault="005C075C" w:rsidP="004F3C27">
            <w:pPr>
              <w:rPr>
                <w:szCs w:val="24"/>
              </w:rPr>
            </w:pPr>
            <w:r w:rsidRPr="003F0D1D">
              <w:rPr>
                <w:szCs w:val="24"/>
              </w:rPr>
              <w:t>Initial and annual training; documentation; staff knowledge</w:t>
            </w:r>
          </w:p>
        </w:tc>
        <w:tc>
          <w:tcPr>
            <w:tcW w:w="3600" w:type="dxa"/>
            <w:shd w:val="clear" w:color="auto" w:fill="F3F5F4"/>
            <w:tcMar>
              <w:top w:w="70" w:type="dxa"/>
              <w:left w:w="70" w:type="dxa"/>
              <w:bottom w:w="70" w:type="dxa"/>
              <w:right w:w="70" w:type="dxa"/>
            </w:tcMar>
          </w:tcPr>
          <w:p w14:paraId="39A6FFD7" w14:textId="77777777" w:rsidR="005C075C" w:rsidRPr="003F0D1D" w:rsidRDefault="005C075C" w:rsidP="004F3C27">
            <w:pPr>
              <w:rPr>
                <w:szCs w:val="24"/>
              </w:rPr>
            </w:pPr>
            <w:r w:rsidRPr="003F0D1D">
              <w:rPr>
                <w:i/>
                <w:color w:val="66706B"/>
                <w:szCs w:val="24"/>
              </w:rPr>
              <w:t>Attachment D</w:t>
            </w:r>
          </w:p>
        </w:tc>
      </w:tr>
      <w:tr w:rsidR="005C075C" w:rsidRPr="003F0D1D" w14:paraId="513CB392" w14:textId="77777777" w:rsidTr="004F3C27">
        <w:trPr>
          <w:cantSplit/>
          <w:jc w:val="center"/>
        </w:trPr>
        <w:tc>
          <w:tcPr>
            <w:tcW w:w="3600" w:type="dxa"/>
            <w:shd w:val="clear" w:color="auto" w:fill="EAF3EF"/>
            <w:tcMar>
              <w:top w:w="70" w:type="dxa"/>
              <w:left w:w="70" w:type="dxa"/>
              <w:bottom w:w="70" w:type="dxa"/>
              <w:right w:w="70" w:type="dxa"/>
            </w:tcMar>
          </w:tcPr>
          <w:p w14:paraId="79A882E5" w14:textId="77777777" w:rsidR="005C075C" w:rsidRPr="003F0D1D" w:rsidRDefault="005C075C" w:rsidP="004F3C27">
            <w:pPr>
              <w:rPr>
                <w:szCs w:val="24"/>
              </w:rPr>
            </w:pPr>
            <w:r w:rsidRPr="003F0D1D">
              <w:rPr>
                <w:b/>
                <w:color w:val="015A41"/>
                <w:szCs w:val="24"/>
              </w:rPr>
              <w:t>§483.73(d)(2) / E-0039</w:t>
            </w:r>
          </w:p>
        </w:tc>
        <w:tc>
          <w:tcPr>
            <w:tcW w:w="3600" w:type="dxa"/>
            <w:tcMar>
              <w:top w:w="70" w:type="dxa"/>
              <w:left w:w="70" w:type="dxa"/>
              <w:bottom w:w="70" w:type="dxa"/>
              <w:right w:w="70" w:type="dxa"/>
            </w:tcMar>
          </w:tcPr>
          <w:p w14:paraId="50B280C1" w14:textId="77777777" w:rsidR="005C075C" w:rsidRPr="003F0D1D" w:rsidRDefault="005C075C" w:rsidP="004F3C27">
            <w:pPr>
              <w:rPr>
                <w:szCs w:val="24"/>
              </w:rPr>
            </w:pPr>
            <w:r w:rsidRPr="003F0D1D">
              <w:rPr>
                <w:szCs w:val="24"/>
              </w:rPr>
              <w:t>Two exercises annually, unannounced staff drills, AAR/documentation/revision</w:t>
            </w:r>
          </w:p>
        </w:tc>
        <w:tc>
          <w:tcPr>
            <w:tcW w:w="3600" w:type="dxa"/>
            <w:shd w:val="clear" w:color="auto" w:fill="F3F5F4"/>
            <w:tcMar>
              <w:top w:w="70" w:type="dxa"/>
              <w:left w:w="70" w:type="dxa"/>
              <w:bottom w:w="70" w:type="dxa"/>
              <w:right w:w="70" w:type="dxa"/>
            </w:tcMar>
          </w:tcPr>
          <w:p w14:paraId="6B0245CD" w14:textId="77777777" w:rsidR="005C075C" w:rsidRPr="003F0D1D" w:rsidRDefault="005C075C" w:rsidP="004F3C27">
            <w:pPr>
              <w:rPr>
                <w:szCs w:val="24"/>
              </w:rPr>
            </w:pPr>
            <w:r w:rsidRPr="003F0D1D">
              <w:rPr>
                <w:i/>
                <w:color w:val="66706B"/>
                <w:szCs w:val="24"/>
              </w:rPr>
              <w:t>Section 2 / Attachments D and P</w:t>
            </w:r>
          </w:p>
        </w:tc>
      </w:tr>
      <w:tr w:rsidR="005C075C" w:rsidRPr="003F0D1D" w14:paraId="08E16216" w14:textId="77777777" w:rsidTr="004F3C27">
        <w:trPr>
          <w:cantSplit/>
          <w:jc w:val="center"/>
        </w:trPr>
        <w:tc>
          <w:tcPr>
            <w:tcW w:w="3600" w:type="dxa"/>
            <w:shd w:val="clear" w:color="auto" w:fill="F7FAF8"/>
            <w:tcMar>
              <w:top w:w="70" w:type="dxa"/>
              <w:left w:w="70" w:type="dxa"/>
              <w:bottom w:w="70" w:type="dxa"/>
              <w:right w:w="70" w:type="dxa"/>
            </w:tcMar>
          </w:tcPr>
          <w:p w14:paraId="20C1C9AC" w14:textId="77777777" w:rsidR="005C075C" w:rsidRPr="003F0D1D" w:rsidRDefault="005C075C" w:rsidP="004F3C27">
            <w:pPr>
              <w:rPr>
                <w:szCs w:val="24"/>
              </w:rPr>
            </w:pPr>
            <w:r w:rsidRPr="003F0D1D">
              <w:rPr>
                <w:b/>
                <w:color w:val="015A41"/>
                <w:szCs w:val="24"/>
              </w:rPr>
              <w:t>§483.73(e) / E-0041</w:t>
            </w:r>
          </w:p>
        </w:tc>
        <w:tc>
          <w:tcPr>
            <w:tcW w:w="3600" w:type="dxa"/>
            <w:tcMar>
              <w:top w:w="70" w:type="dxa"/>
              <w:left w:w="70" w:type="dxa"/>
              <w:bottom w:w="70" w:type="dxa"/>
              <w:right w:w="70" w:type="dxa"/>
            </w:tcMar>
          </w:tcPr>
          <w:p w14:paraId="456298F6" w14:textId="77777777" w:rsidR="005C075C" w:rsidRPr="003F0D1D" w:rsidRDefault="005C075C" w:rsidP="004F3C27">
            <w:pPr>
              <w:rPr>
                <w:szCs w:val="24"/>
              </w:rPr>
            </w:pPr>
            <w:r w:rsidRPr="003F0D1D">
              <w:rPr>
                <w:szCs w:val="24"/>
              </w:rPr>
              <w:t>Emergency/standby power; location if applicable; inspection/testing/maintenance; fuel continuity</w:t>
            </w:r>
          </w:p>
        </w:tc>
        <w:tc>
          <w:tcPr>
            <w:tcW w:w="3600" w:type="dxa"/>
            <w:shd w:val="clear" w:color="auto" w:fill="F3F5F4"/>
            <w:tcMar>
              <w:top w:w="70" w:type="dxa"/>
              <w:left w:w="70" w:type="dxa"/>
              <w:bottom w:w="70" w:type="dxa"/>
              <w:right w:w="70" w:type="dxa"/>
            </w:tcMar>
          </w:tcPr>
          <w:p w14:paraId="7292E829" w14:textId="77777777" w:rsidR="005C075C" w:rsidRPr="003F0D1D" w:rsidRDefault="005C075C" w:rsidP="004F3C27">
            <w:pPr>
              <w:rPr>
                <w:szCs w:val="24"/>
              </w:rPr>
            </w:pPr>
            <w:r w:rsidRPr="003F0D1D">
              <w:rPr>
                <w:i/>
                <w:color w:val="66706B"/>
                <w:szCs w:val="24"/>
              </w:rPr>
              <w:t>Sections 10-11 / Attachment M</w:t>
            </w:r>
          </w:p>
        </w:tc>
      </w:tr>
      <w:tr w:rsidR="005C075C" w:rsidRPr="003F0D1D" w14:paraId="4C87C3DD" w14:textId="77777777" w:rsidTr="004F3C27">
        <w:trPr>
          <w:cantSplit/>
          <w:jc w:val="center"/>
        </w:trPr>
        <w:tc>
          <w:tcPr>
            <w:tcW w:w="3600" w:type="dxa"/>
            <w:shd w:val="clear" w:color="auto" w:fill="EAF3EF"/>
            <w:tcMar>
              <w:top w:w="70" w:type="dxa"/>
              <w:left w:w="70" w:type="dxa"/>
              <w:bottom w:w="70" w:type="dxa"/>
              <w:right w:w="70" w:type="dxa"/>
            </w:tcMar>
          </w:tcPr>
          <w:p w14:paraId="497C9CC4" w14:textId="77777777" w:rsidR="005C075C" w:rsidRPr="003F0D1D" w:rsidRDefault="005C075C" w:rsidP="004F3C27">
            <w:pPr>
              <w:rPr>
                <w:szCs w:val="24"/>
              </w:rPr>
            </w:pPr>
            <w:r w:rsidRPr="003F0D1D">
              <w:rPr>
                <w:b/>
                <w:color w:val="015A41"/>
                <w:szCs w:val="24"/>
              </w:rPr>
              <w:t>§483.73(f) / E-0042</w:t>
            </w:r>
          </w:p>
        </w:tc>
        <w:tc>
          <w:tcPr>
            <w:tcW w:w="3600" w:type="dxa"/>
            <w:tcMar>
              <w:top w:w="70" w:type="dxa"/>
              <w:left w:w="70" w:type="dxa"/>
              <w:bottom w:w="70" w:type="dxa"/>
              <w:right w:w="70" w:type="dxa"/>
            </w:tcMar>
          </w:tcPr>
          <w:p w14:paraId="4C96DC93" w14:textId="77777777" w:rsidR="005C075C" w:rsidRPr="003F0D1D" w:rsidRDefault="005C075C" w:rsidP="004F3C27">
            <w:pPr>
              <w:rPr>
                <w:szCs w:val="24"/>
              </w:rPr>
            </w:pPr>
            <w:r w:rsidRPr="003F0D1D">
              <w:rPr>
                <w:szCs w:val="24"/>
              </w:rPr>
              <w:t>Unified/integrated health system program, if used</w:t>
            </w:r>
          </w:p>
        </w:tc>
        <w:tc>
          <w:tcPr>
            <w:tcW w:w="3600" w:type="dxa"/>
            <w:shd w:val="clear" w:color="auto" w:fill="F3F5F4"/>
            <w:tcMar>
              <w:top w:w="70" w:type="dxa"/>
              <w:left w:w="70" w:type="dxa"/>
              <w:bottom w:w="70" w:type="dxa"/>
              <w:right w:w="70" w:type="dxa"/>
            </w:tcMar>
          </w:tcPr>
          <w:p w14:paraId="5298D748" w14:textId="77777777" w:rsidR="005C075C" w:rsidRPr="003F0D1D" w:rsidRDefault="005C075C" w:rsidP="004F3C27">
            <w:pPr>
              <w:rPr>
                <w:szCs w:val="24"/>
              </w:rPr>
            </w:pPr>
            <w:r w:rsidRPr="003F0D1D">
              <w:rPr>
                <w:i/>
                <w:color w:val="66706B"/>
                <w:szCs w:val="24"/>
              </w:rPr>
              <w:t>Section 2D / Attachment Q</w:t>
            </w:r>
          </w:p>
        </w:tc>
      </w:tr>
      <w:tr w:rsidR="005C075C" w:rsidRPr="003F0D1D" w14:paraId="2F3684DE" w14:textId="77777777" w:rsidTr="004F3C27">
        <w:trPr>
          <w:cantSplit/>
          <w:jc w:val="center"/>
        </w:trPr>
        <w:tc>
          <w:tcPr>
            <w:tcW w:w="3600" w:type="dxa"/>
            <w:shd w:val="clear" w:color="auto" w:fill="EAF3EF"/>
            <w:tcMar>
              <w:top w:w="70" w:type="dxa"/>
              <w:left w:w="70" w:type="dxa"/>
              <w:bottom w:w="70" w:type="dxa"/>
              <w:right w:w="70" w:type="dxa"/>
            </w:tcMar>
          </w:tcPr>
          <w:p w14:paraId="0F71E5E8" w14:textId="77777777" w:rsidR="005C075C" w:rsidRPr="003F0D1D" w:rsidRDefault="005C075C" w:rsidP="004F3C27">
            <w:pPr>
              <w:rPr>
                <w:szCs w:val="24"/>
              </w:rPr>
            </w:pPr>
            <w:r w:rsidRPr="003F0D1D">
              <w:rPr>
                <w:b/>
                <w:color w:val="015A41"/>
                <w:szCs w:val="24"/>
              </w:rPr>
              <w:t>§483.73(g)</w:t>
            </w:r>
          </w:p>
        </w:tc>
        <w:tc>
          <w:tcPr>
            <w:tcW w:w="3600" w:type="dxa"/>
            <w:tcMar>
              <w:top w:w="70" w:type="dxa"/>
              <w:left w:w="70" w:type="dxa"/>
              <w:bottom w:w="70" w:type="dxa"/>
              <w:right w:w="70" w:type="dxa"/>
            </w:tcMar>
          </w:tcPr>
          <w:p w14:paraId="1F8DA8FC" w14:textId="77777777" w:rsidR="005C075C" w:rsidRPr="003F0D1D" w:rsidRDefault="005C075C" w:rsidP="004F3C27">
            <w:pPr>
              <w:rPr>
                <w:szCs w:val="24"/>
              </w:rPr>
            </w:pPr>
            <w:r w:rsidRPr="003F0D1D">
              <w:rPr>
                <w:szCs w:val="24"/>
              </w:rPr>
              <w:t>CMS-incorporated NFPA standards; federal incorporated editions differ from Maine State-adopted editions</w:t>
            </w:r>
          </w:p>
        </w:tc>
        <w:tc>
          <w:tcPr>
            <w:tcW w:w="3600" w:type="dxa"/>
            <w:shd w:val="clear" w:color="auto" w:fill="F3F5F4"/>
            <w:tcMar>
              <w:top w:w="70" w:type="dxa"/>
              <w:left w:w="70" w:type="dxa"/>
              <w:bottom w:w="70" w:type="dxa"/>
              <w:right w:w="70" w:type="dxa"/>
            </w:tcMar>
          </w:tcPr>
          <w:p w14:paraId="18988BC3" w14:textId="77777777" w:rsidR="005C075C" w:rsidRPr="003F0D1D" w:rsidRDefault="005C075C" w:rsidP="004F3C27">
            <w:pPr>
              <w:rPr>
                <w:szCs w:val="24"/>
              </w:rPr>
            </w:pPr>
            <w:r w:rsidRPr="003F0D1D">
              <w:rPr>
                <w:i/>
                <w:color w:val="66706B"/>
                <w:szCs w:val="24"/>
              </w:rPr>
              <w:t>Attachment N / facilities compliance files</w:t>
            </w:r>
          </w:p>
        </w:tc>
      </w:tr>
    </w:tbl>
    <w:p w14:paraId="26E99057" w14:textId="77777777" w:rsidR="00686453" w:rsidRDefault="00686453">
      <w:pPr>
        <w:spacing w:after="0"/>
      </w:pPr>
    </w:p>
    <w:p w14:paraId="69532EA6" w14:textId="77777777" w:rsidR="00686453" w:rsidRDefault="00D95FB4">
      <w:r>
        <w:br w:type="page"/>
      </w:r>
    </w:p>
    <w:p w14:paraId="3731765D" w14:textId="77777777" w:rsidR="00686453" w:rsidRDefault="00D95FB4">
      <w:pPr>
        <w:pStyle w:val="Heading1"/>
        <w:pBdr>
          <w:bottom w:val="single" w:sz="14" w:space="5" w:color="E63B07"/>
        </w:pBdr>
        <w:spacing w:before="140" w:after="140"/>
      </w:pPr>
      <w:r>
        <w:rPr>
          <w:rFonts w:ascii="Arial" w:eastAsia="Arial" w:hAnsi="Arial"/>
        </w:rPr>
        <w:lastRenderedPageBreak/>
        <w:t>ATTACHMENT A - MAINE CHAPTER 110 CROSSWALK</w:t>
      </w:r>
    </w:p>
    <w:tbl>
      <w:tblPr>
        <w:tblW w:w="10800"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3600"/>
        <w:gridCol w:w="3600"/>
        <w:gridCol w:w="3600"/>
      </w:tblGrid>
      <w:tr w:rsidR="00234277" w:rsidRPr="003F0D1D" w14:paraId="1BE363DF" w14:textId="77777777" w:rsidTr="004F3C27">
        <w:trPr>
          <w:tblHeader/>
          <w:jc w:val="center"/>
        </w:trPr>
        <w:tc>
          <w:tcPr>
            <w:tcW w:w="3600" w:type="dxa"/>
            <w:shd w:val="clear" w:color="auto" w:fill="015A41"/>
            <w:tcMar>
              <w:top w:w="70" w:type="dxa"/>
              <w:left w:w="70" w:type="dxa"/>
              <w:bottom w:w="70" w:type="dxa"/>
              <w:right w:w="70" w:type="dxa"/>
            </w:tcMar>
          </w:tcPr>
          <w:p w14:paraId="0AD0A856" w14:textId="77777777" w:rsidR="00234277" w:rsidRPr="003F0D1D" w:rsidRDefault="00234277" w:rsidP="004F3C27">
            <w:pPr>
              <w:rPr>
                <w:szCs w:val="24"/>
              </w:rPr>
            </w:pPr>
            <w:r w:rsidRPr="003F0D1D">
              <w:rPr>
                <w:b/>
                <w:color w:val="FFFFFF"/>
                <w:szCs w:val="24"/>
              </w:rPr>
              <w:t>Maine Source</w:t>
            </w:r>
          </w:p>
        </w:tc>
        <w:tc>
          <w:tcPr>
            <w:tcW w:w="3600" w:type="dxa"/>
            <w:shd w:val="clear" w:color="auto" w:fill="015A41"/>
            <w:tcMar>
              <w:top w:w="70" w:type="dxa"/>
              <w:left w:w="70" w:type="dxa"/>
              <w:bottom w:w="70" w:type="dxa"/>
              <w:right w:w="70" w:type="dxa"/>
            </w:tcMar>
          </w:tcPr>
          <w:p w14:paraId="01D6B02E" w14:textId="77777777" w:rsidR="00234277" w:rsidRPr="003F0D1D" w:rsidRDefault="00234277" w:rsidP="004F3C27">
            <w:pPr>
              <w:rPr>
                <w:szCs w:val="24"/>
              </w:rPr>
            </w:pPr>
            <w:r w:rsidRPr="003F0D1D">
              <w:rPr>
                <w:b/>
                <w:color w:val="FFFFFF"/>
                <w:szCs w:val="24"/>
              </w:rPr>
              <w:t>Required / Applicable Content</w:t>
            </w:r>
          </w:p>
        </w:tc>
        <w:tc>
          <w:tcPr>
            <w:tcW w:w="3600" w:type="dxa"/>
            <w:shd w:val="clear" w:color="auto" w:fill="015A41"/>
            <w:tcMar>
              <w:top w:w="70" w:type="dxa"/>
              <w:left w:w="70" w:type="dxa"/>
              <w:bottom w:w="70" w:type="dxa"/>
              <w:right w:w="70" w:type="dxa"/>
            </w:tcMar>
          </w:tcPr>
          <w:p w14:paraId="24318C62" w14:textId="77777777" w:rsidR="00234277" w:rsidRPr="003F0D1D" w:rsidRDefault="00234277" w:rsidP="004F3C27">
            <w:pPr>
              <w:rPr>
                <w:szCs w:val="24"/>
              </w:rPr>
            </w:pPr>
            <w:r w:rsidRPr="003F0D1D">
              <w:rPr>
                <w:b/>
                <w:color w:val="FFFFFF"/>
                <w:szCs w:val="24"/>
              </w:rPr>
              <w:t>Template Location</w:t>
            </w:r>
          </w:p>
        </w:tc>
      </w:tr>
      <w:tr w:rsidR="00234277" w:rsidRPr="003F0D1D" w14:paraId="4ABFFA66" w14:textId="77777777" w:rsidTr="004F3C27">
        <w:trPr>
          <w:cantSplit/>
          <w:jc w:val="center"/>
        </w:trPr>
        <w:tc>
          <w:tcPr>
            <w:tcW w:w="3600" w:type="dxa"/>
            <w:shd w:val="clear" w:color="auto" w:fill="EAF3EF"/>
            <w:tcMar>
              <w:top w:w="70" w:type="dxa"/>
              <w:left w:w="70" w:type="dxa"/>
              <w:bottom w:w="70" w:type="dxa"/>
              <w:right w:w="70" w:type="dxa"/>
            </w:tcMar>
          </w:tcPr>
          <w:p w14:paraId="7D7B2B70" w14:textId="77777777" w:rsidR="00234277" w:rsidRPr="003F0D1D" w:rsidRDefault="00234277" w:rsidP="004F3C27">
            <w:pPr>
              <w:rPr>
                <w:szCs w:val="24"/>
              </w:rPr>
            </w:pPr>
            <w:r w:rsidRPr="003F0D1D">
              <w:rPr>
                <w:b/>
                <w:color w:val="015A41"/>
                <w:szCs w:val="24"/>
              </w:rPr>
              <w:t>ME-DLC Ch. 110 §</w:t>
            </w:r>
            <w:proofErr w:type="gramStart"/>
            <w:r w:rsidRPr="003F0D1D">
              <w:rPr>
                <w:b/>
                <w:color w:val="015A41"/>
                <w:szCs w:val="24"/>
              </w:rPr>
              <w:t>5.A</w:t>
            </w:r>
            <w:proofErr w:type="gramEnd"/>
            <w:r w:rsidRPr="003F0D1D">
              <w:rPr>
                <w:b/>
                <w:color w:val="015A41"/>
                <w:szCs w:val="24"/>
              </w:rPr>
              <w:t>-§</w:t>
            </w:r>
            <w:proofErr w:type="gramStart"/>
            <w:r w:rsidRPr="003F0D1D">
              <w:rPr>
                <w:b/>
                <w:color w:val="015A41"/>
                <w:szCs w:val="24"/>
              </w:rPr>
              <w:t>5.B</w:t>
            </w:r>
            <w:proofErr w:type="gramEnd"/>
          </w:p>
        </w:tc>
        <w:tc>
          <w:tcPr>
            <w:tcW w:w="3600" w:type="dxa"/>
            <w:tcMar>
              <w:top w:w="70" w:type="dxa"/>
              <w:left w:w="70" w:type="dxa"/>
              <w:bottom w:w="70" w:type="dxa"/>
              <w:right w:w="70" w:type="dxa"/>
            </w:tcMar>
          </w:tcPr>
          <w:p w14:paraId="793E6830" w14:textId="77777777" w:rsidR="00234277" w:rsidRPr="003F0D1D" w:rsidRDefault="00234277" w:rsidP="004F3C27">
            <w:pPr>
              <w:rPr>
                <w:szCs w:val="24"/>
              </w:rPr>
            </w:pPr>
            <w:r w:rsidRPr="003F0D1D">
              <w:rPr>
                <w:szCs w:val="24"/>
              </w:rPr>
              <w:t>Written facility policies are reviewed at least annually through the professional policy group/QA process and address emergencies, outside-resource agreements, resident records, infection control/waste, disaster preparedness, and staff orientation/in-service</w:t>
            </w:r>
          </w:p>
        </w:tc>
        <w:tc>
          <w:tcPr>
            <w:tcW w:w="3600" w:type="dxa"/>
            <w:shd w:val="clear" w:color="auto" w:fill="F3F5F4"/>
            <w:tcMar>
              <w:top w:w="70" w:type="dxa"/>
              <w:left w:w="70" w:type="dxa"/>
              <w:bottom w:w="70" w:type="dxa"/>
              <w:right w:w="70" w:type="dxa"/>
            </w:tcMar>
          </w:tcPr>
          <w:p w14:paraId="6A2FE70E" w14:textId="77777777" w:rsidR="00234277" w:rsidRPr="003F0D1D" w:rsidRDefault="00234277" w:rsidP="004F3C27">
            <w:pPr>
              <w:rPr>
                <w:szCs w:val="24"/>
              </w:rPr>
            </w:pPr>
            <w:r w:rsidRPr="003F0D1D">
              <w:rPr>
                <w:i/>
                <w:color w:val="66706B"/>
                <w:szCs w:val="24"/>
              </w:rPr>
              <w:t>Section 2 / Attachment C / controlled policies</w:t>
            </w:r>
          </w:p>
        </w:tc>
      </w:tr>
      <w:tr w:rsidR="00234277" w:rsidRPr="003F0D1D" w14:paraId="1C228868" w14:textId="77777777" w:rsidTr="004F3C27">
        <w:trPr>
          <w:cantSplit/>
          <w:jc w:val="center"/>
        </w:trPr>
        <w:tc>
          <w:tcPr>
            <w:tcW w:w="3600" w:type="dxa"/>
            <w:shd w:val="clear" w:color="auto" w:fill="F7FAF8"/>
            <w:tcMar>
              <w:top w:w="70" w:type="dxa"/>
              <w:left w:w="70" w:type="dxa"/>
              <w:bottom w:w="70" w:type="dxa"/>
              <w:right w:w="70" w:type="dxa"/>
            </w:tcMar>
          </w:tcPr>
          <w:p w14:paraId="41F5EDA0" w14:textId="77777777" w:rsidR="00234277" w:rsidRPr="003F0D1D" w:rsidRDefault="00234277" w:rsidP="004F3C27">
            <w:pPr>
              <w:rPr>
                <w:szCs w:val="24"/>
              </w:rPr>
            </w:pPr>
            <w:r w:rsidRPr="003F0D1D">
              <w:rPr>
                <w:b/>
                <w:color w:val="015A41"/>
                <w:szCs w:val="24"/>
              </w:rPr>
              <w:t>ME-DLC Ch. 110 §</w:t>
            </w:r>
            <w:proofErr w:type="gramStart"/>
            <w:r w:rsidRPr="003F0D1D">
              <w:rPr>
                <w:b/>
                <w:color w:val="015A41"/>
                <w:szCs w:val="24"/>
              </w:rPr>
              <w:t>8.C.</w:t>
            </w:r>
            <w:proofErr w:type="gramEnd"/>
            <w:r w:rsidRPr="003F0D1D">
              <w:rPr>
                <w:b/>
                <w:color w:val="015A41"/>
                <w:szCs w:val="24"/>
              </w:rPr>
              <w:t>3(c</w:t>
            </w:r>
            <w:proofErr w:type="gramStart"/>
            <w:r w:rsidRPr="003F0D1D">
              <w:rPr>
                <w:b/>
                <w:color w:val="015A41"/>
                <w:szCs w:val="24"/>
              </w:rPr>
              <w:t>),(</w:t>
            </w:r>
            <w:proofErr w:type="gramEnd"/>
            <w:r w:rsidRPr="003F0D1D">
              <w:rPr>
                <w:b/>
                <w:color w:val="015A41"/>
                <w:szCs w:val="24"/>
              </w:rPr>
              <w:t>e)</w:t>
            </w:r>
          </w:p>
        </w:tc>
        <w:tc>
          <w:tcPr>
            <w:tcW w:w="3600" w:type="dxa"/>
            <w:tcMar>
              <w:top w:w="70" w:type="dxa"/>
              <w:left w:w="70" w:type="dxa"/>
              <w:bottom w:w="70" w:type="dxa"/>
              <w:right w:w="70" w:type="dxa"/>
            </w:tcMar>
          </w:tcPr>
          <w:p w14:paraId="12A9F369" w14:textId="77777777" w:rsidR="00234277" w:rsidRPr="003F0D1D" w:rsidRDefault="00234277" w:rsidP="004F3C27">
            <w:pPr>
              <w:rPr>
                <w:szCs w:val="24"/>
              </w:rPr>
            </w:pPr>
            <w:r w:rsidRPr="003F0D1D">
              <w:rPr>
                <w:szCs w:val="24"/>
              </w:rPr>
              <w:t>At least one annual in-service program relates to disaster preparedness; retain records of content and staff participation</w:t>
            </w:r>
          </w:p>
        </w:tc>
        <w:tc>
          <w:tcPr>
            <w:tcW w:w="3600" w:type="dxa"/>
            <w:shd w:val="clear" w:color="auto" w:fill="F3F5F4"/>
            <w:tcMar>
              <w:top w:w="70" w:type="dxa"/>
              <w:left w:w="70" w:type="dxa"/>
              <w:bottom w:w="70" w:type="dxa"/>
              <w:right w:w="70" w:type="dxa"/>
            </w:tcMar>
          </w:tcPr>
          <w:p w14:paraId="1CEBC648" w14:textId="77777777" w:rsidR="00234277" w:rsidRPr="003F0D1D" w:rsidRDefault="00234277" w:rsidP="004F3C27">
            <w:pPr>
              <w:rPr>
                <w:szCs w:val="24"/>
              </w:rPr>
            </w:pPr>
            <w:r w:rsidRPr="003F0D1D">
              <w:rPr>
                <w:i/>
                <w:color w:val="66706B"/>
                <w:szCs w:val="24"/>
              </w:rPr>
              <w:t>Attachment D / HR training records</w:t>
            </w:r>
          </w:p>
        </w:tc>
      </w:tr>
      <w:tr w:rsidR="00234277" w:rsidRPr="003F0D1D" w14:paraId="58424985" w14:textId="77777777" w:rsidTr="004F3C27">
        <w:trPr>
          <w:cantSplit/>
          <w:jc w:val="center"/>
        </w:trPr>
        <w:tc>
          <w:tcPr>
            <w:tcW w:w="3600" w:type="dxa"/>
            <w:shd w:val="clear" w:color="auto" w:fill="EAF3EF"/>
            <w:tcMar>
              <w:top w:w="70" w:type="dxa"/>
              <w:left w:w="70" w:type="dxa"/>
              <w:bottom w:w="70" w:type="dxa"/>
              <w:right w:w="70" w:type="dxa"/>
            </w:tcMar>
          </w:tcPr>
          <w:p w14:paraId="73D7C5DC" w14:textId="77777777" w:rsidR="00234277" w:rsidRPr="003F0D1D" w:rsidRDefault="00234277" w:rsidP="004F3C27">
            <w:pPr>
              <w:rPr>
                <w:szCs w:val="24"/>
              </w:rPr>
            </w:pPr>
            <w:r w:rsidRPr="003F0D1D">
              <w:rPr>
                <w:b/>
                <w:color w:val="015A41"/>
                <w:szCs w:val="24"/>
              </w:rPr>
              <w:t>ME-DLC Ch. 110 §</w:t>
            </w:r>
            <w:proofErr w:type="gramStart"/>
            <w:r w:rsidRPr="003F0D1D">
              <w:rPr>
                <w:b/>
                <w:color w:val="015A41"/>
                <w:szCs w:val="24"/>
              </w:rPr>
              <w:t>18.A.</w:t>
            </w:r>
            <w:proofErr w:type="gramEnd"/>
            <w:r w:rsidRPr="003F0D1D">
              <w:rPr>
                <w:b/>
                <w:color w:val="015A41"/>
                <w:szCs w:val="24"/>
              </w:rPr>
              <w:t>1(m)</w:t>
            </w:r>
          </w:p>
        </w:tc>
        <w:tc>
          <w:tcPr>
            <w:tcW w:w="3600" w:type="dxa"/>
            <w:tcMar>
              <w:top w:w="70" w:type="dxa"/>
              <w:left w:w="70" w:type="dxa"/>
              <w:bottom w:w="70" w:type="dxa"/>
              <w:right w:w="70" w:type="dxa"/>
            </w:tcMar>
          </w:tcPr>
          <w:p w14:paraId="37CE7F16" w14:textId="77777777" w:rsidR="00234277" w:rsidRPr="003F0D1D" w:rsidRDefault="00234277" w:rsidP="004F3C27">
            <w:pPr>
              <w:rPr>
                <w:szCs w:val="24"/>
              </w:rPr>
            </w:pPr>
            <w:r w:rsidRPr="003F0D1D">
              <w:rPr>
                <w:szCs w:val="24"/>
              </w:rPr>
              <w:t>Dietetic policies/procedures include a disaster feeding plan</w:t>
            </w:r>
          </w:p>
        </w:tc>
        <w:tc>
          <w:tcPr>
            <w:tcW w:w="3600" w:type="dxa"/>
            <w:shd w:val="clear" w:color="auto" w:fill="F3F5F4"/>
            <w:tcMar>
              <w:top w:w="70" w:type="dxa"/>
              <w:left w:w="70" w:type="dxa"/>
              <w:bottom w:w="70" w:type="dxa"/>
              <w:right w:w="70" w:type="dxa"/>
            </w:tcMar>
          </w:tcPr>
          <w:p w14:paraId="07EE33B5" w14:textId="77777777" w:rsidR="00234277" w:rsidRPr="003F0D1D" w:rsidRDefault="00234277" w:rsidP="004F3C27">
            <w:pPr>
              <w:rPr>
                <w:szCs w:val="24"/>
              </w:rPr>
            </w:pPr>
            <w:r w:rsidRPr="003F0D1D">
              <w:rPr>
                <w:i/>
                <w:color w:val="66706B"/>
                <w:szCs w:val="24"/>
              </w:rPr>
              <w:t>Sections 7 and 10 / Attachment H / dietary policy</w:t>
            </w:r>
          </w:p>
        </w:tc>
      </w:tr>
      <w:tr w:rsidR="00234277" w:rsidRPr="003F0D1D" w14:paraId="07923194" w14:textId="77777777" w:rsidTr="004F3C27">
        <w:trPr>
          <w:cantSplit/>
          <w:jc w:val="center"/>
        </w:trPr>
        <w:tc>
          <w:tcPr>
            <w:tcW w:w="3600" w:type="dxa"/>
            <w:shd w:val="clear" w:color="auto" w:fill="F7FAF8"/>
            <w:tcMar>
              <w:top w:w="70" w:type="dxa"/>
              <w:left w:w="70" w:type="dxa"/>
              <w:bottom w:w="70" w:type="dxa"/>
              <w:right w:w="70" w:type="dxa"/>
            </w:tcMar>
          </w:tcPr>
          <w:p w14:paraId="020B57F3" w14:textId="77777777" w:rsidR="00234277" w:rsidRPr="003F0D1D" w:rsidRDefault="00234277" w:rsidP="004F3C27">
            <w:pPr>
              <w:rPr>
                <w:szCs w:val="24"/>
              </w:rPr>
            </w:pPr>
            <w:r w:rsidRPr="003F0D1D">
              <w:rPr>
                <w:b/>
                <w:color w:val="015A41"/>
                <w:szCs w:val="24"/>
              </w:rPr>
              <w:t>ME-DLC Ch. 110 §</w:t>
            </w:r>
            <w:proofErr w:type="gramStart"/>
            <w:r w:rsidRPr="003F0D1D">
              <w:rPr>
                <w:b/>
                <w:color w:val="015A41"/>
                <w:szCs w:val="24"/>
              </w:rPr>
              <w:t>18.F.</w:t>
            </w:r>
            <w:proofErr w:type="gramEnd"/>
            <w:r w:rsidRPr="003F0D1D">
              <w:rPr>
                <w:b/>
                <w:color w:val="015A41"/>
                <w:szCs w:val="24"/>
              </w:rPr>
              <w:t>1</w:t>
            </w:r>
          </w:p>
        </w:tc>
        <w:tc>
          <w:tcPr>
            <w:tcW w:w="3600" w:type="dxa"/>
            <w:tcMar>
              <w:top w:w="70" w:type="dxa"/>
              <w:left w:w="70" w:type="dxa"/>
              <w:bottom w:w="70" w:type="dxa"/>
              <w:right w:w="70" w:type="dxa"/>
            </w:tcMar>
          </w:tcPr>
          <w:p w14:paraId="0839B695" w14:textId="77777777" w:rsidR="00234277" w:rsidRPr="003F0D1D" w:rsidRDefault="00234277" w:rsidP="004F3C27">
            <w:pPr>
              <w:rPr>
                <w:szCs w:val="24"/>
              </w:rPr>
            </w:pPr>
            <w:r w:rsidRPr="003F0D1D">
              <w:rPr>
                <w:szCs w:val="24"/>
              </w:rPr>
              <w:t>Keep at least a one-week supply of staple foods and 48 hours of perishable foods on premises to meet the planned menu</w:t>
            </w:r>
          </w:p>
        </w:tc>
        <w:tc>
          <w:tcPr>
            <w:tcW w:w="3600" w:type="dxa"/>
            <w:shd w:val="clear" w:color="auto" w:fill="F3F5F4"/>
            <w:tcMar>
              <w:top w:w="70" w:type="dxa"/>
              <w:left w:w="70" w:type="dxa"/>
              <w:bottom w:w="70" w:type="dxa"/>
              <w:right w:w="70" w:type="dxa"/>
            </w:tcMar>
          </w:tcPr>
          <w:p w14:paraId="291E398A" w14:textId="77777777" w:rsidR="00234277" w:rsidRPr="003F0D1D" w:rsidRDefault="00234277" w:rsidP="004F3C27">
            <w:pPr>
              <w:rPr>
                <w:szCs w:val="24"/>
              </w:rPr>
            </w:pPr>
            <w:r w:rsidRPr="003F0D1D">
              <w:rPr>
                <w:i/>
                <w:color w:val="66706B"/>
                <w:szCs w:val="24"/>
              </w:rPr>
              <w:t>Sections 7 and 10 / Attachment H / inventory records</w:t>
            </w:r>
          </w:p>
        </w:tc>
      </w:tr>
      <w:tr w:rsidR="00234277" w:rsidRPr="003F0D1D" w14:paraId="18F5D401" w14:textId="77777777" w:rsidTr="004F3C27">
        <w:trPr>
          <w:cantSplit/>
          <w:jc w:val="center"/>
        </w:trPr>
        <w:tc>
          <w:tcPr>
            <w:tcW w:w="3600" w:type="dxa"/>
            <w:shd w:val="clear" w:color="auto" w:fill="EAF3EF"/>
            <w:tcMar>
              <w:top w:w="70" w:type="dxa"/>
              <w:left w:w="70" w:type="dxa"/>
              <w:bottom w:w="70" w:type="dxa"/>
              <w:right w:w="70" w:type="dxa"/>
            </w:tcMar>
          </w:tcPr>
          <w:p w14:paraId="0E84A5D1" w14:textId="77777777" w:rsidR="00234277" w:rsidRPr="003F0D1D" w:rsidRDefault="00234277" w:rsidP="004F3C27">
            <w:pPr>
              <w:rPr>
                <w:szCs w:val="24"/>
              </w:rPr>
            </w:pPr>
            <w:r w:rsidRPr="003F0D1D">
              <w:rPr>
                <w:b/>
                <w:color w:val="015A41"/>
                <w:szCs w:val="24"/>
              </w:rPr>
              <w:t>ME-DLC Ch. 110 §</w:t>
            </w:r>
            <w:proofErr w:type="gramStart"/>
            <w:r w:rsidRPr="003F0D1D">
              <w:rPr>
                <w:b/>
                <w:color w:val="015A41"/>
                <w:szCs w:val="24"/>
              </w:rPr>
              <w:t>20.B.</w:t>
            </w:r>
            <w:proofErr w:type="gramEnd"/>
            <w:r w:rsidRPr="003F0D1D">
              <w:rPr>
                <w:b/>
                <w:color w:val="015A41"/>
                <w:szCs w:val="24"/>
              </w:rPr>
              <w:t>4</w:t>
            </w:r>
          </w:p>
        </w:tc>
        <w:tc>
          <w:tcPr>
            <w:tcW w:w="3600" w:type="dxa"/>
            <w:tcMar>
              <w:top w:w="70" w:type="dxa"/>
              <w:left w:w="70" w:type="dxa"/>
              <w:bottom w:w="70" w:type="dxa"/>
              <w:right w:w="70" w:type="dxa"/>
            </w:tcMar>
          </w:tcPr>
          <w:p w14:paraId="11D9F0BF" w14:textId="77777777" w:rsidR="00234277" w:rsidRPr="003F0D1D" w:rsidRDefault="00234277" w:rsidP="004F3C27">
            <w:pPr>
              <w:rPr>
                <w:szCs w:val="24"/>
              </w:rPr>
            </w:pPr>
            <w:r w:rsidRPr="003F0D1D">
              <w:rPr>
                <w:szCs w:val="24"/>
              </w:rPr>
              <w:t>Emergency generator requirement for specified new facilities / ownership changes / major renovations requiring CON, as applicable</w:t>
            </w:r>
          </w:p>
        </w:tc>
        <w:tc>
          <w:tcPr>
            <w:tcW w:w="3600" w:type="dxa"/>
            <w:shd w:val="clear" w:color="auto" w:fill="F3F5F4"/>
            <w:tcMar>
              <w:top w:w="70" w:type="dxa"/>
              <w:left w:w="70" w:type="dxa"/>
              <w:bottom w:w="70" w:type="dxa"/>
              <w:right w:w="70" w:type="dxa"/>
            </w:tcMar>
          </w:tcPr>
          <w:p w14:paraId="70F598DA" w14:textId="77777777" w:rsidR="00234277" w:rsidRPr="003F0D1D" w:rsidRDefault="00234277" w:rsidP="004F3C27">
            <w:pPr>
              <w:rPr>
                <w:szCs w:val="24"/>
              </w:rPr>
            </w:pPr>
            <w:r w:rsidRPr="003F0D1D">
              <w:rPr>
                <w:i/>
                <w:color w:val="66706B"/>
                <w:szCs w:val="24"/>
              </w:rPr>
              <w:t>Attachment M / facilities files</w:t>
            </w:r>
          </w:p>
        </w:tc>
      </w:tr>
      <w:tr w:rsidR="00234277" w:rsidRPr="003F0D1D" w14:paraId="0EDA44BF" w14:textId="77777777" w:rsidTr="004F3C27">
        <w:trPr>
          <w:cantSplit/>
          <w:jc w:val="center"/>
        </w:trPr>
        <w:tc>
          <w:tcPr>
            <w:tcW w:w="3600" w:type="dxa"/>
            <w:shd w:val="clear" w:color="auto" w:fill="F7FAF8"/>
            <w:tcMar>
              <w:top w:w="70" w:type="dxa"/>
              <w:left w:w="70" w:type="dxa"/>
              <w:bottom w:w="70" w:type="dxa"/>
              <w:right w:w="70" w:type="dxa"/>
            </w:tcMar>
          </w:tcPr>
          <w:p w14:paraId="29D2DC58" w14:textId="77777777" w:rsidR="00234277" w:rsidRPr="003F0D1D" w:rsidRDefault="00234277" w:rsidP="004F3C27">
            <w:pPr>
              <w:rPr>
                <w:szCs w:val="24"/>
              </w:rPr>
            </w:pPr>
            <w:r w:rsidRPr="003F0D1D">
              <w:rPr>
                <w:b/>
                <w:color w:val="015A41"/>
                <w:szCs w:val="24"/>
              </w:rPr>
              <w:t>ME-DLC Ch. 110 §</w:t>
            </w:r>
            <w:proofErr w:type="gramStart"/>
            <w:r w:rsidRPr="003F0D1D">
              <w:rPr>
                <w:b/>
                <w:color w:val="015A41"/>
                <w:szCs w:val="24"/>
              </w:rPr>
              <w:t>20.B.</w:t>
            </w:r>
            <w:proofErr w:type="gramEnd"/>
            <w:r w:rsidRPr="003F0D1D">
              <w:rPr>
                <w:b/>
                <w:color w:val="015A41"/>
                <w:szCs w:val="24"/>
              </w:rPr>
              <w:t>5(a)</w:t>
            </w:r>
          </w:p>
        </w:tc>
        <w:tc>
          <w:tcPr>
            <w:tcW w:w="3600" w:type="dxa"/>
            <w:tcMar>
              <w:top w:w="70" w:type="dxa"/>
              <w:left w:w="70" w:type="dxa"/>
              <w:bottom w:w="70" w:type="dxa"/>
              <w:right w:w="70" w:type="dxa"/>
            </w:tcMar>
          </w:tcPr>
          <w:p w14:paraId="195BD55E" w14:textId="77777777" w:rsidR="00234277" w:rsidRPr="003F0D1D" w:rsidRDefault="00234277" w:rsidP="004F3C27">
            <w:pPr>
              <w:rPr>
                <w:szCs w:val="24"/>
              </w:rPr>
            </w:pPr>
            <w:r w:rsidRPr="003F0D1D">
              <w:rPr>
                <w:szCs w:val="24"/>
              </w:rPr>
              <w:t>Continuing emergency power for specified essential services during outages</w:t>
            </w:r>
          </w:p>
        </w:tc>
        <w:tc>
          <w:tcPr>
            <w:tcW w:w="3600" w:type="dxa"/>
            <w:shd w:val="clear" w:color="auto" w:fill="F3F5F4"/>
            <w:tcMar>
              <w:top w:w="70" w:type="dxa"/>
              <w:left w:w="70" w:type="dxa"/>
              <w:bottom w:w="70" w:type="dxa"/>
              <w:right w:w="70" w:type="dxa"/>
            </w:tcMar>
          </w:tcPr>
          <w:p w14:paraId="73152FDE" w14:textId="77777777" w:rsidR="00234277" w:rsidRPr="003F0D1D" w:rsidRDefault="00234277" w:rsidP="004F3C27">
            <w:pPr>
              <w:rPr>
                <w:szCs w:val="24"/>
              </w:rPr>
            </w:pPr>
            <w:r w:rsidRPr="003F0D1D">
              <w:rPr>
                <w:i/>
                <w:color w:val="66706B"/>
                <w:szCs w:val="24"/>
              </w:rPr>
              <w:t>Section 10 / Attachment M</w:t>
            </w:r>
          </w:p>
        </w:tc>
      </w:tr>
      <w:tr w:rsidR="00234277" w:rsidRPr="003F0D1D" w14:paraId="57F83694" w14:textId="77777777" w:rsidTr="004F3C27">
        <w:trPr>
          <w:cantSplit/>
          <w:jc w:val="center"/>
        </w:trPr>
        <w:tc>
          <w:tcPr>
            <w:tcW w:w="3600" w:type="dxa"/>
            <w:shd w:val="clear" w:color="auto" w:fill="EAF3EF"/>
            <w:tcMar>
              <w:top w:w="70" w:type="dxa"/>
              <w:left w:w="70" w:type="dxa"/>
              <w:bottom w:w="70" w:type="dxa"/>
              <w:right w:w="70" w:type="dxa"/>
            </w:tcMar>
          </w:tcPr>
          <w:p w14:paraId="668C18D8" w14:textId="77777777" w:rsidR="00234277" w:rsidRPr="003F0D1D" w:rsidRDefault="00234277" w:rsidP="004F3C27">
            <w:pPr>
              <w:rPr>
                <w:szCs w:val="24"/>
              </w:rPr>
            </w:pPr>
            <w:r w:rsidRPr="003F0D1D">
              <w:rPr>
                <w:b/>
                <w:color w:val="015A41"/>
                <w:szCs w:val="24"/>
              </w:rPr>
              <w:t>ME-DLC Ch. 110 §</w:t>
            </w:r>
            <w:proofErr w:type="gramStart"/>
            <w:r w:rsidRPr="003F0D1D">
              <w:rPr>
                <w:b/>
                <w:color w:val="015A41"/>
                <w:szCs w:val="24"/>
              </w:rPr>
              <w:t>20.B.</w:t>
            </w:r>
            <w:proofErr w:type="gramEnd"/>
            <w:r w:rsidRPr="003F0D1D">
              <w:rPr>
                <w:b/>
                <w:color w:val="015A41"/>
                <w:szCs w:val="24"/>
              </w:rPr>
              <w:t>5(b)</w:t>
            </w:r>
          </w:p>
        </w:tc>
        <w:tc>
          <w:tcPr>
            <w:tcW w:w="3600" w:type="dxa"/>
            <w:tcMar>
              <w:top w:w="70" w:type="dxa"/>
              <w:left w:w="70" w:type="dxa"/>
              <w:bottom w:w="70" w:type="dxa"/>
              <w:right w:w="70" w:type="dxa"/>
            </w:tcMar>
          </w:tcPr>
          <w:p w14:paraId="27A1FEEC" w14:textId="77777777" w:rsidR="00234277" w:rsidRPr="003F0D1D" w:rsidRDefault="00234277" w:rsidP="004F3C27">
            <w:pPr>
              <w:rPr>
                <w:szCs w:val="24"/>
              </w:rPr>
            </w:pPr>
            <w:r w:rsidRPr="003F0D1D">
              <w:rPr>
                <w:szCs w:val="24"/>
              </w:rPr>
              <w:t>On-premises generator power for life-support equipment/systems when used</w:t>
            </w:r>
          </w:p>
        </w:tc>
        <w:tc>
          <w:tcPr>
            <w:tcW w:w="3600" w:type="dxa"/>
            <w:shd w:val="clear" w:color="auto" w:fill="F3F5F4"/>
            <w:tcMar>
              <w:top w:w="70" w:type="dxa"/>
              <w:left w:w="70" w:type="dxa"/>
              <w:bottom w:w="70" w:type="dxa"/>
              <w:right w:w="70" w:type="dxa"/>
            </w:tcMar>
          </w:tcPr>
          <w:p w14:paraId="0CBD5F28" w14:textId="77777777" w:rsidR="00234277" w:rsidRPr="003F0D1D" w:rsidRDefault="00234277" w:rsidP="004F3C27">
            <w:pPr>
              <w:rPr>
                <w:szCs w:val="24"/>
              </w:rPr>
            </w:pPr>
            <w:r w:rsidRPr="003F0D1D">
              <w:rPr>
                <w:i/>
                <w:color w:val="66706B"/>
                <w:szCs w:val="24"/>
              </w:rPr>
              <w:t>Section 10 / Attachment M</w:t>
            </w:r>
          </w:p>
        </w:tc>
      </w:tr>
      <w:tr w:rsidR="00234277" w:rsidRPr="003F0D1D" w14:paraId="2BBD0E15" w14:textId="77777777" w:rsidTr="004F3C27">
        <w:trPr>
          <w:cantSplit/>
          <w:jc w:val="center"/>
        </w:trPr>
        <w:tc>
          <w:tcPr>
            <w:tcW w:w="3600" w:type="dxa"/>
            <w:shd w:val="clear" w:color="auto" w:fill="F7FAF8"/>
            <w:tcMar>
              <w:top w:w="70" w:type="dxa"/>
              <w:left w:w="70" w:type="dxa"/>
              <w:bottom w:w="70" w:type="dxa"/>
              <w:right w:w="70" w:type="dxa"/>
            </w:tcMar>
          </w:tcPr>
          <w:p w14:paraId="6852BCAE" w14:textId="77777777" w:rsidR="00234277" w:rsidRPr="003F0D1D" w:rsidRDefault="00234277" w:rsidP="004F3C27">
            <w:pPr>
              <w:rPr>
                <w:szCs w:val="24"/>
              </w:rPr>
            </w:pPr>
            <w:r w:rsidRPr="003F0D1D">
              <w:rPr>
                <w:b/>
                <w:color w:val="015A41"/>
                <w:szCs w:val="24"/>
              </w:rPr>
              <w:lastRenderedPageBreak/>
              <w:t>ME-DLC Ch. 110 §</w:t>
            </w:r>
            <w:proofErr w:type="gramStart"/>
            <w:r w:rsidRPr="003F0D1D">
              <w:rPr>
                <w:b/>
                <w:color w:val="015A41"/>
                <w:szCs w:val="24"/>
              </w:rPr>
              <w:t>20.C.</w:t>
            </w:r>
            <w:proofErr w:type="gramEnd"/>
            <w:r w:rsidRPr="003F0D1D">
              <w:rPr>
                <w:b/>
                <w:color w:val="015A41"/>
                <w:szCs w:val="24"/>
              </w:rPr>
              <w:t>2(h)</w:t>
            </w:r>
          </w:p>
        </w:tc>
        <w:tc>
          <w:tcPr>
            <w:tcW w:w="3600" w:type="dxa"/>
            <w:tcMar>
              <w:top w:w="70" w:type="dxa"/>
              <w:left w:w="70" w:type="dxa"/>
              <w:bottom w:w="70" w:type="dxa"/>
              <w:right w:w="70" w:type="dxa"/>
            </w:tcMar>
          </w:tcPr>
          <w:p w14:paraId="491D5526" w14:textId="77777777" w:rsidR="00234277" w:rsidRPr="003F0D1D" w:rsidRDefault="00234277" w:rsidP="004F3C27">
            <w:pPr>
              <w:rPr>
                <w:szCs w:val="24"/>
              </w:rPr>
            </w:pPr>
            <w:r w:rsidRPr="003F0D1D">
              <w:rPr>
                <w:szCs w:val="24"/>
              </w:rPr>
              <w:t>Keep exterior access, fire lanes, ramps, stairs, and egress free of snow, ice, debris, and hazards</w:t>
            </w:r>
          </w:p>
        </w:tc>
        <w:tc>
          <w:tcPr>
            <w:tcW w:w="3600" w:type="dxa"/>
            <w:shd w:val="clear" w:color="auto" w:fill="F3F5F4"/>
            <w:tcMar>
              <w:top w:w="70" w:type="dxa"/>
              <w:left w:w="70" w:type="dxa"/>
              <w:bottom w:w="70" w:type="dxa"/>
              <w:right w:w="70" w:type="dxa"/>
            </w:tcMar>
          </w:tcPr>
          <w:p w14:paraId="055868E7" w14:textId="77777777" w:rsidR="00234277" w:rsidRPr="003F0D1D" w:rsidRDefault="00234277" w:rsidP="004F3C27">
            <w:pPr>
              <w:rPr>
                <w:szCs w:val="24"/>
              </w:rPr>
            </w:pPr>
            <w:r w:rsidRPr="003F0D1D">
              <w:rPr>
                <w:i/>
                <w:color w:val="66706B"/>
                <w:szCs w:val="24"/>
              </w:rPr>
              <w:t>Facilities / winter procedure</w:t>
            </w:r>
          </w:p>
        </w:tc>
      </w:tr>
      <w:tr w:rsidR="00234277" w:rsidRPr="003F0D1D" w14:paraId="592EA46F" w14:textId="77777777" w:rsidTr="004F3C27">
        <w:trPr>
          <w:cantSplit/>
          <w:jc w:val="center"/>
        </w:trPr>
        <w:tc>
          <w:tcPr>
            <w:tcW w:w="3600" w:type="dxa"/>
            <w:shd w:val="clear" w:color="auto" w:fill="EAF3EF"/>
            <w:tcMar>
              <w:top w:w="70" w:type="dxa"/>
              <w:left w:w="70" w:type="dxa"/>
              <w:bottom w:w="70" w:type="dxa"/>
              <w:right w:w="70" w:type="dxa"/>
            </w:tcMar>
          </w:tcPr>
          <w:p w14:paraId="0ED1FCE5" w14:textId="77777777" w:rsidR="00234277" w:rsidRPr="003F0D1D" w:rsidRDefault="00234277" w:rsidP="004F3C27">
            <w:pPr>
              <w:rPr>
                <w:szCs w:val="24"/>
              </w:rPr>
            </w:pPr>
            <w:r w:rsidRPr="003F0D1D">
              <w:rPr>
                <w:b/>
                <w:color w:val="015A41"/>
                <w:szCs w:val="24"/>
              </w:rPr>
              <w:t>ME-DLC Ch. 110 §</w:t>
            </w:r>
            <w:proofErr w:type="gramStart"/>
            <w:r w:rsidRPr="003F0D1D">
              <w:rPr>
                <w:b/>
                <w:color w:val="015A41"/>
                <w:szCs w:val="24"/>
              </w:rPr>
              <w:t>20.D.</w:t>
            </w:r>
            <w:proofErr w:type="gramEnd"/>
            <w:r w:rsidRPr="003F0D1D">
              <w:rPr>
                <w:b/>
                <w:color w:val="015A41"/>
                <w:szCs w:val="24"/>
              </w:rPr>
              <w:t>1</w:t>
            </w:r>
          </w:p>
        </w:tc>
        <w:tc>
          <w:tcPr>
            <w:tcW w:w="3600" w:type="dxa"/>
            <w:tcMar>
              <w:top w:w="70" w:type="dxa"/>
              <w:left w:w="70" w:type="dxa"/>
              <w:bottom w:w="70" w:type="dxa"/>
              <w:right w:w="70" w:type="dxa"/>
            </w:tcMar>
          </w:tcPr>
          <w:p w14:paraId="28DF98B0" w14:textId="77777777" w:rsidR="00234277" w:rsidRPr="003F0D1D" w:rsidRDefault="00234277" w:rsidP="004F3C27">
            <w:pPr>
              <w:rPr>
                <w:szCs w:val="24"/>
              </w:rPr>
            </w:pPr>
            <w:r w:rsidRPr="003F0D1D">
              <w:rPr>
                <w:szCs w:val="24"/>
              </w:rPr>
              <w:t>State fire protection/prevention certification</w:t>
            </w:r>
          </w:p>
        </w:tc>
        <w:tc>
          <w:tcPr>
            <w:tcW w:w="3600" w:type="dxa"/>
            <w:shd w:val="clear" w:color="auto" w:fill="F3F5F4"/>
            <w:tcMar>
              <w:top w:w="70" w:type="dxa"/>
              <w:left w:w="70" w:type="dxa"/>
              <w:bottom w:w="70" w:type="dxa"/>
              <w:right w:w="70" w:type="dxa"/>
            </w:tcMar>
          </w:tcPr>
          <w:p w14:paraId="24F153F5" w14:textId="77777777" w:rsidR="00234277" w:rsidRPr="003F0D1D" w:rsidRDefault="00234277" w:rsidP="004F3C27">
            <w:pPr>
              <w:rPr>
                <w:szCs w:val="24"/>
              </w:rPr>
            </w:pPr>
            <w:r w:rsidRPr="003F0D1D">
              <w:rPr>
                <w:i/>
                <w:color w:val="66706B"/>
                <w:szCs w:val="24"/>
              </w:rPr>
              <w:t>Attachment N</w:t>
            </w:r>
          </w:p>
        </w:tc>
      </w:tr>
      <w:tr w:rsidR="00234277" w:rsidRPr="003F0D1D" w14:paraId="2DBC2937" w14:textId="77777777" w:rsidTr="004F3C27">
        <w:trPr>
          <w:cantSplit/>
          <w:jc w:val="center"/>
        </w:trPr>
        <w:tc>
          <w:tcPr>
            <w:tcW w:w="3600" w:type="dxa"/>
            <w:shd w:val="clear" w:color="auto" w:fill="F7FAF8"/>
            <w:tcMar>
              <w:top w:w="70" w:type="dxa"/>
              <w:left w:w="70" w:type="dxa"/>
              <w:bottom w:w="70" w:type="dxa"/>
              <w:right w:w="70" w:type="dxa"/>
            </w:tcMar>
          </w:tcPr>
          <w:p w14:paraId="6D672CA2" w14:textId="77777777" w:rsidR="00234277" w:rsidRPr="003F0D1D" w:rsidRDefault="00234277" w:rsidP="004F3C27">
            <w:pPr>
              <w:rPr>
                <w:szCs w:val="24"/>
              </w:rPr>
            </w:pPr>
            <w:r w:rsidRPr="003F0D1D">
              <w:rPr>
                <w:b/>
                <w:color w:val="015A41"/>
                <w:szCs w:val="24"/>
              </w:rPr>
              <w:t>ME-DLC Ch. 110 §</w:t>
            </w:r>
            <w:proofErr w:type="gramStart"/>
            <w:r w:rsidRPr="003F0D1D">
              <w:rPr>
                <w:b/>
                <w:color w:val="015A41"/>
                <w:szCs w:val="24"/>
              </w:rPr>
              <w:t>20.D.</w:t>
            </w:r>
            <w:proofErr w:type="gramEnd"/>
            <w:r w:rsidRPr="003F0D1D">
              <w:rPr>
                <w:b/>
                <w:color w:val="015A41"/>
                <w:szCs w:val="24"/>
              </w:rPr>
              <w:t>2(a)</w:t>
            </w:r>
          </w:p>
        </w:tc>
        <w:tc>
          <w:tcPr>
            <w:tcW w:w="3600" w:type="dxa"/>
            <w:tcMar>
              <w:top w:w="70" w:type="dxa"/>
              <w:left w:w="70" w:type="dxa"/>
              <w:bottom w:w="70" w:type="dxa"/>
              <w:right w:w="70" w:type="dxa"/>
            </w:tcMar>
          </w:tcPr>
          <w:p w14:paraId="2A283BCA" w14:textId="77777777" w:rsidR="00234277" w:rsidRPr="003F0D1D" w:rsidRDefault="00234277" w:rsidP="004F3C27">
            <w:pPr>
              <w:rPr>
                <w:szCs w:val="24"/>
              </w:rPr>
            </w:pPr>
            <w:r w:rsidRPr="003F0D1D">
              <w:rPr>
                <w:szCs w:val="24"/>
              </w:rPr>
              <w:t>Written disaster and emergency preparedness plan identifying likely emergencies</w:t>
            </w:r>
          </w:p>
        </w:tc>
        <w:tc>
          <w:tcPr>
            <w:tcW w:w="3600" w:type="dxa"/>
            <w:shd w:val="clear" w:color="auto" w:fill="F3F5F4"/>
            <w:tcMar>
              <w:top w:w="70" w:type="dxa"/>
              <w:left w:w="70" w:type="dxa"/>
              <w:bottom w:w="70" w:type="dxa"/>
              <w:right w:w="70" w:type="dxa"/>
            </w:tcMar>
          </w:tcPr>
          <w:p w14:paraId="648A6E73" w14:textId="77777777" w:rsidR="00234277" w:rsidRPr="003F0D1D" w:rsidRDefault="00234277" w:rsidP="004F3C27">
            <w:pPr>
              <w:rPr>
                <w:szCs w:val="24"/>
              </w:rPr>
            </w:pPr>
            <w:r w:rsidRPr="003F0D1D">
              <w:rPr>
                <w:i/>
                <w:color w:val="66706B"/>
                <w:szCs w:val="24"/>
              </w:rPr>
              <w:t>EOP / Section 3</w:t>
            </w:r>
          </w:p>
        </w:tc>
      </w:tr>
      <w:tr w:rsidR="00234277" w:rsidRPr="003F0D1D" w14:paraId="6C72AB84" w14:textId="77777777" w:rsidTr="004F3C27">
        <w:trPr>
          <w:cantSplit/>
          <w:jc w:val="center"/>
        </w:trPr>
        <w:tc>
          <w:tcPr>
            <w:tcW w:w="3600" w:type="dxa"/>
            <w:shd w:val="clear" w:color="auto" w:fill="EAF3EF"/>
            <w:tcMar>
              <w:top w:w="70" w:type="dxa"/>
              <w:left w:w="70" w:type="dxa"/>
              <w:bottom w:w="70" w:type="dxa"/>
              <w:right w:w="70" w:type="dxa"/>
            </w:tcMar>
          </w:tcPr>
          <w:p w14:paraId="2685EAFD" w14:textId="77777777" w:rsidR="00234277" w:rsidRPr="003F0D1D" w:rsidRDefault="00234277" w:rsidP="004F3C27">
            <w:pPr>
              <w:rPr>
                <w:szCs w:val="24"/>
              </w:rPr>
            </w:pPr>
            <w:r w:rsidRPr="003F0D1D">
              <w:rPr>
                <w:b/>
                <w:color w:val="015A41"/>
                <w:szCs w:val="24"/>
              </w:rPr>
              <w:t>ME-DLC Ch. 110 §</w:t>
            </w:r>
            <w:proofErr w:type="gramStart"/>
            <w:r w:rsidRPr="003F0D1D">
              <w:rPr>
                <w:b/>
                <w:color w:val="015A41"/>
                <w:szCs w:val="24"/>
              </w:rPr>
              <w:t>20.D.</w:t>
            </w:r>
            <w:proofErr w:type="gramEnd"/>
            <w:r w:rsidRPr="003F0D1D">
              <w:rPr>
                <w:b/>
                <w:color w:val="015A41"/>
                <w:szCs w:val="24"/>
              </w:rPr>
              <w:t>2(a)(1)</w:t>
            </w:r>
          </w:p>
        </w:tc>
        <w:tc>
          <w:tcPr>
            <w:tcW w:w="3600" w:type="dxa"/>
            <w:tcMar>
              <w:top w:w="70" w:type="dxa"/>
              <w:left w:w="70" w:type="dxa"/>
              <w:bottom w:w="70" w:type="dxa"/>
              <w:right w:w="70" w:type="dxa"/>
            </w:tcMar>
          </w:tcPr>
          <w:p w14:paraId="7A94B4BD" w14:textId="77777777" w:rsidR="00234277" w:rsidRPr="003F0D1D" w:rsidRDefault="00234277" w:rsidP="004F3C27">
            <w:pPr>
              <w:rPr>
                <w:szCs w:val="24"/>
              </w:rPr>
            </w:pPr>
            <w:r w:rsidRPr="003F0D1D">
              <w:rPr>
                <w:szCs w:val="24"/>
              </w:rPr>
              <w:t>Internal disasters: fire, loss heat/power/water, structural damage, relocation; emergency-power sources/methods</w:t>
            </w:r>
          </w:p>
        </w:tc>
        <w:tc>
          <w:tcPr>
            <w:tcW w:w="3600" w:type="dxa"/>
            <w:shd w:val="clear" w:color="auto" w:fill="F3F5F4"/>
            <w:tcMar>
              <w:top w:w="70" w:type="dxa"/>
              <w:left w:w="70" w:type="dxa"/>
              <w:bottom w:w="70" w:type="dxa"/>
              <w:right w:w="70" w:type="dxa"/>
            </w:tcMar>
          </w:tcPr>
          <w:p w14:paraId="35E6A5C8" w14:textId="77777777" w:rsidR="00234277" w:rsidRPr="003F0D1D" w:rsidRDefault="00234277" w:rsidP="004F3C27">
            <w:pPr>
              <w:rPr>
                <w:szCs w:val="24"/>
              </w:rPr>
            </w:pPr>
            <w:r w:rsidRPr="003F0D1D">
              <w:rPr>
                <w:i/>
                <w:color w:val="66706B"/>
                <w:szCs w:val="24"/>
              </w:rPr>
              <w:t>Sections 3, 10, 12 / appendices</w:t>
            </w:r>
          </w:p>
        </w:tc>
      </w:tr>
      <w:tr w:rsidR="00234277" w:rsidRPr="003F0D1D" w14:paraId="018DA017" w14:textId="77777777" w:rsidTr="004F3C27">
        <w:trPr>
          <w:cantSplit/>
          <w:jc w:val="center"/>
        </w:trPr>
        <w:tc>
          <w:tcPr>
            <w:tcW w:w="3600" w:type="dxa"/>
            <w:shd w:val="clear" w:color="auto" w:fill="F7FAF8"/>
            <w:tcMar>
              <w:top w:w="70" w:type="dxa"/>
              <w:left w:w="70" w:type="dxa"/>
              <w:bottom w:w="70" w:type="dxa"/>
              <w:right w:w="70" w:type="dxa"/>
            </w:tcMar>
          </w:tcPr>
          <w:p w14:paraId="062ADA32" w14:textId="77777777" w:rsidR="00234277" w:rsidRPr="003F0D1D" w:rsidRDefault="00234277" w:rsidP="004F3C27">
            <w:pPr>
              <w:rPr>
                <w:szCs w:val="24"/>
              </w:rPr>
            </w:pPr>
            <w:r w:rsidRPr="003F0D1D">
              <w:rPr>
                <w:b/>
                <w:color w:val="015A41"/>
                <w:szCs w:val="24"/>
              </w:rPr>
              <w:t>ME-DLC Ch. 110 §</w:t>
            </w:r>
            <w:proofErr w:type="gramStart"/>
            <w:r w:rsidRPr="003F0D1D">
              <w:rPr>
                <w:b/>
                <w:color w:val="015A41"/>
                <w:szCs w:val="24"/>
              </w:rPr>
              <w:t>20.D.</w:t>
            </w:r>
            <w:proofErr w:type="gramEnd"/>
            <w:r w:rsidRPr="003F0D1D">
              <w:rPr>
                <w:b/>
                <w:color w:val="015A41"/>
                <w:szCs w:val="24"/>
              </w:rPr>
              <w:t>2(a)(2)</w:t>
            </w:r>
          </w:p>
        </w:tc>
        <w:tc>
          <w:tcPr>
            <w:tcW w:w="3600" w:type="dxa"/>
            <w:tcMar>
              <w:top w:w="70" w:type="dxa"/>
              <w:left w:w="70" w:type="dxa"/>
              <w:bottom w:w="70" w:type="dxa"/>
              <w:right w:w="70" w:type="dxa"/>
            </w:tcMar>
          </w:tcPr>
          <w:p w14:paraId="350171BA" w14:textId="77777777" w:rsidR="00234277" w:rsidRPr="003F0D1D" w:rsidRDefault="00234277" w:rsidP="004F3C27">
            <w:pPr>
              <w:rPr>
                <w:szCs w:val="24"/>
              </w:rPr>
            </w:pPr>
            <w:r w:rsidRPr="003F0D1D">
              <w:rPr>
                <w:szCs w:val="24"/>
              </w:rPr>
              <w:t>External/community disasters; continuity of heat, lights, food; contingency if no generator</w:t>
            </w:r>
          </w:p>
        </w:tc>
        <w:tc>
          <w:tcPr>
            <w:tcW w:w="3600" w:type="dxa"/>
            <w:shd w:val="clear" w:color="auto" w:fill="F3F5F4"/>
            <w:tcMar>
              <w:top w:w="70" w:type="dxa"/>
              <w:left w:w="70" w:type="dxa"/>
              <w:bottom w:w="70" w:type="dxa"/>
              <w:right w:w="70" w:type="dxa"/>
            </w:tcMar>
          </w:tcPr>
          <w:p w14:paraId="1374C3F1" w14:textId="77777777" w:rsidR="00234277" w:rsidRPr="003F0D1D" w:rsidRDefault="00234277" w:rsidP="004F3C27">
            <w:pPr>
              <w:rPr>
                <w:szCs w:val="24"/>
              </w:rPr>
            </w:pPr>
            <w:r w:rsidRPr="003F0D1D">
              <w:rPr>
                <w:i/>
                <w:color w:val="66706B"/>
                <w:szCs w:val="24"/>
              </w:rPr>
              <w:t>Sections 3, 10, 12</w:t>
            </w:r>
          </w:p>
        </w:tc>
      </w:tr>
      <w:tr w:rsidR="00234277" w:rsidRPr="003F0D1D" w14:paraId="53155C7C" w14:textId="77777777" w:rsidTr="004F3C27">
        <w:trPr>
          <w:cantSplit/>
          <w:jc w:val="center"/>
        </w:trPr>
        <w:tc>
          <w:tcPr>
            <w:tcW w:w="3600" w:type="dxa"/>
            <w:shd w:val="clear" w:color="auto" w:fill="EAF3EF"/>
            <w:tcMar>
              <w:top w:w="70" w:type="dxa"/>
              <w:left w:w="70" w:type="dxa"/>
              <w:bottom w:w="70" w:type="dxa"/>
              <w:right w:w="70" w:type="dxa"/>
            </w:tcMar>
          </w:tcPr>
          <w:p w14:paraId="314333ED" w14:textId="77777777" w:rsidR="00234277" w:rsidRPr="003F0D1D" w:rsidRDefault="00234277" w:rsidP="004F3C27">
            <w:pPr>
              <w:rPr>
                <w:szCs w:val="24"/>
              </w:rPr>
            </w:pPr>
            <w:r w:rsidRPr="003F0D1D">
              <w:rPr>
                <w:b/>
                <w:color w:val="015A41"/>
                <w:szCs w:val="24"/>
              </w:rPr>
              <w:t>ME-DLC Ch. 110 §</w:t>
            </w:r>
            <w:proofErr w:type="gramStart"/>
            <w:r w:rsidRPr="003F0D1D">
              <w:rPr>
                <w:b/>
                <w:color w:val="015A41"/>
                <w:szCs w:val="24"/>
              </w:rPr>
              <w:t>20.D.</w:t>
            </w:r>
            <w:proofErr w:type="gramEnd"/>
            <w:r w:rsidRPr="003F0D1D">
              <w:rPr>
                <w:b/>
                <w:color w:val="015A41"/>
                <w:szCs w:val="24"/>
              </w:rPr>
              <w:t>2(a)(3)</w:t>
            </w:r>
          </w:p>
        </w:tc>
        <w:tc>
          <w:tcPr>
            <w:tcW w:w="3600" w:type="dxa"/>
            <w:tcMar>
              <w:top w:w="70" w:type="dxa"/>
              <w:left w:w="70" w:type="dxa"/>
              <w:bottom w:w="70" w:type="dxa"/>
              <w:right w:w="70" w:type="dxa"/>
            </w:tcMar>
          </w:tcPr>
          <w:p w14:paraId="7A2BCCF5" w14:textId="77777777" w:rsidR="00234277" w:rsidRPr="003F0D1D" w:rsidRDefault="00234277" w:rsidP="004F3C27">
            <w:pPr>
              <w:rPr>
                <w:szCs w:val="24"/>
              </w:rPr>
            </w:pPr>
            <w:r w:rsidRPr="003F0D1D">
              <w:rPr>
                <w:szCs w:val="24"/>
              </w:rPr>
              <w:t>Other emergencies including severe weather and missing residents</w:t>
            </w:r>
          </w:p>
        </w:tc>
        <w:tc>
          <w:tcPr>
            <w:tcW w:w="3600" w:type="dxa"/>
            <w:shd w:val="clear" w:color="auto" w:fill="F3F5F4"/>
            <w:tcMar>
              <w:top w:w="70" w:type="dxa"/>
              <w:left w:w="70" w:type="dxa"/>
              <w:bottom w:w="70" w:type="dxa"/>
              <w:right w:w="70" w:type="dxa"/>
            </w:tcMar>
          </w:tcPr>
          <w:p w14:paraId="7D62D1BE" w14:textId="77777777" w:rsidR="00234277" w:rsidRPr="003F0D1D" w:rsidRDefault="00234277" w:rsidP="004F3C27">
            <w:pPr>
              <w:rPr>
                <w:szCs w:val="24"/>
              </w:rPr>
            </w:pPr>
            <w:r w:rsidRPr="003F0D1D">
              <w:rPr>
                <w:i/>
                <w:color w:val="66706B"/>
                <w:szCs w:val="24"/>
              </w:rPr>
              <w:t>Section 3 / appendices</w:t>
            </w:r>
          </w:p>
        </w:tc>
      </w:tr>
      <w:tr w:rsidR="00234277" w:rsidRPr="003F0D1D" w14:paraId="0ACD0C49" w14:textId="77777777" w:rsidTr="004F3C27">
        <w:trPr>
          <w:cantSplit/>
          <w:jc w:val="center"/>
        </w:trPr>
        <w:tc>
          <w:tcPr>
            <w:tcW w:w="3600" w:type="dxa"/>
            <w:shd w:val="clear" w:color="auto" w:fill="F7FAF8"/>
            <w:tcMar>
              <w:top w:w="70" w:type="dxa"/>
              <w:left w:w="70" w:type="dxa"/>
              <w:bottom w:w="70" w:type="dxa"/>
              <w:right w:w="70" w:type="dxa"/>
            </w:tcMar>
          </w:tcPr>
          <w:p w14:paraId="7589E1A0" w14:textId="77777777" w:rsidR="00234277" w:rsidRPr="003F0D1D" w:rsidRDefault="00234277" w:rsidP="004F3C27">
            <w:pPr>
              <w:rPr>
                <w:szCs w:val="24"/>
              </w:rPr>
            </w:pPr>
            <w:r w:rsidRPr="003F0D1D">
              <w:rPr>
                <w:b/>
                <w:color w:val="015A41"/>
                <w:szCs w:val="24"/>
              </w:rPr>
              <w:t>ME-DLC Ch. 110 §</w:t>
            </w:r>
            <w:proofErr w:type="gramStart"/>
            <w:r w:rsidRPr="003F0D1D">
              <w:rPr>
                <w:b/>
                <w:color w:val="015A41"/>
                <w:szCs w:val="24"/>
              </w:rPr>
              <w:t>20.D.</w:t>
            </w:r>
            <w:proofErr w:type="gramEnd"/>
            <w:r w:rsidRPr="003F0D1D">
              <w:rPr>
                <w:b/>
                <w:color w:val="015A41"/>
                <w:szCs w:val="24"/>
              </w:rPr>
              <w:t>2(b)</w:t>
            </w:r>
          </w:p>
        </w:tc>
        <w:tc>
          <w:tcPr>
            <w:tcW w:w="3600" w:type="dxa"/>
            <w:tcMar>
              <w:top w:w="70" w:type="dxa"/>
              <w:left w:w="70" w:type="dxa"/>
              <w:bottom w:w="70" w:type="dxa"/>
              <w:right w:w="70" w:type="dxa"/>
            </w:tcMar>
          </w:tcPr>
          <w:p w14:paraId="45A1BC7F" w14:textId="77777777" w:rsidR="00234277" w:rsidRPr="003F0D1D" w:rsidRDefault="00234277" w:rsidP="004F3C27">
            <w:pPr>
              <w:rPr>
                <w:szCs w:val="24"/>
              </w:rPr>
            </w:pPr>
            <w:r w:rsidRPr="003F0D1D">
              <w:rPr>
                <w:szCs w:val="24"/>
              </w:rPr>
              <w:t>Provide disaster plan copy to Maine DHHS and submit revisions</w:t>
            </w:r>
          </w:p>
        </w:tc>
        <w:tc>
          <w:tcPr>
            <w:tcW w:w="3600" w:type="dxa"/>
            <w:shd w:val="clear" w:color="auto" w:fill="F3F5F4"/>
            <w:tcMar>
              <w:top w:w="70" w:type="dxa"/>
              <w:left w:w="70" w:type="dxa"/>
              <w:bottom w:w="70" w:type="dxa"/>
              <w:right w:w="70" w:type="dxa"/>
            </w:tcMar>
          </w:tcPr>
          <w:p w14:paraId="68C93A43" w14:textId="77777777" w:rsidR="00234277" w:rsidRPr="003F0D1D" w:rsidRDefault="00234277" w:rsidP="004F3C27">
            <w:pPr>
              <w:rPr>
                <w:szCs w:val="24"/>
              </w:rPr>
            </w:pPr>
            <w:r w:rsidRPr="003F0D1D">
              <w:rPr>
                <w:i/>
                <w:color w:val="66706B"/>
                <w:szCs w:val="24"/>
              </w:rPr>
              <w:t>Record of Distribution / Supporting Documentation Index</w:t>
            </w:r>
          </w:p>
        </w:tc>
      </w:tr>
      <w:tr w:rsidR="00234277" w:rsidRPr="003F0D1D" w14:paraId="38CDFA1B" w14:textId="77777777" w:rsidTr="004F3C27">
        <w:trPr>
          <w:cantSplit/>
          <w:jc w:val="center"/>
        </w:trPr>
        <w:tc>
          <w:tcPr>
            <w:tcW w:w="3600" w:type="dxa"/>
            <w:shd w:val="clear" w:color="auto" w:fill="EAF3EF"/>
            <w:tcMar>
              <w:top w:w="70" w:type="dxa"/>
              <w:left w:w="70" w:type="dxa"/>
              <w:bottom w:w="70" w:type="dxa"/>
              <w:right w:w="70" w:type="dxa"/>
            </w:tcMar>
          </w:tcPr>
          <w:p w14:paraId="775D0E3B" w14:textId="77777777" w:rsidR="00234277" w:rsidRPr="003F0D1D" w:rsidRDefault="00234277" w:rsidP="004F3C27">
            <w:pPr>
              <w:rPr>
                <w:szCs w:val="24"/>
              </w:rPr>
            </w:pPr>
            <w:r w:rsidRPr="003F0D1D">
              <w:rPr>
                <w:b/>
                <w:color w:val="015A41"/>
                <w:szCs w:val="24"/>
              </w:rPr>
              <w:t>ME-DLC Ch. 110 §</w:t>
            </w:r>
            <w:proofErr w:type="gramStart"/>
            <w:r w:rsidRPr="003F0D1D">
              <w:rPr>
                <w:b/>
                <w:color w:val="015A41"/>
                <w:szCs w:val="24"/>
              </w:rPr>
              <w:t>20.D.</w:t>
            </w:r>
            <w:proofErr w:type="gramEnd"/>
            <w:r w:rsidRPr="003F0D1D">
              <w:rPr>
                <w:b/>
                <w:color w:val="015A41"/>
                <w:szCs w:val="24"/>
              </w:rPr>
              <w:t>2(c)</w:t>
            </w:r>
          </w:p>
        </w:tc>
        <w:tc>
          <w:tcPr>
            <w:tcW w:w="3600" w:type="dxa"/>
            <w:tcMar>
              <w:top w:w="70" w:type="dxa"/>
              <w:left w:w="70" w:type="dxa"/>
              <w:bottom w:w="70" w:type="dxa"/>
              <w:right w:w="70" w:type="dxa"/>
            </w:tcMar>
          </w:tcPr>
          <w:p w14:paraId="47F7D2BD" w14:textId="77777777" w:rsidR="00234277" w:rsidRPr="003F0D1D" w:rsidRDefault="00234277" w:rsidP="004F3C27">
            <w:pPr>
              <w:rPr>
                <w:szCs w:val="24"/>
              </w:rPr>
            </w:pPr>
            <w:r w:rsidRPr="003F0D1D">
              <w:rPr>
                <w:szCs w:val="24"/>
              </w:rPr>
              <w:t>Employee initial firefighting/evacuation training and EOP orientation; annual training thereafter</w:t>
            </w:r>
          </w:p>
        </w:tc>
        <w:tc>
          <w:tcPr>
            <w:tcW w:w="3600" w:type="dxa"/>
            <w:shd w:val="clear" w:color="auto" w:fill="F3F5F4"/>
            <w:tcMar>
              <w:top w:w="70" w:type="dxa"/>
              <w:left w:w="70" w:type="dxa"/>
              <w:bottom w:w="70" w:type="dxa"/>
              <w:right w:w="70" w:type="dxa"/>
            </w:tcMar>
          </w:tcPr>
          <w:p w14:paraId="095C6651" w14:textId="77777777" w:rsidR="00234277" w:rsidRPr="003F0D1D" w:rsidRDefault="00234277" w:rsidP="004F3C27">
            <w:pPr>
              <w:rPr>
                <w:szCs w:val="24"/>
              </w:rPr>
            </w:pPr>
            <w:r w:rsidRPr="003F0D1D">
              <w:rPr>
                <w:i/>
                <w:color w:val="66706B"/>
                <w:szCs w:val="24"/>
              </w:rPr>
              <w:t>Attachment D</w:t>
            </w:r>
          </w:p>
        </w:tc>
      </w:tr>
      <w:tr w:rsidR="00234277" w:rsidRPr="003F0D1D" w14:paraId="63B335B6" w14:textId="77777777" w:rsidTr="004F3C27">
        <w:trPr>
          <w:cantSplit/>
          <w:jc w:val="center"/>
        </w:trPr>
        <w:tc>
          <w:tcPr>
            <w:tcW w:w="3600" w:type="dxa"/>
            <w:shd w:val="clear" w:color="auto" w:fill="F7FAF8"/>
            <w:tcMar>
              <w:top w:w="70" w:type="dxa"/>
              <w:left w:w="70" w:type="dxa"/>
              <w:bottom w:w="70" w:type="dxa"/>
              <w:right w:w="70" w:type="dxa"/>
            </w:tcMar>
          </w:tcPr>
          <w:p w14:paraId="5100BEFD" w14:textId="77777777" w:rsidR="00234277" w:rsidRPr="003F0D1D" w:rsidRDefault="00234277" w:rsidP="004F3C27">
            <w:pPr>
              <w:rPr>
                <w:szCs w:val="24"/>
              </w:rPr>
            </w:pPr>
            <w:r w:rsidRPr="003F0D1D">
              <w:rPr>
                <w:b/>
                <w:color w:val="015A41"/>
                <w:szCs w:val="24"/>
              </w:rPr>
              <w:t>ME-DLC Ch. 110 §</w:t>
            </w:r>
            <w:proofErr w:type="gramStart"/>
            <w:r w:rsidRPr="003F0D1D">
              <w:rPr>
                <w:b/>
                <w:color w:val="015A41"/>
                <w:szCs w:val="24"/>
              </w:rPr>
              <w:t>20.D.</w:t>
            </w:r>
            <w:proofErr w:type="gramEnd"/>
            <w:r w:rsidRPr="003F0D1D">
              <w:rPr>
                <w:b/>
                <w:color w:val="015A41"/>
                <w:szCs w:val="24"/>
              </w:rPr>
              <w:t>2(d)</w:t>
            </w:r>
          </w:p>
        </w:tc>
        <w:tc>
          <w:tcPr>
            <w:tcW w:w="3600" w:type="dxa"/>
            <w:tcMar>
              <w:top w:w="70" w:type="dxa"/>
              <w:left w:w="70" w:type="dxa"/>
              <w:bottom w:w="70" w:type="dxa"/>
              <w:right w:w="70" w:type="dxa"/>
            </w:tcMar>
          </w:tcPr>
          <w:p w14:paraId="24ABE04E" w14:textId="77777777" w:rsidR="00234277" w:rsidRPr="003F0D1D" w:rsidRDefault="00234277" w:rsidP="004F3C27">
            <w:pPr>
              <w:rPr>
                <w:szCs w:val="24"/>
              </w:rPr>
            </w:pPr>
            <w:r w:rsidRPr="003F0D1D">
              <w:rPr>
                <w:szCs w:val="24"/>
              </w:rPr>
              <w:t xml:space="preserve">Post fire regulations and evacuation </w:t>
            </w:r>
            <w:proofErr w:type="gramStart"/>
            <w:r w:rsidRPr="003F0D1D">
              <w:rPr>
                <w:szCs w:val="24"/>
              </w:rPr>
              <w:t>plans</w:t>
            </w:r>
            <w:proofErr w:type="gramEnd"/>
            <w:r w:rsidRPr="003F0D1D">
              <w:rPr>
                <w:szCs w:val="24"/>
              </w:rPr>
              <w:t xml:space="preserve"> conspicuously on each floor/section</w:t>
            </w:r>
          </w:p>
        </w:tc>
        <w:tc>
          <w:tcPr>
            <w:tcW w:w="3600" w:type="dxa"/>
            <w:shd w:val="clear" w:color="auto" w:fill="F3F5F4"/>
            <w:tcMar>
              <w:top w:w="70" w:type="dxa"/>
              <w:left w:w="70" w:type="dxa"/>
              <w:bottom w:w="70" w:type="dxa"/>
              <w:right w:w="70" w:type="dxa"/>
            </w:tcMar>
          </w:tcPr>
          <w:p w14:paraId="70C8D57E" w14:textId="77777777" w:rsidR="00234277" w:rsidRPr="003F0D1D" w:rsidRDefault="00234277" w:rsidP="004F3C27">
            <w:pPr>
              <w:rPr>
                <w:szCs w:val="24"/>
              </w:rPr>
            </w:pPr>
            <w:r w:rsidRPr="003F0D1D">
              <w:rPr>
                <w:i/>
                <w:color w:val="66706B"/>
                <w:szCs w:val="24"/>
              </w:rPr>
              <w:t>Attachments I and N</w:t>
            </w:r>
          </w:p>
        </w:tc>
      </w:tr>
    </w:tbl>
    <w:p w14:paraId="0B23B0A0" w14:textId="77777777" w:rsidR="00686453" w:rsidRDefault="00686453">
      <w:pPr>
        <w:spacing w:after="0"/>
      </w:pPr>
    </w:p>
    <w:p w14:paraId="733B991A" w14:textId="77777777" w:rsidR="00686453" w:rsidRDefault="00D95FB4">
      <w:r>
        <w:br w:type="page"/>
      </w:r>
    </w:p>
    <w:p w14:paraId="506D7660" w14:textId="77777777" w:rsidR="00686453" w:rsidRDefault="00D95FB4">
      <w:pPr>
        <w:pStyle w:val="Heading1"/>
        <w:pBdr>
          <w:bottom w:val="single" w:sz="14" w:space="5" w:color="E63B07"/>
        </w:pBdr>
        <w:spacing w:before="140" w:after="140"/>
      </w:pPr>
      <w:r>
        <w:rPr>
          <w:rFonts w:ascii="Arial" w:eastAsia="Arial" w:hAnsi="Arial"/>
        </w:rPr>
        <w:lastRenderedPageBreak/>
        <w:t>ATTACHMENT A - MAINE CHAPTER 110 CROSSWALK (CONTINUED)</w:t>
      </w:r>
    </w:p>
    <w:tbl>
      <w:tblPr>
        <w:tblW w:w="11232"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3744"/>
        <w:gridCol w:w="3744"/>
        <w:gridCol w:w="3744"/>
      </w:tblGrid>
      <w:tr w:rsidR="00686453" w:rsidRPr="003F0D1D" w14:paraId="1A96E699" w14:textId="77777777" w:rsidTr="003F0D1D">
        <w:trPr>
          <w:tblHeader/>
          <w:jc w:val="center"/>
        </w:trPr>
        <w:tc>
          <w:tcPr>
            <w:tcW w:w="3744" w:type="dxa"/>
            <w:shd w:val="clear" w:color="auto" w:fill="015A41"/>
            <w:tcMar>
              <w:top w:w="70" w:type="dxa"/>
              <w:left w:w="70" w:type="dxa"/>
              <w:bottom w:w="70" w:type="dxa"/>
              <w:right w:w="70" w:type="dxa"/>
            </w:tcMar>
          </w:tcPr>
          <w:p w14:paraId="12632B80" w14:textId="77777777" w:rsidR="00686453" w:rsidRPr="003F0D1D" w:rsidRDefault="00D95FB4">
            <w:pPr>
              <w:rPr>
                <w:szCs w:val="24"/>
              </w:rPr>
            </w:pPr>
            <w:r w:rsidRPr="003F0D1D">
              <w:rPr>
                <w:b/>
                <w:color w:val="FFFFFF"/>
                <w:szCs w:val="24"/>
              </w:rPr>
              <w:t>Maine Source</w:t>
            </w:r>
          </w:p>
        </w:tc>
        <w:tc>
          <w:tcPr>
            <w:tcW w:w="3744" w:type="dxa"/>
            <w:shd w:val="clear" w:color="auto" w:fill="015A41"/>
            <w:tcMar>
              <w:top w:w="70" w:type="dxa"/>
              <w:left w:w="70" w:type="dxa"/>
              <w:bottom w:w="70" w:type="dxa"/>
              <w:right w:w="70" w:type="dxa"/>
            </w:tcMar>
          </w:tcPr>
          <w:p w14:paraId="01889330" w14:textId="77777777" w:rsidR="00686453" w:rsidRPr="003F0D1D" w:rsidRDefault="00D95FB4">
            <w:pPr>
              <w:rPr>
                <w:szCs w:val="24"/>
              </w:rPr>
            </w:pPr>
            <w:r w:rsidRPr="003F0D1D">
              <w:rPr>
                <w:b/>
                <w:color w:val="FFFFFF"/>
                <w:szCs w:val="24"/>
              </w:rPr>
              <w:t>Required / Applicable Content</w:t>
            </w:r>
          </w:p>
        </w:tc>
        <w:tc>
          <w:tcPr>
            <w:tcW w:w="3744" w:type="dxa"/>
            <w:shd w:val="clear" w:color="auto" w:fill="015A41"/>
            <w:tcMar>
              <w:top w:w="70" w:type="dxa"/>
              <w:left w:w="70" w:type="dxa"/>
              <w:bottom w:w="70" w:type="dxa"/>
              <w:right w:w="70" w:type="dxa"/>
            </w:tcMar>
          </w:tcPr>
          <w:p w14:paraId="6F834910" w14:textId="77777777" w:rsidR="00686453" w:rsidRPr="003F0D1D" w:rsidRDefault="00D95FB4">
            <w:pPr>
              <w:rPr>
                <w:szCs w:val="24"/>
              </w:rPr>
            </w:pPr>
            <w:r w:rsidRPr="003F0D1D">
              <w:rPr>
                <w:b/>
                <w:color w:val="FFFFFF"/>
                <w:szCs w:val="24"/>
              </w:rPr>
              <w:t>Template Location</w:t>
            </w:r>
          </w:p>
        </w:tc>
      </w:tr>
      <w:tr w:rsidR="00686453" w:rsidRPr="003F0D1D" w14:paraId="456F656B" w14:textId="77777777" w:rsidTr="003F0D1D">
        <w:trPr>
          <w:cantSplit/>
          <w:jc w:val="center"/>
        </w:trPr>
        <w:tc>
          <w:tcPr>
            <w:tcW w:w="3744" w:type="dxa"/>
            <w:shd w:val="clear" w:color="auto" w:fill="EAF3EF"/>
            <w:tcMar>
              <w:top w:w="70" w:type="dxa"/>
              <w:left w:w="70" w:type="dxa"/>
              <w:bottom w:w="70" w:type="dxa"/>
              <w:right w:w="70" w:type="dxa"/>
            </w:tcMar>
          </w:tcPr>
          <w:p w14:paraId="2A193D4C" w14:textId="77777777" w:rsidR="00686453" w:rsidRPr="003F0D1D" w:rsidRDefault="00D95FB4">
            <w:pPr>
              <w:rPr>
                <w:szCs w:val="24"/>
              </w:rPr>
            </w:pPr>
            <w:r w:rsidRPr="003F0D1D">
              <w:rPr>
                <w:b/>
                <w:color w:val="015A41"/>
                <w:szCs w:val="24"/>
              </w:rPr>
              <w:t>ME-DLC Ch. 110 §</w:t>
            </w:r>
            <w:proofErr w:type="gramStart"/>
            <w:r w:rsidRPr="003F0D1D">
              <w:rPr>
                <w:b/>
                <w:color w:val="015A41"/>
                <w:szCs w:val="24"/>
              </w:rPr>
              <w:t>20.D.</w:t>
            </w:r>
            <w:proofErr w:type="gramEnd"/>
            <w:r w:rsidRPr="003F0D1D">
              <w:rPr>
                <w:b/>
                <w:color w:val="015A41"/>
                <w:szCs w:val="24"/>
              </w:rPr>
              <w:t>2(e)</w:t>
            </w:r>
          </w:p>
        </w:tc>
        <w:tc>
          <w:tcPr>
            <w:tcW w:w="3744" w:type="dxa"/>
            <w:tcMar>
              <w:top w:w="70" w:type="dxa"/>
              <w:left w:w="70" w:type="dxa"/>
              <w:bottom w:w="70" w:type="dxa"/>
              <w:right w:w="70" w:type="dxa"/>
            </w:tcMar>
          </w:tcPr>
          <w:p w14:paraId="25514B8D" w14:textId="77777777" w:rsidR="00686453" w:rsidRPr="003F0D1D" w:rsidRDefault="00D95FB4">
            <w:pPr>
              <w:rPr>
                <w:szCs w:val="24"/>
              </w:rPr>
            </w:pPr>
            <w:r w:rsidRPr="003F0D1D">
              <w:rPr>
                <w:szCs w:val="24"/>
              </w:rPr>
              <w:t>12 irregular disaster-plan rehearsal drills/year; at least 3 per shift; document performance/results/corrective measures</w:t>
            </w:r>
          </w:p>
        </w:tc>
        <w:tc>
          <w:tcPr>
            <w:tcW w:w="3744" w:type="dxa"/>
            <w:shd w:val="clear" w:color="auto" w:fill="F3F5F4"/>
            <w:tcMar>
              <w:top w:w="70" w:type="dxa"/>
              <w:left w:w="70" w:type="dxa"/>
              <w:bottom w:w="70" w:type="dxa"/>
              <w:right w:w="70" w:type="dxa"/>
            </w:tcMar>
          </w:tcPr>
          <w:p w14:paraId="3ACC29E1" w14:textId="77777777" w:rsidR="00686453" w:rsidRPr="003F0D1D" w:rsidRDefault="00D95FB4">
            <w:pPr>
              <w:rPr>
                <w:szCs w:val="24"/>
              </w:rPr>
            </w:pPr>
            <w:r w:rsidRPr="003F0D1D">
              <w:rPr>
                <w:i/>
                <w:color w:val="66706B"/>
                <w:szCs w:val="24"/>
              </w:rPr>
              <w:t>Attachment E</w:t>
            </w:r>
          </w:p>
        </w:tc>
      </w:tr>
      <w:tr w:rsidR="00686453" w:rsidRPr="003F0D1D" w14:paraId="37A90207" w14:textId="77777777" w:rsidTr="003F0D1D">
        <w:trPr>
          <w:cantSplit/>
          <w:jc w:val="center"/>
        </w:trPr>
        <w:tc>
          <w:tcPr>
            <w:tcW w:w="3744" w:type="dxa"/>
            <w:shd w:val="clear" w:color="auto" w:fill="F7FAF8"/>
            <w:tcMar>
              <w:top w:w="70" w:type="dxa"/>
              <w:left w:w="70" w:type="dxa"/>
              <w:bottom w:w="70" w:type="dxa"/>
              <w:right w:w="70" w:type="dxa"/>
            </w:tcMar>
          </w:tcPr>
          <w:p w14:paraId="5D929B0D" w14:textId="77777777" w:rsidR="00686453" w:rsidRPr="003F0D1D" w:rsidRDefault="00D95FB4">
            <w:pPr>
              <w:rPr>
                <w:szCs w:val="24"/>
              </w:rPr>
            </w:pPr>
            <w:r w:rsidRPr="003F0D1D">
              <w:rPr>
                <w:b/>
                <w:color w:val="015A41"/>
                <w:szCs w:val="24"/>
              </w:rPr>
              <w:t>ME-DLC Ch. 110 §</w:t>
            </w:r>
            <w:proofErr w:type="gramStart"/>
            <w:r w:rsidRPr="003F0D1D">
              <w:rPr>
                <w:b/>
                <w:color w:val="015A41"/>
                <w:szCs w:val="24"/>
              </w:rPr>
              <w:t>20.D.</w:t>
            </w:r>
            <w:proofErr w:type="gramEnd"/>
            <w:r w:rsidRPr="003F0D1D">
              <w:rPr>
                <w:b/>
                <w:color w:val="015A41"/>
                <w:szCs w:val="24"/>
              </w:rPr>
              <w:t>3</w:t>
            </w:r>
          </w:p>
        </w:tc>
        <w:tc>
          <w:tcPr>
            <w:tcW w:w="3744" w:type="dxa"/>
            <w:tcMar>
              <w:top w:w="70" w:type="dxa"/>
              <w:left w:w="70" w:type="dxa"/>
              <w:bottom w:w="70" w:type="dxa"/>
              <w:right w:w="70" w:type="dxa"/>
            </w:tcMar>
          </w:tcPr>
          <w:p w14:paraId="5C53321D" w14:textId="77777777" w:rsidR="00686453" w:rsidRPr="003F0D1D" w:rsidRDefault="00D95FB4">
            <w:pPr>
              <w:rPr>
                <w:szCs w:val="24"/>
              </w:rPr>
            </w:pPr>
            <w:r w:rsidRPr="003F0D1D">
              <w:rPr>
                <w:szCs w:val="24"/>
              </w:rPr>
              <w:t>Immediate verbal and written smoke/fire incident reporting to Department and State Fire Marshal</w:t>
            </w:r>
          </w:p>
        </w:tc>
        <w:tc>
          <w:tcPr>
            <w:tcW w:w="3744" w:type="dxa"/>
            <w:shd w:val="clear" w:color="auto" w:fill="F3F5F4"/>
            <w:tcMar>
              <w:top w:w="70" w:type="dxa"/>
              <w:left w:w="70" w:type="dxa"/>
              <w:bottom w:w="70" w:type="dxa"/>
              <w:right w:w="70" w:type="dxa"/>
            </w:tcMar>
          </w:tcPr>
          <w:p w14:paraId="7EB66E0E" w14:textId="77777777" w:rsidR="00686453" w:rsidRPr="003F0D1D" w:rsidRDefault="00D95FB4">
            <w:pPr>
              <w:rPr>
                <w:szCs w:val="24"/>
              </w:rPr>
            </w:pPr>
            <w:r w:rsidRPr="003F0D1D">
              <w:rPr>
                <w:i/>
                <w:color w:val="66706B"/>
                <w:szCs w:val="24"/>
              </w:rPr>
              <w:t>Annex C / Attachment N</w:t>
            </w:r>
          </w:p>
        </w:tc>
      </w:tr>
      <w:tr w:rsidR="00686453" w:rsidRPr="003F0D1D" w14:paraId="06244849" w14:textId="77777777" w:rsidTr="003F0D1D">
        <w:trPr>
          <w:cantSplit/>
          <w:jc w:val="center"/>
        </w:trPr>
        <w:tc>
          <w:tcPr>
            <w:tcW w:w="3744" w:type="dxa"/>
            <w:shd w:val="clear" w:color="auto" w:fill="EAF3EF"/>
            <w:tcMar>
              <w:top w:w="70" w:type="dxa"/>
              <w:left w:w="70" w:type="dxa"/>
              <w:bottom w:w="70" w:type="dxa"/>
              <w:right w:w="70" w:type="dxa"/>
            </w:tcMar>
          </w:tcPr>
          <w:p w14:paraId="69BF9298" w14:textId="77777777" w:rsidR="00686453" w:rsidRPr="003F0D1D" w:rsidRDefault="00D95FB4">
            <w:pPr>
              <w:rPr>
                <w:szCs w:val="24"/>
              </w:rPr>
            </w:pPr>
            <w:r w:rsidRPr="003F0D1D">
              <w:rPr>
                <w:b/>
                <w:color w:val="015A41"/>
                <w:szCs w:val="24"/>
              </w:rPr>
              <w:t>ME-DLC Ch. 110 §</w:t>
            </w:r>
            <w:proofErr w:type="gramStart"/>
            <w:r w:rsidRPr="003F0D1D">
              <w:rPr>
                <w:b/>
                <w:color w:val="015A41"/>
                <w:szCs w:val="24"/>
              </w:rPr>
              <w:t>20.D.</w:t>
            </w:r>
            <w:proofErr w:type="gramEnd"/>
            <w:r w:rsidRPr="003F0D1D">
              <w:rPr>
                <w:b/>
                <w:color w:val="015A41"/>
                <w:szCs w:val="24"/>
              </w:rPr>
              <w:t>4(a)-(b)</w:t>
            </w:r>
          </w:p>
        </w:tc>
        <w:tc>
          <w:tcPr>
            <w:tcW w:w="3744" w:type="dxa"/>
            <w:tcMar>
              <w:top w:w="70" w:type="dxa"/>
              <w:left w:w="70" w:type="dxa"/>
              <w:bottom w:w="70" w:type="dxa"/>
              <w:right w:w="70" w:type="dxa"/>
            </w:tcMar>
          </w:tcPr>
          <w:p w14:paraId="7567B911" w14:textId="77777777" w:rsidR="00686453" w:rsidRPr="003F0D1D" w:rsidRDefault="00D95FB4">
            <w:pPr>
              <w:rPr>
                <w:szCs w:val="24"/>
              </w:rPr>
            </w:pPr>
            <w:r w:rsidRPr="003F0D1D">
              <w:rPr>
                <w:szCs w:val="24"/>
              </w:rPr>
              <w:t>Monthly manual fire alarm tests and emergency light checks</w:t>
            </w:r>
          </w:p>
        </w:tc>
        <w:tc>
          <w:tcPr>
            <w:tcW w:w="3744" w:type="dxa"/>
            <w:shd w:val="clear" w:color="auto" w:fill="F3F5F4"/>
            <w:tcMar>
              <w:top w:w="70" w:type="dxa"/>
              <w:left w:w="70" w:type="dxa"/>
              <w:bottom w:w="70" w:type="dxa"/>
              <w:right w:w="70" w:type="dxa"/>
            </w:tcMar>
          </w:tcPr>
          <w:p w14:paraId="2733B7F0" w14:textId="77777777" w:rsidR="00686453" w:rsidRPr="003F0D1D" w:rsidRDefault="00D95FB4">
            <w:pPr>
              <w:rPr>
                <w:szCs w:val="24"/>
              </w:rPr>
            </w:pPr>
            <w:r w:rsidRPr="003F0D1D">
              <w:rPr>
                <w:i/>
                <w:color w:val="66706B"/>
                <w:szCs w:val="24"/>
              </w:rPr>
              <w:t>Attachment N</w:t>
            </w:r>
          </w:p>
        </w:tc>
      </w:tr>
      <w:tr w:rsidR="00686453" w:rsidRPr="003F0D1D" w14:paraId="1F8320F7" w14:textId="77777777" w:rsidTr="003F0D1D">
        <w:trPr>
          <w:cantSplit/>
          <w:jc w:val="center"/>
        </w:trPr>
        <w:tc>
          <w:tcPr>
            <w:tcW w:w="3744" w:type="dxa"/>
            <w:shd w:val="clear" w:color="auto" w:fill="F7FAF8"/>
            <w:tcMar>
              <w:top w:w="70" w:type="dxa"/>
              <w:left w:w="70" w:type="dxa"/>
              <w:bottom w:w="70" w:type="dxa"/>
              <w:right w:w="70" w:type="dxa"/>
            </w:tcMar>
          </w:tcPr>
          <w:p w14:paraId="38F5C0AF" w14:textId="77777777" w:rsidR="00686453" w:rsidRPr="003F0D1D" w:rsidRDefault="00D95FB4">
            <w:pPr>
              <w:rPr>
                <w:szCs w:val="24"/>
              </w:rPr>
            </w:pPr>
            <w:r w:rsidRPr="003F0D1D">
              <w:rPr>
                <w:b/>
                <w:color w:val="015A41"/>
                <w:szCs w:val="24"/>
              </w:rPr>
              <w:t>ME-DLC Ch. 110 §</w:t>
            </w:r>
            <w:proofErr w:type="gramStart"/>
            <w:r w:rsidRPr="003F0D1D">
              <w:rPr>
                <w:b/>
                <w:color w:val="015A41"/>
                <w:szCs w:val="24"/>
              </w:rPr>
              <w:t>20.D.</w:t>
            </w:r>
            <w:proofErr w:type="gramEnd"/>
            <w:r w:rsidRPr="003F0D1D">
              <w:rPr>
                <w:b/>
                <w:color w:val="015A41"/>
                <w:szCs w:val="24"/>
              </w:rPr>
              <w:t>4(c)-(d)</w:t>
            </w:r>
          </w:p>
        </w:tc>
        <w:tc>
          <w:tcPr>
            <w:tcW w:w="3744" w:type="dxa"/>
            <w:tcMar>
              <w:top w:w="70" w:type="dxa"/>
              <w:left w:w="70" w:type="dxa"/>
              <w:bottom w:w="70" w:type="dxa"/>
              <w:right w:w="70" w:type="dxa"/>
            </w:tcMar>
          </w:tcPr>
          <w:p w14:paraId="46EDBAD6" w14:textId="77777777" w:rsidR="00686453" w:rsidRPr="003F0D1D" w:rsidRDefault="00D95FB4">
            <w:pPr>
              <w:rPr>
                <w:szCs w:val="24"/>
              </w:rPr>
            </w:pPr>
            <w:r w:rsidRPr="003F0D1D">
              <w:rPr>
                <w:szCs w:val="24"/>
              </w:rPr>
              <w:t>Annual sprinkler service and extinguisher checks/tags or more often as indicated</w:t>
            </w:r>
          </w:p>
        </w:tc>
        <w:tc>
          <w:tcPr>
            <w:tcW w:w="3744" w:type="dxa"/>
            <w:shd w:val="clear" w:color="auto" w:fill="F3F5F4"/>
            <w:tcMar>
              <w:top w:w="70" w:type="dxa"/>
              <w:left w:w="70" w:type="dxa"/>
              <w:bottom w:w="70" w:type="dxa"/>
              <w:right w:w="70" w:type="dxa"/>
            </w:tcMar>
          </w:tcPr>
          <w:p w14:paraId="2925859A" w14:textId="77777777" w:rsidR="00686453" w:rsidRPr="003F0D1D" w:rsidRDefault="00D95FB4">
            <w:pPr>
              <w:rPr>
                <w:szCs w:val="24"/>
              </w:rPr>
            </w:pPr>
            <w:r w:rsidRPr="003F0D1D">
              <w:rPr>
                <w:i/>
                <w:color w:val="66706B"/>
                <w:szCs w:val="24"/>
              </w:rPr>
              <w:t>Attachment N</w:t>
            </w:r>
          </w:p>
        </w:tc>
      </w:tr>
      <w:tr w:rsidR="00686453" w:rsidRPr="003F0D1D" w14:paraId="704E9AEF" w14:textId="77777777" w:rsidTr="003F0D1D">
        <w:trPr>
          <w:cantSplit/>
          <w:jc w:val="center"/>
        </w:trPr>
        <w:tc>
          <w:tcPr>
            <w:tcW w:w="3744" w:type="dxa"/>
            <w:shd w:val="clear" w:color="auto" w:fill="EAF3EF"/>
            <w:tcMar>
              <w:top w:w="70" w:type="dxa"/>
              <w:left w:w="70" w:type="dxa"/>
              <w:bottom w:w="70" w:type="dxa"/>
              <w:right w:w="70" w:type="dxa"/>
            </w:tcMar>
          </w:tcPr>
          <w:p w14:paraId="04946A2B" w14:textId="77777777" w:rsidR="00686453" w:rsidRPr="003F0D1D" w:rsidRDefault="00D95FB4">
            <w:pPr>
              <w:rPr>
                <w:szCs w:val="24"/>
              </w:rPr>
            </w:pPr>
            <w:r w:rsidRPr="003F0D1D">
              <w:rPr>
                <w:b/>
                <w:color w:val="015A41"/>
                <w:szCs w:val="24"/>
              </w:rPr>
              <w:t>ME-DLC Ch. 110 §</w:t>
            </w:r>
            <w:proofErr w:type="gramStart"/>
            <w:r w:rsidRPr="003F0D1D">
              <w:rPr>
                <w:b/>
                <w:color w:val="015A41"/>
                <w:szCs w:val="24"/>
              </w:rPr>
              <w:t>20.D.</w:t>
            </w:r>
            <w:proofErr w:type="gramEnd"/>
            <w:r w:rsidRPr="003F0D1D">
              <w:rPr>
                <w:b/>
                <w:color w:val="015A41"/>
                <w:szCs w:val="24"/>
              </w:rPr>
              <w:t>4(e)</w:t>
            </w:r>
          </w:p>
        </w:tc>
        <w:tc>
          <w:tcPr>
            <w:tcW w:w="3744" w:type="dxa"/>
            <w:tcMar>
              <w:top w:w="70" w:type="dxa"/>
              <w:left w:w="70" w:type="dxa"/>
              <w:bottom w:w="70" w:type="dxa"/>
              <w:right w:w="70" w:type="dxa"/>
            </w:tcMar>
          </w:tcPr>
          <w:p w14:paraId="4CB99D35" w14:textId="77777777" w:rsidR="00686453" w:rsidRPr="003F0D1D" w:rsidRDefault="00D95FB4">
            <w:pPr>
              <w:rPr>
                <w:szCs w:val="24"/>
              </w:rPr>
            </w:pPr>
            <w:r w:rsidRPr="003F0D1D">
              <w:rPr>
                <w:szCs w:val="24"/>
              </w:rPr>
              <w:t>Emergency generator operational at least one-half hour monthly</w:t>
            </w:r>
          </w:p>
        </w:tc>
        <w:tc>
          <w:tcPr>
            <w:tcW w:w="3744" w:type="dxa"/>
            <w:shd w:val="clear" w:color="auto" w:fill="F3F5F4"/>
            <w:tcMar>
              <w:top w:w="70" w:type="dxa"/>
              <w:left w:w="70" w:type="dxa"/>
              <w:bottom w:w="70" w:type="dxa"/>
              <w:right w:w="70" w:type="dxa"/>
            </w:tcMar>
          </w:tcPr>
          <w:p w14:paraId="07D0CCD4" w14:textId="77777777" w:rsidR="00686453" w:rsidRPr="003F0D1D" w:rsidRDefault="00D95FB4">
            <w:pPr>
              <w:rPr>
                <w:szCs w:val="24"/>
              </w:rPr>
            </w:pPr>
            <w:r w:rsidRPr="003F0D1D">
              <w:rPr>
                <w:i/>
                <w:color w:val="66706B"/>
                <w:szCs w:val="24"/>
              </w:rPr>
              <w:t>Attachment M / maintenance records</w:t>
            </w:r>
          </w:p>
        </w:tc>
      </w:tr>
      <w:tr w:rsidR="00686453" w:rsidRPr="003F0D1D" w14:paraId="4702954C" w14:textId="77777777" w:rsidTr="003F0D1D">
        <w:trPr>
          <w:cantSplit/>
          <w:jc w:val="center"/>
        </w:trPr>
        <w:tc>
          <w:tcPr>
            <w:tcW w:w="3744" w:type="dxa"/>
            <w:shd w:val="clear" w:color="auto" w:fill="F7FAF8"/>
            <w:tcMar>
              <w:top w:w="70" w:type="dxa"/>
              <w:left w:w="70" w:type="dxa"/>
              <w:bottom w:w="70" w:type="dxa"/>
              <w:right w:w="70" w:type="dxa"/>
            </w:tcMar>
          </w:tcPr>
          <w:p w14:paraId="129AAC54" w14:textId="77777777" w:rsidR="00686453" w:rsidRPr="003F0D1D" w:rsidRDefault="00D95FB4">
            <w:pPr>
              <w:rPr>
                <w:szCs w:val="24"/>
              </w:rPr>
            </w:pPr>
            <w:r w:rsidRPr="003F0D1D">
              <w:rPr>
                <w:b/>
                <w:color w:val="015A41"/>
                <w:szCs w:val="24"/>
              </w:rPr>
              <w:t>ME-DLC Ch. 110 §</w:t>
            </w:r>
            <w:proofErr w:type="gramStart"/>
            <w:r w:rsidRPr="003F0D1D">
              <w:rPr>
                <w:b/>
                <w:color w:val="015A41"/>
                <w:szCs w:val="24"/>
              </w:rPr>
              <w:t>20.D.</w:t>
            </w:r>
            <w:proofErr w:type="gramEnd"/>
            <w:r w:rsidRPr="003F0D1D">
              <w:rPr>
                <w:b/>
                <w:color w:val="015A41"/>
                <w:szCs w:val="24"/>
              </w:rPr>
              <w:t>4(f)-(g)</w:t>
            </w:r>
          </w:p>
        </w:tc>
        <w:tc>
          <w:tcPr>
            <w:tcW w:w="3744" w:type="dxa"/>
            <w:tcMar>
              <w:top w:w="70" w:type="dxa"/>
              <w:left w:w="70" w:type="dxa"/>
              <w:bottom w:w="70" w:type="dxa"/>
              <w:right w:w="70" w:type="dxa"/>
            </w:tcMar>
          </w:tcPr>
          <w:p w14:paraId="52D1BC66" w14:textId="77777777" w:rsidR="00686453" w:rsidRPr="003F0D1D" w:rsidRDefault="00D95FB4">
            <w:pPr>
              <w:rPr>
                <w:szCs w:val="24"/>
              </w:rPr>
            </w:pPr>
            <w:r w:rsidRPr="003F0D1D">
              <w:rPr>
                <w:szCs w:val="24"/>
              </w:rPr>
              <w:t>Record book for tests/checks; repair defective equipment as soon as possible</w:t>
            </w:r>
          </w:p>
        </w:tc>
        <w:tc>
          <w:tcPr>
            <w:tcW w:w="3744" w:type="dxa"/>
            <w:shd w:val="clear" w:color="auto" w:fill="F3F5F4"/>
            <w:tcMar>
              <w:top w:w="70" w:type="dxa"/>
              <w:left w:w="70" w:type="dxa"/>
              <w:bottom w:w="70" w:type="dxa"/>
              <w:right w:w="70" w:type="dxa"/>
            </w:tcMar>
          </w:tcPr>
          <w:p w14:paraId="53358380" w14:textId="77777777" w:rsidR="00686453" w:rsidRPr="003F0D1D" w:rsidRDefault="00D95FB4">
            <w:pPr>
              <w:rPr>
                <w:szCs w:val="24"/>
              </w:rPr>
            </w:pPr>
            <w:r w:rsidRPr="003F0D1D">
              <w:rPr>
                <w:i/>
                <w:color w:val="66706B"/>
                <w:szCs w:val="24"/>
              </w:rPr>
              <w:t>Attachment N / maintenance records</w:t>
            </w:r>
          </w:p>
        </w:tc>
      </w:tr>
      <w:tr w:rsidR="00686453" w:rsidRPr="003F0D1D" w14:paraId="6DC3AA47" w14:textId="77777777" w:rsidTr="003F0D1D">
        <w:trPr>
          <w:cantSplit/>
          <w:jc w:val="center"/>
        </w:trPr>
        <w:tc>
          <w:tcPr>
            <w:tcW w:w="3744" w:type="dxa"/>
            <w:shd w:val="clear" w:color="auto" w:fill="EAF3EF"/>
            <w:tcMar>
              <w:top w:w="70" w:type="dxa"/>
              <w:left w:w="70" w:type="dxa"/>
              <w:bottom w:w="70" w:type="dxa"/>
              <w:right w:w="70" w:type="dxa"/>
            </w:tcMar>
          </w:tcPr>
          <w:p w14:paraId="49266F9B" w14:textId="77777777" w:rsidR="00686453" w:rsidRPr="003F0D1D" w:rsidRDefault="00D95FB4">
            <w:pPr>
              <w:rPr>
                <w:szCs w:val="24"/>
              </w:rPr>
            </w:pPr>
            <w:r w:rsidRPr="003F0D1D">
              <w:rPr>
                <w:b/>
                <w:color w:val="015A41"/>
                <w:szCs w:val="24"/>
              </w:rPr>
              <w:t>ME-DLC Ch. 110 §</w:t>
            </w:r>
            <w:proofErr w:type="gramStart"/>
            <w:r w:rsidRPr="003F0D1D">
              <w:rPr>
                <w:b/>
                <w:color w:val="015A41"/>
                <w:szCs w:val="24"/>
              </w:rPr>
              <w:t>21.A.</w:t>
            </w:r>
            <w:proofErr w:type="gramEnd"/>
            <w:r w:rsidRPr="003F0D1D">
              <w:rPr>
                <w:b/>
                <w:color w:val="015A41"/>
                <w:szCs w:val="24"/>
              </w:rPr>
              <w:t>1</w:t>
            </w:r>
          </w:p>
        </w:tc>
        <w:tc>
          <w:tcPr>
            <w:tcW w:w="3744" w:type="dxa"/>
            <w:tcMar>
              <w:top w:w="70" w:type="dxa"/>
              <w:left w:w="70" w:type="dxa"/>
              <w:bottom w:w="70" w:type="dxa"/>
              <w:right w:w="70" w:type="dxa"/>
            </w:tcMar>
          </w:tcPr>
          <w:p w14:paraId="629475D5" w14:textId="77777777" w:rsidR="00686453" w:rsidRPr="003F0D1D" w:rsidRDefault="00D95FB4">
            <w:pPr>
              <w:rPr>
                <w:szCs w:val="24"/>
              </w:rPr>
            </w:pPr>
            <w:r w:rsidRPr="003F0D1D">
              <w:rPr>
                <w:szCs w:val="24"/>
              </w:rPr>
              <w:t>Infection-control consultation/reporting to Maine CDC; coordinate with DLC for required testing/cohorting</w:t>
            </w:r>
          </w:p>
        </w:tc>
        <w:tc>
          <w:tcPr>
            <w:tcW w:w="3744" w:type="dxa"/>
            <w:shd w:val="clear" w:color="auto" w:fill="F3F5F4"/>
            <w:tcMar>
              <w:top w:w="70" w:type="dxa"/>
              <w:left w:w="70" w:type="dxa"/>
              <w:bottom w:w="70" w:type="dxa"/>
              <w:right w:w="70" w:type="dxa"/>
            </w:tcMar>
          </w:tcPr>
          <w:p w14:paraId="74795520" w14:textId="77777777" w:rsidR="00686453" w:rsidRPr="003F0D1D" w:rsidRDefault="00D95FB4">
            <w:pPr>
              <w:rPr>
                <w:szCs w:val="24"/>
              </w:rPr>
            </w:pPr>
            <w:r w:rsidRPr="003F0D1D">
              <w:rPr>
                <w:i/>
                <w:color w:val="66706B"/>
                <w:szCs w:val="24"/>
              </w:rPr>
              <w:t>Annex D / Attachment L</w:t>
            </w:r>
          </w:p>
        </w:tc>
      </w:tr>
      <w:tr w:rsidR="00686453" w:rsidRPr="003F0D1D" w14:paraId="6C53D352" w14:textId="77777777" w:rsidTr="003F0D1D">
        <w:trPr>
          <w:cantSplit/>
          <w:jc w:val="center"/>
        </w:trPr>
        <w:tc>
          <w:tcPr>
            <w:tcW w:w="3744" w:type="dxa"/>
            <w:shd w:val="clear" w:color="auto" w:fill="F7FAF8"/>
            <w:tcMar>
              <w:top w:w="70" w:type="dxa"/>
              <w:left w:w="70" w:type="dxa"/>
              <w:bottom w:w="70" w:type="dxa"/>
              <w:right w:w="70" w:type="dxa"/>
            </w:tcMar>
          </w:tcPr>
          <w:p w14:paraId="0668572A" w14:textId="77777777" w:rsidR="00686453" w:rsidRPr="003F0D1D" w:rsidRDefault="00D95FB4">
            <w:pPr>
              <w:rPr>
                <w:szCs w:val="24"/>
              </w:rPr>
            </w:pPr>
            <w:r w:rsidRPr="003F0D1D">
              <w:rPr>
                <w:b/>
                <w:color w:val="015A41"/>
                <w:szCs w:val="24"/>
              </w:rPr>
              <w:t>ME-DLC Ch. 110 §</w:t>
            </w:r>
            <w:proofErr w:type="gramStart"/>
            <w:r w:rsidRPr="003F0D1D">
              <w:rPr>
                <w:b/>
                <w:color w:val="015A41"/>
                <w:szCs w:val="24"/>
              </w:rPr>
              <w:t>21.A.</w:t>
            </w:r>
            <w:proofErr w:type="gramEnd"/>
            <w:r w:rsidRPr="003F0D1D">
              <w:rPr>
                <w:b/>
                <w:color w:val="015A41"/>
                <w:szCs w:val="24"/>
              </w:rPr>
              <w:t>2</w:t>
            </w:r>
          </w:p>
        </w:tc>
        <w:tc>
          <w:tcPr>
            <w:tcW w:w="3744" w:type="dxa"/>
            <w:tcMar>
              <w:top w:w="70" w:type="dxa"/>
              <w:left w:w="70" w:type="dxa"/>
              <w:bottom w:w="70" w:type="dxa"/>
              <w:right w:w="70" w:type="dxa"/>
            </w:tcMar>
          </w:tcPr>
          <w:p w14:paraId="6BE492FD" w14:textId="77777777" w:rsidR="00686453" w:rsidRPr="003F0D1D" w:rsidRDefault="00D95FB4">
            <w:pPr>
              <w:rPr>
                <w:szCs w:val="24"/>
              </w:rPr>
            </w:pPr>
            <w:r w:rsidRPr="003F0D1D">
              <w:rPr>
                <w:szCs w:val="24"/>
              </w:rPr>
              <w:t>Written crisis staffing plan and progression of interventions during disease outbreak</w:t>
            </w:r>
          </w:p>
        </w:tc>
        <w:tc>
          <w:tcPr>
            <w:tcW w:w="3744" w:type="dxa"/>
            <w:shd w:val="clear" w:color="auto" w:fill="F3F5F4"/>
            <w:tcMar>
              <w:top w:w="70" w:type="dxa"/>
              <w:left w:w="70" w:type="dxa"/>
              <w:bottom w:w="70" w:type="dxa"/>
              <w:right w:w="70" w:type="dxa"/>
            </w:tcMar>
          </w:tcPr>
          <w:p w14:paraId="3AE7DE9C" w14:textId="77777777" w:rsidR="00686453" w:rsidRPr="003F0D1D" w:rsidRDefault="00D95FB4">
            <w:pPr>
              <w:rPr>
                <w:szCs w:val="24"/>
              </w:rPr>
            </w:pPr>
            <w:r w:rsidRPr="003F0D1D">
              <w:rPr>
                <w:i/>
                <w:color w:val="66706B"/>
                <w:szCs w:val="24"/>
              </w:rPr>
              <w:t>Section 8 / Annex D / Attachment L</w:t>
            </w:r>
          </w:p>
        </w:tc>
      </w:tr>
      <w:tr w:rsidR="00B41411" w:rsidRPr="003F0D1D" w14:paraId="4D6D5F3A" w14:textId="77777777" w:rsidTr="003F0D1D">
        <w:trPr>
          <w:cantSplit/>
          <w:jc w:val="center"/>
        </w:trPr>
        <w:tc>
          <w:tcPr>
            <w:tcW w:w="3744" w:type="dxa"/>
            <w:shd w:val="clear" w:color="auto" w:fill="F7FAF8"/>
            <w:tcMar>
              <w:top w:w="70" w:type="dxa"/>
              <w:left w:w="70" w:type="dxa"/>
              <w:bottom w:w="70" w:type="dxa"/>
              <w:right w:w="70" w:type="dxa"/>
            </w:tcMar>
          </w:tcPr>
          <w:p w14:paraId="3D8B1247" w14:textId="731B154C" w:rsidR="00B41411" w:rsidRPr="003F0D1D" w:rsidRDefault="00B41411" w:rsidP="00B41411">
            <w:pPr>
              <w:rPr>
                <w:b/>
                <w:color w:val="015A41"/>
                <w:szCs w:val="24"/>
              </w:rPr>
            </w:pPr>
            <w:r w:rsidRPr="003F0D1D">
              <w:rPr>
                <w:b/>
                <w:color w:val="015A41"/>
                <w:szCs w:val="24"/>
              </w:rPr>
              <w:lastRenderedPageBreak/>
              <w:t>ME-DLC Ch. 110 §</w:t>
            </w:r>
            <w:proofErr w:type="gramStart"/>
            <w:r w:rsidRPr="003F0D1D">
              <w:rPr>
                <w:b/>
                <w:color w:val="015A41"/>
                <w:szCs w:val="24"/>
              </w:rPr>
              <w:t>21.A.</w:t>
            </w:r>
            <w:proofErr w:type="gramEnd"/>
            <w:r w:rsidRPr="003F0D1D">
              <w:rPr>
                <w:b/>
                <w:color w:val="015A41"/>
                <w:szCs w:val="24"/>
              </w:rPr>
              <w:t>3(f), §</w:t>
            </w:r>
            <w:proofErr w:type="gramStart"/>
            <w:r w:rsidRPr="003F0D1D">
              <w:rPr>
                <w:b/>
                <w:color w:val="015A41"/>
                <w:szCs w:val="24"/>
              </w:rPr>
              <w:t>21.A.</w:t>
            </w:r>
            <w:proofErr w:type="gramEnd"/>
            <w:r w:rsidRPr="003F0D1D">
              <w:rPr>
                <w:b/>
                <w:color w:val="015A41"/>
                <w:szCs w:val="24"/>
              </w:rPr>
              <w:t>4(f)</w:t>
            </w:r>
          </w:p>
        </w:tc>
        <w:tc>
          <w:tcPr>
            <w:tcW w:w="3744" w:type="dxa"/>
            <w:tcMar>
              <w:top w:w="70" w:type="dxa"/>
              <w:left w:w="70" w:type="dxa"/>
              <w:bottom w:w="70" w:type="dxa"/>
              <w:right w:w="70" w:type="dxa"/>
            </w:tcMar>
          </w:tcPr>
          <w:p w14:paraId="1B490E61" w14:textId="710CEBC8" w:rsidR="00B41411" w:rsidRPr="003F0D1D" w:rsidRDefault="00B41411" w:rsidP="00B41411">
            <w:pPr>
              <w:rPr>
                <w:szCs w:val="24"/>
              </w:rPr>
            </w:pPr>
            <w:r w:rsidRPr="003F0D1D">
              <w:rPr>
                <w:szCs w:val="24"/>
              </w:rPr>
              <w:t xml:space="preserve">Notify </w:t>
            </w:r>
            <w:proofErr w:type="spellStart"/>
            <w:r w:rsidRPr="003F0D1D">
              <w:rPr>
                <w:szCs w:val="24"/>
              </w:rPr>
              <w:t>MeCDC</w:t>
            </w:r>
            <w:proofErr w:type="spellEnd"/>
            <w:r w:rsidRPr="003F0D1D">
              <w:rPr>
                <w:szCs w:val="24"/>
              </w:rPr>
              <w:t xml:space="preserve">, residents/primary family contacts, staff, and DLC of probable/confirmed contagious infection within 24 hours; maintain PPE sufficient for 72 hours on hand and report PPE resources as specified by </w:t>
            </w:r>
            <w:proofErr w:type="spellStart"/>
            <w:r w:rsidRPr="003F0D1D">
              <w:rPr>
                <w:szCs w:val="24"/>
              </w:rPr>
              <w:t>MeCDC</w:t>
            </w:r>
            <w:proofErr w:type="spellEnd"/>
          </w:p>
        </w:tc>
        <w:tc>
          <w:tcPr>
            <w:tcW w:w="3744" w:type="dxa"/>
            <w:shd w:val="clear" w:color="auto" w:fill="F3F5F4"/>
            <w:tcMar>
              <w:top w:w="70" w:type="dxa"/>
              <w:left w:w="70" w:type="dxa"/>
              <w:bottom w:w="70" w:type="dxa"/>
              <w:right w:w="70" w:type="dxa"/>
            </w:tcMar>
          </w:tcPr>
          <w:p w14:paraId="5CB957E2" w14:textId="17BE5C82" w:rsidR="00B41411" w:rsidRPr="003F0D1D" w:rsidRDefault="00B41411" w:rsidP="00B41411">
            <w:pPr>
              <w:jc w:val="center"/>
              <w:rPr>
                <w:i/>
                <w:color w:val="66706B"/>
                <w:szCs w:val="24"/>
              </w:rPr>
            </w:pPr>
            <w:r w:rsidRPr="003F0D1D">
              <w:rPr>
                <w:i/>
                <w:color w:val="66706B"/>
                <w:szCs w:val="24"/>
              </w:rPr>
              <w:t>Annex D / Attachments H and L</w:t>
            </w:r>
          </w:p>
        </w:tc>
      </w:tr>
      <w:tr w:rsidR="00B41411" w:rsidRPr="003F0D1D" w14:paraId="1EAC0470" w14:textId="77777777" w:rsidTr="003F0D1D">
        <w:trPr>
          <w:cantSplit/>
          <w:jc w:val="center"/>
        </w:trPr>
        <w:tc>
          <w:tcPr>
            <w:tcW w:w="3744" w:type="dxa"/>
            <w:shd w:val="clear" w:color="auto" w:fill="F7FAF8"/>
            <w:tcMar>
              <w:top w:w="70" w:type="dxa"/>
              <w:left w:w="70" w:type="dxa"/>
              <w:bottom w:w="70" w:type="dxa"/>
              <w:right w:w="70" w:type="dxa"/>
            </w:tcMar>
          </w:tcPr>
          <w:p w14:paraId="00A0D4D8" w14:textId="7CEF9CA6" w:rsidR="00B41411" w:rsidRPr="003F0D1D" w:rsidRDefault="00B41411" w:rsidP="00B41411">
            <w:pPr>
              <w:rPr>
                <w:b/>
                <w:color w:val="015A41"/>
                <w:szCs w:val="24"/>
              </w:rPr>
            </w:pPr>
            <w:r w:rsidRPr="003F0D1D">
              <w:rPr>
                <w:b/>
                <w:color w:val="015A41"/>
                <w:szCs w:val="24"/>
              </w:rPr>
              <w:t>ME-DLC Ch. 110 §</w:t>
            </w:r>
            <w:proofErr w:type="gramStart"/>
            <w:r w:rsidRPr="003F0D1D">
              <w:rPr>
                <w:b/>
                <w:color w:val="015A41"/>
                <w:szCs w:val="24"/>
              </w:rPr>
              <w:t>21.A.</w:t>
            </w:r>
            <w:proofErr w:type="gramEnd"/>
            <w:r w:rsidRPr="003F0D1D">
              <w:rPr>
                <w:b/>
                <w:color w:val="015A41"/>
                <w:szCs w:val="24"/>
              </w:rPr>
              <w:t>4(c</w:t>
            </w:r>
            <w:proofErr w:type="gramStart"/>
            <w:r w:rsidRPr="003F0D1D">
              <w:rPr>
                <w:b/>
                <w:color w:val="015A41"/>
                <w:szCs w:val="24"/>
              </w:rPr>
              <w:t>),(</w:t>
            </w:r>
            <w:proofErr w:type="gramEnd"/>
            <w:r w:rsidRPr="003F0D1D">
              <w:rPr>
                <w:b/>
                <w:color w:val="015A41"/>
                <w:szCs w:val="24"/>
              </w:rPr>
              <w:t>e)</w:t>
            </w:r>
          </w:p>
        </w:tc>
        <w:tc>
          <w:tcPr>
            <w:tcW w:w="3744" w:type="dxa"/>
            <w:tcMar>
              <w:top w:w="70" w:type="dxa"/>
              <w:left w:w="70" w:type="dxa"/>
              <w:bottom w:w="70" w:type="dxa"/>
              <w:right w:w="70" w:type="dxa"/>
            </w:tcMar>
          </w:tcPr>
          <w:p w14:paraId="351200AA" w14:textId="0F5979B4" w:rsidR="00B41411" w:rsidRPr="003F0D1D" w:rsidRDefault="00B41411" w:rsidP="00B41411">
            <w:pPr>
              <w:rPr>
                <w:szCs w:val="24"/>
              </w:rPr>
            </w:pPr>
            <w:r w:rsidRPr="003F0D1D">
              <w:rPr>
                <w:szCs w:val="24"/>
              </w:rPr>
              <w:t>During an infection outbreak, provide reasonable resident communication methods when visitation/departure is restricted and screen all individuals at a designated entrance using current CDC screening methods</w:t>
            </w:r>
          </w:p>
        </w:tc>
        <w:tc>
          <w:tcPr>
            <w:tcW w:w="3744" w:type="dxa"/>
            <w:shd w:val="clear" w:color="auto" w:fill="F3F5F4"/>
            <w:tcMar>
              <w:top w:w="70" w:type="dxa"/>
              <w:left w:w="70" w:type="dxa"/>
              <w:bottom w:w="70" w:type="dxa"/>
              <w:right w:w="70" w:type="dxa"/>
            </w:tcMar>
          </w:tcPr>
          <w:p w14:paraId="0EB05B52" w14:textId="769EA95B" w:rsidR="00B41411" w:rsidRPr="003F0D1D" w:rsidRDefault="00B41411" w:rsidP="00B41411">
            <w:pPr>
              <w:jc w:val="center"/>
              <w:rPr>
                <w:i/>
                <w:color w:val="66706B"/>
                <w:szCs w:val="24"/>
              </w:rPr>
            </w:pPr>
            <w:r w:rsidRPr="003F0D1D">
              <w:rPr>
                <w:i/>
                <w:color w:val="66706B"/>
                <w:szCs w:val="24"/>
              </w:rPr>
              <w:t>Annex D / Attachment L</w:t>
            </w:r>
          </w:p>
        </w:tc>
      </w:tr>
    </w:tbl>
    <w:p w14:paraId="66DEEA05" w14:textId="77777777" w:rsidR="00686453" w:rsidRDefault="00686453">
      <w:pPr>
        <w:spacing w:after="0"/>
      </w:pPr>
    </w:p>
    <w:p w14:paraId="26D5195B" w14:textId="3E2E5E66" w:rsidR="00056387" w:rsidRDefault="00056387"/>
    <w:p w14:paraId="4E392DC8" w14:textId="77777777" w:rsidR="00B41411" w:rsidRDefault="00B41411"/>
    <w:p w14:paraId="08EBF954" w14:textId="77777777" w:rsidR="00B41411" w:rsidRDefault="00B41411"/>
    <w:p w14:paraId="35BB2344" w14:textId="77777777" w:rsidR="00B41411" w:rsidRDefault="00B41411"/>
    <w:p w14:paraId="501B8D33" w14:textId="77777777" w:rsidR="00B41411" w:rsidRDefault="00B41411"/>
    <w:p w14:paraId="6B68C96A" w14:textId="77777777" w:rsidR="00B41411" w:rsidRDefault="00B41411"/>
    <w:p w14:paraId="63CC463E" w14:textId="77777777" w:rsidR="00B41411" w:rsidRDefault="00B41411"/>
    <w:p w14:paraId="24743E95" w14:textId="77777777" w:rsidR="00B41411" w:rsidRDefault="00B41411"/>
    <w:p w14:paraId="610B75C6" w14:textId="77777777" w:rsidR="00B41411" w:rsidRDefault="00B41411"/>
    <w:p w14:paraId="403571A3" w14:textId="77777777" w:rsidR="00B41411" w:rsidRDefault="00B41411"/>
    <w:p w14:paraId="2E41465A" w14:textId="77777777" w:rsidR="00B41411" w:rsidRDefault="00B41411"/>
    <w:p w14:paraId="58248B6F" w14:textId="77777777" w:rsidR="00056387" w:rsidRDefault="00056387"/>
    <w:p w14:paraId="66BE9236" w14:textId="77777777" w:rsidR="00686453" w:rsidRDefault="00D95FB4">
      <w:pPr>
        <w:pStyle w:val="Heading1"/>
        <w:pBdr>
          <w:bottom w:val="single" w:sz="14" w:space="5" w:color="E63B07"/>
        </w:pBdr>
        <w:spacing w:before="140" w:after="140"/>
      </w:pPr>
      <w:r>
        <w:rPr>
          <w:rFonts w:ascii="Arial" w:eastAsia="Arial" w:hAnsi="Arial"/>
        </w:rPr>
        <w:lastRenderedPageBreak/>
        <w:t>ATTACHMENT B - HAZARD VULNERABILITY ANALYSIS / RISK ASSESSMENT</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rsidRPr="003F0D1D" w14:paraId="5C37A327" w14:textId="77777777">
        <w:trPr>
          <w:jc w:val="center"/>
        </w:trPr>
        <w:tc>
          <w:tcPr>
            <w:tcW w:w="10282" w:type="dxa"/>
            <w:shd w:val="clear" w:color="auto" w:fill="EAF3EF"/>
            <w:tcMar>
              <w:top w:w="100" w:type="dxa"/>
              <w:left w:w="130" w:type="dxa"/>
              <w:bottom w:w="100" w:type="dxa"/>
              <w:right w:w="130" w:type="dxa"/>
            </w:tcMar>
          </w:tcPr>
          <w:p w14:paraId="37FC117C" w14:textId="77777777" w:rsidR="00686453" w:rsidRPr="003F0D1D" w:rsidRDefault="00D95FB4">
            <w:pPr>
              <w:spacing w:after="0"/>
              <w:rPr>
                <w:sz w:val="20"/>
                <w:szCs w:val="20"/>
              </w:rPr>
            </w:pPr>
            <w:r w:rsidRPr="003F0D1D">
              <w:rPr>
                <w:b/>
                <w:color w:val="015A41"/>
                <w:sz w:val="20"/>
                <w:szCs w:val="20"/>
              </w:rPr>
              <w:t xml:space="preserve">CMS </w:t>
            </w:r>
            <w:proofErr w:type="gramStart"/>
            <w:r w:rsidRPr="003F0D1D">
              <w:rPr>
                <w:b/>
                <w:color w:val="015A41"/>
                <w:sz w:val="20"/>
                <w:szCs w:val="20"/>
              </w:rPr>
              <w:t xml:space="preserve">REQUIRED  </w:t>
            </w:r>
            <w:r w:rsidRPr="003F0D1D">
              <w:rPr>
                <w:sz w:val="20"/>
                <w:szCs w:val="20"/>
              </w:rPr>
              <w:t>Maintain</w:t>
            </w:r>
            <w:proofErr w:type="gramEnd"/>
            <w:r w:rsidRPr="003F0D1D">
              <w:rPr>
                <w:sz w:val="20"/>
                <w:szCs w:val="20"/>
              </w:rPr>
              <w:t xml:space="preserve"> a documented facility-based and community-based risk assessment using an all-hazards approach and </w:t>
            </w:r>
            <w:proofErr w:type="gramStart"/>
            <w:r w:rsidRPr="003F0D1D">
              <w:rPr>
                <w:sz w:val="20"/>
                <w:szCs w:val="20"/>
              </w:rPr>
              <w:t>use</w:t>
            </w:r>
            <w:proofErr w:type="gramEnd"/>
            <w:r w:rsidRPr="003F0D1D">
              <w:rPr>
                <w:sz w:val="20"/>
                <w:szCs w:val="20"/>
              </w:rPr>
              <w:t xml:space="preserve"> the results to inform the emergency plan and strategies.</w:t>
            </w:r>
          </w:p>
        </w:tc>
      </w:tr>
    </w:tbl>
    <w:p w14:paraId="5D7AF897" w14:textId="77777777" w:rsidR="00686453" w:rsidRDefault="00686453">
      <w:pPr>
        <w:spacing w:after="0"/>
      </w:pPr>
    </w:p>
    <w:tbl>
      <w:tblPr>
        <w:tblW w:w="10974"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833"/>
      </w:tblGrid>
      <w:tr w:rsidR="00686453" w:rsidRPr="003F0D1D" w14:paraId="024482D2" w14:textId="77777777" w:rsidTr="00B41411">
        <w:trPr>
          <w:tblHeader/>
          <w:jc w:val="center"/>
        </w:trPr>
        <w:tc>
          <w:tcPr>
            <w:tcW w:w="5141" w:type="dxa"/>
            <w:shd w:val="clear" w:color="auto" w:fill="015A41"/>
            <w:tcMar>
              <w:top w:w="80" w:type="dxa"/>
              <w:left w:w="90" w:type="dxa"/>
              <w:bottom w:w="80" w:type="dxa"/>
              <w:right w:w="90" w:type="dxa"/>
            </w:tcMar>
          </w:tcPr>
          <w:p w14:paraId="519FA87F" w14:textId="77777777" w:rsidR="00686453" w:rsidRPr="003F0D1D" w:rsidRDefault="00D95FB4">
            <w:pPr>
              <w:rPr>
                <w:szCs w:val="24"/>
              </w:rPr>
            </w:pPr>
            <w:r w:rsidRPr="003F0D1D">
              <w:rPr>
                <w:b/>
                <w:color w:val="FFFFFF"/>
                <w:szCs w:val="24"/>
              </w:rPr>
              <w:t>Field</w:t>
            </w:r>
          </w:p>
        </w:tc>
        <w:tc>
          <w:tcPr>
            <w:tcW w:w="5833" w:type="dxa"/>
            <w:shd w:val="clear" w:color="auto" w:fill="015A41"/>
            <w:tcMar>
              <w:top w:w="80" w:type="dxa"/>
              <w:left w:w="90" w:type="dxa"/>
              <w:bottom w:w="80" w:type="dxa"/>
              <w:right w:w="90" w:type="dxa"/>
            </w:tcMar>
          </w:tcPr>
          <w:p w14:paraId="751002B3" w14:textId="77777777" w:rsidR="00686453" w:rsidRPr="003F0D1D" w:rsidRDefault="00D95FB4">
            <w:pPr>
              <w:rPr>
                <w:szCs w:val="24"/>
              </w:rPr>
            </w:pPr>
            <w:r w:rsidRPr="003F0D1D">
              <w:rPr>
                <w:b/>
                <w:color w:val="FFFFFF"/>
                <w:szCs w:val="24"/>
              </w:rPr>
              <w:t>Facility Entry</w:t>
            </w:r>
          </w:p>
        </w:tc>
      </w:tr>
      <w:tr w:rsidR="00686453" w:rsidRPr="003F0D1D" w14:paraId="510BA092" w14:textId="77777777" w:rsidTr="00B41411">
        <w:trPr>
          <w:cantSplit/>
          <w:jc w:val="center"/>
        </w:trPr>
        <w:tc>
          <w:tcPr>
            <w:tcW w:w="5141" w:type="dxa"/>
            <w:shd w:val="clear" w:color="auto" w:fill="EAF3EF"/>
            <w:tcMar>
              <w:top w:w="80" w:type="dxa"/>
              <w:left w:w="90" w:type="dxa"/>
              <w:bottom w:w="80" w:type="dxa"/>
              <w:right w:w="90" w:type="dxa"/>
            </w:tcMar>
          </w:tcPr>
          <w:p w14:paraId="195B5416" w14:textId="77777777" w:rsidR="00686453" w:rsidRPr="003F0D1D" w:rsidRDefault="00D95FB4">
            <w:pPr>
              <w:rPr>
                <w:szCs w:val="24"/>
              </w:rPr>
            </w:pPr>
            <w:r w:rsidRPr="003F0D1D">
              <w:rPr>
                <w:b/>
                <w:color w:val="015A41"/>
                <w:szCs w:val="24"/>
              </w:rPr>
              <w:t>Facility HVA title / version</w:t>
            </w:r>
          </w:p>
        </w:tc>
        <w:tc>
          <w:tcPr>
            <w:tcW w:w="5833" w:type="dxa"/>
            <w:shd w:val="clear" w:color="auto" w:fill="FFFFFF"/>
            <w:tcMar>
              <w:top w:w="80" w:type="dxa"/>
              <w:left w:w="90" w:type="dxa"/>
              <w:bottom w:w="80" w:type="dxa"/>
              <w:right w:w="90" w:type="dxa"/>
            </w:tcMar>
          </w:tcPr>
          <w:p w14:paraId="5FB58066" w14:textId="77777777" w:rsidR="00686453" w:rsidRPr="003F0D1D" w:rsidRDefault="00D95FB4">
            <w:pPr>
              <w:rPr>
                <w:szCs w:val="24"/>
              </w:rPr>
            </w:pPr>
            <w:r w:rsidRPr="003F0D1D">
              <w:rPr>
                <w:i/>
                <w:color w:val="66706B"/>
                <w:szCs w:val="24"/>
              </w:rPr>
              <w:t>&lt;Insert&gt;</w:t>
            </w:r>
          </w:p>
        </w:tc>
      </w:tr>
      <w:tr w:rsidR="00686453" w:rsidRPr="003F0D1D" w14:paraId="1B2B9BCA" w14:textId="77777777" w:rsidTr="00B41411">
        <w:trPr>
          <w:cantSplit/>
          <w:jc w:val="center"/>
        </w:trPr>
        <w:tc>
          <w:tcPr>
            <w:tcW w:w="5141" w:type="dxa"/>
            <w:shd w:val="clear" w:color="auto" w:fill="F7FAF8"/>
            <w:tcMar>
              <w:top w:w="80" w:type="dxa"/>
              <w:left w:w="90" w:type="dxa"/>
              <w:bottom w:w="80" w:type="dxa"/>
              <w:right w:w="90" w:type="dxa"/>
            </w:tcMar>
          </w:tcPr>
          <w:p w14:paraId="461BE0DF" w14:textId="77777777" w:rsidR="00686453" w:rsidRPr="003F0D1D" w:rsidRDefault="00D95FB4">
            <w:pPr>
              <w:rPr>
                <w:szCs w:val="24"/>
              </w:rPr>
            </w:pPr>
            <w:r w:rsidRPr="003F0D1D">
              <w:rPr>
                <w:b/>
                <w:color w:val="015A41"/>
                <w:szCs w:val="24"/>
              </w:rPr>
              <w:t>Date completed / reviewed</w:t>
            </w:r>
          </w:p>
        </w:tc>
        <w:tc>
          <w:tcPr>
            <w:tcW w:w="5833" w:type="dxa"/>
            <w:shd w:val="clear" w:color="auto" w:fill="FFFFFF"/>
            <w:tcMar>
              <w:top w:w="80" w:type="dxa"/>
              <w:left w:w="90" w:type="dxa"/>
              <w:bottom w:w="80" w:type="dxa"/>
              <w:right w:w="90" w:type="dxa"/>
            </w:tcMar>
          </w:tcPr>
          <w:p w14:paraId="368EB111" w14:textId="77777777" w:rsidR="00686453" w:rsidRPr="003F0D1D" w:rsidRDefault="00D95FB4">
            <w:pPr>
              <w:rPr>
                <w:szCs w:val="24"/>
              </w:rPr>
            </w:pPr>
            <w:r w:rsidRPr="003F0D1D">
              <w:rPr>
                <w:i/>
                <w:color w:val="66706B"/>
                <w:szCs w:val="24"/>
              </w:rPr>
              <w:t>&lt;Insert&gt;</w:t>
            </w:r>
          </w:p>
        </w:tc>
      </w:tr>
      <w:tr w:rsidR="00686453" w:rsidRPr="003F0D1D" w14:paraId="3FC5BBE5" w14:textId="77777777" w:rsidTr="00B41411">
        <w:trPr>
          <w:cantSplit/>
          <w:jc w:val="center"/>
        </w:trPr>
        <w:tc>
          <w:tcPr>
            <w:tcW w:w="5141" w:type="dxa"/>
            <w:shd w:val="clear" w:color="auto" w:fill="EAF3EF"/>
            <w:tcMar>
              <w:top w:w="80" w:type="dxa"/>
              <w:left w:w="90" w:type="dxa"/>
              <w:bottom w:w="80" w:type="dxa"/>
              <w:right w:w="90" w:type="dxa"/>
            </w:tcMar>
          </w:tcPr>
          <w:p w14:paraId="73045A37" w14:textId="77777777" w:rsidR="00686453" w:rsidRPr="003F0D1D" w:rsidRDefault="00D95FB4">
            <w:pPr>
              <w:rPr>
                <w:szCs w:val="24"/>
              </w:rPr>
            </w:pPr>
            <w:r w:rsidRPr="003F0D1D">
              <w:rPr>
                <w:b/>
                <w:color w:val="015A41"/>
                <w:szCs w:val="24"/>
              </w:rPr>
              <w:t>Community risk assessment source</w:t>
            </w:r>
          </w:p>
        </w:tc>
        <w:tc>
          <w:tcPr>
            <w:tcW w:w="5833" w:type="dxa"/>
            <w:shd w:val="clear" w:color="auto" w:fill="FFFFFF"/>
            <w:tcMar>
              <w:top w:w="80" w:type="dxa"/>
              <w:left w:w="90" w:type="dxa"/>
              <w:bottom w:w="80" w:type="dxa"/>
              <w:right w:w="90" w:type="dxa"/>
            </w:tcMar>
          </w:tcPr>
          <w:p w14:paraId="0905D4EA" w14:textId="77777777" w:rsidR="00686453" w:rsidRPr="003F0D1D" w:rsidRDefault="00D95FB4">
            <w:pPr>
              <w:rPr>
                <w:szCs w:val="24"/>
              </w:rPr>
            </w:pPr>
            <w:r w:rsidRPr="003F0D1D">
              <w:rPr>
                <w:i/>
                <w:color w:val="66706B"/>
                <w:szCs w:val="24"/>
              </w:rPr>
              <w:t>&lt;Insert county/local/other source and date&gt;</w:t>
            </w:r>
          </w:p>
        </w:tc>
      </w:tr>
      <w:tr w:rsidR="00686453" w:rsidRPr="003F0D1D" w14:paraId="7DCA63F4" w14:textId="77777777" w:rsidTr="00B41411">
        <w:trPr>
          <w:cantSplit/>
          <w:jc w:val="center"/>
        </w:trPr>
        <w:tc>
          <w:tcPr>
            <w:tcW w:w="5141" w:type="dxa"/>
            <w:shd w:val="clear" w:color="auto" w:fill="F7FAF8"/>
            <w:tcMar>
              <w:top w:w="80" w:type="dxa"/>
              <w:left w:w="90" w:type="dxa"/>
              <w:bottom w:w="80" w:type="dxa"/>
              <w:right w:w="90" w:type="dxa"/>
            </w:tcMar>
          </w:tcPr>
          <w:p w14:paraId="1FC62473" w14:textId="77777777" w:rsidR="00686453" w:rsidRPr="003F0D1D" w:rsidRDefault="00D95FB4">
            <w:pPr>
              <w:rPr>
                <w:szCs w:val="24"/>
              </w:rPr>
            </w:pPr>
            <w:r w:rsidRPr="003F0D1D">
              <w:rPr>
                <w:b/>
                <w:color w:val="015A41"/>
                <w:szCs w:val="24"/>
              </w:rPr>
              <w:t>Responsible owner</w:t>
            </w:r>
          </w:p>
        </w:tc>
        <w:tc>
          <w:tcPr>
            <w:tcW w:w="5833" w:type="dxa"/>
            <w:shd w:val="clear" w:color="auto" w:fill="FFFFFF"/>
            <w:tcMar>
              <w:top w:w="80" w:type="dxa"/>
              <w:left w:w="90" w:type="dxa"/>
              <w:bottom w:w="80" w:type="dxa"/>
              <w:right w:w="90" w:type="dxa"/>
            </w:tcMar>
          </w:tcPr>
          <w:p w14:paraId="0F71049B" w14:textId="77777777" w:rsidR="00686453" w:rsidRPr="003F0D1D" w:rsidRDefault="00D95FB4">
            <w:pPr>
              <w:rPr>
                <w:szCs w:val="24"/>
              </w:rPr>
            </w:pPr>
            <w:r w:rsidRPr="003F0D1D">
              <w:rPr>
                <w:i/>
                <w:color w:val="66706B"/>
                <w:szCs w:val="24"/>
              </w:rPr>
              <w:t>&lt;Insert&gt;</w:t>
            </w:r>
          </w:p>
        </w:tc>
      </w:tr>
      <w:tr w:rsidR="00686453" w:rsidRPr="003F0D1D" w14:paraId="4BD92247" w14:textId="77777777" w:rsidTr="00B41411">
        <w:trPr>
          <w:cantSplit/>
          <w:jc w:val="center"/>
        </w:trPr>
        <w:tc>
          <w:tcPr>
            <w:tcW w:w="5141" w:type="dxa"/>
            <w:shd w:val="clear" w:color="auto" w:fill="EAF3EF"/>
            <w:tcMar>
              <w:top w:w="80" w:type="dxa"/>
              <w:left w:w="90" w:type="dxa"/>
              <w:bottom w:w="80" w:type="dxa"/>
              <w:right w:w="90" w:type="dxa"/>
            </w:tcMar>
          </w:tcPr>
          <w:p w14:paraId="586989F1" w14:textId="77777777" w:rsidR="00686453" w:rsidRPr="003F0D1D" w:rsidRDefault="00D95FB4">
            <w:pPr>
              <w:rPr>
                <w:szCs w:val="24"/>
              </w:rPr>
            </w:pPr>
            <w:r w:rsidRPr="003F0D1D">
              <w:rPr>
                <w:b/>
                <w:color w:val="015A41"/>
                <w:szCs w:val="24"/>
              </w:rPr>
              <w:t>Controlled storage location</w:t>
            </w:r>
          </w:p>
        </w:tc>
        <w:tc>
          <w:tcPr>
            <w:tcW w:w="5833" w:type="dxa"/>
            <w:shd w:val="clear" w:color="auto" w:fill="FFFFFF"/>
            <w:tcMar>
              <w:top w:w="80" w:type="dxa"/>
              <w:left w:w="90" w:type="dxa"/>
              <w:bottom w:w="80" w:type="dxa"/>
              <w:right w:w="90" w:type="dxa"/>
            </w:tcMar>
          </w:tcPr>
          <w:p w14:paraId="63DDB798" w14:textId="77777777" w:rsidR="00686453" w:rsidRPr="003F0D1D" w:rsidRDefault="00D95FB4">
            <w:pPr>
              <w:rPr>
                <w:szCs w:val="24"/>
              </w:rPr>
            </w:pPr>
            <w:r w:rsidRPr="003F0D1D">
              <w:rPr>
                <w:i/>
                <w:color w:val="66706B"/>
                <w:szCs w:val="24"/>
              </w:rPr>
              <w:t>&lt;Insert&gt;</w:t>
            </w:r>
          </w:p>
        </w:tc>
      </w:tr>
      <w:tr w:rsidR="00686453" w:rsidRPr="003F0D1D" w14:paraId="557180B9" w14:textId="77777777" w:rsidTr="00B41411">
        <w:trPr>
          <w:cantSplit/>
          <w:jc w:val="center"/>
        </w:trPr>
        <w:tc>
          <w:tcPr>
            <w:tcW w:w="5141" w:type="dxa"/>
            <w:shd w:val="clear" w:color="auto" w:fill="F7FAF8"/>
            <w:tcMar>
              <w:top w:w="80" w:type="dxa"/>
              <w:left w:w="90" w:type="dxa"/>
              <w:bottom w:w="80" w:type="dxa"/>
              <w:right w:w="90" w:type="dxa"/>
            </w:tcMar>
          </w:tcPr>
          <w:p w14:paraId="6404D263" w14:textId="77777777" w:rsidR="00686453" w:rsidRPr="003F0D1D" w:rsidRDefault="00D95FB4">
            <w:pPr>
              <w:rPr>
                <w:szCs w:val="24"/>
              </w:rPr>
            </w:pPr>
            <w:r w:rsidRPr="003F0D1D">
              <w:rPr>
                <w:b/>
                <w:color w:val="015A41"/>
                <w:szCs w:val="24"/>
              </w:rPr>
              <w:t>Next review date</w:t>
            </w:r>
          </w:p>
        </w:tc>
        <w:tc>
          <w:tcPr>
            <w:tcW w:w="5833" w:type="dxa"/>
            <w:shd w:val="clear" w:color="auto" w:fill="FFFFFF"/>
            <w:tcMar>
              <w:top w:w="80" w:type="dxa"/>
              <w:left w:w="90" w:type="dxa"/>
              <w:bottom w:w="80" w:type="dxa"/>
              <w:right w:w="90" w:type="dxa"/>
            </w:tcMar>
          </w:tcPr>
          <w:p w14:paraId="2807FC94" w14:textId="77777777" w:rsidR="00686453" w:rsidRPr="003F0D1D" w:rsidRDefault="00D95FB4">
            <w:pPr>
              <w:rPr>
                <w:szCs w:val="24"/>
              </w:rPr>
            </w:pPr>
            <w:r w:rsidRPr="003F0D1D">
              <w:rPr>
                <w:i/>
                <w:color w:val="66706B"/>
                <w:szCs w:val="24"/>
              </w:rPr>
              <w:t>&lt;Insert&gt;</w:t>
            </w:r>
          </w:p>
        </w:tc>
      </w:tr>
    </w:tbl>
    <w:p w14:paraId="7E641391" w14:textId="77777777" w:rsidR="00686453" w:rsidRDefault="00686453">
      <w:pPr>
        <w:spacing w:after="0"/>
      </w:pPr>
    </w:p>
    <w:p w14:paraId="604FA420" w14:textId="77777777" w:rsidR="00686453" w:rsidRDefault="00D95FB4">
      <w:pPr>
        <w:pStyle w:val="Heading2"/>
        <w:spacing w:before="120" w:after="80"/>
      </w:pPr>
      <w:r>
        <w:rPr>
          <w:rFonts w:ascii="Arial" w:eastAsia="Arial" w:hAnsi="Arial"/>
        </w:rPr>
        <w:t>Top Priority Hazards / Consequences</w:t>
      </w: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570"/>
        <w:gridCol w:w="2570"/>
        <w:gridCol w:w="3168"/>
        <w:gridCol w:w="2880"/>
      </w:tblGrid>
      <w:tr w:rsidR="00686453" w:rsidRPr="003F0D1D" w14:paraId="2C80BCDF" w14:textId="77777777">
        <w:trPr>
          <w:tblHeader/>
          <w:jc w:val="center"/>
        </w:trPr>
        <w:tc>
          <w:tcPr>
            <w:tcW w:w="2160" w:type="dxa"/>
            <w:shd w:val="clear" w:color="auto" w:fill="015A41"/>
            <w:tcMar>
              <w:top w:w="70" w:type="dxa"/>
              <w:left w:w="70" w:type="dxa"/>
              <w:bottom w:w="70" w:type="dxa"/>
              <w:right w:w="70" w:type="dxa"/>
            </w:tcMar>
          </w:tcPr>
          <w:p w14:paraId="6A58429A" w14:textId="77777777" w:rsidR="00686453" w:rsidRPr="003F0D1D" w:rsidRDefault="00D95FB4">
            <w:pPr>
              <w:rPr>
                <w:szCs w:val="24"/>
              </w:rPr>
            </w:pPr>
            <w:r w:rsidRPr="003F0D1D">
              <w:rPr>
                <w:b/>
                <w:color w:val="FFFFFF"/>
                <w:szCs w:val="24"/>
              </w:rPr>
              <w:t>Hazard</w:t>
            </w:r>
          </w:p>
        </w:tc>
        <w:tc>
          <w:tcPr>
            <w:tcW w:w="1944" w:type="dxa"/>
            <w:shd w:val="clear" w:color="auto" w:fill="015A41"/>
            <w:tcMar>
              <w:top w:w="70" w:type="dxa"/>
              <w:left w:w="70" w:type="dxa"/>
              <w:bottom w:w="70" w:type="dxa"/>
              <w:right w:w="70" w:type="dxa"/>
            </w:tcMar>
          </w:tcPr>
          <w:p w14:paraId="57000C20" w14:textId="77777777" w:rsidR="00686453" w:rsidRPr="003F0D1D" w:rsidRDefault="00D95FB4">
            <w:pPr>
              <w:rPr>
                <w:szCs w:val="24"/>
              </w:rPr>
            </w:pPr>
            <w:r w:rsidRPr="003F0D1D">
              <w:rPr>
                <w:b/>
                <w:color w:val="FFFFFF"/>
                <w:szCs w:val="24"/>
              </w:rPr>
              <w:t>Risk Rating</w:t>
            </w:r>
          </w:p>
        </w:tc>
        <w:tc>
          <w:tcPr>
            <w:tcW w:w="3168" w:type="dxa"/>
            <w:shd w:val="clear" w:color="auto" w:fill="015A41"/>
            <w:tcMar>
              <w:top w:w="70" w:type="dxa"/>
              <w:left w:w="70" w:type="dxa"/>
              <w:bottom w:w="70" w:type="dxa"/>
              <w:right w:w="70" w:type="dxa"/>
            </w:tcMar>
          </w:tcPr>
          <w:p w14:paraId="37DDFCF8" w14:textId="77777777" w:rsidR="00686453" w:rsidRPr="003F0D1D" w:rsidRDefault="00D95FB4">
            <w:pPr>
              <w:rPr>
                <w:szCs w:val="24"/>
              </w:rPr>
            </w:pPr>
            <w:r w:rsidRPr="003F0D1D">
              <w:rPr>
                <w:b/>
                <w:color w:val="FFFFFF"/>
                <w:szCs w:val="24"/>
              </w:rPr>
              <w:t>Key Vulnerability</w:t>
            </w:r>
          </w:p>
        </w:tc>
        <w:tc>
          <w:tcPr>
            <w:tcW w:w="2880" w:type="dxa"/>
            <w:shd w:val="clear" w:color="auto" w:fill="015A41"/>
            <w:tcMar>
              <w:top w:w="70" w:type="dxa"/>
              <w:left w:w="70" w:type="dxa"/>
              <w:bottom w:w="70" w:type="dxa"/>
              <w:right w:w="70" w:type="dxa"/>
            </w:tcMar>
          </w:tcPr>
          <w:p w14:paraId="5A3E8BA9" w14:textId="77777777" w:rsidR="00686453" w:rsidRPr="003F0D1D" w:rsidRDefault="00D95FB4">
            <w:pPr>
              <w:rPr>
                <w:szCs w:val="24"/>
              </w:rPr>
            </w:pPr>
            <w:r w:rsidRPr="003F0D1D">
              <w:rPr>
                <w:b/>
                <w:color w:val="FFFFFF"/>
                <w:szCs w:val="24"/>
              </w:rPr>
              <w:t>Strategy / EOP Location</w:t>
            </w:r>
          </w:p>
        </w:tc>
      </w:tr>
      <w:tr w:rsidR="00686453" w:rsidRPr="003F0D1D" w14:paraId="246D7DC9" w14:textId="77777777">
        <w:trPr>
          <w:cantSplit/>
          <w:jc w:val="center"/>
        </w:trPr>
        <w:tc>
          <w:tcPr>
            <w:tcW w:w="2570" w:type="dxa"/>
            <w:tcMar>
              <w:top w:w="70" w:type="dxa"/>
              <w:left w:w="70" w:type="dxa"/>
              <w:bottom w:w="70" w:type="dxa"/>
              <w:right w:w="70" w:type="dxa"/>
            </w:tcMar>
          </w:tcPr>
          <w:p w14:paraId="61DA6EC2" w14:textId="77777777" w:rsidR="00686453" w:rsidRPr="003F0D1D" w:rsidRDefault="00D95FB4">
            <w:pPr>
              <w:rPr>
                <w:szCs w:val="24"/>
              </w:rPr>
            </w:pPr>
            <w:r w:rsidRPr="003F0D1D">
              <w:rPr>
                <w:b/>
                <w:color w:val="015A41"/>
                <w:szCs w:val="24"/>
              </w:rPr>
              <w:t>&lt;1&gt;</w:t>
            </w:r>
          </w:p>
        </w:tc>
        <w:tc>
          <w:tcPr>
            <w:tcW w:w="2570" w:type="dxa"/>
            <w:tcMar>
              <w:top w:w="70" w:type="dxa"/>
              <w:left w:w="70" w:type="dxa"/>
              <w:bottom w:w="70" w:type="dxa"/>
              <w:right w:w="70" w:type="dxa"/>
            </w:tcMar>
          </w:tcPr>
          <w:p w14:paraId="13D7E7B7" w14:textId="77777777" w:rsidR="00686453" w:rsidRPr="003F0D1D" w:rsidRDefault="00D95FB4">
            <w:pPr>
              <w:rPr>
                <w:szCs w:val="24"/>
              </w:rPr>
            </w:pPr>
            <w:r w:rsidRPr="003F0D1D">
              <w:rPr>
                <w:szCs w:val="24"/>
              </w:rPr>
              <w:t>&lt;Probability / impact&gt;</w:t>
            </w:r>
          </w:p>
        </w:tc>
        <w:tc>
          <w:tcPr>
            <w:tcW w:w="2570" w:type="dxa"/>
            <w:tcMar>
              <w:top w:w="70" w:type="dxa"/>
              <w:left w:w="70" w:type="dxa"/>
              <w:bottom w:w="70" w:type="dxa"/>
              <w:right w:w="70" w:type="dxa"/>
            </w:tcMar>
          </w:tcPr>
          <w:p w14:paraId="5CE105C9" w14:textId="77777777" w:rsidR="00686453" w:rsidRPr="003F0D1D" w:rsidRDefault="00D95FB4">
            <w:pPr>
              <w:rPr>
                <w:szCs w:val="24"/>
              </w:rPr>
            </w:pPr>
            <w:r w:rsidRPr="003F0D1D">
              <w:rPr>
                <w:szCs w:val="24"/>
              </w:rPr>
              <w:t>&lt;Resident / operational vulnerability&gt;</w:t>
            </w:r>
          </w:p>
        </w:tc>
        <w:tc>
          <w:tcPr>
            <w:tcW w:w="2570" w:type="dxa"/>
            <w:tcMar>
              <w:top w:w="70" w:type="dxa"/>
              <w:left w:w="70" w:type="dxa"/>
              <w:bottom w:w="70" w:type="dxa"/>
              <w:right w:w="70" w:type="dxa"/>
            </w:tcMar>
          </w:tcPr>
          <w:p w14:paraId="3FA7D399" w14:textId="77777777" w:rsidR="00686453" w:rsidRPr="003F0D1D" w:rsidRDefault="00D95FB4">
            <w:pPr>
              <w:rPr>
                <w:szCs w:val="24"/>
              </w:rPr>
            </w:pPr>
            <w:r w:rsidRPr="003F0D1D">
              <w:rPr>
                <w:szCs w:val="24"/>
              </w:rPr>
              <w:t>&lt;Primary mitigation / response strategy&gt;</w:t>
            </w:r>
          </w:p>
        </w:tc>
      </w:tr>
      <w:tr w:rsidR="00686453" w:rsidRPr="003F0D1D" w14:paraId="670E12CF" w14:textId="77777777">
        <w:trPr>
          <w:cantSplit/>
          <w:jc w:val="center"/>
        </w:trPr>
        <w:tc>
          <w:tcPr>
            <w:tcW w:w="2570" w:type="dxa"/>
            <w:tcMar>
              <w:top w:w="70" w:type="dxa"/>
              <w:left w:w="70" w:type="dxa"/>
              <w:bottom w:w="70" w:type="dxa"/>
              <w:right w:w="70" w:type="dxa"/>
            </w:tcMar>
          </w:tcPr>
          <w:p w14:paraId="177F3C66" w14:textId="77777777" w:rsidR="00686453" w:rsidRPr="003F0D1D" w:rsidRDefault="00D95FB4">
            <w:pPr>
              <w:rPr>
                <w:szCs w:val="24"/>
              </w:rPr>
            </w:pPr>
            <w:r w:rsidRPr="003F0D1D">
              <w:rPr>
                <w:b/>
                <w:color w:val="015A41"/>
                <w:szCs w:val="24"/>
              </w:rPr>
              <w:t>&lt;2&gt;</w:t>
            </w:r>
          </w:p>
        </w:tc>
        <w:tc>
          <w:tcPr>
            <w:tcW w:w="2570" w:type="dxa"/>
            <w:tcMar>
              <w:top w:w="70" w:type="dxa"/>
              <w:left w:w="70" w:type="dxa"/>
              <w:bottom w:w="70" w:type="dxa"/>
              <w:right w:w="70" w:type="dxa"/>
            </w:tcMar>
          </w:tcPr>
          <w:p w14:paraId="073CC743" w14:textId="77777777" w:rsidR="00686453" w:rsidRPr="003F0D1D" w:rsidRDefault="00686453">
            <w:pPr>
              <w:rPr>
                <w:szCs w:val="24"/>
              </w:rPr>
            </w:pPr>
          </w:p>
        </w:tc>
        <w:tc>
          <w:tcPr>
            <w:tcW w:w="2570" w:type="dxa"/>
            <w:tcMar>
              <w:top w:w="70" w:type="dxa"/>
              <w:left w:w="70" w:type="dxa"/>
              <w:bottom w:w="70" w:type="dxa"/>
              <w:right w:w="70" w:type="dxa"/>
            </w:tcMar>
          </w:tcPr>
          <w:p w14:paraId="41B4FD47" w14:textId="77777777" w:rsidR="00686453" w:rsidRPr="003F0D1D" w:rsidRDefault="00686453">
            <w:pPr>
              <w:rPr>
                <w:szCs w:val="24"/>
              </w:rPr>
            </w:pPr>
          </w:p>
        </w:tc>
        <w:tc>
          <w:tcPr>
            <w:tcW w:w="2570" w:type="dxa"/>
            <w:tcMar>
              <w:top w:w="70" w:type="dxa"/>
              <w:left w:w="70" w:type="dxa"/>
              <w:bottom w:w="70" w:type="dxa"/>
              <w:right w:w="70" w:type="dxa"/>
            </w:tcMar>
          </w:tcPr>
          <w:p w14:paraId="57655F83" w14:textId="77777777" w:rsidR="00686453" w:rsidRPr="003F0D1D" w:rsidRDefault="00686453">
            <w:pPr>
              <w:rPr>
                <w:szCs w:val="24"/>
              </w:rPr>
            </w:pPr>
          </w:p>
        </w:tc>
      </w:tr>
      <w:tr w:rsidR="00686453" w:rsidRPr="003F0D1D" w14:paraId="55945F64" w14:textId="77777777">
        <w:trPr>
          <w:cantSplit/>
          <w:jc w:val="center"/>
        </w:trPr>
        <w:tc>
          <w:tcPr>
            <w:tcW w:w="2570" w:type="dxa"/>
            <w:tcMar>
              <w:top w:w="70" w:type="dxa"/>
              <w:left w:w="70" w:type="dxa"/>
              <w:bottom w:w="70" w:type="dxa"/>
              <w:right w:w="70" w:type="dxa"/>
            </w:tcMar>
          </w:tcPr>
          <w:p w14:paraId="21F47075" w14:textId="77777777" w:rsidR="00686453" w:rsidRPr="003F0D1D" w:rsidRDefault="00D95FB4">
            <w:pPr>
              <w:rPr>
                <w:szCs w:val="24"/>
              </w:rPr>
            </w:pPr>
            <w:r w:rsidRPr="003F0D1D">
              <w:rPr>
                <w:b/>
                <w:color w:val="015A41"/>
                <w:szCs w:val="24"/>
              </w:rPr>
              <w:t>&lt;3&gt;</w:t>
            </w:r>
          </w:p>
        </w:tc>
        <w:tc>
          <w:tcPr>
            <w:tcW w:w="2570" w:type="dxa"/>
            <w:tcMar>
              <w:top w:w="70" w:type="dxa"/>
              <w:left w:w="70" w:type="dxa"/>
              <w:bottom w:w="70" w:type="dxa"/>
              <w:right w:w="70" w:type="dxa"/>
            </w:tcMar>
          </w:tcPr>
          <w:p w14:paraId="398B0981" w14:textId="77777777" w:rsidR="00686453" w:rsidRPr="003F0D1D" w:rsidRDefault="00686453">
            <w:pPr>
              <w:rPr>
                <w:szCs w:val="24"/>
              </w:rPr>
            </w:pPr>
          </w:p>
        </w:tc>
        <w:tc>
          <w:tcPr>
            <w:tcW w:w="2570" w:type="dxa"/>
            <w:tcMar>
              <w:top w:w="70" w:type="dxa"/>
              <w:left w:w="70" w:type="dxa"/>
              <w:bottom w:w="70" w:type="dxa"/>
              <w:right w:w="70" w:type="dxa"/>
            </w:tcMar>
          </w:tcPr>
          <w:p w14:paraId="25F85AE7" w14:textId="77777777" w:rsidR="00686453" w:rsidRPr="003F0D1D" w:rsidRDefault="00686453">
            <w:pPr>
              <w:rPr>
                <w:szCs w:val="24"/>
              </w:rPr>
            </w:pPr>
          </w:p>
        </w:tc>
        <w:tc>
          <w:tcPr>
            <w:tcW w:w="2570" w:type="dxa"/>
            <w:tcMar>
              <w:top w:w="70" w:type="dxa"/>
              <w:left w:w="70" w:type="dxa"/>
              <w:bottom w:w="70" w:type="dxa"/>
              <w:right w:w="70" w:type="dxa"/>
            </w:tcMar>
          </w:tcPr>
          <w:p w14:paraId="43C41CDF" w14:textId="77777777" w:rsidR="00686453" w:rsidRPr="003F0D1D" w:rsidRDefault="00686453">
            <w:pPr>
              <w:rPr>
                <w:szCs w:val="24"/>
              </w:rPr>
            </w:pPr>
          </w:p>
        </w:tc>
      </w:tr>
      <w:tr w:rsidR="00686453" w:rsidRPr="003F0D1D" w14:paraId="43C1A1A0" w14:textId="77777777">
        <w:trPr>
          <w:cantSplit/>
          <w:jc w:val="center"/>
        </w:trPr>
        <w:tc>
          <w:tcPr>
            <w:tcW w:w="2570" w:type="dxa"/>
            <w:tcMar>
              <w:top w:w="70" w:type="dxa"/>
              <w:left w:w="70" w:type="dxa"/>
              <w:bottom w:w="70" w:type="dxa"/>
              <w:right w:w="70" w:type="dxa"/>
            </w:tcMar>
          </w:tcPr>
          <w:p w14:paraId="381C6B00" w14:textId="77777777" w:rsidR="00686453" w:rsidRPr="003F0D1D" w:rsidRDefault="00D95FB4">
            <w:pPr>
              <w:rPr>
                <w:szCs w:val="24"/>
              </w:rPr>
            </w:pPr>
            <w:r w:rsidRPr="003F0D1D">
              <w:rPr>
                <w:b/>
                <w:color w:val="015A41"/>
                <w:szCs w:val="24"/>
              </w:rPr>
              <w:t>&lt;4&gt;</w:t>
            </w:r>
          </w:p>
        </w:tc>
        <w:tc>
          <w:tcPr>
            <w:tcW w:w="2570" w:type="dxa"/>
            <w:tcMar>
              <w:top w:w="70" w:type="dxa"/>
              <w:left w:w="70" w:type="dxa"/>
              <w:bottom w:w="70" w:type="dxa"/>
              <w:right w:w="70" w:type="dxa"/>
            </w:tcMar>
          </w:tcPr>
          <w:p w14:paraId="3541B984" w14:textId="77777777" w:rsidR="00686453" w:rsidRPr="003F0D1D" w:rsidRDefault="00686453">
            <w:pPr>
              <w:rPr>
                <w:szCs w:val="24"/>
              </w:rPr>
            </w:pPr>
          </w:p>
        </w:tc>
        <w:tc>
          <w:tcPr>
            <w:tcW w:w="2570" w:type="dxa"/>
            <w:tcMar>
              <w:top w:w="70" w:type="dxa"/>
              <w:left w:w="70" w:type="dxa"/>
              <w:bottom w:w="70" w:type="dxa"/>
              <w:right w:w="70" w:type="dxa"/>
            </w:tcMar>
          </w:tcPr>
          <w:p w14:paraId="3576C09D" w14:textId="77777777" w:rsidR="00686453" w:rsidRPr="003F0D1D" w:rsidRDefault="00686453">
            <w:pPr>
              <w:rPr>
                <w:szCs w:val="24"/>
              </w:rPr>
            </w:pPr>
          </w:p>
        </w:tc>
        <w:tc>
          <w:tcPr>
            <w:tcW w:w="2570" w:type="dxa"/>
            <w:tcMar>
              <w:top w:w="70" w:type="dxa"/>
              <w:left w:w="70" w:type="dxa"/>
              <w:bottom w:w="70" w:type="dxa"/>
              <w:right w:w="70" w:type="dxa"/>
            </w:tcMar>
          </w:tcPr>
          <w:p w14:paraId="27C821B3" w14:textId="77777777" w:rsidR="00686453" w:rsidRPr="003F0D1D" w:rsidRDefault="00686453">
            <w:pPr>
              <w:rPr>
                <w:szCs w:val="24"/>
              </w:rPr>
            </w:pPr>
          </w:p>
        </w:tc>
      </w:tr>
      <w:tr w:rsidR="00686453" w:rsidRPr="003F0D1D" w14:paraId="759EE9DB" w14:textId="77777777">
        <w:trPr>
          <w:cantSplit/>
          <w:jc w:val="center"/>
        </w:trPr>
        <w:tc>
          <w:tcPr>
            <w:tcW w:w="2570" w:type="dxa"/>
            <w:tcMar>
              <w:top w:w="70" w:type="dxa"/>
              <w:left w:w="70" w:type="dxa"/>
              <w:bottom w:w="70" w:type="dxa"/>
              <w:right w:w="70" w:type="dxa"/>
            </w:tcMar>
          </w:tcPr>
          <w:p w14:paraId="7662498B" w14:textId="77777777" w:rsidR="00686453" w:rsidRPr="003F0D1D" w:rsidRDefault="00D95FB4">
            <w:pPr>
              <w:rPr>
                <w:szCs w:val="24"/>
              </w:rPr>
            </w:pPr>
            <w:r w:rsidRPr="003F0D1D">
              <w:rPr>
                <w:b/>
                <w:color w:val="015A41"/>
                <w:szCs w:val="24"/>
              </w:rPr>
              <w:t>&lt;5&gt;</w:t>
            </w:r>
          </w:p>
        </w:tc>
        <w:tc>
          <w:tcPr>
            <w:tcW w:w="2570" w:type="dxa"/>
            <w:tcMar>
              <w:top w:w="70" w:type="dxa"/>
              <w:left w:w="70" w:type="dxa"/>
              <w:bottom w:w="70" w:type="dxa"/>
              <w:right w:w="70" w:type="dxa"/>
            </w:tcMar>
          </w:tcPr>
          <w:p w14:paraId="33AC5235" w14:textId="77777777" w:rsidR="00686453" w:rsidRPr="003F0D1D" w:rsidRDefault="00686453">
            <w:pPr>
              <w:rPr>
                <w:szCs w:val="24"/>
              </w:rPr>
            </w:pPr>
          </w:p>
        </w:tc>
        <w:tc>
          <w:tcPr>
            <w:tcW w:w="2570" w:type="dxa"/>
            <w:tcMar>
              <w:top w:w="70" w:type="dxa"/>
              <w:left w:w="70" w:type="dxa"/>
              <w:bottom w:w="70" w:type="dxa"/>
              <w:right w:w="70" w:type="dxa"/>
            </w:tcMar>
          </w:tcPr>
          <w:p w14:paraId="74DA86B4" w14:textId="77777777" w:rsidR="00686453" w:rsidRPr="003F0D1D" w:rsidRDefault="00686453">
            <w:pPr>
              <w:rPr>
                <w:szCs w:val="24"/>
              </w:rPr>
            </w:pPr>
          </w:p>
        </w:tc>
        <w:tc>
          <w:tcPr>
            <w:tcW w:w="2570" w:type="dxa"/>
            <w:tcMar>
              <w:top w:w="70" w:type="dxa"/>
              <w:left w:w="70" w:type="dxa"/>
              <w:bottom w:w="70" w:type="dxa"/>
              <w:right w:w="70" w:type="dxa"/>
            </w:tcMar>
          </w:tcPr>
          <w:p w14:paraId="7E6EA438" w14:textId="77777777" w:rsidR="00686453" w:rsidRPr="003F0D1D" w:rsidRDefault="00686453">
            <w:pPr>
              <w:rPr>
                <w:szCs w:val="24"/>
              </w:rPr>
            </w:pPr>
          </w:p>
        </w:tc>
      </w:tr>
    </w:tbl>
    <w:p w14:paraId="6C7E7DF4" w14:textId="77777777" w:rsidR="00686453" w:rsidRDefault="00686453">
      <w:pPr>
        <w:spacing w:after="0"/>
      </w:pPr>
    </w:p>
    <w:p w14:paraId="4BB2DC2C" w14:textId="77777777" w:rsidR="00686453" w:rsidRDefault="00D95FB4">
      <w:r>
        <w:br w:type="page"/>
      </w:r>
    </w:p>
    <w:p w14:paraId="27B5586E" w14:textId="77777777" w:rsidR="00686453" w:rsidRDefault="00D95FB4">
      <w:pPr>
        <w:pStyle w:val="Heading1"/>
        <w:pBdr>
          <w:bottom w:val="single" w:sz="14" w:space="5" w:color="E63B07"/>
        </w:pBdr>
        <w:spacing w:before="140" w:after="140"/>
      </w:pPr>
      <w:r>
        <w:rPr>
          <w:rFonts w:ascii="Arial" w:eastAsia="Arial" w:hAnsi="Arial"/>
        </w:rPr>
        <w:lastRenderedPageBreak/>
        <w:t>ATTACHMENT C - EMERGENCY PREPAREDNESS POLICIES &amp; PROCEDURES INDEX</w:t>
      </w:r>
    </w:p>
    <w:p w14:paraId="730E42A2" w14:textId="77777777" w:rsidR="00686453" w:rsidRPr="003F0D1D" w:rsidRDefault="00D95FB4">
      <w:pPr>
        <w:spacing w:after="100" w:line="250" w:lineRule="auto"/>
        <w:rPr>
          <w:sz w:val="28"/>
          <w:szCs w:val="24"/>
        </w:rPr>
      </w:pPr>
      <w:r w:rsidRPr="003F0D1D">
        <w:rPr>
          <w:sz w:val="20"/>
          <w:szCs w:val="24"/>
        </w:rPr>
        <w:t>List the controlled facility policy or EOP section that addresses each required policy/procedure subject. The full policy may remain in the facility policy-management system if it is current, readily retrievable, and clearly referenced.</w:t>
      </w:r>
    </w:p>
    <w:tbl>
      <w:tblPr>
        <w:tblW w:w="10800"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3600"/>
        <w:gridCol w:w="3600"/>
        <w:gridCol w:w="3600"/>
      </w:tblGrid>
      <w:tr w:rsidR="00686453" w:rsidRPr="003F0D1D" w14:paraId="3B185DF9" w14:textId="77777777" w:rsidTr="003F0D1D">
        <w:trPr>
          <w:tblHeader/>
          <w:jc w:val="center"/>
        </w:trPr>
        <w:tc>
          <w:tcPr>
            <w:tcW w:w="3600" w:type="dxa"/>
            <w:shd w:val="clear" w:color="auto" w:fill="015A41"/>
            <w:tcMar>
              <w:top w:w="70" w:type="dxa"/>
              <w:left w:w="70" w:type="dxa"/>
              <w:bottom w:w="70" w:type="dxa"/>
              <w:right w:w="70" w:type="dxa"/>
            </w:tcMar>
          </w:tcPr>
          <w:p w14:paraId="051F366B" w14:textId="77777777" w:rsidR="00686453" w:rsidRPr="003F0D1D" w:rsidRDefault="00D95FB4">
            <w:pPr>
              <w:rPr>
                <w:szCs w:val="24"/>
              </w:rPr>
            </w:pPr>
            <w:r w:rsidRPr="003F0D1D">
              <w:rPr>
                <w:b/>
                <w:color w:val="FFFFFF"/>
                <w:szCs w:val="24"/>
              </w:rPr>
              <w:t>Source</w:t>
            </w:r>
          </w:p>
        </w:tc>
        <w:tc>
          <w:tcPr>
            <w:tcW w:w="3600" w:type="dxa"/>
            <w:shd w:val="clear" w:color="auto" w:fill="015A41"/>
            <w:tcMar>
              <w:top w:w="70" w:type="dxa"/>
              <w:left w:w="70" w:type="dxa"/>
              <w:bottom w:w="70" w:type="dxa"/>
              <w:right w:w="70" w:type="dxa"/>
            </w:tcMar>
          </w:tcPr>
          <w:p w14:paraId="19775A33" w14:textId="77777777" w:rsidR="00686453" w:rsidRPr="003F0D1D" w:rsidRDefault="00D95FB4">
            <w:pPr>
              <w:rPr>
                <w:szCs w:val="24"/>
              </w:rPr>
            </w:pPr>
            <w:r w:rsidRPr="003F0D1D">
              <w:rPr>
                <w:b/>
                <w:color w:val="FFFFFF"/>
                <w:szCs w:val="24"/>
              </w:rPr>
              <w:t>Policy / Procedure Subject</w:t>
            </w:r>
          </w:p>
        </w:tc>
        <w:tc>
          <w:tcPr>
            <w:tcW w:w="3600" w:type="dxa"/>
            <w:shd w:val="clear" w:color="auto" w:fill="015A41"/>
            <w:tcMar>
              <w:top w:w="70" w:type="dxa"/>
              <w:left w:w="70" w:type="dxa"/>
              <w:bottom w:w="70" w:type="dxa"/>
              <w:right w:w="70" w:type="dxa"/>
            </w:tcMar>
          </w:tcPr>
          <w:p w14:paraId="12CC1A44" w14:textId="77777777" w:rsidR="00686453" w:rsidRPr="003F0D1D" w:rsidRDefault="00D95FB4">
            <w:pPr>
              <w:rPr>
                <w:szCs w:val="24"/>
              </w:rPr>
            </w:pPr>
            <w:r w:rsidRPr="003F0D1D">
              <w:rPr>
                <w:b/>
                <w:color w:val="FFFFFF"/>
                <w:szCs w:val="24"/>
              </w:rPr>
              <w:t>Controlled Location</w:t>
            </w:r>
          </w:p>
        </w:tc>
      </w:tr>
      <w:tr w:rsidR="00686453" w:rsidRPr="003F0D1D" w14:paraId="07F6AAA2" w14:textId="77777777" w:rsidTr="003F0D1D">
        <w:trPr>
          <w:cantSplit/>
          <w:jc w:val="center"/>
        </w:trPr>
        <w:tc>
          <w:tcPr>
            <w:tcW w:w="3600" w:type="dxa"/>
            <w:shd w:val="clear" w:color="auto" w:fill="EAF3EF"/>
            <w:tcMar>
              <w:top w:w="70" w:type="dxa"/>
              <w:left w:w="70" w:type="dxa"/>
              <w:bottom w:w="70" w:type="dxa"/>
              <w:right w:w="70" w:type="dxa"/>
            </w:tcMar>
          </w:tcPr>
          <w:p w14:paraId="30D9E6EF" w14:textId="77777777" w:rsidR="00686453" w:rsidRPr="003F0D1D" w:rsidRDefault="00D95FB4">
            <w:pPr>
              <w:rPr>
                <w:szCs w:val="24"/>
              </w:rPr>
            </w:pPr>
            <w:r w:rsidRPr="003F0D1D">
              <w:rPr>
                <w:b/>
                <w:color w:val="015A41"/>
                <w:szCs w:val="24"/>
              </w:rPr>
              <w:t>CMS §483.73(b)(1)</w:t>
            </w:r>
          </w:p>
        </w:tc>
        <w:tc>
          <w:tcPr>
            <w:tcW w:w="3600" w:type="dxa"/>
            <w:tcMar>
              <w:top w:w="70" w:type="dxa"/>
              <w:left w:w="70" w:type="dxa"/>
              <w:bottom w:w="70" w:type="dxa"/>
              <w:right w:w="70" w:type="dxa"/>
            </w:tcMar>
          </w:tcPr>
          <w:p w14:paraId="327D319F" w14:textId="77777777" w:rsidR="00686453" w:rsidRPr="003F0D1D" w:rsidRDefault="00D95FB4">
            <w:pPr>
              <w:rPr>
                <w:szCs w:val="24"/>
              </w:rPr>
            </w:pPr>
            <w:r w:rsidRPr="003F0D1D">
              <w:rPr>
                <w:szCs w:val="24"/>
              </w:rPr>
              <w:t>Subsistence / food / water / medical &amp; pharmaceutical supplies / alternate energy</w:t>
            </w:r>
          </w:p>
        </w:tc>
        <w:tc>
          <w:tcPr>
            <w:tcW w:w="3600" w:type="dxa"/>
            <w:shd w:val="clear" w:color="auto" w:fill="F3F5F4"/>
            <w:tcMar>
              <w:top w:w="70" w:type="dxa"/>
              <w:left w:w="70" w:type="dxa"/>
              <w:bottom w:w="70" w:type="dxa"/>
              <w:right w:w="70" w:type="dxa"/>
            </w:tcMar>
          </w:tcPr>
          <w:p w14:paraId="07E56F97" w14:textId="77777777" w:rsidR="00686453" w:rsidRPr="003F0D1D" w:rsidRDefault="00D95FB4">
            <w:pPr>
              <w:rPr>
                <w:szCs w:val="24"/>
              </w:rPr>
            </w:pPr>
            <w:r w:rsidRPr="003F0D1D">
              <w:rPr>
                <w:i/>
                <w:color w:val="66706B"/>
                <w:szCs w:val="24"/>
              </w:rPr>
              <w:t>&lt;Policy # / EOP section / location&gt;</w:t>
            </w:r>
          </w:p>
        </w:tc>
      </w:tr>
      <w:tr w:rsidR="00686453" w:rsidRPr="003F0D1D" w14:paraId="0ECB2255" w14:textId="77777777" w:rsidTr="003F0D1D">
        <w:trPr>
          <w:cantSplit/>
          <w:jc w:val="center"/>
        </w:trPr>
        <w:tc>
          <w:tcPr>
            <w:tcW w:w="3600" w:type="dxa"/>
            <w:shd w:val="clear" w:color="auto" w:fill="F7FAF8"/>
            <w:tcMar>
              <w:top w:w="70" w:type="dxa"/>
              <w:left w:w="70" w:type="dxa"/>
              <w:bottom w:w="70" w:type="dxa"/>
              <w:right w:w="70" w:type="dxa"/>
            </w:tcMar>
          </w:tcPr>
          <w:p w14:paraId="1CFCB3DD" w14:textId="77777777" w:rsidR="00686453" w:rsidRPr="003F0D1D" w:rsidRDefault="00D95FB4">
            <w:pPr>
              <w:rPr>
                <w:szCs w:val="24"/>
              </w:rPr>
            </w:pPr>
            <w:r w:rsidRPr="003F0D1D">
              <w:rPr>
                <w:b/>
                <w:color w:val="015A41"/>
                <w:szCs w:val="24"/>
              </w:rPr>
              <w:t>CMS §483.73(b)(2)</w:t>
            </w:r>
          </w:p>
        </w:tc>
        <w:tc>
          <w:tcPr>
            <w:tcW w:w="3600" w:type="dxa"/>
            <w:tcMar>
              <w:top w:w="70" w:type="dxa"/>
              <w:left w:w="70" w:type="dxa"/>
              <w:bottom w:w="70" w:type="dxa"/>
              <w:right w:w="70" w:type="dxa"/>
            </w:tcMar>
          </w:tcPr>
          <w:p w14:paraId="258CE2CE" w14:textId="77777777" w:rsidR="00686453" w:rsidRPr="003F0D1D" w:rsidRDefault="00D95FB4">
            <w:pPr>
              <w:rPr>
                <w:szCs w:val="24"/>
              </w:rPr>
            </w:pPr>
            <w:r w:rsidRPr="003F0D1D">
              <w:rPr>
                <w:szCs w:val="24"/>
              </w:rPr>
              <w:t>Resident and on-duty staff tracking</w:t>
            </w:r>
          </w:p>
        </w:tc>
        <w:tc>
          <w:tcPr>
            <w:tcW w:w="3600" w:type="dxa"/>
            <w:shd w:val="clear" w:color="auto" w:fill="F3F5F4"/>
            <w:tcMar>
              <w:top w:w="70" w:type="dxa"/>
              <w:left w:w="70" w:type="dxa"/>
              <w:bottom w:w="70" w:type="dxa"/>
              <w:right w:w="70" w:type="dxa"/>
            </w:tcMar>
          </w:tcPr>
          <w:p w14:paraId="28E5B12F" w14:textId="77777777" w:rsidR="00686453" w:rsidRPr="003F0D1D" w:rsidRDefault="00D95FB4">
            <w:pPr>
              <w:rPr>
                <w:szCs w:val="24"/>
              </w:rPr>
            </w:pPr>
            <w:r w:rsidRPr="003F0D1D">
              <w:rPr>
                <w:i/>
                <w:color w:val="66706B"/>
                <w:szCs w:val="24"/>
              </w:rPr>
              <w:t>&lt;Insert&gt;</w:t>
            </w:r>
          </w:p>
        </w:tc>
      </w:tr>
      <w:tr w:rsidR="00686453" w:rsidRPr="003F0D1D" w14:paraId="34DE37FD" w14:textId="77777777" w:rsidTr="003F0D1D">
        <w:trPr>
          <w:cantSplit/>
          <w:jc w:val="center"/>
        </w:trPr>
        <w:tc>
          <w:tcPr>
            <w:tcW w:w="3600" w:type="dxa"/>
            <w:shd w:val="clear" w:color="auto" w:fill="EAF3EF"/>
            <w:tcMar>
              <w:top w:w="70" w:type="dxa"/>
              <w:left w:w="70" w:type="dxa"/>
              <w:bottom w:w="70" w:type="dxa"/>
              <w:right w:w="70" w:type="dxa"/>
            </w:tcMar>
          </w:tcPr>
          <w:p w14:paraId="21F0CA95" w14:textId="77777777" w:rsidR="00686453" w:rsidRPr="003F0D1D" w:rsidRDefault="00D95FB4">
            <w:pPr>
              <w:rPr>
                <w:szCs w:val="24"/>
              </w:rPr>
            </w:pPr>
            <w:r w:rsidRPr="003F0D1D">
              <w:rPr>
                <w:b/>
                <w:color w:val="015A41"/>
                <w:szCs w:val="24"/>
              </w:rPr>
              <w:t>CMS §483.73(b)(3)</w:t>
            </w:r>
          </w:p>
        </w:tc>
        <w:tc>
          <w:tcPr>
            <w:tcW w:w="3600" w:type="dxa"/>
            <w:tcMar>
              <w:top w:w="70" w:type="dxa"/>
              <w:left w:w="70" w:type="dxa"/>
              <w:bottom w:w="70" w:type="dxa"/>
              <w:right w:w="70" w:type="dxa"/>
            </w:tcMar>
          </w:tcPr>
          <w:p w14:paraId="2D987658" w14:textId="77777777" w:rsidR="00686453" w:rsidRPr="003F0D1D" w:rsidRDefault="00D95FB4">
            <w:pPr>
              <w:rPr>
                <w:szCs w:val="24"/>
              </w:rPr>
            </w:pPr>
            <w:r w:rsidRPr="003F0D1D">
              <w:rPr>
                <w:szCs w:val="24"/>
              </w:rPr>
              <w:t>Safe evacuation</w:t>
            </w:r>
          </w:p>
        </w:tc>
        <w:tc>
          <w:tcPr>
            <w:tcW w:w="3600" w:type="dxa"/>
            <w:shd w:val="clear" w:color="auto" w:fill="F3F5F4"/>
            <w:tcMar>
              <w:top w:w="70" w:type="dxa"/>
              <w:left w:w="70" w:type="dxa"/>
              <w:bottom w:w="70" w:type="dxa"/>
              <w:right w:w="70" w:type="dxa"/>
            </w:tcMar>
          </w:tcPr>
          <w:p w14:paraId="4D00DAFF" w14:textId="77777777" w:rsidR="00686453" w:rsidRPr="003F0D1D" w:rsidRDefault="00D95FB4">
            <w:pPr>
              <w:rPr>
                <w:szCs w:val="24"/>
              </w:rPr>
            </w:pPr>
            <w:r w:rsidRPr="003F0D1D">
              <w:rPr>
                <w:i/>
                <w:color w:val="66706B"/>
                <w:szCs w:val="24"/>
              </w:rPr>
              <w:t>&lt;Insert&gt;</w:t>
            </w:r>
          </w:p>
        </w:tc>
      </w:tr>
      <w:tr w:rsidR="00686453" w:rsidRPr="003F0D1D" w14:paraId="12D1E2A5" w14:textId="77777777" w:rsidTr="003F0D1D">
        <w:trPr>
          <w:cantSplit/>
          <w:jc w:val="center"/>
        </w:trPr>
        <w:tc>
          <w:tcPr>
            <w:tcW w:w="3600" w:type="dxa"/>
            <w:shd w:val="clear" w:color="auto" w:fill="F7FAF8"/>
            <w:tcMar>
              <w:top w:w="70" w:type="dxa"/>
              <w:left w:w="70" w:type="dxa"/>
              <w:bottom w:w="70" w:type="dxa"/>
              <w:right w:w="70" w:type="dxa"/>
            </w:tcMar>
          </w:tcPr>
          <w:p w14:paraId="4C16A619" w14:textId="77777777" w:rsidR="00686453" w:rsidRPr="003F0D1D" w:rsidRDefault="00D95FB4">
            <w:pPr>
              <w:rPr>
                <w:szCs w:val="24"/>
              </w:rPr>
            </w:pPr>
            <w:r w:rsidRPr="003F0D1D">
              <w:rPr>
                <w:b/>
                <w:color w:val="015A41"/>
                <w:szCs w:val="24"/>
              </w:rPr>
              <w:t>CMS §483.73(b)(4)</w:t>
            </w:r>
          </w:p>
        </w:tc>
        <w:tc>
          <w:tcPr>
            <w:tcW w:w="3600" w:type="dxa"/>
            <w:tcMar>
              <w:top w:w="70" w:type="dxa"/>
              <w:left w:w="70" w:type="dxa"/>
              <w:bottom w:w="70" w:type="dxa"/>
              <w:right w:w="70" w:type="dxa"/>
            </w:tcMar>
          </w:tcPr>
          <w:p w14:paraId="1BEEE7F9" w14:textId="77777777" w:rsidR="00686453" w:rsidRPr="003F0D1D" w:rsidRDefault="00D95FB4">
            <w:pPr>
              <w:rPr>
                <w:szCs w:val="24"/>
              </w:rPr>
            </w:pPr>
            <w:r w:rsidRPr="003F0D1D">
              <w:rPr>
                <w:szCs w:val="24"/>
              </w:rPr>
              <w:t>Shelter-in-place</w:t>
            </w:r>
          </w:p>
        </w:tc>
        <w:tc>
          <w:tcPr>
            <w:tcW w:w="3600" w:type="dxa"/>
            <w:shd w:val="clear" w:color="auto" w:fill="F3F5F4"/>
            <w:tcMar>
              <w:top w:w="70" w:type="dxa"/>
              <w:left w:w="70" w:type="dxa"/>
              <w:bottom w:w="70" w:type="dxa"/>
              <w:right w:w="70" w:type="dxa"/>
            </w:tcMar>
          </w:tcPr>
          <w:p w14:paraId="3745FB99" w14:textId="77777777" w:rsidR="00686453" w:rsidRPr="003F0D1D" w:rsidRDefault="00D95FB4">
            <w:pPr>
              <w:rPr>
                <w:szCs w:val="24"/>
              </w:rPr>
            </w:pPr>
            <w:r w:rsidRPr="003F0D1D">
              <w:rPr>
                <w:i/>
                <w:color w:val="66706B"/>
                <w:szCs w:val="24"/>
              </w:rPr>
              <w:t>&lt;Insert&gt;</w:t>
            </w:r>
          </w:p>
        </w:tc>
      </w:tr>
      <w:tr w:rsidR="00686453" w:rsidRPr="003F0D1D" w14:paraId="4585D774" w14:textId="77777777" w:rsidTr="003F0D1D">
        <w:trPr>
          <w:cantSplit/>
          <w:jc w:val="center"/>
        </w:trPr>
        <w:tc>
          <w:tcPr>
            <w:tcW w:w="3600" w:type="dxa"/>
            <w:shd w:val="clear" w:color="auto" w:fill="EAF3EF"/>
            <w:tcMar>
              <w:top w:w="70" w:type="dxa"/>
              <w:left w:w="70" w:type="dxa"/>
              <w:bottom w:w="70" w:type="dxa"/>
              <w:right w:w="70" w:type="dxa"/>
            </w:tcMar>
          </w:tcPr>
          <w:p w14:paraId="18F0810D" w14:textId="77777777" w:rsidR="00686453" w:rsidRPr="003F0D1D" w:rsidRDefault="00D95FB4">
            <w:pPr>
              <w:rPr>
                <w:szCs w:val="24"/>
              </w:rPr>
            </w:pPr>
            <w:r w:rsidRPr="003F0D1D">
              <w:rPr>
                <w:b/>
                <w:color w:val="015A41"/>
                <w:szCs w:val="24"/>
              </w:rPr>
              <w:t>CMS §483.73(b)(5)</w:t>
            </w:r>
          </w:p>
        </w:tc>
        <w:tc>
          <w:tcPr>
            <w:tcW w:w="3600" w:type="dxa"/>
            <w:tcMar>
              <w:top w:w="70" w:type="dxa"/>
              <w:left w:w="70" w:type="dxa"/>
              <w:bottom w:w="70" w:type="dxa"/>
              <w:right w:w="70" w:type="dxa"/>
            </w:tcMar>
          </w:tcPr>
          <w:p w14:paraId="5D939089" w14:textId="77777777" w:rsidR="00686453" w:rsidRPr="003F0D1D" w:rsidRDefault="00D95FB4">
            <w:pPr>
              <w:rPr>
                <w:szCs w:val="24"/>
              </w:rPr>
            </w:pPr>
            <w:r w:rsidRPr="003F0D1D">
              <w:rPr>
                <w:szCs w:val="24"/>
              </w:rPr>
              <w:t>Medical documentation: confidentiality, security, availability</w:t>
            </w:r>
          </w:p>
        </w:tc>
        <w:tc>
          <w:tcPr>
            <w:tcW w:w="3600" w:type="dxa"/>
            <w:shd w:val="clear" w:color="auto" w:fill="F3F5F4"/>
            <w:tcMar>
              <w:top w:w="70" w:type="dxa"/>
              <w:left w:w="70" w:type="dxa"/>
              <w:bottom w:w="70" w:type="dxa"/>
              <w:right w:w="70" w:type="dxa"/>
            </w:tcMar>
          </w:tcPr>
          <w:p w14:paraId="011CB62F" w14:textId="77777777" w:rsidR="00686453" w:rsidRPr="003F0D1D" w:rsidRDefault="00D95FB4">
            <w:pPr>
              <w:rPr>
                <w:szCs w:val="24"/>
              </w:rPr>
            </w:pPr>
            <w:r w:rsidRPr="003F0D1D">
              <w:rPr>
                <w:i/>
                <w:color w:val="66706B"/>
                <w:szCs w:val="24"/>
              </w:rPr>
              <w:t>&lt;Insert&gt;</w:t>
            </w:r>
          </w:p>
        </w:tc>
      </w:tr>
      <w:tr w:rsidR="00686453" w:rsidRPr="003F0D1D" w14:paraId="73D62CFD" w14:textId="77777777" w:rsidTr="003F0D1D">
        <w:trPr>
          <w:cantSplit/>
          <w:jc w:val="center"/>
        </w:trPr>
        <w:tc>
          <w:tcPr>
            <w:tcW w:w="3600" w:type="dxa"/>
            <w:shd w:val="clear" w:color="auto" w:fill="F7FAF8"/>
            <w:tcMar>
              <w:top w:w="70" w:type="dxa"/>
              <w:left w:w="70" w:type="dxa"/>
              <w:bottom w:w="70" w:type="dxa"/>
              <w:right w:w="70" w:type="dxa"/>
            </w:tcMar>
          </w:tcPr>
          <w:p w14:paraId="3AA767B1" w14:textId="77777777" w:rsidR="00686453" w:rsidRPr="003F0D1D" w:rsidRDefault="00D95FB4">
            <w:pPr>
              <w:rPr>
                <w:szCs w:val="24"/>
              </w:rPr>
            </w:pPr>
            <w:r w:rsidRPr="003F0D1D">
              <w:rPr>
                <w:b/>
                <w:color w:val="015A41"/>
                <w:szCs w:val="24"/>
              </w:rPr>
              <w:t>CMS §483.73(b)(6)</w:t>
            </w:r>
          </w:p>
        </w:tc>
        <w:tc>
          <w:tcPr>
            <w:tcW w:w="3600" w:type="dxa"/>
            <w:tcMar>
              <w:top w:w="70" w:type="dxa"/>
              <w:left w:w="70" w:type="dxa"/>
              <w:bottom w:w="70" w:type="dxa"/>
              <w:right w:w="70" w:type="dxa"/>
            </w:tcMar>
          </w:tcPr>
          <w:p w14:paraId="4341BB7B" w14:textId="77777777" w:rsidR="00686453" w:rsidRPr="003F0D1D" w:rsidRDefault="00D95FB4">
            <w:pPr>
              <w:rPr>
                <w:szCs w:val="24"/>
              </w:rPr>
            </w:pPr>
            <w:r w:rsidRPr="003F0D1D">
              <w:rPr>
                <w:szCs w:val="24"/>
              </w:rPr>
              <w:t>Volunteers / emergency staffing strategies</w:t>
            </w:r>
          </w:p>
        </w:tc>
        <w:tc>
          <w:tcPr>
            <w:tcW w:w="3600" w:type="dxa"/>
            <w:shd w:val="clear" w:color="auto" w:fill="F3F5F4"/>
            <w:tcMar>
              <w:top w:w="70" w:type="dxa"/>
              <w:left w:w="70" w:type="dxa"/>
              <w:bottom w:w="70" w:type="dxa"/>
              <w:right w:w="70" w:type="dxa"/>
            </w:tcMar>
          </w:tcPr>
          <w:p w14:paraId="4BC230C7" w14:textId="77777777" w:rsidR="00686453" w:rsidRPr="003F0D1D" w:rsidRDefault="00D95FB4">
            <w:pPr>
              <w:rPr>
                <w:szCs w:val="24"/>
              </w:rPr>
            </w:pPr>
            <w:r w:rsidRPr="003F0D1D">
              <w:rPr>
                <w:i/>
                <w:color w:val="66706B"/>
                <w:szCs w:val="24"/>
              </w:rPr>
              <w:t>&lt;Insert&gt;</w:t>
            </w:r>
          </w:p>
        </w:tc>
      </w:tr>
      <w:tr w:rsidR="00686453" w:rsidRPr="003F0D1D" w14:paraId="5E598850" w14:textId="77777777" w:rsidTr="003F0D1D">
        <w:trPr>
          <w:cantSplit/>
          <w:jc w:val="center"/>
        </w:trPr>
        <w:tc>
          <w:tcPr>
            <w:tcW w:w="3600" w:type="dxa"/>
            <w:shd w:val="clear" w:color="auto" w:fill="EAF3EF"/>
            <w:tcMar>
              <w:top w:w="70" w:type="dxa"/>
              <w:left w:w="70" w:type="dxa"/>
              <w:bottom w:w="70" w:type="dxa"/>
              <w:right w:w="70" w:type="dxa"/>
            </w:tcMar>
          </w:tcPr>
          <w:p w14:paraId="7A88D8EC" w14:textId="77777777" w:rsidR="00686453" w:rsidRPr="003F0D1D" w:rsidRDefault="00D95FB4">
            <w:pPr>
              <w:rPr>
                <w:szCs w:val="24"/>
              </w:rPr>
            </w:pPr>
            <w:r w:rsidRPr="003F0D1D">
              <w:rPr>
                <w:b/>
                <w:color w:val="015A41"/>
                <w:szCs w:val="24"/>
              </w:rPr>
              <w:t>CMS §483.73(b)(7)</w:t>
            </w:r>
          </w:p>
        </w:tc>
        <w:tc>
          <w:tcPr>
            <w:tcW w:w="3600" w:type="dxa"/>
            <w:tcMar>
              <w:top w:w="70" w:type="dxa"/>
              <w:left w:w="70" w:type="dxa"/>
              <w:bottom w:w="70" w:type="dxa"/>
              <w:right w:w="70" w:type="dxa"/>
            </w:tcMar>
          </w:tcPr>
          <w:p w14:paraId="6EF6CF0A" w14:textId="77777777" w:rsidR="00686453" w:rsidRPr="003F0D1D" w:rsidRDefault="00D95FB4">
            <w:pPr>
              <w:rPr>
                <w:szCs w:val="24"/>
              </w:rPr>
            </w:pPr>
            <w:r w:rsidRPr="003F0D1D">
              <w:rPr>
                <w:szCs w:val="24"/>
              </w:rPr>
              <w:t>Receiving arrangements / continuity with other facilities/providers</w:t>
            </w:r>
          </w:p>
        </w:tc>
        <w:tc>
          <w:tcPr>
            <w:tcW w:w="3600" w:type="dxa"/>
            <w:shd w:val="clear" w:color="auto" w:fill="F3F5F4"/>
            <w:tcMar>
              <w:top w:w="70" w:type="dxa"/>
              <w:left w:w="70" w:type="dxa"/>
              <w:bottom w:w="70" w:type="dxa"/>
              <w:right w:w="70" w:type="dxa"/>
            </w:tcMar>
          </w:tcPr>
          <w:p w14:paraId="0D71B5D6" w14:textId="77777777" w:rsidR="00686453" w:rsidRPr="003F0D1D" w:rsidRDefault="00D95FB4">
            <w:pPr>
              <w:rPr>
                <w:szCs w:val="24"/>
              </w:rPr>
            </w:pPr>
            <w:r w:rsidRPr="003F0D1D">
              <w:rPr>
                <w:i/>
                <w:color w:val="66706B"/>
                <w:szCs w:val="24"/>
              </w:rPr>
              <w:t>&lt;Insert&gt;</w:t>
            </w:r>
          </w:p>
        </w:tc>
      </w:tr>
      <w:tr w:rsidR="00686453" w:rsidRPr="003F0D1D" w14:paraId="0902F8C1" w14:textId="77777777" w:rsidTr="003F0D1D">
        <w:trPr>
          <w:cantSplit/>
          <w:jc w:val="center"/>
        </w:trPr>
        <w:tc>
          <w:tcPr>
            <w:tcW w:w="3600" w:type="dxa"/>
            <w:shd w:val="clear" w:color="auto" w:fill="F7FAF8"/>
            <w:tcMar>
              <w:top w:w="70" w:type="dxa"/>
              <w:left w:w="70" w:type="dxa"/>
              <w:bottom w:w="70" w:type="dxa"/>
              <w:right w:w="70" w:type="dxa"/>
            </w:tcMar>
          </w:tcPr>
          <w:p w14:paraId="2BCF6065" w14:textId="77777777" w:rsidR="00686453" w:rsidRPr="003F0D1D" w:rsidRDefault="00D95FB4">
            <w:pPr>
              <w:rPr>
                <w:szCs w:val="24"/>
              </w:rPr>
            </w:pPr>
            <w:r w:rsidRPr="003F0D1D">
              <w:rPr>
                <w:b/>
                <w:color w:val="015A41"/>
                <w:szCs w:val="24"/>
              </w:rPr>
              <w:t>CMS §483.73(b)(8)</w:t>
            </w:r>
          </w:p>
        </w:tc>
        <w:tc>
          <w:tcPr>
            <w:tcW w:w="3600" w:type="dxa"/>
            <w:tcMar>
              <w:top w:w="70" w:type="dxa"/>
              <w:left w:w="70" w:type="dxa"/>
              <w:bottom w:w="70" w:type="dxa"/>
              <w:right w:w="70" w:type="dxa"/>
            </w:tcMar>
          </w:tcPr>
          <w:p w14:paraId="4DB1DBC8" w14:textId="77777777" w:rsidR="00686453" w:rsidRPr="003F0D1D" w:rsidRDefault="00D95FB4">
            <w:pPr>
              <w:rPr>
                <w:szCs w:val="24"/>
              </w:rPr>
            </w:pPr>
            <w:r w:rsidRPr="003F0D1D">
              <w:rPr>
                <w:szCs w:val="24"/>
              </w:rPr>
              <w:t>§1135 waiver / alternate care site role</w:t>
            </w:r>
          </w:p>
        </w:tc>
        <w:tc>
          <w:tcPr>
            <w:tcW w:w="3600" w:type="dxa"/>
            <w:shd w:val="clear" w:color="auto" w:fill="F3F5F4"/>
            <w:tcMar>
              <w:top w:w="70" w:type="dxa"/>
              <w:left w:w="70" w:type="dxa"/>
              <w:bottom w:w="70" w:type="dxa"/>
              <w:right w:w="70" w:type="dxa"/>
            </w:tcMar>
          </w:tcPr>
          <w:p w14:paraId="3B49605F" w14:textId="77777777" w:rsidR="00686453" w:rsidRPr="003F0D1D" w:rsidRDefault="00D95FB4">
            <w:pPr>
              <w:rPr>
                <w:szCs w:val="24"/>
              </w:rPr>
            </w:pPr>
            <w:r w:rsidRPr="003F0D1D">
              <w:rPr>
                <w:i/>
                <w:color w:val="66706B"/>
                <w:szCs w:val="24"/>
              </w:rPr>
              <w:t>&lt;Insert&gt;</w:t>
            </w:r>
          </w:p>
        </w:tc>
      </w:tr>
      <w:tr w:rsidR="00686453" w:rsidRPr="003F0D1D" w14:paraId="69388FFB" w14:textId="77777777" w:rsidTr="003F0D1D">
        <w:trPr>
          <w:cantSplit/>
          <w:jc w:val="center"/>
        </w:trPr>
        <w:tc>
          <w:tcPr>
            <w:tcW w:w="3600" w:type="dxa"/>
            <w:shd w:val="clear" w:color="auto" w:fill="EAF3EF"/>
            <w:tcMar>
              <w:top w:w="70" w:type="dxa"/>
              <w:left w:w="70" w:type="dxa"/>
              <w:bottom w:w="70" w:type="dxa"/>
              <w:right w:w="70" w:type="dxa"/>
            </w:tcMar>
          </w:tcPr>
          <w:p w14:paraId="520DA83A" w14:textId="77777777" w:rsidR="00686453" w:rsidRPr="003F0D1D" w:rsidRDefault="00D95FB4">
            <w:pPr>
              <w:rPr>
                <w:szCs w:val="24"/>
              </w:rPr>
            </w:pPr>
            <w:r w:rsidRPr="003F0D1D">
              <w:rPr>
                <w:b/>
                <w:color w:val="015A41"/>
                <w:szCs w:val="24"/>
              </w:rPr>
              <w:t>CMS §483.73(c)</w:t>
            </w:r>
          </w:p>
        </w:tc>
        <w:tc>
          <w:tcPr>
            <w:tcW w:w="3600" w:type="dxa"/>
            <w:tcMar>
              <w:top w:w="70" w:type="dxa"/>
              <w:left w:w="70" w:type="dxa"/>
              <w:bottom w:w="70" w:type="dxa"/>
              <w:right w:w="70" w:type="dxa"/>
            </w:tcMar>
          </w:tcPr>
          <w:p w14:paraId="70FBA809" w14:textId="77777777" w:rsidR="00686453" w:rsidRPr="003F0D1D" w:rsidRDefault="00D95FB4">
            <w:pPr>
              <w:rPr>
                <w:szCs w:val="24"/>
              </w:rPr>
            </w:pPr>
            <w:r w:rsidRPr="003F0D1D">
              <w:rPr>
                <w:szCs w:val="24"/>
              </w:rPr>
              <w:t>Emergency communication plan</w:t>
            </w:r>
          </w:p>
        </w:tc>
        <w:tc>
          <w:tcPr>
            <w:tcW w:w="3600" w:type="dxa"/>
            <w:shd w:val="clear" w:color="auto" w:fill="F3F5F4"/>
            <w:tcMar>
              <w:top w:w="70" w:type="dxa"/>
              <w:left w:w="70" w:type="dxa"/>
              <w:bottom w:w="70" w:type="dxa"/>
              <w:right w:w="70" w:type="dxa"/>
            </w:tcMar>
          </w:tcPr>
          <w:p w14:paraId="016A61DA" w14:textId="77777777" w:rsidR="00686453" w:rsidRPr="003F0D1D" w:rsidRDefault="00D95FB4">
            <w:pPr>
              <w:rPr>
                <w:szCs w:val="24"/>
              </w:rPr>
            </w:pPr>
            <w:r w:rsidRPr="003F0D1D">
              <w:rPr>
                <w:i/>
                <w:color w:val="66706B"/>
                <w:szCs w:val="24"/>
              </w:rPr>
              <w:t>&lt;Insert&gt;</w:t>
            </w:r>
          </w:p>
        </w:tc>
      </w:tr>
      <w:tr w:rsidR="00686453" w:rsidRPr="003F0D1D" w14:paraId="17BFA5D5" w14:textId="77777777" w:rsidTr="003F0D1D">
        <w:trPr>
          <w:cantSplit/>
          <w:jc w:val="center"/>
        </w:trPr>
        <w:tc>
          <w:tcPr>
            <w:tcW w:w="3600" w:type="dxa"/>
            <w:shd w:val="clear" w:color="auto" w:fill="F7FAF8"/>
            <w:tcMar>
              <w:top w:w="70" w:type="dxa"/>
              <w:left w:w="70" w:type="dxa"/>
              <w:bottom w:w="70" w:type="dxa"/>
              <w:right w:w="70" w:type="dxa"/>
            </w:tcMar>
          </w:tcPr>
          <w:p w14:paraId="39F87B55" w14:textId="77777777" w:rsidR="00686453" w:rsidRPr="003F0D1D" w:rsidRDefault="00D95FB4">
            <w:pPr>
              <w:rPr>
                <w:szCs w:val="24"/>
              </w:rPr>
            </w:pPr>
            <w:r w:rsidRPr="003F0D1D">
              <w:rPr>
                <w:b/>
                <w:color w:val="015A41"/>
                <w:szCs w:val="24"/>
              </w:rPr>
              <w:t>ME Ch. 110 §</w:t>
            </w:r>
            <w:proofErr w:type="gramStart"/>
            <w:r w:rsidRPr="003F0D1D">
              <w:rPr>
                <w:b/>
                <w:color w:val="015A41"/>
                <w:szCs w:val="24"/>
              </w:rPr>
              <w:t>21.A.</w:t>
            </w:r>
            <w:proofErr w:type="gramEnd"/>
            <w:r w:rsidRPr="003F0D1D">
              <w:rPr>
                <w:b/>
                <w:color w:val="015A41"/>
                <w:szCs w:val="24"/>
              </w:rPr>
              <w:t>2</w:t>
            </w:r>
          </w:p>
        </w:tc>
        <w:tc>
          <w:tcPr>
            <w:tcW w:w="3600" w:type="dxa"/>
            <w:tcMar>
              <w:top w:w="70" w:type="dxa"/>
              <w:left w:w="70" w:type="dxa"/>
              <w:bottom w:w="70" w:type="dxa"/>
              <w:right w:w="70" w:type="dxa"/>
            </w:tcMar>
          </w:tcPr>
          <w:p w14:paraId="0CA04772" w14:textId="77777777" w:rsidR="00686453" w:rsidRPr="003F0D1D" w:rsidRDefault="00D95FB4">
            <w:pPr>
              <w:rPr>
                <w:szCs w:val="24"/>
              </w:rPr>
            </w:pPr>
            <w:r w:rsidRPr="003F0D1D">
              <w:rPr>
                <w:szCs w:val="24"/>
              </w:rPr>
              <w:t>Emergency / crisis staffing progression</w:t>
            </w:r>
          </w:p>
        </w:tc>
        <w:tc>
          <w:tcPr>
            <w:tcW w:w="3600" w:type="dxa"/>
            <w:shd w:val="clear" w:color="auto" w:fill="F3F5F4"/>
            <w:tcMar>
              <w:top w:w="70" w:type="dxa"/>
              <w:left w:w="70" w:type="dxa"/>
              <w:bottom w:w="70" w:type="dxa"/>
              <w:right w:w="70" w:type="dxa"/>
            </w:tcMar>
          </w:tcPr>
          <w:p w14:paraId="7BE1928A" w14:textId="77777777" w:rsidR="00686453" w:rsidRPr="003F0D1D" w:rsidRDefault="00D95FB4">
            <w:pPr>
              <w:rPr>
                <w:szCs w:val="24"/>
              </w:rPr>
            </w:pPr>
            <w:r w:rsidRPr="003F0D1D">
              <w:rPr>
                <w:i/>
                <w:color w:val="66706B"/>
                <w:szCs w:val="24"/>
              </w:rPr>
              <w:t>&lt;Insert&gt;</w:t>
            </w:r>
          </w:p>
        </w:tc>
      </w:tr>
      <w:tr w:rsidR="00686453" w:rsidRPr="003F0D1D" w14:paraId="07949AC5" w14:textId="77777777" w:rsidTr="003F0D1D">
        <w:trPr>
          <w:cantSplit/>
          <w:jc w:val="center"/>
        </w:trPr>
        <w:tc>
          <w:tcPr>
            <w:tcW w:w="3600" w:type="dxa"/>
            <w:shd w:val="clear" w:color="auto" w:fill="EAF3EF"/>
            <w:tcMar>
              <w:top w:w="70" w:type="dxa"/>
              <w:left w:w="70" w:type="dxa"/>
              <w:bottom w:w="70" w:type="dxa"/>
              <w:right w:w="70" w:type="dxa"/>
            </w:tcMar>
          </w:tcPr>
          <w:p w14:paraId="2E498CDC" w14:textId="77777777" w:rsidR="00686453" w:rsidRPr="003F0D1D" w:rsidRDefault="00D95FB4">
            <w:pPr>
              <w:rPr>
                <w:szCs w:val="24"/>
              </w:rPr>
            </w:pPr>
            <w:r w:rsidRPr="003F0D1D">
              <w:rPr>
                <w:b/>
                <w:color w:val="015A41"/>
                <w:szCs w:val="24"/>
              </w:rPr>
              <w:t>ME Ch. 110 §</w:t>
            </w:r>
            <w:proofErr w:type="gramStart"/>
            <w:r w:rsidRPr="003F0D1D">
              <w:rPr>
                <w:b/>
                <w:color w:val="015A41"/>
                <w:szCs w:val="24"/>
              </w:rPr>
              <w:t>21.A.</w:t>
            </w:r>
            <w:proofErr w:type="gramEnd"/>
            <w:r w:rsidRPr="003F0D1D">
              <w:rPr>
                <w:b/>
                <w:color w:val="015A41"/>
                <w:szCs w:val="24"/>
              </w:rPr>
              <w:t>1</w:t>
            </w:r>
          </w:p>
        </w:tc>
        <w:tc>
          <w:tcPr>
            <w:tcW w:w="3600" w:type="dxa"/>
            <w:tcMar>
              <w:top w:w="70" w:type="dxa"/>
              <w:left w:w="70" w:type="dxa"/>
              <w:bottom w:w="70" w:type="dxa"/>
              <w:right w:w="70" w:type="dxa"/>
            </w:tcMar>
          </w:tcPr>
          <w:p w14:paraId="56AD9B67" w14:textId="77777777" w:rsidR="00686453" w:rsidRPr="003F0D1D" w:rsidRDefault="00D95FB4">
            <w:pPr>
              <w:rPr>
                <w:szCs w:val="24"/>
              </w:rPr>
            </w:pPr>
            <w:r w:rsidRPr="003F0D1D">
              <w:rPr>
                <w:szCs w:val="24"/>
              </w:rPr>
              <w:t>Infection-control reporting / testing / cohorting</w:t>
            </w:r>
          </w:p>
        </w:tc>
        <w:tc>
          <w:tcPr>
            <w:tcW w:w="3600" w:type="dxa"/>
            <w:shd w:val="clear" w:color="auto" w:fill="F3F5F4"/>
            <w:tcMar>
              <w:top w:w="70" w:type="dxa"/>
              <w:left w:w="70" w:type="dxa"/>
              <w:bottom w:w="70" w:type="dxa"/>
              <w:right w:w="70" w:type="dxa"/>
            </w:tcMar>
          </w:tcPr>
          <w:p w14:paraId="5D2FA332" w14:textId="77777777" w:rsidR="00686453" w:rsidRPr="003F0D1D" w:rsidRDefault="00D95FB4">
            <w:pPr>
              <w:rPr>
                <w:szCs w:val="24"/>
              </w:rPr>
            </w:pPr>
            <w:r w:rsidRPr="003F0D1D">
              <w:rPr>
                <w:i/>
                <w:color w:val="66706B"/>
                <w:szCs w:val="24"/>
              </w:rPr>
              <w:t>&lt;Insert&gt;</w:t>
            </w:r>
          </w:p>
        </w:tc>
      </w:tr>
      <w:tr w:rsidR="00686453" w:rsidRPr="003F0D1D" w14:paraId="1F704A31" w14:textId="77777777" w:rsidTr="003F0D1D">
        <w:trPr>
          <w:cantSplit/>
          <w:jc w:val="center"/>
        </w:trPr>
        <w:tc>
          <w:tcPr>
            <w:tcW w:w="3600" w:type="dxa"/>
            <w:shd w:val="clear" w:color="auto" w:fill="F7FAF8"/>
            <w:tcMar>
              <w:top w:w="70" w:type="dxa"/>
              <w:left w:w="70" w:type="dxa"/>
              <w:bottom w:w="70" w:type="dxa"/>
              <w:right w:w="70" w:type="dxa"/>
            </w:tcMar>
          </w:tcPr>
          <w:p w14:paraId="6B0236BB" w14:textId="77777777" w:rsidR="00686453" w:rsidRPr="003F0D1D" w:rsidRDefault="00D95FB4">
            <w:pPr>
              <w:rPr>
                <w:szCs w:val="24"/>
              </w:rPr>
            </w:pPr>
            <w:r w:rsidRPr="003F0D1D">
              <w:rPr>
                <w:b/>
                <w:color w:val="015A41"/>
                <w:szCs w:val="24"/>
              </w:rPr>
              <w:lastRenderedPageBreak/>
              <w:t>ME Ch. 110 §20.D</w:t>
            </w:r>
          </w:p>
        </w:tc>
        <w:tc>
          <w:tcPr>
            <w:tcW w:w="3600" w:type="dxa"/>
            <w:tcMar>
              <w:top w:w="70" w:type="dxa"/>
              <w:left w:w="70" w:type="dxa"/>
              <w:bottom w:w="70" w:type="dxa"/>
              <w:right w:w="70" w:type="dxa"/>
            </w:tcMar>
          </w:tcPr>
          <w:p w14:paraId="4EFA827E" w14:textId="77777777" w:rsidR="00686453" w:rsidRPr="003F0D1D" w:rsidRDefault="00D95FB4">
            <w:pPr>
              <w:rPr>
                <w:szCs w:val="24"/>
              </w:rPr>
            </w:pPr>
            <w:r w:rsidRPr="003F0D1D">
              <w:rPr>
                <w:szCs w:val="24"/>
              </w:rPr>
              <w:t>Fire / smoke reporting and facility fire procedures</w:t>
            </w:r>
          </w:p>
        </w:tc>
        <w:tc>
          <w:tcPr>
            <w:tcW w:w="3600" w:type="dxa"/>
            <w:shd w:val="clear" w:color="auto" w:fill="F3F5F4"/>
            <w:tcMar>
              <w:top w:w="70" w:type="dxa"/>
              <w:left w:w="70" w:type="dxa"/>
              <w:bottom w:w="70" w:type="dxa"/>
              <w:right w:w="70" w:type="dxa"/>
            </w:tcMar>
          </w:tcPr>
          <w:p w14:paraId="7B6CFE9A" w14:textId="77777777" w:rsidR="00686453" w:rsidRPr="003F0D1D" w:rsidRDefault="00D95FB4">
            <w:pPr>
              <w:rPr>
                <w:szCs w:val="24"/>
              </w:rPr>
            </w:pPr>
            <w:r w:rsidRPr="003F0D1D">
              <w:rPr>
                <w:i/>
                <w:color w:val="66706B"/>
                <w:szCs w:val="24"/>
              </w:rPr>
              <w:t>&lt;Insert&gt;</w:t>
            </w:r>
          </w:p>
        </w:tc>
      </w:tr>
    </w:tbl>
    <w:p w14:paraId="31DAF12D" w14:textId="77777777" w:rsidR="00686453" w:rsidRDefault="00686453">
      <w:pPr>
        <w:spacing w:after="0"/>
      </w:pPr>
    </w:p>
    <w:p w14:paraId="376307BE" w14:textId="77777777" w:rsidR="00686453" w:rsidRDefault="00D95FB4">
      <w:r>
        <w:br w:type="page"/>
      </w:r>
    </w:p>
    <w:p w14:paraId="6D2CC6EF" w14:textId="01F8C660" w:rsidR="00686453" w:rsidRDefault="00D95FB4">
      <w:pPr>
        <w:pStyle w:val="Heading1"/>
        <w:pBdr>
          <w:bottom w:val="single" w:sz="14" w:space="5" w:color="E63B07"/>
        </w:pBdr>
        <w:spacing w:before="140" w:after="140"/>
      </w:pPr>
      <w:r>
        <w:rPr>
          <w:rFonts w:ascii="Arial" w:eastAsia="Arial" w:hAnsi="Arial"/>
        </w:rPr>
        <w:lastRenderedPageBreak/>
        <w:t>ATTACHMENT C</w:t>
      </w:r>
      <w:r w:rsidR="00B41411">
        <w:rPr>
          <w:rFonts w:ascii="Arial" w:eastAsia="Arial" w:hAnsi="Arial"/>
        </w:rPr>
        <w:t>-1</w:t>
      </w:r>
      <w:r>
        <w:rPr>
          <w:rFonts w:ascii="Arial" w:eastAsia="Arial" w:hAnsi="Arial"/>
        </w:rPr>
        <w:t xml:space="preserve"> - §1135 WAIVER / ALTERNATE CARE SITE WORKSHEET</w:t>
      </w:r>
    </w:p>
    <w:tbl>
      <w:tblPr>
        <w:tblW w:w="11232"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616"/>
        <w:gridCol w:w="5616"/>
      </w:tblGrid>
      <w:tr w:rsidR="00686453" w:rsidRPr="003F0D1D" w14:paraId="4D515ADF" w14:textId="77777777" w:rsidTr="003F0D1D">
        <w:trPr>
          <w:tblHeader/>
          <w:jc w:val="center"/>
        </w:trPr>
        <w:tc>
          <w:tcPr>
            <w:tcW w:w="5616" w:type="dxa"/>
            <w:shd w:val="clear" w:color="auto" w:fill="015A41"/>
            <w:tcMar>
              <w:top w:w="80" w:type="dxa"/>
              <w:left w:w="90" w:type="dxa"/>
              <w:bottom w:w="80" w:type="dxa"/>
              <w:right w:w="90" w:type="dxa"/>
            </w:tcMar>
          </w:tcPr>
          <w:p w14:paraId="69D8A087" w14:textId="77777777" w:rsidR="00686453" w:rsidRPr="003F0D1D" w:rsidRDefault="00D95FB4">
            <w:pPr>
              <w:rPr>
                <w:szCs w:val="24"/>
              </w:rPr>
            </w:pPr>
            <w:r w:rsidRPr="003F0D1D">
              <w:rPr>
                <w:b/>
                <w:color w:val="FFFFFF"/>
                <w:szCs w:val="24"/>
              </w:rPr>
              <w:t>Field</w:t>
            </w:r>
          </w:p>
        </w:tc>
        <w:tc>
          <w:tcPr>
            <w:tcW w:w="5616" w:type="dxa"/>
            <w:shd w:val="clear" w:color="auto" w:fill="015A41"/>
            <w:tcMar>
              <w:top w:w="80" w:type="dxa"/>
              <w:left w:w="90" w:type="dxa"/>
              <w:bottom w:w="80" w:type="dxa"/>
              <w:right w:w="90" w:type="dxa"/>
            </w:tcMar>
          </w:tcPr>
          <w:p w14:paraId="369355DA" w14:textId="77777777" w:rsidR="00686453" w:rsidRPr="003F0D1D" w:rsidRDefault="00D95FB4">
            <w:pPr>
              <w:rPr>
                <w:szCs w:val="24"/>
              </w:rPr>
            </w:pPr>
            <w:r w:rsidRPr="003F0D1D">
              <w:rPr>
                <w:b/>
                <w:color w:val="FFFFFF"/>
                <w:szCs w:val="24"/>
              </w:rPr>
              <w:t>Facility Entry</w:t>
            </w:r>
          </w:p>
        </w:tc>
      </w:tr>
      <w:tr w:rsidR="00686453" w:rsidRPr="003F0D1D" w14:paraId="0A7B9391" w14:textId="77777777" w:rsidTr="003F0D1D">
        <w:trPr>
          <w:cantSplit/>
          <w:jc w:val="center"/>
        </w:trPr>
        <w:tc>
          <w:tcPr>
            <w:tcW w:w="5616" w:type="dxa"/>
            <w:shd w:val="clear" w:color="auto" w:fill="EAF3EF"/>
            <w:tcMar>
              <w:top w:w="80" w:type="dxa"/>
              <w:left w:w="90" w:type="dxa"/>
              <w:bottom w:w="80" w:type="dxa"/>
              <w:right w:w="90" w:type="dxa"/>
            </w:tcMar>
          </w:tcPr>
          <w:p w14:paraId="4517EC36" w14:textId="77777777" w:rsidR="00686453" w:rsidRPr="003F0D1D" w:rsidRDefault="00D95FB4">
            <w:pPr>
              <w:rPr>
                <w:szCs w:val="24"/>
              </w:rPr>
            </w:pPr>
            <w:r w:rsidRPr="003F0D1D">
              <w:rPr>
                <w:b/>
                <w:color w:val="015A41"/>
                <w:szCs w:val="24"/>
              </w:rPr>
              <w:t>Facility role / capabilities under waiver</w:t>
            </w:r>
          </w:p>
        </w:tc>
        <w:tc>
          <w:tcPr>
            <w:tcW w:w="5616" w:type="dxa"/>
            <w:shd w:val="clear" w:color="auto" w:fill="FFFFFF"/>
            <w:tcMar>
              <w:top w:w="80" w:type="dxa"/>
              <w:left w:w="90" w:type="dxa"/>
              <w:bottom w:w="80" w:type="dxa"/>
              <w:right w:w="90" w:type="dxa"/>
            </w:tcMar>
          </w:tcPr>
          <w:p w14:paraId="41CDAD3B" w14:textId="77777777" w:rsidR="00686453" w:rsidRPr="003F0D1D" w:rsidRDefault="00D95FB4">
            <w:pPr>
              <w:rPr>
                <w:szCs w:val="24"/>
              </w:rPr>
            </w:pPr>
            <w:r w:rsidRPr="003F0D1D">
              <w:rPr>
                <w:i/>
                <w:color w:val="66706B"/>
                <w:szCs w:val="24"/>
              </w:rPr>
              <w:t>&lt;Insert&gt;</w:t>
            </w:r>
          </w:p>
        </w:tc>
      </w:tr>
      <w:tr w:rsidR="00686453" w:rsidRPr="003F0D1D" w14:paraId="6746781C" w14:textId="77777777" w:rsidTr="003F0D1D">
        <w:trPr>
          <w:cantSplit/>
          <w:jc w:val="center"/>
        </w:trPr>
        <w:tc>
          <w:tcPr>
            <w:tcW w:w="5616" w:type="dxa"/>
            <w:shd w:val="clear" w:color="auto" w:fill="F7FAF8"/>
            <w:tcMar>
              <w:top w:w="80" w:type="dxa"/>
              <w:left w:w="90" w:type="dxa"/>
              <w:bottom w:w="80" w:type="dxa"/>
              <w:right w:w="90" w:type="dxa"/>
            </w:tcMar>
          </w:tcPr>
          <w:p w14:paraId="41D8E111" w14:textId="77777777" w:rsidR="00686453" w:rsidRPr="003F0D1D" w:rsidRDefault="00D95FB4">
            <w:pPr>
              <w:rPr>
                <w:szCs w:val="24"/>
              </w:rPr>
            </w:pPr>
            <w:r w:rsidRPr="003F0D1D">
              <w:rPr>
                <w:b/>
                <w:color w:val="015A41"/>
                <w:szCs w:val="24"/>
              </w:rPr>
              <w:t>Alternate care site(s)</w:t>
            </w:r>
          </w:p>
        </w:tc>
        <w:tc>
          <w:tcPr>
            <w:tcW w:w="5616" w:type="dxa"/>
            <w:shd w:val="clear" w:color="auto" w:fill="FFFFFF"/>
            <w:tcMar>
              <w:top w:w="80" w:type="dxa"/>
              <w:left w:w="90" w:type="dxa"/>
              <w:bottom w:w="80" w:type="dxa"/>
              <w:right w:w="90" w:type="dxa"/>
            </w:tcMar>
          </w:tcPr>
          <w:p w14:paraId="383F1647" w14:textId="77777777" w:rsidR="00686453" w:rsidRPr="003F0D1D" w:rsidRDefault="00D95FB4">
            <w:pPr>
              <w:rPr>
                <w:szCs w:val="24"/>
              </w:rPr>
            </w:pPr>
            <w:r w:rsidRPr="003F0D1D">
              <w:rPr>
                <w:i/>
                <w:color w:val="66706B"/>
                <w:szCs w:val="24"/>
              </w:rPr>
              <w:t>&lt;Insert / as identified by emergency management&gt;</w:t>
            </w:r>
          </w:p>
        </w:tc>
      </w:tr>
      <w:tr w:rsidR="00686453" w:rsidRPr="003F0D1D" w14:paraId="4EA77C3C" w14:textId="77777777" w:rsidTr="003F0D1D">
        <w:trPr>
          <w:cantSplit/>
          <w:jc w:val="center"/>
        </w:trPr>
        <w:tc>
          <w:tcPr>
            <w:tcW w:w="5616" w:type="dxa"/>
            <w:shd w:val="clear" w:color="auto" w:fill="EAF3EF"/>
            <w:tcMar>
              <w:top w:w="80" w:type="dxa"/>
              <w:left w:w="90" w:type="dxa"/>
              <w:bottom w:w="80" w:type="dxa"/>
              <w:right w:w="90" w:type="dxa"/>
            </w:tcMar>
          </w:tcPr>
          <w:p w14:paraId="157AAD9B" w14:textId="77777777" w:rsidR="00686453" w:rsidRPr="003F0D1D" w:rsidRDefault="00D95FB4">
            <w:pPr>
              <w:rPr>
                <w:szCs w:val="24"/>
              </w:rPr>
            </w:pPr>
            <w:r w:rsidRPr="003F0D1D">
              <w:rPr>
                <w:b/>
                <w:color w:val="015A41"/>
                <w:szCs w:val="24"/>
              </w:rPr>
              <w:t>Decision authority</w:t>
            </w:r>
          </w:p>
        </w:tc>
        <w:tc>
          <w:tcPr>
            <w:tcW w:w="5616" w:type="dxa"/>
            <w:shd w:val="clear" w:color="auto" w:fill="FFFFFF"/>
            <w:tcMar>
              <w:top w:w="80" w:type="dxa"/>
              <w:left w:w="90" w:type="dxa"/>
              <w:bottom w:w="80" w:type="dxa"/>
              <w:right w:w="90" w:type="dxa"/>
            </w:tcMar>
          </w:tcPr>
          <w:p w14:paraId="1E62C836" w14:textId="77777777" w:rsidR="00686453" w:rsidRPr="003F0D1D" w:rsidRDefault="00D95FB4">
            <w:pPr>
              <w:rPr>
                <w:szCs w:val="24"/>
              </w:rPr>
            </w:pPr>
            <w:r w:rsidRPr="003F0D1D">
              <w:rPr>
                <w:i/>
                <w:color w:val="66706B"/>
                <w:szCs w:val="24"/>
              </w:rPr>
              <w:t>&lt;Insert&gt;</w:t>
            </w:r>
          </w:p>
        </w:tc>
      </w:tr>
      <w:tr w:rsidR="00686453" w:rsidRPr="003F0D1D" w14:paraId="408373CF" w14:textId="77777777" w:rsidTr="003F0D1D">
        <w:trPr>
          <w:cantSplit/>
          <w:jc w:val="center"/>
        </w:trPr>
        <w:tc>
          <w:tcPr>
            <w:tcW w:w="5616" w:type="dxa"/>
            <w:shd w:val="clear" w:color="auto" w:fill="F7FAF8"/>
            <w:tcMar>
              <w:top w:w="80" w:type="dxa"/>
              <w:left w:w="90" w:type="dxa"/>
              <w:bottom w:w="80" w:type="dxa"/>
              <w:right w:w="90" w:type="dxa"/>
            </w:tcMar>
          </w:tcPr>
          <w:p w14:paraId="0A55E19E" w14:textId="77777777" w:rsidR="00686453" w:rsidRPr="003F0D1D" w:rsidRDefault="00D95FB4">
            <w:pPr>
              <w:rPr>
                <w:szCs w:val="24"/>
              </w:rPr>
            </w:pPr>
            <w:r w:rsidRPr="003F0D1D">
              <w:rPr>
                <w:b/>
                <w:color w:val="015A41"/>
                <w:szCs w:val="24"/>
              </w:rPr>
              <w:t>Staffing / credentialing considerations</w:t>
            </w:r>
          </w:p>
        </w:tc>
        <w:tc>
          <w:tcPr>
            <w:tcW w:w="5616" w:type="dxa"/>
            <w:shd w:val="clear" w:color="auto" w:fill="FFFFFF"/>
            <w:tcMar>
              <w:top w:w="80" w:type="dxa"/>
              <w:left w:w="90" w:type="dxa"/>
              <w:bottom w:w="80" w:type="dxa"/>
              <w:right w:w="90" w:type="dxa"/>
            </w:tcMar>
          </w:tcPr>
          <w:p w14:paraId="1BBD1962" w14:textId="77777777" w:rsidR="00686453" w:rsidRPr="003F0D1D" w:rsidRDefault="00D95FB4">
            <w:pPr>
              <w:rPr>
                <w:szCs w:val="24"/>
              </w:rPr>
            </w:pPr>
            <w:r w:rsidRPr="003F0D1D">
              <w:rPr>
                <w:i/>
                <w:color w:val="66706B"/>
                <w:szCs w:val="24"/>
              </w:rPr>
              <w:t>&lt;Insert&gt;</w:t>
            </w:r>
          </w:p>
        </w:tc>
      </w:tr>
      <w:tr w:rsidR="00686453" w:rsidRPr="003F0D1D" w14:paraId="7B0C586E" w14:textId="77777777" w:rsidTr="003F0D1D">
        <w:trPr>
          <w:cantSplit/>
          <w:jc w:val="center"/>
        </w:trPr>
        <w:tc>
          <w:tcPr>
            <w:tcW w:w="5616" w:type="dxa"/>
            <w:shd w:val="clear" w:color="auto" w:fill="EAF3EF"/>
            <w:tcMar>
              <w:top w:w="80" w:type="dxa"/>
              <w:left w:w="90" w:type="dxa"/>
              <w:bottom w:w="80" w:type="dxa"/>
              <w:right w:w="90" w:type="dxa"/>
            </w:tcMar>
          </w:tcPr>
          <w:p w14:paraId="0DFE9050" w14:textId="77777777" w:rsidR="00686453" w:rsidRPr="003F0D1D" w:rsidRDefault="00D95FB4">
            <w:pPr>
              <w:rPr>
                <w:szCs w:val="24"/>
              </w:rPr>
            </w:pPr>
            <w:r w:rsidRPr="003F0D1D">
              <w:rPr>
                <w:b/>
                <w:color w:val="015A41"/>
                <w:szCs w:val="24"/>
              </w:rPr>
              <w:t>Resident records / orders / medication process</w:t>
            </w:r>
          </w:p>
        </w:tc>
        <w:tc>
          <w:tcPr>
            <w:tcW w:w="5616" w:type="dxa"/>
            <w:shd w:val="clear" w:color="auto" w:fill="FFFFFF"/>
            <w:tcMar>
              <w:top w:w="80" w:type="dxa"/>
              <w:left w:w="90" w:type="dxa"/>
              <w:bottom w:w="80" w:type="dxa"/>
              <w:right w:w="90" w:type="dxa"/>
            </w:tcMar>
          </w:tcPr>
          <w:p w14:paraId="79F304CE" w14:textId="77777777" w:rsidR="00686453" w:rsidRPr="003F0D1D" w:rsidRDefault="00D95FB4">
            <w:pPr>
              <w:rPr>
                <w:szCs w:val="24"/>
              </w:rPr>
            </w:pPr>
            <w:r w:rsidRPr="003F0D1D">
              <w:rPr>
                <w:i/>
                <w:color w:val="66706B"/>
                <w:szCs w:val="24"/>
              </w:rPr>
              <w:t>&lt;Insert&gt;</w:t>
            </w:r>
          </w:p>
        </w:tc>
      </w:tr>
      <w:tr w:rsidR="00686453" w:rsidRPr="003F0D1D" w14:paraId="23488328" w14:textId="77777777" w:rsidTr="003F0D1D">
        <w:trPr>
          <w:cantSplit/>
          <w:jc w:val="center"/>
        </w:trPr>
        <w:tc>
          <w:tcPr>
            <w:tcW w:w="5616" w:type="dxa"/>
            <w:shd w:val="clear" w:color="auto" w:fill="F7FAF8"/>
            <w:tcMar>
              <w:top w:w="80" w:type="dxa"/>
              <w:left w:w="90" w:type="dxa"/>
              <w:bottom w:w="80" w:type="dxa"/>
              <w:right w:w="90" w:type="dxa"/>
            </w:tcMar>
          </w:tcPr>
          <w:p w14:paraId="23A96F12" w14:textId="77777777" w:rsidR="00686453" w:rsidRPr="003F0D1D" w:rsidRDefault="00D95FB4">
            <w:pPr>
              <w:rPr>
                <w:szCs w:val="24"/>
              </w:rPr>
            </w:pPr>
            <w:r w:rsidRPr="003F0D1D">
              <w:rPr>
                <w:b/>
                <w:color w:val="015A41"/>
                <w:szCs w:val="24"/>
              </w:rPr>
              <w:t>Billing / regulatory waiver tracking</w:t>
            </w:r>
          </w:p>
        </w:tc>
        <w:tc>
          <w:tcPr>
            <w:tcW w:w="5616" w:type="dxa"/>
            <w:shd w:val="clear" w:color="auto" w:fill="FFFFFF"/>
            <w:tcMar>
              <w:top w:w="80" w:type="dxa"/>
              <w:left w:w="90" w:type="dxa"/>
              <w:bottom w:w="80" w:type="dxa"/>
              <w:right w:w="90" w:type="dxa"/>
            </w:tcMar>
          </w:tcPr>
          <w:p w14:paraId="3616C9CD" w14:textId="77777777" w:rsidR="00686453" w:rsidRPr="003F0D1D" w:rsidRDefault="00D95FB4">
            <w:pPr>
              <w:rPr>
                <w:szCs w:val="24"/>
              </w:rPr>
            </w:pPr>
            <w:r w:rsidRPr="003F0D1D">
              <w:rPr>
                <w:i/>
                <w:color w:val="66706B"/>
                <w:szCs w:val="24"/>
              </w:rPr>
              <w:t>&lt;Insert&gt;</w:t>
            </w:r>
          </w:p>
        </w:tc>
      </w:tr>
      <w:tr w:rsidR="00686453" w:rsidRPr="003F0D1D" w14:paraId="3C8E699E" w14:textId="77777777" w:rsidTr="003F0D1D">
        <w:trPr>
          <w:cantSplit/>
          <w:jc w:val="center"/>
        </w:trPr>
        <w:tc>
          <w:tcPr>
            <w:tcW w:w="5616" w:type="dxa"/>
            <w:shd w:val="clear" w:color="auto" w:fill="EAF3EF"/>
            <w:tcMar>
              <w:top w:w="80" w:type="dxa"/>
              <w:left w:w="90" w:type="dxa"/>
              <w:bottom w:w="80" w:type="dxa"/>
              <w:right w:w="90" w:type="dxa"/>
            </w:tcMar>
          </w:tcPr>
          <w:p w14:paraId="2FDC6C86" w14:textId="77777777" w:rsidR="00686453" w:rsidRPr="003F0D1D" w:rsidRDefault="00D95FB4">
            <w:pPr>
              <w:rPr>
                <w:szCs w:val="24"/>
              </w:rPr>
            </w:pPr>
            <w:r w:rsidRPr="003F0D1D">
              <w:rPr>
                <w:b/>
                <w:color w:val="015A41"/>
                <w:szCs w:val="24"/>
              </w:rPr>
              <w:t>Communication with DLC / CMS / emergency management</w:t>
            </w:r>
          </w:p>
        </w:tc>
        <w:tc>
          <w:tcPr>
            <w:tcW w:w="5616" w:type="dxa"/>
            <w:shd w:val="clear" w:color="auto" w:fill="FFFFFF"/>
            <w:tcMar>
              <w:top w:w="80" w:type="dxa"/>
              <w:left w:w="90" w:type="dxa"/>
              <w:bottom w:w="80" w:type="dxa"/>
              <w:right w:w="90" w:type="dxa"/>
            </w:tcMar>
          </w:tcPr>
          <w:p w14:paraId="363C2619" w14:textId="77777777" w:rsidR="00686453" w:rsidRPr="003F0D1D" w:rsidRDefault="00D95FB4">
            <w:pPr>
              <w:rPr>
                <w:szCs w:val="24"/>
              </w:rPr>
            </w:pPr>
            <w:r w:rsidRPr="003F0D1D">
              <w:rPr>
                <w:i/>
                <w:color w:val="66706B"/>
                <w:szCs w:val="24"/>
              </w:rPr>
              <w:t>&lt;Insert&gt;</w:t>
            </w:r>
          </w:p>
        </w:tc>
      </w:tr>
    </w:tbl>
    <w:p w14:paraId="3E76B8C0" w14:textId="77777777" w:rsidR="00686453" w:rsidRDefault="00686453">
      <w:pPr>
        <w:spacing w:after="0"/>
      </w:pPr>
    </w:p>
    <w:p w14:paraId="6B9A7C3B" w14:textId="77777777" w:rsidR="00686453" w:rsidRDefault="00D95FB4">
      <w:r>
        <w:br w:type="page"/>
      </w:r>
    </w:p>
    <w:p w14:paraId="209CE583" w14:textId="77777777" w:rsidR="00686453" w:rsidRDefault="00D95FB4">
      <w:pPr>
        <w:pStyle w:val="Heading1"/>
        <w:pBdr>
          <w:bottom w:val="single" w:sz="14" w:space="5" w:color="E63B07"/>
        </w:pBdr>
        <w:spacing w:before="140" w:after="140"/>
      </w:pPr>
      <w:r>
        <w:rPr>
          <w:rFonts w:ascii="Arial" w:eastAsia="Arial" w:hAnsi="Arial"/>
        </w:rPr>
        <w:lastRenderedPageBreak/>
        <w:t>ATTACHMENT D - TRAINING &amp; EXERCISE DOCUMENTATION</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0F8FF620" w14:textId="77777777">
        <w:trPr>
          <w:jc w:val="center"/>
        </w:trPr>
        <w:tc>
          <w:tcPr>
            <w:tcW w:w="10282" w:type="dxa"/>
            <w:shd w:val="clear" w:color="auto" w:fill="EAF3EF"/>
            <w:tcMar>
              <w:top w:w="100" w:type="dxa"/>
              <w:left w:w="130" w:type="dxa"/>
              <w:bottom w:w="100" w:type="dxa"/>
              <w:right w:w="130" w:type="dxa"/>
            </w:tcMar>
          </w:tcPr>
          <w:p w14:paraId="3E1D92A7" w14:textId="4BF32F34" w:rsidR="00686453" w:rsidRPr="003F0D1D" w:rsidRDefault="00252A87">
            <w:pPr>
              <w:spacing w:after="0"/>
              <w:rPr>
                <w:sz w:val="20"/>
                <w:szCs w:val="20"/>
              </w:rPr>
            </w:pPr>
            <w:r>
              <w:rPr>
                <w:rFonts w:cs="Arial"/>
                <w:b/>
                <w:color w:val="015A41"/>
                <w:sz w:val="20"/>
              </w:rPr>
              <w:t xml:space="preserve">CMS + MAINE TRAINING </w:t>
            </w:r>
            <w:proofErr w:type="gramStart"/>
            <w:r>
              <w:rPr>
                <w:rFonts w:cs="Arial"/>
                <w:b/>
                <w:color w:val="015A41"/>
                <w:sz w:val="20"/>
              </w:rPr>
              <w:t xml:space="preserve">DOCUMENTATION  </w:t>
            </w:r>
            <w:r>
              <w:rPr>
                <w:rFonts w:cs="Arial"/>
                <w:color w:val="000000"/>
                <w:sz w:val="20"/>
              </w:rPr>
              <w:t>CMS</w:t>
            </w:r>
            <w:proofErr w:type="gramEnd"/>
            <w:r>
              <w:rPr>
                <w:rFonts w:cs="Arial"/>
                <w:color w:val="000000"/>
                <w:sz w:val="20"/>
              </w:rPr>
              <w:t xml:space="preserve"> requires initial and annual emergency preparedness training for required personnel under 42 CFR §483.73(d), with documentation and staff knowledge. Maine Chapter 110 §</w:t>
            </w:r>
            <w:proofErr w:type="gramStart"/>
            <w:r>
              <w:rPr>
                <w:rFonts w:cs="Arial"/>
                <w:color w:val="000000"/>
                <w:sz w:val="20"/>
              </w:rPr>
              <w:t>20.D.</w:t>
            </w:r>
            <w:proofErr w:type="gramEnd"/>
            <w:r>
              <w:rPr>
                <w:rFonts w:cs="Arial"/>
                <w:color w:val="000000"/>
                <w:sz w:val="20"/>
              </w:rPr>
              <w:t>2(c) requires disaster-plan orientation upon employment and annual training thereafter; §</w:t>
            </w:r>
            <w:proofErr w:type="gramStart"/>
            <w:r>
              <w:rPr>
                <w:rFonts w:cs="Arial"/>
                <w:color w:val="000000"/>
                <w:sz w:val="20"/>
              </w:rPr>
              <w:t>8.C.</w:t>
            </w:r>
            <w:proofErr w:type="gramEnd"/>
            <w:r>
              <w:rPr>
                <w:rFonts w:cs="Arial"/>
                <w:color w:val="000000"/>
                <w:sz w:val="20"/>
              </w:rPr>
              <w:t>3(c</w:t>
            </w:r>
            <w:proofErr w:type="gramStart"/>
            <w:r>
              <w:rPr>
                <w:rFonts w:cs="Arial"/>
                <w:color w:val="000000"/>
                <w:sz w:val="20"/>
              </w:rPr>
              <w:t>),(</w:t>
            </w:r>
            <w:proofErr w:type="gramEnd"/>
            <w:r>
              <w:rPr>
                <w:rFonts w:cs="Arial"/>
                <w:color w:val="000000"/>
                <w:sz w:val="20"/>
              </w:rPr>
              <w:t>e) requires at least one annual in-service program related to disaster preparedness and records of content/participation. The separate 12-hour annual CNA in-service requirement in §</w:t>
            </w:r>
            <w:proofErr w:type="gramStart"/>
            <w:r>
              <w:rPr>
                <w:rFonts w:cs="Arial"/>
                <w:color w:val="000000"/>
                <w:sz w:val="20"/>
              </w:rPr>
              <w:t>8.C.</w:t>
            </w:r>
            <w:proofErr w:type="gramEnd"/>
            <w:r>
              <w:rPr>
                <w:rFonts w:cs="Arial"/>
                <w:color w:val="000000"/>
                <w:sz w:val="20"/>
              </w:rPr>
              <w:t>3(b) is a broader CNA education requirement and does not mean 12 hours of emergency preparedness training.</w:t>
            </w:r>
          </w:p>
        </w:tc>
      </w:tr>
    </w:tbl>
    <w:p w14:paraId="20E1DADB" w14:textId="77777777" w:rsidR="00686453" w:rsidRDefault="00686453">
      <w:pPr>
        <w:spacing w:after="0"/>
      </w:pP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570"/>
        <w:gridCol w:w="3240"/>
        <w:gridCol w:w="2736"/>
        <w:gridCol w:w="2664"/>
      </w:tblGrid>
      <w:tr w:rsidR="00686453" w:rsidRPr="003F0D1D" w14:paraId="128AA6A1" w14:textId="77777777">
        <w:trPr>
          <w:tblHeader/>
          <w:jc w:val="center"/>
        </w:trPr>
        <w:tc>
          <w:tcPr>
            <w:tcW w:w="1440" w:type="dxa"/>
            <w:shd w:val="clear" w:color="auto" w:fill="015A41"/>
            <w:tcMar>
              <w:top w:w="70" w:type="dxa"/>
              <w:left w:w="70" w:type="dxa"/>
              <w:bottom w:w="70" w:type="dxa"/>
              <w:right w:w="70" w:type="dxa"/>
            </w:tcMar>
          </w:tcPr>
          <w:p w14:paraId="1395C400" w14:textId="77777777" w:rsidR="00686453" w:rsidRPr="003F0D1D" w:rsidRDefault="00D95FB4">
            <w:pPr>
              <w:rPr>
                <w:szCs w:val="24"/>
              </w:rPr>
            </w:pPr>
            <w:r w:rsidRPr="003F0D1D">
              <w:rPr>
                <w:b/>
                <w:color w:val="FFFFFF"/>
                <w:szCs w:val="24"/>
              </w:rPr>
              <w:t>Date</w:t>
            </w:r>
          </w:p>
        </w:tc>
        <w:tc>
          <w:tcPr>
            <w:tcW w:w="3240" w:type="dxa"/>
            <w:shd w:val="clear" w:color="auto" w:fill="015A41"/>
            <w:tcMar>
              <w:top w:w="70" w:type="dxa"/>
              <w:left w:w="70" w:type="dxa"/>
              <w:bottom w:w="70" w:type="dxa"/>
              <w:right w:w="70" w:type="dxa"/>
            </w:tcMar>
          </w:tcPr>
          <w:p w14:paraId="738CEF91" w14:textId="77777777" w:rsidR="00686453" w:rsidRPr="003F0D1D" w:rsidRDefault="00D95FB4">
            <w:pPr>
              <w:rPr>
                <w:szCs w:val="24"/>
              </w:rPr>
            </w:pPr>
            <w:r w:rsidRPr="003F0D1D">
              <w:rPr>
                <w:b/>
                <w:color w:val="FFFFFF"/>
                <w:szCs w:val="24"/>
              </w:rPr>
              <w:t>Training / Exercise</w:t>
            </w:r>
          </w:p>
        </w:tc>
        <w:tc>
          <w:tcPr>
            <w:tcW w:w="2736" w:type="dxa"/>
            <w:shd w:val="clear" w:color="auto" w:fill="015A41"/>
            <w:tcMar>
              <w:top w:w="70" w:type="dxa"/>
              <w:left w:w="70" w:type="dxa"/>
              <w:bottom w:w="70" w:type="dxa"/>
              <w:right w:w="70" w:type="dxa"/>
            </w:tcMar>
          </w:tcPr>
          <w:p w14:paraId="00CF7707" w14:textId="77777777" w:rsidR="00686453" w:rsidRPr="003F0D1D" w:rsidRDefault="00D95FB4">
            <w:pPr>
              <w:rPr>
                <w:szCs w:val="24"/>
              </w:rPr>
            </w:pPr>
            <w:r w:rsidRPr="003F0D1D">
              <w:rPr>
                <w:b/>
                <w:color w:val="FFFFFF"/>
                <w:szCs w:val="24"/>
              </w:rPr>
              <w:t>Audience / Participants</w:t>
            </w:r>
          </w:p>
        </w:tc>
        <w:tc>
          <w:tcPr>
            <w:tcW w:w="2664" w:type="dxa"/>
            <w:shd w:val="clear" w:color="auto" w:fill="015A41"/>
            <w:tcMar>
              <w:top w:w="70" w:type="dxa"/>
              <w:left w:w="70" w:type="dxa"/>
              <w:bottom w:w="70" w:type="dxa"/>
              <w:right w:w="70" w:type="dxa"/>
            </w:tcMar>
          </w:tcPr>
          <w:p w14:paraId="32160A01" w14:textId="77777777" w:rsidR="00686453" w:rsidRPr="003F0D1D" w:rsidRDefault="00D95FB4">
            <w:pPr>
              <w:rPr>
                <w:szCs w:val="24"/>
              </w:rPr>
            </w:pPr>
            <w:r w:rsidRPr="003F0D1D">
              <w:rPr>
                <w:b/>
                <w:color w:val="FFFFFF"/>
                <w:szCs w:val="24"/>
              </w:rPr>
              <w:t>Record / AAR Location</w:t>
            </w:r>
          </w:p>
        </w:tc>
      </w:tr>
      <w:tr w:rsidR="00686453" w:rsidRPr="003F0D1D" w14:paraId="2A5012B7" w14:textId="77777777">
        <w:trPr>
          <w:cantSplit/>
          <w:jc w:val="center"/>
        </w:trPr>
        <w:tc>
          <w:tcPr>
            <w:tcW w:w="2570" w:type="dxa"/>
            <w:tcMar>
              <w:top w:w="70" w:type="dxa"/>
              <w:left w:w="70" w:type="dxa"/>
              <w:bottom w:w="70" w:type="dxa"/>
              <w:right w:w="70" w:type="dxa"/>
            </w:tcMar>
          </w:tcPr>
          <w:p w14:paraId="6C271A6E" w14:textId="77777777" w:rsidR="00686453" w:rsidRPr="003F0D1D" w:rsidRDefault="00686453">
            <w:pPr>
              <w:rPr>
                <w:szCs w:val="24"/>
              </w:rPr>
            </w:pPr>
          </w:p>
        </w:tc>
        <w:tc>
          <w:tcPr>
            <w:tcW w:w="2570" w:type="dxa"/>
            <w:tcMar>
              <w:top w:w="70" w:type="dxa"/>
              <w:left w:w="70" w:type="dxa"/>
              <w:bottom w:w="70" w:type="dxa"/>
              <w:right w:w="70" w:type="dxa"/>
            </w:tcMar>
          </w:tcPr>
          <w:p w14:paraId="332DEF67" w14:textId="77777777" w:rsidR="00686453" w:rsidRPr="003F0D1D" w:rsidRDefault="00686453">
            <w:pPr>
              <w:rPr>
                <w:szCs w:val="24"/>
              </w:rPr>
            </w:pPr>
          </w:p>
        </w:tc>
        <w:tc>
          <w:tcPr>
            <w:tcW w:w="2570" w:type="dxa"/>
            <w:tcMar>
              <w:top w:w="70" w:type="dxa"/>
              <w:left w:w="70" w:type="dxa"/>
              <w:bottom w:w="70" w:type="dxa"/>
              <w:right w:w="70" w:type="dxa"/>
            </w:tcMar>
          </w:tcPr>
          <w:p w14:paraId="044600D6" w14:textId="77777777" w:rsidR="00686453" w:rsidRPr="003F0D1D" w:rsidRDefault="00686453">
            <w:pPr>
              <w:rPr>
                <w:szCs w:val="24"/>
              </w:rPr>
            </w:pPr>
          </w:p>
        </w:tc>
        <w:tc>
          <w:tcPr>
            <w:tcW w:w="2570" w:type="dxa"/>
            <w:tcMar>
              <w:top w:w="70" w:type="dxa"/>
              <w:left w:w="70" w:type="dxa"/>
              <w:bottom w:w="70" w:type="dxa"/>
              <w:right w:w="70" w:type="dxa"/>
            </w:tcMar>
          </w:tcPr>
          <w:p w14:paraId="0C9AD0FC" w14:textId="77777777" w:rsidR="00686453" w:rsidRPr="003F0D1D" w:rsidRDefault="00686453">
            <w:pPr>
              <w:rPr>
                <w:szCs w:val="24"/>
              </w:rPr>
            </w:pPr>
          </w:p>
        </w:tc>
      </w:tr>
      <w:tr w:rsidR="00686453" w:rsidRPr="003F0D1D" w14:paraId="38FFA2F7" w14:textId="77777777">
        <w:trPr>
          <w:cantSplit/>
          <w:jc w:val="center"/>
        </w:trPr>
        <w:tc>
          <w:tcPr>
            <w:tcW w:w="2570" w:type="dxa"/>
            <w:tcMar>
              <w:top w:w="70" w:type="dxa"/>
              <w:left w:w="70" w:type="dxa"/>
              <w:bottom w:w="70" w:type="dxa"/>
              <w:right w:w="70" w:type="dxa"/>
            </w:tcMar>
          </w:tcPr>
          <w:p w14:paraId="5CEAAEAD" w14:textId="77777777" w:rsidR="00686453" w:rsidRPr="003F0D1D" w:rsidRDefault="00686453">
            <w:pPr>
              <w:rPr>
                <w:szCs w:val="24"/>
              </w:rPr>
            </w:pPr>
          </w:p>
        </w:tc>
        <w:tc>
          <w:tcPr>
            <w:tcW w:w="2570" w:type="dxa"/>
            <w:tcMar>
              <w:top w:w="70" w:type="dxa"/>
              <w:left w:w="70" w:type="dxa"/>
              <w:bottom w:w="70" w:type="dxa"/>
              <w:right w:w="70" w:type="dxa"/>
            </w:tcMar>
          </w:tcPr>
          <w:p w14:paraId="323C0588" w14:textId="77777777" w:rsidR="00686453" w:rsidRPr="003F0D1D" w:rsidRDefault="00686453">
            <w:pPr>
              <w:rPr>
                <w:szCs w:val="24"/>
              </w:rPr>
            </w:pPr>
          </w:p>
        </w:tc>
        <w:tc>
          <w:tcPr>
            <w:tcW w:w="2570" w:type="dxa"/>
            <w:tcMar>
              <w:top w:w="70" w:type="dxa"/>
              <w:left w:w="70" w:type="dxa"/>
              <w:bottom w:w="70" w:type="dxa"/>
              <w:right w:w="70" w:type="dxa"/>
            </w:tcMar>
          </w:tcPr>
          <w:p w14:paraId="43ACEE59" w14:textId="77777777" w:rsidR="00686453" w:rsidRPr="003F0D1D" w:rsidRDefault="00686453">
            <w:pPr>
              <w:rPr>
                <w:szCs w:val="24"/>
              </w:rPr>
            </w:pPr>
          </w:p>
        </w:tc>
        <w:tc>
          <w:tcPr>
            <w:tcW w:w="2570" w:type="dxa"/>
            <w:tcMar>
              <w:top w:w="70" w:type="dxa"/>
              <w:left w:w="70" w:type="dxa"/>
              <w:bottom w:w="70" w:type="dxa"/>
              <w:right w:w="70" w:type="dxa"/>
            </w:tcMar>
          </w:tcPr>
          <w:p w14:paraId="5C40B228" w14:textId="77777777" w:rsidR="00686453" w:rsidRPr="003F0D1D" w:rsidRDefault="00686453">
            <w:pPr>
              <w:rPr>
                <w:szCs w:val="24"/>
              </w:rPr>
            </w:pPr>
          </w:p>
        </w:tc>
      </w:tr>
      <w:tr w:rsidR="00686453" w:rsidRPr="003F0D1D" w14:paraId="06FB1B42" w14:textId="77777777">
        <w:trPr>
          <w:cantSplit/>
          <w:jc w:val="center"/>
        </w:trPr>
        <w:tc>
          <w:tcPr>
            <w:tcW w:w="2570" w:type="dxa"/>
            <w:tcMar>
              <w:top w:w="70" w:type="dxa"/>
              <w:left w:w="70" w:type="dxa"/>
              <w:bottom w:w="70" w:type="dxa"/>
              <w:right w:w="70" w:type="dxa"/>
            </w:tcMar>
          </w:tcPr>
          <w:p w14:paraId="421BAFED" w14:textId="77777777" w:rsidR="00686453" w:rsidRPr="003F0D1D" w:rsidRDefault="00686453">
            <w:pPr>
              <w:rPr>
                <w:szCs w:val="24"/>
              </w:rPr>
            </w:pPr>
          </w:p>
        </w:tc>
        <w:tc>
          <w:tcPr>
            <w:tcW w:w="2570" w:type="dxa"/>
            <w:tcMar>
              <w:top w:w="70" w:type="dxa"/>
              <w:left w:w="70" w:type="dxa"/>
              <w:bottom w:w="70" w:type="dxa"/>
              <w:right w:w="70" w:type="dxa"/>
            </w:tcMar>
          </w:tcPr>
          <w:p w14:paraId="3B38FAE7" w14:textId="77777777" w:rsidR="00686453" w:rsidRPr="003F0D1D" w:rsidRDefault="00686453">
            <w:pPr>
              <w:rPr>
                <w:szCs w:val="24"/>
              </w:rPr>
            </w:pPr>
          </w:p>
        </w:tc>
        <w:tc>
          <w:tcPr>
            <w:tcW w:w="2570" w:type="dxa"/>
            <w:tcMar>
              <w:top w:w="70" w:type="dxa"/>
              <w:left w:w="70" w:type="dxa"/>
              <w:bottom w:w="70" w:type="dxa"/>
              <w:right w:w="70" w:type="dxa"/>
            </w:tcMar>
          </w:tcPr>
          <w:p w14:paraId="13FE47A9" w14:textId="77777777" w:rsidR="00686453" w:rsidRPr="003F0D1D" w:rsidRDefault="00686453">
            <w:pPr>
              <w:rPr>
                <w:szCs w:val="24"/>
              </w:rPr>
            </w:pPr>
          </w:p>
        </w:tc>
        <w:tc>
          <w:tcPr>
            <w:tcW w:w="2570" w:type="dxa"/>
            <w:tcMar>
              <w:top w:w="70" w:type="dxa"/>
              <w:left w:w="70" w:type="dxa"/>
              <w:bottom w:w="70" w:type="dxa"/>
              <w:right w:w="70" w:type="dxa"/>
            </w:tcMar>
          </w:tcPr>
          <w:p w14:paraId="1D0FECC6" w14:textId="77777777" w:rsidR="00686453" w:rsidRPr="003F0D1D" w:rsidRDefault="00686453">
            <w:pPr>
              <w:rPr>
                <w:szCs w:val="24"/>
              </w:rPr>
            </w:pPr>
          </w:p>
        </w:tc>
      </w:tr>
      <w:tr w:rsidR="00686453" w:rsidRPr="003F0D1D" w14:paraId="33D82E79" w14:textId="77777777">
        <w:trPr>
          <w:cantSplit/>
          <w:jc w:val="center"/>
        </w:trPr>
        <w:tc>
          <w:tcPr>
            <w:tcW w:w="2570" w:type="dxa"/>
            <w:tcMar>
              <w:top w:w="70" w:type="dxa"/>
              <w:left w:w="70" w:type="dxa"/>
              <w:bottom w:w="70" w:type="dxa"/>
              <w:right w:w="70" w:type="dxa"/>
            </w:tcMar>
          </w:tcPr>
          <w:p w14:paraId="6A5176B6" w14:textId="77777777" w:rsidR="00686453" w:rsidRPr="003F0D1D" w:rsidRDefault="00686453">
            <w:pPr>
              <w:rPr>
                <w:szCs w:val="24"/>
              </w:rPr>
            </w:pPr>
          </w:p>
        </w:tc>
        <w:tc>
          <w:tcPr>
            <w:tcW w:w="2570" w:type="dxa"/>
            <w:tcMar>
              <w:top w:w="70" w:type="dxa"/>
              <w:left w:w="70" w:type="dxa"/>
              <w:bottom w:w="70" w:type="dxa"/>
              <w:right w:w="70" w:type="dxa"/>
            </w:tcMar>
          </w:tcPr>
          <w:p w14:paraId="524405BF" w14:textId="77777777" w:rsidR="00686453" w:rsidRPr="003F0D1D" w:rsidRDefault="00686453">
            <w:pPr>
              <w:rPr>
                <w:szCs w:val="24"/>
              </w:rPr>
            </w:pPr>
          </w:p>
        </w:tc>
        <w:tc>
          <w:tcPr>
            <w:tcW w:w="2570" w:type="dxa"/>
            <w:tcMar>
              <w:top w:w="70" w:type="dxa"/>
              <w:left w:w="70" w:type="dxa"/>
              <w:bottom w:w="70" w:type="dxa"/>
              <w:right w:w="70" w:type="dxa"/>
            </w:tcMar>
          </w:tcPr>
          <w:p w14:paraId="169D643B" w14:textId="77777777" w:rsidR="00686453" w:rsidRPr="003F0D1D" w:rsidRDefault="00686453">
            <w:pPr>
              <w:rPr>
                <w:szCs w:val="24"/>
              </w:rPr>
            </w:pPr>
          </w:p>
        </w:tc>
        <w:tc>
          <w:tcPr>
            <w:tcW w:w="2570" w:type="dxa"/>
            <w:tcMar>
              <w:top w:w="70" w:type="dxa"/>
              <w:left w:w="70" w:type="dxa"/>
              <w:bottom w:w="70" w:type="dxa"/>
              <w:right w:w="70" w:type="dxa"/>
            </w:tcMar>
          </w:tcPr>
          <w:p w14:paraId="2F1AD7DE" w14:textId="77777777" w:rsidR="00686453" w:rsidRPr="003F0D1D" w:rsidRDefault="00686453">
            <w:pPr>
              <w:rPr>
                <w:szCs w:val="24"/>
              </w:rPr>
            </w:pPr>
          </w:p>
        </w:tc>
      </w:tr>
      <w:tr w:rsidR="00686453" w:rsidRPr="003F0D1D" w14:paraId="63FE8E7B" w14:textId="77777777">
        <w:trPr>
          <w:cantSplit/>
          <w:jc w:val="center"/>
        </w:trPr>
        <w:tc>
          <w:tcPr>
            <w:tcW w:w="2570" w:type="dxa"/>
            <w:tcMar>
              <w:top w:w="70" w:type="dxa"/>
              <w:left w:w="70" w:type="dxa"/>
              <w:bottom w:w="70" w:type="dxa"/>
              <w:right w:w="70" w:type="dxa"/>
            </w:tcMar>
          </w:tcPr>
          <w:p w14:paraId="077BB519" w14:textId="77777777" w:rsidR="00686453" w:rsidRPr="003F0D1D" w:rsidRDefault="00686453">
            <w:pPr>
              <w:rPr>
                <w:szCs w:val="24"/>
              </w:rPr>
            </w:pPr>
          </w:p>
        </w:tc>
        <w:tc>
          <w:tcPr>
            <w:tcW w:w="2570" w:type="dxa"/>
            <w:tcMar>
              <w:top w:w="70" w:type="dxa"/>
              <w:left w:w="70" w:type="dxa"/>
              <w:bottom w:w="70" w:type="dxa"/>
              <w:right w:w="70" w:type="dxa"/>
            </w:tcMar>
          </w:tcPr>
          <w:p w14:paraId="2FDF2B18" w14:textId="77777777" w:rsidR="00686453" w:rsidRPr="003F0D1D" w:rsidRDefault="00686453">
            <w:pPr>
              <w:rPr>
                <w:szCs w:val="24"/>
              </w:rPr>
            </w:pPr>
          </w:p>
        </w:tc>
        <w:tc>
          <w:tcPr>
            <w:tcW w:w="2570" w:type="dxa"/>
            <w:tcMar>
              <w:top w:w="70" w:type="dxa"/>
              <w:left w:w="70" w:type="dxa"/>
              <w:bottom w:w="70" w:type="dxa"/>
              <w:right w:w="70" w:type="dxa"/>
            </w:tcMar>
          </w:tcPr>
          <w:p w14:paraId="1F84F53D" w14:textId="77777777" w:rsidR="00686453" w:rsidRPr="003F0D1D" w:rsidRDefault="00686453">
            <w:pPr>
              <w:rPr>
                <w:szCs w:val="24"/>
              </w:rPr>
            </w:pPr>
          </w:p>
        </w:tc>
        <w:tc>
          <w:tcPr>
            <w:tcW w:w="2570" w:type="dxa"/>
            <w:tcMar>
              <w:top w:w="70" w:type="dxa"/>
              <w:left w:w="70" w:type="dxa"/>
              <w:bottom w:w="70" w:type="dxa"/>
              <w:right w:w="70" w:type="dxa"/>
            </w:tcMar>
          </w:tcPr>
          <w:p w14:paraId="4AC0DD82" w14:textId="77777777" w:rsidR="00686453" w:rsidRPr="003F0D1D" w:rsidRDefault="00686453">
            <w:pPr>
              <w:rPr>
                <w:szCs w:val="24"/>
              </w:rPr>
            </w:pPr>
          </w:p>
        </w:tc>
      </w:tr>
      <w:tr w:rsidR="00686453" w:rsidRPr="003F0D1D" w14:paraId="59A06A34" w14:textId="77777777">
        <w:trPr>
          <w:cantSplit/>
          <w:jc w:val="center"/>
        </w:trPr>
        <w:tc>
          <w:tcPr>
            <w:tcW w:w="2570" w:type="dxa"/>
            <w:tcMar>
              <w:top w:w="70" w:type="dxa"/>
              <w:left w:w="70" w:type="dxa"/>
              <w:bottom w:w="70" w:type="dxa"/>
              <w:right w:w="70" w:type="dxa"/>
            </w:tcMar>
          </w:tcPr>
          <w:p w14:paraId="37ACDEC0" w14:textId="77777777" w:rsidR="00686453" w:rsidRPr="003F0D1D" w:rsidRDefault="00686453">
            <w:pPr>
              <w:rPr>
                <w:szCs w:val="24"/>
              </w:rPr>
            </w:pPr>
          </w:p>
        </w:tc>
        <w:tc>
          <w:tcPr>
            <w:tcW w:w="2570" w:type="dxa"/>
            <w:tcMar>
              <w:top w:w="70" w:type="dxa"/>
              <w:left w:w="70" w:type="dxa"/>
              <w:bottom w:w="70" w:type="dxa"/>
              <w:right w:w="70" w:type="dxa"/>
            </w:tcMar>
          </w:tcPr>
          <w:p w14:paraId="7DEA2BF6" w14:textId="77777777" w:rsidR="00686453" w:rsidRPr="003F0D1D" w:rsidRDefault="00686453">
            <w:pPr>
              <w:rPr>
                <w:szCs w:val="24"/>
              </w:rPr>
            </w:pPr>
          </w:p>
        </w:tc>
        <w:tc>
          <w:tcPr>
            <w:tcW w:w="2570" w:type="dxa"/>
            <w:tcMar>
              <w:top w:w="70" w:type="dxa"/>
              <w:left w:w="70" w:type="dxa"/>
              <w:bottom w:w="70" w:type="dxa"/>
              <w:right w:w="70" w:type="dxa"/>
            </w:tcMar>
          </w:tcPr>
          <w:p w14:paraId="1BA56FC2" w14:textId="77777777" w:rsidR="00686453" w:rsidRPr="003F0D1D" w:rsidRDefault="00686453">
            <w:pPr>
              <w:rPr>
                <w:szCs w:val="24"/>
              </w:rPr>
            </w:pPr>
          </w:p>
        </w:tc>
        <w:tc>
          <w:tcPr>
            <w:tcW w:w="2570" w:type="dxa"/>
            <w:tcMar>
              <w:top w:w="70" w:type="dxa"/>
              <w:left w:w="70" w:type="dxa"/>
              <w:bottom w:w="70" w:type="dxa"/>
              <w:right w:w="70" w:type="dxa"/>
            </w:tcMar>
          </w:tcPr>
          <w:p w14:paraId="34BD34D4" w14:textId="77777777" w:rsidR="00686453" w:rsidRPr="003F0D1D" w:rsidRDefault="00686453">
            <w:pPr>
              <w:rPr>
                <w:szCs w:val="24"/>
              </w:rPr>
            </w:pPr>
          </w:p>
        </w:tc>
      </w:tr>
      <w:tr w:rsidR="00686453" w:rsidRPr="003F0D1D" w14:paraId="377BF188" w14:textId="77777777">
        <w:trPr>
          <w:cantSplit/>
          <w:jc w:val="center"/>
        </w:trPr>
        <w:tc>
          <w:tcPr>
            <w:tcW w:w="2570" w:type="dxa"/>
            <w:tcMar>
              <w:top w:w="70" w:type="dxa"/>
              <w:left w:w="70" w:type="dxa"/>
              <w:bottom w:w="70" w:type="dxa"/>
              <w:right w:w="70" w:type="dxa"/>
            </w:tcMar>
          </w:tcPr>
          <w:p w14:paraId="7A1727C7" w14:textId="77777777" w:rsidR="00686453" w:rsidRPr="003F0D1D" w:rsidRDefault="00686453">
            <w:pPr>
              <w:rPr>
                <w:szCs w:val="24"/>
              </w:rPr>
            </w:pPr>
          </w:p>
        </w:tc>
        <w:tc>
          <w:tcPr>
            <w:tcW w:w="2570" w:type="dxa"/>
            <w:tcMar>
              <w:top w:w="70" w:type="dxa"/>
              <w:left w:w="70" w:type="dxa"/>
              <w:bottom w:w="70" w:type="dxa"/>
              <w:right w:w="70" w:type="dxa"/>
            </w:tcMar>
          </w:tcPr>
          <w:p w14:paraId="655DE3CB" w14:textId="77777777" w:rsidR="00686453" w:rsidRPr="003F0D1D" w:rsidRDefault="00686453">
            <w:pPr>
              <w:rPr>
                <w:szCs w:val="24"/>
              </w:rPr>
            </w:pPr>
          </w:p>
        </w:tc>
        <w:tc>
          <w:tcPr>
            <w:tcW w:w="2570" w:type="dxa"/>
            <w:tcMar>
              <w:top w:w="70" w:type="dxa"/>
              <w:left w:w="70" w:type="dxa"/>
              <w:bottom w:w="70" w:type="dxa"/>
              <w:right w:w="70" w:type="dxa"/>
            </w:tcMar>
          </w:tcPr>
          <w:p w14:paraId="5DF8CF2A" w14:textId="77777777" w:rsidR="00686453" w:rsidRPr="003F0D1D" w:rsidRDefault="00686453">
            <w:pPr>
              <w:rPr>
                <w:szCs w:val="24"/>
              </w:rPr>
            </w:pPr>
          </w:p>
        </w:tc>
        <w:tc>
          <w:tcPr>
            <w:tcW w:w="2570" w:type="dxa"/>
            <w:tcMar>
              <w:top w:w="70" w:type="dxa"/>
              <w:left w:w="70" w:type="dxa"/>
              <w:bottom w:w="70" w:type="dxa"/>
              <w:right w:w="70" w:type="dxa"/>
            </w:tcMar>
          </w:tcPr>
          <w:p w14:paraId="2D307818" w14:textId="77777777" w:rsidR="00686453" w:rsidRPr="003F0D1D" w:rsidRDefault="00686453">
            <w:pPr>
              <w:rPr>
                <w:szCs w:val="24"/>
              </w:rPr>
            </w:pPr>
          </w:p>
        </w:tc>
      </w:tr>
      <w:tr w:rsidR="00686453" w:rsidRPr="003F0D1D" w14:paraId="59B974B7" w14:textId="77777777">
        <w:trPr>
          <w:cantSplit/>
          <w:jc w:val="center"/>
        </w:trPr>
        <w:tc>
          <w:tcPr>
            <w:tcW w:w="2570" w:type="dxa"/>
            <w:tcMar>
              <w:top w:w="70" w:type="dxa"/>
              <w:left w:w="70" w:type="dxa"/>
              <w:bottom w:w="70" w:type="dxa"/>
              <w:right w:w="70" w:type="dxa"/>
            </w:tcMar>
          </w:tcPr>
          <w:p w14:paraId="28EDCCD1" w14:textId="77777777" w:rsidR="00686453" w:rsidRPr="003F0D1D" w:rsidRDefault="00686453">
            <w:pPr>
              <w:rPr>
                <w:szCs w:val="24"/>
              </w:rPr>
            </w:pPr>
          </w:p>
        </w:tc>
        <w:tc>
          <w:tcPr>
            <w:tcW w:w="2570" w:type="dxa"/>
            <w:tcMar>
              <w:top w:w="70" w:type="dxa"/>
              <w:left w:w="70" w:type="dxa"/>
              <w:bottom w:w="70" w:type="dxa"/>
              <w:right w:w="70" w:type="dxa"/>
            </w:tcMar>
          </w:tcPr>
          <w:p w14:paraId="45D742AB" w14:textId="77777777" w:rsidR="00686453" w:rsidRPr="003F0D1D" w:rsidRDefault="00686453">
            <w:pPr>
              <w:rPr>
                <w:szCs w:val="24"/>
              </w:rPr>
            </w:pPr>
          </w:p>
        </w:tc>
        <w:tc>
          <w:tcPr>
            <w:tcW w:w="2570" w:type="dxa"/>
            <w:tcMar>
              <w:top w:w="70" w:type="dxa"/>
              <w:left w:w="70" w:type="dxa"/>
              <w:bottom w:w="70" w:type="dxa"/>
              <w:right w:w="70" w:type="dxa"/>
            </w:tcMar>
          </w:tcPr>
          <w:p w14:paraId="6E2584AB" w14:textId="77777777" w:rsidR="00686453" w:rsidRPr="003F0D1D" w:rsidRDefault="00686453">
            <w:pPr>
              <w:rPr>
                <w:szCs w:val="24"/>
              </w:rPr>
            </w:pPr>
          </w:p>
        </w:tc>
        <w:tc>
          <w:tcPr>
            <w:tcW w:w="2570" w:type="dxa"/>
            <w:tcMar>
              <w:top w:w="70" w:type="dxa"/>
              <w:left w:w="70" w:type="dxa"/>
              <w:bottom w:w="70" w:type="dxa"/>
              <w:right w:w="70" w:type="dxa"/>
            </w:tcMar>
          </w:tcPr>
          <w:p w14:paraId="305F7933" w14:textId="77777777" w:rsidR="00686453" w:rsidRPr="003F0D1D" w:rsidRDefault="00686453">
            <w:pPr>
              <w:rPr>
                <w:szCs w:val="24"/>
              </w:rPr>
            </w:pPr>
          </w:p>
        </w:tc>
      </w:tr>
      <w:tr w:rsidR="00686453" w:rsidRPr="003F0D1D" w14:paraId="7DD97F57" w14:textId="77777777">
        <w:trPr>
          <w:cantSplit/>
          <w:jc w:val="center"/>
        </w:trPr>
        <w:tc>
          <w:tcPr>
            <w:tcW w:w="2570" w:type="dxa"/>
            <w:tcMar>
              <w:top w:w="70" w:type="dxa"/>
              <w:left w:w="70" w:type="dxa"/>
              <w:bottom w:w="70" w:type="dxa"/>
              <w:right w:w="70" w:type="dxa"/>
            </w:tcMar>
          </w:tcPr>
          <w:p w14:paraId="3ABF6C7E" w14:textId="77777777" w:rsidR="00686453" w:rsidRPr="003F0D1D" w:rsidRDefault="00686453">
            <w:pPr>
              <w:rPr>
                <w:szCs w:val="24"/>
              </w:rPr>
            </w:pPr>
          </w:p>
        </w:tc>
        <w:tc>
          <w:tcPr>
            <w:tcW w:w="2570" w:type="dxa"/>
            <w:tcMar>
              <w:top w:w="70" w:type="dxa"/>
              <w:left w:w="70" w:type="dxa"/>
              <w:bottom w:w="70" w:type="dxa"/>
              <w:right w:w="70" w:type="dxa"/>
            </w:tcMar>
          </w:tcPr>
          <w:p w14:paraId="5CB1F9B6" w14:textId="77777777" w:rsidR="00686453" w:rsidRPr="003F0D1D" w:rsidRDefault="00686453">
            <w:pPr>
              <w:rPr>
                <w:szCs w:val="24"/>
              </w:rPr>
            </w:pPr>
          </w:p>
        </w:tc>
        <w:tc>
          <w:tcPr>
            <w:tcW w:w="2570" w:type="dxa"/>
            <w:tcMar>
              <w:top w:w="70" w:type="dxa"/>
              <w:left w:w="70" w:type="dxa"/>
              <w:bottom w:w="70" w:type="dxa"/>
              <w:right w:w="70" w:type="dxa"/>
            </w:tcMar>
          </w:tcPr>
          <w:p w14:paraId="32C59016" w14:textId="77777777" w:rsidR="00686453" w:rsidRPr="003F0D1D" w:rsidRDefault="00686453">
            <w:pPr>
              <w:rPr>
                <w:szCs w:val="24"/>
              </w:rPr>
            </w:pPr>
          </w:p>
        </w:tc>
        <w:tc>
          <w:tcPr>
            <w:tcW w:w="2570" w:type="dxa"/>
            <w:tcMar>
              <w:top w:w="70" w:type="dxa"/>
              <w:left w:w="70" w:type="dxa"/>
              <w:bottom w:w="70" w:type="dxa"/>
              <w:right w:w="70" w:type="dxa"/>
            </w:tcMar>
          </w:tcPr>
          <w:p w14:paraId="60357515" w14:textId="77777777" w:rsidR="00686453" w:rsidRPr="003F0D1D" w:rsidRDefault="00686453">
            <w:pPr>
              <w:rPr>
                <w:szCs w:val="24"/>
              </w:rPr>
            </w:pPr>
          </w:p>
        </w:tc>
      </w:tr>
      <w:tr w:rsidR="00686453" w:rsidRPr="003F0D1D" w14:paraId="28F42873" w14:textId="77777777">
        <w:trPr>
          <w:cantSplit/>
          <w:jc w:val="center"/>
        </w:trPr>
        <w:tc>
          <w:tcPr>
            <w:tcW w:w="2570" w:type="dxa"/>
            <w:tcMar>
              <w:top w:w="70" w:type="dxa"/>
              <w:left w:w="70" w:type="dxa"/>
              <w:bottom w:w="70" w:type="dxa"/>
              <w:right w:w="70" w:type="dxa"/>
            </w:tcMar>
          </w:tcPr>
          <w:p w14:paraId="1BF72F35" w14:textId="77777777" w:rsidR="00686453" w:rsidRPr="003F0D1D" w:rsidRDefault="00686453">
            <w:pPr>
              <w:rPr>
                <w:szCs w:val="24"/>
              </w:rPr>
            </w:pPr>
          </w:p>
        </w:tc>
        <w:tc>
          <w:tcPr>
            <w:tcW w:w="2570" w:type="dxa"/>
            <w:tcMar>
              <w:top w:w="70" w:type="dxa"/>
              <w:left w:w="70" w:type="dxa"/>
              <w:bottom w:w="70" w:type="dxa"/>
              <w:right w:w="70" w:type="dxa"/>
            </w:tcMar>
          </w:tcPr>
          <w:p w14:paraId="74DACECE" w14:textId="77777777" w:rsidR="00686453" w:rsidRPr="003F0D1D" w:rsidRDefault="00686453">
            <w:pPr>
              <w:rPr>
                <w:szCs w:val="24"/>
              </w:rPr>
            </w:pPr>
          </w:p>
        </w:tc>
        <w:tc>
          <w:tcPr>
            <w:tcW w:w="2570" w:type="dxa"/>
            <w:tcMar>
              <w:top w:w="70" w:type="dxa"/>
              <w:left w:w="70" w:type="dxa"/>
              <w:bottom w:w="70" w:type="dxa"/>
              <w:right w:w="70" w:type="dxa"/>
            </w:tcMar>
          </w:tcPr>
          <w:p w14:paraId="093CAAC7" w14:textId="77777777" w:rsidR="00686453" w:rsidRPr="003F0D1D" w:rsidRDefault="00686453">
            <w:pPr>
              <w:rPr>
                <w:szCs w:val="24"/>
              </w:rPr>
            </w:pPr>
          </w:p>
        </w:tc>
        <w:tc>
          <w:tcPr>
            <w:tcW w:w="2570" w:type="dxa"/>
            <w:tcMar>
              <w:top w:w="70" w:type="dxa"/>
              <w:left w:w="70" w:type="dxa"/>
              <w:bottom w:w="70" w:type="dxa"/>
              <w:right w:w="70" w:type="dxa"/>
            </w:tcMar>
          </w:tcPr>
          <w:p w14:paraId="7770442B" w14:textId="77777777" w:rsidR="00686453" w:rsidRPr="003F0D1D" w:rsidRDefault="00686453">
            <w:pPr>
              <w:rPr>
                <w:szCs w:val="24"/>
              </w:rPr>
            </w:pPr>
          </w:p>
        </w:tc>
      </w:tr>
    </w:tbl>
    <w:p w14:paraId="39C07CF3" w14:textId="77777777" w:rsidR="00686453" w:rsidRDefault="00686453">
      <w:pPr>
        <w:spacing w:after="0"/>
      </w:pPr>
    </w:p>
    <w:p w14:paraId="0AEC14BA" w14:textId="77777777" w:rsidR="003F0D1D" w:rsidRDefault="003F0D1D">
      <w:pPr>
        <w:spacing w:after="0"/>
      </w:pPr>
    </w:p>
    <w:p w14:paraId="47116C4D" w14:textId="77777777" w:rsidR="003F0D1D" w:rsidRDefault="003F0D1D">
      <w:pPr>
        <w:spacing w:after="0"/>
      </w:pPr>
    </w:p>
    <w:p w14:paraId="4F1B209F" w14:textId="77777777" w:rsidR="003F0D1D" w:rsidRDefault="003F0D1D">
      <w:pPr>
        <w:spacing w:after="0"/>
      </w:pPr>
    </w:p>
    <w:p w14:paraId="6DDA010E" w14:textId="77777777" w:rsidR="003F0D1D" w:rsidRDefault="003F0D1D">
      <w:pPr>
        <w:spacing w:after="0"/>
      </w:pPr>
    </w:p>
    <w:p w14:paraId="1D4EDC5C" w14:textId="77777777" w:rsidR="003F0D1D" w:rsidRDefault="003F0D1D">
      <w:pPr>
        <w:spacing w:after="0"/>
      </w:pPr>
    </w:p>
    <w:p w14:paraId="42CC22DF" w14:textId="77777777" w:rsidR="003F0D1D" w:rsidRDefault="003F0D1D">
      <w:pPr>
        <w:spacing w:after="0"/>
      </w:pPr>
    </w:p>
    <w:p w14:paraId="5ED69E78" w14:textId="77777777" w:rsidR="003F0D1D" w:rsidRDefault="003F0D1D">
      <w:pPr>
        <w:spacing w:after="0"/>
      </w:pPr>
    </w:p>
    <w:p w14:paraId="56054CC0" w14:textId="77777777" w:rsidR="003F0D1D" w:rsidRDefault="003F0D1D">
      <w:pPr>
        <w:spacing w:after="0"/>
      </w:pPr>
    </w:p>
    <w:p w14:paraId="5111FFA5" w14:textId="77777777" w:rsidR="003F0D1D" w:rsidRDefault="003F0D1D">
      <w:pPr>
        <w:spacing w:after="0"/>
      </w:pPr>
    </w:p>
    <w:p w14:paraId="28864075" w14:textId="77777777" w:rsidR="00686453" w:rsidRDefault="00D95FB4">
      <w:pPr>
        <w:pStyle w:val="Heading2"/>
        <w:spacing w:before="120" w:after="80"/>
      </w:pPr>
      <w:r>
        <w:rPr>
          <w:rFonts w:ascii="Arial" w:eastAsia="Arial" w:hAnsi="Arial"/>
        </w:rPr>
        <w:lastRenderedPageBreak/>
        <w:t>Exercise Requirement Tracker</w:t>
      </w: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3240"/>
        <w:gridCol w:w="2570"/>
        <w:gridCol w:w="2570"/>
        <w:gridCol w:w="2880"/>
      </w:tblGrid>
      <w:tr w:rsidR="00686453" w:rsidRPr="003F0D1D" w14:paraId="7B718954" w14:textId="77777777">
        <w:trPr>
          <w:tblHeader/>
          <w:jc w:val="center"/>
        </w:trPr>
        <w:tc>
          <w:tcPr>
            <w:tcW w:w="3240" w:type="dxa"/>
            <w:shd w:val="clear" w:color="auto" w:fill="015A41"/>
            <w:tcMar>
              <w:top w:w="70" w:type="dxa"/>
              <w:left w:w="70" w:type="dxa"/>
              <w:bottom w:w="70" w:type="dxa"/>
              <w:right w:w="70" w:type="dxa"/>
            </w:tcMar>
          </w:tcPr>
          <w:p w14:paraId="41639B9A" w14:textId="77777777" w:rsidR="00686453" w:rsidRPr="003F0D1D" w:rsidRDefault="00D95FB4">
            <w:pPr>
              <w:rPr>
                <w:szCs w:val="24"/>
              </w:rPr>
            </w:pPr>
            <w:r w:rsidRPr="003F0D1D">
              <w:rPr>
                <w:b/>
                <w:color w:val="FFFFFF"/>
                <w:szCs w:val="24"/>
              </w:rPr>
              <w:t>Required Exercise</w:t>
            </w:r>
          </w:p>
        </w:tc>
        <w:tc>
          <w:tcPr>
            <w:tcW w:w="1584" w:type="dxa"/>
            <w:shd w:val="clear" w:color="auto" w:fill="015A41"/>
            <w:tcMar>
              <w:top w:w="70" w:type="dxa"/>
              <w:left w:w="70" w:type="dxa"/>
              <w:bottom w:w="70" w:type="dxa"/>
              <w:right w:w="70" w:type="dxa"/>
            </w:tcMar>
          </w:tcPr>
          <w:p w14:paraId="25552748" w14:textId="77777777" w:rsidR="00686453" w:rsidRPr="003F0D1D" w:rsidRDefault="00D95FB4">
            <w:pPr>
              <w:rPr>
                <w:szCs w:val="24"/>
              </w:rPr>
            </w:pPr>
            <w:r w:rsidRPr="003F0D1D">
              <w:rPr>
                <w:b/>
                <w:color w:val="FFFFFF"/>
                <w:szCs w:val="24"/>
              </w:rPr>
              <w:t>Date</w:t>
            </w:r>
          </w:p>
        </w:tc>
        <w:tc>
          <w:tcPr>
            <w:tcW w:w="2448" w:type="dxa"/>
            <w:shd w:val="clear" w:color="auto" w:fill="015A41"/>
            <w:tcMar>
              <w:top w:w="70" w:type="dxa"/>
              <w:left w:w="70" w:type="dxa"/>
              <w:bottom w:w="70" w:type="dxa"/>
              <w:right w:w="70" w:type="dxa"/>
            </w:tcMar>
          </w:tcPr>
          <w:p w14:paraId="4ED0C1CF" w14:textId="77777777" w:rsidR="00686453" w:rsidRPr="003F0D1D" w:rsidRDefault="00D95FB4">
            <w:pPr>
              <w:rPr>
                <w:szCs w:val="24"/>
              </w:rPr>
            </w:pPr>
            <w:r w:rsidRPr="003F0D1D">
              <w:rPr>
                <w:b/>
                <w:color w:val="FFFFFF"/>
                <w:szCs w:val="24"/>
              </w:rPr>
              <w:t>Type / Exemption</w:t>
            </w:r>
          </w:p>
        </w:tc>
        <w:tc>
          <w:tcPr>
            <w:tcW w:w="2880" w:type="dxa"/>
            <w:shd w:val="clear" w:color="auto" w:fill="015A41"/>
            <w:tcMar>
              <w:top w:w="70" w:type="dxa"/>
              <w:left w:w="70" w:type="dxa"/>
              <w:bottom w:w="70" w:type="dxa"/>
              <w:right w:w="70" w:type="dxa"/>
            </w:tcMar>
          </w:tcPr>
          <w:p w14:paraId="39A7F512" w14:textId="77777777" w:rsidR="00686453" w:rsidRPr="003F0D1D" w:rsidRDefault="00D95FB4">
            <w:pPr>
              <w:rPr>
                <w:szCs w:val="24"/>
              </w:rPr>
            </w:pPr>
            <w:r w:rsidRPr="003F0D1D">
              <w:rPr>
                <w:b/>
                <w:color w:val="FFFFFF"/>
                <w:szCs w:val="24"/>
              </w:rPr>
              <w:t>Evidence</w:t>
            </w:r>
          </w:p>
        </w:tc>
      </w:tr>
      <w:tr w:rsidR="00686453" w:rsidRPr="003F0D1D" w14:paraId="7CAAF6DB" w14:textId="77777777">
        <w:trPr>
          <w:cantSplit/>
          <w:jc w:val="center"/>
        </w:trPr>
        <w:tc>
          <w:tcPr>
            <w:tcW w:w="2570" w:type="dxa"/>
            <w:tcMar>
              <w:top w:w="70" w:type="dxa"/>
              <w:left w:w="70" w:type="dxa"/>
              <w:bottom w:w="70" w:type="dxa"/>
              <w:right w:w="70" w:type="dxa"/>
            </w:tcMar>
          </w:tcPr>
          <w:p w14:paraId="4DAE5AE5" w14:textId="77777777" w:rsidR="00686453" w:rsidRPr="003F0D1D" w:rsidRDefault="00D95FB4">
            <w:pPr>
              <w:rPr>
                <w:szCs w:val="24"/>
              </w:rPr>
            </w:pPr>
            <w:r w:rsidRPr="003F0D1D">
              <w:rPr>
                <w:b/>
                <w:color w:val="015A41"/>
                <w:szCs w:val="24"/>
              </w:rPr>
              <w:t>Community-based full-scale / facility-based functional</w:t>
            </w:r>
          </w:p>
        </w:tc>
        <w:tc>
          <w:tcPr>
            <w:tcW w:w="2570" w:type="dxa"/>
            <w:tcMar>
              <w:top w:w="70" w:type="dxa"/>
              <w:left w:w="70" w:type="dxa"/>
              <w:bottom w:w="70" w:type="dxa"/>
              <w:right w:w="70" w:type="dxa"/>
            </w:tcMar>
          </w:tcPr>
          <w:p w14:paraId="34E1D4F0" w14:textId="77777777" w:rsidR="00686453" w:rsidRPr="003F0D1D" w:rsidRDefault="00D95FB4">
            <w:pPr>
              <w:rPr>
                <w:szCs w:val="24"/>
              </w:rPr>
            </w:pPr>
            <w:r w:rsidRPr="003F0D1D">
              <w:rPr>
                <w:szCs w:val="24"/>
              </w:rPr>
              <w:t>&lt;Date&gt;</w:t>
            </w:r>
          </w:p>
        </w:tc>
        <w:tc>
          <w:tcPr>
            <w:tcW w:w="2570" w:type="dxa"/>
            <w:tcMar>
              <w:top w:w="70" w:type="dxa"/>
              <w:left w:w="70" w:type="dxa"/>
              <w:bottom w:w="70" w:type="dxa"/>
              <w:right w:w="70" w:type="dxa"/>
            </w:tcMar>
          </w:tcPr>
          <w:p w14:paraId="56B2DB8B" w14:textId="77777777" w:rsidR="00686453" w:rsidRPr="003F0D1D" w:rsidRDefault="00D95FB4">
            <w:pPr>
              <w:rPr>
                <w:szCs w:val="24"/>
              </w:rPr>
            </w:pPr>
            <w:r w:rsidRPr="003F0D1D">
              <w:rPr>
                <w:szCs w:val="24"/>
              </w:rPr>
              <w:t>&lt;Actual event exemption if applicable&gt;</w:t>
            </w:r>
          </w:p>
        </w:tc>
        <w:tc>
          <w:tcPr>
            <w:tcW w:w="2570" w:type="dxa"/>
            <w:tcMar>
              <w:top w:w="70" w:type="dxa"/>
              <w:left w:w="70" w:type="dxa"/>
              <w:bottom w:w="70" w:type="dxa"/>
              <w:right w:w="70" w:type="dxa"/>
            </w:tcMar>
          </w:tcPr>
          <w:p w14:paraId="269D53F7" w14:textId="77777777" w:rsidR="00686453" w:rsidRPr="003F0D1D" w:rsidRDefault="00D95FB4">
            <w:pPr>
              <w:rPr>
                <w:szCs w:val="24"/>
              </w:rPr>
            </w:pPr>
            <w:r w:rsidRPr="003F0D1D">
              <w:rPr>
                <w:szCs w:val="24"/>
              </w:rPr>
              <w:t>&lt;AAR / evidence location&gt;</w:t>
            </w:r>
          </w:p>
        </w:tc>
      </w:tr>
      <w:tr w:rsidR="00686453" w:rsidRPr="003F0D1D" w14:paraId="4E78E47E" w14:textId="77777777">
        <w:trPr>
          <w:cantSplit/>
          <w:jc w:val="center"/>
        </w:trPr>
        <w:tc>
          <w:tcPr>
            <w:tcW w:w="2570" w:type="dxa"/>
            <w:tcMar>
              <w:top w:w="70" w:type="dxa"/>
              <w:left w:w="70" w:type="dxa"/>
              <w:bottom w:w="70" w:type="dxa"/>
              <w:right w:w="70" w:type="dxa"/>
            </w:tcMar>
          </w:tcPr>
          <w:p w14:paraId="45CD1E61" w14:textId="77777777" w:rsidR="00686453" w:rsidRPr="003F0D1D" w:rsidRDefault="00D95FB4">
            <w:pPr>
              <w:rPr>
                <w:szCs w:val="24"/>
              </w:rPr>
            </w:pPr>
            <w:r w:rsidRPr="003F0D1D">
              <w:rPr>
                <w:b/>
                <w:color w:val="015A41"/>
                <w:szCs w:val="24"/>
              </w:rPr>
              <w:t>Additional qualifying annual exercise</w:t>
            </w:r>
          </w:p>
        </w:tc>
        <w:tc>
          <w:tcPr>
            <w:tcW w:w="2570" w:type="dxa"/>
            <w:tcMar>
              <w:top w:w="70" w:type="dxa"/>
              <w:left w:w="70" w:type="dxa"/>
              <w:bottom w:w="70" w:type="dxa"/>
              <w:right w:w="70" w:type="dxa"/>
            </w:tcMar>
          </w:tcPr>
          <w:p w14:paraId="69133B97" w14:textId="77777777" w:rsidR="00686453" w:rsidRPr="003F0D1D" w:rsidRDefault="00D95FB4">
            <w:pPr>
              <w:rPr>
                <w:szCs w:val="24"/>
              </w:rPr>
            </w:pPr>
            <w:r w:rsidRPr="003F0D1D">
              <w:rPr>
                <w:szCs w:val="24"/>
              </w:rPr>
              <w:t>&lt;Date&gt;</w:t>
            </w:r>
          </w:p>
        </w:tc>
        <w:tc>
          <w:tcPr>
            <w:tcW w:w="2570" w:type="dxa"/>
            <w:tcMar>
              <w:top w:w="70" w:type="dxa"/>
              <w:left w:w="70" w:type="dxa"/>
              <w:bottom w:w="70" w:type="dxa"/>
              <w:right w:w="70" w:type="dxa"/>
            </w:tcMar>
          </w:tcPr>
          <w:p w14:paraId="21E1ED38" w14:textId="77777777" w:rsidR="00686453" w:rsidRPr="003F0D1D" w:rsidRDefault="00D95FB4">
            <w:pPr>
              <w:rPr>
                <w:szCs w:val="24"/>
              </w:rPr>
            </w:pPr>
            <w:r w:rsidRPr="003F0D1D">
              <w:rPr>
                <w:szCs w:val="24"/>
              </w:rPr>
              <w:t>&lt;Type&gt;</w:t>
            </w:r>
          </w:p>
        </w:tc>
        <w:tc>
          <w:tcPr>
            <w:tcW w:w="2570" w:type="dxa"/>
            <w:tcMar>
              <w:top w:w="70" w:type="dxa"/>
              <w:left w:w="70" w:type="dxa"/>
              <w:bottom w:w="70" w:type="dxa"/>
              <w:right w:w="70" w:type="dxa"/>
            </w:tcMar>
          </w:tcPr>
          <w:p w14:paraId="73563D41" w14:textId="77777777" w:rsidR="00686453" w:rsidRPr="003F0D1D" w:rsidRDefault="00D95FB4">
            <w:pPr>
              <w:rPr>
                <w:szCs w:val="24"/>
              </w:rPr>
            </w:pPr>
            <w:r w:rsidRPr="003F0D1D">
              <w:rPr>
                <w:szCs w:val="24"/>
              </w:rPr>
              <w:t>&lt;AAR / evidence location&gt;</w:t>
            </w:r>
          </w:p>
        </w:tc>
      </w:tr>
    </w:tbl>
    <w:p w14:paraId="0EE2959C" w14:textId="77777777" w:rsidR="00686453" w:rsidRDefault="00686453">
      <w:pPr>
        <w:spacing w:after="0"/>
      </w:pPr>
    </w:p>
    <w:p w14:paraId="2592415D" w14:textId="5629A719" w:rsidR="00686453" w:rsidRPr="007D0A88" w:rsidRDefault="007D0A88" w:rsidP="007D0A88">
      <w:pPr>
        <w:spacing w:after="0"/>
        <w:rPr>
          <w:sz w:val="20"/>
          <w:szCs w:val="20"/>
          <w:u w:val="single"/>
        </w:rPr>
      </w:pPr>
      <w:r>
        <w:rPr>
          <w:rFonts w:cs="Arial"/>
          <w:b/>
          <w:color w:val="015A41"/>
          <w:sz w:val="19"/>
        </w:rPr>
        <w:t xml:space="preserve">CMS EXEMPTION </w:t>
      </w:r>
      <w:proofErr w:type="gramStart"/>
      <w:r>
        <w:rPr>
          <w:rFonts w:cs="Arial"/>
          <w:b/>
          <w:color w:val="015A41"/>
          <w:sz w:val="19"/>
        </w:rPr>
        <w:t xml:space="preserve">SCOPE  </w:t>
      </w:r>
      <w:r>
        <w:rPr>
          <w:rFonts w:cs="Arial"/>
          <w:color w:val="000000"/>
          <w:sz w:val="18"/>
        </w:rPr>
        <w:t>A</w:t>
      </w:r>
      <w:proofErr w:type="gramEnd"/>
      <w:r>
        <w:rPr>
          <w:rFonts w:cs="Arial"/>
          <w:color w:val="000000"/>
          <w:sz w:val="18"/>
        </w:rPr>
        <w:t xml:space="preserve"> qualifying actual natural or human-caused emergency that requires EOP activation may exempt the facility from its next required community-based full-scale or facility-based functional exercise. It does not remove the separate additional annual exercise requirement. See 42 CFR §483.73(d)(2)(</w:t>
      </w:r>
      <w:proofErr w:type="spellStart"/>
      <w:r>
        <w:rPr>
          <w:rFonts w:cs="Arial"/>
          <w:color w:val="000000"/>
          <w:sz w:val="18"/>
        </w:rPr>
        <w:t>i</w:t>
      </w:r>
      <w:proofErr w:type="spellEnd"/>
      <w:r>
        <w:rPr>
          <w:rFonts w:cs="Arial"/>
          <w:color w:val="000000"/>
          <w:sz w:val="18"/>
        </w:rPr>
        <w:t>)(B) and (ii).</w:t>
      </w:r>
    </w:p>
    <w:p w14:paraId="03D56230" w14:textId="77777777" w:rsidR="002D40B2" w:rsidRDefault="002D40B2"/>
    <w:p w14:paraId="108738C7" w14:textId="77777777" w:rsidR="002D40B2" w:rsidRDefault="002D40B2"/>
    <w:p w14:paraId="5E930F1C" w14:textId="77777777" w:rsidR="002D40B2" w:rsidRDefault="002D40B2"/>
    <w:p w14:paraId="7E877120" w14:textId="77777777" w:rsidR="002D40B2" w:rsidRDefault="002D40B2"/>
    <w:p w14:paraId="3BA0E225" w14:textId="77777777" w:rsidR="002D40B2" w:rsidRDefault="002D40B2"/>
    <w:p w14:paraId="5F747B68" w14:textId="77777777" w:rsidR="002D40B2" w:rsidRDefault="002D40B2"/>
    <w:p w14:paraId="6766BB31" w14:textId="77777777" w:rsidR="002D40B2" w:rsidRDefault="002D40B2"/>
    <w:p w14:paraId="02C2E857" w14:textId="77777777" w:rsidR="002D40B2" w:rsidRDefault="002D40B2"/>
    <w:p w14:paraId="700C6E2D" w14:textId="77777777" w:rsidR="002D40B2" w:rsidRDefault="002D40B2"/>
    <w:p w14:paraId="17D62268" w14:textId="77777777" w:rsidR="002D40B2" w:rsidRDefault="002D40B2"/>
    <w:p w14:paraId="55D7F0D8" w14:textId="77777777" w:rsidR="002D40B2" w:rsidRDefault="002D40B2"/>
    <w:p w14:paraId="12F3577D" w14:textId="77777777" w:rsidR="002D40B2" w:rsidRDefault="002D40B2"/>
    <w:p w14:paraId="109FC1FF" w14:textId="77777777" w:rsidR="002D40B2" w:rsidRDefault="002D40B2"/>
    <w:p w14:paraId="07632A4A" w14:textId="77777777" w:rsidR="002D40B2" w:rsidRDefault="002D40B2"/>
    <w:p w14:paraId="5675F61D" w14:textId="77777777" w:rsidR="002D40B2" w:rsidRDefault="002D40B2"/>
    <w:p w14:paraId="046F541C" w14:textId="77777777" w:rsidR="002D40B2" w:rsidRDefault="002D40B2"/>
    <w:p w14:paraId="76E24F65" w14:textId="77777777" w:rsidR="00686453" w:rsidRDefault="00D95FB4">
      <w:pPr>
        <w:pStyle w:val="Heading1"/>
        <w:pBdr>
          <w:bottom w:val="single" w:sz="14" w:space="5" w:color="E63B07"/>
        </w:pBdr>
        <w:spacing w:before="140" w:after="140"/>
      </w:pPr>
      <w:r>
        <w:rPr>
          <w:rFonts w:ascii="Arial" w:eastAsia="Arial" w:hAnsi="Arial"/>
        </w:rPr>
        <w:lastRenderedPageBreak/>
        <w:t>ATTACHMENT E - MAINE DISASTER DRILL DOCUMENTATION</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14:paraId="7B770664" w14:textId="77777777">
        <w:trPr>
          <w:jc w:val="center"/>
        </w:trPr>
        <w:tc>
          <w:tcPr>
            <w:tcW w:w="10282" w:type="dxa"/>
            <w:shd w:val="clear" w:color="auto" w:fill="FCEFE9"/>
            <w:tcMar>
              <w:top w:w="100" w:type="dxa"/>
              <w:left w:w="130" w:type="dxa"/>
              <w:bottom w:w="100" w:type="dxa"/>
              <w:right w:w="130" w:type="dxa"/>
            </w:tcMar>
          </w:tcPr>
          <w:p w14:paraId="630CC1E3" w14:textId="1DD068EC" w:rsidR="00686453" w:rsidRPr="003F0D1D" w:rsidRDefault="00D95FB4">
            <w:pPr>
              <w:spacing w:after="0"/>
              <w:rPr>
                <w:sz w:val="20"/>
                <w:szCs w:val="20"/>
              </w:rPr>
            </w:pPr>
            <w:r w:rsidRPr="003F0D1D">
              <w:rPr>
                <w:b/>
                <w:color w:val="E63B07"/>
                <w:sz w:val="20"/>
                <w:szCs w:val="20"/>
              </w:rPr>
              <w:t xml:space="preserve">MAINE REQUIREMENT </w:t>
            </w:r>
            <w:r w:rsidR="00F53BF2">
              <w:rPr>
                <w:rFonts w:cs="Arial"/>
                <w:color w:val="000000"/>
                <w:sz w:val="20"/>
              </w:rPr>
              <w:t>10-144 CMR Ch. 110 §</w:t>
            </w:r>
            <w:proofErr w:type="gramStart"/>
            <w:r w:rsidR="00F53BF2">
              <w:rPr>
                <w:rFonts w:cs="Arial"/>
                <w:color w:val="000000"/>
                <w:sz w:val="20"/>
              </w:rPr>
              <w:t>20.D.</w:t>
            </w:r>
            <w:proofErr w:type="gramEnd"/>
            <w:r w:rsidR="00F53BF2">
              <w:rPr>
                <w:rFonts w:cs="Arial"/>
                <w:color w:val="000000"/>
                <w:sz w:val="20"/>
              </w:rPr>
              <w:t>2(e) requires 12 irregular disaster-plan rehearsal drills each year, with at least three per year for each shift, and records of date/time, staff performance, results, and corrective measures. If a Maine drill is also used to meet a CMS exercise requirement, cross-reference the CMS qualifying exercise type and AAR/evidence location in Attachment D; do not assume every Maine drill qualifies.</w:t>
            </w:r>
          </w:p>
        </w:tc>
      </w:tr>
    </w:tbl>
    <w:p w14:paraId="203D1DDF" w14:textId="77777777" w:rsidR="00686453" w:rsidRDefault="00686453">
      <w:pPr>
        <w:spacing w:after="0"/>
      </w:pPr>
    </w:p>
    <w:tbl>
      <w:tblPr>
        <w:tblW w:w="11044"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1821"/>
        <w:gridCol w:w="2070"/>
        <w:gridCol w:w="3420"/>
        <w:gridCol w:w="3733"/>
      </w:tblGrid>
      <w:tr w:rsidR="00686453" w:rsidRPr="003F0D1D" w14:paraId="5367B876" w14:textId="77777777" w:rsidTr="003F0D1D">
        <w:trPr>
          <w:tblHeader/>
          <w:jc w:val="center"/>
        </w:trPr>
        <w:tc>
          <w:tcPr>
            <w:tcW w:w="1821" w:type="dxa"/>
            <w:shd w:val="clear" w:color="auto" w:fill="015A41"/>
            <w:tcMar>
              <w:top w:w="70" w:type="dxa"/>
              <w:left w:w="70" w:type="dxa"/>
              <w:bottom w:w="70" w:type="dxa"/>
              <w:right w:w="70" w:type="dxa"/>
            </w:tcMar>
          </w:tcPr>
          <w:p w14:paraId="63AFAB15" w14:textId="77777777" w:rsidR="00686453" w:rsidRPr="003F0D1D" w:rsidRDefault="00D95FB4">
            <w:pPr>
              <w:rPr>
                <w:szCs w:val="24"/>
              </w:rPr>
            </w:pPr>
            <w:r w:rsidRPr="003F0D1D">
              <w:rPr>
                <w:b/>
                <w:color w:val="FFFFFF"/>
                <w:szCs w:val="24"/>
              </w:rPr>
              <w:t>Date / Time</w:t>
            </w:r>
          </w:p>
        </w:tc>
        <w:tc>
          <w:tcPr>
            <w:tcW w:w="2070" w:type="dxa"/>
            <w:shd w:val="clear" w:color="auto" w:fill="015A41"/>
            <w:tcMar>
              <w:top w:w="70" w:type="dxa"/>
              <w:left w:w="70" w:type="dxa"/>
              <w:bottom w:w="70" w:type="dxa"/>
              <w:right w:w="70" w:type="dxa"/>
            </w:tcMar>
          </w:tcPr>
          <w:p w14:paraId="654331DF" w14:textId="77777777" w:rsidR="00686453" w:rsidRPr="003F0D1D" w:rsidRDefault="00D95FB4">
            <w:pPr>
              <w:rPr>
                <w:szCs w:val="24"/>
              </w:rPr>
            </w:pPr>
            <w:r w:rsidRPr="003F0D1D">
              <w:rPr>
                <w:b/>
                <w:color w:val="FFFFFF"/>
                <w:szCs w:val="24"/>
              </w:rPr>
              <w:t>Shift / Scenario</w:t>
            </w:r>
          </w:p>
        </w:tc>
        <w:tc>
          <w:tcPr>
            <w:tcW w:w="3420" w:type="dxa"/>
            <w:shd w:val="clear" w:color="auto" w:fill="015A41"/>
            <w:tcMar>
              <w:top w:w="70" w:type="dxa"/>
              <w:left w:w="70" w:type="dxa"/>
              <w:bottom w:w="70" w:type="dxa"/>
              <w:right w:w="70" w:type="dxa"/>
            </w:tcMar>
          </w:tcPr>
          <w:p w14:paraId="5DDD31C5" w14:textId="77777777" w:rsidR="00686453" w:rsidRPr="003F0D1D" w:rsidRDefault="00D95FB4">
            <w:pPr>
              <w:rPr>
                <w:szCs w:val="24"/>
              </w:rPr>
            </w:pPr>
            <w:r w:rsidRPr="003F0D1D">
              <w:rPr>
                <w:b/>
                <w:color w:val="FFFFFF"/>
                <w:szCs w:val="24"/>
              </w:rPr>
              <w:t>Staff Performance / Results</w:t>
            </w:r>
          </w:p>
        </w:tc>
        <w:tc>
          <w:tcPr>
            <w:tcW w:w="3733" w:type="dxa"/>
            <w:shd w:val="clear" w:color="auto" w:fill="015A41"/>
            <w:tcMar>
              <w:top w:w="70" w:type="dxa"/>
              <w:left w:w="70" w:type="dxa"/>
              <w:bottom w:w="70" w:type="dxa"/>
              <w:right w:w="70" w:type="dxa"/>
            </w:tcMar>
          </w:tcPr>
          <w:p w14:paraId="09CB32C7" w14:textId="77777777" w:rsidR="00686453" w:rsidRPr="003F0D1D" w:rsidRDefault="00D95FB4">
            <w:pPr>
              <w:rPr>
                <w:szCs w:val="24"/>
              </w:rPr>
            </w:pPr>
            <w:r w:rsidRPr="003F0D1D">
              <w:rPr>
                <w:b/>
                <w:color w:val="FFFFFF"/>
                <w:szCs w:val="24"/>
              </w:rPr>
              <w:t>Corrective Measures / Record Location</w:t>
            </w:r>
          </w:p>
        </w:tc>
      </w:tr>
      <w:tr w:rsidR="00686453" w:rsidRPr="003F0D1D" w14:paraId="04AAAB89" w14:textId="77777777" w:rsidTr="003F0D1D">
        <w:trPr>
          <w:cantSplit/>
          <w:jc w:val="center"/>
        </w:trPr>
        <w:tc>
          <w:tcPr>
            <w:tcW w:w="1821" w:type="dxa"/>
            <w:tcMar>
              <w:top w:w="70" w:type="dxa"/>
              <w:left w:w="70" w:type="dxa"/>
              <w:bottom w:w="70" w:type="dxa"/>
              <w:right w:w="70" w:type="dxa"/>
            </w:tcMar>
          </w:tcPr>
          <w:p w14:paraId="4D1C5B3C" w14:textId="77777777" w:rsidR="00686453" w:rsidRPr="003F0D1D" w:rsidRDefault="00686453">
            <w:pPr>
              <w:rPr>
                <w:szCs w:val="24"/>
              </w:rPr>
            </w:pPr>
          </w:p>
        </w:tc>
        <w:tc>
          <w:tcPr>
            <w:tcW w:w="2070" w:type="dxa"/>
            <w:tcMar>
              <w:top w:w="70" w:type="dxa"/>
              <w:left w:w="70" w:type="dxa"/>
              <w:bottom w:w="70" w:type="dxa"/>
              <w:right w:w="70" w:type="dxa"/>
            </w:tcMar>
          </w:tcPr>
          <w:p w14:paraId="53E4FADE" w14:textId="77777777" w:rsidR="00686453" w:rsidRPr="003F0D1D" w:rsidRDefault="00686453">
            <w:pPr>
              <w:rPr>
                <w:szCs w:val="24"/>
              </w:rPr>
            </w:pPr>
          </w:p>
        </w:tc>
        <w:tc>
          <w:tcPr>
            <w:tcW w:w="3420" w:type="dxa"/>
            <w:tcMar>
              <w:top w:w="70" w:type="dxa"/>
              <w:left w:w="70" w:type="dxa"/>
              <w:bottom w:w="70" w:type="dxa"/>
              <w:right w:w="70" w:type="dxa"/>
            </w:tcMar>
          </w:tcPr>
          <w:p w14:paraId="1278E9F9" w14:textId="77777777" w:rsidR="00686453" w:rsidRPr="003F0D1D" w:rsidRDefault="00686453">
            <w:pPr>
              <w:rPr>
                <w:szCs w:val="24"/>
              </w:rPr>
            </w:pPr>
          </w:p>
        </w:tc>
        <w:tc>
          <w:tcPr>
            <w:tcW w:w="3733" w:type="dxa"/>
            <w:tcMar>
              <w:top w:w="70" w:type="dxa"/>
              <w:left w:w="70" w:type="dxa"/>
              <w:bottom w:w="70" w:type="dxa"/>
              <w:right w:w="70" w:type="dxa"/>
            </w:tcMar>
          </w:tcPr>
          <w:p w14:paraId="43B4A855" w14:textId="77777777" w:rsidR="00686453" w:rsidRPr="003F0D1D" w:rsidRDefault="00686453">
            <w:pPr>
              <w:rPr>
                <w:szCs w:val="24"/>
              </w:rPr>
            </w:pPr>
          </w:p>
        </w:tc>
      </w:tr>
      <w:tr w:rsidR="00686453" w:rsidRPr="003F0D1D" w14:paraId="713EB659" w14:textId="77777777" w:rsidTr="003F0D1D">
        <w:trPr>
          <w:cantSplit/>
          <w:jc w:val="center"/>
        </w:trPr>
        <w:tc>
          <w:tcPr>
            <w:tcW w:w="1821" w:type="dxa"/>
            <w:tcMar>
              <w:top w:w="70" w:type="dxa"/>
              <w:left w:w="70" w:type="dxa"/>
              <w:bottom w:w="70" w:type="dxa"/>
              <w:right w:w="70" w:type="dxa"/>
            </w:tcMar>
          </w:tcPr>
          <w:p w14:paraId="22835467" w14:textId="77777777" w:rsidR="00686453" w:rsidRPr="003F0D1D" w:rsidRDefault="00686453">
            <w:pPr>
              <w:rPr>
                <w:szCs w:val="24"/>
              </w:rPr>
            </w:pPr>
          </w:p>
        </w:tc>
        <w:tc>
          <w:tcPr>
            <w:tcW w:w="2070" w:type="dxa"/>
            <w:tcMar>
              <w:top w:w="70" w:type="dxa"/>
              <w:left w:w="70" w:type="dxa"/>
              <w:bottom w:w="70" w:type="dxa"/>
              <w:right w:w="70" w:type="dxa"/>
            </w:tcMar>
          </w:tcPr>
          <w:p w14:paraId="2349BEA6" w14:textId="77777777" w:rsidR="00686453" w:rsidRPr="003F0D1D" w:rsidRDefault="00686453">
            <w:pPr>
              <w:rPr>
                <w:szCs w:val="24"/>
              </w:rPr>
            </w:pPr>
          </w:p>
        </w:tc>
        <w:tc>
          <w:tcPr>
            <w:tcW w:w="3420" w:type="dxa"/>
            <w:tcMar>
              <w:top w:w="70" w:type="dxa"/>
              <w:left w:w="70" w:type="dxa"/>
              <w:bottom w:w="70" w:type="dxa"/>
              <w:right w:w="70" w:type="dxa"/>
            </w:tcMar>
          </w:tcPr>
          <w:p w14:paraId="5F23A7DE" w14:textId="77777777" w:rsidR="00686453" w:rsidRPr="003F0D1D" w:rsidRDefault="00686453">
            <w:pPr>
              <w:rPr>
                <w:szCs w:val="24"/>
              </w:rPr>
            </w:pPr>
          </w:p>
        </w:tc>
        <w:tc>
          <w:tcPr>
            <w:tcW w:w="3733" w:type="dxa"/>
            <w:tcMar>
              <w:top w:w="70" w:type="dxa"/>
              <w:left w:w="70" w:type="dxa"/>
              <w:bottom w:w="70" w:type="dxa"/>
              <w:right w:w="70" w:type="dxa"/>
            </w:tcMar>
          </w:tcPr>
          <w:p w14:paraId="75EBC703" w14:textId="77777777" w:rsidR="00686453" w:rsidRPr="003F0D1D" w:rsidRDefault="00686453">
            <w:pPr>
              <w:rPr>
                <w:szCs w:val="24"/>
              </w:rPr>
            </w:pPr>
          </w:p>
        </w:tc>
      </w:tr>
      <w:tr w:rsidR="00686453" w:rsidRPr="003F0D1D" w14:paraId="39C0A801" w14:textId="77777777" w:rsidTr="003F0D1D">
        <w:trPr>
          <w:cantSplit/>
          <w:jc w:val="center"/>
        </w:trPr>
        <w:tc>
          <w:tcPr>
            <w:tcW w:w="1821" w:type="dxa"/>
            <w:tcMar>
              <w:top w:w="70" w:type="dxa"/>
              <w:left w:w="70" w:type="dxa"/>
              <w:bottom w:w="70" w:type="dxa"/>
              <w:right w:w="70" w:type="dxa"/>
            </w:tcMar>
          </w:tcPr>
          <w:p w14:paraId="0DE662B4" w14:textId="77777777" w:rsidR="00686453" w:rsidRPr="003F0D1D" w:rsidRDefault="00686453">
            <w:pPr>
              <w:rPr>
                <w:szCs w:val="24"/>
              </w:rPr>
            </w:pPr>
          </w:p>
        </w:tc>
        <w:tc>
          <w:tcPr>
            <w:tcW w:w="2070" w:type="dxa"/>
            <w:tcMar>
              <w:top w:w="70" w:type="dxa"/>
              <w:left w:w="70" w:type="dxa"/>
              <w:bottom w:w="70" w:type="dxa"/>
              <w:right w:w="70" w:type="dxa"/>
            </w:tcMar>
          </w:tcPr>
          <w:p w14:paraId="5A655C4B" w14:textId="77777777" w:rsidR="00686453" w:rsidRPr="003F0D1D" w:rsidRDefault="00686453">
            <w:pPr>
              <w:rPr>
                <w:szCs w:val="24"/>
              </w:rPr>
            </w:pPr>
          </w:p>
        </w:tc>
        <w:tc>
          <w:tcPr>
            <w:tcW w:w="3420" w:type="dxa"/>
            <w:tcMar>
              <w:top w:w="70" w:type="dxa"/>
              <w:left w:w="70" w:type="dxa"/>
              <w:bottom w:w="70" w:type="dxa"/>
              <w:right w:w="70" w:type="dxa"/>
            </w:tcMar>
          </w:tcPr>
          <w:p w14:paraId="7D929F54" w14:textId="77777777" w:rsidR="00686453" w:rsidRPr="003F0D1D" w:rsidRDefault="00686453">
            <w:pPr>
              <w:rPr>
                <w:szCs w:val="24"/>
              </w:rPr>
            </w:pPr>
          </w:p>
        </w:tc>
        <w:tc>
          <w:tcPr>
            <w:tcW w:w="3733" w:type="dxa"/>
            <w:tcMar>
              <w:top w:w="70" w:type="dxa"/>
              <w:left w:w="70" w:type="dxa"/>
              <w:bottom w:w="70" w:type="dxa"/>
              <w:right w:w="70" w:type="dxa"/>
            </w:tcMar>
          </w:tcPr>
          <w:p w14:paraId="7CF763E8" w14:textId="77777777" w:rsidR="00686453" w:rsidRPr="003F0D1D" w:rsidRDefault="00686453">
            <w:pPr>
              <w:rPr>
                <w:szCs w:val="24"/>
              </w:rPr>
            </w:pPr>
          </w:p>
        </w:tc>
      </w:tr>
      <w:tr w:rsidR="00686453" w:rsidRPr="003F0D1D" w14:paraId="47857A7F" w14:textId="77777777" w:rsidTr="003F0D1D">
        <w:trPr>
          <w:cantSplit/>
          <w:jc w:val="center"/>
        </w:trPr>
        <w:tc>
          <w:tcPr>
            <w:tcW w:w="1821" w:type="dxa"/>
            <w:tcMar>
              <w:top w:w="70" w:type="dxa"/>
              <w:left w:w="70" w:type="dxa"/>
              <w:bottom w:w="70" w:type="dxa"/>
              <w:right w:w="70" w:type="dxa"/>
            </w:tcMar>
          </w:tcPr>
          <w:p w14:paraId="2EF9F76B" w14:textId="77777777" w:rsidR="00686453" w:rsidRPr="003F0D1D" w:rsidRDefault="00686453">
            <w:pPr>
              <w:rPr>
                <w:szCs w:val="24"/>
              </w:rPr>
            </w:pPr>
          </w:p>
        </w:tc>
        <w:tc>
          <w:tcPr>
            <w:tcW w:w="2070" w:type="dxa"/>
            <w:tcMar>
              <w:top w:w="70" w:type="dxa"/>
              <w:left w:w="70" w:type="dxa"/>
              <w:bottom w:w="70" w:type="dxa"/>
              <w:right w:w="70" w:type="dxa"/>
            </w:tcMar>
          </w:tcPr>
          <w:p w14:paraId="4695A188" w14:textId="77777777" w:rsidR="00686453" w:rsidRPr="003F0D1D" w:rsidRDefault="00686453">
            <w:pPr>
              <w:rPr>
                <w:szCs w:val="24"/>
              </w:rPr>
            </w:pPr>
          </w:p>
        </w:tc>
        <w:tc>
          <w:tcPr>
            <w:tcW w:w="3420" w:type="dxa"/>
            <w:tcMar>
              <w:top w:w="70" w:type="dxa"/>
              <w:left w:w="70" w:type="dxa"/>
              <w:bottom w:w="70" w:type="dxa"/>
              <w:right w:w="70" w:type="dxa"/>
            </w:tcMar>
          </w:tcPr>
          <w:p w14:paraId="7562BA31" w14:textId="77777777" w:rsidR="00686453" w:rsidRPr="003F0D1D" w:rsidRDefault="00686453">
            <w:pPr>
              <w:rPr>
                <w:szCs w:val="24"/>
              </w:rPr>
            </w:pPr>
          </w:p>
        </w:tc>
        <w:tc>
          <w:tcPr>
            <w:tcW w:w="3733" w:type="dxa"/>
            <w:tcMar>
              <w:top w:w="70" w:type="dxa"/>
              <w:left w:w="70" w:type="dxa"/>
              <w:bottom w:w="70" w:type="dxa"/>
              <w:right w:w="70" w:type="dxa"/>
            </w:tcMar>
          </w:tcPr>
          <w:p w14:paraId="678DD732" w14:textId="77777777" w:rsidR="00686453" w:rsidRPr="003F0D1D" w:rsidRDefault="00686453">
            <w:pPr>
              <w:rPr>
                <w:szCs w:val="24"/>
              </w:rPr>
            </w:pPr>
          </w:p>
        </w:tc>
      </w:tr>
      <w:tr w:rsidR="00686453" w:rsidRPr="003F0D1D" w14:paraId="47FC4B93" w14:textId="77777777" w:rsidTr="003F0D1D">
        <w:trPr>
          <w:cantSplit/>
          <w:jc w:val="center"/>
        </w:trPr>
        <w:tc>
          <w:tcPr>
            <w:tcW w:w="1821" w:type="dxa"/>
            <w:tcMar>
              <w:top w:w="70" w:type="dxa"/>
              <w:left w:w="70" w:type="dxa"/>
              <w:bottom w:w="70" w:type="dxa"/>
              <w:right w:w="70" w:type="dxa"/>
            </w:tcMar>
          </w:tcPr>
          <w:p w14:paraId="66B9321A" w14:textId="77777777" w:rsidR="00686453" w:rsidRPr="003F0D1D" w:rsidRDefault="00686453">
            <w:pPr>
              <w:rPr>
                <w:szCs w:val="24"/>
              </w:rPr>
            </w:pPr>
          </w:p>
        </w:tc>
        <w:tc>
          <w:tcPr>
            <w:tcW w:w="2070" w:type="dxa"/>
            <w:tcMar>
              <w:top w:w="70" w:type="dxa"/>
              <w:left w:w="70" w:type="dxa"/>
              <w:bottom w:w="70" w:type="dxa"/>
              <w:right w:w="70" w:type="dxa"/>
            </w:tcMar>
          </w:tcPr>
          <w:p w14:paraId="69C3F2B9" w14:textId="77777777" w:rsidR="00686453" w:rsidRPr="003F0D1D" w:rsidRDefault="00686453">
            <w:pPr>
              <w:rPr>
                <w:szCs w:val="24"/>
              </w:rPr>
            </w:pPr>
          </w:p>
        </w:tc>
        <w:tc>
          <w:tcPr>
            <w:tcW w:w="3420" w:type="dxa"/>
            <w:tcMar>
              <w:top w:w="70" w:type="dxa"/>
              <w:left w:w="70" w:type="dxa"/>
              <w:bottom w:w="70" w:type="dxa"/>
              <w:right w:w="70" w:type="dxa"/>
            </w:tcMar>
          </w:tcPr>
          <w:p w14:paraId="1D4396E6" w14:textId="77777777" w:rsidR="00686453" w:rsidRPr="003F0D1D" w:rsidRDefault="00686453">
            <w:pPr>
              <w:rPr>
                <w:szCs w:val="24"/>
              </w:rPr>
            </w:pPr>
          </w:p>
        </w:tc>
        <w:tc>
          <w:tcPr>
            <w:tcW w:w="3733" w:type="dxa"/>
            <w:tcMar>
              <w:top w:w="70" w:type="dxa"/>
              <w:left w:w="70" w:type="dxa"/>
              <w:bottom w:w="70" w:type="dxa"/>
              <w:right w:w="70" w:type="dxa"/>
            </w:tcMar>
          </w:tcPr>
          <w:p w14:paraId="4500BA6A" w14:textId="77777777" w:rsidR="00686453" w:rsidRPr="003F0D1D" w:rsidRDefault="00686453">
            <w:pPr>
              <w:rPr>
                <w:szCs w:val="24"/>
              </w:rPr>
            </w:pPr>
          </w:p>
        </w:tc>
      </w:tr>
      <w:tr w:rsidR="00686453" w:rsidRPr="003F0D1D" w14:paraId="2E302DDD" w14:textId="77777777" w:rsidTr="003F0D1D">
        <w:trPr>
          <w:cantSplit/>
          <w:jc w:val="center"/>
        </w:trPr>
        <w:tc>
          <w:tcPr>
            <w:tcW w:w="1821" w:type="dxa"/>
            <w:tcMar>
              <w:top w:w="70" w:type="dxa"/>
              <w:left w:w="70" w:type="dxa"/>
              <w:bottom w:w="70" w:type="dxa"/>
              <w:right w:w="70" w:type="dxa"/>
            </w:tcMar>
          </w:tcPr>
          <w:p w14:paraId="34EC22CA" w14:textId="77777777" w:rsidR="00686453" w:rsidRPr="003F0D1D" w:rsidRDefault="00686453">
            <w:pPr>
              <w:rPr>
                <w:szCs w:val="24"/>
              </w:rPr>
            </w:pPr>
          </w:p>
        </w:tc>
        <w:tc>
          <w:tcPr>
            <w:tcW w:w="2070" w:type="dxa"/>
            <w:tcMar>
              <w:top w:w="70" w:type="dxa"/>
              <w:left w:w="70" w:type="dxa"/>
              <w:bottom w:w="70" w:type="dxa"/>
              <w:right w:w="70" w:type="dxa"/>
            </w:tcMar>
          </w:tcPr>
          <w:p w14:paraId="61FF77CC" w14:textId="77777777" w:rsidR="00686453" w:rsidRPr="003F0D1D" w:rsidRDefault="00686453">
            <w:pPr>
              <w:rPr>
                <w:szCs w:val="24"/>
              </w:rPr>
            </w:pPr>
          </w:p>
        </w:tc>
        <w:tc>
          <w:tcPr>
            <w:tcW w:w="3420" w:type="dxa"/>
            <w:tcMar>
              <w:top w:w="70" w:type="dxa"/>
              <w:left w:w="70" w:type="dxa"/>
              <w:bottom w:w="70" w:type="dxa"/>
              <w:right w:w="70" w:type="dxa"/>
            </w:tcMar>
          </w:tcPr>
          <w:p w14:paraId="20A3B3D7" w14:textId="77777777" w:rsidR="00686453" w:rsidRPr="003F0D1D" w:rsidRDefault="00686453">
            <w:pPr>
              <w:rPr>
                <w:szCs w:val="24"/>
              </w:rPr>
            </w:pPr>
          </w:p>
        </w:tc>
        <w:tc>
          <w:tcPr>
            <w:tcW w:w="3733" w:type="dxa"/>
            <w:tcMar>
              <w:top w:w="70" w:type="dxa"/>
              <w:left w:w="70" w:type="dxa"/>
              <w:bottom w:w="70" w:type="dxa"/>
              <w:right w:w="70" w:type="dxa"/>
            </w:tcMar>
          </w:tcPr>
          <w:p w14:paraId="4336F3B5" w14:textId="77777777" w:rsidR="00686453" w:rsidRPr="003F0D1D" w:rsidRDefault="00686453">
            <w:pPr>
              <w:rPr>
                <w:szCs w:val="24"/>
              </w:rPr>
            </w:pPr>
          </w:p>
        </w:tc>
      </w:tr>
      <w:tr w:rsidR="00686453" w:rsidRPr="003F0D1D" w14:paraId="5AEA0B1D" w14:textId="77777777" w:rsidTr="003F0D1D">
        <w:trPr>
          <w:cantSplit/>
          <w:jc w:val="center"/>
        </w:trPr>
        <w:tc>
          <w:tcPr>
            <w:tcW w:w="1821" w:type="dxa"/>
            <w:tcMar>
              <w:top w:w="70" w:type="dxa"/>
              <w:left w:w="70" w:type="dxa"/>
              <w:bottom w:w="70" w:type="dxa"/>
              <w:right w:w="70" w:type="dxa"/>
            </w:tcMar>
          </w:tcPr>
          <w:p w14:paraId="095C393A" w14:textId="77777777" w:rsidR="00686453" w:rsidRPr="003F0D1D" w:rsidRDefault="00686453">
            <w:pPr>
              <w:rPr>
                <w:szCs w:val="24"/>
              </w:rPr>
            </w:pPr>
          </w:p>
        </w:tc>
        <w:tc>
          <w:tcPr>
            <w:tcW w:w="2070" w:type="dxa"/>
            <w:tcMar>
              <w:top w:w="70" w:type="dxa"/>
              <w:left w:w="70" w:type="dxa"/>
              <w:bottom w:w="70" w:type="dxa"/>
              <w:right w:w="70" w:type="dxa"/>
            </w:tcMar>
          </w:tcPr>
          <w:p w14:paraId="320C138E" w14:textId="77777777" w:rsidR="00686453" w:rsidRPr="003F0D1D" w:rsidRDefault="00686453">
            <w:pPr>
              <w:rPr>
                <w:szCs w:val="24"/>
              </w:rPr>
            </w:pPr>
          </w:p>
        </w:tc>
        <w:tc>
          <w:tcPr>
            <w:tcW w:w="3420" w:type="dxa"/>
            <w:tcMar>
              <w:top w:w="70" w:type="dxa"/>
              <w:left w:w="70" w:type="dxa"/>
              <w:bottom w:w="70" w:type="dxa"/>
              <w:right w:w="70" w:type="dxa"/>
            </w:tcMar>
          </w:tcPr>
          <w:p w14:paraId="1456EBE1" w14:textId="77777777" w:rsidR="00686453" w:rsidRPr="003F0D1D" w:rsidRDefault="00686453">
            <w:pPr>
              <w:rPr>
                <w:szCs w:val="24"/>
              </w:rPr>
            </w:pPr>
          </w:p>
        </w:tc>
        <w:tc>
          <w:tcPr>
            <w:tcW w:w="3733" w:type="dxa"/>
            <w:tcMar>
              <w:top w:w="70" w:type="dxa"/>
              <w:left w:w="70" w:type="dxa"/>
              <w:bottom w:w="70" w:type="dxa"/>
              <w:right w:w="70" w:type="dxa"/>
            </w:tcMar>
          </w:tcPr>
          <w:p w14:paraId="65A3E08A" w14:textId="77777777" w:rsidR="00686453" w:rsidRPr="003F0D1D" w:rsidRDefault="00686453">
            <w:pPr>
              <w:rPr>
                <w:szCs w:val="24"/>
              </w:rPr>
            </w:pPr>
          </w:p>
        </w:tc>
      </w:tr>
      <w:tr w:rsidR="00686453" w:rsidRPr="003F0D1D" w14:paraId="55D925A5" w14:textId="77777777" w:rsidTr="003F0D1D">
        <w:trPr>
          <w:cantSplit/>
          <w:jc w:val="center"/>
        </w:trPr>
        <w:tc>
          <w:tcPr>
            <w:tcW w:w="1821" w:type="dxa"/>
            <w:tcMar>
              <w:top w:w="70" w:type="dxa"/>
              <w:left w:w="70" w:type="dxa"/>
              <w:bottom w:w="70" w:type="dxa"/>
              <w:right w:w="70" w:type="dxa"/>
            </w:tcMar>
          </w:tcPr>
          <w:p w14:paraId="5FB93079" w14:textId="77777777" w:rsidR="00686453" w:rsidRPr="003F0D1D" w:rsidRDefault="00686453">
            <w:pPr>
              <w:rPr>
                <w:szCs w:val="24"/>
              </w:rPr>
            </w:pPr>
          </w:p>
        </w:tc>
        <w:tc>
          <w:tcPr>
            <w:tcW w:w="2070" w:type="dxa"/>
            <w:tcMar>
              <w:top w:w="70" w:type="dxa"/>
              <w:left w:w="70" w:type="dxa"/>
              <w:bottom w:w="70" w:type="dxa"/>
              <w:right w:w="70" w:type="dxa"/>
            </w:tcMar>
          </w:tcPr>
          <w:p w14:paraId="5E858319" w14:textId="77777777" w:rsidR="00686453" w:rsidRPr="003F0D1D" w:rsidRDefault="00686453">
            <w:pPr>
              <w:rPr>
                <w:szCs w:val="24"/>
              </w:rPr>
            </w:pPr>
          </w:p>
        </w:tc>
        <w:tc>
          <w:tcPr>
            <w:tcW w:w="3420" w:type="dxa"/>
            <w:tcMar>
              <w:top w:w="70" w:type="dxa"/>
              <w:left w:w="70" w:type="dxa"/>
              <w:bottom w:w="70" w:type="dxa"/>
              <w:right w:w="70" w:type="dxa"/>
            </w:tcMar>
          </w:tcPr>
          <w:p w14:paraId="43033A90" w14:textId="77777777" w:rsidR="00686453" w:rsidRPr="003F0D1D" w:rsidRDefault="00686453">
            <w:pPr>
              <w:rPr>
                <w:szCs w:val="24"/>
              </w:rPr>
            </w:pPr>
          </w:p>
        </w:tc>
        <w:tc>
          <w:tcPr>
            <w:tcW w:w="3733" w:type="dxa"/>
            <w:tcMar>
              <w:top w:w="70" w:type="dxa"/>
              <w:left w:w="70" w:type="dxa"/>
              <w:bottom w:w="70" w:type="dxa"/>
              <w:right w:w="70" w:type="dxa"/>
            </w:tcMar>
          </w:tcPr>
          <w:p w14:paraId="6DEA700A" w14:textId="77777777" w:rsidR="00686453" w:rsidRPr="003F0D1D" w:rsidRDefault="00686453">
            <w:pPr>
              <w:rPr>
                <w:szCs w:val="24"/>
              </w:rPr>
            </w:pPr>
          </w:p>
        </w:tc>
      </w:tr>
      <w:tr w:rsidR="00686453" w:rsidRPr="003F0D1D" w14:paraId="404FB237" w14:textId="77777777" w:rsidTr="003F0D1D">
        <w:trPr>
          <w:cantSplit/>
          <w:jc w:val="center"/>
        </w:trPr>
        <w:tc>
          <w:tcPr>
            <w:tcW w:w="1821" w:type="dxa"/>
            <w:tcMar>
              <w:top w:w="70" w:type="dxa"/>
              <w:left w:w="70" w:type="dxa"/>
              <w:bottom w:w="70" w:type="dxa"/>
              <w:right w:w="70" w:type="dxa"/>
            </w:tcMar>
          </w:tcPr>
          <w:p w14:paraId="06860815" w14:textId="77777777" w:rsidR="00686453" w:rsidRPr="003F0D1D" w:rsidRDefault="00686453">
            <w:pPr>
              <w:rPr>
                <w:szCs w:val="24"/>
              </w:rPr>
            </w:pPr>
          </w:p>
        </w:tc>
        <w:tc>
          <w:tcPr>
            <w:tcW w:w="2070" w:type="dxa"/>
            <w:tcMar>
              <w:top w:w="70" w:type="dxa"/>
              <w:left w:w="70" w:type="dxa"/>
              <w:bottom w:w="70" w:type="dxa"/>
              <w:right w:w="70" w:type="dxa"/>
            </w:tcMar>
          </w:tcPr>
          <w:p w14:paraId="5EF0B8A3" w14:textId="77777777" w:rsidR="00686453" w:rsidRPr="003F0D1D" w:rsidRDefault="00686453">
            <w:pPr>
              <w:rPr>
                <w:szCs w:val="24"/>
              </w:rPr>
            </w:pPr>
          </w:p>
        </w:tc>
        <w:tc>
          <w:tcPr>
            <w:tcW w:w="3420" w:type="dxa"/>
            <w:tcMar>
              <w:top w:w="70" w:type="dxa"/>
              <w:left w:w="70" w:type="dxa"/>
              <w:bottom w:w="70" w:type="dxa"/>
              <w:right w:w="70" w:type="dxa"/>
            </w:tcMar>
          </w:tcPr>
          <w:p w14:paraId="53E82918" w14:textId="77777777" w:rsidR="00686453" w:rsidRPr="003F0D1D" w:rsidRDefault="00686453">
            <w:pPr>
              <w:rPr>
                <w:szCs w:val="24"/>
              </w:rPr>
            </w:pPr>
          </w:p>
        </w:tc>
        <w:tc>
          <w:tcPr>
            <w:tcW w:w="3733" w:type="dxa"/>
            <w:tcMar>
              <w:top w:w="70" w:type="dxa"/>
              <w:left w:w="70" w:type="dxa"/>
              <w:bottom w:w="70" w:type="dxa"/>
              <w:right w:w="70" w:type="dxa"/>
            </w:tcMar>
          </w:tcPr>
          <w:p w14:paraId="0C7D5C6E" w14:textId="77777777" w:rsidR="00686453" w:rsidRPr="003F0D1D" w:rsidRDefault="00686453">
            <w:pPr>
              <w:rPr>
                <w:szCs w:val="24"/>
              </w:rPr>
            </w:pPr>
          </w:p>
        </w:tc>
      </w:tr>
      <w:tr w:rsidR="00686453" w:rsidRPr="003F0D1D" w14:paraId="6CC48F3F" w14:textId="77777777" w:rsidTr="003F0D1D">
        <w:trPr>
          <w:cantSplit/>
          <w:jc w:val="center"/>
        </w:trPr>
        <w:tc>
          <w:tcPr>
            <w:tcW w:w="1821" w:type="dxa"/>
            <w:tcMar>
              <w:top w:w="70" w:type="dxa"/>
              <w:left w:w="70" w:type="dxa"/>
              <w:bottom w:w="70" w:type="dxa"/>
              <w:right w:w="70" w:type="dxa"/>
            </w:tcMar>
          </w:tcPr>
          <w:p w14:paraId="4C74C20B" w14:textId="77777777" w:rsidR="00686453" w:rsidRPr="003F0D1D" w:rsidRDefault="00686453">
            <w:pPr>
              <w:rPr>
                <w:szCs w:val="24"/>
              </w:rPr>
            </w:pPr>
          </w:p>
        </w:tc>
        <w:tc>
          <w:tcPr>
            <w:tcW w:w="2070" w:type="dxa"/>
            <w:tcMar>
              <w:top w:w="70" w:type="dxa"/>
              <w:left w:w="70" w:type="dxa"/>
              <w:bottom w:w="70" w:type="dxa"/>
              <w:right w:w="70" w:type="dxa"/>
            </w:tcMar>
          </w:tcPr>
          <w:p w14:paraId="36450693" w14:textId="77777777" w:rsidR="00686453" w:rsidRPr="003F0D1D" w:rsidRDefault="00686453">
            <w:pPr>
              <w:rPr>
                <w:szCs w:val="24"/>
              </w:rPr>
            </w:pPr>
          </w:p>
        </w:tc>
        <w:tc>
          <w:tcPr>
            <w:tcW w:w="3420" w:type="dxa"/>
            <w:tcMar>
              <w:top w:w="70" w:type="dxa"/>
              <w:left w:w="70" w:type="dxa"/>
              <w:bottom w:w="70" w:type="dxa"/>
              <w:right w:w="70" w:type="dxa"/>
            </w:tcMar>
          </w:tcPr>
          <w:p w14:paraId="111A026F" w14:textId="77777777" w:rsidR="00686453" w:rsidRPr="003F0D1D" w:rsidRDefault="00686453">
            <w:pPr>
              <w:rPr>
                <w:szCs w:val="24"/>
              </w:rPr>
            </w:pPr>
          </w:p>
        </w:tc>
        <w:tc>
          <w:tcPr>
            <w:tcW w:w="3733" w:type="dxa"/>
            <w:tcMar>
              <w:top w:w="70" w:type="dxa"/>
              <w:left w:w="70" w:type="dxa"/>
              <w:bottom w:w="70" w:type="dxa"/>
              <w:right w:w="70" w:type="dxa"/>
            </w:tcMar>
          </w:tcPr>
          <w:p w14:paraId="2DDC0550" w14:textId="77777777" w:rsidR="00686453" w:rsidRPr="003F0D1D" w:rsidRDefault="00686453">
            <w:pPr>
              <w:rPr>
                <w:szCs w:val="24"/>
              </w:rPr>
            </w:pPr>
          </w:p>
        </w:tc>
      </w:tr>
      <w:tr w:rsidR="00686453" w:rsidRPr="003F0D1D" w14:paraId="389B5DD8" w14:textId="77777777" w:rsidTr="003F0D1D">
        <w:trPr>
          <w:cantSplit/>
          <w:jc w:val="center"/>
        </w:trPr>
        <w:tc>
          <w:tcPr>
            <w:tcW w:w="1821" w:type="dxa"/>
            <w:tcMar>
              <w:top w:w="70" w:type="dxa"/>
              <w:left w:w="70" w:type="dxa"/>
              <w:bottom w:w="70" w:type="dxa"/>
              <w:right w:w="70" w:type="dxa"/>
            </w:tcMar>
          </w:tcPr>
          <w:p w14:paraId="4BB86523" w14:textId="77777777" w:rsidR="00686453" w:rsidRPr="003F0D1D" w:rsidRDefault="00686453">
            <w:pPr>
              <w:rPr>
                <w:szCs w:val="24"/>
              </w:rPr>
            </w:pPr>
          </w:p>
        </w:tc>
        <w:tc>
          <w:tcPr>
            <w:tcW w:w="2070" w:type="dxa"/>
            <w:tcMar>
              <w:top w:w="70" w:type="dxa"/>
              <w:left w:w="70" w:type="dxa"/>
              <w:bottom w:w="70" w:type="dxa"/>
              <w:right w:w="70" w:type="dxa"/>
            </w:tcMar>
          </w:tcPr>
          <w:p w14:paraId="7C0CD64A" w14:textId="77777777" w:rsidR="00686453" w:rsidRPr="003F0D1D" w:rsidRDefault="00686453">
            <w:pPr>
              <w:rPr>
                <w:szCs w:val="24"/>
              </w:rPr>
            </w:pPr>
          </w:p>
        </w:tc>
        <w:tc>
          <w:tcPr>
            <w:tcW w:w="3420" w:type="dxa"/>
            <w:tcMar>
              <w:top w:w="70" w:type="dxa"/>
              <w:left w:w="70" w:type="dxa"/>
              <w:bottom w:w="70" w:type="dxa"/>
              <w:right w:w="70" w:type="dxa"/>
            </w:tcMar>
          </w:tcPr>
          <w:p w14:paraId="1385C847" w14:textId="77777777" w:rsidR="00686453" w:rsidRPr="003F0D1D" w:rsidRDefault="00686453">
            <w:pPr>
              <w:rPr>
                <w:szCs w:val="24"/>
              </w:rPr>
            </w:pPr>
          </w:p>
        </w:tc>
        <w:tc>
          <w:tcPr>
            <w:tcW w:w="3733" w:type="dxa"/>
            <w:tcMar>
              <w:top w:w="70" w:type="dxa"/>
              <w:left w:w="70" w:type="dxa"/>
              <w:bottom w:w="70" w:type="dxa"/>
              <w:right w:w="70" w:type="dxa"/>
            </w:tcMar>
          </w:tcPr>
          <w:p w14:paraId="0E60F4C8" w14:textId="77777777" w:rsidR="00686453" w:rsidRPr="003F0D1D" w:rsidRDefault="00686453">
            <w:pPr>
              <w:rPr>
                <w:szCs w:val="24"/>
              </w:rPr>
            </w:pPr>
          </w:p>
        </w:tc>
      </w:tr>
      <w:tr w:rsidR="00686453" w:rsidRPr="003F0D1D" w14:paraId="2E33F05C" w14:textId="77777777" w:rsidTr="003F0D1D">
        <w:trPr>
          <w:cantSplit/>
          <w:jc w:val="center"/>
        </w:trPr>
        <w:tc>
          <w:tcPr>
            <w:tcW w:w="1821" w:type="dxa"/>
            <w:tcMar>
              <w:top w:w="70" w:type="dxa"/>
              <w:left w:w="70" w:type="dxa"/>
              <w:bottom w:w="70" w:type="dxa"/>
              <w:right w:w="70" w:type="dxa"/>
            </w:tcMar>
          </w:tcPr>
          <w:p w14:paraId="3B6C025B" w14:textId="77777777" w:rsidR="00686453" w:rsidRPr="003F0D1D" w:rsidRDefault="00686453">
            <w:pPr>
              <w:rPr>
                <w:szCs w:val="24"/>
              </w:rPr>
            </w:pPr>
          </w:p>
        </w:tc>
        <w:tc>
          <w:tcPr>
            <w:tcW w:w="2070" w:type="dxa"/>
            <w:tcMar>
              <w:top w:w="70" w:type="dxa"/>
              <w:left w:w="70" w:type="dxa"/>
              <w:bottom w:w="70" w:type="dxa"/>
              <w:right w:w="70" w:type="dxa"/>
            </w:tcMar>
          </w:tcPr>
          <w:p w14:paraId="39A34390" w14:textId="77777777" w:rsidR="00686453" w:rsidRPr="003F0D1D" w:rsidRDefault="00686453">
            <w:pPr>
              <w:rPr>
                <w:szCs w:val="24"/>
              </w:rPr>
            </w:pPr>
          </w:p>
        </w:tc>
        <w:tc>
          <w:tcPr>
            <w:tcW w:w="3420" w:type="dxa"/>
            <w:tcMar>
              <w:top w:w="70" w:type="dxa"/>
              <w:left w:w="70" w:type="dxa"/>
              <w:bottom w:w="70" w:type="dxa"/>
              <w:right w:w="70" w:type="dxa"/>
            </w:tcMar>
          </w:tcPr>
          <w:p w14:paraId="4763B15F" w14:textId="77777777" w:rsidR="00686453" w:rsidRPr="003F0D1D" w:rsidRDefault="00686453">
            <w:pPr>
              <w:rPr>
                <w:szCs w:val="24"/>
              </w:rPr>
            </w:pPr>
          </w:p>
        </w:tc>
        <w:tc>
          <w:tcPr>
            <w:tcW w:w="3733" w:type="dxa"/>
            <w:tcMar>
              <w:top w:w="70" w:type="dxa"/>
              <w:left w:w="70" w:type="dxa"/>
              <w:bottom w:w="70" w:type="dxa"/>
              <w:right w:w="70" w:type="dxa"/>
            </w:tcMar>
          </w:tcPr>
          <w:p w14:paraId="56985CFB" w14:textId="77777777" w:rsidR="00686453" w:rsidRPr="003F0D1D" w:rsidRDefault="00686453">
            <w:pPr>
              <w:rPr>
                <w:szCs w:val="24"/>
              </w:rPr>
            </w:pPr>
          </w:p>
        </w:tc>
      </w:tr>
      <w:tr w:rsidR="00686453" w:rsidRPr="003F0D1D" w14:paraId="694C0EFA" w14:textId="77777777" w:rsidTr="003F0D1D">
        <w:trPr>
          <w:cantSplit/>
          <w:jc w:val="center"/>
        </w:trPr>
        <w:tc>
          <w:tcPr>
            <w:tcW w:w="1821" w:type="dxa"/>
            <w:tcMar>
              <w:top w:w="70" w:type="dxa"/>
              <w:left w:w="70" w:type="dxa"/>
              <w:bottom w:w="70" w:type="dxa"/>
              <w:right w:w="70" w:type="dxa"/>
            </w:tcMar>
          </w:tcPr>
          <w:p w14:paraId="1998D7D6" w14:textId="77777777" w:rsidR="00686453" w:rsidRPr="003F0D1D" w:rsidRDefault="00686453">
            <w:pPr>
              <w:rPr>
                <w:szCs w:val="24"/>
              </w:rPr>
            </w:pPr>
          </w:p>
        </w:tc>
        <w:tc>
          <w:tcPr>
            <w:tcW w:w="2070" w:type="dxa"/>
            <w:tcMar>
              <w:top w:w="70" w:type="dxa"/>
              <w:left w:w="70" w:type="dxa"/>
              <w:bottom w:w="70" w:type="dxa"/>
              <w:right w:w="70" w:type="dxa"/>
            </w:tcMar>
          </w:tcPr>
          <w:p w14:paraId="179CDB20" w14:textId="77777777" w:rsidR="00686453" w:rsidRPr="003F0D1D" w:rsidRDefault="00686453">
            <w:pPr>
              <w:rPr>
                <w:szCs w:val="24"/>
              </w:rPr>
            </w:pPr>
          </w:p>
        </w:tc>
        <w:tc>
          <w:tcPr>
            <w:tcW w:w="3420" w:type="dxa"/>
            <w:tcMar>
              <w:top w:w="70" w:type="dxa"/>
              <w:left w:w="70" w:type="dxa"/>
              <w:bottom w:w="70" w:type="dxa"/>
              <w:right w:w="70" w:type="dxa"/>
            </w:tcMar>
          </w:tcPr>
          <w:p w14:paraId="778F1ECF" w14:textId="77777777" w:rsidR="00686453" w:rsidRPr="003F0D1D" w:rsidRDefault="00686453">
            <w:pPr>
              <w:rPr>
                <w:szCs w:val="24"/>
              </w:rPr>
            </w:pPr>
          </w:p>
        </w:tc>
        <w:tc>
          <w:tcPr>
            <w:tcW w:w="3733" w:type="dxa"/>
            <w:tcMar>
              <w:top w:w="70" w:type="dxa"/>
              <w:left w:w="70" w:type="dxa"/>
              <w:bottom w:w="70" w:type="dxa"/>
              <w:right w:w="70" w:type="dxa"/>
            </w:tcMar>
          </w:tcPr>
          <w:p w14:paraId="489DD047" w14:textId="77777777" w:rsidR="00686453" w:rsidRPr="003F0D1D" w:rsidRDefault="00686453">
            <w:pPr>
              <w:rPr>
                <w:szCs w:val="24"/>
              </w:rPr>
            </w:pPr>
          </w:p>
        </w:tc>
      </w:tr>
      <w:tr w:rsidR="00686453" w:rsidRPr="003F0D1D" w14:paraId="3014404C" w14:textId="77777777" w:rsidTr="003F0D1D">
        <w:trPr>
          <w:cantSplit/>
          <w:jc w:val="center"/>
        </w:trPr>
        <w:tc>
          <w:tcPr>
            <w:tcW w:w="1821" w:type="dxa"/>
            <w:tcMar>
              <w:top w:w="70" w:type="dxa"/>
              <w:left w:w="70" w:type="dxa"/>
              <w:bottom w:w="70" w:type="dxa"/>
              <w:right w:w="70" w:type="dxa"/>
            </w:tcMar>
          </w:tcPr>
          <w:p w14:paraId="25E78F33" w14:textId="77777777" w:rsidR="00686453" w:rsidRPr="003F0D1D" w:rsidRDefault="00686453">
            <w:pPr>
              <w:rPr>
                <w:szCs w:val="24"/>
              </w:rPr>
            </w:pPr>
          </w:p>
        </w:tc>
        <w:tc>
          <w:tcPr>
            <w:tcW w:w="2070" w:type="dxa"/>
            <w:tcMar>
              <w:top w:w="70" w:type="dxa"/>
              <w:left w:w="70" w:type="dxa"/>
              <w:bottom w:w="70" w:type="dxa"/>
              <w:right w:w="70" w:type="dxa"/>
            </w:tcMar>
          </w:tcPr>
          <w:p w14:paraId="3F6D4D1A" w14:textId="77777777" w:rsidR="00686453" w:rsidRPr="003F0D1D" w:rsidRDefault="00686453">
            <w:pPr>
              <w:rPr>
                <w:szCs w:val="24"/>
              </w:rPr>
            </w:pPr>
          </w:p>
        </w:tc>
        <w:tc>
          <w:tcPr>
            <w:tcW w:w="3420" w:type="dxa"/>
            <w:tcMar>
              <w:top w:w="70" w:type="dxa"/>
              <w:left w:w="70" w:type="dxa"/>
              <w:bottom w:w="70" w:type="dxa"/>
              <w:right w:w="70" w:type="dxa"/>
            </w:tcMar>
          </w:tcPr>
          <w:p w14:paraId="5F33B36A" w14:textId="77777777" w:rsidR="00686453" w:rsidRPr="003F0D1D" w:rsidRDefault="00686453">
            <w:pPr>
              <w:rPr>
                <w:szCs w:val="24"/>
              </w:rPr>
            </w:pPr>
          </w:p>
        </w:tc>
        <w:tc>
          <w:tcPr>
            <w:tcW w:w="3733" w:type="dxa"/>
            <w:tcMar>
              <w:top w:w="70" w:type="dxa"/>
              <w:left w:w="70" w:type="dxa"/>
              <w:bottom w:w="70" w:type="dxa"/>
              <w:right w:w="70" w:type="dxa"/>
            </w:tcMar>
          </w:tcPr>
          <w:p w14:paraId="5D76C299" w14:textId="77777777" w:rsidR="00686453" w:rsidRPr="003F0D1D" w:rsidRDefault="00686453">
            <w:pPr>
              <w:rPr>
                <w:szCs w:val="24"/>
              </w:rPr>
            </w:pPr>
          </w:p>
        </w:tc>
      </w:tr>
    </w:tbl>
    <w:p w14:paraId="13F37FD9" w14:textId="77777777" w:rsidR="00686453" w:rsidRDefault="00686453">
      <w:pPr>
        <w:spacing w:after="0"/>
      </w:pPr>
    </w:p>
    <w:p w14:paraId="7F7C724F" w14:textId="77777777" w:rsidR="00686453" w:rsidRDefault="00D95FB4">
      <w:r>
        <w:br w:type="page"/>
      </w:r>
    </w:p>
    <w:p w14:paraId="643A2FAB" w14:textId="77777777" w:rsidR="00686453" w:rsidRDefault="00D95FB4">
      <w:pPr>
        <w:pStyle w:val="Heading1"/>
        <w:pBdr>
          <w:bottom w:val="single" w:sz="14" w:space="5" w:color="E63B07"/>
        </w:pBdr>
        <w:spacing w:before="140" w:after="140"/>
      </w:pPr>
      <w:r>
        <w:rPr>
          <w:rFonts w:ascii="Arial" w:eastAsia="Arial" w:hAnsi="Arial"/>
        </w:rPr>
        <w:lastRenderedPageBreak/>
        <w:t>ATTACHMENT F - EMERGENCY CONTACTS &amp; COMMUNICATION RESOURCES</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6594CA43" w14:textId="77777777">
        <w:trPr>
          <w:jc w:val="center"/>
        </w:trPr>
        <w:tc>
          <w:tcPr>
            <w:tcW w:w="10282" w:type="dxa"/>
            <w:shd w:val="clear" w:color="auto" w:fill="EAF3EF"/>
            <w:tcMar>
              <w:top w:w="100" w:type="dxa"/>
              <w:left w:w="130" w:type="dxa"/>
              <w:bottom w:w="100" w:type="dxa"/>
              <w:right w:w="130" w:type="dxa"/>
            </w:tcMar>
          </w:tcPr>
          <w:p w14:paraId="27438D69" w14:textId="2567B8A7" w:rsidR="00686453" w:rsidRPr="003F0D1D" w:rsidRDefault="009928D9">
            <w:pPr>
              <w:spacing w:after="0"/>
              <w:rPr>
                <w:sz w:val="20"/>
                <w:szCs w:val="20"/>
              </w:rPr>
            </w:pPr>
            <w:r w:rsidRPr="003F0D1D">
              <w:rPr>
                <w:b/>
                <w:color w:val="015A41"/>
                <w:sz w:val="20"/>
                <w:szCs w:val="20"/>
              </w:rPr>
              <w:t xml:space="preserve">CMS COMMUNICATION </w:t>
            </w:r>
            <w:proofErr w:type="gramStart"/>
            <w:r w:rsidRPr="003F0D1D">
              <w:rPr>
                <w:b/>
                <w:color w:val="015A41"/>
                <w:sz w:val="20"/>
                <w:szCs w:val="20"/>
              </w:rPr>
              <w:t xml:space="preserve">PLAN  </w:t>
            </w:r>
            <w:r w:rsidRPr="003F0D1D">
              <w:rPr>
                <w:sz w:val="20"/>
                <w:szCs w:val="20"/>
              </w:rPr>
              <w:t>Maintain</w:t>
            </w:r>
            <w:proofErr w:type="gramEnd"/>
            <w:r w:rsidRPr="003F0D1D">
              <w:rPr>
                <w:sz w:val="20"/>
                <w:szCs w:val="20"/>
              </w:rPr>
              <w:t xml:space="preserve"> current contact information and primary/alternate methods for staff, physicians, other LTC facilities, volunteers, emergency officials, Maine DLC, the State Long-Term Care Ombudsman, and other sources of assistance as applicable.</w:t>
            </w:r>
          </w:p>
        </w:tc>
      </w:tr>
    </w:tbl>
    <w:p w14:paraId="1820535E" w14:textId="77777777" w:rsidR="00686453" w:rsidRDefault="00686453">
      <w:pPr>
        <w:spacing w:after="0"/>
      </w:pPr>
    </w:p>
    <w:tbl>
      <w:tblPr>
        <w:tblW w:w="10974"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880"/>
        <w:gridCol w:w="3024"/>
        <w:gridCol w:w="2570"/>
        <w:gridCol w:w="2500"/>
      </w:tblGrid>
      <w:tr w:rsidR="00686453" w:rsidRPr="003F0D1D" w14:paraId="0E58B521" w14:textId="77777777" w:rsidTr="009928D9">
        <w:trPr>
          <w:tblHeader/>
          <w:jc w:val="center"/>
        </w:trPr>
        <w:tc>
          <w:tcPr>
            <w:tcW w:w="2880" w:type="dxa"/>
            <w:shd w:val="clear" w:color="auto" w:fill="015A41"/>
            <w:tcMar>
              <w:top w:w="70" w:type="dxa"/>
              <w:left w:w="70" w:type="dxa"/>
              <w:bottom w:w="70" w:type="dxa"/>
              <w:right w:w="70" w:type="dxa"/>
            </w:tcMar>
          </w:tcPr>
          <w:p w14:paraId="2B2B0D9F" w14:textId="77777777" w:rsidR="00686453" w:rsidRPr="003F0D1D" w:rsidRDefault="00D95FB4">
            <w:pPr>
              <w:rPr>
                <w:szCs w:val="24"/>
              </w:rPr>
            </w:pPr>
            <w:r w:rsidRPr="003F0D1D">
              <w:rPr>
                <w:b/>
                <w:color w:val="FFFFFF"/>
                <w:szCs w:val="24"/>
              </w:rPr>
              <w:t>Partner / Audience</w:t>
            </w:r>
          </w:p>
        </w:tc>
        <w:tc>
          <w:tcPr>
            <w:tcW w:w="3024" w:type="dxa"/>
            <w:shd w:val="clear" w:color="auto" w:fill="015A41"/>
            <w:tcMar>
              <w:top w:w="70" w:type="dxa"/>
              <w:left w:w="70" w:type="dxa"/>
              <w:bottom w:w="70" w:type="dxa"/>
              <w:right w:w="70" w:type="dxa"/>
            </w:tcMar>
          </w:tcPr>
          <w:p w14:paraId="2DB669C0" w14:textId="77777777" w:rsidR="00686453" w:rsidRPr="003F0D1D" w:rsidRDefault="00D95FB4">
            <w:pPr>
              <w:rPr>
                <w:szCs w:val="24"/>
              </w:rPr>
            </w:pPr>
            <w:r w:rsidRPr="003F0D1D">
              <w:rPr>
                <w:b/>
                <w:color w:val="FFFFFF"/>
                <w:szCs w:val="24"/>
              </w:rPr>
              <w:t>Contact / Directory</w:t>
            </w:r>
          </w:p>
        </w:tc>
        <w:tc>
          <w:tcPr>
            <w:tcW w:w="2570" w:type="dxa"/>
            <w:shd w:val="clear" w:color="auto" w:fill="015A41"/>
            <w:tcMar>
              <w:top w:w="70" w:type="dxa"/>
              <w:left w:w="70" w:type="dxa"/>
              <w:bottom w:w="70" w:type="dxa"/>
              <w:right w:w="70" w:type="dxa"/>
            </w:tcMar>
          </w:tcPr>
          <w:p w14:paraId="4A03AE2F" w14:textId="77777777" w:rsidR="00686453" w:rsidRPr="003F0D1D" w:rsidRDefault="00D95FB4">
            <w:pPr>
              <w:rPr>
                <w:szCs w:val="24"/>
              </w:rPr>
            </w:pPr>
            <w:r w:rsidRPr="003F0D1D">
              <w:rPr>
                <w:b/>
                <w:color w:val="FFFFFF"/>
                <w:szCs w:val="24"/>
              </w:rPr>
              <w:t>Primary Method</w:t>
            </w:r>
          </w:p>
        </w:tc>
        <w:tc>
          <w:tcPr>
            <w:tcW w:w="2500" w:type="dxa"/>
            <w:shd w:val="clear" w:color="auto" w:fill="015A41"/>
            <w:tcMar>
              <w:top w:w="70" w:type="dxa"/>
              <w:left w:w="70" w:type="dxa"/>
              <w:bottom w:w="70" w:type="dxa"/>
              <w:right w:w="70" w:type="dxa"/>
            </w:tcMar>
          </w:tcPr>
          <w:p w14:paraId="0A3E2D33" w14:textId="77777777" w:rsidR="00686453" w:rsidRPr="003F0D1D" w:rsidRDefault="00D95FB4">
            <w:pPr>
              <w:rPr>
                <w:szCs w:val="24"/>
              </w:rPr>
            </w:pPr>
            <w:r w:rsidRPr="003F0D1D">
              <w:rPr>
                <w:b/>
                <w:color w:val="FFFFFF"/>
                <w:szCs w:val="24"/>
              </w:rPr>
              <w:t>Alternate Method</w:t>
            </w:r>
          </w:p>
        </w:tc>
      </w:tr>
      <w:tr w:rsidR="00686453" w:rsidRPr="003F0D1D" w14:paraId="651AEEC8" w14:textId="77777777" w:rsidTr="009928D9">
        <w:trPr>
          <w:cantSplit/>
          <w:jc w:val="center"/>
        </w:trPr>
        <w:tc>
          <w:tcPr>
            <w:tcW w:w="2880" w:type="dxa"/>
            <w:tcMar>
              <w:top w:w="70" w:type="dxa"/>
              <w:left w:w="70" w:type="dxa"/>
              <w:bottom w:w="70" w:type="dxa"/>
              <w:right w:w="70" w:type="dxa"/>
            </w:tcMar>
          </w:tcPr>
          <w:p w14:paraId="7C295DEB" w14:textId="77777777" w:rsidR="00686453" w:rsidRPr="003F0D1D" w:rsidRDefault="00D95FB4">
            <w:pPr>
              <w:rPr>
                <w:szCs w:val="24"/>
              </w:rPr>
            </w:pPr>
            <w:r w:rsidRPr="003F0D1D">
              <w:rPr>
                <w:b/>
                <w:color w:val="015A41"/>
                <w:szCs w:val="24"/>
              </w:rPr>
              <w:t>Maine DHHS / DLC</w:t>
            </w:r>
          </w:p>
        </w:tc>
        <w:tc>
          <w:tcPr>
            <w:tcW w:w="3024" w:type="dxa"/>
            <w:tcMar>
              <w:top w:w="70" w:type="dxa"/>
              <w:left w:w="70" w:type="dxa"/>
              <w:bottom w:w="70" w:type="dxa"/>
              <w:right w:w="70" w:type="dxa"/>
            </w:tcMar>
          </w:tcPr>
          <w:p w14:paraId="5A0503A5" w14:textId="77777777" w:rsidR="00686453" w:rsidRPr="003F0D1D" w:rsidRDefault="00D95FB4">
            <w:pPr>
              <w:rPr>
                <w:szCs w:val="24"/>
              </w:rPr>
            </w:pPr>
            <w:r w:rsidRPr="003F0D1D">
              <w:rPr>
                <w:szCs w:val="24"/>
              </w:rPr>
              <w:t>&lt;Contact&gt;</w:t>
            </w:r>
          </w:p>
        </w:tc>
        <w:tc>
          <w:tcPr>
            <w:tcW w:w="2570" w:type="dxa"/>
            <w:tcMar>
              <w:top w:w="70" w:type="dxa"/>
              <w:left w:w="70" w:type="dxa"/>
              <w:bottom w:w="70" w:type="dxa"/>
              <w:right w:w="70" w:type="dxa"/>
            </w:tcMar>
          </w:tcPr>
          <w:p w14:paraId="0D69B3C6" w14:textId="77777777" w:rsidR="00686453" w:rsidRPr="003F0D1D" w:rsidRDefault="00D95FB4">
            <w:pPr>
              <w:rPr>
                <w:szCs w:val="24"/>
              </w:rPr>
            </w:pPr>
            <w:r w:rsidRPr="003F0D1D">
              <w:rPr>
                <w:szCs w:val="24"/>
              </w:rPr>
              <w:t>&lt;Primary&gt;</w:t>
            </w:r>
          </w:p>
        </w:tc>
        <w:tc>
          <w:tcPr>
            <w:tcW w:w="2500" w:type="dxa"/>
            <w:tcMar>
              <w:top w:w="70" w:type="dxa"/>
              <w:left w:w="70" w:type="dxa"/>
              <w:bottom w:w="70" w:type="dxa"/>
              <w:right w:w="70" w:type="dxa"/>
            </w:tcMar>
          </w:tcPr>
          <w:p w14:paraId="2B227CD0" w14:textId="77777777" w:rsidR="00686453" w:rsidRPr="003F0D1D" w:rsidRDefault="00D95FB4">
            <w:pPr>
              <w:rPr>
                <w:szCs w:val="24"/>
              </w:rPr>
            </w:pPr>
            <w:r w:rsidRPr="003F0D1D">
              <w:rPr>
                <w:szCs w:val="24"/>
              </w:rPr>
              <w:t>&lt;Alternate&gt;</w:t>
            </w:r>
          </w:p>
        </w:tc>
      </w:tr>
      <w:tr w:rsidR="00686453" w:rsidRPr="003F0D1D" w14:paraId="2AA7F696" w14:textId="77777777" w:rsidTr="009928D9">
        <w:trPr>
          <w:cantSplit/>
          <w:jc w:val="center"/>
        </w:trPr>
        <w:tc>
          <w:tcPr>
            <w:tcW w:w="2880" w:type="dxa"/>
            <w:tcMar>
              <w:top w:w="70" w:type="dxa"/>
              <w:left w:w="70" w:type="dxa"/>
              <w:bottom w:w="70" w:type="dxa"/>
              <w:right w:w="70" w:type="dxa"/>
            </w:tcMar>
          </w:tcPr>
          <w:p w14:paraId="554769D6" w14:textId="77777777" w:rsidR="00686453" w:rsidRPr="003F0D1D" w:rsidRDefault="00D95FB4">
            <w:pPr>
              <w:rPr>
                <w:szCs w:val="24"/>
              </w:rPr>
            </w:pPr>
            <w:r w:rsidRPr="003F0D1D">
              <w:rPr>
                <w:b/>
                <w:color w:val="015A41"/>
                <w:szCs w:val="24"/>
              </w:rPr>
              <w:t>Maine Long-Term Care Ombudsman</w:t>
            </w:r>
          </w:p>
        </w:tc>
        <w:tc>
          <w:tcPr>
            <w:tcW w:w="3024" w:type="dxa"/>
            <w:tcMar>
              <w:top w:w="70" w:type="dxa"/>
              <w:left w:w="70" w:type="dxa"/>
              <w:bottom w:w="70" w:type="dxa"/>
              <w:right w:w="70" w:type="dxa"/>
            </w:tcMar>
          </w:tcPr>
          <w:p w14:paraId="2FB42843" w14:textId="77777777" w:rsidR="00686453" w:rsidRPr="003F0D1D" w:rsidRDefault="00D95FB4">
            <w:pPr>
              <w:rPr>
                <w:szCs w:val="24"/>
              </w:rPr>
            </w:pPr>
            <w:r w:rsidRPr="003F0D1D">
              <w:rPr>
                <w:szCs w:val="24"/>
              </w:rPr>
              <w:t>&lt;Contact&gt;</w:t>
            </w:r>
          </w:p>
        </w:tc>
        <w:tc>
          <w:tcPr>
            <w:tcW w:w="2570" w:type="dxa"/>
            <w:tcMar>
              <w:top w:w="70" w:type="dxa"/>
              <w:left w:w="70" w:type="dxa"/>
              <w:bottom w:w="70" w:type="dxa"/>
              <w:right w:w="70" w:type="dxa"/>
            </w:tcMar>
          </w:tcPr>
          <w:p w14:paraId="2D794CEF" w14:textId="77777777" w:rsidR="00686453" w:rsidRPr="003F0D1D" w:rsidRDefault="00D95FB4">
            <w:pPr>
              <w:rPr>
                <w:szCs w:val="24"/>
              </w:rPr>
            </w:pPr>
            <w:r w:rsidRPr="003F0D1D">
              <w:rPr>
                <w:szCs w:val="24"/>
              </w:rPr>
              <w:t>&lt;Primary&gt;</w:t>
            </w:r>
          </w:p>
        </w:tc>
        <w:tc>
          <w:tcPr>
            <w:tcW w:w="2500" w:type="dxa"/>
            <w:tcMar>
              <w:top w:w="70" w:type="dxa"/>
              <w:left w:w="70" w:type="dxa"/>
              <w:bottom w:w="70" w:type="dxa"/>
              <w:right w:w="70" w:type="dxa"/>
            </w:tcMar>
          </w:tcPr>
          <w:p w14:paraId="21894850" w14:textId="77777777" w:rsidR="00686453" w:rsidRPr="003F0D1D" w:rsidRDefault="00D95FB4">
            <w:pPr>
              <w:rPr>
                <w:szCs w:val="24"/>
              </w:rPr>
            </w:pPr>
            <w:r w:rsidRPr="003F0D1D">
              <w:rPr>
                <w:szCs w:val="24"/>
              </w:rPr>
              <w:t>&lt;Alternate&gt;</w:t>
            </w:r>
          </w:p>
        </w:tc>
      </w:tr>
      <w:tr w:rsidR="00686453" w:rsidRPr="003F0D1D" w14:paraId="3DBF923F" w14:textId="77777777" w:rsidTr="009928D9">
        <w:trPr>
          <w:cantSplit/>
          <w:jc w:val="center"/>
        </w:trPr>
        <w:tc>
          <w:tcPr>
            <w:tcW w:w="2880" w:type="dxa"/>
            <w:tcMar>
              <w:top w:w="70" w:type="dxa"/>
              <w:left w:w="70" w:type="dxa"/>
              <w:bottom w:w="70" w:type="dxa"/>
              <w:right w:w="70" w:type="dxa"/>
            </w:tcMar>
          </w:tcPr>
          <w:p w14:paraId="08ABA3F3" w14:textId="77777777" w:rsidR="00686453" w:rsidRPr="003F0D1D" w:rsidRDefault="00D95FB4">
            <w:pPr>
              <w:rPr>
                <w:szCs w:val="24"/>
              </w:rPr>
            </w:pPr>
            <w:r w:rsidRPr="003F0D1D">
              <w:rPr>
                <w:b/>
                <w:color w:val="015A41"/>
                <w:szCs w:val="24"/>
              </w:rPr>
              <w:t>Local / County EMA</w:t>
            </w:r>
          </w:p>
        </w:tc>
        <w:tc>
          <w:tcPr>
            <w:tcW w:w="3024" w:type="dxa"/>
            <w:tcMar>
              <w:top w:w="70" w:type="dxa"/>
              <w:left w:w="70" w:type="dxa"/>
              <w:bottom w:w="70" w:type="dxa"/>
              <w:right w:w="70" w:type="dxa"/>
            </w:tcMar>
          </w:tcPr>
          <w:p w14:paraId="3BBD5162" w14:textId="77777777" w:rsidR="00686453" w:rsidRPr="003F0D1D" w:rsidRDefault="00D95FB4">
            <w:pPr>
              <w:rPr>
                <w:szCs w:val="24"/>
              </w:rPr>
            </w:pPr>
            <w:r w:rsidRPr="003F0D1D">
              <w:rPr>
                <w:szCs w:val="24"/>
              </w:rPr>
              <w:t>&lt;Contact&gt;</w:t>
            </w:r>
          </w:p>
        </w:tc>
        <w:tc>
          <w:tcPr>
            <w:tcW w:w="2570" w:type="dxa"/>
            <w:tcMar>
              <w:top w:w="70" w:type="dxa"/>
              <w:left w:w="70" w:type="dxa"/>
              <w:bottom w:w="70" w:type="dxa"/>
              <w:right w:w="70" w:type="dxa"/>
            </w:tcMar>
          </w:tcPr>
          <w:p w14:paraId="68E7E79A" w14:textId="77777777" w:rsidR="00686453" w:rsidRPr="003F0D1D" w:rsidRDefault="00D95FB4">
            <w:pPr>
              <w:rPr>
                <w:szCs w:val="24"/>
              </w:rPr>
            </w:pPr>
            <w:r w:rsidRPr="003F0D1D">
              <w:rPr>
                <w:szCs w:val="24"/>
              </w:rPr>
              <w:t>&lt;Primary&gt;</w:t>
            </w:r>
          </w:p>
        </w:tc>
        <w:tc>
          <w:tcPr>
            <w:tcW w:w="2500" w:type="dxa"/>
            <w:tcMar>
              <w:top w:w="70" w:type="dxa"/>
              <w:left w:w="70" w:type="dxa"/>
              <w:bottom w:w="70" w:type="dxa"/>
              <w:right w:w="70" w:type="dxa"/>
            </w:tcMar>
          </w:tcPr>
          <w:p w14:paraId="23ACF855" w14:textId="77777777" w:rsidR="00686453" w:rsidRPr="003F0D1D" w:rsidRDefault="00D95FB4">
            <w:pPr>
              <w:rPr>
                <w:szCs w:val="24"/>
              </w:rPr>
            </w:pPr>
            <w:r w:rsidRPr="003F0D1D">
              <w:rPr>
                <w:szCs w:val="24"/>
              </w:rPr>
              <w:t>&lt;Alternate&gt;</w:t>
            </w:r>
          </w:p>
        </w:tc>
      </w:tr>
      <w:tr w:rsidR="00686453" w:rsidRPr="003F0D1D" w14:paraId="3BAAEECB" w14:textId="77777777" w:rsidTr="009928D9">
        <w:trPr>
          <w:cantSplit/>
          <w:jc w:val="center"/>
        </w:trPr>
        <w:tc>
          <w:tcPr>
            <w:tcW w:w="2880" w:type="dxa"/>
            <w:tcMar>
              <w:top w:w="70" w:type="dxa"/>
              <w:left w:w="70" w:type="dxa"/>
              <w:bottom w:w="70" w:type="dxa"/>
              <w:right w:w="70" w:type="dxa"/>
            </w:tcMar>
          </w:tcPr>
          <w:p w14:paraId="795A4BA8" w14:textId="77777777" w:rsidR="00686453" w:rsidRPr="003F0D1D" w:rsidRDefault="00D95FB4">
            <w:pPr>
              <w:rPr>
                <w:szCs w:val="24"/>
              </w:rPr>
            </w:pPr>
            <w:r w:rsidRPr="003F0D1D">
              <w:rPr>
                <w:b/>
                <w:color w:val="015A41"/>
                <w:szCs w:val="24"/>
              </w:rPr>
              <w:t>Maine CDC / Public Health</w:t>
            </w:r>
          </w:p>
        </w:tc>
        <w:tc>
          <w:tcPr>
            <w:tcW w:w="3024" w:type="dxa"/>
            <w:tcMar>
              <w:top w:w="70" w:type="dxa"/>
              <w:left w:w="70" w:type="dxa"/>
              <w:bottom w:w="70" w:type="dxa"/>
              <w:right w:w="70" w:type="dxa"/>
            </w:tcMar>
          </w:tcPr>
          <w:p w14:paraId="181564E5" w14:textId="77777777" w:rsidR="00686453" w:rsidRPr="003F0D1D" w:rsidRDefault="00D95FB4">
            <w:pPr>
              <w:rPr>
                <w:szCs w:val="24"/>
              </w:rPr>
            </w:pPr>
            <w:r w:rsidRPr="003F0D1D">
              <w:rPr>
                <w:szCs w:val="24"/>
              </w:rPr>
              <w:t>&lt;Contact&gt;</w:t>
            </w:r>
          </w:p>
        </w:tc>
        <w:tc>
          <w:tcPr>
            <w:tcW w:w="2570" w:type="dxa"/>
            <w:tcMar>
              <w:top w:w="70" w:type="dxa"/>
              <w:left w:w="70" w:type="dxa"/>
              <w:bottom w:w="70" w:type="dxa"/>
              <w:right w:w="70" w:type="dxa"/>
            </w:tcMar>
          </w:tcPr>
          <w:p w14:paraId="07CC5839" w14:textId="77777777" w:rsidR="00686453" w:rsidRPr="003F0D1D" w:rsidRDefault="00D95FB4">
            <w:pPr>
              <w:rPr>
                <w:szCs w:val="24"/>
              </w:rPr>
            </w:pPr>
            <w:r w:rsidRPr="003F0D1D">
              <w:rPr>
                <w:szCs w:val="24"/>
              </w:rPr>
              <w:t>&lt;Primary&gt;</w:t>
            </w:r>
          </w:p>
        </w:tc>
        <w:tc>
          <w:tcPr>
            <w:tcW w:w="2500" w:type="dxa"/>
            <w:tcMar>
              <w:top w:w="70" w:type="dxa"/>
              <w:left w:w="70" w:type="dxa"/>
              <w:bottom w:w="70" w:type="dxa"/>
              <w:right w:w="70" w:type="dxa"/>
            </w:tcMar>
          </w:tcPr>
          <w:p w14:paraId="45612A92" w14:textId="77777777" w:rsidR="00686453" w:rsidRPr="003F0D1D" w:rsidRDefault="00D95FB4">
            <w:pPr>
              <w:rPr>
                <w:szCs w:val="24"/>
              </w:rPr>
            </w:pPr>
            <w:r w:rsidRPr="003F0D1D">
              <w:rPr>
                <w:szCs w:val="24"/>
              </w:rPr>
              <w:t>&lt;Alternate&gt;</w:t>
            </w:r>
          </w:p>
        </w:tc>
      </w:tr>
      <w:tr w:rsidR="00686453" w:rsidRPr="003F0D1D" w14:paraId="03323666" w14:textId="77777777" w:rsidTr="009928D9">
        <w:trPr>
          <w:cantSplit/>
          <w:jc w:val="center"/>
        </w:trPr>
        <w:tc>
          <w:tcPr>
            <w:tcW w:w="2880" w:type="dxa"/>
            <w:tcMar>
              <w:top w:w="70" w:type="dxa"/>
              <w:left w:w="70" w:type="dxa"/>
              <w:bottom w:w="70" w:type="dxa"/>
              <w:right w:w="70" w:type="dxa"/>
            </w:tcMar>
          </w:tcPr>
          <w:p w14:paraId="2797ADBA" w14:textId="77777777" w:rsidR="00686453" w:rsidRPr="003F0D1D" w:rsidRDefault="00D95FB4">
            <w:pPr>
              <w:rPr>
                <w:szCs w:val="24"/>
              </w:rPr>
            </w:pPr>
            <w:r w:rsidRPr="003F0D1D">
              <w:rPr>
                <w:b/>
                <w:color w:val="015A41"/>
                <w:szCs w:val="24"/>
              </w:rPr>
              <w:t>Fire / EMS / Law Enforcement</w:t>
            </w:r>
          </w:p>
        </w:tc>
        <w:tc>
          <w:tcPr>
            <w:tcW w:w="3024" w:type="dxa"/>
            <w:tcMar>
              <w:top w:w="70" w:type="dxa"/>
              <w:left w:w="70" w:type="dxa"/>
              <w:bottom w:w="70" w:type="dxa"/>
              <w:right w:w="70" w:type="dxa"/>
            </w:tcMar>
          </w:tcPr>
          <w:p w14:paraId="00F07318" w14:textId="77777777" w:rsidR="00686453" w:rsidRPr="003F0D1D" w:rsidRDefault="00D95FB4">
            <w:pPr>
              <w:rPr>
                <w:szCs w:val="24"/>
              </w:rPr>
            </w:pPr>
            <w:r w:rsidRPr="003F0D1D">
              <w:rPr>
                <w:szCs w:val="24"/>
              </w:rPr>
              <w:t>&lt;Contact&gt;</w:t>
            </w:r>
          </w:p>
        </w:tc>
        <w:tc>
          <w:tcPr>
            <w:tcW w:w="2570" w:type="dxa"/>
            <w:tcMar>
              <w:top w:w="70" w:type="dxa"/>
              <w:left w:w="70" w:type="dxa"/>
              <w:bottom w:w="70" w:type="dxa"/>
              <w:right w:w="70" w:type="dxa"/>
            </w:tcMar>
          </w:tcPr>
          <w:p w14:paraId="237C0DE0" w14:textId="77777777" w:rsidR="00686453" w:rsidRPr="003F0D1D" w:rsidRDefault="00D95FB4">
            <w:pPr>
              <w:rPr>
                <w:szCs w:val="24"/>
              </w:rPr>
            </w:pPr>
            <w:r w:rsidRPr="003F0D1D">
              <w:rPr>
                <w:szCs w:val="24"/>
              </w:rPr>
              <w:t>&lt;Primary&gt;</w:t>
            </w:r>
          </w:p>
        </w:tc>
        <w:tc>
          <w:tcPr>
            <w:tcW w:w="2500" w:type="dxa"/>
            <w:tcMar>
              <w:top w:w="70" w:type="dxa"/>
              <w:left w:w="70" w:type="dxa"/>
              <w:bottom w:w="70" w:type="dxa"/>
              <w:right w:w="70" w:type="dxa"/>
            </w:tcMar>
          </w:tcPr>
          <w:p w14:paraId="692D2004" w14:textId="77777777" w:rsidR="00686453" w:rsidRPr="003F0D1D" w:rsidRDefault="00D95FB4">
            <w:pPr>
              <w:rPr>
                <w:szCs w:val="24"/>
              </w:rPr>
            </w:pPr>
            <w:r w:rsidRPr="003F0D1D">
              <w:rPr>
                <w:szCs w:val="24"/>
              </w:rPr>
              <w:t>&lt;Alternate&gt;</w:t>
            </w:r>
          </w:p>
        </w:tc>
      </w:tr>
      <w:tr w:rsidR="00686453" w:rsidRPr="003F0D1D" w14:paraId="7B25C7B9" w14:textId="77777777" w:rsidTr="009928D9">
        <w:trPr>
          <w:cantSplit/>
          <w:jc w:val="center"/>
        </w:trPr>
        <w:tc>
          <w:tcPr>
            <w:tcW w:w="2880" w:type="dxa"/>
            <w:tcMar>
              <w:top w:w="70" w:type="dxa"/>
              <w:left w:w="70" w:type="dxa"/>
              <w:bottom w:w="70" w:type="dxa"/>
              <w:right w:w="70" w:type="dxa"/>
            </w:tcMar>
          </w:tcPr>
          <w:p w14:paraId="385DA94B" w14:textId="77777777" w:rsidR="00686453" w:rsidRPr="003F0D1D" w:rsidRDefault="00D95FB4">
            <w:pPr>
              <w:rPr>
                <w:szCs w:val="24"/>
              </w:rPr>
            </w:pPr>
            <w:r w:rsidRPr="003F0D1D">
              <w:rPr>
                <w:b/>
                <w:color w:val="015A41"/>
                <w:szCs w:val="24"/>
              </w:rPr>
              <w:t>HCC-ME District Liaison</w:t>
            </w:r>
          </w:p>
        </w:tc>
        <w:tc>
          <w:tcPr>
            <w:tcW w:w="3024" w:type="dxa"/>
            <w:tcMar>
              <w:top w:w="70" w:type="dxa"/>
              <w:left w:w="70" w:type="dxa"/>
              <w:bottom w:w="70" w:type="dxa"/>
              <w:right w:w="70" w:type="dxa"/>
            </w:tcMar>
          </w:tcPr>
          <w:p w14:paraId="7C346B9A" w14:textId="77777777" w:rsidR="00686453" w:rsidRPr="003F0D1D" w:rsidRDefault="00D95FB4">
            <w:pPr>
              <w:rPr>
                <w:szCs w:val="24"/>
              </w:rPr>
            </w:pPr>
            <w:r w:rsidRPr="003F0D1D">
              <w:rPr>
                <w:szCs w:val="24"/>
              </w:rPr>
              <w:t>&lt;Contact&gt;</w:t>
            </w:r>
          </w:p>
        </w:tc>
        <w:tc>
          <w:tcPr>
            <w:tcW w:w="2570" w:type="dxa"/>
            <w:tcMar>
              <w:top w:w="70" w:type="dxa"/>
              <w:left w:w="70" w:type="dxa"/>
              <w:bottom w:w="70" w:type="dxa"/>
              <w:right w:w="70" w:type="dxa"/>
            </w:tcMar>
          </w:tcPr>
          <w:p w14:paraId="0210DD1F" w14:textId="77777777" w:rsidR="00686453" w:rsidRPr="003F0D1D" w:rsidRDefault="00D95FB4">
            <w:pPr>
              <w:rPr>
                <w:szCs w:val="24"/>
              </w:rPr>
            </w:pPr>
            <w:r w:rsidRPr="003F0D1D">
              <w:rPr>
                <w:szCs w:val="24"/>
              </w:rPr>
              <w:t>&lt;Primary&gt;</w:t>
            </w:r>
          </w:p>
        </w:tc>
        <w:tc>
          <w:tcPr>
            <w:tcW w:w="2500" w:type="dxa"/>
            <w:tcMar>
              <w:top w:w="70" w:type="dxa"/>
              <w:left w:w="70" w:type="dxa"/>
              <w:bottom w:w="70" w:type="dxa"/>
              <w:right w:w="70" w:type="dxa"/>
            </w:tcMar>
          </w:tcPr>
          <w:p w14:paraId="5BFFB092" w14:textId="77777777" w:rsidR="00686453" w:rsidRPr="003F0D1D" w:rsidRDefault="00D95FB4">
            <w:pPr>
              <w:rPr>
                <w:szCs w:val="24"/>
              </w:rPr>
            </w:pPr>
            <w:r w:rsidRPr="003F0D1D">
              <w:rPr>
                <w:szCs w:val="24"/>
              </w:rPr>
              <w:t>&lt;Alternate&gt;</w:t>
            </w:r>
          </w:p>
        </w:tc>
      </w:tr>
      <w:tr w:rsidR="00686453" w:rsidRPr="003F0D1D" w14:paraId="183252DE" w14:textId="77777777" w:rsidTr="009928D9">
        <w:trPr>
          <w:cantSplit/>
          <w:jc w:val="center"/>
        </w:trPr>
        <w:tc>
          <w:tcPr>
            <w:tcW w:w="2880" w:type="dxa"/>
            <w:tcMar>
              <w:top w:w="70" w:type="dxa"/>
              <w:left w:w="70" w:type="dxa"/>
              <w:bottom w:w="70" w:type="dxa"/>
              <w:right w:w="70" w:type="dxa"/>
            </w:tcMar>
          </w:tcPr>
          <w:p w14:paraId="736C109F" w14:textId="77777777" w:rsidR="00686453" w:rsidRPr="003F0D1D" w:rsidRDefault="00D95FB4">
            <w:pPr>
              <w:rPr>
                <w:szCs w:val="24"/>
              </w:rPr>
            </w:pPr>
            <w:r w:rsidRPr="003F0D1D">
              <w:rPr>
                <w:b/>
                <w:color w:val="015A41"/>
                <w:szCs w:val="24"/>
              </w:rPr>
              <w:t>Utilities</w:t>
            </w:r>
          </w:p>
        </w:tc>
        <w:tc>
          <w:tcPr>
            <w:tcW w:w="3024" w:type="dxa"/>
            <w:tcMar>
              <w:top w:w="70" w:type="dxa"/>
              <w:left w:w="70" w:type="dxa"/>
              <w:bottom w:w="70" w:type="dxa"/>
              <w:right w:w="70" w:type="dxa"/>
            </w:tcMar>
          </w:tcPr>
          <w:p w14:paraId="13C68CE4" w14:textId="77777777" w:rsidR="00686453" w:rsidRPr="003F0D1D" w:rsidRDefault="00D95FB4">
            <w:pPr>
              <w:rPr>
                <w:szCs w:val="24"/>
              </w:rPr>
            </w:pPr>
            <w:r w:rsidRPr="003F0D1D">
              <w:rPr>
                <w:szCs w:val="24"/>
              </w:rPr>
              <w:t>&lt;Contact / directory&gt;</w:t>
            </w:r>
          </w:p>
        </w:tc>
        <w:tc>
          <w:tcPr>
            <w:tcW w:w="2570" w:type="dxa"/>
            <w:tcMar>
              <w:top w:w="70" w:type="dxa"/>
              <w:left w:w="70" w:type="dxa"/>
              <w:bottom w:w="70" w:type="dxa"/>
              <w:right w:w="70" w:type="dxa"/>
            </w:tcMar>
          </w:tcPr>
          <w:p w14:paraId="4317B44F" w14:textId="77777777" w:rsidR="00686453" w:rsidRPr="003F0D1D" w:rsidRDefault="00D95FB4">
            <w:pPr>
              <w:rPr>
                <w:szCs w:val="24"/>
              </w:rPr>
            </w:pPr>
            <w:r w:rsidRPr="003F0D1D">
              <w:rPr>
                <w:szCs w:val="24"/>
              </w:rPr>
              <w:t>&lt;Primary&gt;</w:t>
            </w:r>
          </w:p>
        </w:tc>
        <w:tc>
          <w:tcPr>
            <w:tcW w:w="2500" w:type="dxa"/>
            <w:tcMar>
              <w:top w:w="70" w:type="dxa"/>
              <w:left w:w="70" w:type="dxa"/>
              <w:bottom w:w="70" w:type="dxa"/>
              <w:right w:w="70" w:type="dxa"/>
            </w:tcMar>
          </w:tcPr>
          <w:p w14:paraId="7F6D1E5A" w14:textId="77777777" w:rsidR="00686453" w:rsidRPr="003F0D1D" w:rsidRDefault="00D95FB4">
            <w:pPr>
              <w:rPr>
                <w:szCs w:val="24"/>
              </w:rPr>
            </w:pPr>
            <w:r w:rsidRPr="003F0D1D">
              <w:rPr>
                <w:szCs w:val="24"/>
              </w:rPr>
              <w:t>&lt;Alternate&gt;</w:t>
            </w:r>
          </w:p>
        </w:tc>
      </w:tr>
      <w:tr w:rsidR="00686453" w:rsidRPr="003F0D1D" w14:paraId="641B5553" w14:textId="77777777" w:rsidTr="009928D9">
        <w:trPr>
          <w:cantSplit/>
          <w:jc w:val="center"/>
        </w:trPr>
        <w:tc>
          <w:tcPr>
            <w:tcW w:w="2880" w:type="dxa"/>
            <w:tcMar>
              <w:top w:w="70" w:type="dxa"/>
              <w:left w:w="70" w:type="dxa"/>
              <w:bottom w:w="70" w:type="dxa"/>
              <w:right w:w="70" w:type="dxa"/>
            </w:tcMar>
          </w:tcPr>
          <w:p w14:paraId="5DA1BEFA" w14:textId="77777777" w:rsidR="00686453" w:rsidRPr="003F0D1D" w:rsidRDefault="00D95FB4">
            <w:pPr>
              <w:rPr>
                <w:szCs w:val="24"/>
              </w:rPr>
            </w:pPr>
            <w:r w:rsidRPr="003F0D1D">
              <w:rPr>
                <w:b/>
                <w:color w:val="015A41"/>
                <w:szCs w:val="24"/>
              </w:rPr>
              <w:t>Key vendors</w:t>
            </w:r>
          </w:p>
        </w:tc>
        <w:tc>
          <w:tcPr>
            <w:tcW w:w="3024" w:type="dxa"/>
            <w:tcMar>
              <w:top w:w="70" w:type="dxa"/>
              <w:left w:w="70" w:type="dxa"/>
              <w:bottom w:w="70" w:type="dxa"/>
              <w:right w:w="70" w:type="dxa"/>
            </w:tcMar>
          </w:tcPr>
          <w:p w14:paraId="21285CBB" w14:textId="77777777" w:rsidR="00686453" w:rsidRPr="003F0D1D" w:rsidRDefault="00D95FB4">
            <w:pPr>
              <w:rPr>
                <w:szCs w:val="24"/>
              </w:rPr>
            </w:pPr>
            <w:r w:rsidRPr="003F0D1D">
              <w:rPr>
                <w:szCs w:val="24"/>
              </w:rPr>
              <w:t>&lt;Directory location&gt;</w:t>
            </w:r>
          </w:p>
        </w:tc>
        <w:tc>
          <w:tcPr>
            <w:tcW w:w="2570" w:type="dxa"/>
            <w:tcMar>
              <w:top w:w="70" w:type="dxa"/>
              <w:left w:w="70" w:type="dxa"/>
              <w:bottom w:w="70" w:type="dxa"/>
              <w:right w:w="70" w:type="dxa"/>
            </w:tcMar>
          </w:tcPr>
          <w:p w14:paraId="247A3898" w14:textId="77777777" w:rsidR="00686453" w:rsidRPr="003F0D1D" w:rsidRDefault="00D95FB4">
            <w:pPr>
              <w:rPr>
                <w:szCs w:val="24"/>
              </w:rPr>
            </w:pPr>
            <w:r w:rsidRPr="003F0D1D">
              <w:rPr>
                <w:szCs w:val="24"/>
              </w:rPr>
              <w:t>&lt;Primary&gt;</w:t>
            </w:r>
          </w:p>
        </w:tc>
        <w:tc>
          <w:tcPr>
            <w:tcW w:w="2500" w:type="dxa"/>
            <w:tcMar>
              <w:top w:w="70" w:type="dxa"/>
              <w:left w:w="70" w:type="dxa"/>
              <w:bottom w:w="70" w:type="dxa"/>
              <w:right w:w="70" w:type="dxa"/>
            </w:tcMar>
          </w:tcPr>
          <w:p w14:paraId="7FD9DDB5" w14:textId="77777777" w:rsidR="00686453" w:rsidRPr="003F0D1D" w:rsidRDefault="00D95FB4">
            <w:pPr>
              <w:rPr>
                <w:szCs w:val="24"/>
              </w:rPr>
            </w:pPr>
            <w:r w:rsidRPr="003F0D1D">
              <w:rPr>
                <w:szCs w:val="24"/>
              </w:rPr>
              <w:t>&lt;Alternate&gt;</w:t>
            </w:r>
          </w:p>
        </w:tc>
      </w:tr>
    </w:tbl>
    <w:p w14:paraId="07A532A3" w14:textId="77777777" w:rsidR="00686453" w:rsidRDefault="00686453">
      <w:pPr>
        <w:spacing w:after="0"/>
      </w:pPr>
    </w:p>
    <w:tbl>
      <w:tblPr>
        <w:tblW w:w="0" w:type="auto"/>
        <w:jc w:val="center"/>
        <w:tblBorders>
          <w:top w:val="single" w:sz="5" w:space="0" w:color="C8CCCA"/>
          <w:left w:val="single" w:sz="5" w:space="0" w:color="C8CCCA"/>
          <w:bottom w:val="single" w:sz="5" w:space="0" w:color="C8CCCA"/>
          <w:right w:val="single" w:sz="5" w:space="0" w:color="C8CCCA"/>
          <w:insideH w:val="single" w:sz="5" w:space="0" w:color="C8CCCA"/>
          <w:insideV w:val="single" w:sz="5" w:space="0" w:color="C8CCCA"/>
        </w:tblBorders>
        <w:tblLook w:val="04A0" w:firstRow="1" w:lastRow="0" w:firstColumn="1" w:lastColumn="0" w:noHBand="0" w:noVBand="1"/>
      </w:tblPr>
      <w:tblGrid>
        <w:gridCol w:w="10524"/>
      </w:tblGrid>
      <w:tr w:rsidR="00686453" w14:paraId="40D10527" w14:textId="77777777" w:rsidTr="00952376">
        <w:trPr>
          <w:jc w:val="center"/>
        </w:trPr>
        <w:tc>
          <w:tcPr>
            <w:tcW w:w="10524" w:type="dxa"/>
            <w:shd w:val="clear" w:color="auto" w:fill="F3F5F4"/>
            <w:tcMar>
              <w:top w:w="100" w:type="dxa"/>
              <w:left w:w="130" w:type="dxa"/>
              <w:bottom w:w="100" w:type="dxa"/>
              <w:right w:w="130" w:type="dxa"/>
            </w:tcMar>
          </w:tcPr>
          <w:p w14:paraId="679456C0" w14:textId="18827AAD" w:rsidR="00686453" w:rsidRPr="003F0D1D" w:rsidRDefault="00D95FB4">
            <w:pPr>
              <w:spacing w:after="0"/>
              <w:rPr>
                <w:sz w:val="20"/>
                <w:szCs w:val="20"/>
              </w:rPr>
            </w:pPr>
            <w:r w:rsidRPr="003F0D1D">
              <w:rPr>
                <w:b/>
                <w:color w:val="66706B"/>
                <w:sz w:val="20"/>
                <w:szCs w:val="20"/>
              </w:rPr>
              <w:t xml:space="preserve">PRIVACY / OPERATIONS NOTE </w:t>
            </w:r>
            <w:r w:rsidRPr="003F0D1D">
              <w:rPr>
                <w:sz w:val="20"/>
                <w:szCs w:val="20"/>
              </w:rPr>
              <w:t>Do not place unrestricted employee personal telephone numbers or resident-identifiable information in a broadly distributed EOP. Reference the current secured roster or controlled contact list location when appropriate.</w:t>
            </w:r>
          </w:p>
        </w:tc>
      </w:tr>
    </w:tbl>
    <w:p w14:paraId="2DBF773F" w14:textId="77777777" w:rsidR="00686453" w:rsidRDefault="00686453">
      <w:pPr>
        <w:spacing w:after="0"/>
      </w:pPr>
    </w:p>
    <w:p w14:paraId="254E69B4" w14:textId="77777777" w:rsidR="00686453" w:rsidRDefault="00D95FB4">
      <w:r>
        <w:br w:type="page"/>
      </w:r>
    </w:p>
    <w:p w14:paraId="4C39F29C" w14:textId="77777777" w:rsidR="00686453" w:rsidRDefault="00D95FB4">
      <w:pPr>
        <w:pStyle w:val="Heading1"/>
        <w:pBdr>
          <w:bottom w:val="single" w:sz="14" w:space="5" w:color="E63B07"/>
        </w:pBdr>
        <w:spacing w:before="140" w:after="140"/>
      </w:pPr>
      <w:r>
        <w:rPr>
          <w:rFonts w:ascii="Arial" w:eastAsia="Arial" w:hAnsi="Arial"/>
        </w:rPr>
        <w:lastRenderedPageBreak/>
        <w:t>ATTACHMENT G - MUTUAL AID AGREEMENTS / MOUs / CONTRACTS</w:t>
      </w:r>
    </w:p>
    <w:p w14:paraId="661D2ACE" w14:textId="77777777" w:rsidR="00686453" w:rsidRPr="003F0D1D" w:rsidRDefault="00D95FB4">
      <w:pPr>
        <w:spacing w:after="100" w:line="250" w:lineRule="auto"/>
        <w:rPr>
          <w:sz w:val="20"/>
          <w:szCs w:val="20"/>
        </w:rPr>
      </w:pPr>
      <w:r w:rsidRPr="003F0D1D">
        <w:rPr>
          <w:sz w:val="20"/>
          <w:szCs w:val="20"/>
        </w:rPr>
        <w:t>List emergency agreements and contracts that support continuity of resident care. Retain current signed copies in the documented controlled location.</w:t>
      </w: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232"/>
        <w:gridCol w:w="2952"/>
        <w:gridCol w:w="2056"/>
        <w:gridCol w:w="2056"/>
        <w:gridCol w:w="2056"/>
      </w:tblGrid>
      <w:tr w:rsidR="00686453" w:rsidRPr="003F0D1D" w14:paraId="14A68E63" w14:textId="77777777">
        <w:trPr>
          <w:tblHeader/>
          <w:jc w:val="center"/>
        </w:trPr>
        <w:tc>
          <w:tcPr>
            <w:tcW w:w="2232" w:type="dxa"/>
            <w:shd w:val="clear" w:color="auto" w:fill="015A41"/>
            <w:tcMar>
              <w:top w:w="70" w:type="dxa"/>
              <w:left w:w="70" w:type="dxa"/>
              <w:bottom w:w="70" w:type="dxa"/>
              <w:right w:w="70" w:type="dxa"/>
            </w:tcMar>
          </w:tcPr>
          <w:p w14:paraId="07FFFC67" w14:textId="77777777" w:rsidR="00686453" w:rsidRPr="003F0D1D" w:rsidRDefault="00D95FB4">
            <w:pPr>
              <w:rPr>
                <w:szCs w:val="24"/>
              </w:rPr>
            </w:pPr>
            <w:r w:rsidRPr="003F0D1D">
              <w:rPr>
                <w:b/>
                <w:color w:val="FFFFFF"/>
                <w:szCs w:val="24"/>
              </w:rPr>
              <w:t>Partner</w:t>
            </w:r>
          </w:p>
        </w:tc>
        <w:tc>
          <w:tcPr>
            <w:tcW w:w="2952" w:type="dxa"/>
            <w:shd w:val="clear" w:color="auto" w:fill="015A41"/>
            <w:tcMar>
              <w:top w:w="70" w:type="dxa"/>
              <w:left w:w="70" w:type="dxa"/>
              <w:bottom w:w="70" w:type="dxa"/>
              <w:right w:w="70" w:type="dxa"/>
            </w:tcMar>
          </w:tcPr>
          <w:p w14:paraId="0282AD8D" w14:textId="77777777" w:rsidR="00686453" w:rsidRPr="003F0D1D" w:rsidRDefault="00D95FB4">
            <w:pPr>
              <w:rPr>
                <w:szCs w:val="24"/>
              </w:rPr>
            </w:pPr>
            <w:r w:rsidRPr="003F0D1D">
              <w:rPr>
                <w:b/>
                <w:color w:val="FFFFFF"/>
                <w:szCs w:val="24"/>
              </w:rPr>
              <w:t>Nature of Agreement</w:t>
            </w:r>
          </w:p>
        </w:tc>
        <w:tc>
          <w:tcPr>
            <w:tcW w:w="1440" w:type="dxa"/>
            <w:shd w:val="clear" w:color="auto" w:fill="015A41"/>
            <w:tcMar>
              <w:top w:w="70" w:type="dxa"/>
              <w:left w:w="70" w:type="dxa"/>
              <w:bottom w:w="70" w:type="dxa"/>
              <w:right w:w="70" w:type="dxa"/>
            </w:tcMar>
          </w:tcPr>
          <w:p w14:paraId="6A489B30" w14:textId="77777777" w:rsidR="00686453" w:rsidRPr="003F0D1D" w:rsidRDefault="00D95FB4">
            <w:pPr>
              <w:rPr>
                <w:szCs w:val="24"/>
              </w:rPr>
            </w:pPr>
            <w:r w:rsidRPr="003F0D1D">
              <w:rPr>
                <w:b/>
                <w:color w:val="FFFFFF"/>
                <w:szCs w:val="24"/>
              </w:rPr>
              <w:t>Expiration</w:t>
            </w:r>
          </w:p>
        </w:tc>
        <w:tc>
          <w:tcPr>
            <w:tcW w:w="1440" w:type="dxa"/>
            <w:shd w:val="clear" w:color="auto" w:fill="015A41"/>
            <w:tcMar>
              <w:top w:w="70" w:type="dxa"/>
              <w:left w:w="70" w:type="dxa"/>
              <w:bottom w:w="70" w:type="dxa"/>
              <w:right w:w="70" w:type="dxa"/>
            </w:tcMar>
          </w:tcPr>
          <w:p w14:paraId="7E767DA4" w14:textId="77777777" w:rsidR="00686453" w:rsidRPr="003F0D1D" w:rsidRDefault="00D95FB4">
            <w:pPr>
              <w:rPr>
                <w:szCs w:val="24"/>
              </w:rPr>
            </w:pPr>
            <w:r w:rsidRPr="003F0D1D">
              <w:rPr>
                <w:b/>
                <w:color w:val="FFFFFF"/>
                <w:szCs w:val="24"/>
              </w:rPr>
              <w:t>Last Verified</w:t>
            </w:r>
          </w:p>
        </w:tc>
        <w:tc>
          <w:tcPr>
            <w:tcW w:w="2016" w:type="dxa"/>
            <w:shd w:val="clear" w:color="auto" w:fill="015A41"/>
            <w:tcMar>
              <w:top w:w="70" w:type="dxa"/>
              <w:left w:w="70" w:type="dxa"/>
              <w:bottom w:w="70" w:type="dxa"/>
              <w:right w:w="70" w:type="dxa"/>
            </w:tcMar>
          </w:tcPr>
          <w:p w14:paraId="22BF016E" w14:textId="77777777" w:rsidR="00686453" w:rsidRPr="003F0D1D" w:rsidRDefault="00D95FB4">
            <w:pPr>
              <w:rPr>
                <w:szCs w:val="24"/>
              </w:rPr>
            </w:pPr>
            <w:r w:rsidRPr="003F0D1D">
              <w:rPr>
                <w:b/>
                <w:color w:val="FFFFFF"/>
                <w:szCs w:val="24"/>
              </w:rPr>
              <w:t>POC / Copy Location</w:t>
            </w:r>
          </w:p>
        </w:tc>
      </w:tr>
      <w:tr w:rsidR="00686453" w:rsidRPr="003F0D1D" w14:paraId="387D4333" w14:textId="77777777">
        <w:trPr>
          <w:cantSplit/>
          <w:jc w:val="center"/>
        </w:trPr>
        <w:tc>
          <w:tcPr>
            <w:tcW w:w="2056" w:type="dxa"/>
            <w:tcMar>
              <w:top w:w="70" w:type="dxa"/>
              <w:left w:w="70" w:type="dxa"/>
              <w:bottom w:w="70" w:type="dxa"/>
              <w:right w:w="70" w:type="dxa"/>
            </w:tcMar>
          </w:tcPr>
          <w:p w14:paraId="54B132FF" w14:textId="77777777" w:rsidR="00686453" w:rsidRPr="003F0D1D" w:rsidRDefault="00D95FB4">
            <w:pPr>
              <w:rPr>
                <w:szCs w:val="24"/>
              </w:rPr>
            </w:pPr>
            <w:r w:rsidRPr="003F0D1D">
              <w:rPr>
                <w:b/>
                <w:color w:val="015A41"/>
                <w:szCs w:val="24"/>
              </w:rPr>
              <w:t>&lt;Receiving facility&gt;</w:t>
            </w:r>
          </w:p>
        </w:tc>
        <w:tc>
          <w:tcPr>
            <w:tcW w:w="2056" w:type="dxa"/>
            <w:tcMar>
              <w:top w:w="70" w:type="dxa"/>
              <w:left w:w="70" w:type="dxa"/>
              <w:bottom w:w="70" w:type="dxa"/>
              <w:right w:w="70" w:type="dxa"/>
            </w:tcMar>
          </w:tcPr>
          <w:p w14:paraId="2CFE41F8" w14:textId="77777777" w:rsidR="00686453" w:rsidRPr="003F0D1D" w:rsidRDefault="00D95FB4">
            <w:pPr>
              <w:rPr>
                <w:szCs w:val="24"/>
              </w:rPr>
            </w:pPr>
            <w:r w:rsidRPr="003F0D1D">
              <w:rPr>
                <w:szCs w:val="24"/>
              </w:rPr>
              <w:t>Resident receiving / relocation</w:t>
            </w:r>
          </w:p>
        </w:tc>
        <w:tc>
          <w:tcPr>
            <w:tcW w:w="2056" w:type="dxa"/>
            <w:tcMar>
              <w:top w:w="70" w:type="dxa"/>
              <w:left w:w="70" w:type="dxa"/>
              <w:bottom w:w="70" w:type="dxa"/>
              <w:right w:w="70" w:type="dxa"/>
            </w:tcMar>
          </w:tcPr>
          <w:p w14:paraId="31359F10" w14:textId="77777777" w:rsidR="00686453" w:rsidRPr="003F0D1D" w:rsidRDefault="00D95FB4">
            <w:pPr>
              <w:rPr>
                <w:szCs w:val="24"/>
              </w:rPr>
            </w:pPr>
            <w:r w:rsidRPr="003F0D1D">
              <w:rPr>
                <w:szCs w:val="24"/>
              </w:rPr>
              <w:t>&lt;Expiration&gt;</w:t>
            </w:r>
          </w:p>
        </w:tc>
        <w:tc>
          <w:tcPr>
            <w:tcW w:w="2056" w:type="dxa"/>
            <w:tcMar>
              <w:top w:w="70" w:type="dxa"/>
              <w:left w:w="70" w:type="dxa"/>
              <w:bottom w:w="70" w:type="dxa"/>
              <w:right w:w="70" w:type="dxa"/>
            </w:tcMar>
          </w:tcPr>
          <w:p w14:paraId="7123E5BA" w14:textId="77777777" w:rsidR="00686453" w:rsidRPr="003F0D1D" w:rsidRDefault="00D95FB4">
            <w:pPr>
              <w:rPr>
                <w:szCs w:val="24"/>
              </w:rPr>
            </w:pPr>
            <w:r w:rsidRPr="003F0D1D">
              <w:rPr>
                <w:szCs w:val="24"/>
              </w:rPr>
              <w:t>&lt;Verified&gt;</w:t>
            </w:r>
          </w:p>
        </w:tc>
        <w:tc>
          <w:tcPr>
            <w:tcW w:w="2056" w:type="dxa"/>
            <w:tcMar>
              <w:top w:w="70" w:type="dxa"/>
              <w:left w:w="70" w:type="dxa"/>
              <w:bottom w:w="70" w:type="dxa"/>
              <w:right w:w="70" w:type="dxa"/>
            </w:tcMar>
          </w:tcPr>
          <w:p w14:paraId="09310443" w14:textId="77777777" w:rsidR="00686453" w:rsidRPr="003F0D1D" w:rsidRDefault="00D95FB4">
            <w:pPr>
              <w:rPr>
                <w:szCs w:val="24"/>
              </w:rPr>
            </w:pPr>
            <w:r w:rsidRPr="003F0D1D">
              <w:rPr>
                <w:szCs w:val="24"/>
              </w:rPr>
              <w:t>&lt;POC / storage&gt;</w:t>
            </w:r>
          </w:p>
        </w:tc>
      </w:tr>
      <w:tr w:rsidR="00686453" w:rsidRPr="003F0D1D" w14:paraId="60E9D97D" w14:textId="77777777">
        <w:trPr>
          <w:cantSplit/>
          <w:jc w:val="center"/>
        </w:trPr>
        <w:tc>
          <w:tcPr>
            <w:tcW w:w="2056" w:type="dxa"/>
            <w:tcMar>
              <w:top w:w="70" w:type="dxa"/>
              <w:left w:w="70" w:type="dxa"/>
              <w:bottom w:w="70" w:type="dxa"/>
              <w:right w:w="70" w:type="dxa"/>
            </w:tcMar>
          </w:tcPr>
          <w:p w14:paraId="3887D298" w14:textId="77777777" w:rsidR="00686453" w:rsidRPr="003F0D1D" w:rsidRDefault="00D95FB4">
            <w:pPr>
              <w:rPr>
                <w:szCs w:val="24"/>
              </w:rPr>
            </w:pPr>
            <w:r w:rsidRPr="003F0D1D">
              <w:rPr>
                <w:b/>
                <w:color w:val="015A41"/>
                <w:szCs w:val="24"/>
              </w:rPr>
              <w:t>&lt;Transportation&gt;</w:t>
            </w:r>
          </w:p>
        </w:tc>
        <w:tc>
          <w:tcPr>
            <w:tcW w:w="2056" w:type="dxa"/>
            <w:tcMar>
              <w:top w:w="70" w:type="dxa"/>
              <w:left w:w="70" w:type="dxa"/>
              <w:bottom w:w="70" w:type="dxa"/>
              <w:right w:w="70" w:type="dxa"/>
            </w:tcMar>
          </w:tcPr>
          <w:p w14:paraId="4DA6ED9B" w14:textId="77777777" w:rsidR="00686453" w:rsidRPr="003F0D1D" w:rsidRDefault="00D95FB4">
            <w:pPr>
              <w:rPr>
                <w:szCs w:val="24"/>
              </w:rPr>
            </w:pPr>
            <w:r w:rsidRPr="003F0D1D">
              <w:rPr>
                <w:szCs w:val="24"/>
              </w:rPr>
              <w:t>Evacuation transport</w:t>
            </w:r>
          </w:p>
        </w:tc>
        <w:tc>
          <w:tcPr>
            <w:tcW w:w="2056" w:type="dxa"/>
            <w:tcMar>
              <w:top w:w="70" w:type="dxa"/>
              <w:left w:w="70" w:type="dxa"/>
              <w:bottom w:w="70" w:type="dxa"/>
              <w:right w:w="70" w:type="dxa"/>
            </w:tcMar>
          </w:tcPr>
          <w:p w14:paraId="17F62BBA" w14:textId="77777777" w:rsidR="00686453" w:rsidRPr="003F0D1D" w:rsidRDefault="00D95FB4">
            <w:pPr>
              <w:rPr>
                <w:szCs w:val="24"/>
              </w:rPr>
            </w:pPr>
            <w:r w:rsidRPr="003F0D1D">
              <w:rPr>
                <w:szCs w:val="24"/>
              </w:rPr>
              <w:t>&lt;Expiration&gt;</w:t>
            </w:r>
          </w:p>
        </w:tc>
        <w:tc>
          <w:tcPr>
            <w:tcW w:w="2056" w:type="dxa"/>
            <w:tcMar>
              <w:top w:w="70" w:type="dxa"/>
              <w:left w:w="70" w:type="dxa"/>
              <w:bottom w:w="70" w:type="dxa"/>
              <w:right w:w="70" w:type="dxa"/>
            </w:tcMar>
          </w:tcPr>
          <w:p w14:paraId="59F83EEF" w14:textId="77777777" w:rsidR="00686453" w:rsidRPr="003F0D1D" w:rsidRDefault="00D95FB4">
            <w:pPr>
              <w:rPr>
                <w:szCs w:val="24"/>
              </w:rPr>
            </w:pPr>
            <w:r w:rsidRPr="003F0D1D">
              <w:rPr>
                <w:szCs w:val="24"/>
              </w:rPr>
              <w:t>&lt;Verified&gt;</w:t>
            </w:r>
          </w:p>
        </w:tc>
        <w:tc>
          <w:tcPr>
            <w:tcW w:w="2056" w:type="dxa"/>
            <w:tcMar>
              <w:top w:w="70" w:type="dxa"/>
              <w:left w:w="70" w:type="dxa"/>
              <w:bottom w:w="70" w:type="dxa"/>
              <w:right w:w="70" w:type="dxa"/>
            </w:tcMar>
          </w:tcPr>
          <w:p w14:paraId="239331CA" w14:textId="77777777" w:rsidR="00686453" w:rsidRPr="003F0D1D" w:rsidRDefault="00D95FB4">
            <w:pPr>
              <w:rPr>
                <w:szCs w:val="24"/>
              </w:rPr>
            </w:pPr>
            <w:r w:rsidRPr="003F0D1D">
              <w:rPr>
                <w:szCs w:val="24"/>
              </w:rPr>
              <w:t>&lt;POC / storage&gt;</w:t>
            </w:r>
          </w:p>
        </w:tc>
      </w:tr>
      <w:tr w:rsidR="00686453" w:rsidRPr="003F0D1D" w14:paraId="25F2C333" w14:textId="77777777">
        <w:trPr>
          <w:cantSplit/>
          <w:jc w:val="center"/>
        </w:trPr>
        <w:tc>
          <w:tcPr>
            <w:tcW w:w="2056" w:type="dxa"/>
            <w:tcMar>
              <w:top w:w="70" w:type="dxa"/>
              <w:left w:w="70" w:type="dxa"/>
              <w:bottom w:w="70" w:type="dxa"/>
              <w:right w:w="70" w:type="dxa"/>
            </w:tcMar>
          </w:tcPr>
          <w:p w14:paraId="064978B7" w14:textId="77777777" w:rsidR="00686453" w:rsidRPr="003F0D1D" w:rsidRDefault="00D95FB4">
            <w:pPr>
              <w:rPr>
                <w:szCs w:val="24"/>
              </w:rPr>
            </w:pPr>
            <w:r w:rsidRPr="003F0D1D">
              <w:rPr>
                <w:b/>
                <w:color w:val="015A41"/>
                <w:szCs w:val="24"/>
              </w:rPr>
              <w:t>&lt;Pharmacy&gt;</w:t>
            </w:r>
          </w:p>
        </w:tc>
        <w:tc>
          <w:tcPr>
            <w:tcW w:w="2056" w:type="dxa"/>
            <w:tcMar>
              <w:top w:w="70" w:type="dxa"/>
              <w:left w:w="70" w:type="dxa"/>
              <w:bottom w:w="70" w:type="dxa"/>
              <w:right w:w="70" w:type="dxa"/>
            </w:tcMar>
          </w:tcPr>
          <w:p w14:paraId="4BA8B1F6" w14:textId="77777777" w:rsidR="00686453" w:rsidRPr="003F0D1D" w:rsidRDefault="00D95FB4">
            <w:pPr>
              <w:rPr>
                <w:szCs w:val="24"/>
              </w:rPr>
            </w:pPr>
            <w:r w:rsidRPr="003F0D1D">
              <w:rPr>
                <w:szCs w:val="24"/>
              </w:rPr>
              <w:t>Emergency medications</w:t>
            </w:r>
          </w:p>
        </w:tc>
        <w:tc>
          <w:tcPr>
            <w:tcW w:w="2056" w:type="dxa"/>
            <w:tcMar>
              <w:top w:w="70" w:type="dxa"/>
              <w:left w:w="70" w:type="dxa"/>
              <w:bottom w:w="70" w:type="dxa"/>
              <w:right w:w="70" w:type="dxa"/>
            </w:tcMar>
          </w:tcPr>
          <w:p w14:paraId="21C00E06" w14:textId="77777777" w:rsidR="00686453" w:rsidRPr="003F0D1D" w:rsidRDefault="00D95FB4">
            <w:pPr>
              <w:rPr>
                <w:szCs w:val="24"/>
              </w:rPr>
            </w:pPr>
            <w:r w:rsidRPr="003F0D1D">
              <w:rPr>
                <w:szCs w:val="24"/>
              </w:rPr>
              <w:t>&lt;Expiration&gt;</w:t>
            </w:r>
          </w:p>
        </w:tc>
        <w:tc>
          <w:tcPr>
            <w:tcW w:w="2056" w:type="dxa"/>
            <w:tcMar>
              <w:top w:w="70" w:type="dxa"/>
              <w:left w:w="70" w:type="dxa"/>
              <w:bottom w:w="70" w:type="dxa"/>
              <w:right w:w="70" w:type="dxa"/>
            </w:tcMar>
          </w:tcPr>
          <w:p w14:paraId="5FE6C5FC" w14:textId="77777777" w:rsidR="00686453" w:rsidRPr="003F0D1D" w:rsidRDefault="00D95FB4">
            <w:pPr>
              <w:rPr>
                <w:szCs w:val="24"/>
              </w:rPr>
            </w:pPr>
            <w:r w:rsidRPr="003F0D1D">
              <w:rPr>
                <w:szCs w:val="24"/>
              </w:rPr>
              <w:t>&lt;Verified&gt;</w:t>
            </w:r>
          </w:p>
        </w:tc>
        <w:tc>
          <w:tcPr>
            <w:tcW w:w="2056" w:type="dxa"/>
            <w:tcMar>
              <w:top w:w="70" w:type="dxa"/>
              <w:left w:w="70" w:type="dxa"/>
              <w:bottom w:w="70" w:type="dxa"/>
              <w:right w:w="70" w:type="dxa"/>
            </w:tcMar>
          </w:tcPr>
          <w:p w14:paraId="33462B2A" w14:textId="77777777" w:rsidR="00686453" w:rsidRPr="003F0D1D" w:rsidRDefault="00D95FB4">
            <w:pPr>
              <w:rPr>
                <w:szCs w:val="24"/>
              </w:rPr>
            </w:pPr>
            <w:r w:rsidRPr="003F0D1D">
              <w:rPr>
                <w:szCs w:val="24"/>
              </w:rPr>
              <w:t>&lt;POC / storage&gt;</w:t>
            </w:r>
          </w:p>
        </w:tc>
      </w:tr>
      <w:tr w:rsidR="00686453" w:rsidRPr="003F0D1D" w14:paraId="197336EE" w14:textId="77777777">
        <w:trPr>
          <w:cantSplit/>
          <w:jc w:val="center"/>
        </w:trPr>
        <w:tc>
          <w:tcPr>
            <w:tcW w:w="2056" w:type="dxa"/>
            <w:tcMar>
              <w:top w:w="70" w:type="dxa"/>
              <w:left w:w="70" w:type="dxa"/>
              <w:bottom w:w="70" w:type="dxa"/>
              <w:right w:w="70" w:type="dxa"/>
            </w:tcMar>
          </w:tcPr>
          <w:p w14:paraId="6D37464E" w14:textId="77777777" w:rsidR="00686453" w:rsidRPr="003F0D1D" w:rsidRDefault="00D95FB4">
            <w:pPr>
              <w:rPr>
                <w:szCs w:val="24"/>
              </w:rPr>
            </w:pPr>
            <w:r w:rsidRPr="003F0D1D">
              <w:rPr>
                <w:b/>
                <w:color w:val="015A41"/>
                <w:szCs w:val="24"/>
              </w:rPr>
              <w:t>&lt;Food / water&gt;</w:t>
            </w:r>
          </w:p>
        </w:tc>
        <w:tc>
          <w:tcPr>
            <w:tcW w:w="2056" w:type="dxa"/>
            <w:tcMar>
              <w:top w:w="70" w:type="dxa"/>
              <w:left w:w="70" w:type="dxa"/>
              <w:bottom w:w="70" w:type="dxa"/>
              <w:right w:w="70" w:type="dxa"/>
            </w:tcMar>
          </w:tcPr>
          <w:p w14:paraId="7C9102D0" w14:textId="77777777" w:rsidR="00686453" w:rsidRPr="003F0D1D" w:rsidRDefault="00D95FB4">
            <w:pPr>
              <w:rPr>
                <w:szCs w:val="24"/>
              </w:rPr>
            </w:pPr>
            <w:r w:rsidRPr="003F0D1D">
              <w:rPr>
                <w:szCs w:val="24"/>
              </w:rPr>
              <w:t>Emergency subsistence</w:t>
            </w:r>
          </w:p>
        </w:tc>
        <w:tc>
          <w:tcPr>
            <w:tcW w:w="2056" w:type="dxa"/>
            <w:tcMar>
              <w:top w:w="70" w:type="dxa"/>
              <w:left w:w="70" w:type="dxa"/>
              <w:bottom w:w="70" w:type="dxa"/>
              <w:right w:w="70" w:type="dxa"/>
            </w:tcMar>
          </w:tcPr>
          <w:p w14:paraId="6225D5BA" w14:textId="77777777" w:rsidR="00686453" w:rsidRPr="003F0D1D" w:rsidRDefault="00D95FB4">
            <w:pPr>
              <w:rPr>
                <w:szCs w:val="24"/>
              </w:rPr>
            </w:pPr>
            <w:r w:rsidRPr="003F0D1D">
              <w:rPr>
                <w:szCs w:val="24"/>
              </w:rPr>
              <w:t>&lt;Expiration&gt;</w:t>
            </w:r>
          </w:p>
        </w:tc>
        <w:tc>
          <w:tcPr>
            <w:tcW w:w="2056" w:type="dxa"/>
            <w:tcMar>
              <w:top w:w="70" w:type="dxa"/>
              <w:left w:w="70" w:type="dxa"/>
              <w:bottom w:w="70" w:type="dxa"/>
              <w:right w:w="70" w:type="dxa"/>
            </w:tcMar>
          </w:tcPr>
          <w:p w14:paraId="60853DA0" w14:textId="77777777" w:rsidR="00686453" w:rsidRPr="003F0D1D" w:rsidRDefault="00D95FB4">
            <w:pPr>
              <w:rPr>
                <w:szCs w:val="24"/>
              </w:rPr>
            </w:pPr>
            <w:r w:rsidRPr="003F0D1D">
              <w:rPr>
                <w:szCs w:val="24"/>
              </w:rPr>
              <w:t>&lt;Verified&gt;</w:t>
            </w:r>
          </w:p>
        </w:tc>
        <w:tc>
          <w:tcPr>
            <w:tcW w:w="2056" w:type="dxa"/>
            <w:tcMar>
              <w:top w:w="70" w:type="dxa"/>
              <w:left w:w="70" w:type="dxa"/>
              <w:bottom w:w="70" w:type="dxa"/>
              <w:right w:w="70" w:type="dxa"/>
            </w:tcMar>
          </w:tcPr>
          <w:p w14:paraId="729A0308" w14:textId="77777777" w:rsidR="00686453" w:rsidRPr="003F0D1D" w:rsidRDefault="00D95FB4">
            <w:pPr>
              <w:rPr>
                <w:szCs w:val="24"/>
              </w:rPr>
            </w:pPr>
            <w:r w:rsidRPr="003F0D1D">
              <w:rPr>
                <w:szCs w:val="24"/>
              </w:rPr>
              <w:t>&lt;POC / storage&gt;</w:t>
            </w:r>
          </w:p>
        </w:tc>
      </w:tr>
      <w:tr w:rsidR="00686453" w:rsidRPr="003F0D1D" w14:paraId="4D600A83" w14:textId="77777777">
        <w:trPr>
          <w:cantSplit/>
          <w:jc w:val="center"/>
        </w:trPr>
        <w:tc>
          <w:tcPr>
            <w:tcW w:w="2056" w:type="dxa"/>
            <w:tcMar>
              <w:top w:w="70" w:type="dxa"/>
              <w:left w:w="70" w:type="dxa"/>
              <w:bottom w:w="70" w:type="dxa"/>
              <w:right w:w="70" w:type="dxa"/>
            </w:tcMar>
          </w:tcPr>
          <w:p w14:paraId="740F0706" w14:textId="77777777" w:rsidR="00686453" w:rsidRPr="003F0D1D" w:rsidRDefault="00D95FB4">
            <w:pPr>
              <w:rPr>
                <w:szCs w:val="24"/>
              </w:rPr>
            </w:pPr>
            <w:r w:rsidRPr="003F0D1D">
              <w:rPr>
                <w:b/>
                <w:color w:val="015A41"/>
                <w:szCs w:val="24"/>
              </w:rPr>
              <w:t>&lt;Fuel / generator&gt;</w:t>
            </w:r>
          </w:p>
        </w:tc>
        <w:tc>
          <w:tcPr>
            <w:tcW w:w="2056" w:type="dxa"/>
            <w:tcMar>
              <w:top w:w="70" w:type="dxa"/>
              <w:left w:w="70" w:type="dxa"/>
              <w:bottom w:w="70" w:type="dxa"/>
              <w:right w:w="70" w:type="dxa"/>
            </w:tcMar>
          </w:tcPr>
          <w:p w14:paraId="7F8D64B7" w14:textId="77777777" w:rsidR="00686453" w:rsidRPr="003F0D1D" w:rsidRDefault="00D95FB4">
            <w:pPr>
              <w:rPr>
                <w:szCs w:val="24"/>
              </w:rPr>
            </w:pPr>
            <w:r w:rsidRPr="003F0D1D">
              <w:rPr>
                <w:szCs w:val="24"/>
              </w:rPr>
              <w:t>Emergency fuel / service</w:t>
            </w:r>
          </w:p>
        </w:tc>
        <w:tc>
          <w:tcPr>
            <w:tcW w:w="2056" w:type="dxa"/>
            <w:tcMar>
              <w:top w:w="70" w:type="dxa"/>
              <w:left w:w="70" w:type="dxa"/>
              <w:bottom w:w="70" w:type="dxa"/>
              <w:right w:w="70" w:type="dxa"/>
            </w:tcMar>
          </w:tcPr>
          <w:p w14:paraId="6E5DC447" w14:textId="77777777" w:rsidR="00686453" w:rsidRPr="003F0D1D" w:rsidRDefault="00D95FB4">
            <w:pPr>
              <w:rPr>
                <w:szCs w:val="24"/>
              </w:rPr>
            </w:pPr>
            <w:r w:rsidRPr="003F0D1D">
              <w:rPr>
                <w:szCs w:val="24"/>
              </w:rPr>
              <w:t>&lt;Expiration&gt;</w:t>
            </w:r>
          </w:p>
        </w:tc>
        <w:tc>
          <w:tcPr>
            <w:tcW w:w="2056" w:type="dxa"/>
            <w:tcMar>
              <w:top w:w="70" w:type="dxa"/>
              <w:left w:w="70" w:type="dxa"/>
              <w:bottom w:w="70" w:type="dxa"/>
              <w:right w:w="70" w:type="dxa"/>
            </w:tcMar>
          </w:tcPr>
          <w:p w14:paraId="1E3FC51E" w14:textId="77777777" w:rsidR="00686453" w:rsidRPr="003F0D1D" w:rsidRDefault="00D95FB4">
            <w:pPr>
              <w:rPr>
                <w:szCs w:val="24"/>
              </w:rPr>
            </w:pPr>
            <w:r w:rsidRPr="003F0D1D">
              <w:rPr>
                <w:szCs w:val="24"/>
              </w:rPr>
              <w:t>&lt;Verified&gt;</w:t>
            </w:r>
          </w:p>
        </w:tc>
        <w:tc>
          <w:tcPr>
            <w:tcW w:w="2056" w:type="dxa"/>
            <w:tcMar>
              <w:top w:w="70" w:type="dxa"/>
              <w:left w:w="70" w:type="dxa"/>
              <w:bottom w:w="70" w:type="dxa"/>
              <w:right w:w="70" w:type="dxa"/>
            </w:tcMar>
          </w:tcPr>
          <w:p w14:paraId="0F79C3FA" w14:textId="77777777" w:rsidR="00686453" w:rsidRPr="003F0D1D" w:rsidRDefault="00D95FB4">
            <w:pPr>
              <w:rPr>
                <w:szCs w:val="24"/>
              </w:rPr>
            </w:pPr>
            <w:r w:rsidRPr="003F0D1D">
              <w:rPr>
                <w:szCs w:val="24"/>
              </w:rPr>
              <w:t>&lt;POC / storage&gt;</w:t>
            </w:r>
          </w:p>
        </w:tc>
      </w:tr>
      <w:tr w:rsidR="00686453" w:rsidRPr="003F0D1D" w14:paraId="1AB53BAB" w14:textId="77777777">
        <w:trPr>
          <w:cantSplit/>
          <w:jc w:val="center"/>
        </w:trPr>
        <w:tc>
          <w:tcPr>
            <w:tcW w:w="2056" w:type="dxa"/>
            <w:tcMar>
              <w:top w:w="70" w:type="dxa"/>
              <w:left w:w="70" w:type="dxa"/>
              <w:bottom w:w="70" w:type="dxa"/>
              <w:right w:w="70" w:type="dxa"/>
            </w:tcMar>
          </w:tcPr>
          <w:p w14:paraId="7880225F" w14:textId="77777777" w:rsidR="00686453" w:rsidRPr="003F0D1D" w:rsidRDefault="00D95FB4">
            <w:pPr>
              <w:rPr>
                <w:szCs w:val="24"/>
              </w:rPr>
            </w:pPr>
            <w:r w:rsidRPr="003F0D1D">
              <w:rPr>
                <w:b/>
                <w:color w:val="015A41"/>
                <w:szCs w:val="24"/>
              </w:rPr>
              <w:t>&lt;Other&gt;</w:t>
            </w:r>
          </w:p>
        </w:tc>
        <w:tc>
          <w:tcPr>
            <w:tcW w:w="2056" w:type="dxa"/>
            <w:tcMar>
              <w:top w:w="70" w:type="dxa"/>
              <w:left w:w="70" w:type="dxa"/>
              <w:bottom w:w="70" w:type="dxa"/>
              <w:right w:w="70" w:type="dxa"/>
            </w:tcMar>
          </w:tcPr>
          <w:p w14:paraId="66B38E18" w14:textId="77777777" w:rsidR="00686453" w:rsidRPr="003F0D1D" w:rsidRDefault="00D95FB4">
            <w:pPr>
              <w:rPr>
                <w:szCs w:val="24"/>
              </w:rPr>
            </w:pPr>
            <w:r w:rsidRPr="003F0D1D">
              <w:rPr>
                <w:szCs w:val="24"/>
              </w:rPr>
              <w:t>&lt;Nature&gt;</w:t>
            </w:r>
          </w:p>
        </w:tc>
        <w:tc>
          <w:tcPr>
            <w:tcW w:w="2056" w:type="dxa"/>
            <w:tcMar>
              <w:top w:w="70" w:type="dxa"/>
              <w:left w:w="70" w:type="dxa"/>
              <w:bottom w:w="70" w:type="dxa"/>
              <w:right w:w="70" w:type="dxa"/>
            </w:tcMar>
          </w:tcPr>
          <w:p w14:paraId="115F2B07" w14:textId="77777777" w:rsidR="00686453" w:rsidRPr="003F0D1D" w:rsidRDefault="00D95FB4">
            <w:pPr>
              <w:rPr>
                <w:szCs w:val="24"/>
              </w:rPr>
            </w:pPr>
            <w:r w:rsidRPr="003F0D1D">
              <w:rPr>
                <w:szCs w:val="24"/>
              </w:rPr>
              <w:t>&lt;Expiration&gt;</w:t>
            </w:r>
          </w:p>
        </w:tc>
        <w:tc>
          <w:tcPr>
            <w:tcW w:w="2056" w:type="dxa"/>
            <w:tcMar>
              <w:top w:w="70" w:type="dxa"/>
              <w:left w:w="70" w:type="dxa"/>
              <w:bottom w:w="70" w:type="dxa"/>
              <w:right w:w="70" w:type="dxa"/>
            </w:tcMar>
          </w:tcPr>
          <w:p w14:paraId="0B026C22" w14:textId="77777777" w:rsidR="00686453" w:rsidRPr="003F0D1D" w:rsidRDefault="00D95FB4">
            <w:pPr>
              <w:rPr>
                <w:szCs w:val="24"/>
              </w:rPr>
            </w:pPr>
            <w:r w:rsidRPr="003F0D1D">
              <w:rPr>
                <w:szCs w:val="24"/>
              </w:rPr>
              <w:t>&lt;Verified&gt;</w:t>
            </w:r>
          </w:p>
        </w:tc>
        <w:tc>
          <w:tcPr>
            <w:tcW w:w="2056" w:type="dxa"/>
            <w:tcMar>
              <w:top w:w="70" w:type="dxa"/>
              <w:left w:w="70" w:type="dxa"/>
              <w:bottom w:w="70" w:type="dxa"/>
              <w:right w:w="70" w:type="dxa"/>
            </w:tcMar>
          </w:tcPr>
          <w:p w14:paraId="76FB1DDA" w14:textId="77777777" w:rsidR="00686453" w:rsidRPr="003F0D1D" w:rsidRDefault="00D95FB4">
            <w:pPr>
              <w:rPr>
                <w:szCs w:val="24"/>
              </w:rPr>
            </w:pPr>
            <w:r w:rsidRPr="003F0D1D">
              <w:rPr>
                <w:szCs w:val="24"/>
              </w:rPr>
              <w:t>&lt;POC / storage&gt;</w:t>
            </w:r>
          </w:p>
        </w:tc>
      </w:tr>
    </w:tbl>
    <w:p w14:paraId="35BED22F" w14:textId="77777777" w:rsidR="00686453" w:rsidRDefault="00686453">
      <w:pPr>
        <w:spacing w:after="0"/>
      </w:pPr>
    </w:p>
    <w:p w14:paraId="74921E5A" w14:textId="77777777" w:rsidR="00686453" w:rsidRDefault="00D95FB4">
      <w:r>
        <w:br w:type="page"/>
      </w:r>
    </w:p>
    <w:p w14:paraId="24A35543" w14:textId="77777777" w:rsidR="00686453" w:rsidRDefault="00D95FB4">
      <w:pPr>
        <w:pStyle w:val="Heading1"/>
        <w:pBdr>
          <w:bottom w:val="single" w:sz="14" w:space="5" w:color="E63B07"/>
        </w:pBdr>
        <w:spacing w:before="140" w:after="140"/>
      </w:pPr>
      <w:r>
        <w:rPr>
          <w:rFonts w:ascii="Arial" w:eastAsia="Arial" w:hAnsi="Arial"/>
        </w:rPr>
        <w:lastRenderedPageBreak/>
        <w:t>ATTACHMENT H - SUPPLY CHAIN &amp; RESOURCE SUSTAINABILITY</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1BAE993B" w14:textId="77777777">
        <w:trPr>
          <w:jc w:val="center"/>
        </w:trPr>
        <w:tc>
          <w:tcPr>
            <w:tcW w:w="10282" w:type="dxa"/>
            <w:shd w:val="clear" w:color="auto" w:fill="EAF3EF"/>
            <w:tcMar>
              <w:top w:w="100" w:type="dxa"/>
              <w:left w:w="130" w:type="dxa"/>
              <w:bottom w:w="100" w:type="dxa"/>
              <w:right w:w="130" w:type="dxa"/>
            </w:tcMar>
          </w:tcPr>
          <w:p w14:paraId="290ABAD7" w14:textId="1DBDE631" w:rsidR="00686453" w:rsidRPr="003F0D1D" w:rsidRDefault="00E15DFA">
            <w:pPr>
              <w:spacing w:after="0"/>
              <w:rPr>
                <w:sz w:val="20"/>
                <w:szCs w:val="20"/>
              </w:rPr>
            </w:pPr>
            <w:r>
              <w:rPr>
                <w:rFonts w:cs="Arial"/>
                <w:b/>
                <w:color w:val="015A41"/>
                <w:sz w:val="20"/>
              </w:rPr>
              <w:t xml:space="preserve">CMS + MAINE RESOURCE REQUIREMENTS </w:t>
            </w:r>
            <w:r>
              <w:rPr>
                <w:rFonts w:cs="Arial"/>
                <w:color w:val="000000"/>
                <w:sz w:val="20"/>
              </w:rPr>
              <w:t>CMS policies/procedures must address subsistence needs for staff and residents whether evacuating or sheltering in place, including food, water, medical/pharmaceutical supplies, and alternate energy needed for safe temperatures, emergency lighting, fire systems, and sewage/waste disposal. Maine Chapter 110 §</w:t>
            </w:r>
            <w:proofErr w:type="gramStart"/>
            <w:r>
              <w:rPr>
                <w:rFonts w:cs="Arial"/>
                <w:color w:val="000000"/>
                <w:sz w:val="20"/>
              </w:rPr>
              <w:t>21.A.</w:t>
            </w:r>
            <w:proofErr w:type="gramEnd"/>
            <w:r>
              <w:rPr>
                <w:rFonts w:cs="Arial"/>
                <w:color w:val="000000"/>
                <w:sz w:val="20"/>
              </w:rPr>
              <w:t xml:space="preserve">4(f) additionally requires PPE sufficient to </w:t>
            </w:r>
            <w:proofErr w:type="gramStart"/>
            <w:r>
              <w:rPr>
                <w:rFonts w:cs="Arial"/>
                <w:color w:val="000000"/>
                <w:sz w:val="20"/>
              </w:rPr>
              <w:t>last 72 hours on hand at all times</w:t>
            </w:r>
            <w:proofErr w:type="gramEnd"/>
            <w:r>
              <w:rPr>
                <w:rFonts w:cs="Arial"/>
                <w:color w:val="000000"/>
                <w:sz w:val="20"/>
              </w:rPr>
              <w:t xml:space="preserve"> and reporting of PPE resources to </w:t>
            </w:r>
            <w:proofErr w:type="spellStart"/>
            <w:r>
              <w:rPr>
                <w:rFonts w:cs="Arial"/>
                <w:color w:val="000000"/>
                <w:sz w:val="20"/>
              </w:rPr>
              <w:t>MeCDC</w:t>
            </w:r>
            <w:proofErr w:type="spellEnd"/>
            <w:r>
              <w:rPr>
                <w:rFonts w:cs="Arial"/>
                <w:color w:val="000000"/>
                <w:sz w:val="20"/>
              </w:rPr>
              <w:t xml:space="preserve"> in the format/frequency it specifies.</w:t>
            </w:r>
            <w:r>
              <w:rPr>
                <w:sz w:val="20"/>
              </w:rPr>
              <w:t xml:space="preserve"> Maine Chapter 110 also requires a dietetic disaster feeding plan (§</w:t>
            </w:r>
            <w:proofErr w:type="gramStart"/>
            <w:r>
              <w:rPr>
                <w:sz w:val="20"/>
              </w:rPr>
              <w:t>18.A.</w:t>
            </w:r>
            <w:proofErr w:type="gramEnd"/>
            <w:r>
              <w:rPr>
                <w:sz w:val="20"/>
              </w:rPr>
              <w:t>1(m)) and at least a one-week supply of staple foods plus 48 hours of perishable foods on premises (§</w:t>
            </w:r>
            <w:proofErr w:type="gramStart"/>
            <w:r>
              <w:rPr>
                <w:sz w:val="20"/>
              </w:rPr>
              <w:t>18.F.</w:t>
            </w:r>
            <w:proofErr w:type="gramEnd"/>
            <w:r>
              <w:rPr>
                <w:sz w:val="20"/>
              </w:rPr>
              <w:t>1).</w:t>
            </w:r>
          </w:p>
        </w:tc>
      </w:tr>
    </w:tbl>
    <w:p w14:paraId="14393F15" w14:textId="77777777" w:rsidR="00686453" w:rsidRDefault="00686453">
      <w:pPr>
        <w:spacing w:after="0"/>
      </w:pP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056"/>
        <w:gridCol w:w="2056"/>
        <w:gridCol w:w="2056"/>
        <w:gridCol w:w="2056"/>
        <w:gridCol w:w="2448"/>
      </w:tblGrid>
      <w:tr w:rsidR="00686453" w:rsidRPr="003F0D1D" w14:paraId="42AF5038" w14:textId="77777777">
        <w:trPr>
          <w:tblHeader/>
          <w:jc w:val="center"/>
        </w:trPr>
        <w:tc>
          <w:tcPr>
            <w:tcW w:w="1800" w:type="dxa"/>
            <w:shd w:val="clear" w:color="auto" w:fill="015A41"/>
            <w:tcMar>
              <w:top w:w="70" w:type="dxa"/>
              <w:left w:w="70" w:type="dxa"/>
              <w:bottom w:w="70" w:type="dxa"/>
              <w:right w:w="70" w:type="dxa"/>
            </w:tcMar>
          </w:tcPr>
          <w:p w14:paraId="7335C984" w14:textId="77777777" w:rsidR="00686453" w:rsidRPr="003F0D1D" w:rsidRDefault="00D95FB4">
            <w:pPr>
              <w:rPr>
                <w:szCs w:val="24"/>
              </w:rPr>
            </w:pPr>
            <w:r w:rsidRPr="003F0D1D">
              <w:rPr>
                <w:b/>
                <w:color w:val="FFFFFF"/>
                <w:szCs w:val="24"/>
              </w:rPr>
              <w:t>Resource</w:t>
            </w:r>
          </w:p>
        </w:tc>
        <w:tc>
          <w:tcPr>
            <w:tcW w:w="1944" w:type="dxa"/>
            <w:shd w:val="clear" w:color="auto" w:fill="015A41"/>
            <w:tcMar>
              <w:top w:w="70" w:type="dxa"/>
              <w:left w:w="70" w:type="dxa"/>
              <w:bottom w:w="70" w:type="dxa"/>
              <w:right w:w="70" w:type="dxa"/>
            </w:tcMar>
          </w:tcPr>
          <w:p w14:paraId="7180B254" w14:textId="77777777" w:rsidR="00686453" w:rsidRPr="003F0D1D" w:rsidRDefault="00D95FB4">
            <w:pPr>
              <w:rPr>
                <w:szCs w:val="24"/>
              </w:rPr>
            </w:pPr>
            <w:r w:rsidRPr="003F0D1D">
              <w:rPr>
                <w:b/>
                <w:color w:val="FFFFFF"/>
                <w:szCs w:val="24"/>
              </w:rPr>
              <w:t>Sustainability Target</w:t>
            </w:r>
          </w:p>
        </w:tc>
        <w:tc>
          <w:tcPr>
            <w:tcW w:w="1944" w:type="dxa"/>
            <w:shd w:val="clear" w:color="auto" w:fill="015A41"/>
            <w:tcMar>
              <w:top w:w="70" w:type="dxa"/>
              <w:left w:w="70" w:type="dxa"/>
              <w:bottom w:w="70" w:type="dxa"/>
              <w:right w:w="70" w:type="dxa"/>
            </w:tcMar>
          </w:tcPr>
          <w:p w14:paraId="71463793" w14:textId="77777777" w:rsidR="00686453" w:rsidRPr="003F0D1D" w:rsidRDefault="00D95FB4">
            <w:pPr>
              <w:rPr>
                <w:szCs w:val="24"/>
              </w:rPr>
            </w:pPr>
            <w:r w:rsidRPr="003F0D1D">
              <w:rPr>
                <w:b/>
                <w:color w:val="FFFFFF"/>
                <w:szCs w:val="24"/>
              </w:rPr>
              <w:t>Primary Source</w:t>
            </w:r>
          </w:p>
        </w:tc>
        <w:tc>
          <w:tcPr>
            <w:tcW w:w="1944" w:type="dxa"/>
            <w:shd w:val="clear" w:color="auto" w:fill="015A41"/>
            <w:tcMar>
              <w:top w:w="70" w:type="dxa"/>
              <w:left w:w="70" w:type="dxa"/>
              <w:bottom w:w="70" w:type="dxa"/>
              <w:right w:w="70" w:type="dxa"/>
            </w:tcMar>
          </w:tcPr>
          <w:p w14:paraId="2DCEF45F" w14:textId="77777777" w:rsidR="00686453" w:rsidRPr="003F0D1D" w:rsidRDefault="00D95FB4">
            <w:pPr>
              <w:rPr>
                <w:szCs w:val="24"/>
              </w:rPr>
            </w:pPr>
            <w:r w:rsidRPr="003F0D1D">
              <w:rPr>
                <w:b/>
                <w:color w:val="FFFFFF"/>
                <w:szCs w:val="24"/>
              </w:rPr>
              <w:t>Backup Source</w:t>
            </w:r>
          </w:p>
        </w:tc>
        <w:tc>
          <w:tcPr>
            <w:tcW w:w="2448" w:type="dxa"/>
            <w:shd w:val="clear" w:color="auto" w:fill="015A41"/>
            <w:tcMar>
              <w:top w:w="70" w:type="dxa"/>
              <w:left w:w="70" w:type="dxa"/>
              <w:bottom w:w="70" w:type="dxa"/>
              <w:right w:w="70" w:type="dxa"/>
            </w:tcMar>
          </w:tcPr>
          <w:p w14:paraId="77819EA0" w14:textId="77777777" w:rsidR="00686453" w:rsidRPr="003F0D1D" w:rsidRDefault="00D95FB4">
            <w:pPr>
              <w:rPr>
                <w:szCs w:val="24"/>
              </w:rPr>
            </w:pPr>
            <w:r w:rsidRPr="003F0D1D">
              <w:rPr>
                <w:b/>
                <w:color w:val="FFFFFF"/>
                <w:szCs w:val="24"/>
              </w:rPr>
              <w:t>Contingency / Evidence</w:t>
            </w:r>
          </w:p>
        </w:tc>
      </w:tr>
      <w:tr w:rsidR="00686453" w:rsidRPr="003F0D1D" w14:paraId="4A6E4F3D" w14:textId="77777777">
        <w:trPr>
          <w:cantSplit/>
          <w:jc w:val="center"/>
        </w:trPr>
        <w:tc>
          <w:tcPr>
            <w:tcW w:w="2056" w:type="dxa"/>
            <w:tcMar>
              <w:top w:w="70" w:type="dxa"/>
              <w:left w:w="70" w:type="dxa"/>
              <w:bottom w:w="70" w:type="dxa"/>
              <w:right w:w="70" w:type="dxa"/>
            </w:tcMar>
          </w:tcPr>
          <w:p w14:paraId="5AA543FE" w14:textId="77777777" w:rsidR="00686453" w:rsidRPr="003F0D1D" w:rsidRDefault="00D95FB4">
            <w:pPr>
              <w:rPr>
                <w:szCs w:val="24"/>
              </w:rPr>
            </w:pPr>
            <w:r w:rsidRPr="003F0D1D">
              <w:rPr>
                <w:b/>
                <w:color w:val="015A41"/>
                <w:szCs w:val="24"/>
              </w:rPr>
              <w:t>Food</w:t>
            </w:r>
          </w:p>
        </w:tc>
        <w:tc>
          <w:tcPr>
            <w:tcW w:w="2056" w:type="dxa"/>
            <w:tcMar>
              <w:top w:w="70" w:type="dxa"/>
              <w:left w:w="70" w:type="dxa"/>
              <w:bottom w:w="70" w:type="dxa"/>
              <w:right w:w="70" w:type="dxa"/>
            </w:tcMar>
          </w:tcPr>
          <w:p w14:paraId="112E4456" w14:textId="56A5563C" w:rsidR="00686453" w:rsidRPr="008473EE" w:rsidRDefault="008473EE">
            <w:pPr>
              <w:rPr>
                <w:color w:val="auto"/>
                <w:szCs w:val="24"/>
              </w:rPr>
            </w:pPr>
            <w:r w:rsidRPr="008473EE">
              <w:rPr>
                <w:rFonts w:cs="Arial"/>
                <w:color w:val="auto"/>
                <w:szCs w:val="24"/>
              </w:rPr>
              <w:t xml:space="preserve">&lt;Minimum: </w:t>
            </w:r>
            <w:proofErr w:type="gramStart"/>
            <w:r w:rsidRPr="008473EE">
              <w:rPr>
                <w:rFonts w:cs="Arial"/>
                <w:color w:val="auto"/>
                <w:szCs w:val="24"/>
              </w:rPr>
              <w:t>1 week</w:t>
            </w:r>
            <w:proofErr w:type="gramEnd"/>
            <w:r w:rsidRPr="008473EE">
              <w:rPr>
                <w:rFonts w:cs="Arial"/>
                <w:color w:val="auto"/>
                <w:szCs w:val="24"/>
              </w:rPr>
              <w:t xml:space="preserve"> staple foods + 48 hours perishable foods on premises under ME Ch. 110 §</w:t>
            </w:r>
            <w:proofErr w:type="gramStart"/>
            <w:r w:rsidRPr="008473EE">
              <w:rPr>
                <w:rFonts w:cs="Arial"/>
                <w:color w:val="auto"/>
                <w:szCs w:val="24"/>
              </w:rPr>
              <w:t>18.F.</w:t>
            </w:r>
            <w:proofErr w:type="gramEnd"/>
            <w:r w:rsidRPr="008473EE">
              <w:rPr>
                <w:rFonts w:cs="Arial"/>
                <w:color w:val="auto"/>
                <w:szCs w:val="24"/>
              </w:rPr>
              <w:t>1; add facility emergency sustainability target&gt;</w:t>
            </w:r>
          </w:p>
        </w:tc>
        <w:tc>
          <w:tcPr>
            <w:tcW w:w="2056" w:type="dxa"/>
            <w:tcMar>
              <w:top w:w="70" w:type="dxa"/>
              <w:left w:w="70" w:type="dxa"/>
              <w:bottom w:w="70" w:type="dxa"/>
              <w:right w:w="70" w:type="dxa"/>
            </w:tcMar>
          </w:tcPr>
          <w:p w14:paraId="370061A6" w14:textId="77777777" w:rsidR="00686453" w:rsidRPr="003F0D1D" w:rsidRDefault="00D95FB4">
            <w:pPr>
              <w:rPr>
                <w:szCs w:val="24"/>
              </w:rPr>
            </w:pPr>
            <w:r w:rsidRPr="003F0D1D">
              <w:rPr>
                <w:szCs w:val="24"/>
              </w:rPr>
              <w:t>&lt;Primary vendor&gt;</w:t>
            </w:r>
          </w:p>
        </w:tc>
        <w:tc>
          <w:tcPr>
            <w:tcW w:w="2056" w:type="dxa"/>
            <w:tcMar>
              <w:top w:w="70" w:type="dxa"/>
              <w:left w:w="70" w:type="dxa"/>
              <w:bottom w:w="70" w:type="dxa"/>
              <w:right w:w="70" w:type="dxa"/>
            </w:tcMar>
          </w:tcPr>
          <w:p w14:paraId="24AEDEF2" w14:textId="77777777" w:rsidR="00686453" w:rsidRPr="003F0D1D" w:rsidRDefault="00D95FB4">
            <w:pPr>
              <w:rPr>
                <w:szCs w:val="24"/>
              </w:rPr>
            </w:pPr>
            <w:r w:rsidRPr="003F0D1D">
              <w:rPr>
                <w:szCs w:val="24"/>
              </w:rPr>
              <w:t>&lt;Backup&gt;</w:t>
            </w:r>
          </w:p>
        </w:tc>
        <w:tc>
          <w:tcPr>
            <w:tcW w:w="2056" w:type="dxa"/>
            <w:tcMar>
              <w:top w:w="70" w:type="dxa"/>
              <w:left w:w="70" w:type="dxa"/>
              <w:bottom w:w="70" w:type="dxa"/>
              <w:right w:w="70" w:type="dxa"/>
            </w:tcMar>
          </w:tcPr>
          <w:p w14:paraId="63ABA1E2" w14:textId="77777777" w:rsidR="00686453" w:rsidRPr="003F0D1D" w:rsidRDefault="00D95FB4">
            <w:pPr>
              <w:rPr>
                <w:szCs w:val="24"/>
              </w:rPr>
            </w:pPr>
            <w:r w:rsidRPr="003F0D1D">
              <w:rPr>
                <w:szCs w:val="24"/>
              </w:rPr>
              <w:t>&lt;Conservation / replenishment&gt;</w:t>
            </w:r>
          </w:p>
        </w:tc>
      </w:tr>
      <w:tr w:rsidR="00686453" w:rsidRPr="003F0D1D" w14:paraId="4A4279FF" w14:textId="77777777">
        <w:trPr>
          <w:cantSplit/>
          <w:jc w:val="center"/>
        </w:trPr>
        <w:tc>
          <w:tcPr>
            <w:tcW w:w="2056" w:type="dxa"/>
            <w:tcMar>
              <w:top w:w="70" w:type="dxa"/>
              <w:left w:w="70" w:type="dxa"/>
              <w:bottom w:w="70" w:type="dxa"/>
              <w:right w:w="70" w:type="dxa"/>
            </w:tcMar>
          </w:tcPr>
          <w:p w14:paraId="04E2C5D5" w14:textId="77777777" w:rsidR="00686453" w:rsidRPr="003F0D1D" w:rsidRDefault="00D95FB4">
            <w:pPr>
              <w:rPr>
                <w:szCs w:val="24"/>
              </w:rPr>
            </w:pPr>
            <w:r w:rsidRPr="003F0D1D">
              <w:rPr>
                <w:b/>
                <w:color w:val="015A41"/>
                <w:szCs w:val="24"/>
              </w:rPr>
              <w:t>Potable water</w:t>
            </w:r>
          </w:p>
        </w:tc>
        <w:tc>
          <w:tcPr>
            <w:tcW w:w="2056" w:type="dxa"/>
            <w:tcMar>
              <w:top w:w="70" w:type="dxa"/>
              <w:left w:w="70" w:type="dxa"/>
              <w:bottom w:w="70" w:type="dxa"/>
              <w:right w:w="70" w:type="dxa"/>
            </w:tcMar>
          </w:tcPr>
          <w:p w14:paraId="0ACC3AB9" w14:textId="77777777" w:rsidR="00686453" w:rsidRPr="003F0D1D" w:rsidRDefault="00D95FB4">
            <w:pPr>
              <w:rPr>
                <w:szCs w:val="24"/>
              </w:rPr>
            </w:pPr>
            <w:r w:rsidRPr="003F0D1D">
              <w:rPr>
                <w:szCs w:val="24"/>
              </w:rPr>
              <w:t>&lt;Target&gt;</w:t>
            </w:r>
          </w:p>
        </w:tc>
        <w:tc>
          <w:tcPr>
            <w:tcW w:w="2056" w:type="dxa"/>
            <w:tcMar>
              <w:top w:w="70" w:type="dxa"/>
              <w:left w:w="70" w:type="dxa"/>
              <w:bottom w:w="70" w:type="dxa"/>
              <w:right w:w="70" w:type="dxa"/>
            </w:tcMar>
          </w:tcPr>
          <w:p w14:paraId="57F5837A" w14:textId="77777777" w:rsidR="00686453" w:rsidRPr="003F0D1D" w:rsidRDefault="00D95FB4">
            <w:pPr>
              <w:rPr>
                <w:szCs w:val="24"/>
              </w:rPr>
            </w:pPr>
            <w:r w:rsidRPr="003F0D1D">
              <w:rPr>
                <w:szCs w:val="24"/>
              </w:rPr>
              <w:t>&lt;Primary&gt;</w:t>
            </w:r>
          </w:p>
        </w:tc>
        <w:tc>
          <w:tcPr>
            <w:tcW w:w="2056" w:type="dxa"/>
            <w:tcMar>
              <w:top w:w="70" w:type="dxa"/>
              <w:left w:w="70" w:type="dxa"/>
              <w:bottom w:w="70" w:type="dxa"/>
              <w:right w:w="70" w:type="dxa"/>
            </w:tcMar>
          </w:tcPr>
          <w:p w14:paraId="00C1C8F9" w14:textId="77777777" w:rsidR="00686453" w:rsidRPr="003F0D1D" w:rsidRDefault="00D95FB4">
            <w:pPr>
              <w:rPr>
                <w:szCs w:val="24"/>
              </w:rPr>
            </w:pPr>
            <w:r w:rsidRPr="003F0D1D">
              <w:rPr>
                <w:szCs w:val="24"/>
              </w:rPr>
              <w:t>&lt;Backup&gt;</w:t>
            </w:r>
          </w:p>
        </w:tc>
        <w:tc>
          <w:tcPr>
            <w:tcW w:w="2056" w:type="dxa"/>
            <w:tcMar>
              <w:top w:w="70" w:type="dxa"/>
              <w:left w:w="70" w:type="dxa"/>
              <w:bottom w:w="70" w:type="dxa"/>
              <w:right w:w="70" w:type="dxa"/>
            </w:tcMar>
          </w:tcPr>
          <w:p w14:paraId="2547B048" w14:textId="77777777" w:rsidR="00686453" w:rsidRPr="003F0D1D" w:rsidRDefault="00D95FB4">
            <w:pPr>
              <w:rPr>
                <w:szCs w:val="24"/>
              </w:rPr>
            </w:pPr>
            <w:r w:rsidRPr="003F0D1D">
              <w:rPr>
                <w:szCs w:val="24"/>
              </w:rPr>
              <w:t>&lt;Plan&gt;</w:t>
            </w:r>
          </w:p>
        </w:tc>
      </w:tr>
      <w:tr w:rsidR="00686453" w:rsidRPr="003F0D1D" w14:paraId="3A2760C8" w14:textId="77777777">
        <w:trPr>
          <w:cantSplit/>
          <w:jc w:val="center"/>
        </w:trPr>
        <w:tc>
          <w:tcPr>
            <w:tcW w:w="2056" w:type="dxa"/>
            <w:tcMar>
              <w:top w:w="70" w:type="dxa"/>
              <w:left w:w="70" w:type="dxa"/>
              <w:bottom w:w="70" w:type="dxa"/>
              <w:right w:w="70" w:type="dxa"/>
            </w:tcMar>
          </w:tcPr>
          <w:p w14:paraId="734F07AF" w14:textId="77777777" w:rsidR="00686453" w:rsidRPr="003F0D1D" w:rsidRDefault="00D95FB4">
            <w:pPr>
              <w:rPr>
                <w:szCs w:val="24"/>
              </w:rPr>
            </w:pPr>
            <w:r w:rsidRPr="003F0D1D">
              <w:rPr>
                <w:b/>
                <w:color w:val="015A41"/>
                <w:szCs w:val="24"/>
              </w:rPr>
              <w:t>Medications</w:t>
            </w:r>
          </w:p>
        </w:tc>
        <w:tc>
          <w:tcPr>
            <w:tcW w:w="2056" w:type="dxa"/>
            <w:tcMar>
              <w:top w:w="70" w:type="dxa"/>
              <w:left w:w="70" w:type="dxa"/>
              <w:bottom w:w="70" w:type="dxa"/>
              <w:right w:w="70" w:type="dxa"/>
            </w:tcMar>
          </w:tcPr>
          <w:p w14:paraId="39E6B737" w14:textId="77777777" w:rsidR="00686453" w:rsidRPr="003F0D1D" w:rsidRDefault="00D95FB4">
            <w:pPr>
              <w:rPr>
                <w:szCs w:val="24"/>
              </w:rPr>
            </w:pPr>
            <w:r w:rsidRPr="003F0D1D">
              <w:rPr>
                <w:szCs w:val="24"/>
              </w:rPr>
              <w:t>&lt;Target&gt;</w:t>
            </w:r>
          </w:p>
        </w:tc>
        <w:tc>
          <w:tcPr>
            <w:tcW w:w="2056" w:type="dxa"/>
            <w:tcMar>
              <w:top w:w="70" w:type="dxa"/>
              <w:left w:w="70" w:type="dxa"/>
              <w:bottom w:w="70" w:type="dxa"/>
              <w:right w:w="70" w:type="dxa"/>
            </w:tcMar>
          </w:tcPr>
          <w:p w14:paraId="630F8F85" w14:textId="77777777" w:rsidR="00686453" w:rsidRPr="003F0D1D" w:rsidRDefault="00D95FB4">
            <w:pPr>
              <w:rPr>
                <w:szCs w:val="24"/>
              </w:rPr>
            </w:pPr>
            <w:r w:rsidRPr="003F0D1D">
              <w:rPr>
                <w:szCs w:val="24"/>
              </w:rPr>
              <w:t>&lt;Primary&gt;</w:t>
            </w:r>
          </w:p>
        </w:tc>
        <w:tc>
          <w:tcPr>
            <w:tcW w:w="2056" w:type="dxa"/>
            <w:tcMar>
              <w:top w:w="70" w:type="dxa"/>
              <w:left w:w="70" w:type="dxa"/>
              <w:bottom w:w="70" w:type="dxa"/>
              <w:right w:w="70" w:type="dxa"/>
            </w:tcMar>
          </w:tcPr>
          <w:p w14:paraId="6701D9A6" w14:textId="77777777" w:rsidR="00686453" w:rsidRPr="003F0D1D" w:rsidRDefault="00D95FB4">
            <w:pPr>
              <w:rPr>
                <w:szCs w:val="24"/>
              </w:rPr>
            </w:pPr>
            <w:r w:rsidRPr="003F0D1D">
              <w:rPr>
                <w:szCs w:val="24"/>
              </w:rPr>
              <w:t>&lt;Backup&gt;</w:t>
            </w:r>
          </w:p>
        </w:tc>
        <w:tc>
          <w:tcPr>
            <w:tcW w:w="2056" w:type="dxa"/>
            <w:tcMar>
              <w:top w:w="70" w:type="dxa"/>
              <w:left w:w="70" w:type="dxa"/>
              <w:bottom w:w="70" w:type="dxa"/>
              <w:right w:w="70" w:type="dxa"/>
            </w:tcMar>
          </w:tcPr>
          <w:p w14:paraId="4D07AA91" w14:textId="77777777" w:rsidR="00686453" w:rsidRPr="003F0D1D" w:rsidRDefault="00D95FB4">
            <w:pPr>
              <w:rPr>
                <w:szCs w:val="24"/>
              </w:rPr>
            </w:pPr>
            <w:r w:rsidRPr="003F0D1D">
              <w:rPr>
                <w:szCs w:val="24"/>
              </w:rPr>
              <w:t>&lt;Plan&gt;</w:t>
            </w:r>
          </w:p>
        </w:tc>
      </w:tr>
      <w:tr w:rsidR="00686453" w:rsidRPr="003F0D1D" w14:paraId="50A4905F" w14:textId="77777777">
        <w:trPr>
          <w:cantSplit/>
          <w:jc w:val="center"/>
        </w:trPr>
        <w:tc>
          <w:tcPr>
            <w:tcW w:w="2056" w:type="dxa"/>
            <w:tcMar>
              <w:top w:w="70" w:type="dxa"/>
              <w:left w:w="70" w:type="dxa"/>
              <w:bottom w:w="70" w:type="dxa"/>
              <w:right w:w="70" w:type="dxa"/>
            </w:tcMar>
          </w:tcPr>
          <w:p w14:paraId="13B8A5E9" w14:textId="77777777" w:rsidR="00686453" w:rsidRPr="003F0D1D" w:rsidRDefault="00D95FB4">
            <w:pPr>
              <w:rPr>
                <w:szCs w:val="24"/>
              </w:rPr>
            </w:pPr>
            <w:r w:rsidRPr="003F0D1D">
              <w:rPr>
                <w:b/>
                <w:color w:val="015A41"/>
                <w:szCs w:val="24"/>
              </w:rPr>
              <w:t>Medical supplies / PPE</w:t>
            </w:r>
          </w:p>
        </w:tc>
        <w:tc>
          <w:tcPr>
            <w:tcW w:w="2056" w:type="dxa"/>
            <w:tcMar>
              <w:top w:w="70" w:type="dxa"/>
              <w:left w:w="70" w:type="dxa"/>
              <w:bottom w:w="70" w:type="dxa"/>
              <w:right w:w="70" w:type="dxa"/>
            </w:tcMar>
          </w:tcPr>
          <w:p w14:paraId="2DC19989" w14:textId="77777777" w:rsidR="00686453" w:rsidRPr="003F0D1D" w:rsidRDefault="00D95FB4">
            <w:pPr>
              <w:rPr>
                <w:szCs w:val="24"/>
              </w:rPr>
            </w:pPr>
            <w:r w:rsidRPr="003F0D1D">
              <w:rPr>
                <w:szCs w:val="24"/>
              </w:rPr>
              <w:t>&lt;Target&gt;</w:t>
            </w:r>
          </w:p>
        </w:tc>
        <w:tc>
          <w:tcPr>
            <w:tcW w:w="2056" w:type="dxa"/>
            <w:tcMar>
              <w:top w:w="70" w:type="dxa"/>
              <w:left w:w="70" w:type="dxa"/>
              <w:bottom w:w="70" w:type="dxa"/>
              <w:right w:w="70" w:type="dxa"/>
            </w:tcMar>
          </w:tcPr>
          <w:p w14:paraId="772BF7F4" w14:textId="77777777" w:rsidR="00686453" w:rsidRPr="003F0D1D" w:rsidRDefault="00D95FB4">
            <w:pPr>
              <w:rPr>
                <w:szCs w:val="24"/>
              </w:rPr>
            </w:pPr>
            <w:r w:rsidRPr="003F0D1D">
              <w:rPr>
                <w:szCs w:val="24"/>
              </w:rPr>
              <w:t>&lt;Primary&gt;</w:t>
            </w:r>
          </w:p>
        </w:tc>
        <w:tc>
          <w:tcPr>
            <w:tcW w:w="2056" w:type="dxa"/>
            <w:tcMar>
              <w:top w:w="70" w:type="dxa"/>
              <w:left w:w="70" w:type="dxa"/>
              <w:bottom w:w="70" w:type="dxa"/>
              <w:right w:w="70" w:type="dxa"/>
            </w:tcMar>
          </w:tcPr>
          <w:p w14:paraId="6CD44E03" w14:textId="77777777" w:rsidR="00686453" w:rsidRPr="003F0D1D" w:rsidRDefault="00D95FB4">
            <w:pPr>
              <w:rPr>
                <w:szCs w:val="24"/>
              </w:rPr>
            </w:pPr>
            <w:r w:rsidRPr="003F0D1D">
              <w:rPr>
                <w:szCs w:val="24"/>
              </w:rPr>
              <w:t>&lt;Backup&gt;</w:t>
            </w:r>
          </w:p>
        </w:tc>
        <w:tc>
          <w:tcPr>
            <w:tcW w:w="2056" w:type="dxa"/>
            <w:tcMar>
              <w:top w:w="70" w:type="dxa"/>
              <w:left w:w="70" w:type="dxa"/>
              <w:bottom w:w="70" w:type="dxa"/>
              <w:right w:w="70" w:type="dxa"/>
            </w:tcMar>
          </w:tcPr>
          <w:p w14:paraId="27C1CB64" w14:textId="77777777" w:rsidR="00686453" w:rsidRPr="003F0D1D" w:rsidRDefault="00D95FB4">
            <w:pPr>
              <w:rPr>
                <w:szCs w:val="24"/>
              </w:rPr>
            </w:pPr>
            <w:r w:rsidRPr="003F0D1D">
              <w:rPr>
                <w:szCs w:val="24"/>
              </w:rPr>
              <w:t>&lt;Plan&gt;</w:t>
            </w:r>
          </w:p>
        </w:tc>
      </w:tr>
      <w:tr w:rsidR="00686453" w:rsidRPr="003F0D1D" w14:paraId="433F7F8F" w14:textId="77777777">
        <w:trPr>
          <w:cantSplit/>
          <w:jc w:val="center"/>
        </w:trPr>
        <w:tc>
          <w:tcPr>
            <w:tcW w:w="2056" w:type="dxa"/>
            <w:tcMar>
              <w:top w:w="70" w:type="dxa"/>
              <w:left w:w="70" w:type="dxa"/>
              <w:bottom w:w="70" w:type="dxa"/>
              <w:right w:w="70" w:type="dxa"/>
            </w:tcMar>
          </w:tcPr>
          <w:p w14:paraId="54436C92" w14:textId="77777777" w:rsidR="00686453" w:rsidRPr="003F0D1D" w:rsidRDefault="00D95FB4">
            <w:pPr>
              <w:rPr>
                <w:szCs w:val="24"/>
              </w:rPr>
            </w:pPr>
            <w:r w:rsidRPr="003F0D1D">
              <w:rPr>
                <w:b/>
                <w:color w:val="015A41"/>
                <w:szCs w:val="24"/>
              </w:rPr>
              <w:t>Oxygen / medical gas</w:t>
            </w:r>
          </w:p>
        </w:tc>
        <w:tc>
          <w:tcPr>
            <w:tcW w:w="2056" w:type="dxa"/>
            <w:tcMar>
              <w:top w:w="70" w:type="dxa"/>
              <w:left w:w="70" w:type="dxa"/>
              <w:bottom w:w="70" w:type="dxa"/>
              <w:right w:w="70" w:type="dxa"/>
            </w:tcMar>
          </w:tcPr>
          <w:p w14:paraId="39A8F1A2" w14:textId="77777777" w:rsidR="00686453" w:rsidRPr="003F0D1D" w:rsidRDefault="00D95FB4">
            <w:pPr>
              <w:rPr>
                <w:szCs w:val="24"/>
              </w:rPr>
            </w:pPr>
            <w:r w:rsidRPr="003F0D1D">
              <w:rPr>
                <w:szCs w:val="24"/>
              </w:rPr>
              <w:t>&lt;Target / N/A&gt;</w:t>
            </w:r>
          </w:p>
        </w:tc>
        <w:tc>
          <w:tcPr>
            <w:tcW w:w="2056" w:type="dxa"/>
            <w:tcMar>
              <w:top w:w="70" w:type="dxa"/>
              <w:left w:w="70" w:type="dxa"/>
              <w:bottom w:w="70" w:type="dxa"/>
              <w:right w:w="70" w:type="dxa"/>
            </w:tcMar>
          </w:tcPr>
          <w:p w14:paraId="214AB077" w14:textId="77777777" w:rsidR="00686453" w:rsidRPr="003F0D1D" w:rsidRDefault="00D95FB4">
            <w:pPr>
              <w:rPr>
                <w:szCs w:val="24"/>
              </w:rPr>
            </w:pPr>
            <w:r w:rsidRPr="003F0D1D">
              <w:rPr>
                <w:szCs w:val="24"/>
              </w:rPr>
              <w:t>&lt;Primary&gt;</w:t>
            </w:r>
          </w:p>
        </w:tc>
        <w:tc>
          <w:tcPr>
            <w:tcW w:w="2056" w:type="dxa"/>
            <w:tcMar>
              <w:top w:w="70" w:type="dxa"/>
              <w:left w:w="70" w:type="dxa"/>
              <w:bottom w:w="70" w:type="dxa"/>
              <w:right w:w="70" w:type="dxa"/>
            </w:tcMar>
          </w:tcPr>
          <w:p w14:paraId="49608C30" w14:textId="77777777" w:rsidR="00686453" w:rsidRPr="003F0D1D" w:rsidRDefault="00D95FB4">
            <w:pPr>
              <w:rPr>
                <w:szCs w:val="24"/>
              </w:rPr>
            </w:pPr>
            <w:r w:rsidRPr="003F0D1D">
              <w:rPr>
                <w:szCs w:val="24"/>
              </w:rPr>
              <w:t>&lt;Backup&gt;</w:t>
            </w:r>
          </w:p>
        </w:tc>
        <w:tc>
          <w:tcPr>
            <w:tcW w:w="2056" w:type="dxa"/>
            <w:tcMar>
              <w:top w:w="70" w:type="dxa"/>
              <w:left w:w="70" w:type="dxa"/>
              <w:bottom w:w="70" w:type="dxa"/>
              <w:right w:w="70" w:type="dxa"/>
            </w:tcMar>
          </w:tcPr>
          <w:p w14:paraId="17EEE7CE" w14:textId="77777777" w:rsidR="00686453" w:rsidRPr="003F0D1D" w:rsidRDefault="00D95FB4">
            <w:pPr>
              <w:rPr>
                <w:szCs w:val="24"/>
              </w:rPr>
            </w:pPr>
            <w:r w:rsidRPr="003F0D1D">
              <w:rPr>
                <w:szCs w:val="24"/>
              </w:rPr>
              <w:t>&lt;Plan&gt;</w:t>
            </w:r>
          </w:p>
        </w:tc>
      </w:tr>
      <w:tr w:rsidR="00686453" w:rsidRPr="003F0D1D" w14:paraId="0B6883CA" w14:textId="77777777">
        <w:trPr>
          <w:cantSplit/>
          <w:jc w:val="center"/>
        </w:trPr>
        <w:tc>
          <w:tcPr>
            <w:tcW w:w="2056" w:type="dxa"/>
            <w:tcMar>
              <w:top w:w="70" w:type="dxa"/>
              <w:left w:w="70" w:type="dxa"/>
              <w:bottom w:w="70" w:type="dxa"/>
              <w:right w:w="70" w:type="dxa"/>
            </w:tcMar>
          </w:tcPr>
          <w:p w14:paraId="760D73DA" w14:textId="77777777" w:rsidR="00686453" w:rsidRPr="003F0D1D" w:rsidRDefault="00D95FB4">
            <w:pPr>
              <w:rPr>
                <w:szCs w:val="24"/>
              </w:rPr>
            </w:pPr>
            <w:r w:rsidRPr="003F0D1D">
              <w:rPr>
                <w:b/>
                <w:color w:val="015A41"/>
                <w:szCs w:val="24"/>
              </w:rPr>
              <w:t>Fuel</w:t>
            </w:r>
          </w:p>
        </w:tc>
        <w:tc>
          <w:tcPr>
            <w:tcW w:w="2056" w:type="dxa"/>
            <w:tcMar>
              <w:top w:w="70" w:type="dxa"/>
              <w:left w:w="70" w:type="dxa"/>
              <w:bottom w:w="70" w:type="dxa"/>
              <w:right w:w="70" w:type="dxa"/>
            </w:tcMar>
          </w:tcPr>
          <w:p w14:paraId="7D226967" w14:textId="77777777" w:rsidR="00686453" w:rsidRPr="003F0D1D" w:rsidRDefault="00D95FB4">
            <w:pPr>
              <w:rPr>
                <w:szCs w:val="24"/>
              </w:rPr>
            </w:pPr>
            <w:r w:rsidRPr="003F0D1D">
              <w:rPr>
                <w:szCs w:val="24"/>
              </w:rPr>
              <w:t>&lt;Target&gt;</w:t>
            </w:r>
          </w:p>
        </w:tc>
        <w:tc>
          <w:tcPr>
            <w:tcW w:w="2056" w:type="dxa"/>
            <w:tcMar>
              <w:top w:w="70" w:type="dxa"/>
              <w:left w:w="70" w:type="dxa"/>
              <w:bottom w:w="70" w:type="dxa"/>
              <w:right w:w="70" w:type="dxa"/>
            </w:tcMar>
          </w:tcPr>
          <w:p w14:paraId="2C329452" w14:textId="77777777" w:rsidR="00686453" w:rsidRPr="003F0D1D" w:rsidRDefault="00D95FB4">
            <w:pPr>
              <w:rPr>
                <w:szCs w:val="24"/>
              </w:rPr>
            </w:pPr>
            <w:r w:rsidRPr="003F0D1D">
              <w:rPr>
                <w:szCs w:val="24"/>
              </w:rPr>
              <w:t>&lt;Primary&gt;</w:t>
            </w:r>
          </w:p>
        </w:tc>
        <w:tc>
          <w:tcPr>
            <w:tcW w:w="2056" w:type="dxa"/>
            <w:tcMar>
              <w:top w:w="70" w:type="dxa"/>
              <w:left w:w="70" w:type="dxa"/>
              <w:bottom w:w="70" w:type="dxa"/>
              <w:right w:w="70" w:type="dxa"/>
            </w:tcMar>
          </w:tcPr>
          <w:p w14:paraId="2B70EA07" w14:textId="77777777" w:rsidR="00686453" w:rsidRPr="003F0D1D" w:rsidRDefault="00D95FB4">
            <w:pPr>
              <w:rPr>
                <w:szCs w:val="24"/>
              </w:rPr>
            </w:pPr>
            <w:r w:rsidRPr="003F0D1D">
              <w:rPr>
                <w:szCs w:val="24"/>
              </w:rPr>
              <w:t>&lt;Backup&gt;</w:t>
            </w:r>
          </w:p>
        </w:tc>
        <w:tc>
          <w:tcPr>
            <w:tcW w:w="2056" w:type="dxa"/>
            <w:tcMar>
              <w:top w:w="70" w:type="dxa"/>
              <w:left w:w="70" w:type="dxa"/>
              <w:bottom w:w="70" w:type="dxa"/>
              <w:right w:w="70" w:type="dxa"/>
            </w:tcMar>
          </w:tcPr>
          <w:p w14:paraId="25CED906" w14:textId="77777777" w:rsidR="00686453" w:rsidRPr="003F0D1D" w:rsidRDefault="00D95FB4">
            <w:pPr>
              <w:rPr>
                <w:szCs w:val="24"/>
              </w:rPr>
            </w:pPr>
            <w:r w:rsidRPr="003F0D1D">
              <w:rPr>
                <w:szCs w:val="24"/>
              </w:rPr>
              <w:t>&lt;Plan&gt;</w:t>
            </w:r>
          </w:p>
        </w:tc>
      </w:tr>
      <w:tr w:rsidR="00686453" w:rsidRPr="003F0D1D" w14:paraId="15120236" w14:textId="77777777">
        <w:trPr>
          <w:cantSplit/>
          <w:jc w:val="center"/>
        </w:trPr>
        <w:tc>
          <w:tcPr>
            <w:tcW w:w="2056" w:type="dxa"/>
            <w:tcMar>
              <w:top w:w="70" w:type="dxa"/>
              <w:left w:w="70" w:type="dxa"/>
              <w:bottom w:w="70" w:type="dxa"/>
              <w:right w:w="70" w:type="dxa"/>
            </w:tcMar>
          </w:tcPr>
          <w:p w14:paraId="4394903C" w14:textId="77777777" w:rsidR="00686453" w:rsidRPr="003F0D1D" w:rsidRDefault="00D95FB4">
            <w:pPr>
              <w:rPr>
                <w:szCs w:val="24"/>
              </w:rPr>
            </w:pPr>
            <w:r w:rsidRPr="003F0D1D">
              <w:rPr>
                <w:b/>
                <w:color w:val="015A41"/>
                <w:szCs w:val="24"/>
              </w:rPr>
              <w:t>Waste / sewage</w:t>
            </w:r>
          </w:p>
        </w:tc>
        <w:tc>
          <w:tcPr>
            <w:tcW w:w="2056" w:type="dxa"/>
            <w:tcMar>
              <w:top w:w="70" w:type="dxa"/>
              <w:left w:w="70" w:type="dxa"/>
              <w:bottom w:w="70" w:type="dxa"/>
              <w:right w:w="70" w:type="dxa"/>
            </w:tcMar>
          </w:tcPr>
          <w:p w14:paraId="356E1BF3" w14:textId="77777777" w:rsidR="00686453" w:rsidRPr="003F0D1D" w:rsidRDefault="00D95FB4">
            <w:pPr>
              <w:rPr>
                <w:szCs w:val="24"/>
              </w:rPr>
            </w:pPr>
            <w:r w:rsidRPr="003F0D1D">
              <w:rPr>
                <w:szCs w:val="24"/>
              </w:rPr>
              <w:t>&lt;Capacity&gt;</w:t>
            </w:r>
          </w:p>
        </w:tc>
        <w:tc>
          <w:tcPr>
            <w:tcW w:w="2056" w:type="dxa"/>
            <w:tcMar>
              <w:top w:w="70" w:type="dxa"/>
              <w:left w:w="70" w:type="dxa"/>
              <w:bottom w:w="70" w:type="dxa"/>
              <w:right w:w="70" w:type="dxa"/>
            </w:tcMar>
          </w:tcPr>
          <w:p w14:paraId="5C32FE0F" w14:textId="77777777" w:rsidR="00686453" w:rsidRPr="003F0D1D" w:rsidRDefault="00D95FB4">
            <w:pPr>
              <w:rPr>
                <w:szCs w:val="24"/>
              </w:rPr>
            </w:pPr>
            <w:r w:rsidRPr="003F0D1D">
              <w:rPr>
                <w:szCs w:val="24"/>
              </w:rPr>
              <w:t>&lt;Primary&gt;</w:t>
            </w:r>
          </w:p>
        </w:tc>
        <w:tc>
          <w:tcPr>
            <w:tcW w:w="2056" w:type="dxa"/>
            <w:tcMar>
              <w:top w:w="70" w:type="dxa"/>
              <w:left w:w="70" w:type="dxa"/>
              <w:bottom w:w="70" w:type="dxa"/>
              <w:right w:w="70" w:type="dxa"/>
            </w:tcMar>
          </w:tcPr>
          <w:p w14:paraId="2B497BEA" w14:textId="77777777" w:rsidR="00686453" w:rsidRPr="003F0D1D" w:rsidRDefault="00D95FB4">
            <w:pPr>
              <w:rPr>
                <w:szCs w:val="24"/>
              </w:rPr>
            </w:pPr>
            <w:r w:rsidRPr="003F0D1D">
              <w:rPr>
                <w:szCs w:val="24"/>
              </w:rPr>
              <w:t>&lt;Backup&gt;</w:t>
            </w:r>
          </w:p>
        </w:tc>
        <w:tc>
          <w:tcPr>
            <w:tcW w:w="2056" w:type="dxa"/>
            <w:tcMar>
              <w:top w:w="70" w:type="dxa"/>
              <w:left w:w="70" w:type="dxa"/>
              <w:bottom w:w="70" w:type="dxa"/>
              <w:right w:w="70" w:type="dxa"/>
            </w:tcMar>
          </w:tcPr>
          <w:p w14:paraId="3D237A27" w14:textId="77777777" w:rsidR="00686453" w:rsidRPr="003F0D1D" w:rsidRDefault="00D95FB4">
            <w:pPr>
              <w:rPr>
                <w:szCs w:val="24"/>
              </w:rPr>
            </w:pPr>
            <w:r w:rsidRPr="003F0D1D">
              <w:rPr>
                <w:szCs w:val="24"/>
              </w:rPr>
              <w:t>&lt;Plan&gt;</w:t>
            </w:r>
          </w:p>
        </w:tc>
      </w:tr>
    </w:tbl>
    <w:p w14:paraId="6EEB9580" w14:textId="77777777" w:rsidR="00686453" w:rsidRDefault="00686453">
      <w:pPr>
        <w:spacing w:after="0"/>
      </w:pPr>
    </w:p>
    <w:p w14:paraId="5ED33F11" w14:textId="77777777" w:rsidR="00686453" w:rsidRDefault="00D95FB4">
      <w:r>
        <w:br w:type="page"/>
      </w:r>
    </w:p>
    <w:p w14:paraId="69275AD8" w14:textId="77777777" w:rsidR="00686453" w:rsidRDefault="00D95FB4">
      <w:pPr>
        <w:pStyle w:val="Heading1"/>
        <w:pBdr>
          <w:bottom w:val="single" w:sz="14" w:space="5" w:color="E63B07"/>
        </w:pBdr>
        <w:spacing w:before="140" w:after="140"/>
      </w:pPr>
      <w:r>
        <w:rPr>
          <w:rFonts w:ascii="Arial" w:eastAsia="Arial" w:hAnsi="Arial"/>
        </w:rPr>
        <w:lastRenderedPageBreak/>
        <w:t>ATTACHMENT I - EVACUATION &amp; SHELTER-IN-PLACE DOCUMENTATION</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14:paraId="7A0746FD" w14:textId="77777777">
        <w:trPr>
          <w:jc w:val="center"/>
        </w:trPr>
        <w:tc>
          <w:tcPr>
            <w:tcW w:w="10282" w:type="dxa"/>
            <w:shd w:val="clear" w:color="auto" w:fill="FCEFE9"/>
            <w:tcMar>
              <w:top w:w="100" w:type="dxa"/>
              <w:left w:w="130" w:type="dxa"/>
              <w:bottom w:w="100" w:type="dxa"/>
              <w:right w:w="130" w:type="dxa"/>
            </w:tcMar>
          </w:tcPr>
          <w:p w14:paraId="25D51159" w14:textId="77777777" w:rsidR="00686453" w:rsidRPr="003F0D1D" w:rsidRDefault="00D95FB4">
            <w:pPr>
              <w:spacing w:after="0"/>
              <w:rPr>
                <w:sz w:val="20"/>
                <w:szCs w:val="20"/>
              </w:rPr>
            </w:pPr>
            <w:r w:rsidRPr="003F0D1D">
              <w:rPr>
                <w:b/>
                <w:color w:val="E63B07"/>
                <w:sz w:val="20"/>
                <w:szCs w:val="20"/>
              </w:rPr>
              <w:t xml:space="preserve">CMS / </w:t>
            </w:r>
            <w:proofErr w:type="gramStart"/>
            <w:r w:rsidRPr="003F0D1D">
              <w:rPr>
                <w:b/>
                <w:color w:val="E63B07"/>
                <w:sz w:val="20"/>
                <w:szCs w:val="20"/>
              </w:rPr>
              <w:t xml:space="preserve">MAINE  </w:t>
            </w:r>
            <w:r w:rsidRPr="003F0D1D">
              <w:rPr>
                <w:sz w:val="20"/>
                <w:szCs w:val="20"/>
              </w:rPr>
              <w:t>Coordinate</w:t>
            </w:r>
            <w:proofErr w:type="gramEnd"/>
            <w:r w:rsidRPr="003F0D1D">
              <w:rPr>
                <w:sz w:val="20"/>
                <w:szCs w:val="20"/>
              </w:rPr>
              <w:t xml:space="preserve"> safe evacuation, resident movement, transportation, receiving locations, shelter-in-place, facility floor plans, and posted fire/evacuation plans with the facility EOP and applicable Maine requirements.</w:t>
            </w:r>
          </w:p>
        </w:tc>
      </w:tr>
    </w:tbl>
    <w:p w14:paraId="043B58F1" w14:textId="77777777" w:rsidR="00686453" w:rsidRDefault="00686453">
      <w:pPr>
        <w:spacing w:after="0"/>
      </w:pPr>
    </w:p>
    <w:tbl>
      <w:tblPr>
        <w:tblW w:w="10656"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328"/>
        <w:gridCol w:w="5328"/>
      </w:tblGrid>
      <w:tr w:rsidR="00686453" w:rsidRPr="003F0D1D" w14:paraId="44E7E254" w14:textId="77777777" w:rsidTr="003F0D1D">
        <w:trPr>
          <w:tblHeader/>
          <w:jc w:val="center"/>
        </w:trPr>
        <w:tc>
          <w:tcPr>
            <w:tcW w:w="5328" w:type="dxa"/>
            <w:shd w:val="clear" w:color="auto" w:fill="015A41"/>
            <w:tcMar>
              <w:top w:w="80" w:type="dxa"/>
              <w:left w:w="90" w:type="dxa"/>
              <w:bottom w:w="80" w:type="dxa"/>
              <w:right w:w="90" w:type="dxa"/>
            </w:tcMar>
          </w:tcPr>
          <w:p w14:paraId="73CFC0EE" w14:textId="77777777" w:rsidR="00686453" w:rsidRPr="003F0D1D" w:rsidRDefault="00D95FB4">
            <w:pPr>
              <w:rPr>
                <w:szCs w:val="24"/>
              </w:rPr>
            </w:pPr>
            <w:r w:rsidRPr="003F0D1D">
              <w:rPr>
                <w:b/>
                <w:color w:val="FFFFFF"/>
                <w:szCs w:val="24"/>
              </w:rPr>
              <w:t>Field</w:t>
            </w:r>
          </w:p>
        </w:tc>
        <w:tc>
          <w:tcPr>
            <w:tcW w:w="5328" w:type="dxa"/>
            <w:shd w:val="clear" w:color="auto" w:fill="015A41"/>
            <w:tcMar>
              <w:top w:w="80" w:type="dxa"/>
              <w:left w:w="90" w:type="dxa"/>
              <w:bottom w:w="80" w:type="dxa"/>
              <w:right w:w="90" w:type="dxa"/>
            </w:tcMar>
          </w:tcPr>
          <w:p w14:paraId="04297130" w14:textId="77777777" w:rsidR="00686453" w:rsidRPr="003F0D1D" w:rsidRDefault="00D95FB4">
            <w:pPr>
              <w:rPr>
                <w:szCs w:val="24"/>
              </w:rPr>
            </w:pPr>
            <w:r w:rsidRPr="003F0D1D">
              <w:rPr>
                <w:b/>
                <w:color w:val="FFFFFF"/>
                <w:szCs w:val="24"/>
              </w:rPr>
              <w:t>Facility Entry</w:t>
            </w:r>
          </w:p>
        </w:tc>
      </w:tr>
      <w:tr w:rsidR="00686453" w:rsidRPr="003F0D1D" w14:paraId="11909B00" w14:textId="77777777" w:rsidTr="003F0D1D">
        <w:trPr>
          <w:cantSplit/>
          <w:jc w:val="center"/>
        </w:trPr>
        <w:tc>
          <w:tcPr>
            <w:tcW w:w="5328" w:type="dxa"/>
            <w:shd w:val="clear" w:color="auto" w:fill="EAF3EF"/>
            <w:tcMar>
              <w:top w:w="80" w:type="dxa"/>
              <w:left w:w="90" w:type="dxa"/>
              <w:bottom w:w="80" w:type="dxa"/>
              <w:right w:w="90" w:type="dxa"/>
            </w:tcMar>
          </w:tcPr>
          <w:p w14:paraId="0EE28A95" w14:textId="77777777" w:rsidR="00686453" w:rsidRPr="003F0D1D" w:rsidRDefault="00D95FB4">
            <w:pPr>
              <w:rPr>
                <w:szCs w:val="24"/>
              </w:rPr>
            </w:pPr>
            <w:r w:rsidRPr="003F0D1D">
              <w:rPr>
                <w:b/>
                <w:color w:val="015A41"/>
                <w:szCs w:val="24"/>
              </w:rPr>
              <w:t>Current facility floor plan location</w:t>
            </w:r>
          </w:p>
        </w:tc>
        <w:tc>
          <w:tcPr>
            <w:tcW w:w="5328" w:type="dxa"/>
            <w:shd w:val="clear" w:color="auto" w:fill="FFFFFF"/>
            <w:tcMar>
              <w:top w:w="80" w:type="dxa"/>
              <w:left w:w="90" w:type="dxa"/>
              <w:bottom w:w="80" w:type="dxa"/>
              <w:right w:w="90" w:type="dxa"/>
            </w:tcMar>
          </w:tcPr>
          <w:p w14:paraId="23EB3658" w14:textId="77777777" w:rsidR="00686453" w:rsidRPr="003F0D1D" w:rsidRDefault="00D95FB4">
            <w:pPr>
              <w:rPr>
                <w:szCs w:val="24"/>
              </w:rPr>
            </w:pPr>
            <w:r w:rsidRPr="003F0D1D">
              <w:rPr>
                <w:i/>
                <w:color w:val="66706B"/>
                <w:szCs w:val="24"/>
              </w:rPr>
              <w:t>&lt;Insert / attach current plan&gt;</w:t>
            </w:r>
          </w:p>
        </w:tc>
      </w:tr>
      <w:tr w:rsidR="00686453" w:rsidRPr="003F0D1D" w14:paraId="00BDA820" w14:textId="77777777" w:rsidTr="003F0D1D">
        <w:trPr>
          <w:cantSplit/>
          <w:jc w:val="center"/>
        </w:trPr>
        <w:tc>
          <w:tcPr>
            <w:tcW w:w="5328" w:type="dxa"/>
            <w:shd w:val="clear" w:color="auto" w:fill="F7FAF8"/>
            <w:tcMar>
              <w:top w:w="80" w:type="dxa"/>
              <w:left w:w="90" w:type="dxa"/>
              <w:bottom w:w="80" w:type="dxa"/>
              <w:right w:w="90" w:type="dxa"/>
            </w:tcMar>
          </w:tcPr>
          <w:p w14:paraId="7396F7FC" w14:textId="77777777" w:rsidR="00686453" w:rsidRPr="003F0D1D" w:rsidRDefault="00D95FB4">
            <w:pPr>
              <w:rPr>
                <w:szCs w:val="24"/>
              </w:rPr>
            </w:pPr>
            <w:r w:rsidRPr="003F0D1D">
              <w:rPr>
                <w:b/>
                <w:color w:val="015A41"/>
                <w:szCs w:val="24"/>
              </w:rPr>
              <w:t>Posted fire / evacuation plan verification</w:t>
            </w:r>
          </w:p>
        </w:tc>
        <w:tc>
          <w:tcPr>
            <w:tcW w:w="5328" w:type="dxa"/>
            <w:shd w:val="clear" w:color="auto" w:fill="FFFFFF"/>
            <w:tcMar>
              <w:top w:w="80" w:type="dxa"/>
              <w:left w:w="90" w:type="dxa"/>
              <w:bottom w:w="80" w:type="dxa"/>
              <w:right w:w="90" w:type="dxa"/>
            </w:tcMar>
          </w:tcPr>
          <w:p w14:paraId="01B4661A" w14:textId="77777777" w:rsidR="00686453" w:rsidRPr="003F0D1D" w:rsidRDefault="00D95FB4">
            <w:pPr>
              <w:rPr>
                <w:szCs w:val="24"/>
              </w:rPr>
            </w:pPr>
            <w:r w:rsidRPr="003F0D1D">
              <w:rPr>
                <w:i/>
                <w:color w:val="66706B"/>
                <w:szCs w:val="24"/>
              </w:rPr>
              <w:t>&lt;Date / location&gt;</w:t>
            </w:r>
          </w:p>
        </w:tc>
      </w:tr>
      <w:tr w:rsidR="00686453" w:rsidRPr="003F0D1D" w14:paraId="61052043" w14:textId="77777777" w:rsidTr="003F0D1D">
        <w:trPr>
          <w:cantSplit/>
          <w:jc w:val="center"/>
        </w:trPr>
        <w:tc>
          <w:tcPr>
            <w:tcW w:w="5328" w:type="dxa"/>
            <w:shd w:val="clear" w:color="auto" w:fill="EAF3EF"/>
            <w:tcMar>
              <w:top w:w="80" w:type="dxa"/>
              <w:left w:w="90" w:type="dxa"/>
              <w:bottom w:w="80" w:type="dxa"/>
              <w:right w:w="90" w:type="dxa"/>
            </w:tcMar>
          </w:tcPr>
          <w:p w14:paraId="06E77B58" w14:textId="77777777" w:rsidR="00686453" w:rsidRPr="003F0D1D" w:rsidRDefault="00D95FB4">
            <w:pPr>
              <w:rPr>
                <w:szCs w:val="24"/>
              </w:rPr>
            </w:pPr>
            <w:r w:rsidRPr="003F0D1D">
              <w:rPr>
                <w:b/>
                <w:color w:val="015A41"/>
                <w:szCs w:val="24"/>
              </w:rPr>
              <w:t>Primary receiving facility</w:t>
            </w:r>
          </w:p>
        </w:tc>
        <w:tc>
          <w:tcPr>
            <w:tcW w:w="5328" w:type="dxa"/>
            <w:shd w:val="clear" w:color="auto" w:fill="FFFFFF"/>
            <w:tcMar>
              <w:top w:w="80" w:type="dxa"/>
              <w:left w:w="90" w:type="dxa"/>
              <w:bottom w:w="80" w:type="dxa"/>
              <w:right w:w="90" w:type="dxa"/>
            </w:tcMar>
          </w:tcPr>
          <w:p w14:paraId="79738D6A" w14:textId="77777777" w:rsidR="00686453" w:rsidRPr="003F0D1D" w:rsidRDefault="00D95FB4">
            <w:pPr>
              <w:rPr>
                <w:szCs w:val="24"/>
              </w:rPr>
            </w:pPr>
            <w:r w:rsidRPr="003F0D1D">
              <w:rPr>
                <w:i/>
                <w:color w:val="66706B"/>
                <w:szCs w:val="24"/>
              </w:rPr>
              <w:t>&lt;Name / address / capacity / contact&gt;</w:t>
            </w:r>
          </w:p>
        </w:tc>
      </w:tr>
      <w:tr w:rsidR="00686453" w:rsidRPr="003F0D1D" w14:paraId="4A2302D6" w14:textId="77777777" w:rsidTr="003F0D1D">
        <w:trPr>
          <w:cantSplit/>
          <w:jc w:val="center"/>
        </w:trPr>
        <w:tc>
          <w:tcPr>
            <w:tcW w:w="5328" w:type="dxa"/>
            <w:shd w:val="clear" w:color="auto" w:fill="F7FAF8"/>
            <w:tcMar>
              <w:top w:w="80" w:type="dxa"/>
              <w:left w:w="90" w:type="dxa"/>
              <w:bottom w:w="80" w:type="dxa"/>
              <w:right w:w="90" w:type="dxa"/>
            </w:tcMar>
          </w:tcPr>
          <w:p w14:paraId="1CB38707" w14:textId="77777777" w:rsidR="00686453" w:rsidRPr="003F0D1D" w:rsidRDefault="00D95FB4">
            <w:pPr>
              <w:rPr>
                <w:szCs w:val="24"/>
              </w:rPr>
            </w:pPr>
            <w:r w:rsidRPr="003F0D1D">
              <w:rPr>
                <w:b/>
                <w:color w:val="015A41"/>
                <w:szCs w:val="24"/>
              </w:rPr>
              <w:t>Alternate receiving facility</w:t>
            </w:r>
          </w:p>
        </w:tc>
        <w:tc>
          <w:tcPr>
            <w:tcW w:w="5328" w:type="dxa"/>
            <w:shd w:val="clear" w:color="auto" w:fill="FFFFFF"/>
            <w:tcMar>
              <w:top w:w="80" w:type="dxa"/>
              <w:left w:w="90" w:type="dxa"/>
              <w:bottom w:w="80" w:type="dxa"/>
              <w:right w:w="90" w:type="dxa"/>
            </w:tcMar>
          </w:tcPr>
          <w:p w14:paraId="2E4FE578" w14:textId="77777777" w:rsidR="00686453" w:rsidRPr="003F0D1D" w:rsidRDefault="00D95FB4">
            <w:pPr>
              <w:rPr>
                <w:szCs w:val="24"/>
              </w:rPr>
            </w:pPr>
            <w:r w:rsidRPr="003F0D1D">
              <w:rPr>
                <w:i/>
                <w:color w:val="66706B"/>
                <w:szCs w:val="24"/>
              </w:rPr>
              <w:t>&lt;Insert&gt;</w:t>
            </w:r>
          </w:p>
        </w:tc>
      </w:tr>
      <w:tr w:rsidR="00686453" w:rsidRPr="003F0D1D" w14:paraId="09110A0A" w14:textId="77777777" w:rsidTr="003F0D1D">
        <w:trPr>
          <w:cantSplit/>
          <w:jc w:val="center"/>
        </w:trPr>
        <w:tc>
          <w:tcPr>
            <w:tcW w:w="5328" w:type="dxa"/>
            <w:shd w:val="clear" w:color="auto" w:fill="EAF3EF"/>
            <w:tcMar>
              <w:top w:w="80" w:type="dxa"/>
              <w:left w:w="90" w:type="dxa"/>
              <w:bottom w:w="80" w:type="dxa"/>
              <w:right w:w="90" w:type="dxa"/>
            </w:tcMar>
          </w:tcPr>
          <w:p w14:paraId="3C30A834" w14:textId="77777777" w:rsidR="00686453" w:rsidRPr="003F0D1D" w:rsidRDefault="00D95FB4">
            <w:pPr>
              <w:rPr>
                <w:szCs w:val="24"/>
              </w:rPr>
            </w:pPr>
            <w:r w:rsidRPr="003F0D1D">
              <w:rPr>
                <w:b/>
                <w:color w:val="015A41"/>
                <w:szCs w:val="24"/>
              </w:rPr>
              <w:t>Primary transportation provider</w:t>
            </w:r>
          </w:p>
        </w:tc>
        <w:tc>
          <w:tcPr>
            <w:tcW w:w="5328" w:type="dxa"/>
            <w:shd w:val="clear" w:color="auto" w:fill="FFFFFF"/>
            <w:tcMar>
              <w:top w:w="80" w:type="dxa"/>
              <w:left w:w="90" w:type="dxa"/>
              <w:bottom w:w="80" w:type="dxa"/>
              <w:right w:w="90" w:type="dxa"/>
            </w:tcMar>
          </w:tcPr>
          <w:p w14:paraId="31B1B247" w14:textId="77777777" w:rsidR="00686453" w:rsidRPr="003F0D1D" w:rsidRDefault="00D95FB4">
            <w:pPr>
              <w:rPr>
                <w:szCs w:val="24"/>
              </w:rPr>
            </w:pPr>
            <w:r w:rsidRPr="003F0D1D">
              <w:rPr>
                <w:i/>
                <w:color w:val="66706B"/>
                <w:szCs w:val="24"/>
              </w:rPr>
              <w:t>&lt;Insert&gt;</w:t>
            </w:r>
          </w:p>
        </w:tc>
      </w:tr>
      <w:tr w:rsidR="00686453" w:rsidRPr="003F0D1D" w14:paraId="163FD1D3" w14:textId="77777777" w:rsidTr="003F0D1D">
        <w:trPr>
          <w:cantSplit/>
          <w:jc w:val="center"/>
        </w:trPr>
        <w:tc>
          <w:tcPr>
            <w:tcW w:w="5328" w:type="dxa"/>
            <w:shd w:val="clear" w:color="auto" w:fill="F7FAF8"/>
            <w:tcMar>
              <w:top w:w="80" w:type="dxa"/>
              <w:left w:w="90" w:type="dxa"/>
              <w:bottom w:w="80" w:type="dxa"/>
              <w:right w:w="90" w:type="dxa"/>
            </w:tcMar>
          </w:tcPr>
          <w:p w14:paraId="6DBAD69B" w14:textId="77777777" w:rsidR="00686453" w:rsidRPr="003F0D1D" w:rsidRDefault="00D95FB4">
            <w:pPr>
              <w:rPr>
                <w:szCs w:val="24"/>
              </w:rPr>
            </w:pPr>
            <w:r w:rsidRPr="003F0D1D">
              <w:rPr>
                <w:b/>
                <w:color w:val="015A41"/>
                <w:szCs w:val="24"/>
              </w:rPr>
              <w:t>Backup transportation provider</w:t>
            </w:r>
          </w:p>
        </w:tc>
        <w:tc>
          <w:tcPr>
            <w:tcW w:w="5328" w:type="dxa"/>
            <w:shd w:val="clear" w:color="auto" w:fill="FFFFFF"/>
            <w:tcMar>
              <w:top w:w="80" w:type="dxa"/>
              <w:left w:w="90" w:type="dxa"/>
              <w:bottom w:w="80" w:type="dxa"/>
              <w:right w:w="90" w:type="dxa"/>
            </w:tcMar>
          </w:tcPr>
          <w:p w14:paraId="33C7E242" w14:textId="77777777" w:rsidR="00686453" w:rsidRPr="003F0D1D" w:rsidRDefault="00D95FB4">
            <w:pPr>
              <w:rPr>
                <w:szCs w:val="24"/>
              </w:rPr>
            </w:pPr>
            <w:r w:rsidRPr="003F0D1D">
              <w:rPr>
                <w:i/>
                <w:color w:val="66706B"/>
                <w:szCs w:val="24"/>
              </w:rPr>
              <w:t>&lt;Insert&gt;</w:t>
            </w:r>
          </w:p>
        </w:tc>
      </w:tr>
      <w:tr w:rsidR="00686453" w:rsidRPr="003F0D1D" w14:paraId="4B71AA76" w14:textId="77777777" w:rsidTr="003F0D1D">
        <w:trPr>
          <w:cantSplit/>
          <w:jc w:val="center"/>
        </w:trPr>
        <w:tc>
          <w:tcPr>
            <w:tcW w:w="5328" w:type="dxa"/>
            <w:shd w:val="clear" w:color="auto" w:fill="EAF3EF"/>
            <w:tcMar>
              <w:top w:w="80" w:type="dxa"/>
              <w:left w:w="90" w:type="dxa"/>
              <w:bottom w:w="80" w:type="dxa"/>
              <w:right w:w="90" w:type="dxa"/>
            </w:tcMar>
          </w:tcPr>
          <w:p w14:paraId="296148F2" w14:textId="77777777" w:rsidR="00686453" w:rsidRPr="003F0D1D" w:rsidRDefault="00D95FB4">
            <w:pPr>
              <w:rPr>
                <w:szCs w:val="24"/>
              </w:rPr>
            </w:pPr>
            <w:r w:rsidRPr="003F0D1D">
              <w:rPr>
                <w:b/>
                <w:color w:val="015A41"/>
                <w:szCs w:val="24"/>
              </w:rPr>
              <w:t>Shelter-in-place areas</w:t>
            </w:r>
          </w:p>
        </w:tc>
        <w:tc>
          <w:tcPr>
            <w:tcW w:w="5328" w:type="dxa"/>
            <w:shd w:val="clear" w:color="auto" w:fill="FFFFFF"/>
            <w:tcMar>
              <w:top w:w="80" w:type="dxa"/>
              <w:left w:w="90" w:type="dxa"/>
              <w:bottom w:w="80" w:type="dxa"/>
              <w:right w:w="90" w:type="dxa"/>
            </w:tcMar>
          </w:tcPr>
          <w:p w14:paraId="143835B9" w14:textId="77777777" w:rsidR="00686453" w:rsidRPr="003F0D1D" w:rsidRDefault="00D95FB4">
            <w:pPr>
              <w:rPr>
                <w:szCs w:val="24"/>
              </w:rPr>
            </w:pPr>
            <w:r w:rsidRPr="003F0D1D">
              <w:rPr>
                <w:i/>
                <w:color w:val="66706B"/>
                <w:szCs w:val="24"/>
              </w:rPr>
              <w:t>&lt;Insert&gt;</w:t>
            </w:r>
          </w:p>
        </w:tc>
      </w:tr>
      <w:tr w:rsidR="00686453" w:rsidRPr="003F0D1D" w14:paraId="6C81DF4C" w14:textId="77777777" w:rsidTr="003F0D1D">
        <w:trPr>
          <w:cantSplit/>
          <w:jc w:val="center"/>
        </w:trPr>
        <w:tc>
          <w:tcPr>
            <w:tcW w:w="5328" w:type="dxa"/>
            <w:shd w:val="clear" w:color="auto" w:fill="F7FAF8"/>
            <w:tcMar>
              <w:top w:w="80" w:type="dxa"/>
              <w:left w:w="90" w:type="dxa"/>
              <w:bottom w:w="80" w:type="dxa"/>
              <w:right w:w="90" w:type="dxa"/>
            </w:tcMar>
          </w:tcPr>
          <w:p w14:paraId="62A549CE" w14:textId="77777777" w:rsidR="00686453" w:rsidRPr="003F0D1D" w:rsidRDefault="00D95FB4">
            <w:pPr>
              <w:rPr>
                <w:szCs w:val="24"/>
              </w:rPr>
            </w:pPr>
            <w:r w:rsidRPr="003F0D1D">
              <w:rPr>
                <w:b/>
                <w:color w:val="015A41"/>
                <w:szCs w:val="24"/>
              </w:rPr>
              <w:t>Evacuation route / map to receiving site</w:t>
            </w:r>
          </w:p>
        </w:tc>
        <w:tc>
          <w:tcPr>
            <w:tcW w:w="5328" w:type="dxa"/>
            <w:shd w:val="clear" w:color="auto" w:fill="FFFFFF"/>
            <w:tcMar>
              <w:top w:w="80" w:type="dxa"/>
              <w:left w:w="90" w:type="dxa"/>
              <w:bottom w:w="80" w:type="dxa"/>
              <w:right w:w="90" w:type="dxa"/>
            </w:tcMar>
          </w:tcPr>
          <w:p w14:paraId="7A0D54F9" w14:textId="77777777" w:rsidR="00686453" w:rsidRPr="003F0D1D" w:rsidRDefault="00D95FB4">
            <w:pPr>
              <w:rPr>
                <w:szCs w:val="24"/>
              </w:rPr>
            </w:pPr>
            <w:r w:rsidRPr="003F0D1D">
              <w:rPr>
                <w:i/>
                <w:color w:val="66706B"/>
                <w:szCs w:val="24"/>
              </w:rPr>
              <w:t>&lt;Attach or reference&gt;</w:t>
            </w:r>
          </w:p>
        </w:tc>
      </w:tr>
      <w:tr w:rsidR="00686453" w:rsidRPr="003F0D1D" w14:paraId="58C33174" w14:textId="77777777" w:rsidTr="003F0D1D">
        <w:trPr>
          <w:cantSplit/>
          <w:jc w:val="center"/>
        </w:trPr>
        <w:tc>
          <w:tcPr>
            <w:tcW w:w="5328" w:type="dxa"/>
            <w:shd w:val="clear" w:color="auto" w:fill="EAF3EF"/>
            <w:tcMar>
              <w:top w:w="80" w:type="dxa"/>
              <w:left w:w="90" w:type="dxa"/>
              <w:bottom w:w="80" w:type="dxa"/>
              <w:right w:w="90" w:type="dxa"/>
            </w:tcMar>
          </w:tcPr>
          <w:p w14:paraId="4D6056C7" w14:textId="77777777" w:rsidR="00686453" w:rsidRPr="003F0D1D" w:rsidRDefault="00D95FB4">
            <w:pPr>
              <w:rPr>
                <w:szCs w:val="24"/>
              </w:rPr>
            </w:pPr>
            <w:r w:rsidRPr="003F0D1D">
              <w:rPr>
                <w:b/>
                <w:color w:val="015A41"/>
                <w:szCs w:val="24"/>
              </w:rPr>
              <w:t>Resident movement equipment</w:t>
            </w:r>
          </w:p>
        </w:tc>
        <w:tc>
          <w:tcPr>
            <w:tcW w:w="5328" w:type="dxa"/>
            <w:shd w:val="clear" w:color="auto" w:fill="FFFFFF"/>
            <w:tcMar>
              <w:top w:w="80" w:type="dxa"/>
              <w:left w:w="90" w:type="dxa"/>
              <w:bottom w:w="80" w:type="dxa"/>
              <w:right w:w="90" w:type="dxa"/>
            </w:tcMar>
          </w:tcPr>
          <w:p w14:paraId="03EDE6FD" w14:textId="77777777" w:rsidR="00686453" w:rsidRPr="003F0D1D" w:rsidRDefault="00D95FB4">
            <w:pPr>
              <w:rPr>
                <w:szCs w:val="24"/>
              </w:rPr>
            </w:pPr>
            <w:r w:rsidRPr="003F0D1D">
              <w:rPr>
                <w:i/>
                <w:color w:val="66706B"/>
                <w:szCs w:val="24"/>
              </w:rPr>
              <w:t>&lt;Insert&gt;</w:t>
            </w:r>
          </w:p>
        </w:tc>
      </w:tr>
      <w:tr w:rsidR="00686453" w:rsidRPr="003F0D1D" w14:paraId="7DA0CCF4" w14:textId="77777777" w:rsidTr="003F0D1D">
        <w:trPr>
          <w:cantSplit/>
          <w:jc w:val="center"/>
        </w:trPr>
        <w:tc>
          <w:tcPr>
            <w:tcW w:w="5328" w:type="dxa"/>
            <w:shd w:val="clear" w:color="auto" w:fill="F7FAF8"/>
            <w:tcMar>
              <w:top w:w="80" w:type="dxa"/>
              <w:left w:w="90" w:type="dxa"/>
              <w:bottom w:w="80" w:type="dxa"/>
              <w:right w:w="90" w:type="dxa"/>
            </w:tcMar>
          </w:tcPr>
          <w:p w14:paraId="534D1C29" w14:textId="77777777" w:rsidR="00686453" w:rsidRPr="003F0D1D" w:rsidRDefault="00D95FB4">
            <w:pPr>
              <w:rPr>
                <w:szCs w:val="24"/>
              </w:rPr>
            </w:pPr>
            <w:r w:rsidRPr="003F0D1D">
              <w:rPr>
                <w:b/>
                <w:color w:val="015A41"/>
                <w:szCs w:val="24"/>
              </w:rPr>
              <w:t>Annual verification owner / date</w:t>
            </w:r>
          </w:p>
        </w:tc>
        <w:tc>
          <w:tcPr>
            <w:tcW w:w="5328" w:type="dxa"/>
            <w:shd w:val="clear" w:color="auto" w:fill="FFFFFF"/>
            <w:tcMar>
              <w:top w:w="80" w:type="dxa"/>
              <w:left w:w="90" w:type="dxa"/>
              <w:bottom w:w="80" w:type="dxa"/>
              <w:right w:w="90" w:type="dxa"/>
            </w:tcMar>
          </w:tcPr>
          <w:p w14:paraId="503E35BF" w14:textId="77777777" w:rsidR="00686453" w:rsidRPr="003F0D1D" w:rsidRDefault="00D95FB4">
            <w:pPr>
              <w:rPr>
                <w:szCs w:val="24"/>
              </w:rPr>
            </w:pPr>
            <w:r w:rsidRPr="003F0D1D">
              <w:rPr>
                <w:i/>
                <w:color w:val="66706B"/>
                <w:szCs w:val="24"/>
              </w:rPr>
              <w:t>&lt;Insert&gt;</w:t>
            </w:r>
          </w:p>
        </w:tc>
      </w:tr>
    </w:tbl>
    <w:p w14:paraId="1CE3B46A" w14:textId="77777777" w:rsidR="00686453" w:rsidRDefault="00686453">
      <w:pPr>
        <w:spacing w:after="0"/>
      </w:pPr>
    </w:p>
    <w:p w14:paraId="668CFF14" w14:textId="77777777" w:rsidR="00686453" w:rsidRDefault="00D95FB4">
      <w:r>
        <w:br w:type="page"/>
      </w:r>
    </w:p>
    <w:p w14:paraId="4A22816D" w14:textId="77777777" w:rsidR="00686453" w:rsidRDefault="00D95FB4">
      <w:pPr>
        <w:pStyle w:val="Heading1"/>
        <w:pBdr>
          <w:bottom w:val="single" w:sz="14" w:space="5" w:color="E63B07"/>
        </w:pBdr>
        <w:spacing w:before="140" w:after="140"/>
      </w:pPr>
      <w:r>
        <w:rPr>
          <w:rFonts w:ascii="Arial" w:eastAsia="Arial" w:hAnsi="Arial"/>
        </w:rPr>
        <w:lastRenderedPageBreak/>
        <w:t>ATTACHMENT J - RESIDENT &amp; STAFF TRACKING / CONTINUITY OF CARE</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35344B50" w14:textId="77777777">
        <w:trPr>
          <w:jc w:val="center"/>
        </w:trPr>
        <w:tc>
          <w:tcPr>
            <w:tcW w:w="10282" w:type="dxa"/>
            <w:shd w:val="clear" w:color="auto" w:fill="EAF3EF"/>
            <w:tcMar>
              <w:top w:w="100" w:type="dxa"/>
              <w:left w:w="130" w:type="dxa"/>
              <w:bottom w:w="100" w:type="dxa"/>
              <w:right w:w="130" w:type="dxa"/>
            </w:tcMar>
          </w:tcPr>
          <w:p w14:paraId="28CC004D" w14:textId="7811D6FE" w:rsidR="00686453" w:rsidRPr="003F0D1D" w:rsidRDefault="00D95FB4">
            <w:pPr>
              <w:spacing w:after="0"/>
              <w:rPr>
                <w:sz w:val="20"/>
                <w:szCs w:val="20"/>
              </w:rPr>
            </w:pPr>
            <w:r w:rsidRPr="003F0D1D">
              <w:rPr>
                <w:b/>
                <w:color w:val="015A41"/>
                <w:sz w:val="20"/>
                <w:szCs w:val="20"/>
              </w:rPr>
              <w:t xml:space="preserve">CMS REQUIRED </w:t>
            </w:r>
            <w:r w:rsidRPr="003F0D1D">
              <w:rPr>
                <w:sz w:val="20"/>
                <w:szCs w:val="20"/>
              </w:rPr>
              <w:t>Procedures must track on-duty staff and sheltered residents during and after an emergency and document the location of residents who are relocated. Medical documentation must remain confidential, secure, and available.</w:t>
            </w:r>
          </w:p>
        </w:tc>
      </w:tr>
    </w:tbl>
    <w:p w14:paraId="3239FE86" w14:textId="77777777" w:rsidR="00686453" w:rsidRDefault="00686453">
      <w:pPr>
        <w:spacing w:after="0"/>
      </w:pPr>
    </w:p>
    <w:p w14:paraId="75E638F0" w14:textId="77777777" w:rsidR="00686453" w:rsidRDefault="00D95FB4">
      <w:pPr>
        <w:pStyle w:val="Heading2"/>
        <w:spacing w:before="120" w:after="80"/>
      </w:pPr>
      <w:r>
        <w:rPr>
          <w:rFonts w:ascii="Arial" w:eastAsia="Arial" w:hAnsi="Arial"/>
        </w:rPr>
        <w:t>Blank Operational Forms / Controlled Locations</w:t>
      </w:r>
    </w:p>
    <w:tbl>
      <w:tblPr>
        <w:tblW w:w="1113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3427"/>
        <w:gridCol w:w="4824"/>
        <w:gridCol w:w="2887"/>
      </w:tblGrid>
      <w:tr w:rsidR="00686453" w:rsidRPr="003F0D1D" w14:paraId="40DEBEF1" w14:textId="77777777" w:rsidTr="003F0D1D">
        <w:trPr>
          <w:tblHeader/>
          <w:jc w:val="center"/>
        </w:trPr>
        <w:tc>
          <w:tcPr>
            <w:tcW w:w="3427" w:type="dxa"/>
            <w:shd w:val="clear" w:color="auto" w:fill="015A41"/>
            <w:tcMar>
              <w:top w:w="70" w:type="dxa"/>
              <w:left w:w="70" w:type="dxa"/>
              <w:bottom w:w="70" w:type="dxa"/>
              <w:right w:w="70" w:type="dxa"/>
            </w:tcMar>
          </w:tcPr>
          <w:p w14:paraId="1C233C5C" w14:textId="77777777" w:rsidR="00686453" w:rsidRPr="003F0D1D" w:rsidRDefault="00D95FB4">
            <w:pPr>
              <w:rPr>
                <w:szCs w:val="24"/>
              </w:rPr>
            </w:pPr>
            <w:r w:rsidRPr="003F0D1D">
              <w:rPr>
                <w:b/>
                <w:color w:val="FFFFFF"/>
                <w:szCs w:val="24"/>
              </w:rPr>
              <w:t>Form / Record</w:t>
            </w:r>
          </w:p>
        </w:tc>
        <w:tc>
          <w:tcPr>
            <w:tcW w:w="4824" w:type="dxa"/>
            <w:shd w:val="clear" w:color="auto" w:fill="015A41"/>
            <w:tcMar>
              <w:top w:w="70" w:type="dxa"/>
              <w:left w:w="70" w:type="dxa"/>
              <w:bottom w:w="70" w:type="dxa"/>
              <w:right w:w="70" w:type="dxa"/>
            </w:tcMar>
          </w:tcPr>
          <w:p w14:paraId="0ECF61ED" w14:textId="77777777" w:rsidR="00686453" w:rsidRPr="003F0D1D" w:rsidRDefault="00D95FB4">
            <w:pPr>
              <w:rPr>
                <w:szCs w:val="24"/>
              </w:rPr>
            </w:pPr>
            <w:r w:rsidRPr="003F0D1D">
              <w:rPr>
                <w:b/>
                <w:color w:val="FFFFFF"/>
                <w:szCs w:val="24"/>
              </w:rPr>
              <w:t>Minimum Content / Use</w:t>
            </w:r>
          </w:p>
        </w:tc>
        <w:tc>
          <w:tcPr>
            <w:tcW w:w="2887" w:type="dxa"/>
            <w:shd w:val="clear" w:color="auto" w:fill="015A41"/>
            <w:tcMar>
              <w:top w:w="70" w:type="dxa"/>
              <w:left w:w="70" w:type="dxa"/>
              <w:bottom w:w="70" w:type="dxa"/>
              <w:right w:w="70" w:type="dxa"/>
            </w:tcMar>
          </w:tcPr>
          <w:p w14:paraId="44EC8608" w14:textId="77777777" w:rsidR="00686453" w:rsidRPr="003F0D1D" w:rsidRDefault="00D95FB4">
            <w:pPr>
              <w:rPr>
                <w:szCs w:val="24"/>
              </w:rPr>
            </w:pPr>
            <w:r w:rsidRPr="003F0D1D">
              <w:rPr>
                <w:b/>
                <w:color w:val="FFFFFF"/>
                <w:szCs w:val="24"/>
              </w:rPr>
              <w:t>Controlled Location</w:t>
            </w:r>
          </w:p>
        </w:tc>
      </w:tr>
      <w:tr w:rsidR="00686453" w:rsidRPr="003F0D1D" w14:paraId="45DCBA4C" w14:textId="77777777" w:rsidTr="003F0D1D">
        <w:trPr>
          <w:cantSplit/>
          <w:jc w:val="center"/>
        </w:trPr>
        <w:tc>
          <w:tcPr>
            <w:tcW w:w="3427" w:type="dxa"/>
            <w:shd w:val="clear" w:color="auto" w:fill="EAF3EF"/>
            <w:tcMar>
              <w:top w:w="70" w:type="dxa"/>
              <w:left w:w="70" w:type="dxa"/>
              <w:bottom w:w="70" w:type="dxa"/>
              <w:right w:w="70" w:type="dxa"/>
            </w:tcMar>
          </w:tcPr>
          <w:p w14:paraId="3C4FFBD1" w14:textId="77777777" w:rsidR="00686453" w:rsidRPr="003F0D1D" w:rsidRDefault="00D95FB4">
            <w:pPr>
              <w:rPr>
                <w:szCs w:val="24"/>
              </w:rPr>
            </w:pPr>
            <w:r w:rsidRPr="003F0D1D">
              <w:rPr>
                <w:b/>
                <w:color w:val="015A41"/>
                <w:szCs w:val="24"/>
              </w:rPr>
              <w:t>Resident evacuation / relocation tracking form</w:t>
            </w:r>
          </w:p>
        </w:tc>
        <w:tc>
          <w:tcPr>
            <w:tcW w:w="4824" w:type="dxa"/>
            <w:tcMar>
              <w:top w:w="70" w:type="dxa"/>
              <w:left w:w="70" w:type="dxa"/>
              <w:bottom w:w="70" w:type="dxa"/>
              <w:right w:w="70" w:type="dxa"/>
            </w:tcMar>
          </w:tcPr>
          <w:p w14:paraId="637C59B7" w14:textId="77777777" w:rsidR="00686453" w:rsidRPr="003F0D1D" w:rsidRDefault="00D95FB4">
            <w:pPr>
              <w:rPr>
                <w:szCs w:val="24"/>
              </w:rPr>
            </w:pPr>
            <w:r w:rsidRPr="003F0D1D">
              <w:rPr>
                <w:szCs w:val="24"/>
              </w:rPr>
              <w:t xml:space="preserve">&lt;Attach blank form or </w:t>
            </w:r>
            <w:proofErr w:type="gramStart"/>
            <w:r w:rsidRPr="003F0D1D">
              <w:rPr>
                <w:szCs w:val="24"/>
              </w:rPr>
              <w:t>reference controlled</w:t>
            </w:r>
            <w:proofErr w:type="gramEnd"/>
            <w:r w:rsidRPr="003F0D1D">
              <w:rPr>
                <w:szCs w:val="24"/>
              </w:rPr>
              <w:t xml:space="preserve"> form&gt;</w:t>
            </w:r>
          </w:p>
        </w:tc>
        <w:tc>
          <w:tcPr>
            <w:tcW w:w="2887" w:type="dxa"/>
            <w:shd w:val="clear" w:color="auto" w:fill="F3F5F4"/>
            <w:tcMar>
              <w:top w:w="70" w:type="dxa"/>
              <w:left w:w="70" w:type="dxa"/>
              <w:bottom w:w="70" w:type="dxa"/>
              <w:right w:w="70" w:type="dxa"/>
            </w:tcMar>
          </w:tcPr>
          <w:p w14:paraId="348AA4B0" w14:textId="77777777" w:rsidR="00686453" w:rsidRPr="003F0D1D" w:rsidRDefault="00D95FB4">
            <w:pPr>
              <w:rPr>
                <w:szCs w:val="24"/>
              </w:rPr>
            </w:pPr>
            <w:r w:rsidRPr="003F0D1D">
              <w:rPr>
                <w:i/>
                <w:color w:val="66706B"/>
                <w:szCs w:val="24"/>
              </w:rPr>
              <w:t>&lt;Location&gt;</w:t>
            </w:r>
          </w:p>
        </w:tc>
      </w:tr>
      <w:tr w:rsidR="00686453" w:rsidRPr="003F0D1D" w14:paraId="0968A33A" w14:textId="77777777" w:rsidTr="003F0D1D">
        <w:trPr>
          <w:cantSplit/>
          <w:jc w:val="center"/>
        </w:trPr>
        <w:tc>
          <w:tcPr>
            <w:tcW w:w="3427" w:type="dxa"/>
            <w:shd w:val="clear" w:color="auto" w:fill="F7FAF8"/>
            <w:tcMar>
              <w:top w:w="70" w:type="dxa"/>
              <w:left w:w="70" w:type="dxa"/>
              <w:bottom w:w="70" w:type="dxa"/>
              <w:right w:w="70" w:type="dxa"/>
            </w:tcMar>
          </w:tcPr>
          <w:p w14:paraId="3FE3BE97" w14:textId="77777777" w:rsidR="00686453" w:rsidRPr="003F0D1D" w:rsidRDefault="00D95FB4">
            <w:pPr>
              <w:rPr>
                <w:szCs w:val="24"/>
              </w:rPr>
            </w:pPr>
            <w:r w:rsidRPr="003F0D1D">
              <w:rPr>
                <w:b/>
                <w:color w:val="015A41"/>
                <w:szCs w:val="24"/>
              </w:rPr>
              <w:t>Staff accountability form</w:t>
            </w:r>
          </w:p>
        </w:tc>
        <w:tc>
          <w:tcPr>
            <w:tcW w:w="4824" w:type="dxa"/>
            <w:tcMar>
              <w:top w:w="70" w:type="dxa"/>
              <w:left w:w="70" w:type="dxa"/>
              <w:bottom w:w="70" w:type="dxa"/>
              <w:right w:w="70" w:type="dxa"/>
            </w:tcMar>
          </w:tcPr>
          <w:p w14:paraId="1F137D8D" w14:textId="77777777" w:rsidR="00686453" w:rsidRPr="003F0D1D" w:rsidRDefault="00D95FB4">
            <w:pPr>
              <w:rPr>
                <w:szCs w:val="24"/>
              </w:rPr>
            </w:pPr>
            <w:r w:rsidRPr="003F0D1D">
              <w:rPr>
                <w:szCs w:val="24"/>
              </w:rPr>
              <w:t xml:space="preserve">&lt;Attach blank form or </w:t>
            </w:r>
            <w:proofErr w:type="gramStart"/>
            <w:r w:rsidRPr="003F0D1D">
              <w:rPr>
                <w:szCs w:val="24"/>
              </w:rPr>
              <w:t>reference controlled</w:t>
            </w:r>
            <w:proofErr w:type="gramEnd"/>
            <w:r w:rsidRPr="003F0D1D">
              <w:rPr>
                <w:szCs w:val="24"/>
              </w:rPr>
              <w:t xml:space="preserve"> form&gt;</w:t>
            </w:r>
          </w:p>
        </w:tc>
        <w:tc>
          <w:tcPr>
            <w:tcW w:w="2887" w:type="dxa"/>
            <w:shd w:val="clear" w:color="auto" w:fill="F3F5F4"/>
            <w:tcMar>
              <w:top w:w="70" w:type="dxa"/>
              <w:left w:w="70" w:type="dxa"/>
              <w:bottom w:w="70" w:type="dxa"/>
              <w:right w:w="70" w:type="dxa"/>
            </w:tcMar>
          </w:tcPr>
          <w:p w14:paraId="49C443C4" w14:textId="77777777" w:rsidR="00686453" w:rsidRPr="003F0D1D" w:rsidRDefault="00D95FB4">
            <w:pPr>
              <w:rPr>
                <w:szCs w:val="24"/>
              </w:rPr>
            </w:pPr>
            <w:r w:rsidRPr="003F0D1D">
              <w:rPr>
                <w:i/>
                <w:color w:val="66706B"/>
                <w:szCs w:val="24"/>
              </w:rPr>
              <w:t>&lt;Location&gt;</w:t>
            </w:r>
          </w:p>
        </w:tc>
      </w:tr>
      <w:tr w:rsidR="00686453" w:rsidRPr="003F0D1D" w14:paraId="105DB325" w14:textId="77777777" w:rsidTr="003F0D1D">
        <w:trPr>
          <w:cantSplit/>
          <w:jc w:val="center"/>
        </w:trPr>
        <w:tc>
          <w:tcPr>
            <w:tcW w:w="3427" w:type="dxa"/>
            <w:shd w:val="clear" w:color="auto" w:fill="EAF3EF"/>
            <w:tcMar>
              <w:top w:w="70" w:type="dxa"/>
              <w:left w:w="70" w:type="dxa"/>
              <w:bottom w:w="70" w:type="dxa"/>
              <w:right w:w="70" w:type="dxa"/>
            </w:tcMar>
          </w:tcPr>
          <w:p w14:paraId="0E4AA690" w14:textId="77777777" w:rsidR="00686453" w:rsidRPr="003F0D1D" w:rsidRDefault="00D95FB4">
            <w:pPr>
              <w:rPr>
                <w:szCs w:val="24"/>
              </w:rPr>
            </w:pPr>
            <w:r w:rsidRPr="003F0D1D">
              <w:rPr>
                <w:b/>
                <w:color w:val="015A41"/>
                <w:szCs w:val="24"/>
              </w:rPr>
              <w:t>Resident transfer packet checklist</w:t>
            </w:r>
          </w:p>
        </w:tc>
        <w:tc>
          <w:tcPr>
            <w:tcW w:w="4824" w:type="dxa"/>
            <w:tcMar>
              <w:top w:w="70" w:type="dxa"/>
              <w:left w:w="70" w:type="dxa"/>
              <w:bottom w:w="70" w:type="dxa"/>
              <w:right w:w="70" w:type="dxa"/>
            </w:tcMar>
          </w:tcPr>
          <w:p w14:paraId="60E4A885" w14:textId="77777777" w:rsidR="00686453" w:rsidRPr="003F0D1D" w:rsidRDefault="00D95FB4">
            <w:pPr>
              <w:rPr>
                <w:szCs w:val="24"/>
              </w:rPr>
            </w:pPr>
            <w:r w:rsidRPr="003F0D1D">
              <w:rPr>
                <w:szCs w:val="24"/>
              </w:rPr>
              <w:t>&lt;Records, medications, orders, identifiers, representative contacts&gt;</w:t>
            </w:r>
          </w:p>
        </w:tc>
        <w:tc>
          <w:tcPr>
            <w:tcW w:w="2887" w:type="dxa"/>
            <w:shd w:val="clear" w:color="auto" w:fill="F3F5F4"/>
            <w:tcMar>
              <w:top w:w="70" w:type="dxa"/>
              <w:left w:w="70" w:type="dxa"/>
              <w:bottom w:w="70" w:type="dxa"/>
              <w:right w:w="70" w:type="dxa"/>
            </w:tcMar>
          </w:tcPr>
          <w:p w14:paraId="3F21D7B9" w14:textId="77777777" w:rsidR="00686453" w:rsidRPr="003F0D1D" w:rsidRDefault="00D95FB4">
            <w:pPr>
              <w:rPr>
                <w:szCs w:val="24"/>
              </w:rPr>
            </w:pPr>
            <w:r w:rsidRPr="003F0D1D">
              <w:rPr>
                <w:i/>
                <w:color w:val="66706B"/>
                <w:szCs w:val="24"/>
              </w:rPr>
              <w:t>&lt;Location&gt;</w:t>
            </w:r>
          </w:p>
        </w:tc>
      </w:tr>
      <w:tr w:rsidR="00686453" w:rsidRPr="003F0D1D" w14:paraId="58124F75" w14:textId="77777777" w:rsidTr="003F0D1D">
        <w:trPr>
          <w:cantSplit/>
          <w:jc w:val="center"/>
        </w:trPr>
        <w:tc>
          <w:tcPr>
            <w:tcW w:w="3427" w:type="dxa"/>
            <w:shd w:val="clear" w:color="auto" w:fill="F7FAF8"/>
            <w:tcMar>
              <w:top w:w="70" w:type="dxa"/>
              <w:left w:w="70" w:type="dxa"/>
              <w:bottom w:w="70" w:type="dxa"/>
              <w:right w:w="70" w:type="dxa"/>
            </w:tcMar>
          </w:tcPr>
          <w:p w14:paraId="75AE4B3C" w14:textId="77777777" w:rsidR="00686453" w:rsidRPr="003F0D1D" w:rsidRDefault="00D95FB4">
            <w:pPr>
              <w:rPr>
                <w:szCs w:val="24"/>
              </w:rPr>
            </w:pPr>
            <w:r w:rsidRPr="003F0D1D">
              <w:rPr>
                <w:b/>
                <w:color w:val="015A41"/>
                <w:szCs w:val="24"/>
              </w:rPr>
              <w:t>Resident belongings / personal effects form</w:t>
            </w:r>
          </w:p>
        </w:tc>
        <w:tc>
          <w:tcPr>
            <w:tcW w:w="4824" w:type="dxa"/>
            <w:tcMar>
              <w:top w:w="70" w:type="dxa"/>
              <w:left w:w="70" w:type="dxa"/>
              <w:bottom w:w="70" w:type="dxa"/>
              <w:right w:w="70" w:type="dxa"/>
            </w:tcMar>
          </w:tcPr>
          <w:p w14:paraId="3A8930DD" w14:textId="77777777" w:rsidR="00686453" w:rsidRPr="003F0D1D" w:rsidRDefault="00D95FB4">
            <w:pPr>
              <w:rPr>
                <w:szCs w:val="24"/>
              </w:rPr>
            </w:pPr>
            <w:r w:rsidRPr="003F0D1D">
              <w:rPr>
                <w:szCs w:val="24"/>
              </w:rPr>
              <w:t>&lt;Insert&gt;</w:t>
            </w:r>
          </w:p>
        </w:tc>
        <w:tc>
          <w:tcPr>
            <w:tcW w:w="2887" w:type="dxa"/>
            <w:shd w:val="clear" w:color="auto" w:fill="F3F5F4"/>
            <w:tcMar>
              <w:top w:w="70" w:type="dxa"/>
              <w:left w:w="70" w:type="dxa"/>
              <w:bottom w:w="70" w:type="dxa"/>
              <w:right w:w="70" w:type="dxa"/>
            </w:tcMar>
          </w:tcPr>
          <w:p w14:paraId="3C244FB3" w14:textId="77777777" w:rsidR="00686453" w:rsidRPr="003F0D1D" w:rsidRDefault="00D95FB4">
            <w:pPr>
              <w:rPr>
                <w:szCs w:val="24"/>
              </w:rPr>
            </w:pPr>
            <w:r w:rsidRPr="003F0D1D">
              <w:rPr>
                <w:i/>
                <w:color w:val="66706B"/>
                <w:szCs w:val="24"/>
              </w:rPr>
              <w:t>&lt;Location&gt;</w:t>
            </w:r>
          </w:p>
        </w:tc>
      </w:tr>
      <w:tr w:rsidR="00686453" w:rsidRPr="003F0D1D" w14:paraId="7B0EA720" w14:textId="77777777" w:rsidTr="003F0D1D">
        <w:trPr>
          <w:cantSplit/>
          <w:jc w:val="center"/>
        </w:trPr>
        <w:tc>
          <w:tcPr>
            <w:tcW w:w="3427" w:type="dxa"/>
            <w:shd w:val="clear" w:color="auto" w:fill="EAF3EF"/>
            <w:tcMar>
              <w:top w:w="70" w:type="dxa"/>
              <w:left w:w="70" w:type="dxa"/>
              <w:bottom w:w="70" w:type="dxa"/>
              <w:right w:w="70" w:type="dxa"/>
            </w:tcMar>
          </w:tcPr>
          <w:p w14:paraId="517F15A4" w14:textId="77777777" w:rsidR="00686453" w:rsidRPr="003F0D1D" w:rsidRDefault="00D95FB4">
            <w:pPr>
              <w:rPr>
                <w:szCs w:val="24"/>
              </w:rPr>
            </w:pPr>
            <w:r w:rsidRPr="003F0D1D">
              <w:rPr>
                <w:b/>
                <w:color w:val="015A41"/>
                <w:szCs w:val="24"/>
              </w:rPr>
              <w:t>Family / representative reunification log</w:t>
            </w:r>
          </w:p>
        </w:tc>
        <w:tc>
          <w:tcPr>
            <w:tcW w:w="4824" w:type="dxa"/>
            <w:tcMar>
              <w:top w:w="70" w:type="dxa"/>
              <w:left w:w="70" w:type="dxa"/>
              <w:bottom w:w="70" w:type="dxa"/>
              <w:right w:w="70" w:type="dxa"/>
            </w:tcMar>
          </w:tcPr>
          <w:p w14:paraId="136E2220" w14:textId="77777777" w:rsidR="00686453" w:rsidRPr="003F0D1D" w:rsidRDefault="00D95FB4">
            <w:pPr>
              <w:rPr>
                <w:szCs w:val="24"/>
              </w:rPr>
            </w:pPr>
            <w:r w:rsidRPr="003F0D1D">
              <w:rPr>
                <w:szCs w:val="24"/>
              </w:rPr>
              <w:t>&lt;Insert&gt;</w:t>
            </w:r>
          </w:p>
        </w:tc>
        <w:tc>
          <w:tcPr>
            <w:tcW w:w="2887" w:type="dxa"/>
            <w:shd w:val="clear" w:color="auto" w:fill="F3F5F4"/>
            <w:tcMar>
              <w:top w:w="70" w:type="dxa"/>
              <w:left w:w="70" w:type="dxa"/>
              <w:bottom w:w="70" w:type="dxa"/>
              <w:right w:w="70" w:type="dxa"/>
            </w:tcMar>
          </w:tcPr>
          <w:p w14:paraId="031FEE89" w14:textId="77777777" w:rsidR="00686453" w:rsidRPr="003F0D1D" w:rsidRDefault="00D95FB4">
            <w:pPr>
              <w:rPr>
                <w:szCs w:val="24"/>
              </w:rPr>
            </w:pPr>
            <w:r w:rsidRPr="003F0D1D">
              <w:rPr>
                <w:i/>
                <w:color w:val="66706B"/>
                <w:szCs w:val="24"/>
              </w:rPr>
              <w:t>&lt;Location&gt;</w:t>
            </w:r>
          </w:p>
        </w:tc>
      </w:tr>
      <w:tr w:rsidR="00686453" w:rsidRPr="003F0D1D" w14:paraId="6FA5A59E" w14:textId="77777777" w:rsidTr="003F0D1D">
        <w:trPr>
          <w:cantSplit/>
          <w:jc w:val="center"/>
        </w:trPr>
        <w:tc>
          <w:tcPr>
            <w:tcW w:w="3427" w:type="dxa"/>
            <w:shd w:val="clear" w:color="auto" w:fill="F7FAF8"/>
            <w:tcMar>
              <w:top w:w="70" w:type="dxa"/>
              <w:left w:w="70" w:type="dxa"/>
              <w:bottom w:w="70" w:type="dxa"/>
              <w:right w:w="70" w:type="dxa"/>
            </w:tcMar>
          </w:tcPr>
          <w:p w14:paraId="7C2E8104" w14:textId="77777777" w:rsidR="00686453" w:rsidRPr="003F0D1D" w:rsidRDefault="00D95FB4">
            <w:pPr>
              <w:rPr>
                <w:szCs w:val="24"/>
              </w:rPr>
            </w:pPr>
            <w:r w:rsidRPr="003F0D1D">
              <w:rPr>
                <w:b/>
                <w:color w:val="015A41"/>
                <w:szCs w:val="24"/>
              </w:rPr>
              <w:t>Downtime medical record / MAR forms</w:t>
            </w:r>
          </w:p>
        </w:tc>
        <w:tc>
          <w:tcPr>
            <w:tcW w:w="4824" w:type="dxa"/>
            <w:tcMar>
              <w:top w:w="70" w:type="dxa"/>
              <w:left w:w="70" w:type="dxa"/>
              <w:bottom w:w="70" w:type="dxa"/>
              <w:right w:w="70" w:type="dxa"/>
            </w:tcMar>
          </w:tcPr>
          <w:p w14:paraId="1F187A1B" w14:textId="77777777" w:rsidR="00686453" w:rsidRPr="003F0D1D" w:rsidRDefault="00D95FB4">
            <w:pPr>
              <w:rPr>
                <w:szCs w:val="24"/>
              </w:rPr>
            </w:pPr>
            <w:r w:rsidRPr="003F0D1D">
              <w:rPr>
                <w:szCs w:val="24"/>
              </w:rPr>
              <w:t>&lt;Insert&gt;</w:t>
            </w:r>
          </w:p>
        </w:tc>
        <w:tc>
          <w:tcPr>
            <w:tcW w:w="2887" w:type="dxa"/>
            <w:shd w:val="clear" w:color="auto" w:fill="F3F5F4"/>
            <w:tcMar>
              <w:top w:w="70" w:type="dxa"/>
              <w:left w:w="70" w:type="dxa"/>
              <w:bottom w:w="70" w:type="dxa"/>
              <w:right w:w="70" w:type="dxa"/>
            </w:tcMar>
          </w:tcPr>
          <w:p w14:paraId="091116D5" w14:textId="77777777" w:rsidR="00686453" w:rsidRPr="003F0D1D" w:rsidRDefault="00D95FB4">
            <w:pPr>
              <w:rPr>
                <w:szCs w:val="24"/>
              </w:rPr>
            </w:pPr>
            <w:r w:rsidRPr="003F0D1D">
              <w:rPr>
                <w:i/>
                <w:color w:val="66706B"/>
                <w:szCs w:val="24"/>
              </w:rPr>
              <w:t>&lt;Location&gt;</w:t>
            </w:r>
          </w:p>
        </w:tc>
      </w:tr>
    </w:tbl>
    <w:p w14:paraId="40CFA019" w14:textId="77777777" w:rsidR="00686453" w:rsidRDefault="00686453">
      <w:pPr>
        <w:spacing w:after="0"/>
      </w:pPr>
    </w:p>
    <w:tbl>
      <w:tblPr>
        <w:tblW w:w="0" w:type="auto"/>
        <w:jc w:val="center"/>
        <w:tblBorders>
          <w:top w:val="single" w:sz="5" w:space="0" w:color="C8CCCA"/>
          <w:left w:val="single" w:sz="5" w:space="0" w:color="C8CCCA"/>
          <w:bottom w:val="single" w:sz="5" w:space="0" w:color="C8CCCA"/>
          <w:right w:val="single" w:sz="5" w:space="0" w:color="C8CCCA"/>
          <w:insideH w:val="single" w:sz="5" w:space="0" w:color="C8CCCA"/>
          <w:insideV w:val="single" w:sz="5" w:space="0" w:color="C8CCCA"/>
        </w:tblBorders>
        <w:tblLook w:val="04A0" w:firstRow="1" w:lastRow="0" w:firstColumn="1" w:lastColumn="0" w:noHBand="0" w:noVBand="1"/>
      </w:tblPr>
      <w:tblGrid>
        <w:gridCol w:w="10282"/>
      </w:tblGrid>
      <w:tr w:rsidR="00686453" w14:paraId="7558EB78" w14:textId="77777777">
        <w:trPr>
          <w:jc w:val="center"/>
        </w:trPr>
        <w:tc>
          <w:tcPr>
            <w:tcW w:w="10282" w:type="dxa"/>
            <w:shd w:val="clear" w:color="auto" w:fill="F3F5F4"/>
            <w:tcMar>
              <w:top w:w="100" w:type="dxa"/>
              <w:left w:w="130" w:type="dxa"/>
              <w:bottom w:w="100" w:type="dxa"/>
              <w:right w:w="130" w:type="dxa"/>
            </w:tcMar>
          </w:tcPr>
          <w:p w14:paraId="783DC91A" w14:textId="359C19E6" w:rsidR="00686453" w:rsidRPr="003F0D1D" w:rsidRDefault="00D95FB4">
            <w:pPr>
              <w:spacing w:after="0"/>
              <w:rPr>
                <w:sz w:val="20"/>
                <w:szCs w:val="20"/>
              </w:rPr>
            </w:pPr>
            <w:r w:rsidRPr="003F0D1D">
              <w:rPr>
                <w:b/>
                <w:color w:val="66706B"/>
                <w:sz w:val="20"/>
                <w:szCs w:val="20"/>
              </w:rPr>
              <w:t xml:space="preserve">DO NOT STORE COMPLETED RESIDENT RECORDS HERE </w:t>
            </w:r>
            <w:r w:rsidRPr="003F0D1D">
              <w:rPr>
                <w:sz w:val="20"/>
                <w:szCs w:val="20"/>
              </w:rPr>
              <w:t>The master EOP should generally contain blank forms or secure-location references, not completed resident-identifiable tracking or clinical records. Follow HIPAA, resident-rights, medical-record, retention, and facility privacy requirements.</w:t>
            </w:r>
          </w:p>
        </w:tc>
      </w:tr>
    </w:tbl>
    <w:p w14:paraId="6F4E52B4" w14:textId="77777777" w:rsidR="00686453" w:rsidRDefault="00686453">
      <w:pPr>
        <w:spacing w:after="0"/>
      </w:pPr>
    </w:p>
    <w:p w14:paraId="2AC7A3D3" w14:textId="77777777" w:rsidR="00686453" w:rsidRDefault="00D95FB4">
      <w:r>
        <w:br w:type="page"/>
      </w:r>
    </w:p>
    <w:p w14:paraId="47E4A6CD" w14:textId="77777777" w:rsidR="00686453" w:rsidRDefault="00D95FB4">
      <w:pPr>
        <w:pStyle w:val="Heading1"/>
        <w:pBdr>
          <w:bottom w:val="single" w:sz="14" w:space="5" w:color="E63B07"/>
        </w:pBdr>
        <w:spacing w:before="140" w:after="140"/>
      </w:pPr>
      <w:r>
        <w:rPr>
          <w:rFonts w:ascii="Arial" w:eastAsia="Arial" w:hAnsi="Arial"/>
        </w:rPr>
        <w:lastRenderedPageBreak/>
        <w:t>ATTACHMENT K - EMERGENCY STAFFING &amp; VOLUNTEERS</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0B0C617D" w14:textId="77777777">
        <w:trPr>
          <w:jc w:val="center"/>
        </w:trPr>
        <w:tc>
          <w:tcPr>
            <w:tcW w:w="10282" w:type="dxa"/>
            <w:shd w:val="clear" w:color="auto" w:fill="EAF3EF"/>
            <w:tcMar>
              <w:top w:w="100" w:type="dxa"/>
              <w:left w:w="130" w:type="dxa"/>
              <w:bottom w:w="100" w:type="dxa"/>
              <w:right w:w="130" w:type="dxa"/>
            </w:tcMar>
          </w:tcPr>
          <w:p w14:paraId="29DFD573" w14:textId="77777777" w:rsidR="00686453" w:rsidRPr="003F0D1D" w:rsidRDefault="00D95FB4">
            <w:pPr>
              <w:spacing w:after="0"/>
              <w:rPr>
                <w:sz w:val="20"/>
                <w:szCs w:val="20"/>
              </w:rPr>
            </w:pPr>
            <w:r w:rsidRPr="003F0D1D">
              <w:rPr>
                <w:b/>
                <w:color w:val="015A41"/>
                <w:sz w:val="20"/>
                <w:szCs w:val="20"/>
              </w:rPr>
              <w:t xml:space="preserve">CMS REQUIRED POLICY </w:t>
            </w:r>
            <w:proofErr w:type="gramStart"/>
            <w:r w:rsidRPr="003F0D1D">
              <w:rPr>
                <w:b/>
                <w:color w:val="015A41"/>
                <w:sz w:val="20"/>
                <w:szCs w:val="20"/>
              </w:rPr>
              <w:t xml:space="preserve">SUBJECT  </w:t>
            </w:r>
            <w:r w:rsidRPr="003F0D1D">
              <w:rPr>
                <w:sz w:val="20"/>
                <w:szCs w:val="20"/>
              </w:rPr>
              <w:t>Emergency</w:t>
            </w:r>
            <w:proofErr w:type="gramEnd"/>
            <w:r w:rsidRPr="003F0D1D">
              <w:rPr>
                <w:sz w:val="20"/>
                <w:szCs w:val="20"/>
              </w:rPr>
              <w:t xml:space="preserve"> preparedness policies/procedures must address the use of volunteers in an emergency or other emergency staffing strategies, including integration of State or federally designated healthcare professionals when appropriate.</w:t>
            </w:r>
          </w:p>
        </w:tc>
      </w:tr>
    </w:tbl>
    <w:p w14:paraId="7504C18A" w14:textId="77777777" w:rsidR="00686453" w:rsidRDefault="00686453">
      <w:pPr>
        <w:spacing w:after="0"/>
      </w:pPr>
    </w:p>
    <w:tbl>
      <w:tblPr>
        <w:tblW w:w="1130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6167"/>
      </w:tblGrid>
      <w:tr w:rsidR="00686453" w:rsidRPr="003F0D1D" w14:paraId="4ED05981" w14:textId="77777777" w:rsidTr="003F0D1D">
        <w:trPr>
          <w:tblHeader/>
          <w:jc w:val="center"/>
        </w:trPr>
        <w:tc>
          <w:tcPr>
            <w:tcW w:w="5141" w:type="dxa"/>
            <w:shd w:val="clear" w:color="auto" w:fill="015A41"/>
            <w:tcMar>
              <w:top w:w="80" w:type="dxa"/>
              <w:left w:w="90" w:type="dxa"/>
              <w:bottom w:w="80" w:type="dxa"/>
              <w:right w:w="90" w:type="dxa"/>
            </w:tcMar>
          </w:tcPr>
          <w:p w14:paraId="5281AFC3" w14:textId="77777777" w:rsidR="00686453" w:rsidRPr="003F0D1D" w:rsidRDefault="00D95FB4">
            <w:pPr>
              <w:rPr>
                <w:szCs w:val="24"/>
              </w:rPr>
            </w:pPr>
            <w:r w:rsidRPr="003F0D1D">
              <w:rPr>
                <w:b/>
                <w:color w:val="FFFFFF"/>
                <w:szCs w:val="24"/>
              </w:rPr>
              <w:t>Field</w:t>
            </w:r>
          </w:p>
        </w:tc>
        <w:tc>
          <w:tcPr>
            <w:tcW w:w="6167" w:type="dxa"/>
            <w:shd w:val="clear" w:color="auto" w:fill="015A41"/>
            <w:tcMar>
              <w:top w:w="80" w:type="dxa"/>
              <w:left w:w="90" w:type="dxa"/>
              <w:bottom w:w="80" w:type="dxa"/>
              <w:right w:w="90" w:type="dxa"/>
            </w:tcMar>
          </w:tcPr>
          <w:p w14:paraId="5440A394" w14:textId="77777777" w:rsidR="00686453" w:rsidRPr="003F0D1D" w:rsidRDefault="00D95FB4">
            <w:pPr>
              <w:rPr>
                <w:szCs w:val="24"/>
              </w:rPr>
            </w:pPr>
            <w:r w:rsidRPr="003F0D1D">
              <w:rPr>
                <w:b/>
                <w:color w:val="FFFFFF"/>
                <w:szCs w:val="24"/>
              </w:rPr>
              <w:t>Facility Entry</w:t>
            </w:r>
          </w:p>
        </w:tc>
      </w:tr>
      <w:tr w:rsidR="00686453" w:rsidRPr="003F0D1D" w14:paraId="0EED056D" w14:textId="77777777" w:rsidTr="003F0D1D">
        <w:trPr>
          <w:cantSplit/>
          <w:jc w:val="center"/>
        </w:trPr>
        <w:tc>
          <w:tcPr>
            <w:tcW w:w="5141" w:type="dxa"/>
            <w:shd w:val="clear" w:color="auto" w:fill="EAF3EF"/>
            <w:tcMar>
              <w:top w:w="80" w:type="dxa"/>
              <w:left w:w="90" w:type="dxa"/>
              <w:bottom w:w="80" w:type="dxa"/>
              <w:right w:w="90" w:type="dxa"/>
            </w:tcMar>
          </w:tcPr>
          <w:p w14:paraId="2A06838E" w14:textId="77777777" w:rsidR="00686453" w:rsidRPr="003F0D1D" w:rsidRDefault="00D95FB4">
            <w:pPr>
              <w:rPr>
                <w:szCs w:val="24"/>
              </w:rPr>
            </w:pPr>
            <w:r w:rsidRPr="003F0D1D">
              <w:rPr>
                <w:b/>
                <w:color w:val="015A41"/>
                <w:szCs w:val="24"/>
              </w:rPr>
              <w:t>Emergency staffing plan location</w:t>
            </w:r>
          </w:p>
        </w:tc>
        <w:tc>
          <w:tcPr>
            <w:tcW w:w="6167" w:type="dxa"/>
            <w:shd w:val="clear" w:color="auto" w:fill="FFFFFF"/>
            <w:tcMar>
              <w:top w:w="80" w:type="dxa"/>
              <w:left w:w="90" w:type="dxa"/>
              <w:bottom w:w="80" w:type="dxa"/>
              <w:right w:w="90" w:type="dxa"/>
            </w:tcMar>
          </w:tcPr>
          <w:p w14:paraId="56F1A252" w14:textId="77777777" w:rsidR="00686453" w:rsidRPr="003F0D1D" w:rsidRDefault="00D95FB4">
            <w:pPr>
              <w:rPr>
                <w:szCs w:val="24"/>
              </w:rPr>
            </w:pPr>
            <w:r w:rsidRPr="003F0D1D">
              <w:rPr>
                <w:i/>
                <w:color w:val="66706B"/>
                <w:szCs w:val="24"/>
              </w:rPr>
              <w:t>&lt;Insert&gt;</w:t>
            </w:r>
          </w:p>
        </w:tc>
      </w:tr>
      <w:tr w:rsidR="00686453" w:rsidRPr="003F0D1D" w14:paraId="35A78CD5" w14:textId="77777777" w:rsidTr="003F0D1D">
        <w:trPr>
          <w:cantSplit/>
          <w:jc w:val="center"/>
        </w:trPr>
        <w:tc>
          <w:tcPr>
            <w:tcW w:w="5141" w:type="dxa"/>
            <w:shd w:val="clear" w:color="auto" w:fill="F7FAF8"/>
            <w:tcMar>
              <w:top w:w="80" w:type="dxa"/>
              <w:left w:w="90" w:type="dxa"/>
              <w:bottom w:w="80" w:type="dxa"/>
              <w:right w:w="90" w:type="dxa"/>
            </w:tcMar>
          </w:tcPr>
          <w:p w14:paraId="35F5CDB6" w14:textId="77777777" w:rsidR="00686453" w:rsidRPr="003F0D1D" w:rsidRDefault="00D95FB4">
            <w:pPr>
              <w:rPr>
                <w:szCs w:val="24"/>
              </w:rPr>
            </w:pPr>
            <w:r w:rsidRPr="003F0D1D">
              <w:rPr>
                <w:b/>
                <w:color w:val="015A41"/>
                <w:szCs w:val="24"/>
              </w:rPr>
              <w:t>Activation trigger(s)</w:t>
            </w:r>
          </w:p>
        </w:tc>
        <w:tc>
          <w:tcPr>
            <w:tcW w:w="6167" w:type="dxa"/>
            <w:shd w:val="clear" w:color="auto" w:fill="FFFFFF"/>
            <w:tcMar>
              <w:top w:w="80" w:type="dxa"/>
              <w:left w:w="90" w:type="dxa"/>
              <w:bottom w:w="80" w:type="dxa"/>
              <w:right w:w="90" w:type="dxa"/>
            </w:tcMar>
          </w:tcPr>
          <w:p w14:paraId="31E191EA" w14:textId="77777777" w:rsidR="00686453" w:rsidRPr="003F0D1D" w:rsidRDefault="00D95FB4">
            <w:pPr>
              <w:rPr>
                <w:szCs w:val="24"/>
              </w:rPr>
            </w:pPr>
            <w:r w:rsidRPr="003F0D1D">
              <w:rPr>
                <w:i/>
                <w:color w:val="66706B"/>
                <w:szCs w:val="24"/>
              </w:rPr>
              <w:t>&lt;Insert&gt;</w:t>
            </w:r>
          </w:p>
        </w:tc>
      </w:tr>
      <w:tr w:rsidR="00686453" w:rsidRPr="003F0D1D" w14:paraId="401DAD2F" w14:textId="77777777" w:rsidTr="003F0D1D">
        <w:trPr>
          <w:cantSplit/>
          <w:jc w:val="center"/>
        </w:trPr>
        <w:tc>
          <w:tcPr>
            <w:tcW w:w="5141" w:type="dxa"/>
            <w:shd w:val="clear" w:color="auto" w:fill="EAF3EF"/>
            <w:tcMar>
              <w:top w:w="80" w:type="dxa"/>
              <w:left w:w="90" w:type="dxa"/>
              <w:bottom w:w="80" w:type="dxa"/>
              <w:right w:w="90" w:type="dxa"/>
            </w:tcMar>
          </w:tcPr>
          <w:p w14:paraId="77D2A483" w14:textId="77777777" w:rsidR="00686453" w:rsidRPr="003F0D1D" w:rsidRDefault="00D95FB4">
            <w:pPr>
              <w:rPr>
                <w:szCs w:val="24"/>
              </w:rPr>
            </w:pPr>
            <w:r w:rsidRPr="003F0D1D">
              <w:rPr>
                <w:b/>
                <w:color w:val="015A41"/>
                <w:szCs w:val="24"/>
              </w:rPr>
              <w:t>Minimum staffing / critical roles</w:t>
            </w:r>
          </w:p>
        </w:tc>
        <w:tc>
          <w:tcPr>
            <w:tcW w:w="6167" w:type="dxa"/>
            <w:shd w:val="clear" w:color="auto" w:fill="FFFFFF"/>
            <w:tcMar>
              <w:top w:w="80" w:type="dxa"/>
              <w:left w:w="90" w:type="dxa"/>
              <w:bottom w:w="80" w:type="dxa"/>
              <w:right w:w="90" w:type="dxa"/>
            </w:tcMar>
          </w:tcPr>
          <w:p w14:paraId="66FE2D53" w14:textId="77777777" w:rsidR="00686453" w:rsidRPr="003F0D1D" w:rsidRDefault="00D95FB4">
            <w:pPr>
              <w:rPr>
                <w:szCs w:val="24"/>
              </w:rPr>
            </w:pPr>
            <w:r w:rsidRPr="003F0D1D">
              <w:rPr>
                <w:i/>
                <w:color w:val="66706B"/>
                <w:szCs w:val="24"/>
              </w:rPr>
              <w:t>&lt;Insert&gt;</w:t>
            </w:r>
          </w:p>
        </w:tc>
      </w:tr>
      <w:tr w:rsidR="00686453" w:rsidRPr="003F0D1D" w14:paraId="3DFC7623" w14:textId="77777777" w:rsidTr="003F0D1D">
        <w:trPr>
          <w:cantSplit/>
          <w:jc w:val="center"/>
        </w:trPr>
        <w:tc>
          <w:tcPr>
            <w:tcW w:w="5141" w:type="dxa"/>
            <w:shd w:val="clear" w:color="auto" w:fill="F7FAF8"/>
            <w:tcMar>
              <w:top w:w="80" w:type="dxa"/>
              <w:left w:w="90" w:type="dxa"/>
              <w:bottom w:w="80" w:type="dxa"/>
              <w:right w:w="90" w:type="dxa"/>
            </w:tcMar>
          </w:tcPr>
          <w:p w14:paraId="4D89AA5B" w14:textId="77777777" w:rsidR="00686453" w:rsidRPr="003F0D1D" w:rsidRDefault="00D95FB4">
            <w:pPr>
              <w:rPr>
                <w:szCs w:val="24"/>
              </w:rPr>
            </w:pPr>
            <w:r w:rsidRPr="003F0D1D">
              <w:rPr>
                <w:b/>
                <w:color w:val="015A41"/>
                <w:szCs w:val="24"/>
              </w:rPr>
              <w:t>Call-back / reassignment process</w:t>
            </w:r>
          </w:p>
        </w:tc>
        <w:tc>
          <w:tcPr>
            <w:tcW w:w="6167" w:type="dxa"/>
            <w:shd w:val="clear" w:color="auto" w:fill="FFFFFF"/>
            <w:tcMar>
              <w:top w:w="80" w:type="dxa"/>
              <w:left w:w="90" w:type="dxa"/>
              <w:bottom w:w="80" w:type="dxa"/>
              <w:right w:w="90" w:type="dxa"/>
            </w:tcMar>
          </w:tcPr>
          <w:p w14:paraId="35594D6F" w14:textId="77777777" w:rsidR="00686453" w:rsidRPr="003F0D1D" w:rsidRDefault="00D95FB4">
            <w:pPr>
              <w:rPr>
                <w:szCs w:val="24"/>
              </w:rPr>
            </w:pPr>
            <w:r w:rsidRPr="003F0D1D">
              <w:rPr>
                <w:i/>
                <w:color w:val="66706B"/>
                <w:szCs w:val="24"/>
              </w:rPr>
              <w:t>&lt;Insert&gt;</w:t>
            </w:r>
          </w:p>
        </w:tc>
      </w:tr>
      <w:tr w:rsidR="00686453" w:rsidRPr="003F0D1D" w14:paraId="7C22680E" w14:textId="77777777" w:rsidTr="003F0D1D">
        <w:trPr>
          <w:cantSplit/>
          <w:jc w:val="center"/>
        </w:trPr>
        <w:tc>
          <w:tcPr>
            <w:tcW w:w="5141" w:type="dxa"/>
            <w:shd w:val="clear" w:color="auto" w:fill="EAF3EF"/>
            <w:tcMar>
              <w:top w:w="80" w:type="dxa"/>
              <w:left w:w="90" w:type="dxa"/>
              <w:bottom w:w="80" w:type="dxa"/>
              <w:right w:w="90" w:type="dxa"/>
            </w:tcMar>
          </w:tcPr>
          <w:p w14:paraId="194CFC40" w14:textId="77777777" w:rsidR="00686453" w:rsidRPr="003F0D1D" w:rsidRDefault="00D95FB4">
            <w:pPr>
              <w:rPr>
                <w:szCs w:val="24"/>
              </w:rPr>
            </w:pPr>
            <w:r w:rsidRPr="003F0D1D">
              <w:rPr>
                <w:b/>
                <w:color w:val="015A41"/>
                <w:szCs w:val="24"/>
              </w:rPr>
              <w:t>Contract / agency staffing sources</w:t>
            </w:r>
          </w:p>
        </w:tc>
        <w:tc>
          <w:tcPr>
            <w:tcW w:w="6167" w:type="dxa"/>
            <w:shd w:val="clear" w:color="auto" w:fill="FFFFFF"/>
            <w:tcMar>
              <w:top w:w="80" w:type="dxa"/>
              <w:left w:w="90" w:type="dxa"/>
              <w:bottom w:w="80" w:type="dxa"/>
              <w:right w:w="90" w:type="dxa"/>
            </w:tcMar>
          </w:tcPr>
          <w:p w14:paraId="3975ED6E" w14:textId="77777777" w:rsidR="00686453" w:rsidRPr="003F0D1D" w:rsidRDefault="00D95FB4">
            <w:pPr>
              <w:rPr>
                <w:szCs w:val="24"/>
              </w:rPr>
            </w:pPr>
            <w:r w:rsidRPr="003F0D1D">
              <w:rPr>
                <w:i/>
                <w:color w:val="66706B"/>
                <w:szCs w:val="24"/>
              </w:rPr>
              <w:t>&lt;Insert&gt;</w:t>
            </w:r>
          </w:p>
        </w:tc>
      </w:tr>
      <w:tr w:rsidR="00686453" w:rsidRPr="003F0D1D" w14:paraId="6F8C5B5A" w14:textId="77777777" w:rsidTr="003F0D1D">
        <w:trPr>
          <w:cantSplit/>
          <w:jc w:val="center"/>
        </w:trPr>
        <w:tc>
          <w:tcPr>
            <w:tcW w:w="5141" w:type="dxa"/>
            <w:shd w:val="clear" w:color="auto" w:fill="F7FAF8"/>
            <w:tcMar>
              <w:top w:w="80" w:type="dxa"/>
              <w:left w:w="90" w:type="dxa"/>
              <w:bottom w:w="80" w:type="dxa"/>
              <w:right w:w="90" w:type="dxa"/>
            </w:tcMar>
          </w:tcPr>
          <w:p w14:paraId="4EFECBC9" w14:textId="77777777" w:rsidR="00686453" w:rsidRPr="003F0D1D" w:rsidRDefault="00D95FB4">
            <w:pPr>
              <w:rPr>
                <w:szCs w:val="24"/>
              </w:rPr>
            </w:pPr>
            <w:r w:rsidRPr="003F0D1D">
              <w:rPr>
                <w:b/>
                <w:color w:val="015A41"/>
                <w:szCs w:val="24"/>
              </w:rPr>
              <w:t>Volunteer acceptance / credential verification</w:t>
            </w:r>
          </w:p>
        </w:tc>
        <w:tc>
          <w:tcPr>
            <w:tcW w:w="6167" w:type="dxa"/>
            <w:shd w:val="clear" w:color="auto" w:fill="FFFFFF"/>
            <w:tcMar>
              <w:top w:w="80" w:type="dxa"/>
              <w:left w:w="90" w:type="dxa"/>
              <w:bottom w:w="80" w:type="dxa"/>
              <w:right w:w="90" w:type="dxa"/>
            </w:tcMar>
          </w:tcPr>
          <w:p w14:paraId="1FDCAAAC" w14:textId="77777777" w:rsidR="00686453" w:rsidRPr="003F0D1D" w:rsidRDefault="00D95FB4">
            <w:pPr>
              <w:rPr>
                <w:szCs w:val="24"/>
              </w:rPr>
            </w:pPr>
            <w:r w:rsidRPr="003F0D1D">
              <w:rPr>
                <w:i/>
                <w:color w:val="66706B"/>
                <w:szCs w:val="24"/>
              </w:rPr>
              <w:t>&lt;Insert&gt;</w:t>
            </w:r>
          </w:p>
        </w:tc>
      </w:tr>
      <w:tr w:rsidR="00686453" w:rsidRPr="003F0D1D" w14:paraId="6C6EBC4F" w14:textId="77777777" w:rsidTr="003F0D1D">
        <w:trPr>
          <w:cantSplit/>
          <w:jc w:val="center"/>
        </w:trPr>
        <w:tc>
          <w:tcPr>
            <w:tcW w:w="5141" w:type="dxa"/>
            <w:shd w:val="clear" w:color="auto" w:fill="EAF3EF"/>
            <w:tcMar>
              <w:top w:w="80" w:type="dxa"/>
              <w:left w:w="90" w:type="dxa"/>
              <w:bottom w:w="80" w:type="dxa"/>
              <w:right w:w="90" w:type="dxa"/>
            </w:tcMar>
          </w:tcPr>
          <w:p w14:paraId="769987D9" w14:textId="77777777" w:rsidR="00686453" w:rsidRPr="003F0D1D" w:rsidRDefault="00D95FB4">
            <w:pPr>
              <w:rPr>
                <w:szCs w:val="24"/>
              </w:rPr>
            </w:pPr>
            <w:r w:rsidRPr="003F0D1D">
              <w:rPr>
                <w:b/>
                <w:color w:val="015A41"/>
                <w:szCs w:val="24"/>
              </w:rPr>
              <w:t>Just-in-time orientation / supervision</w:t>
            </w:r>
          </w:p>
        </w:tc>
        <w:tc>
          <w:tcPr>
            <w:tcW w:w="6167" w:type="dxa"/>
            <w:shd w:val="clear" w:color="auto" w:fill="FFFFFF"/>
            <w:tcMar>
              <w:top w:w="80" w:type="dxa"/>
              <w:left w:w="90" w:type="dxa"/>
              <w:bottom w:w="80" w:type="dxa"/>
              <w:right w:w="90" w:type="dxa"/>
            </w:tcMar>
          </w:tcPr>
          <w:p w14:paraId="7AFD8F48" w14:textId="77777777" w:rsidR="00686453" w:rsidRPr="003F0D1D" w:rsidRDefault="00D95FB4">
            <w:pPr>
              <w:rPr>
                <w:szCs w:val="24"/>
              </w:rPr>
            </w:pPr>
            <w:r w:rsidRPr="003F0D1D">
              <w:rPr>
                <w:i/>
                <w:color w:val="66706B"/>
                <w:szCs w:val="24"/>
              </w:rPr>
              <w:t>&lt;Insert&gt;</w:t>
            </w:r>
          </w:p>
        </w:tc>
      </w:tr>
      <w:tr w:rsidR="00686453" w:rsidRPr="003F0D1D" w14:paraId="1B37B566" w14:textId="77777777" w:rsidTr="003F0D1D">
        <w:trPr>
          <w:cantSplit/>
          <w:jc w:val="center"/>
        </w:trPr>
        <w:tc>
          <w:tcPr>
            <w:tcW w:w="5141" w:type="dxa"/>
            <w:shd w:val="clear" w:color="auto" w:fill="F7FAF8"/>
            <w:tcMar>
              <w:top w:w="80" w:type="dxa"/>
              <w:left w:w="90" w:type="dxa"/>
              <w:bottom w:w="80" w:type="dxa"/>
              <w:right w:w="90" w:type="dxa"/>
            </w:tcMar>
          </w:tcPr>
          <w:p w14:paraId="6F3B05FA" w14:textId="77777777" w:rsidR="00686453" w:rsidRPr="003F0D1D" w:rsidRDefault="00D95FB4">
            <w:pPr>
              <w:rPr>
                <w:szCs w:val="24"/>
              </w:rPr>
            </w:pPr>
            <w:r w:rsidRPr="003F0D1D">
              <w:rPr>
                <w:b/>
                <w:color w:val="015A41"/>
                <w:szCs w:val="24"/>
              </w:rPr>
              <w:t>Staff transportation / lodging / food supports</w:t>
            </w:r>
          </w:p>
        </w:tc>
        <w:tc>
          <w:tcPr>
            <w:tcW w:w="6167" w:type="dxa"/>
            <w:shd w:val="clear" w:color="auto" w:fill="FFFFFF"/>
            <w:tcMar>
              <w:top w:w="80" w:type="dxa"/>
              <w:left w:w="90" w:type="dxa"/>
              <w:bottom w:w="80" w:type="dxa"/>
              <w:right w:w="90" w:type="dxa"/>
            </w:tcMar>
          </w:tcPr>
          <w:p w14:paraId="46613B96" w14:textId="77777777" w:rsidR="00686453" w:rsidRPr="003F0D1D" w:rsidRDefault="00D95FB4">
            <w:pPr>
              <w:rPr>
                <w:szCs w:val="24"/>
              </w:rPr>
            </w:pPr>
            <w:r w:rsidRPr="003F0D1D">
              <w:rPr>
                <w:i/>
                <w:color w:val="66706B"/>
                <w:szCs w:val="24"/>
              </w:rPr>
              <w:t>&lt;Insert&gt;</w:t>
            </w:r>
          </w:p>
        </w:tc>
      </w:tr>
      <w:tr w:rsidR="00686453" w:rsidRPr="003F0D1D" w14:paraId="047B2E8D" w14:textId="77777777" w:rsidTr="003F0D1D">
        <w:trPr>
          <w:cantSplit/>
          <w:jc w:val="center"/>
        </w:trPr>
        <w:tc>
          <w:tcPr>
            <w:tcW w:w="5141" w:type="dxa"/>
            <w:shd w:val="clear" w:color="auto" w:fill="EAF3EF"/>
            <w:tcMar>
              <w:top w:w="80" w:type="dxa"/>
              <w:left w:w="90" w:type="dxa"/>
              <w:bottom w:w="80" w:type="dxa"/>
              <w:right w:w="90" w:type="dxa"/>
            </w:tcMar>
          </w:tcPr>
          <w:p w14:paraId="4336BD9B" w14:textId="77777777" w:rsidR="00686453" w:rsidRPr="003F0D1D" w:rsidRDefault="00D95FB4">
            <w:pPr>
              <w:rPr>
                <w:szCs w:val="24"/>
              </w:rPr>
            </w:pPr>
            <w:r w:rsidRPr="003F0D1D">
              <w:rPr>
                <w:b/>
                <w:color w:val="015A41"/>
                <w:szCs w:val="24"/>
              </w:rPr>
              <w:t>Staff fatigue / relief / behavioral health support</w:t>
            </w:r>
          </w:p>
        </w:tc>
        <w:tc>
          <w:tcPr>
            <w:tcW w:w="6167" w:type="dxa"/>
            <w:shd w:val="clear" w:color="auto" w:fill="FFFFFF"/>
            <w:tcMar>
              <w:top w:w="80" w:type="dxa"/>
              <w:left w:w="90" w:type="dxa"/>
              <w:bottom w:w="80" w:type="dxa"/>
              <w:right w:w="90" w:type="dxa"/>
            </w:tcMar>
          </w:tcPr>
          <w:p w14:paraId="2614BBF3" w14:textId="77777777" w:rsidR="00686453" w:rsidRPr="003F0D1D" w:rsidRDefault="00D95FB4">
            <w:pPr>
              <w:rPr>
                <w:szCs w:val="24"/>
              </w:rPr>
            </w:pPr>
            <w:r w:rsidRPr="003F0D1D">
              <w:rPr>
                <w:i/>
                <w:color w:val="66706B"/>
                <w:szCs w:val="24"/>
              </w:rPr>
              <w:t>&lt;Insert&gt;</w:t>
            </w:r>
          </w:p>
        </w:tc>
      </w:tr>
    </w:tbl>
    <w:p w14:paraId="04B57F77" w14:textId="77777777" w:rsidR="00686453" w:rsidRDefault="00686453">
      <w:pPr>
        <w:spacing w:after="0"/>
      </w:pPr>
    </w:p>
    <w:p w14:paraId="41E79A19" w14:textId="77777777" w:rsidR="00686453" w:rsidRDefault="00D95FB4">
      <w:r>
        <w:br w:type="page"/>
      </w:r>
    </w:p>
    <w:p w14:paraId="6D0F8ED1" w14:textId="77777777" w:rsidR="00686453" w:rsidRDefault="00D95FB4">
      <w:pPr>
        <w:pStyle w:val="Heading1"/>
        <w:pBdr>
          <w:bottom w:val="single" w:sz="14" w:space="5" w:color="E63B07"/>
        </w:pBdr>
        <w:spacing w:before="140" w:after="140"/>
      </w:pPr>
      <w:r>
        <w:rPr>
          <w:rFonts w:ascii="Arial" w:eastAsia="Arial" w:hAnsi="Arial"/>
        </w:rPr>
        <w:lastRenderedPageBreak/>
        <w:t>ATTACHMENT L - MAINE CRISIS STAFFING / INFECTION PREVENTION</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14:paraId="18FA5EA3" w14:textId="77777777">
        <w:trPr>
          <w:jc w:val="center"/>
        </w:trPr>
        <w:tc>
          <w:tcPr>
            <w:tcW w:w="10282" w:type="dxa"/>
            <w:shd w:val="clear" w:color="auto" w:fill="FCEFE9"/>
            <w:tcMar>
              <w:top w:w="100" w:type="dxa"/>
              <w:left w:w="130" w:type="dxa"/>
              <w:bottom w:w="100" w:type="dxa"/>
              <w:right w:w="130" w:type="dxa"/>
            </w:tcMar>
          </w:tcPr>
          <w:p w14:paraId="08E6CAAF" w14:textId="658928F0" w:rsidR="00686453" w:rsidRPr="003F0D1D" w:rsidRDefault="00AA6F69">
            <w:pPr>
              <w:spacing w:after="0"/>
              <w:rPr>
                <w:sz w:val="20"/>
                <w:szCs w:val="20"/>
              </w:rPr>
            </w:pPr>
            <w:r>
              <w:rPr>
                <w:rFonts w:cs="Arial"/>
                <w:b/>
                <w:color w:val="E63B07"/>
                <w:sz w:val="19"/>
              </w:rPr>
              <w:t xml:space="preserve">MAINE </w:t>
            </w:r>
            <w:proofErr w:type="gramStart"/>
            <w:r>
              <w:rPr>
                <w:rFonts w:cs="Arial"/>
                <w:b/>
                <w:color w:val="E63B07"/>
                <w:sz w:val="19"/>
              </w:rPr>
              <w:t xml:space="preserve">REQUIREMENTS  </w:t>
            </w:r>
            <w:r>
              <w:rPr>
                <w:rFonts w:cs="Arial"/>
                <w:color w:val="000000"/>
                <w:sz w:val="18"/>
              </w:rPr>
              <w:t>Coordinate</w:t>
            </w:r>
            <w:proofErr w:type="gramEnd"/>
            <w:r>
              <w:rPr>
                <w:rFonts w:cs="Arial"/>
                <w:color w:val="000000"/>
                <w:sz w:val="18"/>
              </w:rPr>
              <w:t xml:space="preserve"> this attachment with the full infection prevention and control program. Under 10-144 CMR Ch. 110 §</w:t>
            </w:r>
            <w:proofErr w:type="gramStart"/>
            <w:r>
              <w:rPr>
                <w:rFonts w:cs="Arial"/>
                <w:color w:val="000000"/>
                <w:sz w:val="18"/>
              </w:rPr>
              <w:t>21.A.</w:t>
            </w:r>
            <w:proofErr w:type="gramEnd"/>
            <w:r>
              <w:rPr>
                <w:rFonts w:cs="Arial"/>
                <w:color w:val="000000"/>
                <w:sz w:val="18"/>
              </w:rPr>
              <w:t xml:space="preserve">1, mandatory reportable disease protocols require </w:t>
            </w:r>
            <w:proofErr w:type="spellStart"/>
            <w:r>
              <w:rPr>
                <w:rFonts w:cs="Arial"/>
                <w:color w:val="000000"/>
                <w:sz w:val="18"/>
              </w:rPr>
              <w:t>MeCDC</w:t>
            </w:r>
            <w:proofErr w:type="spellEnd"/>
            <w:r>
              <w:rPr>
                <w:rFonts w:cs="Arial"/>
                <w:color w:val="000000"/>
                <w:sz w:val="18"/>
              </w:rPr>
              <w:t xml:space="preserve"> consultation within 24 hours of resident/staff symptoms and within 12 hours of a confirmed positive, with DLC notified before universal testing/</w:t>
            </w:r>
            <w:proofErr w:type="spellStart"/>
            <w:r>
              <w:rPr>
                <w:rFonts w:cs="Arial"/>
                <w:color w:val="000000"/>
                <w:sz w:val="18"/>
              </w:rPr>
              <w:t>cohorting</w:t>
            </w:r>
            <w:proofErr w:type="spellEnd"/>
            <w:r>
              <w:rPr>
                <w:rFonts w:cs="Arial"/>
                <w:color w:val="000000"/>
                <w:sz w:val="18"/>
              </w:rPr>
              <w:t>. Section 21.A.2 requires a written crisis staffing plan. Section 21.A.3(f) includes 24-hour notification requirements for probable/confirmed contagious infection, and §</w:t>
            </w:r>
            <w:proofErr w:type="gramStart"/>
            <w:r>
              <w:rPr>
                <w:rFonts w:cs="Arial"/>
                <w:color w:val="000000"/>
                <w:sz w:val="18"/>
              </w:rPr>
              <w:t>21.A.</w:t>
            </w:r>
            <w:proofErr w:type="gramEnd"/>
            <w:r>
              <w:rPr>
                <w:rFonts w:cs="Arial"/>
                <w:color w:val="000000"/>
                <w:sz w:val="18"/>
              </w:rPr>
              <w:t xml:space="preserve">4(f) requires a 72-hour PPE supply and specified </w:t>
            </w:r>
            <w:proofErr w:type="spellStart"/>
            <w:r>
              <w:rPr>
                <w:rFonts w:cs="Arial"/>
                <w:color w:val="000000"/>
                <w:sz w:val="18"/>
              </w:rPr>
              <w:t>MeCDC</w:t>
            </w:r>
            <w:proofErr w:type="spellEnd"/>
            <w:r>
              <w:rPr>
                <w:rFonts w:cs="Arial"/>
                <w:color w:val="000000"/>
                <w:sz w:val="18"/>
              </w:rPr>
              <w:t xml:space="preserve"> PPE reporting. Verify current Chapter 258 reportable-disease definitions and reporting procedures.</w:t>
            </w:r>
            <w:r>
              <w:rPr>
                <w:sz w:val="18"/>
              </w:rPr>
              <w:t xml:space="preserve"> Section 21.A.4(e) also requires screening all individuals at a designated entrance during an infection outbreak using current CDC screening methods; §</w:t>
            </w:r>
            <w:proofErr w:type="gramStart"/>
            <w:r>
              <w:rPr>
                <w:sz w:val="18"/>
              </w:rPr>
              <w:t>21.A.</w:t>
            </w:r>
            <w:proofErr w:type="gramEnd"/>
            <w:r>
              <w:rPr>
                <w:sz w:val="18"/>
              </w:rPr>
              <w:t>4(c) requires reasonable alternative resident communication methods when visitation/departure is restricted.</w:t>
            </w:r>
          </w:p>
        </w:tc>
      </w:tr>
    </w:tbl>
    <w:p w14:paraId="580D5C7E" w14:textId="77777777" w:rsidR="00686453" w:rsidRDefault="00686453">
      <w:pPr>
        <w:spacing w:after="0"/>
      </w:pPr>
    </w:p>
    <w:tbl>
      <w:tblPr>
        <w:tblW w:w="1112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987"/>
      </w:tblGrid>
      <w:tr w:rsidR="00622846" w:rsidRPr="003F0D1D" w14:paraId="35E15339" w14:textId="77777777" w:rsidTr="004F3C27">
        <w:trPr>
          <w:tblHeader/>
          <w:jc w:val="center"/>
        </w:trPr>
        <w:tc>
          <w:tcPr>
            <w:tcW w:w="5141" w:type="dxa"/>
            <w:shd w:val="clear" w:color="auto" w:fill="015A41"/>
            <w:tcMar>
              <w:top w:w="80" w:type="dxa"/>
              <w:left w:w="90" w:type="dxa"/>
              <w:bottom w:w="80" w:type="dxa"/>
              <w:right w:w="90" w:type="dxa"/>
            </w:tcMar>
          </w:tcPr>
          <w:p w14:paraId="1C2C3B73" w14:textId="77777777" w:rsidR="00622846" w:rsidRPr="003F0D1D" w:rsidRDefault="00622846" w:rsidP="004F3C27">
            <w:pPr>
              <w:rPr>
                <w:szCs w:val="24"/>
              </w:rPr>
            </w:pPr>
            <w:r w:rsidRPr="003F0D1D">
              <w:rPr>
                <w:b/>
                <w:color w:val="FFFFFF"/>
                <w:szCs w:val="24"/>
              </w:rPr>
              <w:t>Field</w:t>
            </w:r>
          </w:p>
        </w:tc>
        <w:tc>
          <w:tcPr>
            <w:tcW w:w="5987" w:type="dxa"/>
            <w:shd w:val="clear" w:color="auto" w:fill="015A41"/>
            <w:tcMar>
              <w:top w:w="80" w:type="dxa"/>
              <w:left w:w="90" w:type="dxa"/>
              <w:bottom w:w="80" w:type="dxa"/>
              <w:right w:w="90" w:type="dxa"/>
            </w:tcMar>
          </w:tcPr>
          <w:p w14:paraId="67F179FA" w14:textId="77777777" w:rsidR="00622846" w:rsidRPr="003F0D1D" w:rsidRDefault="00622846" w:rsidP="004F3C27">
            <w:pPr>
              <w:rPr>
                <w:szCs w:val="24"/>
              </w:rPr>
            </w:pPr>
            <w:r w:rsidRPr="003F0D1D">
              <w:rPr>
                <w:b/>
                <w:color w:val="FFFFFF"/>
                <w:szCs w:val="24"/>
              </w:rPr>
              <w:t>Facility Entry</w:t>
            </w:r>
          </w:p>
        </w:tc>
      </w:tr>
      <w:tr w:rsidR="00622846" w:rsidRPr="003F0D1D" w14:paraId="0D3F549B" w14:textId="77777777" w:rsidTr="004F3C27">
        <w:trPr>
          <w:cantSplit/>
          <w:jc w:val="center"/>
        </w:trPr>
        <w:tc>
          <w:tcPr>
            <w:tcW w:w="5141" w:type="dxa"/>
            <w:shd w:val="clear" w:color="auto" w:fill="EAF3EF"/>
            <w:tcMar>
              <w:top w:w="80" w:type="dxa"/>
              <w:left w:w="90" w:type="dxa"/>
              <w:bottom w:w="80" w:type="dxa"/>
              <w:right w:w="90" w:type="dxa"/>
            </w:tcMar>
          </w:tcPr>
          <w:p w14:paraId="20427EA9" w14:textId="77777777" w:rsidR="00622846" w:rsidRPr="003F0D1D" w:rsidRDefault="00622846" w:rsidP="004F3C27">
            <w:pPr>
              <w:rPr>
                <w:szCs w:val="24"/>
              </w:rPr>
            </w:pPr>
            <w:r w:rsidRPr="003F0D1D">
              <w:rPr>
                <w:b/>
                <w:color w:val="015A41"/>
                <w:szCs w:val="24"/>
              </w:rPr>
              <w:t>Written crisis staffing plan title / location</w:t>
            </w:r>
          </w:p>
        </w:tc>
        <w:tc>
          <w:tcPr>
            <w:tcW w:w="5987" w:type="dxa"/>
            <w:shd w:val="clear" w:color="auto" w:fill="FFFFFF"/>
            <w:tcMar>
              <w:top w:w="80" w:type="dxa"/>
              <w:left w:w="90" w:type="dxa"/>
              <w:bottom w:w="80" w:type="dxa"/>
              <w:right w:w="90" w:type="dxa"/>
            </w:tcMar>
          </w:tcPr>
          <w:p w14:paraId="3201E1C7" w14:textId="77777777" w:rsidR="00622846" w:rsidRPr="003F0D1D" w:rsidRDefault="00622846" w:rsidP="004F3C27">
            <w:pPr>
              <w:rPr>
                <w:color w:val="000000"/>
                <w:szCs w:val="24"/>
              </w:rPr>
            </w:pPr>
            <w:r w:rsidRPr="003F0D1D">
              <w:rPr>
                <w:rFonts w:cs="Arial"/>
                <w:color w:val="6B7378"/>
                <w:szCs w:val="24"/>
              </w:rPr>
              <w:t>&lt;Insert&gt;</w:t>
            </w:r>
          </w:p>
        </w:tc>
      </w:tr>
      <w:tr w:rsidR="00622846" w:rsidRPr="003F0D1D" w14:paraId="59E501B4" w14:textId="77777777" w:rsidTr="004F3C27">
        <w:trPr>
          <w:cantSplit/>
          <w:jc w:val="center"/>
        </w:trPr>
        <w:tc>
          <w:tcPr>
            <w:tcW w:w="5141" w:type="dxa"/>
            <w:shd w:val="clear" w:color="auto" w:fill="F7FAF8"/>
            <w:tcMar>
              <w:top w:w="80" w:type="dxa"/>
              <w:left w:w="90" w:type="dxa"/>
              <w:bottom w:w="80" w:type="dxa"/>
              <w:right w:w="90" w:type="dxa"/>
            </w:tcMar>
          </w:tcPr>
          <w:p w14:paraId="519D7275" w14:textId="77777777" w:rsidR="00622846" w:rsidRPr="003F0D1D" w:rsidRDefault="00622846" w:rsidP="004F3C27">
            <w:pPr>
              <w:rPr>
                <w:szCs w:val="24"/>
              </w:rPr>
            </w:pPr>
            <w:r w:rsidRPr="003F0D1D">
              <w:rPr>
                <w:b/>
                <w:color w:val="015A41"/>
                <w:szCs w:val="24"/>
              </w:rPr>
              <w:t>Outbreak staffing escalation stages</w:t>
            </w:r>
          </w:p>
        </w:tc>
        <w:tc>
          <w:tcPr>
            <w:tcW w:w="5987" w:type="dxa"/>
            <w:shd w:val="clear" w:color="auto" w:fill="FFFFFF"/>
            <w:tcMar>
              <w:top w:w="80" w:type="dxa"/>
              <w:left w:w="90" w:type="dxa"/>
              <w:bottom w:w="80" w:type="dxa"/>
              <w:right w:w="90" w:type="dxa"/>
            </w:tcMar>
          </w:tcPr>
          <w:p w14:paraId="203CDC88" w14:textId="77777777" w:rsidR="00622846" w:rsidRPr="003F0D1D" w:rsidRDefault="00622846" w:rsidP="004F3C27">
            <w:pPr>
              <w:rPr>
                <w:color w:val="000000"/>
                <w:szCs w:val="24"/>
              </w:rPr>
            </w:pPr>
            <w:r w:rsidRPr="003F0D1D">
              <w:rPr>
                <w:rFonts w:cs="Arial"/>
                <w:color w:val="6B7378"/>
                <w:szCs w:val="24"/>
              </w:rPr>
              <w:t>&lt;Insert&gt;</w:t>
            </w:r>
          </w:p>
        </w:tc>
      </w:tr>
      <w:tr w:rsidR="00622846" w:rsidRPr="003F0D1D" w14:paraId="76E4423E" w14:textId="77777777" w:rsidTr="004F3C27">
        <w:trPr>
          <w:cantSplit/>
          <w:jc w:val="center"/>
        </w:trPr>
        <w:tc>
          <w:tcPr>
            <w:tcW w:w="5141" w:type="dxa"/>
            <w:shd w:val="clear" w:color="auto" w:fill="EAF3EF"/>
            <w:tcMar>
              <w:top w:w="80" w:type="dxa"/>
              <w:left w:w="90" w:type="dxa"/>
              <w:bottom w:w="80" w:type="dxa"/>
              <w:right w:w="90" w:type="dxa"/>
            </w:tcMar>
          </w:tcPr>
          <w:p w14:paraId="417F4E5A" w14:textId="77777777" w:rsidR="00622846" w:rsidRPr="003F0D1D" w:rsidRDefault="00622846" w:rsidP="004F3C27">
            <w:pPr>
              <w:rPr>
                <w:szCs w:val="24"/>
              </w:rPr>
            </w:pPr>
            <w:r w:rsidRPr="003F0D1D">
              <w:rPr>
                <w:b/>
                <w:color w:val="015A41"/>
                <w:szCs w:val="24"/>
              </w:rPr>
              <w:t>Recruitment sources / progression of interventions</w:t>
            </w:r>
          </w:p>
        </w:tc>
        <w:tc>
          <w:tcPr>
            <w:tcW w:w="5987" w:type="dxa"/>
            <w:shd w:val="clear" w:color="auto" w:fill="FFFFFF"/>
            <w:tcMar>
              <w:top w:w="80" w:type="dxa"/>
              <w:left w:w="90" w:type="dxa"/>
              <w:bottom w:w="80" w:type="dxa"/>
              <w:right w:w="90" w:type="dxa"/>
            </w:tcMar>
          </w:tcPr>
          <w:p w14:paraId="4BEDA51E" w14:textId="77777777" w:rsidR="00622846" w:rsidRPr="003F0D1D" w:rsidRDefault="00622846" w:rsidP="004F3C27">
            <w:pPr>
              <w:rPr>
                <w:color w:val="000000"/>
                <w:szCs w:val="24"/>
              </w:rPr>
            </w:pPr>
            <w:r w:rsidRPr="003F0D1D">
              <w:rPr>
                <w:rFonts w:cs="Arial"/>
                <w:color w:val="6B7378"/>
                <w:szCs w:val="24"/>
              </w:rPr>
              <w:t>&lt;Insert&gt;</w:t>
            </w:r>
          </w:p>
        </w:tc>
      </w:tr>
      <w:tr w:rsidR="00622846" w:rsidRPr="003F0D1D" w14:paraId="5B3BBFC1" w14:textId="77777777" w:rsidTr="004F3C27">
        <w:trPr>
          <w:cantSplit/>
          <w:jc w:val="center"/>
        </w:trPr>
        <w:tc>
          <w:tcPr>
            <w:tcW w:w="5141" w:type="dxa"/>
            <w:shd w:val="clear" w:color="auto" w:fill="F7FAF8"/>
            <w:tcMar>
              <w:top w:w="80" w:type="dxa"/>
              <w:left w:w="90" w:type="dxa"/>
              <w:bottom w:w="80" w:type="dxa"/>
              <w:right w:w="90" w:type="dxa"/>
            </w:tcMar>
          </w:tcPr>
          <w:p w14:paraId="2DCE3644" w14:textId="77777777" w:rsidR="00622846" w:rsidRPr="003F0D1D" w:rsidRDefault="00622846" w:rsidP="004F3C27">
            <w:pPr>
              <w:rPr>
                <w:szCs w:val="24"/>
              </w:rPr>
            </w:pPr>
            <w:proofErr w:type="spellStart"/>
            <w:r w:rsidRPr="003F0D1D">
              <w:rPr>
                <w:b/>
                <w:color w:val="015A41"/>
                <w:szCs w:val="24"/>
              </w:rPr>
              <w:t>MeCDC</w:t>
            </w:r>
            <w:proofErr w:type="spellEnd"/>
            <w:r w:rsidRPr="003F0D1D">
              <w:rPr>
                <w:b/>
                <w:color w:val="015A41"/>
                <w:szCs w:val="24"/>
              </w:rPr>
              <w:t xml:space="preserve"> consultation/reporting (24h symptoms / 12h confirmed positive, as applicable)</w:t>
            </w:r>
          </w:p>
        </w:tc>
        <w:tc>
          <w:tcPr>
            <w:tcW w:w="5987" w:type="dxa"/>
            <w:shd w:val="clear" w:color="auto" w:fill="FFFFFF"/>
            <w:tcMar>
              <w:top w:w="80" w:type="dxa"/>
              <w:left w:w="90" w:type="dxa"/>
              <w:bottom w:w="80" w:type="dxa"/>
              <w:right w:w="90" w:type="dxa"/>
            </w:tcMar>
          </w:tcPr>
          <w:p w14:paraId="5B049E5A" w14:textId="77777777" w:rsidR="00622846" w:rsidRPr="003F0D1D" w:rsidRDefault="00622846" w:rsidP="004F3C27">
            <w:pPr>
              <w:rPr>
                <w:color w:val="000000"/>
                <w:szCs w:val="24"/>
              </w:rPr>
            </w:pPr>
            <w:r w:rsidRPr="003F0D1D">
              <w:rPr>
                <w:rFonts w:cs="Arial"/>
                <w:color w:val="6B7378"/>
                <w:szCs w:val="24"/>
              </w:rPr>
              <w:t>&lt;Insert&gt;</w:t>
            </w:r>
          </w:p>
        </w:tc>
      </w:tr>
      <w:tr w:rsidR="00622846" w:rsidRPr="003F0D1D" w14:paraId="285F6AFF" w14:textId="77777777" w:rsidTr="004F3C27">
        <w:trPr>
          <w:cantSplit/>
          <w:jc w:val="center"/>
        </w:trPr>
        <w:tc>
          <w:tcPr>
            <w:tcW w:w="5141" w:type="dxa"/>
            <w:shd w:val="clear" w:color="auto" w:fill="EAF3EF"/>
            <w:tcMar>
              <w:top w:w="80" w:type="dxa"/>
              <w:left w:w="90" w:type="dxa"/>
              <w:bottom w:w="80" w:type="dxa"/>
              <w:right w:w="90" w:type="dxa"/>
            </w:tcMar>
          </w:tcPr>
          <w:p w14:paraId="1E383FE2" w14:textId="77777777" w:rsidR="00622846" w:rsidRPr="003F0D1D" w:rsidRDefault="00622846" w:rsidP="004F3C27">
            <w:pPr>
              <w:rPr>
                <w:szCs w:val="24"/>
              </w:rPr>
            </w:pPr>
            <w:r w:rsidRPr="003F0D1D">
              <w:rPr>
                <w:b/>
                <w:color w:val="015A41"/>
                <w:szCs w:val="24"/>
              </w:rPr>
              <w:t xml:space="preserve">DLC notification before universal testing / </w:t>
            </w:r>
            <w:proofErr w:type="spellStart"/>
            <w:r w:rsidRPr="003F0D1D">
              <w:rPr>
                <w:b/>
                <w:color w:val="015A41"/>
                <w:szCs w:val="24"/>
              </w:rPr>
              <w:t>cohorting</w:t>
            </w:r>
            <w:proofErr w:type="spellEnd"/>
          </w:p>
        </w:tc>
        <w:tc>
          <w:tcPr>
            <w:tcW w:w="5987" w:type="dxa"/>
            <w:shd w:val="clear" w:color="auto" w:fill="FFFFFF"/>
            <w:tcMar>
              <w:top w:w="80" w:type="dxa"/>
              <w:left w:w="90" w:type="dxa"/>
              <w:bottom w:w="80" w:type="dxa"/>
              <w:right w:w="90" w:type="dxa"/>
            </w:tcMar>
          </w:tcPr>
          <w:p w14:paraId="6EF782BC" w14:textId="77777777" w:rsidR="00622846" w:rsidRPr="003F0D1D" w:rsidRDefault="00622846" w:rsidP="004F3C27">
            <w:pPr>
              <w:rPr>
                <w:color w:val="000000"/>
                <w:szCs w:val="24"/>
              </w:rPr>
            </w:pPr>
            <w:r w:rsidRPr="003F0D1D">
              <w:rPr>
                <w:rFonts w:cs="Arial"/>
                <w:color w:val="6B7378"/>
                <w:szCs w:val="24"/>
              </w:rPr>
              <w:t>&lt;Insert&gt;</w:t>
            </w:r>
          </w:p>
        </w:tc>
      </w:tr>
      <w:tr w:rsidR="00622846" w:rsidRPr="003F0D1D" w14:paraId="57C7724E" w14:textId="77777777" w:rsidTr="004F3C27">
        <w:trPr>
          <w:cantSplit/>
          <w:jc w:val="center"/>
        </w:trPr>
        <w:tc>
          <w:tcPr>
            <w:tcW w:w="5141" w:type="dxa"/>
            <w:shd w:val="clear" w:color="auto" w:fill="F7FAF8"/>
            <w:tcMar>
              <w:top w:w="80" w:type="dxa"/>
              <w:left w:w="90" w:type="dxa"/>
              <w:bottom w:w="80" w:type="dxa"/>
              <w:right w:w="90" w:type="dxa"/>
            </w:tcMar>
          </w:tcPr>
          <w:p w14:paraId="6F98867C" w14:textId="77777777" w:rsidR="00622846" w:rsidRPr="003F0D1D" w:rsidRDefault="00622846" w:rsidP="004F3C27">
            <w:pPr>
              <w:rPr>
                <w:szCs w:val="24"/>
              </w:rPr>
            </w:pPr>
            <w:r w:rsidRPr="003F0D1D">
              <w:rPr>
                <w:b/>
                <w:color w:val="015A41"/>
                <w:szCs w:val="24"/>
              </w:rPr>
              <w:t xml:space="preserve">Isolation / </w:t>
            </w:r>
            <w:proofErr w:type="spellStart"/>
            <w:r w:rsidRPr="003F0D1D">
              <w:rPr>
                <w:b/>
                <w:color w:val="015A41"/>
                <w:szCs w:val="24"/>
              </w:rPr>
              <w:t>cohorting</w:t>
            </w:r>
            <w:proofErr w:type="spellEnd"/>
            <w:r w:rsidRPr="003F0D1D">
              <w:rPr>
                <w:b/>
                <w:color w:val="015A41"/>
                <w:szCs w:val="24"/>
              </w:rPr>
              <w:t xml:space="preserve"> spaces</w:t>
            </w:r>
          </w:p>
        </w:tc>
        <w:tc>
          <w:tcPr>
            <w:tcW w:w="5987" w:type="dxa"/>
            <w:shd w:val="clear" w:color="auto" w:fill="FFFFFF"/>
            <w:tcMar>
              <w:top w:w="80" w:type="dxa"/>
              <w:left w:w="90" w:type="dxa"/>
              <w:bottom w:w="80" w:type="dxa"/>
              <w:right w:w="90" w:type="dxa"/>
            </w:tcMar>
          </w:tcPr>
          <w:p w14:paraId="496C38AF" w14:textId="77777777" w:rsidR="00622846" w:rsidRPr="003F0D1D" w:rsidRDefault="00622846" w:rsidP="004F3C27">
            <w:pPr>
              <w:rPr>
                <w:color w:val="000000"/>
                <w:szCs w:val="24"/>
              </w:rPr>
            </w:pPr>
            <w:r w:rsidRPr="003F0D1D">
              <w:rPr>
                <w:rFonts w:cs="Arial"/>
                <w:color w:val="6B7378"/>
                <w:szCs w:val="24"/>
              </w:rPr>
              <w:t>&lt;Insert&gt;</w:t>
            </w:r>
          </w:p>
        </w:tc>
      </w:tr>
      <w:tr w:rsidR="00622846" w:rsidRPr="003F0D1D" w14:paraId="08C7F754" w14:textId="77777777" w:rsidTr="004F3C27">
        <w:trPr>
          <w:cantSplit/>
          <w:jc w:val="center"/>
        </w:trPr>
        <w:tc>
          <w:tcPr>
            <w:tcW w:w="5141" w:type="dxa"/>
            <w:shd w:val="clear" w:color="auto" w:fill="EAF3EF"/>
            <w:tcMar>
              <w:top w:w="80" w:type="dxa"/>
              <w:left w:w="90" w:type="dxa"/>
              <w:bottom w:w="80" w:type="dxa"/>
              <w:right w:w="90" w:type="dxa"/>
            </w:tcMar>
          </w:tcPr>
          <w:p w14:paraId="19790749" w14:textId="77777777" w:rsidR="00622846" w:rsidRPr="003F0D1D" w:rsidRDefault="00622846" w:rsidP="004F3C27">
            <w:pPr>
              <w:rPr>
                <w:szCs w:val="24"/>
              </w:rPr>
            </w:pPr>
            <w:r w:rsidRPr="003F0D1D">
              <w:rPr>
                <w:b/>
                <w:color w:val="015A41"/>
                <w:szCs w:val="24"/>
              </w:rPr>
              <w:t>PPE / respiratory protection continuity; 72-hour minimum on hand</w:t>
            </w:r>
          </w:p>
        </w:tc>
        <w:tc>
          <w:tcPr>
            <w:tcW w:w="5987" w:type="dxa"/>
            <w:shd w:val="clear" w:color="auto" w:fill="FFFFFF"/>
            <w:tcMar>
              <w:top w:w="80" w:type="dxa"/>
              <w:left w:w="90" w:type="dxa"/>
              <w:bottom w:w="80" w:type="dxa"/>
              <w:right w:w="90" w:type="dxa"/>
            </w:tcMar>
          </w:tcPr>
          <w:p w14:paraId="5319330A" w14:textId="77777777" w:rsidR="00622846" w:rsidRPr="003F0D1D" w:rsidRDefault="00622846" w:rsidP="004F3C27">
            <w:pPr>
              <w:rPr>
                <w:color w:val="000000"/>
                <w:szCs w:val="24"/>
              </w:rPr>
            </w:pPr>
            <w:r w:rsidRPr="003F0D1D">
              <w:rPr>
                <w:rFonts w:cs="Arial"/>
                <w:color w:val="6B7378"/>
                <w:szCs w:val="24"/>
              </w:rPr>
              <w:t>&lt;Insert&gt;</w:t>
            </w:r>
          </w:p>
        </w:tc>
      </w:tr>
      <w:tr w:rsidR="00622846" w:rsidRPr="003F0D1D" w14:paraId="4719B3F5" w14:textId="77777777" w:rsidTr="004F3C27">
        <w:trPr>
          <w:cantSplit/>
          <w:jc w:val="center"/>
        </w:trPr>
        <w:tc>
          <w:tcPr>
            <w:tcW w:w="5141" w:type="dxa"/>
            <w:shd w:val="clear" w:color="auto" w:fill="F7FAF8"/>
            <w:tcMar>
              <w:top w:w="80" w:type="dxa"/>
              <w:left w:w="90" w:type="dxa"/>
              <w:bottom w:w="80" w:type="dxa"/>
              <w:right w:w="90" w:type="dxa"/>
            </w:tcMar>
          </w:tcPr>
          <w:p w14:paraId="7A680C2E" w14:textId="77777777" w:rsidR="00622846" w:rsidRPr="003F0D1D" w:rsidRDefault="00622846" w:rsidP="004F3C27">
            <w:pPr>
              <w:rPr>
                <w:szCs w:val="24"/>
              </w:rPr>
            </w:pPr>
            <w:r w:rsidRPr="003F0D1D">
              <w:rPr>
                <w:b/>
                <w:color w:val="015A41"/>
                <w:szCs w:val="24"/>
              </w:rPr>
              <w:t>Employee illness / return-to-work process</w:t>
            </w:r>
          </w:p>
        </w:tc>
        <w:tc>
          <w:tcPr>
            <w:tcW w:w="5987" w:type="dxa"/>
            <w:shd w:val="clear" w:color="auto" w:fill="FFFFFF"/>
            <w:tcMar>
              <w:top w:w="80" w:type="dxa"/>
              <w:left w:w="90" w:type="dxa"/>
              <w:bottom w:w="80" w:type="dxa"/>
              <w:right w:w="90" w:type="dxa"/>
            </w:tcMar>
          </w:tcPr>
          <w:p w14:paraId="04A84989" w14:textId="77777777" w:rsidR="00622846" w:rsidRPr="003F0D1D" w:rsidRDefault="00622846" w:rsidP="004F3C27">
            <w:pPr>
              <w:rPr>
                <w:color w:val="000000"/>
                <w:szCs w:val="24"/>
              </w:rPr>
            </w:pPr>
            <w:r w:rsidRPr="003F0D1D">
              <w:rPr>
                <w:rFonts w:cs="Arial"/>
                <w:color w:val="6B7378"/>
                <w:szCs w:val="24"/>
              </w:rPr>
              <w:t>&lt;Insert&gt;</w:t>
            </w:r>
          </w:p>
        </w:tc>
      </w:tr>
      <w:tr w:rsidR="00622846" w:rsidRPr="003F0D1D" w14:paraId="22E8D394" w14:textId="77777777" w:rsidTr="004F3C27">
        <w:trPr>
          <w:cantSplit/>
          <w:jc w:val="center"/>
        </w:trPr>
        <w:tc>
          <w:tcPr>
            <w:tcW w:w="5141" w:type="dxa"/>
            <w:shd w:val="clear" w:color="auto" w:fill="EAF3EF"/>
            <w:tcMar>
              <w:top w:w="80" w:type="dxa"/>
              <w:left w:w="90" w:type="dxa"/>
              <w:bottom w:w="80" w:type="dxa"/>
              <w:right w:w="90" w:type="dxa"/>
            </w:tcMar>
          </w:tcPr>
          <w:p w14:paraId="401997C5" w14:textId="77777777" w:rsidR="00622846" w:rsidRPr="003F0D1D" w:rsidRDefault="00622846" w:rsidP="004F3C27">
            <w:pPr>
              <w:rPr>
                <w:szCs w:val="24"/>
              </w:rPr>
            </w:pPr>
            <w:r w:rsidRPr="003F0D1D">
              <w:rPr>
                <w:b/>
                <w:color w:val="015A41"/>
                <w:szCs w:val="24"/>
              </w:rPr>
              <w:t>Resident/family outbreak communication</w:t>
            </w:r>
          </w:p>
        </w:tc>
        <w:tc>
          <w:tcPr>
            <w:tcW w:w="5987" w:type="dxa"/>
            <w:shd w:val="clear" w:color="auto" w:fill="FFFFFF"/>
            <w:tcMar>
              <w:top w:w="80" w:type="dxa"/>
              <w:left w:w="90" w:type="dxa"/>
              <w:bottom w:w="80" w:type="dxa"/>
              <w:right w:w="90" w:type="dxa"/>
            </w:tcMar>
          </w:tcPr>
          <w:p w14:paraId="30E02B45" w14:textId="77777777" w:rsidR="00622846" w:rsidRPr="003F0D1D" w:rsidRDefault="00622846" w:rsidP="004F3C27">
            <w:pPr>
              <w:rPr>
                <w:color w:val="000000"/>
                <w:szCs w:val="24"/>
              </w:rPr>
            </w:pPr>
            <w:r w:rsidRPr="003F0D1D">
              <w:rPr>
                <w:rFonts w:cs="Arial"/>
                <w:color w:val="6B7378"/>
                <w:szCs w:val="24"/>
              </w:rPr>
              <w:t>&lt;Insert&gt;</w:t>
            </w:r>
          </w:p>
        </w:tc>
      </w:tr>
      <w:tr w:rsidR="00622846" w:rsidRPr="003F0D1D" w14:paraId="44F9E511" w14:textId="77777777" w:rsidTr="004F3C27">
        <w:trPr>
          <w:cantSplit/>
          <w:jc w:val="center"/>
        </w:trPr>
        <w:tc>
          <w:tcPr>
            <w:tcW w:w="5141" w:type="dxa"/>
            <w:shd w:val="clear" w:color="auto" w:fill="F7FAF8"/>
            <w:tcMar>
              <w:top w:w="80" w:type="dxa"/>
              <w:left w:w="90" w:type="dxa"/>
              <w:bottom w:w="80" w:type="dxa"/>
              <w:right w:w="90" w:type="dxa"/>
            </w:tcMar>
          </w:tcPr>
          <w:p w14:paraId="5909A29D" w14:textId="77777777" w:rsidR="00622846" w:rsidRPr="003F0D1D" w:rsidRDefault="00622846" w:rsidP="004F3C27">
            <w:pPr>
              <w:rPr>
                <w:szCs w:val="24"/>
              </w:rPr>
            </w:pPr>
            <w:r w:rsidRPr="003F0D1D">
              <w:rPr>
                <w:b/>
                <w:color w:val="015A41"/>
                <w:szCs w:val="24"/>
              </w:rPr>
              <w:t>Last reviewed / owner</w:t>
            </w:r>
          </w:p>
        </w:tc>
        <w:tc>
          <w:tcPr>
            <w:tcW w:w="5987" w:type="dxa"/>
            <w:shd w:val="clear" w:color="auto" w:fill="FFFFFF"/>
            <w:tcMar>
              <w:top w:w="80" w:type="dxa"/>
              <w:left w:w="90" w:type="dxa"/>
              <w:bottom w:w="80" w:type="dxa"/>
              <w:right w:w="90" w:type="dxa"/>
            </w:tcMar>
          </w:tcPr>
          <w:p w14:paraId="61B056AC" w14:textId="77777777" w:rsidR="00622846" w:rsidRPr="003F0D1D" w:rsidRDefault="00622846" w:rsidP="004F3C27">
            <w:pPr>
              <w:rPr>
                <w:color w:val="000000"/>
                <w:szCs w:val="24"/>
              </w:rPr>
            </w:pPr>
            <w:r w:rsidRPr="003F0D1D">
              <w:rPr>
                <w:rFonts w:cs="Arial"/>
                <w:color w:val="6B7378"/>
                <w:szCs w:val="24"/>
              </w:rPr>
              <w:t>&lt;Insert&gt;</w:t>
            </w:r>
          </w:p>
        </w:tc>
      </w:tr>
      <w:tr w:rsidR="00622846" w:rsidRPr="003F0D1D" w14:paraId="2FFC9D79" w14:textId="77777777" w:rsidTr="004F3C27">
        <w:trPr>
          <w:cantSplit/>
          <w:jc w:val="center"/>
        </w:trPr>
        <w:tc>
          <w:tcPr>
            <w:tcW w:w="5141" w:type="dxa"/>
            <w:shd w:val="clear" w:color="auto" w:fill="F7FAF8"/>
            <w:tcMar>
              <w:top w:w="80" w:type="dxa"/>
              <w:left w:w="90" w:type="dxa"/>
              <w:bottom w:w="80" w:type="dxa"/>
              <w:right w:w="90" w:type="dxa"/>
            </w:tcMar>
          </w:tcPr>
          <w:p w14:paraId="41D59C2F" w14:textId="77777777" w:rsidR="00622846" w:rsidRPr="003F0D1D" w:rsidRDefault="00622846" w:rsidP="004F3C27">
            <w:pPr>
              <w:rPr>
                <w:szCs w:val="24"/>
              </w:rPr>
            </w:pPr>
            <w:r w:rsidRPr="003F0D1D">
              <w:rPr>
                <w:b/>
                <w:color w:val="015A41"/>
                <w:szCs w:val="24"/>
              </w:rPr>
              <w:t>Probable / confirmed contagious infection 24-hour notification process</w:t>
            </w:r>
          </w:p>
        </w:tc>
        <w:tc>
          <w:tcPr>
            <w:tcW w:w="5987" w:type="dxa"/>
            <w:shd w:val="clear" w:color="auto" w:fill="FFFFFF"/>
            <w:tcMar>
              <w:top w:w="80" w:type="dxa"/>
              <w:left w:w="90" w:type="dxa"/>
              <w:bottom w:w="80" w:type="dxa"/>
              <w:right w:w="90" w:type="dxa"/>
            </w:tcMar>
          </w:tcPr>
          <w:p w14:paraId="3AD59D34" w14:textId="77777777" w:rsidR="00622846" w:rsidRPr="003F0D1D" w:rsidRDefault="00622846" w:rsidP="004F3C27">
            <w:pPr>
              <w:rPr>
                <w:color w:val="000000"/>
                <w:szCs w:val="24"/>
              </w:rPr>
            </w:pPr>
            <w:r w:rsidRPr="003F0D1D">
              <w:rPr>
                <w:rFonts w:cs="Arial"/>
                <w:color w:val="6B7378"/>
                <w:szCs w:val="24"/>
              </w:rPr>
              <w:t>&lt;Insert&gt;</w:t>
            </w:r>
          </w:p>
        </w:tc>
      </w:tr>
      <w:tr w:rsidR="00622846" w:rsidRPr="003F0D1D" w14:paraId="5747BC40" w14:textId="77777777" w:rsidTr="004F3C27">
        <w:trPr>
          <w:cantSplit/>
          <w:jc w:val="center"/>
        </w:trPr>
        <w:tc>
          <w:tcPr>
            <w:tcW w:w="5141" w:type="dxa"/>
            <w:shd w:val="clear" w:color="auto" w:fill="F7FAF8"/>
            <w:tcMar>
              <w:top w:w="80" w:type="dxa"/>
              <w:left w:w="90" w:type="dxa"/>
              <w:bottom w:w="80" w:type="dxa"/>
              <w:right w:w="90" w:type="dxa"/>
            </w:tcMar>
          </w:tcPr>
          <w:p w14:paraId="0931ECAC" w14:textId="77777777" w:rsidR="00622846" w:rsidRPr="003F0D1D" w:rsidRDefault="00622846" w:rsidP="004F3C27">
            <w:pPr>
              <w:rPr>
                <w:szCs w:val="24"/>
              </w:rPr>
            </w:pPr>
            <w:r w:rsidRPr="003F0D1D">
              <w:rPr>
                <w:b/>
                <w:color w:val="015A41"/>
                <w:szCs w:val="24"/>
              </w:rPr>
              <w:lastRenderedPageBreak/>
              <w:t xml:space="preserve">PPE resource reporting to </w:t>
            </w:r>
            <w:proofErr w:type="spellStart"/>
            <w:r w:rsidRPr="003F0D1D">
              <w:rPr>
                <w:b/>
                <w:color w:val="015A41"/>
                <w:szCs w:val="24"/>
              </w:rPr>
              <w:t>MeCDC</w:t>
            </w:r>
            <w:proofErr w:type="spellEnd"/>
          </w:p>
        </w:tc>
        <w:tc>
          <w:tcPr>
            <w:tcW w:w="5987" w:type="dxa"/>
            <w:shd w:val="clear" w:color="auto" w:fill="FFFFFF"/>
            <w:tcMar>
              <w:top w:w="80" w:type="dxa"/>
              <w:left w:w="90" w:type="dxa"/>
              <w:bottom w:w="80" w:type="dxa"/>
              <w:right w:w="90" w:type="dxa"/>
            </w:tcMar>
          </w:tcPr>
          <w:p w14:paraId="5B51416C" w14:textId="77777777" w:rsidR="00622846" w:rsidRPr="003F0D1D" w:rsidRDefault="00622846" w:rsidP="004F3C27">
            <w:pPr>
              <w:rPr>
                <w:color w:val="000000"/>
                <w:szCs w:val="24"/>
              </w:rPr>
            </w:pPr>
            <w:r w:rsidRPr="003F0D1D">
              <w:rPr>
                <w:rFonts w:cs="Arial"/>
                <w:color w:val="6B7378"/>
                <w:szCs w:val="24"/>
              </w:rPr>
              <w:t>&lt;Insert format / frequency / responsible role&gt;</w:t>
            </w:r>
          </w:p>
        </w:tc>
      </w:tr>
      <w:tr w:rsidR="00622846" w:rsidRPr="003F0D1D" w14:paraId="1A380E11" w14:textId="77777777" w:rsidTr="004F3C27">
        <w:trPr>
          <w:cantSplit/>
          <w:jc w:val="center"/>
        </w:trPr>
        <w:tc>
          <w:tcPr>
            <w:tcW w:w="5141" w:type="dxa"/>
            <w:shd w:val="clear" w:color="auto" w:fill="F7FAF8"/>
            <w:tcMar>
              <w:top w:w="80" w:type="dxa"/>
              <w:left w:w="90" w:type="dxa"/>
              <w:bottom w:w="80" w:type="dxa"/>
              <w:right w:w="90" w:type="dxa"/>
            </w:tcMar>
          </w:tcPr>
          <w:p w14:paraId="760DD24A" w14:textId="77777777" w:rsidR="00622846" w:rsidRPr="003F0D1D" w:rsidRDefault="00622846" w:rsidP="004F3C27">
            <w:pPr>
              <w:rPr>
                <w:szCs w:val="24"/>
              </w:rPr>
            </w:pPr>
            <w:r w:rsidRPr="003F0D1D">
              <w:rPr>
                <w:b/>
                <w:color w:val="015A41"/>
                <w:szCs w:val="24"/>
              </w:rPr>
              <w:t>Outbreak entrance screening / designated entrance</w:t>
            </w:r>
          </w:p>
        </w:tc>
        <w:tc>
          <w:tcPr>
            <w:tcW w:w="5987" w:type="dxa"/>
            <w:shd w:val="clear" w:color="auto" w:fill="FFFFFF"/>
            <w:tcMar>
              <w:top w:w="80" w:type="dxa"/>
              <w:left w:w="90" w:type="dxa"/>
              <w:bottom w:w="80" w:type="dxa"/>
              <w:right w:w="90" w:type="dxa"/>
            </w:tcMar>
          </w:tcPr>
          <w:p w14:paraId="0B49686E" w14:textId="77777777" w:rsidR="00622846" w:rsidRPr="003F0D1D" w:rsidRDefault="00622846" w:rsidP="004F3C27">
            <w:pPr>
              <w:rPr>
                <w:color w:val="000000"/>
                <w:szCs w:val="24"/>
              </w:rPr>
            </w:pPr>
            <w:r w:rsidRPr="003F0D1D">
              <w:rPr>
                <w:rFonts w:cs="Arial"/>
                <w:color w:val="6B7378"/>
                <w:szCs w:val="24"/>
              </w:rPr>
              <w:t>&lt;Insert location, screening method, responsible role, and current CDC procedure reference&gt;</w:t>
            </w:r>
          </w:p>
        </w:tc>
      </w:tr>
      <w:tr w:rsidR="00622846" w:rsidRPr="003F0D1D" w14:paraId="27EB2E1A" w14:textId="77777777" w:rsidTr="004F3C27">
        <w:trPr>
          <w:cantSplit/>
          <w:jc w:val="center"/>
        </w:trPr>
        <w:tc>
          <w:tcPr>
            <w:tcW w:w="5141" w:type="dxa"/>
            <w:shd w:val="clear" w:color="auto" w:fill="F7FAF8"/>
            <w:tcMar>
              <w:top w:w="80" w:type="dxa"/>
              <w:left w:w="90" w:type="dxa"/>
              <w:bottom w:w="80" w:type="dxa"/>
              <w:right w:w="90" w:type="dxa"/>
            </w:tcMar>
          </w:tcPr>
          <w:p w14:paraId="73806E4D" w14:textId="77777777" w:rsidR="00622846" w:rsidRPr="003F0D1D" w:rsidRDefault="00622846" w:rsidP="004F3C27">
            <w:pPr>
              <w:rPr>
                <w:szCs w:val="24"/>
              </w:rPr>
            </w:pPr>
            <w:r w:rsidRPr="003F0D1D">
              <w:rPr>
                <w:b/>
                <w:color w:val="015A41"/>
                <w:szCs w:val="24"/>
              </w:rPr>
              <w:t>Resident communication alternatives if visitation/departure is restricted</w:t>
            </w:r>
          </w:p>
        </w:tc>
        <w:tc>
          <w:tcPr>
            <w:tcW w:w="5987" w:type="dxa"/>
            <w:shd w:val="clear" w:color="auto" w:fill="FFFFFF"/>
            <w:tcMar>
              <w:top w:w="80" w:type="dxa"/>
              <w:left w:w="90" w:type="dxa"/>
              <w:bottom w:w="80" w:type="dxa"/>
              <w:right w:w="90" w:type="dxa"/>
            </w:tcMar>
          </w:tcPr>
          <w:p w14:paraId="21146ECB" w14:textId="77777777" w:rsidR="00622846" w:rsidRPr="003F0D1D" w:rsidRDefault="00622846" w:rsidP="004F3C27">
            <w:pPr>
              <w:rPr>
                <w:color w:val="000000"/>
                <w:szCs w:val="24"/>
              </w:rPr>
            </w:pPr>
            <w:r w:rsidRPr="003F0D1D">
              <w:rPr>
                <w:rFonts w:cs="Arial"/>
                <w:color w:val="6B7378"/>
                <w:szCs w:val="24"/>
              </w:rPr>
              <w:t>&lt;Insert video / window / telephone / other methods consistent with current guidance&gt;</w:t>
            </w:r>
          </w:p>
        </w:tc>
      </w:tr>
    </w:tbl>
    <w:p w14:paraId="77C7BCF2" w14:textId="77777777" w:rsidR="00686453" w:rsidRDefault="00686453">
      <w:pPr>
        <w:spacing w:after="0"/>
      </w:pPr>
    </w:p>
    <w:p w14:paraId="44A87A63" w14:textId="77777777" w:rsidR="00686453" w:rsidRDefault="00D95FB4">
      <w:r>
        <w:br w:type="page"/>
      </w:r>
    </w:p>
    <w:p w14:paraId="0E6C0627" w14:textId="77777777" w:rsidR="00686453" w:rsidRDefault="00D95FB4">
      <w:pPr>
        <w:pStyle w:val="Heading1"/>
        <w:pBdr>
          <w:bottom w:val="single" w:sz="14" w:space="5" w:color="E63B07"/>
        </w:pBdr>
        <w:spacing w:before="140" w:after="140"/>
      </w:pPr>
      <w:r>
        <w:rPr>
          <w:rFonts w:ascii="Arial" w:eastAsia="Arial" w:hAnsi="Arial"/>
        </w:rPr>
        <w:lastRenderedPageBreak/>
        <w:t>ATTACHMENT M - EMERGENCY POWER &amp; CRITICAL UTILITIES</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14:paraId="409D0B46" w14:textId="77777777">
        <w:trPr>
          <w:jc w:val="center"/>
        </w:trPr>
        <w:tc>
          <w:tcPr>
            <w:tcW w:w="10282" w:type="dxa"/>
            <w:shd w:val="clear" w:color="auto" w:fill="FCEFE9"/>
            <w:tcMar>
              <w:top w:w="100" w:type="dxa"/>
              <w:left w:w="130" w:type="dxa"/>
              <w:bottom w:w="100" w:type="dxa"/>
              <w:right w:w="130" w:type="dxa"/>
            </w:tcMar>
          </w:tcPr>
          <w:p w14:paraId="6134C601" w14:textId="77777777" w:rsidR="00686453" w:rsidRPr="003F0D1D" w:rsidRDefault="00D95FB4">
            <w:pPr>
              <w:spacing w:after="0"/>
              <w:rPr>
                <w:sz w:val="20"/>
                <w:szCs w:val="20"/>
              </w:rPr>
            </w:pPr>
            <w:r w:rsidRPr="003F0D1D">
              <w:rPr>
                <w:b/>
                <w:color w:val="E63B07"/>
                <w:sz w:val="20"/>
                <w:szCs w:val="20"/>
              </w:rPr>
              <w:t xml:space="preserve">CMS / </w:t>
            </w:r>
            <w:proofErr w:type="gramStart"/>
            <w:r w:rsidRPr="003F0D1D">
              <w:rPr>
                <w:b/>
                <w:color w:val="E63B07"/>
                <w:sz w:val="20"/>
                <w:szCs w:val="20"/>
              </w:rPr>
              <w:t xml:space="preserve">MAINE  </w:t>
            </w:r>
            <w:r w:rsidRPr="003F0D1D">
              <w:rPr>
                <w:sz w:val="20"/>
                <w:szCs w:val="20"/>
              </w:rPr>
              <w:t>Maintain</w:t>
            </w:r>
            <w:proofErr w:type="gramEnd"/>
            <w:r w:rsidRPr="003F0D1D">
              <w:rPr>
                <w:sz w:val="20"/>
                <w:szCs w:val="20"/>
              </w:rPr>
              <w:t xml:space="preserve"> emergency/standby power and utility documentation consistent with 42 CFR §483.73(e), Maine Chapter 110, and separately applicable Life Safety Code / NFPA / physical-environment requirements.</w:t>
            </w:r>
          </w:p>
        </w:tc>
      </w:tr>
    </w:tbl>
    <w:p w14:paraId="63C66062" w14:textId="77777777" w:rsidR="00686453" w:rsidRDefault="00686453">
      <w:pPr>
        <w:spacing w:after="0"/>
      </w:pP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570"/>
        <w:gridCol w:w="2880"/>
        <w:gridCol w:w="2570"/>
        <w:gridCol w:w="2880"/>
      </w:tblGrid>
      <w:tr w:rsidR="00686453" w:rsidRPr="003F0D1D" w14:paraId="392AA720" w14:textId="77777777">
        <w:trPr>
          <w:tblHeader/>
          <w:jc w:val="center"/>
        </w:trPr>
        <w:tc>
          <w:tcPr>
            <w:tcW w:w="1944" w:type="dxa"/>
            <w:shd w:val="clear" w:color="auto" w:fill="015A41"/>
            <w:tcMar>
              <w:top w:w="70" w:type="dxa"/>
              <w:left w:w="70" w:type="dxa"/>
              <w:bottom w:w="70" w:type="dxa"/>
              <w:right w:w="70" w:type="dxa"/>
            </w:tcMar>
          </w:tcPr>
          <w:p w14:paraId="4C6C7547" w14:textId="77777777" w:rsidR="00686453" w:rsidRPr="003F0D1D" w:rsidRDefault="00D95FB4">
            <w:pPr>
              <w:rPr>
                <w:szCs w:val="24"/>
              </w:rPr>
            </w:pPr>
            <w:r w:rsidRPr="003F0D1D">
              <w:rPr>
                <w:b/>
                <w:color w:val="FFFFFF"/>
                <w:szCs w:val="24"/>
              </w:rPr>
              <w:t>System</w:t>
            </w:r>
          </w:p>
        </w:tc>
        <w:tc>
          <w:tcPr>
            <w:tcW w:w="2880" w:type="dxa"/>
            <w:shd w:val="clear" w:color="auto" w:fill="015A41"/>
            <w:tcMar>
              <w:top w:w="70" w:type="dxa"/>
              <w:left w:w="70" w:type="dxa"/>
              <w:bottom w:w="70" w:type="dxa"/>
              <w:right w:w="70" w:type="dxa"/>
            </w:tcMar>
          </w:tcPr>
          <w:p w14:paraId="77DC1149" w14:textId="77777777" w:rsidR="00686453" w:rsidRPr="003F0D1D" w:rsidRDefault="00D95FB4">
            <w:pPr>
              <w:rPr>
                <w:szCs w:val="24"/>
              </w:rPr>
            </w:pPr>
            <w:r w:rsidRPr="003F0D1D">
              <w:rPr>
                <w:b/>
                <w:color w:val="FFFFFF"/>
                <w:szCs w:val="24"/>
              </w:rPr>
              <w:t>Description</w:t>
            </w:r>
          </w:p>
        </w:tc>
        <w:tc>
          <w:tcPr>
            <w:tcW w:w="2520" w:type="dxa"/>
            <w:shd w:val="clear" w:color="auto" w:fill="015A41"/>
            <w:tcMar>
              <w:top w:w="70" w:type="dxa"/>
              <w:left w:w="70" w:type="dxa"/>
              <w:bottom w:w="70" w:type="dxa"/>
              <w:right w:w="70" w:type="dxa"/>
            </w:tcMar>
          </w:tcPr>
          <w:p w14:paraId="50901E52" w14:textId="77777777" w:rsidR="00686453" w:rsidRPr="003F0D1D" w:rsidRDefault="00D95FB4">
            <w:pPr>
              <w:rPr>
                <w:szCs w:val="24"/>
              </w:rPr>
            </w:pPr>
            <w:r w:rsidRPr="003F0D1D">
              <w:rPr>
                <w:b/>
                <w:color w:val="FFFFFF"/>
                <w:szCs w:val="24"/>
              </w:rPr>
              <w:t>Fuel / Runtime</w:t>
            </w:r>
          </w:p>
        </w:tc>
        <w:tc>
          <w:tcPr>
            <w:tcW w:w="2880" w:type="dxa"/>
            <w:shd w:val="clear" w:color="auto" w:fill="015A41"/>
            <w:tcMar>
              <w:top w:w="70" w:type="dxa"/>
              <w:left w:w="70" w:type="dxa"/>
              <w:bottom w:w="70" w:type="dxa"/>
              <w:right w:w="70" w:type="dxa"/>
            </w:tcMar>
          </w:tcPr>
          <w:p w14:paraId="43E812EB" w14:textId="77777777" w:rsidR="00686453" w:rsidRPr="003F0D1D" w:rsidRDefault="00D95FB4">
            <w:pPr>
              <w:rPr>
                <w:szCs w:val="24"/>
              </w:rPr>
            </w:pPr>
            <w:r w:rsidRPr="003F0D1D">
              <w:rPr>
                <w:b/>
                <w:color w:val="FFFFFF"/>
                <w:szCs w:val="24"/>
              </w:rPr>
              <w:t>Services Supported</w:t>
            </w:r>
          </w:p>
        </w:tc>
      </w:tr>
      <w:tr w:rsidR="00686453" w:rsidRPr="003F0D1D" w14:paraId="4000DC1F" w14:textId="77777777">
        <w:trPr>
          <w:cantSplit/>
          <w:jc w:val="center"/>
        </w:trPr>
        <w:tc>
          <w:tcPr>
            <w:tcW w:w="2570" w:type="dxa"/>
            <w:tcMar>
              <w:top w:w="70" w:type="dxa"/>
              <w:left w:w="70" w:type="dxa"/>
              <w:bottom w:w="70" w:type="dxa"/>
              <w:right w:w="70" w:type="dxa"/>
            </w:tcMar>
          </w:tcPr>
          <w:p w14:paraId="345A43BA" w14:textId="77777777" w:rsidR="00686453" w:rsidRPr="003F0D1D" w:rsidRDefault="00D95FB4">
            <w:pPr>
              <w:rPr>
                <w:szCs w:val="24"/>
              </w:rPr>
            </w:pPr>
            <w:r w:rsidRPr="003F0D1D">
              <w:rPr>
                <w:b/>
                <w:color w:val="015A41"/>
                <w:szCs w:val="24"/>
              </w:rPr>
              <w:t>Generator 1</w:t>
            </w:r>
          </w:p>
        </w:tc>
        <w:tc>
          <w:tcPr>
            <w:tcW w:w="2570" w:type="dxa"/>
            <w:tcMar>
              <w:top w:w="70" w:type="dxa"/>
              <w:left w:w="70" w:type="dxa"/>
              <w:bottom w:w="70" w:type="dxa"/>
              <w:right w:w="70" w:type="dxa"/>
            </w:tcMar>
          </w:tcPr>
          <w:p w14:paraId="05E50CE4" w14:textId="77777777" w:rsidR="00686453" w:rsidRPr="003F0D1D" w:rsidRDefault="00D95FB4">
            <w:pPr>
              <w:rPr>
                <w:szCs w:val="24"/>
              </w:rPr>
            </w:pPr>
            <w:r w:rsidRPr="003F0D1D">
              <w:rPr>
                <w:szCs w:val="24"/>
              </w:rPr>
              <w:t>&lt;Make/model / rating&gt;</w:t>
            </w:r>
          </w:p>
        </w:tc>
        <w:tc>
          <w:tcPr>
            <w:tcW w:w="2570" w:type="dxa"/>
            <w:tcMar>
              <w:top w:w="70" w:type="dxa"/>
              <w:left w:w="70" w:type="dxa"/>
              <w:bottom w:w="70" w:type="dxa"/>
              <w:right w:w="70" w:type="dxa"/>
            </w:tcMar>
          </w:tcPr>
          <w:p w14:paraId="3F2C43E5" w14:textId="77777777" w:rsidR="00686453" w:rsidRPr="003F0D1D" w:rsidRDefault="00D95FB4">
            <w:pPr>
              <w:rPr>
                <w:szCs w:val="24"/>
              </w:rPr>
            </w:pPr>
            <w:r w:rsidRPr="003F0D1D">
              <w:rPr>
                <w:szCs w:val="24"/>
              </w:rPr>
              <w:t>&lt;Fuel / capacity / runtime&gt;</w:t>
            </w:r>
          </w:p>
        </w:tc>
        <w:tc>
          <w:tcPr>
            <w:tcW w:w="2570" w:type="dxa"/>
            <w:tcMar>
              <w:top w:w="70" w:type="dxa"/>
              <w:left w:w="70" w:type="dxa"/>
              <w:bottom w:w="70" w:type="dxa"/>
              <w:right w:w="70" w:type="dxa"/>
            </w:tcMar>
          </w:tcPr>
          <w:p w14:paraId="20358375" w14:textId="77777777" w:rsidR="00686453" w:rsidRPr="003F0D1D" w:rsidRDefault="00D95FB4">
            <w:pPr>
              <w:rPr>
                <w:szCs w:val="24"/>
              </w:rPr>
            </w:pPr>
            <w:r w:rsidRPr="003F0D1D">
              <w:rPr>
                <w:szCs w:val="24"/>
              </w:rPr>
              <w:t>&lt;Essential services / circuits&gt;</w:t>
            </w:r>
          </w:p>
        </w:tc>
      </w:tr>
      <w:tr w:rsidR="00686453" w:rsidRPr="003F0D1D" w14:paraId="49ABE800" w14:textId="77777777">
        <w:trPr>
          <w:cantSplit/>
          <w:jc w:val="center"/>
        </w:trPr>
        <w:tc>
          <w:tcPr>
            <w:tcW w:w="2570" w:type="dxa"/>
            <w:tcMar>
              <w:top w:w="70" w:type="dxa"/>
              <w:left w:w="70" w:type="dxa"/>
              <w:bottom w:w="70" w:type="dxa"/>
              <w:right w:w="70" w:type="dxa"/>
            </w:tcMar>
          </w:tcPr>
          <w:p w14:paraId="7C096913" w14:textId="77777777" w:rsidR="00686453" w:rsidRPr="003F0D1D" w:rsidRDefault="00D95FB4">
            <w:pPr>
              <w:rPr>
                <w:szCs w:val="24"/>
              </w:rPr>
            </w:pPr>
            <w:r w:rsidRPr="003F0D1D">
              <w:rPr>
                <w:b/>
                <w:color w:val="015A41"/>
                <w:szCs w:val="24"/>
              </w:rPr>
              <w:t>Generator 2</w:t>
            </w:r>
          </w:p>
        </w:tc>
        <w:tc>
          <w:tcPr>
            <w:tcW w:w="2570" w:type="dxa"/>
            <w:tcMar>
              <w:top w:w="70" w:type="dxa"/>
              <w:left w:w="70" w:type="dxa"/>
              <w:bottom w:w="70" w:type="dxa"/>
              <w:right w:w="70" w:type="dxa"/>
            </w:tcMar>
          </w:tcPr>
          <w:p w14:paraId="1010F99D" w14:textId="77777777" w:rsidR="00686453" w:rsidRPr="003F0D1D" w:rsidRDefault="00D95FB4">
            <w:pPr>
              <w:rPr>
                <w:szCs w:val="24"/>
              </w:rPr>
            </w:pPr>
            <w:r w:rsidRPr="003F0D1D">
              <w:rPr>
                <w:szCs w:val="24"/>
              </w:rPr>
              <w:t>&lt;If applicable&gt;</w:t>
            </w:r>
          </w:p>
        </w:tc>
        <w:tc>
          <w:tcPr>
            <w:tcW w:w="2570" w:type="dxa"/>
            <w:tcMar>
              <w:top w:w="70" w:type="dxa"/>
              <w:left w:w="70" w:type="dxa"/>
              <w:bottom w:w="70" w:type="dxa"/>
              <w:right w:w="70" w:type="dxa"/>
            </w:tcMar>
          </w:tcPr>
          <w:p w14:paraId="7644AB50" w14:textId="77777777" w:rsidR="00686453" w:rsidRPr="003F0D1D" w:rsidRDefault="00D95FB4">
            <w:pPr>
              <w:rPr>
                <w:szCs w:val="24"/>
              </w:rPr>
            </w:pPr>
            <w:r w:rsidRPr="003F0D1D">
              <w:rPr>
                <w:szCs w:val="24"/>
              </w:rPr>
              <w:t>&lt;Insert&gt;</w:t>
            </w:r>
          </w:p>
        </w:tc>
        <w:tc>
          <w:tcPr>
            <w:tcW w:w="2570" w:type="dxa"/>
            <w:tcMar>
              <w:top w:w="70" w:type="dxa"/>
              <w:left w:w="70" w:type="dxa"/>
              <w:bottom w:w="70" w:type="dxa"/>
              <w:right w:w="70" w:type="dxa"/>
            </w:tcMar>
          </w:tcPr>
          <w:p w14:paraId="436D0D81" w14:textId="77777777" w:rsidR="00686453" w:rsidRPr="003F0D1D" w:rsidRDefault="00D95FB4">
            <w:pPr>
              <w:rPr>
                <w:szCs w:val="24"/>
              </w:rPr>
            </w:pPr>
            <w:r w:rsidRPr="003F0D1D">
              <w:rPr>
                <w:szCs w:val="24"/>
              </w:rPr>
              <w:t>&lt;Insert&gt;</w:t>
            </w:r>
          </w:p>
        </w:tc>
      </w:tr>
    </w:tbl>
    <w:p w14:paraId="62F0358B" w14:textId="77777777" w:rsidR="00686453" w:rsidRDefault="00686453">
      <w:pPr>
        <w:spacing w:after="0"/>
      </w:pPr>
    </w:p>
    <w:tbl>
      <w:tblPr>
        <w:tblW w:w="1130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6167"/>
      </w:tblGrid>
      <w:tr w:rsidR="00686453" w:rsidRPr="003F0D1D" w14:paraId="3AE94221" w14:textId="77777777" w:rsidTr="003F0D1D">
        <w:trPr>
          <w:tblHeader/>
          <w:jc w:val="center"/>
        </w:trPr>
        <w:tc>
          <w:tcPr>
            <w:tcW w:w="5141" w:type="dxa"/>
            <w:shd w:val="clear" w:color="auto" w:fill="015A41"/>
            <w:tcMar>
              <w:top w:w="80" w:type="dxa"/>
              <w:left w:w="90" w:type="dxa"/>
              <w:bottom w:w="80" w:type="dxa"/>
              <w:right w:w="90" w:type="dxa"/>
            </w:tcMar>
          </w:tcPr>
          <w:p w14:paraId="344304C4" w14:textId="77777777" w:rsidR="00686453" w:rsidRPr="003F0D1D" w:rsidRDefault="00D95FB4">
            <w:pPr>
              <w:rPr>
                <w:szCs w:val="24"/>
              </w:rPr>
            </w:pPr>
            <w:r w:rsidRPr="003F0D1D">
              <w:rPr>
                <w:b/>
                <w:color w:val="FFFFFF"/>
                <w:szCs w:val="24"/>
              </w:rPr>
              <w:t>Field</w:t>
            </w:r>
          </w:p>
        </w:tc>
        <w:tc>
          <w:tcPr>
            <w:tcW w:w="6167" w:type="dxa"/>
            <w:shd w:val="clear" w:color="auto" w:fill="015A41"/>
            <w:tcMar>
              <w:top w:w="80" w:type="dxa"/>
              <w:left w:w="90" w:type="dxa"/>
              <w:bottom w:w="80" w:type="dxa"/>
              <w:right w:w="90" w:type="dxa"/>
            </w:tcMar>
          </w:tcPr>
          <w:p w14:paraId="0A1AA2EE" w14:textId="77777777" w:rsidR="00686453" w:rsidRPr="003F0D1D" w:rsidRDefault="00D95FB4">
            <w:pPr>
              <w:rPr>
                <w:szCs w:val="24"/>
              </w:rPr>
            </w:pPr>
            <w:r w:rsidRPr="003F0D1D">
              <w:rPr>
                <w:b/>
                <w:color w:val="FFFFFF"/>
                <w:szCs w:val="24"/>
              </w:rPr>
              <w:t>Facility Entry</w:t>
            </w:r>
          </w:p>
        </w:tc>
      </w:tr>
      <w:tr w:rsidR="00686453" w:rsidRPr="003F0D1D" w14:paraId="4BC96EDD" w14:textId="77777777" w:rsidTr="003F0D1D">
        <w:trPr>
          <w:cantSplit/>
          <w:jc w:val="center"/>
        </w:trPr>
        <w:tc>
          <w:tcPr>
            <w:tcW w:w="5141" w:type="dxa"/>
            <w:shd w:val="clear" w:color="auto" w:fill="EAF3EF"/>
            <w:tcMar>
              <w:top w:w="80" w:type="dxa"/>
              <w:left w:w="90" w:type="dxa"/>
              <w:bottom w:w="80" w:type="dxa"/>
              <w:right w:w="90" w:type="dxa"/>
            </w:tcMar>
          </w:tcPr>
          <w:p w14:paraId="219AB246" w14:textId="77777777" w:rsidR="00686453" w:rsidRPr="003F0D1D" w:rsidRDefault="00D95FB4">
            <w:pPr>
              <w:rPr>
                <w:szCs w:val="24"/>
              </w:rPr>
            </w:pPr>
            <w:r w:rsidRPr="003F0D1D">
              <w:rPr>
                <w:b/>
                <w:color w:val="015A41"/>
                <w:szCs w:val="24"/>
              </w:rPr>
              <w:t>Generator maintenance / test record location</w:t>
            </w:r>
          </w:p>
        </w:tc>
        <w:tc>
          <w:tcPr>
            <w:tcW w:w="6167" w:type="dxa"/>
            <w:shd w:val="clear" w:color="auto" w:fill="FFFFFF"/>
            <w:tcMar>
              <w:top w:w="80" w:type="dxa"/>
              <w:left w:w="90" w:type="dxa"/>
              <w:bottom w:w="80" w:type="dxa"/>
              <w:right w:w="90" w:type="dxa"/>
            </w:tcMar>
          </w:tcPr>
          <w:p w14:paraId="46B5E971" w14:textId="77777777" w:rsidR="00686453" w:rsidRPr="003F0D1D" w:rsidRDefault="00D95FB4">
            <w:pPr>
              <w:rPr>
                <w:szCs w:val="24"/>
              </w:rPr>
            </w:pPr>
            <w:r w:rsidRPr="003F0D1D">
              <w:rPr>
                <w:i/>
                <w:color w:val="66706B"/>
                <w:szCs w:val="24"/>
              </w:rPr>
              <w:t>&lt;Insert&gt;</w:t>
            </w:r>
          </w:p>
        </w:tc>
      </w:tr>
      <w:tr w:rsidR="00686453" w:rsidRPr="003F0D1D" w14:paraId="1CC293B1" w14:textId="77777777" w:rsidTr="003F0D1D">
        <w:trPr>
          <w:cantSplit/>
          <w:jc w:val="center"/>
        </w:trPr>
        <w:tc>
          <w:tcPr>
            <w:tcW w:w="5141" w:type="dxa"/>
            <w:shd w:val="clear" w:color="auto" w:fill="F7FAF8"/>
            <w:tcMar>
              <w:top w:w="80" w:type="dxa"/>
              <w:left w:w="90" w:type="dxa"/>
              <w:bottom w:w="80" w:type="dxa"/>
              <w:right w:w="90" w:type="dxa"/>
            </w:tcMar>
          </w:tcPr>
          <w:p w14:paraId="09AEF3D3" w14:textId="77777777" w:rsidR="00686453" w:rsidRPr="003F0D1D" w:rsidRDefault="00D95FB4">
            <w:pPr>
              <w:rPr>
                <w:szCs w:val="24"/>
              </w:rPr>
            </w:pPr>
            <w:r w:rsidRPr="003F0D1D">
              <w:rPr>
                <w:b/>
                <w:color w:val="015A41"/>
                <w:szCs w:val="24"/>
              </w:rPr>
              <w:t>Monthly Maine generator operation record location</w:t>
            </w:r>
          </w:p>
        </w:tc>
        <w:tc>
          <w:tcPr>
            <w:tcW w:w="6167" w:type="dxa"/>
            <w:shd w:val="clear" w:color="auto" w:fill="FFFFFF"/>
            <w:tcMar>
              <w:top w:w="80" w:type="dxa"/>
              <w:left w:w="90" w:type="dxa"/>
              <w:bottom w:w="80" w:type="dxa"/>
              <w:right w:w="90" w:type="dxa"/>
            </w:tcMar>
          </w:tcPr>
          <w:p w14:paraId="17CC8979" w14:textId="77777777" w:rsidR="00686453" w:rsidRPr="003F0D1D" w:rsidRDefault="00D95FB4">
            <w:pPr>
              <w:rPr>
                <w:szCs w:val="24"/>
              </w:rPr>
            </w:pPr>
            <w:r w:rsidRPr="003F0D1D">
              <w:rPr>
                <w:i/>
                <w:color w:val="66706B"/>
                <w:szCs w:val="24"/>
              </w:rPr>
              <w:t>&lt;Insert&gt;</w:t>
            </w:r>
          </w:p>
        </w:tc>
      </w:tr>
      <w:tr w:rsidR="00686453" w:rsidRPr="003F0D1D" w14:paraId="4349C598" w14:textId="77777777" w:rsidTr="003F0D1D">
        <w:trPr>
          <w:cantSplit/>
          <w:jc w:val="center"/>
        </w:trPr>
        <w:tc>
          <w:tcPr>
            <w:tcW w:w="5141" w:type="dxa"/>
            <w:shd w:val="clear" w:color="auto" w:fill="EAF3EF"/>
            <w:tcMar>
              <w:top w:w="80" w:type="dxa"/>
              <w:left w:w="90" w:type="dxa"/>
              <w:bottom w:w="80" w:type="dxa"/>
              <w:right w:w="90" w:type="dxa"/>
            </w:tcMar>
          </w:tcPr>
          <w:p w14:paraId="6FA8B1A2" w14:textId="77777777" w:rsidR="00686453" w:rsidRPr="003F0D1D" w:rsidRDefault="00D95FB4">
            <w:pPr>
              <w:rPr>
                <w:szCs w:val="24"/>
              </w:rPr>
            </w:pPr>
            <w:r w:rsidRPr="003F0D1D">
              <w:rPr>
                <w:b/>
                <w:color w:val="015A41"/>
                <w:szCs w:val="24"/>
              </w:rPr>
              <w:t>Fuel supplier / backup supplier</w:t>
            </w:r>
          </w:p>
        </w:tc>
        <w:tc>
          <w:tcPr>
            <w:tcW w:w="6167" w:type="dxa"/>
            <w:shd w:val="clear" w:color="auto" w:fill="FFFFFF"/>
            <w:tcMar>
              <w:top w:w="80" w:type="dxa"/>
              <w:left w:w="90" w:type="dxa"/>
              <w:bottom w:w="80" w:type="dxa"/>
              <w:right w:w="90" w:type="dxa"/>
            </w:tcMar>
          </w:tcPr>
          <w:p w14:paraId="35B386DE" w14:textId="77777777" w:rsidR="00686453" w:rsidRPr="003F0D1D" w:rsidRDefault="00D95FB4">
            <w:pPr>
              <w:rPr>
                <w:szCs w:val="24"/>
              </w:rPr>
            </w:pPr>
            <w:r w:rsidRPr="003F0D1D">
              <w:rPr>
                <w:i/>
                <w:color w:val="66706B"/>
                <w:szCs w:val="24"/>
              </w:rPr>
              <w:t>&lt;Insert&gt;</w:t>
            </w:r>
          </w:p>
        </w:tc>
      </w:tr>
      <w:tr w:rsidR="00686453" w:rsidRPr="003F0D1D" w14:paraId="05FA0F64" w14:textId="77777777" w:rsidTr="003F0D1D">
        <w:trPr>
          <w:cantSplit/>
          <w:jc w:val="center"/>
        </w:trPr>
        <w:tc>
          <w:tcPr>
            <w:tcW w:w="5141" w:type="dxa"/>
            <w:shd w:val="clear" w:color="auto" w:fill="F7FAF8"/>
            <w:tcMar>
              <w:top w:w="80" w:type="dxa"/>
              <w:left w:w="90" w:type="dxa"/>
              <w:bottom w:w="80" w:type="dxa"/>
              <w:right w:w="90" w:type="dxa"/>
            </w:tcMar>
          </w:tcPr>
          <w:p w14:paraId="002E34FC" w14:textId="77777777" w:rsidR="00686453" w:rsidRPr="003F0D1D" w:rsidRDefault="00D95FB4">
            <w:pPr>
              <w:rPr>
                <w:szCs w:val="24"/>
              </w:rPr>
            </w:pPr>
            <w:r w:rsidRPr="003F0D1D">
              <w:rPr>
                <w:b/>
                <w:color w:val="015A41"/>
                <w:szCs w:val="24"/>
              </w:rPr>
              <w:t>External generator connection / rental plan</w:t>
            </w:r>
          </w:p>
        </w:tc>
        <w:tc>
          <w:tcPr>
            <w:tcW w:w="6167" w:type="dxa"/>
            <w:shd w:val="clear" w:color="auto" w:fill="FFFFFF"/>
            <w:tcMar>
              <w:top w:w="80" w:type="dxa"/>
              <w:left w:w="90" w:type="dxa"/>
              <w:bottom w:w="80" w:type="dxa"/>
              <w:right w:w="90" w:type="dxa"/>
            </w:tcMar>
          </w:tcPr>
          <w:p w14:paraId="07B35615" w14:textId="77777777" w:rsidR="00686453" w:rsidRPr="003F0D1D" w:rsidRDefault="00D95FB4">
            <w:pPr>
              <w:rPr>
                <w:szCs w:val="24"/>
              </w:rPr>
            </w:pPr>
            <w:r w:rsidRPr="003F0D1D">
              <w:rPr>
                <w:i/>
                <w:color w:val="66706B"/>
                <w:szCs w:val="24"/>
              </w:rPr>
              <w:t>&lt;Insert&gt;</w:t>
            </w:r>
          </w:p>
        </w:tc>
      </w:tr>
      <w:tr w:rsidR="00686453" w:rsidRPr="003F0D1D" w14:paraId="78B02005" w14:textId="77777777" w:rsidTr="003F0D1D">
        <w:trPr>
          <w:cantSplit/>
          <w:jc w:val="center"/>
        </w:trPr>
        <w:tc>
          <w:tcPr>
            <w:tcW w:w="5141" w:type="dxa"/>
            <w:shd w:val="clear" w:color="auto" w:fill="EAF3EF"/>
            <w:tcMar>
              <w:top w:w="80" w:type="dxa"/>
              <w:left w:w="90" w:type="dxa"/>
              <w:bottom w:w="80" w:type="dxa"/>
              <w:right w:w="90" w:type="dxa"/>
            </w:tcMar>
          </w:tcPr>
          <w:p w14:paraId="652D342D" w14:textId="77777777" w:rsidR="00686453" w:rsidRPr="003F0D1D" w:rsidRDefault="00D95FB4">
            <w:pPr>
              <w:rPr>
                <w:szCs w:val="24"/>
              </w:rPr>
            </w:pPr>
            <w:r w:rsidRPr="003F0D1D">
              <w:rPr>
                <w:b/>
                <w:color w:val="015A41"/>
                <w:szCs w:val="24"/>
              </w:rPr>
              <w:t>Water interruption plan</w:t>
            </w:r>
          </w:p>
        </w:tc>
        <w:tc>
          <w:tcPr>
            <w:tcW w:w="6167" w:type="dxa"/>
            <w:shd w:val="clear" w:color="auto" w:fill="FFFFFF"/>
            <w:tcMar>
              <w:top w:w="80" w:type="dxa"/>
              <w:left w:w="90" w:type="dxa"/>
              <w:bottom w:w="80" w:type="dxa"/>
              <w:right w:w="90" w:type="dxa"/>
            </w:tcMar>
          </w:tcPr>
          <w:p w14:paraId="12379086" w14:textId="77777777" w:rsidR="00686453" w:rsidRPr="003F0D1D" w:rsidRDefault="00D95FB4">
            <w:pPr>
              <w:rPr>
                <w:szCs w:val="24"/>
              </w:rPr>
            </w:pPr>
            <w:r w:rsidRPr="003F0D1D">
              <w:rPr>
                <w:i/>
                <w:color w:val="66706B"/>
                <w:szCs w:val="24"/>
              </w:rPr>
              <w:t>&lt;Insert&gt;</w:t>
            </w:r>
          </w:p>
        </w:tc>
      </w:tr>
      <w:tr w:rsidR="00686453" w:rsidRPr="003F0D1D" w14:paraId="67C4B98A" w14:textId="77777777" w:rsidTr="003F0D1D">
        <w:trPr>
          <w:cantSplit/>
          <w:jc w:val="center"/>
        </w:trPr>
        <w:tc>
          <w:tcPr>
            <w:tcW w:w="5141" w:type="dxa"/>
            <w:shd w:val="clear" w:color="auto" w:fill="F7FAF8"/>
            <w:tcMar>
              <w:top w:w="80" w:type="dxa"/>
              <w:left w:w="90" w:type="dxa"/>
              <w:bottom w:w="80" w:type="dxa"/>
              <w:right w:w="90" w:type="dxa"/>
            </w:tcMar>
          </w:tcPr>
          <w:p w14:paraId="17C95AA0" w14:textId="77777777" w:rsidR="00686453" w:rsidRPr="003F0D1D" w:rsidRDefault="00D95FB4">
            <w:pPr>
              <w:rPr>
                <w:szCs w:val="24"/>
              </w:rPr>
            </w:pPr>
            <w:r w:rsidRPr="003F0D1D">
              <w:rPr>
                <w:b/>
                <w:color w:val="015A41"/>
                <w:szCs w:val="24"/>
              </w:rPr>
              <w:t>Heating / fuel interruption plan</w:t>
            </w:r>
          </w:p>
        </w:tc>
        <w:tc>
          <w:tcPr>
            <w:tcW w:w="6167" w:type="dxa"/>
            <w:shd w:val="clear" w:color="auto" w:fill="FFFFFF"/>
            <w:tcMar>
              <w:top w:w="80" w:type="dxa"/>
              <w:left w:w="90" w:type="dxa"/>
              <w:bottom w:w="80" w:type="dxa"/>
              <w:right w:w="90" w:type="dxa"/>
            </w:tcMar>
          </w:tcPr>
          <w:p w14:paraId="22A67AE0" w14:textId="77777777" w:rsidR="00686453" w:rsidRPr="003F0D1D" w:rsidRDefault="00D95FB4">
            <w:pPr>
              <w:rPr>
                <w:szCs w:val="24"/>
              </w:rPr>
            </w:pPr>
            <w:r w:rsidRPr="003F0D1D">
              <w:rPr>
                <w:i/>
                <w:color w:val="66706B"/>
                <w:szCs w:val="24"/>
              </w:rPr>
              <w:t>&lt;Insert&gt;</w:t>
            </w:r>
          </w:p>
        </w:tc>
      </w:tr>
      <w:tr w:rsidR="00686453" w:rsidRPr="003F0D1D" w14:paraId="77918BBD" w14:textId="77777777" w:rsidTr="003F0D1D">
        <w:trPr>
          <w:cantSplit/>
          <w:jc w:val="center"/>
        </w:trPr>
        <w:tc>
          <w:tcPr>
            <w:tcW w:w="5141" w:type="dxa"/>
            <w:shd w:val="clear" w:color="auto" w:fill="EAF3EF"/>
            <w:tcMar>
              <w:top w:w="80" w:type="dxa"/>
              <w:left w:w="90" w:type="dxa"/>
              <w:bottom w:w="80" w:type="dxa"/>
              <w:right w:w="90" w:type="dxa"/>
            </w:tcMar>
          </w:tcPr>
          <w:p w14:paraId="010EDEFE" w14:textId="77777777" w:rsidR="00686453" w:rsidRPr="003F0D1D" w:rsidRDefault="00D95FB4">
            <w:pPr>
              <w:rPr>
                <w:szCs w:val="24"/>
              </w:rPr>
            </w:pPr>
            <w:r w:rsidRPr="003F0D1D">
              <w:rPr>
                <w:b/>
                <w:color w:val="015A41"/>
                <w:szCs w:val="24"/>
              </w:rPr>
              <w:t>Sewer / waste interruption plan</w:t>
            </w:r>
          </w:p>
        </w:tc>
        <w:tc>
          <w:tcPr>
            <w:tcW w:w="6167" w:type="dxa"/>
            <w:shd w:val="clear" w:color="auto" w:fill="FFFFFF"/>
            <w:tcMar>
              <w:top w:w="80" w:type="dxa"/>
              <w:left w:w="90" w:type="dxa"/>
              <w:bottom w:w="80" w:type="dxa"/>
              <w:right w:w="90" w:type="dxa"/>
            </w:tcMar>
          </w:tcPr>
          <w:p w14:paraId="328D736B" w14:textId="77777777" w:rsidR="00686453" w:rsidRPr="003F0D1D" w:rsidRDefault="00D95FB4">
            <w:pPr>
              <w:rPr>
                <w:szCs w:val="24"/>
              </w:rPr>
            </w:pPr>
            <w:r w:rsidRPr="003F0D1D">
              <w:rPr>
                <w:i/>
                <w:color w:val="66706B"/>
                <w:szCs w:val="24"/>
              </w:rPr>
              <w:t>&lt;Insert&gt;</w:t>
            </w:r>
          </w:p>
        </w:tc>
      </w:tr>
      <w:tr w:rsidR="00686453" w:rsidRPr="003F0D1D" w14:paraId="599A5933" w14:textId="77777777" w:rsidTr="003F0D1D">
        <w:trPr>
          <w:cantSplit/>
          <w:jc w:val="center"/>
        </w:trPr>
        <w:tc>
          <w:tcPr>
            <w:tcW w:w="5141" w:type="dxa"/>
            <w:shd w:val="clear" w:color="auto" w:fill="F7FAF8"/>
            <w:tcMar>
              <w:top w:w="80" w:type="dxa"/>
              <w:left w:w="90" w:type="dxa"/>
              <w:bottom w:w="80" w:type="dxa"/>
              <w:right w:w="90" w:type="dxa"/>
            </w:tcMar>
          </w:tcPr>
          <w:p w14:paraId="25AABC06" w14:textId="77777777" w:rsidR="00686453" w:rsidRPr="003F0D1D" w:rsidRDefault="00D95FB4">
            <w:pPr>
              <w:rPr>
                <w:szCs w:val="24"/>
              </w:rPr>
            </w:pPr>
            <w:r w:rsidRPr="003F0D1D">
              <w:rPr>
                <w:b/>
                <w:color w:val="015A41"/>
                <w:szCs w:val="24"/>
              </w:rPr>
              <w:t>HVAC / temperature contingency</w:t>
            </w:r>
          </w:p>
        </w:tc>
        <w:tc>
          <w:tcPr>
            <w:tcW w:w="6167" w:type="dxa"/>
            <w:shd w:val="clear" w:color="auto" w:fill="FFFFFF"/>
            <w:tcMar>
              <w:top w:w="80" w:type="dxa"/>
              <w:left w:w="90" w:type="dxa"/>
              <w:bottom w:w="80" w:type="dxa"/>
              <w:right w:w="90" w:type="dxa"/>
            </w:tcMar>
          </w:tcPr>
          <w:p w14:paraId="21FBF2B2" w14:textId="77777777" w:rsidR="00686453" w:rsidRPr="003F0D1D" w:rsidRDefault="00D95FB4">
            <w:pPr>
              <w:rPr>
                <w:szCs w:val="24"/>
              </w:rPr>
            </w:pPr>
            <w:r w:rsidRPr="003F0D1D">
              <w:rPr>
                <w:i/>
                <w:color w:val="66706B"/>
                <w:szCs w:val="24"/>
              </w:rPr>
              <w:t>&lt;Insert&gt;</w:t>
            </w:r>
          </w:p>
        </w:tc>
      </w:tr>
      <w:tr w:rsidR="00686453" w:rsidRPr="003F0D1D" w14:paraId="02B3C710" w14:textId="77777777" w:rsidTr="003F0D1D">
        <w:trPr>
          <w:cantSplit/>
          <w:jc w:val="center"/>
        </w:trPr>
        <w:tc>
          <w:tcPr>
            <w:tcW w:w="5141" w:type="dxa"/>
            <w:shd w:val="clear" w:color="auto" w:fill="EAF3EF"/>
            <w:tcMar>
              <w:top w:w="80" w:type="dxa"/>
              <w:left w:w="90" w:type="dxa"/>
              <w:bottom w:w="80" w:type="dxa"/>
              <w:right w:w="90" w:type="dxa"/>
            </w:tcMar>
          </w:tcPr>
          <w:p w14:paraId="115CDEC2" w14:textId="77777777" w:rsidR="00686453" w:rsidRPr="003F0D1D" w:rsidRDefault="00D95FB4">
            <w:pPr>
              <w:rPr>
                <w:szCs w:val="24"/>
              </w:rPr>
            </w:pPr>
            <w:r w:rsidRPr="003F0D1D">
              <w:rPr>
                <w:b/>
                <w:color w:val="015A41"/>
                <w:szCs w:val="24"/>
              </w:rPr>
              <w:t>Telephone / communications utility contingency</w:t>
            </w:r>
          </w:p>
        </w:tc>
        <w:tc>
          <w:tcPr>
            <w:tcW w:w="6167" w:type="dxa"/>
            <w:shd w:val="clear" w:color="auto" w:fill="FFFFFF"/>
            <w:tcMar>
              <w:top w:w="80" w:type="dxa"/>
              <w:left w:w="90" w:type="dxa"/>
              <w:bottom w:w="80" w:type="dxa"/>
              <w:right w:w="90" w:type="dxa"/>
            </w:tcMar>
          </w:tcPr>
          <w:p w14:paraId="32DA7B2A" w14:textId="77777777" w:rsidR="00686453" w:rsidRPr="003F0D1D" w:rsidRDefault="00D95FB4">
            <w:pPr>
              <w:rPr>
                <w:szCs w:val="24"/>
              </w:rPr>
            </w:pPr>
            <w:r w:rsidRPr="003F0D1D">
              <w:rPr>
                <w:i/>
                <w:color w:val="66706B"/>
                <w:szCs w:val="24"/>
              </w:rPr>
              <w:t>&lt;Insert&gt;</w:t>
            </w:r>
          </w:p>
        </w:tc>
      </w:tr>
      <w:tr w:rsidR="00686453" w:rsidRPr="003F0D1D" w14:paraId="20207BD0" w14:textId="77777777" w:rsidTr="003F0D1D">
        <w:trPr>
          <w:cantSplit/>
          <w:jc w:val="center"/>
        </w:trPr>
        <w:tc>
          <w:tcPr>
            <w:tcW w:w="5141" w:type="dxa"/>
            <w:shd w:val="clear" w:color="auto" w:fill="F7FAF8"/>
            <w:tcMar>
              <w:top w:w="80" w:type="dxa"/>
              <w:left w:w="90" w:type="dxa"/>
              <w:bottom w:w="80" w:type="dxa"/>
              <w:right w:w="90" w:type="dxa"/>
            </w:tcMar>
          </w:tcPr>
          <w:p w14:paraId="45E86B42" w14:textId="77777777" w:rsidR="00686453" w:rsidRPr="003F0D1D" w:rsidRDefault="00D95FB4">
            <w:pPr>
              <w:rPr>
                <w:szCs w:val="24"/>
              </w:rPr>
            </w:pPr>
            <w:r w:rsidRPr="003F0D1D">
              <w:rPr>
                <w:b/>
                <w:color w:val="015A41"/>
                <w:szCs w:val="24"/>
              </w:rPr>
              <w:t>Oxygen / medical gas contingency</w:t>
            </w:r>
          </w:p>
        </w:tc>
        <w:tc>
          <w:tcPr>
            <w:tcW w:w="6167" w:type="dxa"/>
            <w:shd w:val="clear" w:color="auto" w:fill="FFFFFF"/>
            <w:tcMar>
              <w:top w:w="80" w:type="dxa"/>
              <w:left w:w="90" w:type="dxa"/>
              <w:bottom w:w="80" w:type="dxa"/>
              <w:right w:w="90" w:type="dxa"/>
            </w:tcMar>
          </w:tcPr>
          <w:p w14:paraId="00679089" w14:textId="77777777" w:rsidR="00686453" w:rsidRPr="003F0D1D" w:rsidRDefault="00D95FB4">
            <w:pPr>
              <w:rPr>
                <w:szCs w:val="24"/>
              </w:rPr>
            </w:pPr>
            <w:r w:rsidRPr="003F0D1D">
              <w:rPr>
                <w:i/>
                <w:color w:val="66706B"/>
                <w:szCs w:val="24"/>
              </w:rPr>
              <w:t>&lt;Insert or N/A&gt;</w:t>
            </w:r>
          </w:p>
        </w:tc>
      </w:tr>
    </w:tbl>
    <w:p w14:paraId="78873D3F" w14:textId="0D34A5E2" w:rsidR="00686453" w:rsidRDefault="00686453"/>
    <w:p w14:paraId="7745893A" w14:textId="77777777" w:rsidR="00686453" w:rsidRDefault="00D95FB4">
      <w:pPr>
        <w:pStyle w:val="Heading1"/>
        <w:pBdr>
          <w:bottom w:val="single" w:sz="14" w:space="5" w:color="E63B07"/>
        </w:pBdr>
        <w:spacing w:before="140" w:after="140"/>
      </w:pPr>
      <w:r>
        <w:rPr>
          <w:rFonts w:ascii="Arial" w:eastAsia="Arial" w:hAnsi="Arial"/>
        </w:rPr>
        <w:lastRenderedPageBreak/>
        <w:t>ATTACHMENT N - FIRE / LIFE-SAFETY DOCUMENTATION INDEX</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49336D" w14:paraId="673CC885" w14:textId="77777777" w:rsidTr="004F3C27">
        <w:trPr>
          <w:jc w:val="center"/>
        </w:trPr>
        <w:tc>
          <w:tcPr>
            <w:tcW w:w="10282" w:type="dxa"/>
            <w:shd w:val="clear" w:color="auto" w:fill="FCEFE9"/>
            <w:tcMar>
              <w:top w:w="100" w:type="dxa"/>
              <w:left w:w="130" w:type="dxa"/>
              <w:bottom w:w="100" w:type="dxa"/>
              <w:right w:w="130" w:type="dxa"/>
            </w:tcMar>
          </w:tcPr>
          <w:p w14:paraId="2584805A" w14:textId="77777777" w:rsidR="0049336D" w:rsidRPr="003F0D1D" w:rsidRDefault="0049336D" w:rsidP="004F3C27">
            <w:pPr>
              <w:spacing w:after="0"/>
              <w:rPr>
                <w:sz w:val="20"/>
                <w:szCs w:val="20"/>
              </w:rPr>
            </w:pPr>
            <w:r w:rsidRPr="003F0D1D">
              <w:rPr>
                <w:b/>
                <w:color w:val="E63B07"/>
                <w:sz w:val="20"/>
                <w:szCs w:val="20"/>
              </w:rPr>
              <w:t xml:space="preserve">SEPARATE COMPLIANCE </w:t>
            </w:r>
            <w:proofErr w:type="gramStart"/>
            <w:r w:rsidRPr="003F0D1D">
              <w:rPr>
                <w:b/>
                <w:color w:val="E63B07"/>
                <w:sz w:val="20"/>
                <w:szCs w:val="20"/>
              </w:rPr>
              <w:t xml:space="preserve">LAYER  </w:t>
            </w:r>
            <w:r w:rsidRPr="003F0D1D">
              <w:rPr>
                <w:sz w:val="20"/>
                <w:szCs w:val="20"/>
              </w:rPr>
              <w:t>This</w:t>
            </w:r>
            <w:proofErr w:type="gramEnd"/>
            <w:r w:rsidRPr="003F0D1D">
              <w:rPr>
                <w:sz w:val="20"/>
                <w:szCs w:val="20"/>
              </w:rPr>
              <w:t xml:space="preserve"> EOP does not replace the CMS Life Safety Code survey, CMS Form 2786R, a facility fire safety plan, Maine FMO inspection, local AHJ requirements, or NFPA compliance. Coordinate the EOP with those documents and keep required testing/inspection records retrievable.</w:t>
            </w:r>
          </w:p>
        </w:tc>
      </w:tr>
      <w:tr w:rsidR="0049336D" w:rsidRPr="00AF13A6" w14:paraId="7EC3C9E2" w14:textId="77777777" w:rsidTr="004F3C27">
        <w:tblPrEx>
          <w:tblBorders>
            <w:top w:val="single" w:sz="5" w:space="0" w:color="C8CCCA"/>
            <w:left w:val="single" w:sz="5" w:space="0" w:color="C8CCCA"/>
            <w:bottom w:val="single" w:sz="5" w:space="0" w:color="C8CCCA"/>
            <w:right w:val="single" w:sz="5" w:space="0" w:color="C8CCCA"/>
            <w:insideH w:val="single" w:sz="5" w:space="0" w:color="C8CCCA"/>
            <w:insideV w:val="single" w:sz="5" w:space="0" w:color="C8CCCA"/>
          </w:tblBorders>
        </w:tblPrEx>
        <w:trPr>
          <w:jc w:val="center"/>
        </w:trPr>
        <w:tc>
          <w:tcPr>
            <w:tcW w:w="10282" w:type="dxa"/>
            <w:shd w:val="clear" w:color="auto" w:fill="F3F5F4"/>
            <w:tcMar>
              <w:top w:w="100" w:type="dxa"/>
              <w:left w:w="130" w:type="dxa"/>
              <w:bottom w:w="100" w:type="dxa"/>
              <w:right w:w="130" w:type="dxa"/>
            </w:tcMar>
          </w:tcPr>
          <w:p w14:paraId="21E58FA1" w14:textId="77777777" w:rsidR="0049336D" w:rsidRPr="004E1E86" w:rsidRDefault="0049336D" w:rsidP="004F3C27">
            <w:pPr>
              <w:spacing w:after="0"/>
              <w:rPr>
                <w:sz w:val="20"/>
                <w:szCs w:val="20"/>
                <w:u w:val="single"/>
              </w:rPr>
            </w:pPr>
            <w:r>
              <w:rPr>
                <w:rFonts w:cs="Arial"/>
                <w:b/>
                <w:color w:val="E63B07"/>
                <w:sz w:val="19"/>
              </w:rPr>
              <w:t xml:space="preserve">FEDERAL VS. MAINE NFPA EDITIONS  </w:t>
            </w:r>
            <w:r>
              <w:rPr>
                <w:rFonts w:cs="Arial"/>
                <w:color w:val="000000"/>
                <w:sz w:val="18"/>
              </w:rPr>
              <w:t>42 CFR §483.73(g) currently incorporates NFPA 99 (2012), NFPA 101 (2012), and NFPA 110 (2010) for the federal emergency preparedness provisions. Maine FMO currently lists newer State-adopted editions, including NFPA 99 (2021), NFPA 101 (2018), and NFPA 110 (2022). Facilities must evaluate and comply with each applicable federal, State, and local layer; one edition does not automatically replace the other.</w:t>
            </w:r>
          </w:p>
        </w:tc>
      </w:tr>
    </w:tbl>
    <w:p w14:paraId="165D6C15" w14:textId="77777777" w:rsidR="00686453" w:rsidRDefault="00686453">
      <w:pPr>
        <w:spacing w:after="0"/>
      </w:pPr>
    </w:p>
    <w:p w14:paraId="218DD492" w14:textId="77777777" w:rsidR="00686453" w:rsidRDefault="00686453">
      <w:pPr>
        <w:spacing w:after="0"/>
      </w:pPr>
    </w:p>
    <w:tbl>
      <w:tblPr>
        <w:tblW w:w="10800"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3139"/>
        <w:gridCol w:w="5040"/>
        <w:gridCol w:w="2621"/>
      </w:tblGrid>
      <w:tr w:rsidR="001816A2" w:rsidRPr="003F0D1D" w14:paraId="6E831393" w14:textId="77777777" w:rsidTr="004F3C27">
        <w:trPr>
          <w:tblHeader/>
          <w:jc w:val="center"/>
        </w:trPr>
        <w:tc>
          <w:tcPr>
            <w:tcW w:w="3139" w:type="dxa"/>
            <w:shd w:val="clear" w:color="auto" w:fill="015A41"/>
            <w:tcMar>
              <w:top w:w="70" w:type="dxa"/>
              <w:left w:w="70" w:type="dxa"/>
              <w:bottom w:w="70" w:type="dxa"/>
              <w:right w:w="70" w:type="dxa"/>
            </w:tcMar>
          </w:tcPr>
          <w:p w14:paraId="2790F956" w14:textId="77777777" w:rsidR="001816A2" w:rsidRPr="003F0D1D" w:rsidRDefault="001816A2" w:rsidP="004F3C27">
            <w:pPr>
              <w:rPr>
                <w:szCs w:val="24"/>
              </w:rPr>
            </w:pPr>
            <w:r w:rsidRPr="003F0D1D">
              <w:rPr>
                <w:b/>
                <w:color w:val="FFFFFF"/>
                <w:szCs w:val="24"/>
              </w:rPr>
              <w:t>Authority</w:t>
            </w:r>
          </w:p>
        </w:tc>
        <w:tc>
          <w:tcPr>
            <w:tcW w:w="5040" w:type="dxa"/>
            <w:shd w:val="clear" w:color="auto" w:fill="015A41"/>
            <w:tcMar>
              <w:top w:w="70" w:type="dxa"/>
              <w:left w:w="70" w:type="dxa"/>
              <w:bottom w:w="70" w:type="dxa"/>
              <w:right w:w="70" w:type="dxa"/>
            </w:tcMar>
          </w:tcPr>
          <w:p w14:paraId="7FBA2D22" w14:textId="77777777" w:rsidR="001816A2" w:rsidRPr="003F0D1D" w:rsidRDefault="001816A2" w:rsidP="004F3C27">
            <w:pPr>
              <w:rPr>
                <w:szCs w:val="24"/>
              </w:rPr>
            </w:pPr>
            <w:r w:rsidRPr="003F0D1D">
              <w:rPr>
                <w:b/>
                <w:color w:val="FFFFFF"/>
                <w:szCs w:val="24"/>
              </w:rPr>
              <w:t>Documentation</w:t>
            </w:r>
          </w:p>
        </w:tc>
        <w:tc>
          <w:tcPr>
            <w:tcW w:w="2621" w:type="dxa"/>
            <w:shd w:val="clear" w:color="auto" w:fill="015A41"/>
            <w:tcMar>
              <w:top w:w="70" w:type="dxa"/>
              <w:left w:w="70" w:type="dxa"/>
              <w:bottom w:w="70" w:type="dxa"/>
              <w:right w:w="70" w:type="dxa"/>
            </w:tcMar>
          </w:tcPr>
          <w:p w14:paraId="246269D7" w14:textId="77777777" w:rsidR="001816A2" w:rsidRPr="003F0D1D" w:rsidRDefault="001816A2" w:rsidP="004F3C27">
            <w:pPr>
              <w:rPr>
                <w:szCs w:val="24"/>
              </w:rPr>
            </w:pPr>
            <w:r w:rsidRPr="003F0D1D">
              <w:rPr>
                <w:b/>
                <w:color w:val="FFFFFF"/>
                <w:szCs w:val="24"/>
              </w:rPr>
              <w:t>Location</w:t>
            </w:r>
          </w:p>
        </w:tc>
      </w:tr>
      <w:tr w:rsidR="001816A2" w:rsidRPr="003F0D1D" w14:paraId="4FCF45E2" w14:textId="77777777" w:rsidTr="004F3C27">
        <w:trPr>
          <w:cantSplit/>
          <w:jc w:val="center"/>
        </w:trPr>
        <w:tc>
          <w:tcPr>
            <w:tcW w:w="3139" w:type="dxa"/>
            <w:shd w:val="clear" w:color="auto" w:fill="EAF3EF"/>
            <w:tcMar>
              <w:top w:w="70" w:type="dxa"/>
              <w:left w:w="70" w:type="dxa"/>
              <w:bottom w:w="70" w:type="dxa"/>
              <w:right w:w="70" w:type="dxa"/>
            </w:tcMar>
          </w:tcPr>
          <w:p w14:paraId="3592F0A1" w14:textId="77777777" w:rsidR="001816A2" w:rsidRPr="003F0D1D" w:rsidRDefault="001816A2" w:rsidP="004F3C27">
            <w:pPr>
              <w:rPr>
                <w:szCs w:val="24"/>
              </w:rPr>
            </w:pPr>
            <w:r w:rsidRPr="003F0D1D">
              <w:rPr>
                <w:b/>
                <w:color w:val="015A41"/>
                <w:szCs w:val="24"/>
              </w:rPr>
              <w:t>CMS-LSC</w:t>
            </w:r>
          </w:p>
        </w:tc>
        <w:tc>
          <w:tcPr>
            <w:tcW w:w="5040" w:type="dxa"/>
            <w:tcMar>
              <w:top w:w="70" w:type="dxa"/>
              <w:left w:w="70" w:type="dxa"/>
              <w:bottom w:w="70" w:type="dxa"/>
              <w:right w:w="70" w:type="dxa"/>
            </w:tcMar>
          </w:tcPr>
          <w:p w14:paraId="61261EA3" w14:textId="77777777" w:rsidR="001816A2" w:rsidRPr="003F0D1D" w:rsidRDefault="001816A2" w:rsidP="004F3C27">
            <w:pPr>
              <w:rPr>
                <w:szCs w:val="24"/>
              </w:rPr>
            </w:pPr>
            <w:r w:rsidRPr="003F0D1D">
              <w:rPr>
                <w:szCs w:val="24"/>
              </w:rPr>
              <w:t>CMS-2786R / applicable LSC survey documentation</w:t>
            </w:r>
          </w:p>
        </w:tc>
        <w:tc>
          <w:tcPr>
            <w:tcW w:w="2621" w:type="dxa"/>
            <w:shd w:val="clear" w:color="auto" w:fill="F3F5F4"/>
            <w:tcMar>
              <w:top w:w="70" w:type="dxa"/>
              <w:left w:w="70" w:type="dxa"/>
              <w:bottom w:w="70" w:type="dxa"/>
              <w:right w:w="70" w:type="dxa"/>
            </w:tcMar>
          </w:tcPr>
          <w:p w14:paraId="0E723E5E" w14:textId="77777777" w:rsidR="001816A2" w:rsidRPr="003F0D1D" w:rsidRDefault="001816A2" w:rsidP="004F3C27">
            <w:pPr>
              <w:rPr>
                <w:color w:val="000000"/>
                <w:szCs w:val="24"/>
              </w:rPr>
            </w:pPr>
            <w:r w:rsidRPr="003F0D1D">
              <w:rPr>
                <w:rFonts w:cs="Arial"/>
                <w:color w:val="6B7378"/>
                <w:szCs w:val="24"/>
              </w:rPr>
              <w:t>&lt;Location&gt;</w:t>
            </w:r>
          </w:p>
        </w:tc>
      </w:tr>
      <w:tr w:rsidR="003A168E" w:rsidRPr="003F0D1D" w14:paraId="3A583B64" w14:textId="77777777" w:rsidTr="004F3C27">
        <w:trPr>
          <w:cantSplit/>
          <w:jc w:val="center"/>
        </w:trPr>
        <w:tc>
          <w:tcPr>
            <w:tcW w:w="3139" w:type="dxa"/>
            <w:shd w:val="clear" w:color="auto" w:fill="EAF3EF"/>
            <w:tcMar>
              <w:top w:w="70" w:type="dxa"/>
              <w:left w:w="70" w:type="dxa"/>
              <w:bottom w:w="70" w:type="dxa"/>
              <w:right w:w="70" w:type="dxa"/>
            </w:tcMar>
          </w:tcPr>
          <w:p w14:paraId="2701F1C0" w14:textId="368BE331" w:rsidR="003A168E" w:rsidRPr="003F0D1D" w:rsidRDefault="003A168E" w:rsidP="003A168E">
            <w:pPr>
              <w:rPr>
                <w:b/>
                <w:color w:val="015A41"/>
                <w:szCs w:val="24"/>
              </w:rPr>
            </w:pPr>
            <w:r w:rsidRPr="003A168E">
              <w:rPr>
                <w:b/>
                <w:color w:val="015A41"/>
                <w:szCs w:val="24"/>
              </w:rPr>
              <w:t>Authority: CMS-LSC / K712</w:t>
            </w:r>
          </w:p>
        </w:tc>
        <w:tc>
          <w:tcPr>
            <w:tcW w:w="5040" w:type="dxa"/>
            <w:tcMar>
              <w:top w:w="70" w:type="dxa"/>
              <w:left w:w="70" w:type="dxa"/>
              <w:bottom w:w="70" w:type="dxa"/>
              <w:right w:w="70" w:type="dxa"/>
            </w:tcMar>
          </w:tcPr>
          <w:p w14:paraId="10A41344" w14:textId="14512E29" w:rsidR="003A168E" w:rsidRPr="003F0D1D" w:rsidRDefault="003A168E" w:rsidP="003A168E">
            <w:pPr>
              <w:rPr>
                <w:szCs w:val="24"/>
              </w:rPr>
            </w:pPr>
            <w:r w:rsidRPr="003A168E">
              <w:rPr>
                <w:szCs w:val="24"/>
              </w:rPr>
              <w:t xml:space="preserve">Fire drill schedule and records </w:t>
            </w:r>
            <w:proofErr w:type="gramStart"/>
            <w:r w:rsidRPr="003A168E">
              <w:rPr>
                <w:szCs w:val="24"/>
              </w:rPr>
              <w:t>demonstrating</w:t>
            </w:r>
            <w:proofErr w:type="gramEnd"/>
            <w:r w:rsidRPr="003A168E">
              <w:rPr>
                <w:szCs w:val="24"/>
              </w:rPr>
              <w:t xml:space="preserve"> required frequency by shift, expected/unexpected timing and varying conditions</w:t>
            </w:r>
          </w:p>
        </w:tc>
        <w:tc>
          <w:tcPr>
            <w:tcW w:w="2621" w:type="dxa"/>
            <w:shd w:val="clear" w:color="auto" w:fill="F3F5F4"/>
            <w:tcMar>
              <w:top w:w="70" w:type="dxa"/>
              <w:left w:w="70" w:type="dxa"/>
              <w:bottom w:w="70" w:type="dxa"/>
              <w:right w:w="70" w:type="dxa"/>
            </w:tcMar>
          </w:tcPr>
          <w:p w14:paraId="0183DA3E" w14:textId="32ACE99B" w:rsidR="003A168E" w:rsidRPr="003F0D1D" w:rsidRDefault="003A168E" w:rsidP="003A168E">
            <w:pPr>
              <w:rPr>
                <w:rFonts w:cs="Arial"/>
                <w:color w:val="6B7378"/>
                <w:szCs w:val="24"/>
              </w:rPr>
            </w:pPr>
            <w:r w:rsidRPr="003F0D1D">
              <w:rPr>
                <w:rFonts w:cs="Arial"/>
                <w:color w:val="6B7378"/>
                <w:szCs w:val="24"/>
              </w:rPr>
              <w:t>&lt;Location&gt;</w:t>
            </w:r>
          </w:p>
        </w:tc>
      </w:tr>
      <w:tr w:rsidR="003A168E" w:rsidRPr="003F0D1D" w14:paraId="17F0525B" w14:textId="77777777" w:rsidTr="004F3C27">
        <w:trPr>
          <w:cantSplit/>
          <w:jc w:val="center"/>
        </w:trPr>
        <w:tc>
          <w:tcPr>
            <w:tcW w:w="3139" w:type="dxa"/>
            <w:shd w:val="clear" w:color="auto" w:fill="F7FAF8"/>
            <w:tcMar>
              <w:top w:w="70" w:type="dxa"/>
              <w:left w:w="70" w:type="dxa"/>
              <w:bottom w:w="70" w:type="dxa"/>
              <w:right w:w="70" w:type="dxa"/>
            </w:tcMar>
          </w:tcPr>
          <w:p w14:paraId="5DB8CF9C" w14:textId="77777777" w:rsidR="003A168E" w:rsidRPr="003F0D1D" w:rsidRDefault="003A168E" w:rsidP="003A168E">
            <w:pPr>
              <w:rPr>
                <w:szCs w:val="24"/>
              </w:rPr>
            </w:pPr>
            <w:r w:rsidRPr="003F0D1D">
              <w:rPr>
                <w:b/>
                <w:color w:val="015A41"/>
                <w:szCs w:val="24"/>
              </w:rPr>
              <w:t>Maine FMO Ch. 20 / NFPA 101 (2018)</w:t>
            </w:r>
          </w:p>
        </w:tc>
        <w:tc>
          <w:tcPr>
            <w:tcW w:w="5040" w:type="dxa"/>
            <w:tcMar>
              <w:top w:w="70" w:type="dxa"/>
              <w:left w:w="70" w:type="dxa"/>
              <w:bottom w:w="70" w:type="dxa"/>
              <w:right w:w="70" w:type="dxa"/>
            </w:tcMar>
          </w:tcPr>
          <w:p w14:paraId="16016BB7" w14:textId="77777777" w:rsidR="003A168E" w:rsidRPr="003F0D1D" w:rsidRDefault="003A168E" w:rsidP="003A168E">
            <w:pPr>
              <w:rPr>
                <w:szCs w:val="24"/>
              </w:rPr>
            </w:pPr>
            <w:r w:rsidRPr="003F0D1D">
              <w:rPr>
                <w:szCs w:val="24"/>
              </w:rPr>
              <w:t>Maine Life Safety Code applicability</w:t>
            </w:r>
          </w:p>
        </w:tc>
        <w:tc>
          <w:tcPr>
            <w:tcW w:w="2621" w:type="dxa"/>
            <w:shd w:val="clear" w:color="auto" w:fill="F3F5F4"/>
            <w:tcMar>
              <w:top w:w="70" w:type="dxa"/>
              <w:left w:w="70" w:type="dxa"/>
              <w:bottom w:w="70" w:type="dxa"/>
              <w:right w:w="70" w:type="dxa"/>
            </w:tcMar>
          </w:tcPr>
          <w:p w14:paraId="4F8E0F5D" w14:textId="77777777" w:rsidR="003A168E" w:rsidRPr="003F0D1D" w:rsidRDefault="003A168E" w:rsidP="003A168E">
            <w:pPr>
              <w:rPr>
                <w:color w:val="000000"/>
                <w:szCs w:val="24"/>
              </w:rPr>
            </w:pPr>
            <w:r w:rsidRPr="003F0D1D">
              <w:rPr>
                <w:rFonts w:cs="Arial"/>
                <w:color w:val="6B7378"/>
                <w:szCs w:val="24"/>
              </w:rPr>
              <w:t>&lt;Location&gt;</w:t>
            </w:r>
          </w:p>
        </w:tc>
      </w:tr>
      <w:tr w:rsidR="003A168E" w:rsidRPr="003F0D1D" w14:paraId="3A110634" w14:textId="77777777" w:rsidTr="004F3C27">
        <w:trPr>
          <w:cantSplit/>
          <w:jc w:val="center"/>
        </w:trPr>
        <w:tc>
          <w:tcPr>
            <w:tcW w:w="3139" w:type="dxa"/>
            <w:shd w:val="clear" w:color="auto" w:fill="EAF3EF"/>
            <w:tcMar>
              <w:top w:w="70" w:type="dxa"/>
              <w:left w:w="70" w:type="dxa"/>
              <w:bottom w:w="70" w:type="dxa"/>
              <w:right w:w="70" w:type="dxa"/>
            </w:tcMar>
          </w:tcPr>
          <w:p w14:paraId="7994324A" w14:textId="77777777" w:rsidR="003A168E" w:rsidRPr="003F0D1D" w:rsidRDefault="003A168E" w:rsidP="003A168E">
            <w:pPr>
              <w:rPr>
                <w:szCs w:val="24"/>
              </w:rPr>
            </w:pPr>
            <w:r w:rsidRPr="003F0D1D">
              <w:rPr>
                <w:b/>
                <w:color w:val="015A41"/>
                <w:szCs w:val="24"/>
              </w:rPr>
              <w:t>Maine FMO Ch. 15 / NFPA 99 (2021)</w:t>
            </w:r>
          </w:p>
        </w:tc>
        <w:tc>
          <w:tcPr>
            <w:tcW w:w="5040" w:type="dxa"/>
            <w:tcMar>
              <w:top w:w="70" w:type="dxa"/>
              <w:left w:w="70" w:type="dxa"/>
              <w:bottom w:w="70" w:type="dxa"/>
              <w:right w:w="70" w:type="dxa"/>
            </w:tcMar>
          </w:tcPr>
          <w:p w14:paraId="455A3ACB" w14:textId="77777777" w:rsidR="003A168E" w:rsidRPr="003F0D1D" w:rsidRDefault="003A168E" w:rsidP="003A168E">
            <w:pPr>
              <w:rPr>
                <w:szCs w:val="24"/>
              </w:rPr>
            </w:pPr>
            <w:r w:rsidRPr="003F0D1D">
              <w:rPr>
                <w:szCs w:val="24"/>
              </w:rPr>
              <w:t>Healthcare facilities/equipment</w:t>
            </w:r>
          </w:p>
        </w:tc>
        <w:tc>
          <w:tcPr>
            <w:tcW w:w="2621" w:type="dxa"/>
            <w:shd w:val="clear" w:color="auto" w:fill="F3F5F4"/>
            <w:tcMar>
              <w:top w:w="70" w:type="dxa"/>
              <w:left w:w="70" w:type="dxa"/>
              <w:bottom w:w="70" w:type="dxa"/>
              <w:right w:w="70" w:type="dxa"/>
            </w:tcMar>
          </w:tcPr>
          <w:p w14:paraId="318E459B" w14:textId="77777777" w:rsidR="003A168E" w:rsidRPr="003F0D1D" w:rsidRDefault="003A168E" w:rsidP="003A168E">
            <w:pPr>
              <w:rPr>
                <w:color w:val="000000"/>
                <w:szCs w:val="24"/>
              </w:rPr>
            </w:pPr>
            <w:r w:rsidRPr="003F0D1D">
              <w:rPr>
                <w:rFonts w:cs="Arial"/>
                <w:color w:val="6B7378"/>
                <w:szCs w:val="24"/>
              </w:rPr>
              <w:t>&lt;Location&gt;</w:t>
            </w:r>
          </w:p>
        </w:tc>
      </w:tr>
      <w:tr w:rsidR="003A168E" w:rsidRPr="003F0D1D" w14:paraId="048A7954" w14:textId="77777777" w:rsidTr="004F3C27">
        <w:trPr>
          <w:cantSplit/>
          <w:jc w:val="center"/>
        </w:trPr>
        <w:tc>
          <w:tcPr>
            <w:tcW w:w="3139" w:type="dxa"/>
            <w:shd w:val="clear" w:color="auto" w:fill="F7FAF8"/>
            <w:tcMar>
              <w:top w:w="70" w:type="dxa"/>
              <w:left w:w="70" w:type="dxa"/>
              <w:bottom w:w="70" w:type="dxa"/>
              <w:right w:w="70" w:type="dxa"/>
            </w:tcMar>
          </w:tcPr>
          <w:p w14:paraId="3A27C9E4" w14:textId="77777777" w:rsidR="003A168E" w:rsidRPr="003F0D1D" w:rsidRDefault="003A168E" w:rsidP="003A168E">
            <w:pPr>
              <w:rPr>
                <w:szCs w:val="24"/>
              </w:rPr>
            </w:pPr>
            <w:r w:rsidRPr="003F0D1D">
              <w:rPr>
                <w:b/>
                <w:color w:val="015A41"/>
                <w:szCs w:val="24"/>
              </w:rPr>
              <w:t>Maine FMO Ch. 15 / NFPA 110 (2022)</w:t>
            </w:r>
          </w:p>
        </w:tc>
        <w:tc>
          <w:tcPr>
            <w:tcW w:w="5040" w:type="dxa"/>
            <w:tcMar>
              <w:top w:w="70" w:type="dxa"/>
              <w:left w:w="70" w:type="dxa"/>
              <w:bottom w:w="70" w:type="dxa"/>
              <w:right w:w="70" w:type="dxa"/>
            </w:tcMar>
          </w:tcPr>
          <w:p w14:paraId="2378F0DE" w14:textId="77777777" w:rsidR="003A168E" w:rsidRPr="003F0D1D" w:rsidRDefault="003A168E" w:rsidP="003A168E">
            <w:pPr>
              <w:rPr>
                <w:szCs w:val="24"/>
              </w:rPr>
            </w:pPr>
            <w:r w:rsidRPr="003F0D1D">
              <w:rPr>
                <w:szCs w:val="24"/>
              </w:rPr>
              <w:t>Emergency and standby power</w:t>
            </w:r>
          </w:p>
        </w:tc>
        <w:tc>
          <w:tcPr>
            <w:tcW w:w="2621" w:type="dxa"/>
            <w:shd w:val="clear" w:color="auto" w:fill="F3F5F4"/>
            <w:tcMar>
              <w:top w:w="70" w:type="dxa"/>
              <w:left w:w="70" w:type="dxa"/>
              <w:bottom w:w="70" w:type="dxa"/>
              <w:right w:w="70" w:type="dxa"/>
            </w:tcMar>
          </w:tcPr>
          <w:p w14:paraId="71BD4199" w14:textId="77777777" w:rsidR="003A168E" w:rsidRPr="003F0D1D" w:rsidRDefault="003A168E" w:rsidP="003A168E">
            <w:pPr>
              <w:rPr>
                <w:color w:val="000000"/>
                <w:szCs w:val="24"/>
              </w:rPr>
            </w:pPr>
            <w:r w:rsidRPr="003F0D1D">
              <w:rPr>
                <w:rFonts w:cs="Arial"/>
                <w:color w:val="6B7378"/>
                <w:szCs w:val="24"/>
              </w:rPr>
              <w:t>&lt;Location&gt;</w:t>
            </w:r>
          </w:p>
        </w:tc>
      </w:tr>
      <w:tr w:rsidR="003A168E" w:rsidRPr="003F0D1D" w14:paraId="271B173A" w14:textId="77777777" w:rsidTr="004F3C27">
        <w:trPr>
          <w:cantSplit/>
          <w:jc w:val="center"/>
        </w:trPr>
        <w:tc>
          <w:tcPr>
            <w:tcW w:w="3139" w:type="dxa"/>
            <w:shd w:val="clear" w:color="auto" w:fill="EAF3EF"/>
            <w:tcMar>
              <w:top w:w="70" w:type="dxa"/>
              <w:left w:w="70" w:type="dxa"/>
              <w:bottom w:w="70" w:type="dxa"/>
              <w:right w:w="70" w:type="dxa"/>
            </w:tcMar>
          </w:tcPr>
          <w:p w14:paraId="4F5D50F9" w14:textId="77777777" w:rsidR="003A168E" w:rsidRPr="003F0D1D" w:rsidRDefault="003A168E" w:rsidP="003A168E">
            <w:pPr>
              <w:rPr>
                <w:szCs w:val="24"/>
              </w:rPr>
            </w:pPr>
            <w:r w:rsidRPr="003F0D1D">
              <w:rPr>
                <w:b/>
                <w:color w:val="015A41"/>
                <w:szCs w:val="24"/>
              </w:rPr>
              <w:t>Maine FMO Ch. 17 / NFPA 72 (2019)</w:t>
            </w:r>
          </w:p>
        </w:tc>
        <w:tc>
          <w:tcPr>
            <w:tcW w:w="5040" w:type="dxa"/>
            <w:tcMar>
              <w:top w:w="70" w:type="dxa"/>
              <w:left w:w="70" w:type="dxa"/>
              <w:bottom w:w="70" w:type="dxa"/>
              <w:right w:w="70" w:type="dxa"/>
            </w:tcMar>
          </w:tcPr>
          <w:p w14:paraId="49F848E8" w14:textId="77777777" w:rsidR="003A168E" w:rsidRPr="003F0D1D" w:rsidRDefault="003A168E" w:rsidP="003A168E">
            <w:pPr>
              <w:rPr>
                <w:szCs w:val="24"/>
              </w:rPr>
            </w:pPr>
            <w:r w:rsidRPr="003F0D1D">
              <w:rPr>
                <w:szCs w:val="24"/>
              </w:rPr>
              <w:t>Fire alarm / signaling</w:t>
            </w:r>
          </w:p>
        </w:tc>
        <w:tc>
          <w:tcPr>
            <w:tcW w:w="2621" w:type="dxa"/>
            <w:shd w:val="clear" w:color="auto" w:fill="F3F5F4"/>
            <w:tcMar>
              <w:top w:w="70" w:type="dxa"/>
              <w:left w:w="70" w:type="dxa"/>
              <w:bottom w:w="70" w:type="dxa"/>
              <w:right w:w="70" w:type="dxa"/>
            </w:tcMar>
          </w:tcPr>
          <w:p w14:paraId="5511CE10" w14:textId="77777777" w:rsidR="003A168E" w:rsidRPr="003F0D1D" w:rsidRDefault="003A168E" w:rsidP="003A168E">
            <w:pPr>
              <w:rPr>
                <w:color w:val="000000"/>
                <w:szCs w:val="24"/>
              </w:rPr>
            </w:pPr>
            <w:r w:rsidRPr="003F0D1D">
              <w:rPr>
                <w:rFonts w:cs="Arial"/>
                <w:color w:val="6B7378"/>
                <w:szCs w:val="24"/>
              </w:rPr>
              <w:t>&lt;Location&gt;</w:t>
            </w:r>
          </w:p>
        </w:tc>
      </w:tr>
      <w:tr w:rsidR="003A168E" w:rsidRPr="003F0D1D" w14:paraId="2EB8D7DD" w14:textId="77777777" w:rsidTr="004F3C27">
        <w:trPr>
          <w:cantSplit/>
          <w:jc w:val="center"/>
        </w:trPr>
        <w:tc>
          <w:tcPr>
            <w:tcW w:w="3139" w:type="dxa"/>
            <w:shd w:val="clear" w:color="auto" w:fill="F7FAF8"/>
            <w:tcMar>
              <w:top w:w="70" w:type="dxa"/>
              <w:left w:w="70" w:type="dxa"/>
              <w:bottom w:w="70" w:type="dxa"/>
              <w:right w:w="70" w:type="dxa"/>
            </w:tcMar>
          </w:tcPr>
          <w:p w14:paraId="5556D69F" w14:textId="77777777" w:rsidR="003A168E" w:rsidRPr="003F0D1D" w:rsidRDefault="003A168E" w:rsidP="003A168E">
            <w:pPr>
              <w:rPr>
                <w:szCs w:val="24"/>
              </w:rPr>
            </w:pPr>
            <w:r w:rsidRPr="003F0D1D">
              <w:rPr>
                <w:b/>
                <w:color w:val="015A41"/>
                <w:szCs w:val="24"/>
              </w:rPr>
              <w:t>Maine FMO Ch. 4 / NFPA 25 (2014)</w:t>
            </w:r>
          </w:p>
        </w:tc>
        <w:tc>
          <w:tcPr>
            <w:tcW w:w="5040" w:type="dxa"/>
            <w:tcMar>
              <w:top w:w="70" w:type="dxa"/>
              <w:left w:w="70" w:type="dxa"/>
              <w:bottom w:w="70" w:type="dxa"/>
              <w:right w:w="70" w:type="dxa"/>
            </w:tcMar>
          </w:tcPr>
          <w:p w14:paraId="7F7487B2" w14:textId="77777777" w:rsidR="003A168E" w:rsidRPr="003F0D1D" w:rsidRDefault="003A168E" w:rsidP="003A168E">
            <w:pPr>
              <w:rPr>
                <w:szCs w:val="24"/>
              </w:rPr>
            </w:pPr>
            <w:r w:rsidRPr="003F0D1D">
              <w:rPr>
                <w:szCs w:val="24"/>
              </w:rPr>
              <w:t>Water-based fire protection inspection/testing/maintenance</w:t>
            </w:r>
          </w:p>
        </w:tc>
        <w:tc>
          <w:tcPr>
            <w:tcW w:w="2621" w:type="dxa"/>
            <w:shd w:val="clear" w:color="auto" w:fill="F3F5F4"/>
            <w:tcMar>
              <w:top w:w="70" w:type="dxa"/>
              <w:left w:w="70" w:type="dxa"/>
              <w:bottom w:w="70" w:type="dxa"/>
              <w:right w:w="70" w:type="dxa"/>
            </w:tcMar>
          </w:tcPr>
          <w:p w14:paraId="3486B41F" w14:textId="77777777" w:rsidR="003A168E" w:rsidRPr="003F0D1D" w:rsidRDefault="003A168E" w:rsidP="003A168E">
            <w:pPr>
              <w:rPr>
                <w:color w:val="000000"/>
                <w:szCs w:val="24"/>
              </w:rPr>
            </w:pPr>
            <w:r w:rsidRPr="003F0D1D">
              <w:rPr>
                <w:rFonts w:cs="Arial"/>
                <w:color w:val="6B7378"/>
                <w:szCs w:val="24"/>
              </w:rPr>
              <w:t>&lt;Location&gt;</w:t>
            </w:r>
          </w:p>
        </w:tc>
      </w:tr>
      <w:tr w:rsidR="003A168E" w:rsidRPr="003F0D1D" w14:paraId="26A6FB94" w14:textId="77777777" w:rsidTr="004F3C27">
        <w:trPr>
          <w:cantSplit/>
          <w:jc w:val="center"/>
        </w:trPr>
        <w:tc>
          <w:tcPr>
            <w:tcW w:w="3139" w:type="dxa"/>
            <w:shd w:val="clear" w:color="auto" w:fill="EAF3EF"/>
            <w:tcMar>
              <w:top w:w="70" w:type="dxa"/>
              <w:left w:w="70" w:type="dxa"/>
              <w:bottom w:w="70" w:type="dxa"/>
              <w:right w:w="70" w:type="dxa"/>
            </w:tcMar>
          </w:tcPr>
          <w:p w14:paraId="043E0185" w14:textId="77777777" w:rsidR="003A168E" w:rsidRPr="003F0D1D" w:rsidRDefault="003A168E" w:rsidP="003A168E">
            <w:pPr>
              <w:rPr>
                <w:szCs w:val="24"/>
              </w:rPr>
            </w:pPr>
            <w:r w:rsidRPr="003F0D1D">
              <w:rPr>
                <w:b/>
                <w:color w:val="015A41"/>
                <w:szCs w:val="24"/>
              </w:rPr>
              <w:t>Maine FMO Ch. 5 / NFPA 10 (2018)</w:t>
            </w:r>
          </w:p>
        </w:tc>
        <w:tc>
          <w:tcPr>
            <w:tcW w:w="5040" w:type="dxa"/>
            <w:tcMar>
              <w:top w:w="70" w:type="dxa"/>
              <w:left w:w="70" w:type="dxa"/>
              <w:bottom w:w="70" w:type="dxa"/>
              <w:right w:w="70" w:type="dxa"/>
            </w:tcMar>
          </w:tcPr>
          <w:p w14:paraId="59CD02B0" w14:textId="77777777" w:rsidR="003A168E" w:rsidRPr="003F0D1D" w:rsidRDefault="003A168E" w:rsidP="003A168E">
            <w:pPr>
              <w:rPr>
                <w:szCs w:val="24"/>
              </w:rPr>
            </w:pPr>
            <w:r w:rsidRPr="003F0D1D">
              <w:rPr>
                <w:szCs w:val="24"/>
              </w:rPr>
              <w:t>Portable fire extinguishers</w:t>
            </w:r>
          </w:p>
        </w:tc>
        <w:tc>
          <w:tcPr>
            <w:tcW w:w="2621" w:type="dxa"/>
            <w:shd w:val="clear" w:color="auto" w:fill="F3F5F4"/>
            <w:tcMar>
              <w:top w:w="70" w:type="dxa"/>
              <w:left w:w="70" w:type="dxa"/>
              <w:bottom w:w="70" w:type="dxa"/>
              <w:right w:w="70" w:type="dxa"/>
            </w:tcMar>
          </w:tcPr>
          <w:p w14:paraId="28ECFCB2" w14:textId="77777777" w:rsidR="003A168E" w:rsidRPr="003F0D1D" w:rsidRDefault="003A168E" w:rsidP="003A168E">
            <w:pPr>
              <w:rPr>
                <w:color w:val="000000"/>
                <w:szCs w:val="24"/>
              </w:rPr>
            </w:pPr>
            <w:r w:rsidRPr="003F0D1D">
              <w:rPr>
                <w:rFonts w:cs="Arial"/>
                <w:color w:val="6B7378"/>
                <w:szCs w:val="24"/>
              </w:rPr>
              <w:t>&lt;Location&gt;</w:t>
            </w:r>
          </w:p>
        </w:tc>
      </w:tr>
      <w:tr w:rsidR="003A168E" w:rsidRPr="003F0D1D" w14:paraId="238DC1F9" w14:textId="77777777" w:rsidTr="004F3C27">
        <w:trPr>
          <w:cantSplit/>
          <w:jc w:val="center"/>
        </w:trPr>
        <w:tc>
          <w:tcPr>
            <w:tcW w:w="3139" w:type="dxa"/>
            <w:shd w:val="clear" w:color="auto" w:fill="F7FAF8"/>
            <w:tcMar>
              <w:top w:w="70" w:type="dxa"/>
              <w:left w:w="70" w:type="dxa"/>
              <w:bottom w:w="70" w:type="dxa"/>
              <w:right w:w="70" w:type="dxa"/>
            </w:tcMar>
          </w:tcPr>
          <w:p w14:paraId="6F0E181B" w14:textId="77777777" w:rsidR="003A168E" w:rsidRPr="003F0D1D" w:rsidRDefault="003A168E" w:rsidP="003A168E">
            <w:pPr>
              <w:rPr>
                <w:szCs w:val="24"/>
              </w:rPr>
            </w:pPr>
            <w:r w:rsidRPr="003F0D1D">
              <w:rPr>
                <w:b/>
                <w:color w:val="015A41"/>
                <w:szCs w:val="24"/>
              </w:rPr>
              <w:t>Maine FMO Ch. 20 / NFPA 80 (2019)</w:t>
            </w:r>
          </w:p>
        </w:tc>
        <w:tc>
          <w:tcPr>
            <w:tcW w:w="5040" w:type="dxa"/>
            <w:tcMar>
              <w:top w:w="70" w:type="dxa"/>
              <w:left w:w="70" w:type="dxa"/>
              <w:bottom w:w="70" w:type="dxa"/>
              <w:right w:w="70" w:type="dxa"/>
            </w:tcMar>
          </w:tcPr>
          <w:p w14:paraId="0ABFBE9F" w14:textId="77777777" w:rsidR="003A168E" w:rsidRPr="003F0D1D" w:rsidRDefault="003A168E" w:rsidP="003A168E">
            <w:pPr>
              <w:rPr>
                <w:szCs w:val="24"/>
              </w:rPr>
            </w:pPr>
            <w:r w:rsidRPr="003F0D1D">
              <w:rPr>
                <w:szCs w:val="24"/>
              </w:rPr>
              <w:t>Fire doors / opening protectives</w:t>
            </w:r>
          </w:p>
        </w:tc>
        <w:tc>
          <w:tcPr>
            <w:tcW w:w="2621" w:type="dxa"/>
            <w:shd w:val="clear" w:color="auto" w:fill="F3F5F4"/>
            <w:tcMar>
              <w:top w:w="70" w:type="dxa"/>
              <w:left w:w="70" w:type="dxa"/>
              <w:bottom w:w="70" w:type="dxa"/>
              <w:right w:w="70" w:type="dxa"/>
            </w:tcMar>
          </w:tcPr>
          <w:p w14:paraId="79008225" w14:textId="77777777" w:rsidR="003A168E" w:rsidRPr="003F0D1D" w:rsidRDefault="003A168E" w:rsidP="003A168E">
            <w:pPr>
              <w:rPr>
                <w:color w:val="000000"/>
                <w:szCs w:val="24"/>
              </w:rPr>
            </w:pPr>
            <w:r w:rsidRPr="003F0D1D">
              <w:rPr>
                <w:rFonts w:cs="Arial"/>
                <w:color w:val="6B7378"/>
                <w:szCs w:val="24"/>
              </w:rPr>
              <w:t>&lt;Location&gt;</w:t>
            </w:r>
          </w:p>
        </w:tc>
      </w:tr>
      <w:tr w:rsidR="003A168E" w:rsidRPr="003F0D1D" w14:paraId="728774CD" w14:textId="77777777" w:rsidTr="004F3C27">
        <w:trPr>
          <w:cantSplit/>
          <w:jc w:val="center"/>
        </w:trPr>
        <w:tc>
          <w:tcPr>
            <w:tcW w:w="3139" w:type="dxa"/>
            <w:shd w:val="clear" w:color="auto" w:fill="EAF3EF"/>
            <w:tcMar>
              <w:top w:w="70" w:type="dxa"/>
              <w:left w:w="70" w:type="dxa"/>
              <w:bottom w:w="70" w:type="dxa"/>
              <w:right w:w="70" w:type="dxa"/>
            </w:tcMar>
          </w:tcPr>
          <w:p w14:paraId="1057431A" w14:textId="77777777" w:rsidR="003A168E" w:rsidRPr="003F0D1D" w:rsidRDefault="003A168E" w:rsidP="003A168E">
            <w:pPr>
              <w:rPr>
                <w:szCs w:val="24"/>
              </w:rPr>
            </w:pPr>
            <w:r w:rsidRPr="003F0D1D">
              <w:rPr>
                <w:b/>
                <w:color w:val="015A41"/>
                <w:szCs w:val="24"/>
              </w:rPr>
              <w:lastRenderedPageBreak/>
              <w:t>Maine FMO Ch. 19 / NFPA 96 (2021)</w:t>
            </w:r>
          </w:p>
        </w:tc>
        <w:tc>
          <w:tcPr>
            <w:tcW w:w="5040" w:type="dxa"/>
            <w:tcMar>
              <w:top w:w="70" w:type="dxa"/>
              <w:left w:w="70" w:type="dxa"/>
              <w:bottom w:w="70" w:type="dxa"/>
              <w:right w:w="70" w:type="dxa"/>
            </w:tcMar>
          </w:tcPr>
          <w:p w14:paraId="7EB60785" w14:textId="77777777" w:rsidR="003A168E" w:rsidRPr="003F0D1D" w:rsidRDefault="003A168E" w:rsidP="003A168E">
            <w:pPr>
              <w:rPr>
                <w:szCs w:val="24"/>
              </w:rPr>
            </w:pPr>
            <w:r w:rsidRPr="003F0D1D">
              <w:rPr>
                <w:szCs w:val="24"/>
              </w:rPr>
              <w:t>Commercial cooking fire protection</w:t>
            </w:r>
          </w:p>
        </w:tc>
        <w:tc>
          <w:tcPr>
            <w:tcW w:w="2621" w:type="dxa"/>
            <w:shd w:val="clear" w:color="auto" w:fill="F3F5F4"/>
            <w:tcMar>
              <w:top w:w="70" w:type="dxa"/>
              <w:left w:w="70" w:type="dxa"/>
              <w:bottom w:w="70" w:type="dxa"/>
              <w:right w:w="70" w:type="dxa"/>
            </w:tcMar>
          </w:tcPr>
          <w:p w14:paraId="284B79AC" w14:textId="77777777" w:rsidR="003A168E" w:rsidRPr="003F0D1D" w:rsidRDefault="003A168E" w:rsidP="003A168E">
            <w:pPr>
              <w:rPr>
                <w:color w:val="000000"/>
                <w:szCs w:val="24"/>
              </w:rPr>
            </w:pPr>
            <w:r w:rsidRPr="003F0D1D">
              <w:rPr>
                <w:rFonts w:cs="Arial"/>
                <w:color w:val="6B7378"/>
                <w:szCs w:val="24"/>
              </w:rPr>
              <w:t>&lt;Location&gt;</w:t>
            </w:r>
          </w:p>
        </w:tc>
      </w:tr>
      <w:tr w:rsidR="003A168E" w:rsidRPr="003F0D1D" w14:paraId="0D4C7E78" w14:textId="77777777" w:rsidTr="004F3C27">
        <w:trPr>
          <w:cantSplit/>
          <w:jc w:val="center"/>
        </w:trPr>
        <w:tc>
          <w:tcPr>
            <w:tcW w:w="3139" w:type="dxa"/>
            <w:shd w:val="clear" w:color="auto" w:fill="F7FAF8"/>
            <w:tcMar>
              <w:top w:w="70" w:type="dxa"/>
              <w:left w:w="70" w:type="dxa"/>
              <w:bottom w:w="70" w:type="dxa"/>
              <w:right w:w="70" w:type="dxa"/>
            </w:tcMar>
          </w:tcPr>
          <w:p w14:paraId="5198DAF3" w14:textId="77777777" w:rsidR="003A168E" w:rsidRPr="003F0D1D" w:rsidRDefault="003A168E" w:rsidP="003A168E">
            <w:pPr>
              <w:rPr>
                <w:szCs w:val="24"/>
              </w:rPr>
            </w:pPr>
            <w:r w:rsidRPr="003F0D1D">
              <w:rPr>
                <w:b/>
                <w:color w:val="015A41"/>
                <w:szCs w:val="24"/>
              </w:rPr>
              <w:t>Maine Ch. 110 §</w:t>
            </w:r>
            <w:proofErr w:type="gramStart"/>
            <w:r w:rsidRPr="003F0D1D">
              <w:rPr>
                <w:b/>
                <w:color w:val="015A41"/>
                <w:szCs w:val="24"/>
              </w:rPr>
              <w:t>20.D.</w:t>
            </w:r>
            <w:proofErr w:type="gramEnd"/>
            <w:r w:rsidRPr="003F0D1D">
              <w:rPr>
                <w:b/>
                <w:color w:val="015A41"/>
                <w:szCs w:val="24"/>
              </w:rPr>
              <w:t>4</w:t>
            </w:r>
          </w:p>
        </w:tc>
        <w:tc>
          <w:tcPr>
            <w:tcW w:w="5040" w:type="dxa"/>
            <w:tcMar>
              <w:top w:w="70" w:type="dxa"/>
              <w:left w:w="70" w:type="dxa"/>
              <w:bottom w:w="70" w:type="dxa"/>
              <w:right w:w="70" w:type="dxa"/>
            </w:tcMar>
          </w:tcPr>
          <w:p w14:paraId="70148D7E" w14:textId="77777777" w:rsidR="003A168E" w:rsidRPr="003F0D1D" w:rsidRDefault="003A168E" w:rsidP="003A168E">
            <w:pPr>
              <w:rPr>
                <w:szCs w:val="24"/>
              </w:rPr>
            </w:pPr>
            <w:r w:rsidRPr="003F0D1D">
              <w:rPr>
                <w:szCs w:val="24"/>
              </w:rPr>
              <w:t>Fire alarm, emergency lights, sprinkler, extinguisher, generator record book</w:t>
            </w:r>
          </w:p>
        </w:tc>
        <w:tc>
          <w:tcPr>
            <w:tcW w:w="2621" w:type="dxa"/>
            <w:shd w:val="clear" w:color="auto" w:fill="F3F5F4"/>
            <w:tcMar>
              <w:top w:w="70" w:type="dxa"/>
              <w:left w:w="70" w:type="dxa"/>
              <w:bottom w:w="70" w:type="dxa"/>
              <w:right w:w="70" w:type="dxa"/>
            </w:tcMar>
          </w:tcPr>
          <w:p w14:paraId="5F850638" w14:textId="77777777" w:rsidR="003A168E" w:rsidRPr="003F0D1D" w:rsidRDefault="003A168E" w:rsidP="003A168E">
            <w:pPr>
              <w:rPr>
                <w:color w:val="000000"/>
                <w:szCs w:val="24"/>
              </w:rPr>
            </w:pPr>
            <w:r w:rsidRPr="003F0D1D">
              <w:rPr>
                <w:rFonts w:cs="Arial"/>
                <w:color w:val="6B7378"/>
                <w:szCs w:val="24"/>
              </w:rPr>
              <w:t>&lt;Location&gt;</w:t>
            </w:r>
          </w:p>
        </w:tc>
      </w:tr>
      <w:tr w:rsidR="003A168E" w:rsidRPr="003F0D1D" w14:paraId="11ECD01B" w14:textId="77777777" w:rsidTr="004F3C27">
        <w:trPr>
          <w:cantSplit/>
          <w:jc w:val="center"/>
        </w:trPr>
        <w:tc>
          <w:tcPr>
            <w:tcW w:w="3139" w:type="dxa"/>
            <w:shd w:val="clear" w:color="auto" w:fill="EAF3EF"/>
            <w:tcMar>
              <w:top w:w="70" w:type="dxa"/>
              <w:left w:w="70" w:type="dxa"/>
              <w:bottom w:w="70" w:type="dxa"/>
              <w:right w:w="70" w:type="dxa"/>
            </w:tcMar>
          </w:tcPr>
          <w:p w14:paraId="4A9C7931" w14:textId="77777777" w:rsidR="003A168E" w:rsidRPr="003F0D1D" w:rsidRDefault="003A168E" w:rsidP="003A168E">
            <w:pPr>
              <w:rPr>
                <w:szCs w:val="24"/>
              </w:rPr>
            </w:pPr>
            <w:r w:rsidRPr="003F0D1D">
              <w:rPr>
                <w:b/>
                <w:color w:val="015A41"/>
                <w:szCs w:val="24"/>
              </w:rPr>
              <w:t>Maine Ch. 110 §</w:t>
            </w:r>
            <w:proofErr w:type="gramStart"/>
            <w:r w:rsidRPr="003F0D1D">
              <w:rPr>
                <w:b/>
                <w:color w:val="015A41"/>
                <w:szCs w:val="24"/>
              </w:rPr>
              <w:t>20.D.</w:t>
            </w:r>
            <w:proofErr w:type="gramEnd"/>
            <w:r w:rsidRPr="003F0D1D">
              <w:rPr>
                <w:b/>
                <w:color w:val="015A41"/>
                <w:szCs w:val="24"/>
              </w:rPr>
              <w:t>3</w:t>
            </w:r>
          </w:p>
        </w:tc>
        <w:tc>
          <w:tcPr>
            <w:tcW w:w="5040" w:type="dxa"/>
            <w:tcMar>
              <w:top w:w="70" w:type="dxa"/>
              <w:left w:w="70" w:type="dxa"/>
              <w:bottom w:w="70" w:type="dxa"/>
              <w:right w:w="70" w:type="dxa"/>
            </w:tcMar>
          </w:tcPr>
          <w:p w14:paraId="6FE21E18" w14:textId="77777777" w:rsidR="003A168E" w:rsidRPr="003F0D1D" w:rsidRDefault="003A168E" w:rsidP="003A168E">
            <w:pPr>
              <w:rPr>
                <w:szCs w:val="24"/>
              </w:rPr>
            </w:pPr>
            <w:r w:rsidRPr="003F0D1D">
              <w:rPr>
                <w:szCs w:val="24"/>
              </w:rPr>
              <w:t>Smoke / fire incident reporting records, if applicable</w:t>
            </w:r>
          </w:p>
        </w:tc>
        <w:tc>
          <w:tcPr>
            <w:tcW w:w="2621" w:type="dxa"/>
            <w:shd w:val="clear" w:color="auto" w:fill="F3F5F4"/>
            <w:tcMar>
              <w:top w:w="70" w:type="dxa"/>
              <w:left w:w="70" w:type="dxa"/>
              <w:bottom w:w="70" w:type="dxa"/>
              <w:right w:w="70" w:type="dxa"/>
            </w:tcMar>
          </w:tcPr>
          <w:p w14:paraId="50A981FE" w14:textId="77777777" w:rsidR="003A168E" w:rsidRPr="003F0D1D" w:rsidRDefault="003A168E" w:rsidP="003A168E">
            <w:pPr>
              <w:rPr>
                <w:color w:val="000000"/>
                <w:szCs w:val="24"/>
              </w:rPr>
            </w:pPr>
            <w:r w:rsidRPr="003F0D1D">
              <w:rPr>
                <w:rFonts w:cs="Arial"/>
                <w:color w:val="6B7378"/>
                <w:szCs w:val="24"/>
              </w:rPr>
              <w:t>&lt;Secured location&gt;</w:t>
            </w:r>
          </w:p>
        </w:tc>
      </w:tr>
      <w:tr w:rsidR="003A168E" w:rsidRPr="003F0D1D" w14:paraId="4C447CA7" w14:textId="77777777" w:rsidTr="004F3C27">
        <w:trPr>
          <w:cantSplit/>
          <w:jc w:val="center"/>
        </w:trPr>
        <w:tc>
          <w:tcPr>
            <w:tcW w:w="3139" w:type="dxa"/>
            <w:shd w:val="clear" w:color="auto" w:fill="F7FAF8"/>
            <w:tcMar>
              <w:top w:w="70" w:type="dxa"/>
              <w:left w:w="70" w:type="dxa"/>
              <w:bottom w:w="70" w:type="dxa"/>
              <w:right w:w="70" w:type="dxa"/>
            </w:tcMar>
          </w:tcPr>
          <w:p w14:paraId="44F865B0" w14:textId="77777777" w:rsidR="003A168E" w:rsidRPr="003F0D1D" w:rsidRDefault="003A168E" w:rsidP="003A168E">
            <w:pPr>
              <w:rPr>
                <w:szCs w:val="24"/>
              </w:rPr>
            </w:pPr>
            <w:r w:rsidRPr="003F0D1D">
              <w:rPr>
                <w:b/>
                <w:color w:val="015A41"/>
                <w:szCs w:val="24"/>
              </w:rPr>
              <w:t>Maine FMO / local AHJ</w:t>
            </w:r>
          </w:p>
        </w:tc>
        <w:tc>
          <w:tcPr>
            <w:tcW w:w="5040" w:type="dxa"/>
            <w:tcMar>
              <w:top w:w="70" w:type="dxa"/>
              <w:left w:w="70" w:type="dxa"/>
              <w:bottom w:w="70" w:type="dxa"/>
              <w:right w:w="70" w:type="dxa"/>
            </w:tcMar>
          </w:tcPr>
          <w:p w14:paraId="0861EE87" w14:textId="77777777" w:rsidR="003A168E" w:rsidRPr="003F0D1D" w:rsidRDefault="003A168E" w:rsidP="003A168E">
            <w:pPr>
              <w:rPr>
                <w:szCs w:val="24"/>
              </w:rPr>
            </w:pPr>
            <w:r w:rsidRPr="003F0D1D">
              <w:rPr>
                <w:szCs w:val="24"/>
              </w:rPr>
              <w:t>Inspection reports / deficiencies / corrective actions</w:t>
            </w:r>
          </w:p>
        </w:tc>
        <w:tc>
          <w:tcPr>
            <w:tcW w:w="2621" w:type="dxa"/>
            <w:shd w:val="clear" w:color="auto" w:fill="F3F5F4"/>
            <w:tcMar>
              <w:top w:w="70" w:type="dxa"/>
              <w:left w:w="70" w:type="dxa"/>
              <w:bottom w:w="70" w:type="dxa"/>
              <w:right w:w="70" w:type="dxa"/>
            </w:tcMar>
          </w:tcPr>
          <w:p w14:paraId="30085F80" w14:textId="77777777" w:rsidR="003A168E" w:rsidRPr="003F0D1D" w:rsidRDefault="003A168E" w:rsidP="003A168E">
            <w:pPr>
              <w:rPr>
                <w:color w:val="000000"/>
                <w:szCs w:val="24"/>
              </w:rPr>
            </w:pPr>
            <w:r w:rsidRPr="003F0D1D">
              <w:rPr>
                <w:rFonts w:cs="Arial"/>
                <w:color w:val="6B7378"/>
                <w:szCs w:val="24"/>
              </w:rPr>
              <w:t>&lt;Location&gt;</w:t>
            </w:r>
          </w:p>
        </w:tc>
      </w:tr>
    </w:tbl>
    <w:p w14:paraId="5920A6FA" w14:textId="77777777" w:rsidR="00686453" w:rsidRDefault="00D95FB4">
      <w:r>
        <w:br w:type="page"/>
      </w:r>
    </w:p>
    <w:p w14:paraId="54B298AA" w14:textId="77777777" w:rsidR="00686453" w:rsidRDefault="00D95FB4">
      <w:pPr>
        <w:pStyle w:val="Heading1"/>
        <w:pBdr>
          <w:bottom w:val="single" w:sz="14" w:space="5" w:color="E63B07"/>
        </w:pBdr>
        <w:spacing w:before="140" w:after="140"/>
      </w:pPr>
      <w:r>
        <w:rPr>
          <w:rFonts w:ascii="Arial" w:eastAsia="Arial" w:hAnsi="Arial"/>
        </w:rPr>
        <w:lastRenderedPageBreak/>
        <w:t>ATTACHMENT O - INCIDENT MANAGEMENT FORMS</w:t>
      </w:r>
    </w:p>
    <w:tbl>
      <w:tblPr>
        <w:tblW w:w="0" w:type="auto"/>
        <w:jc w:val="center"/>
        <w:tblBorders>
          <w:top w:val="single" w:sz="5" w:space="0" w:color="C8CCCA"/>
          <w:left w:val="single" w:sz="5" w:space="0" w:color="C8CCCA"/>
          <w:bottom w:val="single" w:sz="5" w:space="0" w:color="C8CCCA"/>
          <w:right w:val="single" w:sz="5" w:space="0" w:color="C8CCCA"/>
          <w:insideH w:val="single" w:sz="5" w:space="0" w:color="C8CCCA"/>
          <w:insideV w:val="single" w:sz="5" w:space="0" w:color="C8CCCA"/>
        </w:tblBorders>
        <w:tblLook w:val="04A0" w:firstRow="1" w:lastRow="0" w:firstColumn="1" w:lastColumn="0" w:noHBand="0" w:noVBand="1"/>
      </w:tblPr>
      <w:tblGrid>
        <w:gridCol w:w="10282"/>
      </w:tblGrid>
      <w:tr w:rsidR="00686453" w14:paraId="6C4BCD4F" w14:textId="77777777">
        <w:trPr>
          <w:jc w:val="center"/>
        </w:trPr>
        <w:tc>
          <w:tcPr>
            <w:tcW w:w="10282" w:type="dxa"/>
            <w:shd w:val="clear" w:color="auto" w:fill="F3F5F4"/>
            <w:tcMar>
              <w:top w:w="100" w:type="dxa"/>
              <w:left w:w="130" w:type="dxa"/>
              <w:bottom w:w="100" w:type="dxa"/>
              <w:right w:w="130" w:type="dxa"/>
            </w:tcMar>
          </w:tcPr>
          <w:p w14:paraId="62979569" w14:textId="51220DD3" w:rsidR="00686453" w:rsidRPr="004E1E86" w:rsidRDefault="00D95FB4">
            <w:pPr>
              <w:spacing w:after="0"/>
              <w:rPr>
                <w:sz w:val="20"/>
                <w:szCs w:val="20"/>
              </w:rPr>
            </w:pPr>
            <w:r w:rsidRPr="004E1E86">
              <w:rPr>
                <w:b/>
                <w:color w:val="66706B"/>
                <w:sz w:val="20"/>
                <w:szCs w:val="20"/>
              </w:rPr>
              <w:t xml:space="preserve">OPTIONAL FORM SET </w:t>
            </w:r>
            <w:r w:rsidRPr="004E1E86">
              <w:rPr>
                <w:sz w:val="20"/>
                <w:szCs w:val="20"/>
              </w:rPr>
              <w:t>CMS does not require HICS or a particular incident command form set. Facilities may use HICS, ICS, organizational forms, or other tools that support their adopted incident management process.</w:t>
            </w:r>
          </w:p>
        </w:tc>
      </w:tr>
    </w:tbl>
    <w:p w14:paraId="33104CAE" w14:textId="77777777" w:rsidR="00686453" w:rsidRDefault="00686453">
      <w:pPr>
        <w:spacing w:after="0"/>
      </w:pP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3427"/>
        <w:gridCol w:w="3427"/>
        <w:gridCol w:w="3744"/>
      </w:tblGrid>
      <w:tr w:rsidR="00686453" w:rsidRPr="004E1E86" w14:paraId="5C274E6B" w14:textId="77777777">
        <w:trPr>
          <w:tblHeader/>
          <w:jc w:val="center"/>
        </w:trPr>
        <w:tc>
          <w:tcPr>
            <w:tcW w:w="3024" w:type="dxa"/>
            <w:shd w:val="clear" w:color="auto" w:fill="015A41"/>
            <w:tcMar>
              <w:top w:w="70" w:type="dxa"/>
              <w:left w:w="70" w:type="dxa"/>
              <w:bottom w:w="70" w:type="dxa"/>
              <w:right w:w="70" w:type="dxa"/>
            </w:tcMar>
          </w:tcPr>
          <w:p w14:paraId="135A8827" w14:textId="77777777" w:rsidR="00686453" w:rsidRPr="004E1E86" w:rsidRDefault="00D95FB4">
            <w:pPr>
              <w:rPr>
                <w:szCs w:val="24"/>
              </w:rPr>
            </w:pPr>
            <w:r w:rsidRPr="004E1E86">
              <w:rPr>
                <w:b/>
                <w:color w:val="FFFFFF"/>
                <w:szCs w:val="24"/>
              </w:rPr>
              <w:t>Operational Need</w:t>
            </w:r>
          </w:p>
        </w:tc>
        <w:tc>
          <w:tcPr>
            <w:tcW w:w="3168" w:type="dxa"/>
            <w:shd w:val="clear" w:color="auto" w:fill="015A41"/>
            <w:tcMar>
              <w:top w:w="70" w:type="dxa"/>
              <w:left w:w="70" w:type="dxa"/>
              <w:bottom w:w="70" w:type="dxa"/>
              <w:right w:w="70" w:type="dxa"/>
            </w:tcMar>
          </w:tcPr>
          <w:p w14:paraId="13260AF3" w14:textId="77777777" w:rsidR="00686453" w:rsidRPr="004E1E86" w:rsidRDefault="00D95FB4">
            <w:pPr>
              <w:rPr>
                <w:szCs w:val="24"/>
              </w:rPr>
            </w:pPr>
            <w:r w:rsidRPr="004E1E86">
              <w:rPr>
                <w:b/>
                <w:color w:val="FFFFFF"/>
                <w:szCs w:val="24"/>
              </w:rPr>
              <w:t>Facility Form</w:t>
            </w:r>
          </w:p>
        </w:tc>
        <w:tc>
          <w:tcPr>
            <w:tcW w:w="3744" w:type="dxa"/>
            <w:shd w:val="clear" w:color="auto" w:fill="015A41"/>
            <w:tcMar>
              <w:top w:w="70" w:type="dxa"/>
              <w:left w:w="70" w:type="dxa"/>
              <w:bottom w:w="70" w:type="dxa"/>
              <w:right w:w="70" w:type="dxa"/>
            </w:tcMar>
          </w:tcPr>
          <w:p w14:paraId="357ECA65" w14:textId="77777777" w:rsidR="00686453" w:rsidRPr="004E1E86" w:rsidRDefault="00D95FB4">
            <w:pPr>
              <w:rPr>
                <w:szCs w:val="24"/>
              </w:rPr>
            </w:pPr>
            <w:r w:rsidRPr="004E1E86">
              <w:rPr>
                <w:b/>
                <w:color w:val="FFFFFF"/>
                <w:szCs w:val="24"/>
              </w:rPr>
              <w:t>Blank Form / Location</w:t>
            </w:r>
          </w:p>
        </w:tc>
      </w:tr>
      <w:tr w:rsidR="00686453" w:rsidRPr="004E1E86" w14:paraId="77721322" w14:textId="77777777">
        <w:trPr>
          <w:cantSplit/>
          <w:jc w:val="center"/>
        </w:trPr>
        <w:tc>
          <w:tcPr>
            <w:tcW w:w="3427" w:type="dxa"/>
            <w:shd w:val="clear" w:color="auto" w:fill="EAF3EF"/>
            <w:tcMar>
              <w:top w:w="70" w:type="dxa"/>
              <w:left w:w="70" w:type="dxa"/>
              <w:bottom w:w="70" w:type="dxa"/>
              <w:right w:w="70" w:type="dxa"/>
            </w:tcMar>
          </w:tcPr>
          <w:p w14:paraId="6AF854E1" w14:textId="77777777" w:rsidR="00686453" w:rsidRPr="004E1E86" w:rsidRDefault="00D95FB4">
            <w:pPr>
              <w:rPr>
                <w:szCs w:val="24"/>
              </w:rPr>
            </w:pPr>
            <w:r w:rsidRPr="004E1E86">
              <w:rPr>
                <w:b/>
                <w:color w:val="015A41"/>
                <w:szCs w:val="24"/>
              </w:rPr>
              <w:t>Incident briefing / situation status</w:t>
            </w:r>
          </w:p>
        </w:tc>
        <w:tc>
          <w:tcPr>
            <w:tcW w:w="3427" w:type="dxa"/>
            <w:tcMar>
              <w:top w:w="70" w:type="dxa"/>
              <w:left w:w="70" w:type="dxa"/>
              <w:bottom w:w="70" w:type="dxa"/>
              <w:right w:w="70" w:type="dxa"/>
            </w:tcMar>
          </w:tcPr>
          <w:p w14:paraId="53DD3F29" w14:textId="77777777" w:rsidR="00686453" w:rsidRPr="004E1E86" w:rsidRDefault="00D95FB4">
            <w:pPr>
              <w:rPr>
                <w:szCs w:val="24"/>
              </w:rPr>
            </w:pPr>
            <w:r w:rsidRPr="004E1E86">
              <w:rPr>
                <w:szCs w:val="24"/>
              </w:rPr>
              <w:t>&lt;Form name / number&gt;</w:t>
            </w:r>
          </w:p>
        </w:tc>
        <w:tc>
          <w:tcPr>
            <w:tcW w:w="3427" w:type="dxa"/>
            <w:shd w:val="clear" w:color="auto" w:fill="F3F5F4"/>
            <w:tcMar>
              <w:top w:w="70" w:type="dxa"/>
              <w:left w:w="70" w:type="dxa"/>
              <w:bottom w:w="70" w:type="dxa"/>
              <w:right w:w="70" w:type="dxa"/>
            </w:tcMar>
          </w:tcPr>
          <w:p w14:paraId="69CCF8CF" w14:textId="77777777" w:rsidR="00686453" w:rsidRPr="004E1E86" w:rsidRDefault="00D95FB4">
            <w:pPr>
              <w:rPr>
                <w:szCs w:val="24"/>
              </w:rPr>
            </w:pPr>
            <w:r w:rsidRPr="004E1E86">
              <w:rPr>
                <w:i/>
                <w:color w:val="66706B"/>
                <w:szCs w:val="24"/>
              </w:rPr>
              <w:t>&lt;Attach blank form / location&gt;</w:t>
            </w:r>
          </w:p>
        </w:tc>
      </w:tr>
      <w:tr w:rsidR="00686453" w:rsidRPr="004E1E86" w14:paraId="78E8C8FE" w14:textId="77777777">
        <w:trPr>
          <w:cantSplit/>
          <w:jc w:val="center"/>
        </w:trPr>
        <w:tc>
          <w:tcPr>
            <w:tcW w:w="3427" w:type="dxa"/>
            <w:shd w:val="clear" w:color="auto" w:fill="F7FAF8"/>
            <w:tcMar>
              <w:top w:w="70" w:type="dxa"/>
              <w:left w:w="70" w:type="dxa"/>
              <w:bottom w:w="70" w:type="dxa"/>
              <w:right w:w="70" w:type="dxa"/>
            </w:tcMar>
          </w:tcPr>
          <w:p w14:paraId="6E54FBCE" w14:textId="77777777" w:rsidR="00686453" w:rsidRPr="004E1E86" w:rsidRDefault="00D95FB4">
            <w:pPr>
              <w:rPr>
                <w:szCs w:val="24"/>
              </w:rPr>
            </w:pPr>
            <w:r w:rsidRPr="004E1E86">
              <w:rPr>
                <w:b/>
                <w:color w:val="015A41"/>
                <w:szCs w:val="24"/>
              </w:rPr>
              <w:t>Organization assignment / command structure</w:t>
            </w:r>
          </w:p>
        </w:tc>
        <w:tc>
          <w:tcPr>
            <w:tcW w:w="3427" w:type="dxa"/>
            <w:tcMar>
              <w:top w:w="70" w:type="dxa"/>
              <w:left w:w="70" w:type="dxa"/>
              <w:bottom w:w="70" w:type="dxa"/>
              <w:right w:w="70" w:type="dxa"/>
            </w:tcMar>
          </w:tcPr>
          <w:p w14:paraId="4D4D02CC" w14:textId="77777777" w:rsidR="00686453" w:rsidRPr="004E1E86" w:rsidRDefault="00D95FB4">
            <w:pPr>
              <w:rPr>
                <w:szCs w:val="24"/>
              </w:rPr>
            </w:pPr>
            <w:r w:rsidRPr="004E1E86">
              <w:rPr>
                <w:szCs w:val="24"/>
              </w:rPr>
              <w:t>&lt;Form name / number&gt;</w:t>
            </w:r>
          </w:p>
        </w:tc>
        <w:tc>
          <w:tcPr>
            <w:tcW w:w="3427" w:type="dxa"/>
            <w:shd w:val="clear" w:color="auto" w:fill="F3F5F4"/>
            <w:tcMar>
              <w:top w:w="70" w:type="dxa"/>
              <w:left w:w="70" w:type="dxa"/>
              <w:bottom w:w="70" w:type="dxa"/>
              <w:right w:w="70" w:type="dxa"/>
            </w:tcMar>
          </w:tcPr>
          <w:p w14:paraId="1E713AC8" w14:textId="77777777" w:rsidR="00686453" w:rsidRPr="004E1E86" w:rsidRDefault="00D95FB4">
            <w:pPr>
              <w:rPr>
                <w:szCs w:val="24"/>
              </w:rPr>
            </w:pPr>
            <w:r w:rsidRPr="004E1E86">
              <w:rPr>
                <w:i/>
                <w:color w:val="66706B"/>
                <w:szCs w:val="24"/>
              </w:rPr>
              <w:t>&lt;Location&gt;</w:t>
            </w:r>
          </w:p>
        </w:tc>
      </w:tr>
      <w:tr w:rsidR="00686453" w:rsidRPr="004E1E86" w14:paraId="2F779CDA" w14:textId="77777777">
        <w:trPr>
          <w:cantSplit/>
          <w:jc w:val="center"/>
        </w:trPr>
        <w:tc>
          <w:tcPr>
            <w:tcW w:w="3427" w:type="dxa"/>
            <w:shd w:val="clear" w:color="auto" w:fill="EAF3EF"/>
            <w:tcMar>
              <w:top w:w="70" w:type="dxa"/>
              <w:left w:w="70" w:type="dxa"/>
              <w:bottom w:w="70" w:type="dxa"/>
              <w:right w:w="70" w:type="dxa"/>
            </w:tcMar>
          </w:tcPr>
          <w:p w14:paraId="1573BD46" w14:textId="77777777" w:rsidR="00686453" w:rsidRPr="004E1E86" w:rsidRDefault="00D95FB4">
            <w:pPr>
              <w:rPr>
                <w:szCs w:val="24"/>
              </w:rPr>
            </w:pPr>
            <w:r w:rsidRPr="004E1E86">
              <w:rPr>
                <w:b/>
                <w:color w:val="015A41"/>
                <w:szCs w:val="24"/>
              </w:rPr>
              <w:t>Activity / decision log</w:t>
            </w:r>
          </w:p>
        </w:tc>
        <w:tc>
          <w:tcPr>
            <w:tcW w:w="3427" w:type="dxa"/>
            <w:tcMar>
              <w:top w:w="70" w:type="dxa"/>
              <w:left w:w="70" w:type="dxa"/>
              <w:bottom w:w="70" w:type="dxa"/>
              <w:right w:w="70" w:type="dxa"/>
            </w:tcMar>
          </w:tcPr>
          <w:p w14:paraId="1430E9CB" w14:textId="77777777" w:rsidR="00686453" w:rsidRPr="004E1E86" w:rsidRDefault="00D95FB4">
            <w:pPr>
              <w:rPr>
                <w:szCs w:val="24"/>
              </w:rPr>
            </w:pPr>
            <w:r w:rsidRPr="004E1E86">
              <w:rPr>
                <w:szCs w:val="24"/>
              </w:rPr>
              <w:t>&lt;Form name / number&gt;</w:t>
            </w:r>
          </w:p>
        </w:tc>
        <w:tc>
          <w:tcPr>
            <w:tcW w:w="3427" w:type="dxa"/>
            <w:shd w:val="clear" w:color="auto" w:fill="F3F5F4"/>
            <w:tcMar>
              <w:top w:w="70" w:type="dxa"/>
              <w:left w:w="70" w:type="dxa"/>
              <w:bottom w:w="70" w:type="dxa"/>
              <w:right w:w="70" w:type="dxa"/>
            </w:tcMar>
          </w:tcPr>
          <w:p w14:paraId="3385CF89" w14:textId="77777777" w:rsidR="00686453" w:rsidRPr="004E1E86" w:rsidRDefault="00D95FB4">
            <w:pPr>
              <w:rPr>
                <w:szCs w:val="24"/>
              </w:rPr>
            </w:pPr>
            <w:r w:rsidRPr="004E1E86">
              <w:rPr>
                <w:i/>
                <w:color w:val="66706B"/>
                <w:szCs w:val="24"/>
              </w:rPr>
              <w:t>&lt;Location&gt;</w:t>
            </w:r>
          </w:p>
        </w:tc>
      </w:tr>
      <w:tr w:rsidR="00686453" w:rsidRPr="004E1E86" w14:paraId="585BF0A5" w14:textId="77777777">
        <w:trPr>
          <w:cantSplit/>
          <w:jc w:val="center"/>
        </w:trPr>
        <w:tc>
          <w:tcPr>
            <w:tcW w:w="3427" w:type="dxa"/>
            <w:shd w:val="clear" w:color="auto" w:fill="F7FAF8"/>
            <w:tcMar>
              <w:top w:w="70" w:type="dxa"/>
              <w:left w:w="70" w:type="dxa"/>
              <w:bottom w:w="70" w:type="dxa"/>
              <w:right w:w="70" w:type="dxa"/>
            </w:tcMar>
          </w:tcPr>
          <w:p w14:paraId="1AC9281F" w14:textId="77777777" w:rsidR="00686453" w:rsidRPr="004E1E86" w:rsidRDefault="00D95FB4">
            <w:pPr>
              <w:rPr>
                <w:szCs w:val="24"/>
              </w:rPr>
            </w:pPr>
            <w:r w:rsidRPr="004E1E86">
              <w:rPr>
                <w:b/>
                <w:color w:val="015A41"/>
                <w:szCs w:val="24"/>
              </w:rPr>
              <w:t>Resource request / accounting</w:t>
            </w:r>
          </w:p>
        </w:tc>
        <w:tc>
          <w:tcPr>
            <w:tcW w:w="3427" w:type="dxa"/>
            <w:tcMar>
              <w:top w:w="70" w:type="dxa"/>
              <w:left w:w="70" w:type="dxa"/>
              <w:bottom w:w="70" w:type="dxa"/>
              <w:right w:w="70" w:type="dxa"/>
            </w:tcMar>
          </w:tcPr>
          <w:p w14:paraId="3214E755" w14:textId="77777777" w:rsidR="00686453" w:rsidRPr="004E1E86" w:rsidRDefault="00D95FB4">
            <w:pPr>
              <w:rPr>
                <w:szCs w:val="24"/>
              </w:rPr>
            </w:pPr>
            <w:r w:rsidRPr="004E1E86">
              <w:rPr>
                <w:szCs w:val="24"/>
              </w:rPr>
              <w:t>&lt;Form name / number&gt;</w:t>
            </w:r>
          </w:p>
        </w:tc>
        <w:tc>
          <w:tcPr>
            <w:tcW w:w="3427" w:type="dxa"/>
            <w:shd w:val="clear" w:color="auto" w:fill="F3F5F4"/>
            <w:tcMar>
              <w:top w:w="70" w:type="dxa"/>
              <w:left w:w="70" w:type="dxa"/>
              <w:bottom w:w="70" w:type="dxa"/>
              <w:right w:w="70" w:type="dxa"/>
            </w:tcMar>
          </w:tcPr>
          <w:p w14:paraId="66FB78F3" w14:textId="77777777" w:rsidR="00686453" w:rsidRPr="004E1E86" w:rsidRDefault="00D95FB4">
            <w:pPr>
              <w:rPr>
                <w:szCs w:val="24"/>
              </w:rPr>
            </w:pPr>
            <w:r w:rsidRPr="004E1E86">
              <w:rPr>
                <w:i/>
                <w:color w:val="66706B"/>
                <w:szCs w:val="24"/>
              </w:rPr>
              <w:t>&lt;Location&gt;</w:t>
            </w:r>
          </w:p>
        </w:tc>
      </w:tr>
      <w:tr w:rsidR="00686453" w:rsidRPr="004E1E86" w14:paraId="33C9984C" w14:textId="77777777">
        <w:trPr>
          <w:cantSplit/>
          <w:jc w:val="center"/>
        </w:trPr>
        <w:tc>
          <w:tcPr>
            <w:tcW w:w="3427" w:type="dxa"/>
            <w:shd w:val="clear" w:color="auto" w:fill="EAF3EF"/>
            <w:tcMar>
              <w:top w:w="70" w:type="dxa"/>
              <w:left w:w="70" w:type="dxa"/>
              <w:bottom w:w="70" w:type="dxa"/>
              <w:right w:w="70" w:type="dxa"/>
            </w:tcMar>
          </w:tcPr>
          <w:p w14:paraId="5A2BD922" w14:textId="77777777" w:rsidR="00686453" w:rsidRPr="004E1E86" w:rsidRDefault="00D95FB4">
            <w:pPr>
              <w:rPr>
                <w:szCs w:val="24"/>
              </w:rPr>
            </w:pPr>
            <w:r w:rsidRPr="004E1E86">
              <w:rPr>
                <w:b/>
                <w:color w:val="015A41"/>
                <w:szCs w:val="24"/>
              </w:rPr>
              <w:t>Resident evacuation tracking</w:t>
            </w:r>
          </w:p>
        </w:tc>
        <w:tc>
          <w:tcPr>
            <w:tcW w:w="3427" w:type="dxa"/>
            <w:tcMar>
              <w:top w:w="70" w:type="dxa"/>
              <w:left w:w="70" w:type="dxa"/>
              <w:bottom w:w="70" w:type="dxa"/>
              <w:right w:w="70" w:type="dxa"/>
            </w:tcMar>
          </w:tcPr>
          <w:p w14:paraId="5F35DC78" w14:textId="77777777" w:rsidR="00686453" w:rsidRPr="004E1E86" w:rsidRDefault="00D95FB4">
            <w:pPr>
              <w:rPr>
                <w:szCs w:val="24"/>
              </w:rPr>
            </w:pPr>
            <w:r w:rsidRPr="004E1E86">
              <w:rPr>
                <w:szCs w:val="24"/>
              </w:rPr>
              <w:t>&lt;Form name / number&gt;</w:t>
            </w:r>
          </w:p>
        </w:tc>
        <w:tc>
          <w:tcPr>
            <w:tcW w:w="3427" w:type="dxa"/>
            <w:shd w:val="clear" w:color="auto" w:fill="F3F5F4"/>
            <w:tcMar>
              <w:top w:w="70" w:type="dxa"/>
              <w:left w:w="70" w:type="dxa"/>
              <w:bottom w:w="70" w:type="dxa"/>
              <w:right w:w="70" w:type="dxa"/>
            </w:tcMar>
          </w:tcPr>
          <w:p w14:paraId="3057CFBF" w14:textId="77777777" w:rsidR="00686453" w:rsidRPr="004E1E86" w:rsidRDefault="00D95FB4">
            <w:pPr>
              <w:rPr>
                <w:szCs w:val="24"/>
              </w:rPr>
            </w:pPr>
            <w:r w:rsidRPr="004E1E86">
              <w:rPr>
                <w:i/>
                <w:color w:val="66706B"/>
                <w:szCs w:val="24"/>
              </w:rPr>
              <w:t>&lt;Location&gt;</w:t>
            </w:r>
          </w:p>
        </w:tc>
      </w:tr>
      <w:tr w:rsidR="00686453" w:rsidRPr="004E1E86" w14:paraId="3D65780C" w14:textId="77777777">
        <w:trPr>
          <w:cantSplit/>
          <w:jc w:val="center"/>
        </w:trPr>
        <w:tc>
          <w:tcPr>
            <w:tcW w:w="3427" w:type="dxa"/>
            <w:shd w:val="clear" w:color="auto" w:fill="F7FAF8"/>
            <w:tcMar>
              <w:top w:w="70" w:type="dxa"/>
              <w:left w:w="70" w:type="dxa"/>
              <w:bottom w:w="70" w:type="dxa"/>
              <w:right w:w="70" w:type="dxa"/>
            </w:tcMar>
          </w:tcPr>
          <w:p w14:paraId="57E46124" w14:textId="77777777" w:rsidR="00686453" w:rsidRPr="004E1E86" w:rsidRDefault="00D95FB4">
            <w:pPr>
              <w:rPr>
                <w:szCs w:val="24"/>
              </w:rPr>
            </w:pPr>
            <w:r w:rsidRPr="004E1E86">
              <w:rPr>
                <w:b/>
                <w:color w:val="015A41"/>
                <w:szCs w:val="24"/>
              </w:rPr>
              <w:t>Communications log</w:t>
            </w:r>
          </w:p>
        </w:tc>
        <w:tc>
          <w:tcPr>
            <w:tcW w:w="3427" w:type="dxa"/>
            <w:tcMar>
              <w:top w:w="70" w:type="dxa"/>
              <w:left w:w="70" w:type="dxa"/>
              <w:bottom w:w="70" w:type="dxa"/>
              <w:right w:w="70" w:type="dxa"/>
            </w:tcMar>
          </w:tcPr>
          <w:p w14:paraId="6F6F917E" w14:textId="77777777" w:rsidR="00686453" w:rsidRPr="004E1E86" w:rsidRDefault="00D95FB4">
            <w:pPr>
              <w:rPr>
                <w:szCs w:val="24"/>
              </w:rPr>
            </w:pPr>
            <w:r w:rsidRPr="004E1E86">
              <w:rPr>
                <w:szCs w:val="24"/>
              </w:rPr>
              <w:t>&lt;Form name / number&gt;</w:t>
            </w:r>
          </w:p>
        </w:tc>
        <w:tc>
          <w:tcPr>
            <w:tcW w:w="3427" w:type="dxa"/>
            <w:shd w:val="clear" w:color="auto" w:fill="F3F5F4"/>
            <w:tcMar>
              <w:top w:w="70" w:type="dxa"/>
              <w:left w:w="70" w:type="dxa"/>
              <w:bottom w:w="70" w:type="dxa"/>
              <w:right w:w="70" w:type="dxa"/>
            </w:tcMar>
          </w:tcPr>
          <w:p w14:paraId="262D92CD" w14:textId="77777777" w:rsidR="00686453" w:rsidRPr="004E1E86" w:rsidRDefault="00D95FB4">
            <w:pPr>
              <w:rPr>
                <w:szCs w:val="24"/>
              </w:rPr>
            </w:pPr>
            <w:r w:rsidRPr="004E1E86">
              <w:rPr>
                <w:i/>
                <w:color w:val="66706B"/>
                <w:szCs w:val="24"/>
              </w:rPr>
              <w:t>&lt;Location&gt;</w:t>
            </w:r>
          </w:p>
        </w:tc>
      </w:tr>
      <w:tr w:rsidR="00686453" w:rsidRPr="004E1E86" w14:paraId="4C18CD49" w14:textId="77777777">
        <w:trPr>
          <w:cantSplit/>
          <w:jc w:val="center"/>
        </w:trPr>
        <w:tc>
          <w:tcPr>
            <w:tcW w:w="3427" w:type="dxa"/>
            <w:shd w:val="clear" w:color="auto" w:fill="EAF3EF"/>
            <w:tcMar>
              <w:top w:w="70" w:type="dxa"/>
              <w:left w:w="70" w:type="dxa"/>
              <w:bottom w:w="70" w:type="dxa"/>
              <w:right w:w="70" w:type="dxa"/>
            </w:tcMar>
          </w:tcPr>
          <w:p w14:paraId="78BB3953" w14:textId="77777777" w:rsidR="00686453" w:rsidRPr="004E1E86" w:rsidRDefault="00D95FB4">
            <w:pPr>
              <w:rPr>
                <w:szCs w:val="24"/>
              </w:rPr>
            </w:pPr>
            <w:r w:rsidRPr="004E1E86">
              <w:rPr>
                <w:b/>
                <w:color w:val="015A41"/>
                <w:szCs w:val="24"/>
              </w:rPr>
              <w:t>Staff accountability</w:t>
            </w:r>
          </w:p>
        </w:tc>
        <w:tc>
          <w:tcPr>
            <w:tcW w:w="3427" w:type="dxa"/>
            <w:tcMar>
              <w:top w:w="70" w:type="dxa"/>
              <w:left w:w="70" w:type="dxa"/>
              <w:bottom w:w="70" w:type="dxa"/>
              <w:right w:w="70" w:type="dxa"/>
            </w:tcMar>
          </w:tcPr>
          <w:p w14:paraId="4193249B" w14:textId="77777777" w:rsidR="00686453" w:rsidRPr="004E1E86" w:rsidRDefault="00D95FB4">
            <w:pPr>
              <w:rPr>
                <w:szCs w:val="24"/>
              </w:rPr>
            </w:pPr>
            <w:r w:rsidRPr="004E1E86">
              <w:rPr>
                <w:szCs w:val="24"/>
              </w:rPr>
              <w:t>&lt;Form name / number&gt;</w:t>
            </w:r>
          </w:p>
        </w:tc>
        <w:tc>
          <w:tcPr>
            <w:tcW w:w="3427" w:type="dxa"/>
            <w:shd w:val="clear" w:color="auto" w:fill="F3F5F4"/>
            <w:tcMar>
              <w:top w:w="70" w:type="dxa"/>
              <w:left w:w="70" w:type="dxa"/>
              <w:bottom w:w="70" w:type="dxa"/>
              <w:right w:w="70" w:type="dxa"/>
            </w:tcMar>
          </w:tcPr>
          <w:p w14:paraId="44F02719" w14:textId="77777777" w:rsidR="00686453" w:rsidRPr="004E1E86" w:rsidRDefault="00D95FB4">
            <w:pPr>
              <w:rPr>
                <w:szCs w:val="24"/>
              </w:rPr>
            </w:pPr>
            <w:r w:rsidRPr="004E1E86">
              <w:rPr>
                <w:i/>
                <w:color w:val="66706B"/>
                <w:szCs w:val="24"/>
              </w:rPr>
              <w:t>&lt;Location&gt;</w:t>
            </w:r>
          </w:p>
        </w:tc>
      </w:tr>
    </w:tbl>
    <w:p w14:paraId="6E88563D" w14:textId="77777777" w:rsidR="00686453" w:rsidRDefault="00686453">
      <w:pPr>
        <w:spacing w:after="0"/>
      </w:pPr>
    </w:p>
    <w:p w14:paraId="7F615180" w14:textId="77777777" w:rsidR="00686453" w:rsidRDefault="00D95FB4">
      <w:r>
        <w:br w:type="page"/>
      </w:r>
    </w:p>
    <w:p w14:paraId="538098B4" w14:textId="77777777" w:rsidR="00686453" w:rsidRDefault="00D95FB4">
      <w:pPr>
        <w:pStyle w:val="Heading1"/>
        <w:pBdr>
          <w:bottom w:val="single" w:sz="14" w:space="5" w:color="E63B07"/>
        </w:pBdr>
        <w:spacing w:before="140" w:after="140"/>
      </w:pPr>
      <w:r>
        <w:rPr>
          <w:rFonts w:ascii="Arial" w:eastAsia="Arial" w:hAnsi="Arial"/>
        </w:rPr>
        <w:lastRenderedPageBreak/>
        <w:t>ATTACHMENT P - RECOVERY / AAR / IMPROVEMENT DOCUMENTATION</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4D110572" w14:textId="77777777">
        <w:trPr>
          <w:jc w:val="center"/>
        </w:trPr>
        <w:tc>
          <w:tcPr>
            <w:tcW w:w="10282" w:type="dxa"/>
            <w:shd w:val="clear" w:color="auto" w:fill="EAF3EF"/>
            <w:tcMar>
              <w:top w:w="100" w:type="dxa"/>
              <w:left w:w="130" w:type="dxa"/>
              <w:bottom w:w="100" w:type="dxa"/>
              <w:right w:w="130" w:type="dxa"/>
            </w:tcMar>
          </w:tcPr>
          <w:p w14:paraId="076F1F50" w14:textId="77777777" w:rsidR="00686453" w:rsidRPr="004E1E86" w:rsidRDefault="00D95FB4">
            <w:pPr>
              <w:spacing w:after="0"/>
              <w:rPr>
                <w:sz w:val="20"/>
                <w:szCs w:val="20"/>
              </w:rPr>
            </w:pPr>
            <w:r w:rsidRPr="004E1E86">
              <w:rPr>
                <w:b/>
                <w:color w:val="015A41"/>
                <w:sz w:val="20"/>
                <w:szCs w:val="20"/>
              </w:rPr>
              <w:t xml:space="preserve">CMS </w:t>
            </w:r>
            <w:proofErr w:type="gramStart"/>
            <w:r w:rsidRPr="004E1E86">
              <w:rPr>
                <w:b/>
                <w:color w:val="015A41"/>
                <w:sz w:val="20"/>
                <w:szCs w:val="20"/>
              </w:rPr>
              <w:t xml:space="preserve">DOCUMENTATION  </w:t>
            </w:r>
            <w:r w:rsidRPr="004E1E86">
              <w:rPr>
                <w:sz w:val="20"/>
                <w:szCs w:val="20"/>
              </w:rPr>
              <w:t>Analyze</w:t>
            </w:r>
            <w:proofErr w:type="gramEnd"/>
            <w:r w:rsidRPr="004E1E86">
              <w:rPr>
                <w:sz w:val="20"/>
                <w:szCs w:val="20"/>
              </w:rPr>
              <w:t xml:space="preserve"> and document exercises and emergency events and revise the emergency plan when needed. Maintain improvement documentation sufficient to show how identified gaps are addressed.</w:t>
            </w:r>
          </w:p>
        </w:tc>
      </w:tr>
    </w:tbl>
    <w:p w14:paraId="210AC7E6" w14:textId="77777777" w:rsidR="00686453" w:rsidRDefault="00686453">
      <w:pPr>
        <w:spacing w:after="0"/>
      </w:pP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3427"/>
        <w:gridCol w:w="4608"/>
        <w:gridCol w:w="3427"/>
      </w:tblGrid>
      <w:tr w:rsidR="00686453" w:rsidRPr="004E1E86" w14:paraId="522B3A67" w14:textId="77777777">
        <w:trPr>
          <w:tblHeader/>
          <w:jc w:val="center"/>
        </w:trPr>
        <w:tc>
          <w:tcPr>
            <w:tcW w:w="3168" w:type="dxa"/>
            <w:shd w:val="clear" w:color="auto" w:fill="015A41"/>
            <w:tcMar>
              <w:top w:w="70" w:type="dxa"/>
              <w:left w:w="70" w:type="dxa"/>
              <w:bottom w:w="70" w:type="dxa"/>
              <w:right w:w="70" w:type="dxa"/>
            </w:tcMar>
          </w:tcPr>
          <w:p w14:paraId="35A38218" w14:textId="77777777" w:rsidR="00686453" w:rsidRPr="004E1E86" w:rsidRDefault="00D95FB4">
            <w:pPr>
              <w:rPr>
                <w:szCs w:val="24"/>
              </w:rPr>
            </w:pPr>
            <w:r w:rsidRPr="004E1E86">
              <w:rPr>
                <w:b/>
                <w:color w:val="FFFFFF"/>
                <w:szCs w:val="24"/>
              </w:rPr>
              <w:t>Recovery Document</w:t>
            </w:r>
          </w:p>
        </w:tc>
        <w:tc>
          <w:tcPr>
            <w:tcW w:w="4608" w:type="dxa"/>
            <w:shd w:val="clear" w:color="auto" w:fill="015A41"/>
            <w:tcMar>
              <w:top w:w="70" w:type="dxa"/>
              <w:left w:w="70" w:type="dxa"/>
              <w:bottom w:w="70" w:type="dxa"/>
              <w:right w:w="70" w:type="dxa"/>
            </w:tcMar>
          </w:tcPr>
          <w:p w14:paraId="5CC2ADC1" w14:textId="77777777" w:rsidR="00686453" w:rsidRPr="004E1E86" w:rsidRDefault="00D95FB4">
            <w:pPr>
              <w:rPr>
                <w:szCs w:val="24"/>
              </w:rPr>
            </w:pPr>
            <w:r w:rsidRPr="004E1E86">
              <w:rPr>
                <w:b/>
                <w:color w:val="FFFFFF"/>
                <w:szCs w:val="24"/>
              </w:rPr>
              <w:t>Template / Process</w:t>
            </w:r>
          </w:p>
        </w:tc>
        <w:tc>
          <w:tcPr>
            <w:tcW w:w="2160" w:type="dxa"/>
            <w:shd w:val="clear" w:color="auto" w:fill="015A41"/>
            <w:tcMar>
              <w:top w:w="70" w:type="dxa"/>
              <w:left w:w="70" w:type="dxa"/>
              <w:bottom w:w="70" w:type="dxa"/>
              <w:right w:w="70" w:type="dxa"/>
            </w:tcMar>
          </w:tcPr>
          <w:p w14:paraId="3390B98E" w14:textId="77777777" w:rsidR="00686453" w:rsidRPr="004E1E86" w:rsidRDefault="00D95FB4">
            <w:pPr>
              <w:rPr>
                <w:szCs w:val="24"/>
              </w:rPr>
            </w:pPr>
            <w:r w:rsidRPr="004E1E86">
              <w:rPr>
                <w:b/>
                <w:color w:val="FFFFFF"/>
                <w:szCs w:val="24"/>
              </w:rPr>
              <w:t>Location</w:t>
            </w:r>
          </w:p>
        </w:tc>
      </w:tr>
      <w:tr w:rsidR="00686453" w:rsidRPr="004E1E86" w14:paraId="32A114AF" w14:textId="77777777">
        <w:trPr>
          <w:cantSplit/>
          <w:jc w:val="center"/>
        </w:trPr>
        <w:tc>
          <w:tcPr>
            <w:tcW w:w="3427" w:type="dxa"/>
            <w:shd w:val="clear" w:color="auto" w:fill="EAF3EF"/>
            <w:tcMar>
              <w:top w:w="70" w:type="dxa"/>
              <w:left w:w="70" w:type="dxa"/>
              <w:bottom w:w="70" w:type="dxa"/>
              <w:right w:w="70" w:type="dxa"/>
            </w:tcMar>
          </w:tcPr>
          <w:p w14:paraId="5F6C55A3" w14:textId="77777777" w:rsidR="00686453" w:rsidRPr="004E1E86" w:rsidRDefault="00D95FB4">
            <w:pPr>
              <w:rPr>
                <w:szCs w:val="24"/>
              </w:rPr>
            </w:pPr>
            <w:r w:rsidRPr="004E1E86">
              <w:rPr>
                <w:b/>
                <w:color w:val="015A41"/>
                <w:szCs w:val="24"/>
              </w:rPr>
              <w:t>Damage / operational assessment</w:t>
            </w:r>
          </w:p>
        </w:tc>
        <w:tc>
          <w:tcPr>
            <w:tcW w:w="3427" w:type="dxa"/>
            <w:tcMar>
              <w:top w:w="70" w:type="dxa"/>
              <w:left w:w="70" w:type="dxa"/>
              <w:bottom w:w="70" w:type="dxa"/>
              <w:right w:w="70" w:type="dxa"/>
            </w:tcMar>
          </w:tcPr>
          <w:p w14:paraId="5A1E2E59" w14:textId="77777777" w:rsidR="00686453" w:rsidRPr="004E1E86" w:rsidRDefault="00D95FB4">
            <w:pPr>
              <w:rPr>
                <w:szCs w:val="24"/>
              </w:rPr>
            </w:pPr>
            <w:r w:rsidRPr="004E1E86">
              <w:rPr>
                <w:szCs w:val="24"/>
              </w:rPr>
              <w:t>&lt;Blank form / process&gt;</w:t>
            </w:r>
          </w:p>
        </w:tc>
        <w:tc>
          <w:tcPr>
            <w:tcW w:w="3427" w:type="dxa"/>
            <w:shd w:val="clear" w:color="auto" w:fill="F3F5F4"/>
            <w:tcMar>
              <w:top w:w="70" w:type="dxa"/>
              <w:left w:w="70" w:type="dxa"/>
              <w:bottom w:w="70" w:type="dxa"/>
              <w:right w:w="70" w:type="dxa"/>
            </w:tcMar>
          </w:tcPr>
          <w:p w14:paraId="52E4E7E5" w14:textId="77777777" w:rsidR="00686453" w:rsidRPr="004E1E86" w:rsidRDefault="00D95FB4">
            <w:pPr>
              <w:rPr>
                <w:szCs w:val="24"/>
              </w:rPr>
            </w:pPr>
            <w:r w:rsidRPr="004E1E86">
              <w:rPr>
                <w:i/>
                <w:color w:val="66706B"/>
                <w:szCs w:val="24"/>
              </w:rPr>
              <w:t>&lt;Location&gt;</w:t>
            </w:r>
          </w:p>
        </w:tc>
      </w:tr>
      <w:tr w:rsidR="00686453" w:rsidRPr="004E1E86" w14:paraId="53655E96" w14:textId="77777777">
        <w:trPr>
          <w:cantSplit/>
          <w:jc w:val="center"/>
        </w:trPr>
        <w:tc>
          <w:tcPr>
            <w:tcW w:w="3427" w:type="dxa"/>
            <w:shd w:val="clear" w:color="auto" w:fill="F7FAF8"/>
            <w:tcMar>
              <w:top w:w="70" w:type="dxa"/>
              <w:left w:w="70" w:type="dxa"/>
              <w:bottom w:w="70" w:type="dxa"/>
              <w:right w:w="70" w:type="dxa"/>
            </w:tcMar>
          </w:tcPr>
          <w:p w14:paraId="68A344E7" w14:textId="77777777" w:rsidR="00686453" w:rsidRPr="004E1E86" w:rsidRDefault="00D95FB4">
            <w:pPr>
              <w:rPr>
                <w:szCs w:val="24"/>
              </w:rPr>
            </w:pPr>
            <w:r w:rsidRPr="004E1E86">
              <w:rPr>
                <w:b/>
                <w:color w:val="015A41"/>
                <w:szCs w:val="24"/>
              </w:rPr>
              <w:t>Re-entry / restoration checklist</w:t>
            </w:r>
          </w:p>
        </w:tc>
        <w:tc>
          <w:tcPr>
            <w:tcW w:w="3427" w:type="dxa"/>
            <w:tcMar>
              <w:top w:w="70" w:type="dxa"/>
              <w:left w:w="70" w:type="dxa"/>
              <w:bottom w:w="70" w:type="dxa"/>
              <w:right w:w="70" w:type="dxa"/>
            </w:tcMar>
          </w:tcPr>
          <w:p w14:paraId="5A974F1F" w14:textId="77777777" w:rsidR="00686453" w:rsidRPr="004E1E86" w:rsidRDefault="00D95FB4">
            <w:pPr>
              <w:rPr>
                <w:szCs w:val="24"/>
              </w:rPr>
            </w:pPr>
            <w:r w:rsidRPr="004E1E86">
              <w:rPr>
                <w:szCs w:val="24"/>
              </w:rPr>
              <w:t>&lt;Blank form / criteria&gt;</w:t>
            </w:r>
          </w:p>
        </w:tc>
        <w:tc>
          <w:tcPr>
            <w:tcW w:w="3427" w:type="dxa"/>
            <w:shd w:val="clear" w:color="auto" w:fill="F3F5F4"/>
            <w:tcMar>
              <w:top w:w="70" w:type="dxa"/>
              <w:left w:w="70" w:type="dxa"/>
              <w:bottom w:w="70" w:type="dxa"/>
              <w:right w:w="70" w:type="dxa"/>
            </w:tcMar>
          </w:tcPr>
          <w:p w14:paraId="79C3461A" w14:textId="77777777" w:rsidR="00686453" w:rsidRPr="004E1E86" w:rsidRDefault="00D95FB4">
            <w:pPr>
              <w:rPr>
                <w:szCs w:val="24"/>
              </w:rPr>
            </w:pPr>
            <w:r w:rsidRPr="004E1E86">
              <w:rPr>
                <w:i/>
                <w:color w:val="66706B"/>
                <w:szCs w:val="24"/>
              </w:rPr>
              <w:t>&lt;Location&gt;</w:t>
            </w:r>
          </w:p>
        </w:tc>
      </w:tr>
      <w:tr w:rsidR="00686453" w:rsidRPr="004E1E86" w14:paraId="1D7C874D" w14:textId="77777777">
        <w:trPr>
          <w:cantSplit/>
          <w:jc w:val="center"/>
        </w:trPr>
        <w:tc>
          <w:tcPr>
            <w:tcW w:w="3427" w:type="dxa"/>
            <w:shd w:val="clear" w:color="auto" w:fill="EAF3EF"/>
            <w:tcMar>
              <w:top w:w="70" w:type="dxa"/>
              <w:left w:w="70" w:type="dxa"/>
              <w:bottom w:w="70" w:type="dxa"/>
              <w:right w:w="70" w:type="dxa"/>
            </w:tcMar>
          </w:tcPr>
          <w:p w14:paraId="72EA862B" w14:textId="77777777" w:rsidR="00686453" w:rsidRPr="004E1E86" w:rsidRDefault="00D95FB4">
            <w:pPr>
              <w:rPr>
                <w:szCs w:val="24"/>
              </w:rPr>
            </w:pPr>
            <w:r w:rsidRPr="004E1E86">
              <w:rPr>
                <w:b/>
                <w:color w:val="015A41"/>
                <w:szCs w:val="24"/>
              </w:rPr>
              <w:t>Resident return / reunification checklist</w:t>
            </w:r>
          </w:p>
        </w:tc>
        <w:tc>
          <w:tcPr>
            <w:tcW w:w="3427" w:type="dxa"/>
            <w:tcMar>
              <w:top w:w="70" w:type="dxa"/>
              <w:left w:w="70" w:type="dxa"/>
              <w:bottom w:w="70" w:type="dxa"/>
              <w:right w:w="70" w:type="dxa"/>
            </w:tcMar>
          </w:tcPr>
          <w:p w14:paraId="2A2A0C1E" w14:textId="77777777" w:rsidR="00686453" w:rsidRPr="004E1E86" w:rsidRDefault="00D95FB4">
            <w:pPr>
              <w:rPr>
                <w:szCs w:val="24"/>
              </w:rPr>
            </w:pPr>
            <w:r w:rsidRPr="004E1E86">
              <w:rPr>
                <w:szCs w:val="24"/>
              </w:rPr>
              <w:t>&lt;Blank form&gt;</w:t>
            </w:r>
          </w:p>
        </w:tc>
        <w:tc>
          <w:tcPr>
            <w:tcW w:w="3427" w:type="dxa"/>
            <w:shd w:val="clear" w:color="auto" w:fill="F3F5F4"/>
            <w:tcMar>
              <w:top w:w="70" w:type="dxa"/>
              <w:left w:w="70" w:type="dxa"/>
              <w:bottom w:w="70" w:type="dxa"/>
              <w:right w:w="70" w:type="dxa"/>
            </w:tcMar>
          </w:tcPr>
          <w:p w14:paraId="2A1FB557" w14:textId="77777777" w:rsidR="00686453" w:rsidRPr="004E1E86" w:rsidRDefault="00D95FB4">
            <w:pPr>
              <w:rPr>
                <w:szCs w:val="24"/>
              </w:rPr>
            </w:pPr>
            <w:r w:rsidRPr="004E1E86">
              <w:rPr>
                <w:i/>
                <w:color w:val="66706B"/>
                <w:szCs w:val="24"/>
              </w:rPr>
              <w:t>&lt;Location&gt;</w:t>
            </w:r>
          </w:p>
        </w:tc>
      </w:tr>
      <w:tr w:rsidR="00686453" w:rsidRPr="004E1E86" w14:paraId="3E192B3B" w14:textId="77777777">
        <w:trPr>
          <w:cantSplit/>
          <w:jc w:val="center"/>
        </w:trPr>
        <w:tc>
          <w:tcPr>
            <w:tcW w:w="3427" w:type="dxa"/>
            <w:shd w:val="clear" w:color="auto" w:fill="F7FAF8"/>
            <w:tcMar>
              <w:top w:w="70" w:type="dxa"/>
              <w:left w:w="70" w:type="dxa"/>
              <w:bottom w:w="70" w:type="dxa"/>
              <w:right w:w="70" w:type="dxa"/>
            </w:tcMar>
          </w:tcPr>
          <w:p w14:paraId="4D5F4D65" w14:textId="77777777" w:rsidR="00686453" w:rsidRPr="004E1E86" w:rsidRDefault="00D95FB4">
            <w:pPr>
              <w:rPr>
                <w:szCs w:val="24"/>
              </w:rPr>
            </w:pPr>
            <w:r w:rsidRPr="004E1E86">
              <w:rPr>
                <w:b/>
                <w:color w:val="015A41"/>
                <w:szCs w:val="24"/>
              </w:rPr>
              <w:t>Staff debrief / support documentation</w:t>
            </w:r>
          </w:p>
        </w:tc>
        <w:tc>
          <w:tcPr>
            <w:tcW w:w="3427" w:type="dxa"/>
            <w:tcMar>
              <w:top w:w="70" w:type="dxa"/>
              <w:left w:w="70" w:type="dxa"/>
              <w:bottom w:w="70" w:type="dxa"/>
              <w:right w:w="70" w:type="dxa"/>
            </w:tcMar>
          </w:tcPr>
          <w:p w14:paraId="5C28ECEA" w14:textId="77777777" w:rsidR="00686453" w:rsidRPr="004E1E86" w:rsidRDefault="00D95FB4">
            <w:pPr>
              <w:rPr>
                <w:szCs w:val="24"/>
              </w:rPr>
            </w:pPr>
            <w:r w:rsidRPr="004E1E86">
              <w:rPr>
                <w:szCs w:val="24"/>
              </w:rPr>
              <w:t>&lt;Form / process&gt;</w:t>
            </w:r>
          </w:p>
        </w:tc>
        <w:tc>
          <w:tcPr>
            <w:tcW w:w="3427" w:type="dxa"/>
            <w:shd w:val="clear" w:color="auto" w:fill="F3F5F4"/>
            <w:tcMar>
              <w:top w:w="70" w:type="dxa"/>
              <w:left w:w="70" w:type="dxa"/>
              <w:bottom w:w="70" w:type="dxa"/>
              <w:right w:w="70" w:type="dxa"/>
            </w:tcMar>
          </w:tcPr>
          <w:p w14:paraId="2915A2F4" w14:textId="77777777" w:rsidR="00686453" w:rsidRPr="004E1E86" w:rsidRDefault="00D95FB4">
            <w:pPr>
              <w:rPr>
                <w:szCs w:val="24"/>
              </w:rPr>
            </w:pPr>
            <w:r w:rsidRPr="004E1E86">
              <w:rPr>
                <w:i/>
                <w:color w:val="66706B"/>
                <w:szCs w:val="24"/>
              </w:rPr>
              <w:t>&lt;Location&gt;</w:t>
            </w:r>
          </w:p>
        </w:tc>
      </w:tr>
      <w:tr w:rsidR="00686453" w:rsidRPr="004E1E86" w14:paraId="18A730C4" w14:textId="77777777">
        <w:trPr>
          <w:cantSplit/>
          <w:jc w:val="center"/>
        </w:trPr>
        <w:tc>
          <w:tcPr>
            <w:tcW w:w="3427" w:type="dxa"/>
            <w:shd w:val="clear" w:color="auto" w:fill="EAF3EF"/>
            <w:tcMar>
              <w:top w:w="70" w:type="dxa"/>
              <w:left w:w="70" w:type="dxa"/>
              <w:bottom w:w="70" w:type="dxa"/>
              <w:right w:w="70" w:type="dxa"/>
            </w:tcMar>
          </w:tcPr>
          <w:p w14:paraId="669C3FF0" w14:textId="77777777" w:rsidR="00686453" w:rsidRPr="004E1E86" w:rsidRDefault="00D95FB4">
            <w:pPr>
              <w:rPr>
                <w:szCs w:val="24"/>
              </w:rPr>
            </w:pPr>
            <w:r w:rsidRPr="004E1E86">
              <w:rPr>
                <w:b/>
                <w:color w:val="015A41"/>
                <w:szCs w:val="24"/>
              </w:rPr>
              <w:t>After-Action Report template</w:t>
            </w:r>
          </w:p>
        </w:tc>
        <w:tc>
          <w:tcPr>
            <w:tcW w:w="3427" w:type="dxa"/>
            <w:tcMar>
              <w:top w:w="70" w:type="dxa"/>
              <w:left w:w="70" w:type="dxa"/>
              <w:bottom w:w="70" w:type="dxa"/>
              <w:right w:w="70" w:type="dxa"/>
            </w:tcMar>
          </w:tcPr>
          <w:p w14:paraId="134DBB4C" w14:textId="77777777" w:rsidR="00686453" w:rsidRPr="004E1E86" w:rsidRDefault="00D95FB4">
            <w:pPr>
              <w:rPr>
                <w:szCs w:val="24"/>
              </w:rPr>
            </w:pPr>
            <w:r w:rsidRPr="004E1E86">
              <w:rPr>
                <w:szCs w:val="24"/>
              </w:rPr>
              <w:t>&lt;Blank AAR&gt;</w:t>
            </w:r>
          </w:p>
        </w:tc>
        <w:tc>
          <w:tcPr>
            <w:tcW w:w="3427" w:type="dxa"/>
            <w:shd w:val="clear" w:color="auto" w:fill="F3F5F4"/>
            <w:tcMar>
              <w:top w:w="70" w:type="dxa"/>
              <w:left w:w="70" w:type="dxa"/>
              <w:bottom w:w="70" w:type="dxa"/>
              <w:right w:w="70" w:type="dxa"/>
            </w:tcMar>
          </w:tcPr>
          <w:p w14:paraId="281715AC" w14:textId="77777777" w:rsidR="00686453" w:rsidRPr="004E1E86" w:rsidRDefault="00D95FB4">
            <w:pPr>
              <w:rPr>
                <w:szCs w:val="24"/>
              </w:rPr>
            </w:pPr>
            <w:r w:rsidRPr="004E1E86">
              <w:rPr>
                <w:i/>
                <w:color w:val="66706B"/>
                <w:szCs w:val="24"/>
              </w:rPr>
              <w:t>&lt;Location&gt;</w:t>
            </w:r>
          </w:p>
        </w:tc>
      </w:tr>
      <w:tr w:rsidR="00686453" w:rsidRPr="004E1E86" w14:paraId="6F2F1BE9" w14:textId="77777777">
        <w:trPr>
          <w:cantSplit/>
          <w:jc w:val="center"/>
        </w:trPr>
        <w:tc>
          <w:tcPr>
            <w:tcW w:w="3427" w:type="dxa"/>
            <w:shd w:val="clear" w:color="auto" w:fill="F7FAF8"/>
            <w:tcMar>
              <w:top w:w="70" w:type="dxa"/>
              <w:left w:w="70" w:type="dxa"/>
              <w:bottom w:w="70" w:type="dxa"/>
              <w:right w:w="70" w:type="dxa"/>
            </w:tcMar>
          </w:tcPr>
          <w:p w14:paraId="61069B67" w14:textId="77777777" w:rsidR="00686453" w:rsidRPr="004E1E86" w:rsidRDefault="00D95FB4">
            <w:pPr>
              <w:rPr>
                <w:szCs w:val="24"/>
              </w:rPr>
            </w:pPr>
            <w:r w:rsidRPr="004E1E86">
              <w:rPr>
                <w:b/>
                <w:color w:val="015A41"/>
                <w:szCs w:val="24"/>
              </w:rPr>
              <w:t>Improvement Plan / corrective action tracker</w:t>
            </w:r>
          </w:p>
        </w:tc>
        <w:tc>
          <w:tcPr>
            <w:tcW w:w="3427" w:type="dxa"/>
            <w:tcMar>
              <w:top w:w="70" w:type="dxa"/>
              <w:left w:w="70" w:type="dxa"/>
              <w:bottom w:w="70" w:type="dxa"/>
              <w:right w:w="70" w:type="dxa"/>
            </w:tcMar>
          </w:tcPr>
          <w:p w14:paraId="5584B434" w14:textId="77777777" w:rsidR="00686453" w:rsidRPr="004E1E86" w:rsidRDefault="00D95FB4">
            <w:pPr>
              <w:rPr>
                <w:szCs w:val="24"/>
              </w:rPr>
            </w:pPr>
            <w:r w:rsidRPr="004E1E86">
              <w:rPr>
                <w:szCs w:val="24"/>
              </w:rPr>
              <w:t>&lt;Blank / active tracker&gt;</w:t>
            </w:r>
          </w:p>
        </w:tc>
        <w:tc>
          <w:tcPr>
            <w:tcW w:w="3427" w:type="dxa"/>
            <w:shd w:val="clear" w:color="auto" w:fill="F3F5F4"/>
            <w:tcMar>
              <w:top w:w="70" w:type="dxa"/>
              <w:left w:w="70" w:type="dxa"/>
              <w:bottom w:w="70" w:type="dxa"/>
              <w:right w:w="70" w:type="dxa"/>
            </w:tcMar>
          </w:tcPr>
          <w:p w14:paraId="5F021D69" w14:textId="77777777" w:rsidR="00686453" w:rsidRPr="004E1E86" w:rsidRDefault="00D95FB4">
            <w:pPr>
              <w:rPr>
                <w:szCs w:val="24"/>
              </w:rPr>
            </w:pPr>
            <w:r w:rsidRPr="004E1E86">
              <w:rPr>
                <w:i/>
                <w:color w:val="66706B"/>
                <w:szCs w:val="24"/>
              </w:rPr>
              <w:t>&lt;Location&gt;</w:t>
            </w:r>
          </w:p>
        </w:tc>
      </w:tr>
    </w:tbl>
    <w:p w14:paraId="7D4EA085" w14:textId="77777777" w:rsidR="00686453" w:rsidRDefault="00686453">
      <w:pPr>
        <w:spacing w:after="0"/>
      </w:pPr>
    </w:p>
    <w:p w14:paraId="4C70F74A" w14:textId="77777777" w:rsidR="00686453" w:rsidRDefault="00D95FB4">
      <w:r>
        <w:br w:type="page"/>
      </w:r>
    </w:p>
    <w:p w14:paraId="24CBBE28" w14:textId="77777777" w:rsidR="00686453" w:rsidRDefault="00D95FB4">
      <w:pPr>
        <w:pStyle w:val="Heading1"/>
        <w:pBdr>
          <w:bottom w:val="single" w:sz="14" w:space="5" w:color="E63B07"/>
        </w:pBdr>
        <w:spacing w:before="140" w:after="140"/>
      </w:pPr>
      <w:r>
        <w:rPr>
          <w:rFonts w:ascii="Arial" w:eastAsia="Arial" w:hAnsi="Arial"/>
        </w:rPr>
        <w:lastRenderedPageBreak/>
        <w:t>ATTACHMENT Q - AFFILIATED / SISTER FACILITY INFORMATION</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4B36B73B" w14:textId="77777777">
        <w:trPr>
          <w:jc w:val="center"/>
        </w:trPr>
        <w:tc>
          <w:tcPr>
            <w:tcW w:w="10282" w:type="dxa"/>
            <w:shd w:val="clear" w:color="auto" w:fill="EAF3EF"/>
            <w:tcMar>
              <w:top w:w="100" w:type="dxa"/>
              <w:left w:w="130" w:type="dxa"/>
              <w:bottom w:w="100" w:type="dxa"/>
              <w:right w:w="130" w:type="dxa"/>
            </w:tcMar>
          </w:tcPr>
          <w:p w14:paraId="374ACA11" w14:textId="77777777" w:rsidR="00686453" w:rsidRPr="004E1E86" w:rsidRDefault="00D95FB4">
            <w:pPr>
              <w:spacing w:after="0"/>
              <w:rPr>
                <w:sz w:val="20"/>
                <w:szCs w:val="20"/>
              </w:rPr>
            </w:pPr>
            <w:r w:rsidRPr="004E1E86">
              <w:rPr>
                <w:b/>
                <w:color w:val="015A41"/>
                <w:sz w:val="20"/>
                <w:szCs w:val="20"/>
              </w:rPr>
              <w:t xml:space="preserve">IF </w:t>
            </w:r>
            <w:proofErr w:type="gramStart"/>
            <w:r w:rsidRPr="004E1E86">
              <w:rPr>
                <w:b/>
                <w:color w:val="015A41"/>
                <w:sz w:val="20"/>
                <w:szCs w:val="20"/>
              </w:rPr>
              <w:t xml:space="preserve">APPLICABLE  </w:t>
            </w:r>
            <w:r w:rsidRPr="004E1E86">
              <w:rPr>
                <w:sz w:val="20"/>
                <w:szCs w:val="20"/>
              </w:rPr>
              <w:t>Use</w:t>
            </w:r>
            <w:proofErr w:type="gramEnd"/>
            <w:r w:rsidRPr="004E1E86">
              <w:rPr>
                <w:sz w:val="20"/>
                <w:szCs w:val="20"/>
              </w:rPr>
              <w:t xml:space="preserve"> this attachment when the EOP covers additional facilities or when the facility participates in a unified/integrated health system emergency preparedness program. Each separately certified LTC facility must retain facility-specific information and active participation as required.</w:t>
            </w:r>
          </w:p>
        </w:tc>
      </w:tr>
    </w:tbl>
    <w:p w14:paraId="0D203019" w14:textId="77777777" w:rsidR="00686453" w:rsidRDefault="00686453">
      <w:pPr>
        <w:spacing w:after="0"/>
      </w:pP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3427"/>
        <w:gridCol w:w="4536"/>
        <w:gridCol w:w="3427"/>
      </w:tblGrid>
      <w:tr w:rsidR="00686453" w:rsidRPr="004E1E86" w14:paraId="573385AA" w14:textId="77777777">
        <w:trPr>
          <w:tblHeader/>
          <w:jc w:val="center"/>
        </w:trPr>
        <w:tc>
          <w:tcPr>
            <w:tcW w:w="3384" w:type="dxa"/>
            <w:shd w:val="clear" w:color="auto" w:fill="015A41"/>
            <w:tcMar>
              <w:top w:w="70" w:type="dxa"/>
              <w:left w:w="70" w:type="dxa"/>
              <w:bottom w:w="70" w:type="dxa"/>
              <w:right w:w="70" w:type="dxa"/>
            </w:tcMar>
          </w:tcPr>
          <w:p w14:paraId="26E1E482" w14:textId="77777777" w:rsidR="00686453" w:rsidRPr="004E1E86" w:rsidRDefault="00D95FB4">
            <w:pPr>
              <w:rPr>
                <w:szCs w:val="24"/>
              </w:rPr>
            </w:pPr>
            <w:r w:rsidRPr="004E1E86">
              <w:rPr>
                <w:b/>
                <w:color w:val="FFFFFF"/>
                <w:szCs w:val="24"/>
              </w:rPr>
              <w:t>Location-Specific Documentation</w:t>
            </w:r>
          </w:p>
        </w:tc>
        <w:tc>
          <w:tcPr>
            <w:tcW w:w="4536" w:type="dxa"/>
            <w:shd w:val="clear" w:color="auto" w:fill="015A41"/>
            <w:tcMar>
              <w:top w:w="70" w:type="dxa"/>
              <w:left w:w="70" w:type="dxa"/>
              <w:bottom w:w="70" w:type="dxa"/>
              <w:right w:w="70" w:type="dxa"/>
            </w:tcMar>
          </w:tcPr>
          <w:p w14:paraId="43081642" w14:textId="77777777" w:rsidR="00686453" w:rsidRPr="004E1E86" w:rsidRDefault="00D95FB4">
            <w:pPr>
              <w:rPr>
                <w:szCs w:val="24"/>
              </w:rPr>
            </w:pPr>
            <w:r w:rsidRPr="004E1E86">
              <w:rPr>
                <w:b/>
                <w:color w:val="FFFFFF"/>
                <w:szCs w:val="24"/>
              </w:rPr>
              <w:t>Facility Entry</w:t>
            </w:r>
          </w:p>
        </w:tc>
        <w:tc>
          <w:tcPr>
            <w:tcW w:w="2016" w:type="dxa"/>
            <w:shd w:val="clear" w:color="auto" w:fill="015A41"/>
            <w:tcMar>
              <w:top w:w="70" w:type="dxa"/>
              <w:left w:w="70" w:type="dxa"/>
              <w:bottom w:w="70" w:type="dxa"/>
              <w:right w:w="70" w:type="dxa"/>
            </w:tcMar>
          </w:tcPr>
          <w:p w14:paraId="284AC34F" w14:textId="77777777" w:rsidR="00686453" w:rsidRPr="004E1E86" w:rsidRDefault="00D95FB4">
            <w:pPr>
              <w:rPr>
                <w:szCs w:val="24"/>
              </w:rPr>
            </w:pPr>
            <w:r w:rsidRPr="004E1E86">
              <w:rPr>
                <w:b/>
                <w:color w:val="FFFFFF"/>
                <w:szCs w:val="24"/>
              </w:rPr>
              <w:t>Controlled Location</w:t>
            </w:r>
          </w:p>
        </w:tc>
      </w:tr>
      <w:tr w:rsidR="00686453" w:rsidRPr="004E1E86" w14:paraId="0D797424" w14:textId="77777777">
        <w:trPr>
          <w:cantSplit/>
          <w:jc w:val="center"/>
        </w:trPr>
        <w:tc>
          <w:tcPr>
            <w:tcW w:w="3427" w:type="dxa"/>
            <w:shd w:val="clear" w:color="auto" w:fill="EAF3EF"/>
            <w:tcMar>
              <w:top w:w="70" w:type="dxa"/>
              <w:left w:w="70" w:type="dxa"/>
              <w:bottom w:w="70" w:type="dxa"/>
              <w:right w:w="70" w:type="dxa"/>
            </w:tcMar>
          </w:tcPr>
          <w:p w14:paraId="6E9BAE09" w14:textId="77777777" w:rsidR="00686453" w:rsidRPr="004E1E86" w:rsidRDefault="00D95FB4">
            <w:pPr>
              <w:rPr>
                <w:szCs w:val="24"/>
              </w:rPr>
            </w:pPr>
            <w:r w:rsidRPr="004E1E86">
              <w:rPr>
                <w:b/>
                <w:color w:val="015A41"/>
                <w:szCs w:val="24"/>
              </w:rPr>
              <w:t>Facility profile / address / CCN / license</w:t>
            </w:r>
          </w:p>
        </w:tc>
        <w:tc>
          <w:tcPr>
            <w:tcW w:w="3427" w:type="dxa"/>
            <w:tcMar>
              <w:top w:w="70" w:type="dxa"/>
              <w:left w:w="70" w:type="dxa"/>
              <w:bottom w:w="70" w:type="dxa"/>
              <w:right w:w="70" w:type="dxa"/>
            </w:tcMar>
          </w:tcPr>
          <w:p w14:paraId="657082F5" w14:textId="77777777" w:rsidR="00686453" w:rsidRPr="004E1E86" w:rsidRDefault="00D95FB4">
            <w:pPr>
              <w:rPr>
                <w:szCs w:val="24"/>
              </w:rPr>
            </w:pPr>
            <w:r w:rsidRPr="004E1E86">
              <w:rPr>
                <w:szCs w:val="24"/>
              </w:rPr>
              <w:t>&lt;Insert for each location&gt;</w:t>
            </w:r>
          </w:p>
        </w:tc>
        <w:tc>
          <w:tcPr>
            <w:tcW w:w="3427" w:type="dxa"/>
            <w:shd w:val="clear" w:color="auto" w:fill="F3F5F4"/>
            <w:tcMar>
              <w:top w:w="70" w:type="dxa"/>
              <w:left w:w="70" w:type="dxa"/>
              <w:bottom w:w="70" w:type="dxa"/>
              <w:right w:w="70" w:type="dxa"/>
            </w:tcMar>
          </w:tcPr>
          <w:p w14:paraId="285CDC3A" w14:textId="77777777" w:rsidR="00686453" w:rsidRPr="004E1E86" w:rsidRDefault="00D95FB4">
            <w:pPr>
              <w:rPr>
                <w:szCs w:val="24"/>
              </w:rPr>
            </w:pPr>
            <w:r w:rsidRPr="004E1E86">
              <w:rPr>
                <w:i/>
                <w:color w:val="66706B"/>
                <w:szCs w:val="24"/>
              </w:rPr>
              <w:t>&lt;Location&gt;</w:t>
            </w:r>
          </w:p>
        </w:tc>
      </w:tr>
      <w:tr w:rsidR="00686453" w:rsidRPr="004E1E86" w14:paraId="33B70158" w14:textId="77777777">
        <w:trPr>
          <w:cantSplit/>
          <w:jc w:val="center"/>
        </w:trPr>
        <w:tc>
          <w:tcPr>
            <w:tcW w:w="3427" w:type="dxa"/>
            <w:shd w:val="clear" w:color="auto" w:fill="F7FAF8"/>
            <w:tcMar>
              <w:top w:w="70" w:type="dxa"/>
              <w:left w:w="70" w:type="dxa"/>
              <w:bottom w:w="70" w:type="dxa"/>
              <w:right w:w="70" w:type="dxa"/>
            </w:tcMar>
          </w:tcPr>
          <w:p w14:paraId="07693F1B" w14:textId="77777777" w:rsidR="00686453" w:rsidRPr="004E1E86" w:rsidRDefault="00D95FB4">
            <w:pPr>
              <w:rPr>
                <w:szCs w:val="24"/>
              </w:rPr>
            </w:pPr>
            <w:r w:rsidRPr="004E1E86">
              <w:rPr>
                <w:b/>
                <w:color w:val="015A41"/>
                <w:szCs w:val="24"/>
              </w:rPr>
              <w:t>Facility-specific HVA / top hazards</w:t>
            </w:r>
          </w:p>
        </w:tc>
        <w:tc>
          <w:tcPr>
            <w:tcW w:w="3427" w:type="dxa"/>
            <w:tcMar>
              <w:top w:w="70" w:type="dxa"/>
              <w:left w:w="70" w:type="dxa"/>
              <w:bottom w:w="70" w:type="dxa"/>
              <w:right w:w="70" w:type="dxa"/>
            </w:tcMar>
          </w:tcPr>
          <w:p w14:paraId="6BA6A0DC" w14:textId="77777777" w:rsidR="00686453" w:rsidRPr="004E1E86" w:rsidRDefault="00D95FB4">
            <w:pPr>
              <w:rPr>
                <w:szCs w:val="24"/>
              </w:rPr>
            </w:pPr>
            <w:r w:rsidRPr="004E1E86">
              <w:rPr>
                <w:szCs w:val="24"/>
              </w:rPr>
              <w:t>&lt;Insert&gt;</w:t>
            </w:r>
          </w:p>
        </w:tc>
        <w:tc>
          <w:tcPr>
            <w:tcW w:w="3427" w:type="dxa"/>
            <w:shd w:val="clear" w:color="auto" w:fill="F3F5F4"/>
            <w:tcMar>
              <w:top w:w="70" w:type="dxa"/>
              <w:left w:w="70" w:type="dxa"/>
              <w:bottom w:w="70" w:type="dxa"/>
              <w:right w:w="70" w:type="dxa"/>
            </w:tcMar>
          </w:tcPr>
          <w:p w14:paraId="7275FEA5" w14:textId="77777777" w:rsidR="00686453" w:rsidRPr="004E1E86" w:rsidRDefault="00D95FB4">
            <w:pPr>
              <w:rPr>
                <w:szCs w:val="24"/>
              </w:rPr>
            </w:pPr>
            <w:r w:rsidRPr="004E1E86">
              <w:rPr>
                <w:i/>
                <w:color w:val="66706B"/>
                <w:szCs w:val="24"/>
              </w:rPr>
              <w:t>&lt;Location&gt;</w:t>
            </w:r>
          </w:p>
        </w:tc>
      </w:tr>
      <w:tr w:rsidR="00686453" w:rsidRPr="004E1E86" w14:paraId="76441602" w14:textId="77777777">
        <w:trPr>
          <w:cantSplit/>
          <w:jc w:val="center"/>
        </w:trPr>
        <w:tc>
          <w:tcPr>
            <w:tcW w:w="3427" w:type="dxa"/>
            <w:shd w:val="clear" w:color="auto" w:fill="EAF3EF"/>
            <w:tcMar>
              <w:top w:w="70" w:type="dxa"/>
              <w:left w:w="70" w:type="dxa"/>
              <w:bottom w:w="70" w:type="dxa"/>
              <w:right w:w="70" w:type="dxa"/>
            </w:tcMar>
          </w:tcPr>
          <w:p w14:paraId="0EBB5B1F" w14:textId="77777777" w:rsidR="00686453" w:rsidRPr="004E1E86" w:rsidRDefault="00D95FB4">
            <w:pPr>
              <w:rPr>
                <w:szCs w:val="24"/>
              </w:rPr>
            </w:pPr>
            <w:r w:rsidRPr="004E1E86">
              <w:rPr>
                <w:b/>
                <w:color w:val="015A41"/>
                <w:szCs w:val="24"/>
              </w:rPr>
              <w:t>Activation authority / succession / delegation</w:t>
            </w:r>
          </w:p>
        </w:tc>
        <w:tc>
          <w:tcPr>
            <w:tcW w:w="3427" w:type="dxa"/>
            <w:tcMar>
              <w:top w:w="70" w:type="dxa"/>
              <w:left w:w="70" w:type="dxa"/>
              <w:bottom w:w="70" w:type="dxa"/>
              <w:right w:w="70" w:type="dxa"/>
            </w:tcMar>
          </w:tcPr>
          <w:p w14:paraId="44A3790C" w14:textId="77777777" w:rsidR="00686453" w:rsidRPr="004E1E86" w:rsidRDefault="00D95FB4">
            <w:pPr>
              <w:rPr>
                <w:szCs w:val="24"/>
              </w:rPr>
            </w:pPr>
            <w:r w:rsidRPr="004E1E86">
              <w:rPr>
                <w:szCs w:val="24"/>
              </w:rPr>
              <w:t>&lt;Insert&gt;</w:t>
            </w:r>
          </w:p>
        </w:tc>
        <w:tc>
          <w:tcPr>
            <w:tcW w:w="3427" w:type="dxa"/>
            <w:shd w:val="clear" w:color="auto" w:fill="F3F5F4"/>
            <w:tcMar>
              <w:top w:w="70" w:type="dxa"/>
              <w:left w:w="70" w:type="dxa"/>
              <w:bottom w:w="70" w:type="dxa"/>
              <w:right w:w="70" w:type="dxa"/>
            </w:tcMar>
          </w:tcPr>
          <w:p w14:paraId="4E679175" w14:textId="77777777" w:rsidR="00686453" w:rsidRPr="004E1E86" w:rsidRDefault="00D95FB4">
            <w:pPr>
              <w:rPr>
                <w:szCs w:val="24"/>
              </w:rPr>
            </w:pPr>
            <w:r w:rsidRPr="004E1E86">
              <w:rPr>
                <w:i/>
                <w:color w:val="66706B"/>
                <w:szCs w:val="24"/>
              </w:rPr>
              <w:t>&lt;Location&gt;</w:t>
            </w:r>
          </w:p>
        </w:tc>
      </w:tr>
      <w:tr w:rsidR="00686453" w:rsidRPr="004E1E86" w14:paraId="2342876D" w14:textId="77777777">
        <w:trPr>
          <w:cantSplit/>
          <w:jc w:val="center"/>
        </w:trPr>
        <w:tc>
          <w:tcPr>
            <w:tcW w:w="3427" w:type="dxa"/>
            <w:shd w:val="clear" w:color="auto" w:fill="F7FAF8"/>
            <w:tcMar>
              <w:top w:w="70" w:type="dxa"/>
              <w:left w:w="70" w:type="dxa"/>
              <w:bottom w:w="70" w:type="dxa"/>
              <w:right w:w="70" w:type="dxa"/>
            </w:tcMar>
          </w:tcPr>
          <w:p w14:paraId="2D0D4922" w14:textId="77777777" w:rsidR="00686453" w:rsidRPr="004E1E86" w:rsidRDefault="00D95FB4">
            <w:pPr>
              <w:rPr>
                <w:szCs w:val="24"/>
              </w:rPr>
            </w:pPr>
            <w:r w:rsidRPr="004E1E86">
              <w:rPr>
                <w:b/>
                <w:color w:val="015A41"/>
                <w:szCs w:val="24"/>
              </w:rPr>
              <w:t>Emergency contacts / call-back roster</w:t>
            </w:r>
          </w:p>
        </w:tc>
        <w:tc>
          <w:tcPr>
            <w:tcW w:w="3427" w:type="dxa"/>
            <w:tcMar>
              <w:top w:w="70" w:type="dxa"/>
              <w:left w:w="70" w:type="dxa"/>
              <w:bottom w:w="70" w:type="dxa"/>
              <w:right w:w="70" w:type="dxa"/>
            </w:tcMar>
          </w:tcPr>
          <w:p w14:paraId="71BB614F" w14:textId="77777777" w:rsidR="00686453" w:rsidRPr="004E1E86" w:rsidRDefault="00D95FB4">
            <w:pPr>
              <w:rPr>
                <w:szCs w:val="24"/>
              </w:rPr>
            </w:pPr>
            <w:r w:rsidRPr="004E1E86">
              <w:rPr>
                <w:szCs w:val="24"/>
              </w:rPr>
              <w:t>&lt;Insert&gt;</w:t>
            </w:r>
          </w:p>
        </w:tc>
        <w:tc>
          <w:tcPr>
            <w:tcW w:w="3427" w:type="dxa"/>
            <w:shd w:val="clear" w:color="auto" w:fill="F3F5F4"/>
            <w:tcMar>
              <w:top w:w="70" w:type="dxa"/>
              <w:left w:w="70" w:type="dxa"/>
              <w:bottom w:w="70" w:type="dxa"/>
              <w:right w:w="70" w:type="dxa"/>
            </w:tcMar>
          </w:tcPr>
          <w:p w14:paraId="3C910A3C" w14:textId="77777777" w:rsidR="00686453" w:rsidRPr="004E1E86" w:rsidRDefault="00D95FB4">
            <w:pPr>
              <w:rPr>
                <w:szCs w:val="24"/>
              </w:rPr>
            </w:pPr>
            <w:r w:rsidRPr="004E1E86">
              <w:rPr>
                <w:i/>
                <w:color w:val="66706B"/>
                <w:szCs w:val="24"/>
              </w:rPr>
              <w:t>&lt;Secured location&gt;</w:t>
            </w:r>
          </w:p>
        </w:tc>
      </w:tr>
      <w:tr w:rsidR="00686453" w:rsidRPr="004E1E86" w14:paraId="3A04FDAB" w14:textId="77777777">
        <w:trPr>
          <w:cantSplit/>
          <w:jc w:val="center"/>
        </w:trPr>
        <w:tc>
          <w:tcPr>
            <w:tcW w:w="3427" w:type="dxa"/>
            <w:shd w:val="clear" w:color="auto" w:fill="EAF3EF"/>
            <w:tcMar>
              <w:top w:w="70" w:type="dxa"/>
              <w:left w:w="70" w:type="dxa"/>
              <w:bottom w:w="70" w:type="dxa"/>
              <w:right w:w="70" w:type="dxa"/>
            </w:tcMar>
          </w:tcPr>
          <w:p w14:paraId="4A521C17" w14:textId="77777777" w:rsidR="00686453" w:rsidRPr="004E1E86" w:rsidRDefault="00D95FB4">
            <w:pPr>
              <w:rPr>
                <w:szCs w:val="24"/>
              </w:rPr>
            </w:pPr>
            <w:r w:rsidRPr="004E1E86">
              <w:rPr>
                <w:b/>
                <w:color w:val="015A41"/>
                <w:szCs w:val="24"/>
              </w:rPr>
              <w:t>Floor plans / evacuation routes</w:t>
            </w:r>
          </w:p>
        </w:tc>
        <w:tc>
          <w:tcPr>
            <w:tcW w:w="3427" w:type="dxa"/>
            <w:tcMar>
              <w:top w:w="70" w:type="dxa"/>
              <w:left w:w="70" w:type="dxa"/>
              <w:bottom w:w="70" w:type="dxa"/>
              <w:right w:w="70" w:type="dxa"/>
            </w:tcMar>
          </w:tcPr>
          <w:p w14:paraId="4B0C80BC" w14:textId="77777777" w:rsidR="00686453" w:rsidRPr="004E1E86" w:rsidRDefault="00D95FB4">
            <w:pPr>
              <w:rPr>
                <w:szCs w:val="24"/>
              </w:rPr>
            </w:pPr>
            <w:r w:rsidRPr="004E1E86">
              <w:rPr>
                <w:szCs w:val="24"/>
              </w:rPr>
              <w:t>&lt;Insert&gt;</w:t>
            </w:r>
          </w:p>
        </w:tc>
        <w:tc>
          <w:tcPr>
            <w:tcW w:w="3427" w:type="dxa"/>
            <w:shd w:val="clear" w:color="auto" w:fill="F3F5F4"/>
            <w:tcMar>
              <w:top w:w="70" w:type="dxa"/>
              <w:left w:w="70" w:type="dxa"/>
              <w:bottom w:w="70" w:type="dxa"/>
              <w:right w:w="70" w:type="dxa"/>
            </w:tcMar>
          </w:tcPr>
          <w:p w14:paraId="39B39918" w14:textId="77777777" w:rsidR="00686453" w:rsidRPr="004E1E86" w:rsidRDefault="00D95FB4">
            <w:pPr>
              <w:rPr>
                <w:szCs w:val="24"/>
              </w:rPr>
            </w:pPr>
            <w:r w:rsidRPr="004E1E86">
              <w:rPr>
                <w:i/>
                <w:color w:val="66706B"/>
                <w:szCs w:val="24"/>
              </w:rPr>
              <w:t>&lt;Location&gt;</w:t>
            </w:r>
          </w:p>
        </w:tc>
      </w:tr>
      <w:tr w:rsidR="00686453" w:rsidRPr="004E1E86" w14:paraId="3AEDD69C" w14:textId="77777777">
        <w:trPr>
          <w:cantSplit/>
          <w:jc w:val="center"/>
        </w:trPr>
        <w:tc>
          <w:tcPr>
            <w:tcW w:w="3427" w:type="dxa"/>
            <w:shd w:val="clear" w:color="auto" w:fill="F7FAF8"/>
            <w:tcMar>
              <w:top w:w="70" w:type="dxa"/>
              <w:left w:w="70" w:type="dxa"/>
              <w:bottom w:w="70" w:type="dxa"/>
              <w:right w:w="70" w:type="dxa"/>
            </w:tcMar>
          </w:tcPr>
          <w:p w14:paraId="6C845BB1" w14:textId="77777777" w:rsidR="00686453" w:rsidRPr="004E1E86" w:rsidRDefault="00D95FB4">
            <w:pPr>
              <w:rPr>
                <w:szCs w:val="24"/>
              </w:rPr>
            </w:pPr>
            <w:r w:rsidRPr="004E1E86">
              <w:rPr>
                <w:b/>
                <w:color w:val="015A41"/>
                <w:szCs w:val="24"/>
              </w:rPr>
              <w:t>Receiving / transportation arrangements</w:t>
            </w:r>
          </w:p>
        </w:tc>
        <w:tc>
          <w:tcPr>
            <w:tcW w:w="3427" w:type="dxa"/>
            <w:tcMar>
              <w:top w:w="70" w:type="dxa"/>
              <w:left w:w="70" w:type="dxa"/>
              <w:bottom w:w="70" w:type="dxa"/>
              <w:right w:w="70" w:type="dxa"/>
            </w:tcMar>
          </w:tcPr>
          <w:p w14:paraId="2CBE7596" w14:textId="77777777" w:rsidR="00686453" w:rsidRPr="004E1E86" w:rsidRDefault="00D95FB4">
            <w:pPr>
              <w:rPr>
                <w:szCs w:val="24"/>
              </w:rPr>
            </w:pPr>
            <w:r w:rsidRPr="004E1E86">
              <w:rPr>
                <w:szCs w:val="24"/>
              </w:rPr>
              <w:t>&lt;Insert&gt;</w:t>
            </w:r>
          </w:p>
        </w:tc>
        <w:tc>
          <w:tcPr>
            <w:tcW w:w="3427" w:type="dxa"/>
            <w:shd w:val="clear" w:color="auto" w:fill="F3F5F4"/>
            <w:tcMar>
              <w:top w:w="70" w:type="dxa"/>
              <w:left w:w="70" w:type="dxa"/>
              <w:bottom w:w="70" w:type="dxa"/>
              <w:right w:w="70" w:type="dxa"/>
            </w:tcMar>
          </w:tcPr>
          <w:p w14:paraId="21B1BEB4" w14:textId="77777777" w:rsidR="00686453" w:rsidRPr="004E1E86" w:rsidRDefault="00D95FB4">
            <w:pPr>
              <w:rPr>
                <w:szCs w:val="24"/>
              </w:rPr>
            </w:pPr>
            <w:r w:rsidRPr="004E1E86">
              <w:rPr>
                <w:i/>
                <w:color w:val="66706B"/>
                <w:szCs w:val="24"/>
              </w:rPr>
              <w:t>&lt;Location&gt;</w:t>
            </w:r>
          </w:p>
        </w:tc>
      </w:tr>
      <w:tr w:rsidR="00686453" w:rsidRPr="004E1E86" w14:paraId="53CBF2F3" w14:textId="77777777">
        <w:trPr>
          <w:cantSplit/>
          <w:jc w:val="center"/>
        </w:trPr>
        <w:tc>
          <w:tcPr>
            <w:tcW w:w="3427" w:type="dxa"/>
            <w:shd w:val="clear" w:color="auto" w:fill="EAF3EF"/>
            <w:tcMar>
              <w:top w:w="70" w:type="dxa"/>
              <w:left w:w="70" w:type="dxa"/>
              <w:bottom w:w="70" w:type="dxa"/>
              <w:right w:w="70" w:type="dxa"/>
            </w:tcMar>
          </w:tcPr>
          <w:p w14:paraId="514EE2A2" w14:textId="77777777" w:rsidR="00686453" w:rsidRPr="004E1E86" w:rsidRDefault="00D95FB4">
            <w:pPr>
              <w:rPr>
                <w:szCs w:val="24"/>
              </w:rPr>
            </w:pPr>
            <w:r w:rsidRPr="004E1E86">
              <w:rPr>
                <w:b/>
                <w:color w:val="015A41"/>
                <w:szCs w:val="24"/>
              </w:rPr>
              <w:t>Generator / utilities / critical dependencies</w:t>
            </w:r>
          </w:p>
        </w:tc>
        <w:tc>
          <w:tcPr>
            <w:tcW w:w="3427" w:type="dxa"/>
            <w:tcMar>
              <w:top w:w="70" w:type="dxa"/>
              <w:left w:w="70" w:type="dxa"/>
              <w:bottom w:w="70" w:type="dxa"/>
              <w:right w:w="70" w:type="dxa"/>
            </w:tcMar>
          </w:tcPr>
          <w:p w14:paraId="5A593106" w14:textId="77777777" w:rsidR="00686453" w:rsidRPr="004E1E86" w:rsidRDefault="00D95FB4">
            <w:pPr>
              <w:rPr>
                <w:szCs w:val="24"/>
              </w:rPr>
            </w:pPr>
            <w:r w:rsidRPr="004E1E86">
              <w:rPr>
                <w:szCs w:val="24"/>
              </w:rPr>
              <w:t>&lt;Insert&gt;</w:t>
            </w:r>
          </w:p>
        </w:tc>
        <w:tc>
          <w:tcPr>
            <w:tcW w:w="3427" w:type="dxa"/>
            <w:shd w:val="clear" w:color="auto" w:fill="F3F5F4"/>
            <w:tcMar>
              <w:top w:w="70" w:type="dxa"/>
              <w:left w:w="70" w:type="dxa"/>
              <w:bottom w:w="70" w:type="dxa"/>
              <w:right w:w="70" w:type="dxa"/>
            </w:tcMar>
          </w:tcPr>
          <w:p w14:paraId="2ABA9AA8" w14:textId="77777777" w:rsidR="00686453" w:rsidRPr="004E1E86" w:rsidRDefault="00D95FB4">
            <w:pPr>
              <w:rPr>
                <w:szCs w:val="24"/>
              </w:rPr>
            </w:pPr>
            <w:r w:rsidRPr="004E1E86">
              <w:rPr>
                <w:i/>
                <w:color w:val="66706B"/>
                <w:szCs w:val="24"/>
              </w:rPr>
              <w:t>&lt;Location&gt;</w:t>
            </w:r>
          </w:p>
        </w:tc>
      </w:tr>
      <w:tr w:rsidR="00686453" w:rsidRPr="004E1E86" w14:paraId="02B9BF9C" w14:textId="77777777">
        <w:trPr>
          <w:cantSplit/>
          <w:jc w:val="center"/>
        </w:trPr>
        <w:tc>
          <w:tcPr>
            <w:tcW w:w="3427" w:type="dxa"/>
            <w:shd w:val="clear" w:color="auto" w:fill="F7FAF8"/>
            <w:tcMar>
              <w:top w:w="70" w:type="dxa"/>
              <w:left w:w="70" w:type="dxa"/>
              <w:bottom w:w="70" w:type="dxa"/>
              <w:right w:w="70" w:type="dxa"/>
            </w:tcMar>
          </w:tcPr>
          <w:p w14:paraId="52343EE6" w14:textId="77777777" w:rsidR="00686453" w:rsidRPr="004E1E86" w:rsidRDefault="00D95FB4">
            <w:pPr>
              <w:rPr>
                <w:szCs w:val="24"/>
              </w:rPr>
            </w:pPr>
            <w:r w:rsidRPr="004E1E86">
              <w:rPr>
                <w:b/>
                <w:color w:val="015A41"/>
                <w:szCs w:val="24"/>
              </w:rPr>
              <w:t>Training / exercise records</w:t>
            </w:r>
          </w:p>
        </w:tc>
        <w:tc>
          <w:tcPr>
            <w:tcW w:w="3427" w:type="dxa"/>
            <w:tcMar>
              <w:top w:w="70" w:type="dxa"/>
              <w:left w:w="70" w:type="dxa"/>
              <w:bottom w:w="70" w:type="dxa"/>
              <w:right w:w="70" w:type="dxa"/>
            </w:tcMar>
          </w:tcPr>
          <w:p w14:paraId="395DE99A" w14:textId="77777777" w:rsidR="00686453" w:rsidRPr="004E1E86" w:rsidRDefault="00D95FB4">
            <w:pPr>
              <w:rPr>
                <w:szCs w:val="24"/>
              </w:rPr>
            </w:pPr>
            <w:r w:rsidRPr="004E1E86">
              <w:rPr>
                <w:szCs w:val="24"/>
              </w:rPr>
              <w:t>&lt;Insert&gt;</w:t>
            </w:r>
          </w:p>
        </w:tc>
        <w:tc>
          <w:tcPr>
            <w:tcW w:w="3427" w:type="dxa"/>
            <w:shd w:val="clear" w:color="auto" w:fill="F3F5F4"/>
            <w:tcMar>
              <w:top w:w="70" w:type="dxa"/>
              <w:left w:w="70" w:type="dxa"/>
              <w:bottom w:w="70" w:type="dxa"/>
              <w:right w:w="70" w:type="dxa"/>
            </w:tcMar>
          </w:tcPr>
          <w:p w14:paraId="62D78FEF" w14:textId="77777777" w:rsidR="00686453" w:rsidRPr="004E1E86" w:rsidRDefault="00D95FB4">
            <w:pPr>
              <w:rPr>
                <w:szCs w:val="24"/>
              </w:rPr>
            </w:pPr>
            <w:r w:rsidRPr="004E1E86">
              <w:rPr>
                <w:i/>
                <w:color w:val="66706B"/>
                <w:szCs w:val="24"/>
              </w:rPr>
              <w:t>&lt;Location&gt;</w:t>
            </w:r>
          </w:p>
        </w:tc>
      </w:tr>
    </w:tbl>
    <w:p w14:paraId="2AF879D9" w14:textId="77777777" w:rsidR="00686453" w:rsidRDefault="00686453">
      <w:pPr>
        <w:spacing w:after="0"/>
      </w:pPr>
    </w:p>
    <w:p w14:paraId="196739D3" w14:textId="77777777" w:rsidR="00686453" w:rsidRDefault="00D95FB4">
      <w:r>
        <w:br w:type="page"/>
      </w:r>
    </w:p>
    <w:p w14:paraId="282222C7" w14:textId="77777777" w:rsidR="00686453" w:rsidRDefault="00D95FB4">
      <w:pPr>
        <w:pStyle w:val="Heading1"/>
        <w:pBdr>
          <w:bottom w:val="single" w:sz="14" w:space="5" w:color="E63B07"/>
        </w:pBdr>
        <w:spacing w:before="140" w:after="140"/>
      </w:pPr>
      <w:r>
        <w:rPr>
          <w:rFonts w:ascii="Arial" w:eastAsia="Arial" w:hAnsi="Arial"/>
        </w:rPr>
        <w:lastRenderedPageBreak/>
        <w:t>17. ANNEXES</w:t>
      </w:r>
    </w:p>
    <w:tbl>
      <w:tblPr>
        <w:tblW w:w="11376"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1177"/>
        <w:gridCol w:w="10199"/>
      </w:tblGrid>
      <w:tr w:rsidR="00686453" w:rsidRPr="004E1E86" w14:paraId="619BC210" w14:textId="77777777" w:rsidTr="004E1E86">
        <w:trPr>
          <w:tblHeader/>
          <w:jc w:val="center"/>
        </w:trPr>
        <w:tc>
          <w:tcPr>
            <w:tcW w:w="1177" w:type="dxa"/>
            <w:shd w:val="clear" w:color="auto" w:fill="015A41"/>
            <w:tcMar>
              <w:top w:w="80" w:type="dxa"/>
              <w:left w:w="90" w:type="dxa"/>
              <w:bottom w:w="80" w:type="dxa"/>
              <w:right w:w="90" w:type="dxa"/>
            </w:tcMar>
          </w:tcPr>
          <w:p w14:paraId="409CFEF0" w14:textId="77777777" w:rsidR="00686453" w:rsidRPr="004E1E86" w:rsidRDefault="00D95FB4">
            <w:pPr>
              <w:rPr>
                <w:sz w:val="20"/>
                <w:szCs w:val="20"/>
              </w:rPr>
            </w:pPr>
            <w:r w:rsidRPr="004E1E86">
              <w:rPr>
                <w:b/>
                <w:color w:val="FFFFFF"/>
                <w:sz w:val="20"/>
                <w:szCs w:val="20"/>
              </w:rPr>
              <w:t>Annex</w:t>
            </w:r>
          </w:p>
        </w:tc>
        <w:tc>
          <w:tcPr>
            <w:tcW w:w="10199" w:type="dxa"/>
            <w:shd w:val="clear" w:color="auto" w:fill="015A41"/>
            <w:tcMar>
              <w:top w:w="80" w:type="dxa"/>
              <w:left w:w="90" w:type="dxa"/>
              <w:bottom w:w="80" w:type="dxa"/>
              <w:right w:w="90" w:type="dxa"/>
            </w:tcMar>
          </w:tcPr>
          <w:p w14:paraId="61ED2470" w14:textId="77777777" w:rsidR="00686453" w:rsidRPr="004E1E86" w:rsidRDefault="00D95FB4">
            <w:pPr>
              <w:rPr>
                <w:sz w:val="20"/>
                <w:szCs w:val="20"/>
              </w:rPr>
            </w:pPr>
            <w:r w:rsidRPr="004E1E86">
              <w:rPr>
                <w:b/>
                <w:color w:val="FFFFFF"/>
                <w:sz w:val="20"/>
                <w:szCs w:val="20"/>
              </w:rPr>
              <w:t>Title</w:t>
            </w:r>
          </w:p>
        </w:tc>
      </w:tr>
      <w:tr w:rsidR="00686453" w:rsidRPr="004E1E86" w14:paraId="25FE8377" w14:textId="77777777" w:rsidTr="004E1E86">
        <w:trPr>
          <w:cantSplit/>
          <w:jc w:val="center"/>
        </w:trPr>
        <w:tc>
          <w:tcPr>
            <w:tcW w:w="1177" w:type="dxa"/>
            <w:shd w:val="clear" w:color="auto" w:fill="EAF3EF"/>
            <w:tcMar>
              <w:top w:w="80" w:type="dxa"/>
              <w:left w:w="90" w:type="dxa"/>
              <w:bottom w:w="80" w:type="dxa"/>
              <w:right w:w="90" w:type="dxa"/>
            </w:tcMar>
          </w:tcPr>
          <w:p w14:paraId="2F70D6CD" w14:textId="77777777" w:rsidR="00686453" w:rsidRPr="004E1E86" w:rsidRDefault="00D95FB4">
            <w:pPr>
              <w:rPr>
                <w:sz w:val="20"/>
                <w:szCs w:val="20"/>
              </w:rPr>
            </w:pPr>
            <w:r w:rsidRPr="004E1E86">
              <w:rPr>
                <w:b/>
                <w:color w:val="015A41"/>
                <w:sz w:val="20"/>
                <w:szCs w:val="20"/>
              </w:rPr>
              <w:t>A</w:t>
            </w:r>
          </w:p>
        </w:tc>
        <w:tc>
          <w:tcPr>
            <w:tcW w:w="10199" w:type="dxa"/>
            <w:shd w:val="clear" w:color="auto" w:fill="FFFFFF"/>
            <w:tcMar>
              <w:top w:w="80" w:type="dxa"/>
              <w:left w:w="90" w:type="dxa"/>
              <w:bottom w:w="80" w:type="dxa"/>
              <w:right w:w="90" w:type="dxa"/>
            </w:tcMar>
          </w:tcPr>
          <w:p w14:paraId="16ED3B09" w14:textId="77777777" w:rsidR="00686453" w:rsidRPr="004E1E86" w:rsidRDefault="00D95FB4">
            <w:pPr>
              <w:rPr>
                <w:sz w:val="20"/>
                <w:szCs w:val="20"/>
              </w:rPr>
            </w:pPr>
            <w:r w:rsidRPr="004E1E86">
              <w:rPr>
                <w:i/>
                <w:color w:val="66706B"/>
                <w:sz w:val="20"/>
                <w:szCs w:val="20"/>
              </w:rPr>
              <w:t>Required Communication Plan</w:t>
            </w:r>
          </w:p>
        </w:tc>
      </w:tr>
      <w:tr w:rsidR="00686453" w:rsidRPr="004E1E86" w14:paraId="2AF42338" w14:textId="77777777" w:rsidTr="004E1E86">
        <w:trPr>
          <w:cantSplit/>
          <w:jc w:val="center"/>
        </w:trPr>
        <w:tc>
          <w:tcPr>
            <w:tcW w:w="1177" w:type="dxa"/>
            <w:shd w:val="clear" w:color="auto" w:fill="F7FAF8"/>
            <w:tcMar>
              <w:top w:w="80" w:type="dxa"/>
              <w:left w:w="90" w:type="dxa"/>
              <w:bottom w:w="80" w:type="dxa"/>
              <w:right w:w="90" w:type="dxa"/>
            </w:tcMar>
          </w:tcPr>
          <w:p w14:paraId="300632BD" w14:textId="77777777" w:rsidR="00686453" w:rsidRPr="004E1E86" w:rsidRDefault="00D95FB4">
            <w:pPr>
              <w:rPr>
                <w:sz w:val="20"/>
                <w:szCs w:val="20"/>
              </w:rPr>
            </w:pPr>
            <w:r w:rsidRPr="004E1E86">
              <w:rPr>
                <w:b/>
                <w:color w:val="015A41"/>
                <w:sz w:val="20"/>
                <w:szCs w:val="20"/>
              </w:rPr>
              <w:t>B</w:t>
            </w:r>
          </w:p>
        </w:tc>
        <w:tc>
          <w:tcPr>
            <w:tcW w:w="10199" w:type="dxa"/>
            <w:shd w:val="clear" w:color="auto" w:fill="FFFFFF"/>
            <w:tcMar>
              <w:top w:w="80" w:type="dxa"/>
              <w:left w:w="90" w:type="dxa"/>
              <w:bottom w:w="80" w:type="dxa"/>
              <w:right w:w="90" w:type="dxa"/>
            </w:tcMar>
          </w:tcPr>
          <w:p w14:paraId="78D55393" w14:textId="77777777" w:rsidR="00686453" w:rsidRPr="004E1E86" w:rsidRDefault="00D95FB4">
            <w:pPr>
              <w:rPr>
                <w:sz w:val="20"/>
                <w:szCs w:val="20"/>
              </w:rPr>
            </w:pPr>
            <w:r w:rsidRPr="004E1E86">
              <w:rPr>
                <w:i/>
                <w:color w:val="66706B"/>
                <w:sz w:val="20"/>
                <w:szCs w:val="20"/>
              </w:rPr>
              <w:t>Continuity of Operations</w:t>
            </w:r>
          </w:p>
        </w:tc>
      </w:tr>
      <w:tr w:rsidR="00686453" w:rsidRPr="004E1E86" w14:paraId="181307DA" w14:textId="77777777" w:rsidTr="004E1E86">
        <w:trPr>
          <w:cantSplit/>
          <w:jc w:val="center"/>
        </w:trPr>
        <w:tc>
          <w:tcPr>
            <w:tcW w:w="1177" w:type="dxa"/>
            <w:shd w:val="clear" w:color="auto" w:fill="EAF3EF"/>
            <w:tcMar>
              <w:top w:w="80" w:type="dxa"/>
              <w:left w:w="90" w:type="dxa"/>
              <w:bottom w:w="80" w:type="dxa"/>
              <w:right w:w="90" w:type="dxa"/>
            </w:tcMar>
          </w:tcPr>
          <w:p w14:paraId="72F7D5B6" w14:textId="77777777" w:rsidR="00686453" w:rsidRPr="004E1E86" w:rsidRDefault="00D95FB4">
            <w:pPr>
              <w:rPr>
                <w:sz w:val="20"/>
                <w:szCs w:val="20"/>
              </w:rPr>
            </w:pPr>
            <w:r w:rsidRPr="004E1E86">
              <w:rPr>
                <w:b/>
                <w:color w:val="015A41"/>
                <w:sz w:val="20"/>
                <w:szCs w:val="20"/>
              </w:rPr>
              <w:t>C</w:t>
            </w:r>
          </w:p>
        </w:tc>
        <w:tc>
          <w:tcPr>
            <w:tcW w:w="10199" w:type="dxa"/>
            <w:shd w:val="clear" w:color="auto" w:fill="FFFFFF"/>
            <w:tcMar>
              <w:top w:w="80" w:type="dxa"/>
              <w:left w:w="90" w:type="dxa"/>
              <w:bottom w:w="80" w:type="dxa"/>
              <w:right w:w="90" w:type="dxa"/>
            </w:tcMar>
          </w:tcPr>
          <w:p w14:paraId="28CE9411" w14:textId="77777777" w:rsidR="00686453" w:rsidRPr="004E1E86" w:rsidRDefault="00D95FB4">
            <w:pPr>
              <w:rPr>
                <w:sz w:val="20"/>
                <w:szCs w:val="20"/>
              </w:rPr>
            </w:pPr>
            <w:r w:rsidRPr="004E1E86">
              <w:rPr>
                <w:i/>
                <w:color w:val="66706B"/>
                <w:sz w:val="20"/>
                <w:szCs w:val="20"/>
              </w:rPr>
              <w:t>Fire / Smoke Emergency &amp; Maine Reporting Coordination</w:t>
            </w:r>
          </w:p>
        </w:tc>
      </w:tr>
      <w:tr w:rsidR="00686453" w:rsidRPr="004E1E86" w14:paraId="38BD5138" w14:textId="77777777" w:rsidTr="004E1E86">
        <w:trPr>
          <w:cantSplit/>
          <w:jc w:val="center"/>
        </w:trPr>
        <w:tc>
          <w:tcPr>
            <w:tcW w:w="1177" w:type="dxa"/>
            <w:shd w:val="clear" w:color="auto" w:fill="F7FAF8"/>
            <w:tcMar>
              <w:top w:w="80" w:type="dxa"/>
              <w:left w:w="90" w:type="dxa"/>
              <w:bottom w:w="80" w:type="dxa"/>
              <w:right w:w="90" w:type="dxa"/>
            </w:tcMar>
          </w:tcPr>
          <w:p w14:paraId="2D20E819" w14:textId="77777777" w:rsidR="00686453" w:rsidRPr="004E1E86" w:rsidRDefault="00D95FB4">
            <w:pPr>
              <w:rPr>
                <w:sz w:val="20"/>
                <w:szCs w:val="20"/>
              </w:rPr>
            </w:pPr>
            <w:r w:rsidRPr="004E1E86">
              <w:rPr>
                <w:b/>
                <w:color w:val="015A41"/>
                <w:sz w:val="20"/>
                <w:szCs w:val="20"/>
              </w:rPr>
              <w:t>D</w:t>
            </w:r>
          </w:p>
        </w:tc>
        <w:tc>
          <w:tcPr>
            <w:tcW w:w="10199" w:type="dxa"/>
            <w:shd w:val="clear" w:color="auto" w:fill="FFFFFF"/>
            <w:tcMar>
              <w:top w:w="80" w:type="dxa"/>
              <w:left w:w="90" w:type="dxa"/>
              <w:bottom w:w="80" w:type="dxa"/>
              <w:right w:w="90" w:type="dxa"/>
            </w:tcMar>
          </w:tcPr>
          <w:p w14:paraId="6274DFDF" w14:textId="77777777" w:rsidR="00686453" w:rsidRPr="004E1E86" w:rsidRDefault="00D95FB4">
            <w:pPr>
              <w:rPr>
                <w:sz w:val="20"/>
                <w:szCs w:val="20"/>
              </w:rPr>
            </w:pPr>
            <w:r w:rsidRPr="004E1E86">
              <w:rPr>
                <w:i/>
                <w:color w:val="66706B"/>
                <w:sz w:val="20"/>
                <w:szCs w:val="20"/>
              </w:rPr>
              <w:t>Infection Prevention, Outbreak Response &amp; Crisis Staffing</w:t>
            </w:r>
          </w:p>
        </w:tc>
      </w:tr>
      <w:tr w:rsidR="00686453" w:rsidRPr="004E1E86" w14:paraId="5EF31C34" w14:textId="77777777" w:rsidTr="004E1E86">
        <w:trPr>
          <w:cantSplit/>
          <w:jc w:val="center"/>
        </w:trPr>
        <w:tc>
          <w:tcPr>
            <w:tcW w:w="1177" w:type="dxa"/>
            <w:shd w:val="clear" w:color="auto" w:fill="EAF3EF"/>
            <w:tcMar>
              <w:top w:w="80" w:type="dxa"/>
              <w:left w:w="90" w:type="dxa"/>
              <w:bottom w:w="80" w:type="dxa"/>
              <w:right w:w="90" w:type="dxa"/>
            </w:tcMar>
          </w:tcPr>
          <w:p w14:paraId="51E197B3" w14:textId="77777777" w:rsidR="00686453" w:rsidRPr="004E1E86" w:rsidRDefault="00D95FB4">
            <w:pPr>
              <w:rPr>
                <w:sz w:val="20"/>
                <w:szCs w:val="20"/>
              </w:rPr>
            </w:pPr>
            <w:r w:rsidRPr="004E1E86">
              <w:rPr>
                <w:b/>
                <w:color w:val="015A41"/>
                <w:sz w:val="20"/>
                <w:szCs w:val="20"/>
              </w:rPr>
              <w:t>E</w:t>
            </w:r>
          </w:p>
        </w:tc>
        <w:tc>
          <w:tcPr>
            <w:tcW w:w="10199" w:type="dxa"/>
            <w:shd w:val="clear" w:color="auto" w:fill="FFFFFF"/>
            <w:tcMar>
              <w:top w:w="80" w:type="dxa"/>
              <w:left w:w="90" w:type="dxa"/>
              <w:bottom w:w="80" w:type="dxa"/>
              <w:right w:w="90" w:type="dxa"/>
            </w:tcMar>
          </w:tcPr>
          <w:p w14:paraId="56859D5F" w14:textId="77777777" w:rsidR="00686453" w:rsidRPr="004E1E86" w:rsidRDefault="00D95FB4">
            <w:pPr>
              <w:rPr>
                <w:sz w:val="20"/>
                <w:szCs w:val="20"/>
              </w:rPr>
            </w:pPr>
            <w:r w:rsidRPr="004E1E86">
              <w:rPr>
                <w:i/>
                <w:color w:val="66706B"/>
                <w:sz w:val="20"/>
                <w:szCs w:val="20"/>
              </w:rPr>
              <w:t>Resident Tracking / Family Information / Reunification</w:t>
            </w:r>
          </w:p>
        </w:tc>
      </w:tr>
      <w:tr w:rsidR="00686453" w:rsidRPr="004E1E86" w14:paraId="2613FFD8" w14:textId="77777777" w:rsidTr="004E1E86">
        <w:trPr>
          <w:cantSplit/>
          <w:jc w:val="center"/>
        </w:trPr>
        <w:tc>
          <w:tcPr>
            <w:tcW w:w="1177" w:type="dxa"/>
            <w:shd w:val="clear" w:color="auto" w:fill="F7FAF8"/>
            <w:tcMar>
              <w:top w:w="80" w:type="dxa"/>
              <w:left w:w="90" w:type="dxa"/>
              <w:bottom w:w="80" w:type="dxa"/>
              <w:right w:w="90" w:type="dxa"/>
            </w:tcMar>
          </w:tcPr>
          <w:p w14:paraId="2F8DD6CD" w14:textId="77777777" w:rsidR="00686453" w:rsidRPr="004E1E86" w:rsidRDefault="00D95FB4">
            <w:pPr>
              <w:rPr>
                <w:sz w:val="20"/>
                <w:szCs w:val="20"/>
              </w:rPr>
            </w:pPr>
            <w:r w:rsidRPr="004E1E86">
              <w:rPr>
                <w:b/>
                <w:color w:val="015A41"/>
                <w:sz w:val="20"/>
                <w:szCs w:val="20"/>
              </w:rPr>
              <w:t>F</w:t>
            </w:r>
          </w:p>
        </w:tc>
        <w:tc>
          <w:tcPr>
            <w:tcW w:w="10199" w:type="dxa"/>
            <w:shd w:val="clear" w:color="auto" w:fill="FFFFFF"/>
            <w:tcMar>
              <w:top w:w="80" w:type="dxa"/>
              <w:left w:w="90" w:type="dxa"/>
              <w:bottom w:w="80" w:type="dxa"/>
              <w:right w:w="90" w:type="dxa"/>
            </w:tcMar>
          </w:tcPr>
          <w:p w14:paraId="6F763D21" w14:textId="77777777" w:rsidR="00686453" w:rsidRPr="004E1E86" w:rsidRDefault="00D95FB4">
            <w:pPr>
              <w:rPr>
                <w:sz w:val="20"/>
                <w:szCs w:val="20"/>
              </w:rPr>
            </w:pPr>
            <w:r w:rsidRPr="004E1E86">
              <w:rPr>
                <w:i/>
                <w:color w:val="66706B"/>
                <w:sz w:val="20"/>
                <w:szCs w:val="20"/>
              </w:rPr>
              <w:t>Supply Chain / Resource Continuity</w:t>
            </w:r>
          </w:p>
        </w:tc>
      </w:tr>
      <w:tr w:rsidR="00686453" w:rsidRPr="004E1E86" w14:paraId="27F18555" w14:textId="77777777" w:rsidTr="004E1E86">
        <w:trPr>
          <w:cantSplit/>
          <w:jc w:val="center"/>
        </w:trPr>
        <w:tc>
          <w:tcPr>
            <w:tcW w:w="1177" w:type="dxa"/>
            <w:shd w:val="clear" w:color="auto" w:fill="EAF3EF"/>
            <w:tcMar>
              <w:top w:w="80" w:type="dxa"/>
              <w:left w:w="90" w:type="dxa"/>
              <w:bottom w:w="80" w:type="dxa"/>
              <w:right w:w="90" w:type="dxa"/>
            </w:tcMar>
          </w:tcPr>
          <w:p w14:paraId="684AC7D3" w14:textId="77777777" w:rsidR="00686453" w:rsidRPr="004E1E86" w:rsidRDefault="00D95FB4">
            <w:pPr>
              <w:rPr>
                <w:sz w:val="20"/>
                <w:szCs w:val="20"/>
              </w:rPr>
            </w:pPr>
            <w:r w:rsidRPr="004E1E86">
              <w:rPr>
                <w:b/>
                <w:color w:val="015A41"/>
                <w:sz w:val="20"/>
                <w:szCs w:val="20"/>
              </w:rPr>
              <w:t>G</w:t>
            </w:r>
          </w:p>
        </w:tc>
        <w:tc>
          <w:tcPr>
            <w:tcW w:w="10199" w:type="dxa"/>
            <w:shd w:val="clear" w:color="auto" w:fill="FFFFFF"/>
            <w:tcMar>
              <w:top w:w="80" w:type="dxa"/>
              <w:left w:w="90" w:type="dxa"/>
              <w:bottom w:w="80" w:type="dxa"/>
              <w:right w:w="90" w:type="dxa"/>
            </w:tcMar>
          </w:tcPr>
          <w:p w14:paraId="17E0D900" w14:textId="77777777" w:rsidR="00686453" w:rsidRPr="004E1E86" w:rsidRDefault="00D95FB4">
            <w:pPr>
              <w:rPr>
                <w:sz w:val="20"/>
                <w:szCs w:val="20"/>
              </w:rPr>
            </w:pPr>
            <w:r w:rsidRPr="004E1E86">
              <w:rPr>
                <w:i/>
                <w:color w:val="66706B"/>
                <w:sz w:val="20"/>
                <w:szCs w:val="20"/>
              </w:rPr>
              <w:t>Emergency Staffing / Volunteer Integration</w:t>
            </w:r>
          </w:p>
        </w:tc>
      </w:tr>
      <w:tr w:rsidR="00686453" w:rsidRPr="004E1E86" w14:paraId="7A8D0D8A" w14:textId="77777777" w:rsidTr="004E1E86">
        <w:trPr>
          <w:cantSplit/>
          <w:jc w:val="center"/>
        </w:trPr>
        <w:tc>
          <w:tcPr>
            <w:tcW w:w="1177" w:type="dxa"/>
            <w:shd w:val="clear" w:color="auto" w:fill="F7FAF8"/>
            <w:tcMar>
              <w:top w:w="80" w:type="dxa"/>
              <w:left w:w="90" w:type="dxa"/>
              <w:bottom w:w="80" w:type="dxa"/>
              <w:right w:w="90" w:type="dxa"/>
            </w:tcMar>
          </w:tcPr>
          <w:p w14:paraId="7794C76C" w14:textId="77777777" w:rsidR="00686453" w:rsidRPr="004E1E86" w:rsidRDefault="00D95FB4">
            <w:pPr>
              <w:rPr>
                <w:sz w:val="20"/>
                <w:szCs w:val="20"/>
              </w:rPr>
            </w:pPr>
            <w:r w:rsidRPr="004E1E86">
              <w:rPr>
                <w:b/>
                <w:color w:val="015A41"/>
                <w:sz w:val="20"/>
                <w:szCs w:val="20"/>
              </w:rPr>
              <w:t>H</w:t>
            </w:r>
          </w:p>
        </w:tc>
        <w:tc>
          <w:tcPr>
            <w:tcW w:w="10199" w:type="dxa"/>
            <w:shd w:val="clear" w:color="auto" w:fill="FFFFFF"/>
            <w:tcMar>
              <w:top w:w="80" w:type="dxa"/>
              <w:left w:w="90" w:type="dxa"/>
              <w:bottom w:w="80" w:type="dxa"/>
              <w:right w:w="90" w:type="dxa"/>
            </w:tcMar>
          </w:tcPr>
          <w:p w14:paraId="21B36742" w14:textId="77777777" w:rsidR="00686453" w:rsidRPr="004E1E86" w:rsidRDefault="00D95FB4">
            <w:pPr>
              <w:rPr>
                <w:sz w:val="20"/>
                <w:szCs w:val="20"/>
              </w:rPr>
            </w:pPr>
            <w:r w:rsidRPr="004E1E86">
              <w:rPr>
                <w:i/>
                <w:color w:val="66706B"/>
                <w:sz w:val="20"/>
                <w:szCs w:val="20"/>
              </w:rPr>
              <w:t>EMResource / HCC-ME Situational Awareness - Optional Planning Resource</w:t>
            </w:r>
          </w:p>
        </w:tc>
      </w:tr>
    </w:tbl>
    <w:p w14:paraId="104D5AAD" w14:textId="77777777" w:rsidR="00686453" w:rsidRDefault="00686453">
      <w:pPr>
        <w:spacing w:after="0"/>
      </w:pPr>
    </w:p>
    <w:p w14:paraId="029C55ED" w14:textId="77777777" w:rsidR="00686453" w:rsidRDefault="00D95FB4">
      <w:r>
        <w:br w:type="page"/>
      </w:r>
    </w:p>
    <w:p w14:paraId="4299059E" w14:textId="77777777" w:rsidR="00686453" w:rsidRDefault="00D95FB4">
      <w:pPr>
        <w:pStyle w:val="Heading1"/>
        <w:pBdr>
          <w:bottom w:val="single" w:sz="14" w:space="5" w:color="E63B07"/>
        </w:pBdr>
        <w:spacing w:before="140" w:after="140"/>
      </w:pPr>
      <w:r>
        <w:rPr>
          <w:rFonts w:ascii="Arial" w:eastAsia="Arial" w:hAnsi="Arial"/>
        </w:rPr>
        <w:lastRenderedPageBreak/>
        <w:t>ANNEX A - COMMUNICATION PLAN</w:t>
      </w: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6043CFF5" w14:textId="77777777">
        <w:trPr>
          <w:jc w:val="center"/>
        </w:trPr>
        <w:tc>
          <w:tcPr>
            <w:tcW w:w="10282" w:type="dxa"/>
            <w:shd w:val="clear" w:color="auto" w:fill="EAF3EF"/>
            <w:tcMar>
              <w:top w:w="100" w:type="dxa"/>
              <w:left w:w="130" w:type="dxa"/>
              <w:bottom w:w="100" w:type="dxa"/>
              <w:right w:w="130" w:type="dxa"/>
            </w:tcMar>
          </w:tcPr>
          <w:p w14:paraId="037951CD" w14:textId="77777777" w:rsidR="00686453" w:rsidRPr="004E1E86" w:rsidRDefault="00D95FB4">
            <w:pPr>
              <w:spacing w:after="0"/>
              <w:rPr>
                <w:sz w:val="20"/>
                <w:szCs w:val="20"/>
              </w:rPr>
            </w:pPr>
            <w:r w:rsidRPr="004E1E86">
              <w:rPr>
                <w:b/>
                <w:color w:val="015A41"/>
                <w:sz w:val="20"/>
                <w:szCs w:val="20"/>
              </w:rPr>
              <w:t xml:space="preserve">CMS </w:t>
            </w:r>
            <w:proofErr w:type="gramStart"/>
            <w:r w:rsidRPr="004E1E86">
              <w:rPr>
                <w:b/>
                <w:color w:val="015A41"/>
                <w:sz w:val="20"/>
                <w:szCs w:val="20"/>
              </w:rPr>
              <w:t xml:space="preserve">REQUIRED  </w:t>
            </w:r>
            <w:r w:rsidRPr="004E1E86">
              <w:rPr>
                <w:sz w:val="20"/>
                <w:szCs w:val="20"/>
              </w:rPr>
              <w:t>The</w:t>
            </w:r>
            <w:proofErr w:type="gramEnd"/>
            <w:r w:rsidRPr="004E1E86">
              <w:rPr>
                <w:sz w:val="20"/>
                <w:szCs w:val="20"/>
              </w:rPr>
              <w:t xml:space="preserve"> LTC facility must maintain a written communication plan that complies with Federal, State, and local laws and is reviewed/updated at least annually. See 42 CFR §483.73(c).</w:t>
            </w:r>
          </w:p>
        </w:tc>
      </w:tr>
    </w:tbl>
    <w:p w14:paraId="248DC378" w14:textId="77777777" w:rsidR="00686453" w:rsidRDefault="00686453">
      <w:pPr>
        <w:spacing w:after="0"/>
      </w:pPr>
    </w:p>
    <w:p w14:paraId="6D90A7C9" w14:textId="77777777" w:rsidR="00686453" w:rsidRDefault="00D95FB4">
      <w:pPr>
        <w:pStyle w:val="Heading2"/>
        <w:spacing w:before="120" w:after="80"/>
      </w:pPr>
      <w:r>
        <w:rPr>
          <w:rFonts w:ascii="Arial" w:eastAsia="Arial" w:hAnsi="Arial"/>
        </w:rPr>
        <w:t>Required Contact Categories</w:t>
      </w: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880"/>
        <w:gridCol w:w="3024"/>
        <w:gridCol w:w="2570"/>
        <w:gridCol w:w="2570"/>
      </w:tblGrid>
      <w:tr w:rsidR="00686453" w:rsidRPr="004E1E86" w14:paraId="649AE791" w14:textId="77777777">
        <w:trPr>
          <w:tblHeader/>
          <w:jc w:val="center"/>
        </w:trPr>
        <w:tc>
          <w:tcPr>
            <w:tcW w:w="2880" w:type="dxa"/>
            <w:shd w:val="clear" w:color="auto" w:fill="015A41"/>
            <w:tcMar>
              <w:top w:w="70" w:type="dxa"/>
              <w:left w:w="70" w:type="dxa"/>
              <w:bottom w:w="70" w:type="dxa"/>
              <w:right w:w="70" w:type="dxa"/>
            </w:tcMar>
          </w:tcPr>
          <w:p w14:paraId="6181B803" w14:textId="77777777" w:rsidR="00686453" w:rsidRPr="004E1E86" w:rsidRDefault="00D95FB4">
            <w:pPr>
              <w:rPr>
                <w:szCs w:val="24"/>
              </w:rPr>
            </w:pPr>
            <w:r w:rsidRPr="004E1E86">
              <w:rPr>
                <w:b/>
                <w:color w:val="FFFFFF"/>
                <w:szCs w:val="24"/>
              </w:rPr>
              <w:t>Audience / Partner</w:t>
            </w:r>
          </w:p>
        </w:tc>
        <w:tc>
          <w:tcPr>
            <w:tcW w:w="3024" w:type="dxa"/>
            <w:shd w:val="clear" w:color="auto" w:fill="015A41"/>
            <w:tcMar>
              <w:top w:w="70" w:type="dxa"/>
              <w:left w:w="70" w:type="dxa"/>
              <w:bottom w:w="70" w:type="dxa"/>
              <w:right w:w="70" w:type="dxa"/>
            </w:tcMar>
          </w:tcPr>
          <w:p w14:paraId="487D3DCE" w14:textId="77777777" w:rsidR="00686453" w:rsidRPr="004E1E86" w:rsidRDefault="00D95FB4">
            <w:pPr>
              <w:rPr>
                <w:szCs w:val="24"/>
              </w:rPr>
            </w:pPr>
            <w:r w:rsidRPr="004E1E86">
              <w:rPr>
                <w:b/>
                <w:color w:val="FFFFFF"/>
                <w:szCs w:val="24"/>
              </w:rPr>
              <w:t>Contact Source</w:t>
            </w:r>
          </w:p>
        </w:tc>
        <w:tc>
          <w:tcPr>
            <w:tcW w:w="1944" w:type="dxa"/>
            <w:shd w:val="clear" w:color="auto" w:fill="015A41"/>
            <w:tcMar>
              <w:top w:w="70" w:type="dxa"/>
              <w:left w:w="70" w:type="dxa"/>
              <w:bottom w:w="70" w:type="dxa"/>
              <w:right w:w="70" w:type="dxa"/>
            </w:tcMar>
          </w:tcPr>
          <w:p w14:paraId="07B8E533" w14:textId="77777777" w:rsidR="00686453" w:rsidRPr="004E1E86" w:rsidRDefault="00D95FB4">
            <w:pPr>
              <w:rPr>
                <w:szCs w:val="24"/>
              </w:rPr>
            </w:pPr>
            <w:r w:rsidRPr="004E1E86">
              <w:rPr>
                <w:b/>
                <w:color w:val="FFFFFF"/>
                <w:szCs w:val="24"/>
              </w:rPr>
              <w:t>Primary</w:t>
            </w:r>
          </w:p>
        </w:tc>
        <w:tc>
          <w:tcPr>
            <w:tcW w:w="1944" w:type="dxa"/>
            <w:shd w:val="clear" w:color="auto" w:fill="015A41"/>
            <w:tcMar>
              <w:top w:w="70" w:type="dxa"/>
              <w:left w:w="70" w:type="dxa"/>
              <w:bottom w:w="70" w:type="dxa"/>
              <w:right w:w="70" w:type="dxa"/>
            </w:tcMar>
          </w:tcPr>
          <w:p w14:paraId="5B3D9571" w14:textId="77777777" w:rsidR="00686453" w:rsidRPr="004E1E86" w:rsidRDefault="00D95FB4">
            <w:pPr>
              <w:rPr>
                <w:szCs w:val="24"/>
              </w:rPr>
            </w:pPr>
            <w:r w:rsidRPr="004E1E86">
              <w:rPr>
                <w:b/>
                <w:color w:val="FFFFFF"/>
                <w:szCs w:val="24"/>
              </w:rPr>
              <w:t>Alternate</w:t>
            </w:r>
          </w:p>
        </w:tc>
      </w:tr>
      <w:tr w:rsidR="00686453" w:rsidRPr="004E1E86" w14:paraId="5D1FD2FB" w14:textId="77777777">
        <w:trPr>
          <w:cantSplit/>
          <w:jc w:val="center"/>
        </w:trPr>
        <w:tc>
          <w:tcPr>
            <w:tcW w:w="2570" w:type="dxa"/>
            <w:tcMar>
              <w:top w:w="70" w:type="dxa"/>
              <w:left w:w="70" w:type="dxa"/>
              <w:bottom w:w="70" w:type="dxa"/>
              <w:right w:w="70" w:type="dxa"/>
            </w:tcMar>
          </w:tcPr>
          <w:p w14:paraId="25B28583" w14:textId="77777777" w:rsidR="00686453" w:rsidRPr="004E1E86" w:rsidRDefault="00D95FB4">
            <w:pPr>
              <w:rPr>
                <w:szCs w:val="24"/>
              </w:rPr>
            </w:pPr>
            <w:r w:rsidRPr="004E1E86">
              <w:rPr>
                <w:b/>
                <w:color w:val="015A41"/>
                <w:szCs w:val="24"/>
              </w:rPr>
              <w:t>Staff</w:t>
            </w:r>
          </w:p>
        </w:tc>
        <w:tc>
          <w:tcPr>
            <w:tcW w:w="2570" w:type="dxa"/>
            <w:tcMar>
              <w:top w:w="70" w:type="dxa"/>
              <w:left w:w="70" w:type="dxa"/>
              <w:bottom w:w="70" w:type="dxa"/>
              <w:right w:w="70" w:type="dxa"/>
            </w:tcMar>
          </w:tcPr>
          <w:p w14:paraId="4CB8B247" w14:textId="77777777" w:rsidR="00686453" w:rsidRPr="004E1E86" w:rsidRDefault="00D95FB4">
            <w:pPr>
              <w:rPr>
                <w:szCs w:val="24"/>
              </w:rPr>
            </w:pPr>
            <w:r w:rsidRPr="004E1E86">
              <w:rPr>
                <w:szCs w:val="24"/>
              </w:rPr>
              <w:t>&lt;Directory location&gt;</w:t>
            </w:r>
          </w:p>
        </w:tc>
        <w:tc>
          <w:tcPr>
            <w:tcW w:w="2570" w:type="dxa"/>
            <w:tcMar>
              <w:top w:w="70" w:type="dxa"/>
              <w:left w:w="70" w:type="dxa"/>
              <w:bottom w:w="70" w:type="dxa"/>
              <w:right w:w="70" w:type="dxa"/>
            </w:tcMar>
          </w:tcPr>
          <w:p w14:paraId="649C36C4" w14:textId="77777777" w:rsidR="00686453" w:rsidRPr="004E1E86" w:rsidRDefault="00D95FB4">
            <w:pPr>
              <w:rPr>
                <w:szCs w:val="24"/>
              </w:rPr>
            </w:pPr>
            <w:r w:rsidRPr="004E1E86">
              <w:rPr>
                <w:szCs w:val="24"/>
              </w:rPr>
              <w:t>&lt;Primary method&gt;</w:t>
            </w:r>
          </w:p>
        </w:tc>
        <w:tc>
          <w:tcPr>
            <w:tcW w:w="2570" w:type="dxa"/>
            <w:tcMar>
              <w:top w:w="70" w:type="dxa"/>
              <w:left w:w="70" w:type="dxa"/>
              <w:bottom w:w="70" w:type="dxa"/>
              <w:right w:w="70" w:type="dxa"/>
            </w:tcMar>
          </w:tcPr>
          <w:p w14:paraId="57EDE966" w14:textId="77777777" w:rsidR="00686453" w:rsidRPr="004E1E86" w:rsidRDefault="00D95FB4">
            <w:pPr>
              <w:rPr>
                <w:szCs w:val="24"/>
              </w:rPr>
            </w:pPr>
            <w:r w:rsidRPr="004E1E86">
              <w:rPr>
                <w:szCs w:val="24"/>
              </w:rPr>
              <w:t>&lt;Alternate method&gt;</w:t>
            </w:r>
          </w:p>
        </w:tc>
      </w:tr>
      <w:tr w:rsidR="00686453" w:rsidRPr="004E1E86" w14:paraId="4858DE29" w14:textId="77777777">
        <w:trPr>
          <w:cantSplit/>
          <w:jc w:val="center"/>
        </w:trPr>
        <w:tc>
          <w:tcPr>
            <w:tcW w:w="2570" w:type="dxa"/>
            <w:tcMar>
              <w:top w:w="70" w:type="dxa"/>
              <w:left w:w="70" w:type="dxa"/>
              <w:bottom w:w="70" w:type="dxa"/>
              <w:right w:w="70" w:type="dxa"/>
            </w:tcMar>
          </w:tcPr>
          <w:p w14:paraId="28EDDABA" w14:textId="77777777" w:rsidR="00686453" w:rsidRPr="004E1E86" w:rsidRDefault="00D95FB4">
            <w:pPr>
              <w:rPr>
                <w:szCs w:val="24"/>
              </w:rPr>
            </w:pPr>
            <w:r w:rsidRPr="004E1E86">
              <w:rPr>
                <w:b/>
                <w:color w:val="015A41"/>
                <w:szCs w:val="24"/>
              </w:rPr>
              <w:t>Services under arrangement</w:t>
            </w:r>
          </w:p>
        </w:tc>
        <w:tc>
          <w:tcPr>
            <w:tcW w:w="2570" w:type="dxa"/>
            <w:tcMar>
              <w:top w:w="70" w:type="dxa"/>
              <w:left w:w="70" w:type="dxa"/>
              <w:bottom w:w="70" w:type="dxa"/>
              <w:right w:w="70" w:type="dxa"/>
            </w:tcMar>
          </w:tcPr>
          <w:p w14:paraId="47ECC87E" w14:textId="77777777" w:rsidR="00686453" w:rsidRPr="004E1E86" w:rsidRDefault="00D95FB4">
            <w:pPr>
              <w:rPr>
                <w:szCs w:val="24"/>
              </w:rPr>
            </w:pPr>
            <w:r w:rsidRPr="004E1E86">
              <w:rPr>
                <w:szCs w:val="24"/>
              </w:rPr>
              <w:t>&lt;Directory&gt;</w:t>
            </w:r>
          </w:p>
        </w:tc>
        <w:tc>
          <w:tcPr>
            <w:tcW w:w="2570" w:type="dxa"/>
            <w:tcMar>
              <w:top w:w="70" w:type="dxa"/>
              <w:left w:w="70" w:type="dxa"/>
              <w:bottom w:w="70" w:type="dxa"/>
              <w:right w:w="70" w:type="dxa"/>
            </w:tcMar>
          </w:tcPr>
          <w:p w14:paraId="61D46915" w14:textId="77777777" w:rsidR="00686453" w:rsidRPr="004E1E86" w:rsidRDefault="00D95FB4">
            <w:pPr>
              <w:rPr>
                <w:szCs w:val="24"/>
              </w:rPr>
            </w:pPr>
            <w:r w:rsidRPr="004E1E86">
              <w:rPr>
                <w:szCs w:val="24"/>
              </w:rPr>
              <w:t>&lt;Method&gt;</w:t>
            </w:r>
          </w:p>
        </w:tc>
        <w:tc>
          <w:tcPr>
            <w:tcW w:w="2570" w:type="dxa"/>
            <w:tcMar>
              <w:top w:w="70" w:type="dxa"/>
              <w:left w:w="70" w:type="dxa"/>
              <w:bottom w:w="70" w:type="dxa"/>
              <w:right w:w="70" w:type="dxa"/>
            </w:tcMar>
          </w:tcPr>
          <w:p w14:paraId="2CD02645" w14:textId="77777777" w:rsidR="00686453" w:rsidRPr="004E1E86" w:rsidRDefault="00D95FB4">
            <w:pPr>
              <w:rPr>
                <w:szCs w:val="24"/>
              </w:rPr>
            </w:pPr>
            <w:r w:rsidRPr="004E1E86">
              <w:rPr>
                <w:szCs w:val="24"/>
              </w:rPr>
              <w:t>&lt;Alternate&gt;</w:t>
            </w:r>
          </w:p>
        </w:tc>
      </w:tr>
      <w:tr w:rsidR="00686453" w:rsidRPr="004E1E86" w14:paraId="46121BAC" w14:textId="77777777">
        <w:trPr>
          <w:cantSplit/>
          <w:jc w:val="center"/>
        </w:trPr>
        <w:tc>
          <w:tcPr>
            <w:tcW w:w="2570" w:type="dxa"/>
            <w:tcMar>
              <w:top w:w="70" w:type="dxa"/>
              <w:left w:w="70" w:type="dxa"/>
              <w:bottom w:w="70" w:type="dxa"/>
              <w:right w:w="70" w:type="dxa"/>
            </w:tcMar>
          </w:tcPr>
          <w:p w14:paraId="144FB479" w14:textId="77777777" w:rsidR="00686453" w:rsidRPr="004E1E86" w:rsidRDefault="00D95FB4">
            <w:pPr>
              <w:rPr>
                <w:szCs w:val="24"/>
              </w:rPr>
            </w:pPr>
            <w:r w:rsidRPr="004E1E86">
              <w:rPr>
                <w:b/>
                <w:color w:val="015A41"/>
                <w:szCs w:val="24"/>
              </w:rPr>
              <w:t>Residents' physicians</w:t>
            </w:r>
          </w:p>
        </w:tc>
        <w:tc>
          <w:tcPr>
            <w:tcW w:w="2570" w:type="dxa"/>
            <w:tcMar>
              <w:top w:w="70" w:type="dxa"/>
              <w:left w:w="70" w:type="dxa"/>
              <w:bottom w:w="70" w:type="dxa"/>
              <w:right w:w="70" w:type="dxa"/>
            </w:tcMar>
          </w:tcPr>
          <w:p w14:paraId="50CB36CF" w14:textId="77777777" w:rsidR="00686453" w:rsidRPr="004E1E86" w:rsidRDefault="00D95FB4">
            <w:pPr>
              <w:rPr>
                <w:szCs w:val="24"/>
              </w:rPr>
            </w:pPr>
            <w:r w:rsidRPr="004E1E86">
              <w:rPr>
                <w:szCs w:val="24"/>
              </w:rPr>
              <w:t>&lt;Directory&gt;</w:t>
            </w:r>
          </w:p>
        </w:tc>
        <w:tc>
          <w:tcPr>
            <w:tcW w:w="2570" w:type="dxa"/>
            <w:tcMar>
              <w:top w:w="70" w:type="dxa"/>
              <w:left w:w="70" w:type="dxa"/>
              <w:bottom w:w="70" w:type="dxa"/>
              <w:right w:w="70" w:type="dxa"/>
            </w:tcMar>
          </w:tcPr>
          <w:p w14:paraId="1F028D86" w14:textId="77777777" w:rsidR="00686453" w:rsidRPr="004E1E86" w:rsidRDefault="00D95FB4">
            <w:pPr>
              <w:rPr>
                <w:szCs w:val="24"/>
              </w:rPr>
            </w:pPr>
            <w:r w:rsidRPr="004E1E86">
              <w:rPr>
                <w:szCs w:val="24"/>
              </w:rPr>
              <w:t>&lt;Method&gt;</w:t>
            </w:r>
          </w:p>
        </w:tc>
        <w:tc>
          <w:tcPr>
            <w:tcW w:w="2570" w:type="dxa"/>
            <w:tcMar>
              <w:top w:w="70" w:type="dxa"/>
              <w:left w:w="70" w:type="dxa"/>
              <w:bottom w:w="70" w:type="dxa"/>
              <w:right w:w="70" w:type="dxa"/>
            </w:tcMar>
          </w:tcPr>
          <w:p w14:paraId="3FFC1DDA" w14:textId="77777777" w:rsidR="00686453" w:rsidRPr="004E1E86" w:rsidRDefault="00D95FB4">
            <w:pPr>
              <w:rPr>
                <w:szCs w:val="24"/>
              </w:rPr>
            </w:pPr>
            <w:r w:rsidRPr="004E1E86">
              <w:rPr>
                <w:szCs w:val="24"/>
              </w:rPr>
              <w:t>&lt;Alternate&gt;</w:t>
            </w:r>
          </w:p>
        </w:tc>
      </w:tr>
      <w:tr w:rsidR="00686453" w:rsidRPr="004E1E86" w14:paraId="4A33204F" w14:textId="77777777">
        <w:trPr>
          <w:cantSplit/>
          <w:jc w:val="center"/>
        </w:trPr>
        <w:tc>
          <w:tcPr>
            <w:tcW w:w="2570" w:type="dxa"/>
            <w:tcMar>
              <w:top w:w="70" w:type="dxa"/>
              <w:left w:w="70" w:type="dxa"/>
              <w:bottom w:w="70" w:type="dxa"/>
              <w:right w:w="70" w:type="dxa"/>
            </w:tcMar>
          </w:tcPr>
          <w:p w14:paraId="3FBC6968" w14:textId="77777777" w:rsidR="00686453" w:rsidRPr="004E1E86" w:rsidRDefault="00D95FB4">
            <w:pPr>
              <w:rPr>
                <w:szCs w:val="24"/>
              </w:rPr>
            </w:pPr>
            <w:r w:rsidRPr="004E1E86">
              <w:rPr>
                <w:b/>
                <w:color w:val="015A41"/>
                <w:szCs w:val="24"/>
              </w:rPr>
              <w:t>Other LTC facilities</w:t>
            </w:r>
          </w:p>
        </w:tc>
        <w:tc>
          <w:tcPr>
            <w:tcW w:w="2570" w:type="dxa"/>
            <w:tcMar>
              <w:top w:w="70" w:type="dxa"/>
              <w:left w:w="70" w:type="dxa"/>
              <w:bottom w:w="70" w:type="dxa"/>
              <w:right w:w="70" w:type="dxa"/>
            </w:tcMar>
          </w:tcPr>
          <w:p w14:paraId="3A247F0B" w14:textId="77777777" w:rsidR="00686453" w:rsidRPr="004E1E86" w:rsidRDefault="00D95FB4">
            <w:pPr>
              <w:rPr>
                <w:szCs w:val="24"/>
              </w:rPr>
            </w:pPr>
            <w:r w:rsidRPr="004E1E86">
              <w:rPr>
                <w:szCs w:val="24"/>
              </w:rPr>
              <w:t>&lt;Directory&gt;</w:t>
            </w:r>
          </w:p>
        </w:tc>
        <w:tc>
          <w:tcPr>
            <w:tcW w:w="2570" w:type="dxa"/>
            <w:tcMar>
              <w:top w:w="70" w:type="dxa"/>
              <w:left w:w="70" w:type="dxa"/>
              <w:bottom w:w="70" w:type="dxa"/>
              <w:right w:w="70" w:type="dxa"/>
            </w:tcMar>
          </w:tcPr>
          <w:p w14:paraId="252A8EAE" w14:textId="77777777" w:rsidR="00686453" w:rsidRPr="004E1E86" w:rsidRDefault="00D95FB4">
            <w:pPr>
              <w:rPr>
                <w:szCs w:val="24"/>
              </w:rPr>
            </w:pPr>
            <w:r w:rsidRPr="004E1E86">
              <w:rPr>
                <w:szCs w:val="24"/>
              </w:rPr>
              <w:t>&lt;Method&gt;</w:t>
            </w:r>
          </w:p>
        </w:tc>
        <w:tc>
          <w:tcPr>
            <w:tcW w:w="2570" w:type="dxa"/>
            <w:tcMar>
              <w:top w:w="70" w:type="dxa"/>
              <w:left w:w="70" w:type="dxa"/>
              <w:bottom w:w="70" w:type="dxa"/>
              <w:right w:w="70" w:type="dxa"/>
            </w:tcMar>
          </w:tcPr>
          <w:p w14:paraId="6CB08033" w14:textId="77777777" w:rsidR="00686453" w:rsidRPr="004E1E86" w:rsidRDefault="00D95FB4">
            <w:pPr>
              <w:rPr>
                <w:szCs w:val="24"/>
              </w:rPr>
            </w:pPr>
            <w:r w:rsidRPr="004E1E86">
              <w:rPr>
                <w:szCs w:val="24"/>
              </w:rPr>
              <w:t>&lt;Alternate&gt;</w:t>
            </w:r>
          </w:p>
        </w:tc>
      </w:tr>
      <w:tr w:rsidR="00686453" w:rsidRPr="004E1E86" w14:paraId="6039BE84" w14:textId="77777777">
        <w:trPr>
          <w:cantSplit/>
          <w:jc w:val="center"/>
        </w:trPr>
        <w:tc>
          <w:tcPr>
            <w:tcW w:w="2570" w:type="dxa"/>
            <w:tcMar>
              <w:top w:w="70" w:type="dxa"/>
              <w:left w:w="70" w:type="dxa"/>
              <w:bottom w:w="70" w:type="dxa"/>
              <w:right w:w="70" w:type="dxa"/>
            </w:tcMar>
          </w:tcPr>
          <w:p w14:paraId="266B533D" w14:textId="77777777" w:rsidR="00686453" w:rsidRPr="004E1E86" w:rsidRDefault="00D95FB4">
            <w:pPr>
              <w:rPr>
                <w:szCs w:val="24"/>
              </w:rPr>
            </w:pPr>
            <w:r w:rsidRPr="004E1E86">
              <w:rPr>
                <w:b/>
                <w:color w:val="015A41"/>
                <w:szCs w:val="24"/>
              </w:rPr>
              <w:t>Volunteers</w:t>
            </w:r>
          </w:p>
        </w:tc>
        <w:tc>
          <w:tcPr>
            <w:tcW w:w="2570" w:type="dxa"/>
            <w:tcMar>
              <w:top w:w="70" w:type="dxa"/>
              <w:left w:w="70" w:type="dxa"/>
              <w:bottom w:w="70" w:type="dxa"/>
              <w:right w:w="70" w:type="dxa"/>
            </w:tcMar>
          </w:tcPr>
          <w:p w14:paraId="7E650B25" w14:textId="77777777" w:rsidR="00686453" w:rsidRPr="004E1E86" w:rsidRDefault="00D95FB4">
            <w:pPr>
              <w:rPr>
                <w:szCs w:val="24"/>
              </w:rPr>
            </w:pPr>
            <w:r w:rsidRPr="004E1E86">
              <w:rPr>
                <w:szCs w:val="24"/>
              </w:rPr>
              <w:t>&lt;Directory&gt;</w:t>
            </w:r>
          </w:p>
        </w:tc>
        <w:tc>
          <w:tcPr>
            <w:tcW w:w="2570" w:type="dxa"/>
            <w:tcMar>
              <w:top w:w="70" w:type="dxa"/>
              <w:left w:w="70" w:type="dxa"/>
              <w:bottom w:w="70" w:type="dxa"/>
              <w:right w:w="70" w:type="dxa"/>
            </w:tcMar>
          </w:tcPr>
          <w:p w14:paraId="05698F4B" w14:textId="77777777" w:rsidR="00686453" w:rsidRPr="004E1E86" w:rsidRDefault="00D95FB4">
            <w:pPr>
              <w:rPr>
                <w:szCs w:val="24"/>
              </w:rPr>
            </w:pPr>
            <w:r w:rsidRPr="004E1E86">
              <w:rPr>
                <w:szCs w:val="24"/>
              </w:rPr>
              <w:t>&lt;Method&gt;</w:t>
            </w:r>
          </w:p>
        </w:tc>
        <w:tc>
          <w:tcPr>
            <w:tcW w:w="2570" w:type="dxa"/>
            <w:tcMar>
              <w:top w:w="70" w:type="dxa"/>
              <w:left w:w="70" w:type="dxa"/>
              <w:bottom w:w="70" w:type="dxa"/>
              <w:right w:w="70" w:type="dxa"/>
            </w:tcMar>
          </w:tcPr>
          <w:p w14:paraId="3DAAE5AC" w14:textId="77777777" w:rsidR="00686453" w:rsidRPr="004E1E86" w:rsidRDefault="00D95FB4">
            <w:pPr>
              <w:rPr>
                <w:szCs w:val="24"/>
              </w:rPr>
            </w:pPr>
            <w:r w:rsidRPr="004E1E86">
              <w:rPr>
                <w:szCs w:val="24"/>
              </w:rPr>
              <w:t>&lt;Alternate&gt;</w:t>
            </w:r>
          </w:p>
        </w:tc>
      </w:tr>
      <w:tr w:rsidR="00686453" w:rsidRPr="004E1E86" w14:paraId="45C21954" w14:textId="77777777">
        <w:trPr>
          <w:cantSplit/>
          <w:jc w:val="center"/>
        </w:trPr>
        <w:tc>
          <w:tcPr>
            <w:tcW w:w="2570" w:type="dxa"/>
            <w:tcMar>
              <w:top w:w="70" w:type="dxa"/>
              <w:left w:w="70" w:type="dxa"/>
              <w:bottom w:w="70" w:type="dxa"/>
              <w:right w:w="70" w:type="dxa"/>
            </w:tcMar>
          </w:tcPr>
          <w:p w14:paraId="224EAF4A" w14:textId="77777777" w:rsidR="00686453" w:rsidRPr="004E1E86" w:rsidRDefault="00D95FB4">
            <w:pPr>
              <w:rPr>
                <w:szCs w:val="24"/>
              </w:rPr>
            </w:pPr>
            <w:r w:rsidRPr="004E1E86">
              <w:rPr>
                <w:b/>
                <w:color w:val="015A41"/>
                <w:szCs w:val="24"/>
              </w:rPr>
              <w:t>Emergency preparedness officials</w:t>
            </w:r>
          </w:p>
        </w:tc>
        <w:tc>
          <w:tcPr>
            <w:tcW w:w="2570" w:type="dxa"/>
            <w:tcMar>
              <w:top w:w="70" w:type="dxa"/>
              <w:left w:w="70" w:type="dxa"/>
              <w:bottom w:w="70" w:type="dxa"/>
              <w:right w:w="70" w:type="dxa"/>
            </w:tcMar>
          </w:tcPr>
          <w:p w14:paraId="3FA75B7C" w14:textId="77777777" w:rsidR="00686453" w:rsidRPr="004E1E86" w:rsidRDefault="00D95FB4">
            <w:pPr>
              <w:rPr>
                <w:szCs w:val="24"/>
              </w:rPr>
            </w:pPr>
            <w:r w:rsidRPr="004E1E86">
              <w:rPr>
                <w:szCs w:val="24"/>
              </w:rPr>
              <w:t>&lt;Directory&gt;</w:t>
            </w:r>
          </w:p>
        </w:tc>
        <w:tc>
          <w:tcPr>
            <w:tcW w:w="2570" w:type="dxa"/>
            <w:tcMar>
              <w:top w:w="70" w:type="dxa"/>
              <w:left w:w="70" w:type="dxa"/>
              <w:bottom w:w="70" w:type="dxa"/>
              <w:right w:w="70" w:type="dxa"/>
            </w:tcMar>
          </w:tcPr>
          <w:p w14:paraId="126D8754" w14:textId="77777777" w:rsidR="00686453" w:rsidRPr="004E1E86" w:rsidRDefault="00D95FB4">
            <w:pPr>
              <w:rPr>
                <w:szCs w:val="24"/>
              </w:rPr>
            </w:pPr>
            <w:r w:rsidRPr="004E1E86">
              <w:rPr>
                <w:szCs w:val="24"/>
              </w:rPr>
              <w:t>&lt;Method&gt;</w:t>
            </w:r>
          </w:p>
        </w:tc>
        <w:tc>
          <w:tcPr>
            <w:tcW w:w="2570" w:type="dxa"/>
            <w:tcMar>
              <w:top w:w="70" w:type="dxa"/>
              <w:left w:w="70" w:type="dxa"/>
              <w:bottom w:w="70" w:type="dxa"/>
              <w:right w:w="70" w:type="dxa"/>
            </w:tcMar>
          </w:tcPr>
          <w:p w14:paraId="0EED6ED8" w14:textId="77777777" w:rsidR="00686453" w:rsidRPr="004E1E86" w:rsidRDefault="00D95FB4">
            <w:pPr>
              <w:rPr>
                <w:szCs w:val="24"/>
              </w:rPr>
            </w:pPr>
            <w:r w:rsidRPr="004E1E86">
              <w:rPr>
                <w:szCs w:val="24"/>
              </w:rPr>
              <w:t>&lt;Alternate&gt;</w:t>
            </w:r>
          </w:p>
        </w:tc>
      </w:tr>
      <w:tr w:rsidR="00686453" w:rsidRPr="004E1E86" w14:paraId="64FBAA56" w14:textId="77777777">
        <w:trPr>
          <w:cantSplit/>
          <w:jc w:val="center"/>
        </w:trPr>
        <w:tc>
          <w:tcPr>
            <w:tcW w:w="2570" w:type="dxa"/>
            <w:tcMar>
              <w:top w:w="70" w:type="dxa"/>
              <w:left w:w="70" w:type="dxa"/>
              <w:bottom w:w="70" w:type="dxa"/>
              <w:right w:w="70" w:type="dxa"/>
            </w:tcMar>
          </w:tcPr>
          <w:p w14:paraId="42528295" w14:textId="77777777" w:rsidR="00686453" w:rsidRPr="004E1E86" w:rsidRDefault="00D95FB4">
            <w:pPr>
              <w:rPr>
                <w:szCs w:val="24"/>
              </w:rPr>
            </w:pPr>
            <w:r w:rsidRPr="004E1E86">
              <w:rPr>
                <w:b/>
                <w:color w:val="015A41"/>
                <w:szCs w:val="24"/>
              </w:rPr>
              <w:t>Maine DLC</w:t>
            </w:r>
          </w:p>
        </w:tc>
        <w:tc>
          <w:tcPr>
            <w:tcW w:w="2570" w:type="dxa"/>
            <w:tcMar>
              <w:top w:w="70" w:type="dxa"/>
              <w:left w:w="70" w:type="dxa"/>
              <w:bottom w:w="70" w:type="dxa"/>
              <w:right w:w="70" w:type="dxa"/>
            </w:tcMar>
          </w:tcPr>
          <w:p w14:paraId="72686A83" w14:textId="77777777" w:rsidR="00686453" w:rsidRPr="004E1E86" w:rsidRDefault="00D95FB4">
            <w:pPr>
              <w:rPr>
                <w:szCs w:val="24"/>
              </w:rPr>
            </w:pPr>
            <w:r w:rsidRPr="004E1E86">
              <w:rPr>
                <w:szCs w:val="24"/>
              </w:rPr>
              <w:t>&lt;Contact&gt;</w:t>
            </w:r>
          </w:p>
        </w:tc>
        <w:tc>
          <w:tcPr>
            <w:tcW w:w="2570" w:type="dxa"/>
            <w:tcMar>
              <w:top w:w="70" w:type="dxa"/>
              <w:left w:w="70" w:type="dxa"/>
              <w:bottom w:w="70" w:type="dxa"/>
              <w:right w:w="70" w:type="dxa"/>
            </w:tcMar>
          </w:tcPr>
          <w:p w14:paraId="2ACB225F" w14:textId="77777777" w:rsidR="00686453" w:rsidRPr="004E1E86" w:rsidRDefault="00D95FB4">
            <w:pPr>
              <w:rPr>
                <w:szCs w:val="24"/>
              </w:rPr>
            </w:pPr>
            <w:r w:rsidRPr="004E1E86">
              <w:rPr>
                <w:szCs w:val="24"/>
              </w:rPr>
              <w:t>&lt;Method&gt;</w:t>
            </w:r>
          </w:p>
        </w:tc>
        <w:tc>
          <w:tcPr>
            <w:tcW w:w="2570" w:type="dxa"/>
            <w:tcMar>
              <w:top w:w="70" w:type="dxa"/>
              <w:left w:w="70" w:type="dxa"/>
              <w:bottom w:w="70" w:type="dxa"/>
              <w:right w:w="70" w:type="dxa"/>
            </w:tcMar>
          </w:tcPr>
          <w:p w14:paraId="4DF256E0" w14:textId="77777777" w:rsidR="00686453" w:rsidRPr="004E1E86" w:rsidRDefault="00D95FB4">
            <w:pPr>
              <w:rPr>
                <w:szCs w:val="24"/>
              </w:rPr>
            </w:pPr>
            <w:r w:rsidRPr="004E1E86">
              <w:rPr>
                <w:szCs w:val="24"/>
              </w:rPr>
              <w:t>&lt;Alternate&gt;</w:t>
            </w:r>
          </w:p>
        </w:tc>
      </w:tr>
      <w:tr w:rsidR="00686453" w:rsidRPr="004E1E86" w14:paraId="62FBEC84" w14:textId="77777777">
        <w:trPr>
          <w:cantSplit/>
          <w:jc w:val="center"/>
        </w:trPr>
        <w:tc>
          <w:tcPr>
            <w:tcW w:w="2570" w:type="dxa"/>
            <w:tcMar>
              <w:top w:w="70" w:type="dxa"/>
              <w:left w:w="70" w:type="dxa"/>
              <w:bottom w:w="70" w:type="dxa"/>
              <w:right w:w="70" w:type="dxa"/>
            </w:tcMar>
          </w:tcPr>
          <w:p w14:paraId="25C292B7" w14:textId="77777777" w:rsidR="00686453" w:rsidRPr="004E1E86" w:rsidRDefault="00D95FB4">
            <w:pPr>
              <w:rPr>
                <w:szCs w:val="24"/>
              </w:rPr>
            </w:pPr>
            <w:r w:rsidRPr="004E1E86">
              <w:rPr>
                <w:b/>
                <w:color w:val="015A41"/>
                <w:szCs w:val="24"/>
              </w:rPr>
              <w:t>Long-Term Care Ombudsman</w:t>
            </w:r>
          </w:p>
        </w:tc>
        <w:tc>
          <w:tcPr>
            <w:tcW w:w="2570" w:type="dxa"/>
            <w:tcMar>
              <w:top w:w="70" w:type="dxa"/>
              <w:left w:w="70" w:type="dxa"/>
              <w:bottom w:w="70" w:type="dxa"/>
              <w:right w:w="70" w:type="dxa"/>
            </w:tcMar>
          </w:tcPr>
          <w:p w14:paraId="3483386B" w14:textId="77777777" w:rsidR="00686453" w:rsidRPr="004E1E86" w:rsidRDefault="00D95FB4">
            <w:pPr>
              <w:rPr>
                <w:szCs w:val="24"/>
              </w:rPr>
            </w:pPr>
            <w:r w:rsidRPr="004E1E86">
              <w:rPr>
                <w:szCs w:val="24"/>
              </w:rPr>
              <w:t>&lt;Contact&gt;</w:t>
            </w:r>
          </w:p>
        </w:tc>
        <w:tc>
          <w:tcPr>
            <w:tcW w:w="2570" w:type="dxa"/>
            <w:tcMar>
              <w:top w:w="70" w:type="dxa"/>
              <w:left w:w="70" w:type="dxa"/>
              <w:bottom w:w="70" w:type="dxa"/>
              <w:right w:w="70" w:type="dxa"/>
            </w:tcMar>
          </w:tcPr>
          <w:p w14:paraId="291834B8" w14:textId="77777777" w:rsidR="00686453" w:rsidRPr="004E1E86" w:rsidRDefault="00D95FB4">
            <w:pPr>
              <w:rPr>
                <w:szCs w:val="24"/>
              </w:rPr>
            </w:pPr>
            <w:r w:rsidRPr="004E1E86">
              <w:rPr>
                <w:szCs w:val="24"/>
              </w:rPr>
              <w:t>&lt;Method&gt;</w:t>
            </w:r>
          </w:p>
        </w:tc>
        <w:tc>
          <w:tcPr>
            <w:tcW w:w="2570" w:type="dxa"/>
            <w:tcMar>
              <w:top w:w="70" w:type="dxa"/>
              <w:left w:w="70" w:type="dxa"/>
              <w:bottom w:w="70" w:type="dxa"/>
              <w:right w:w="70" w:type="dxa"/>
            </w:tcMar>
          </w:tcPr>
          <w:p w14:paraId="20AB3423" w14:textId="77777777" w:rsidR="00686453" w:rsidRPr="004E1E86" w:rsidRDefault="00D95FB4">
            <w:pPr>
              <w:rPr>
                <w:szCs w:val="24"/>
              </w:rPr>
            </w:pPr>
            <w:r w:rsidRPr="004E1E86">
              <w:rPr>
                <w:szCs w:val="24"/>
              </w:rPr>
              <w:t>&lt;Alternate&gt;</w:t>
            </w:r>
          </w:p>
        </w:tc>
      </w:tr>
      <w:tr w:rsidR="00686453" w:rsidRPr="004E1E86" w14:paraId="2D6B8861" w14:textId="77777777">
        <w:trPr>
          <w:cantSplit/>
          <w:jc w:val="center"/>
        </w:trPr>
        <w:tc>
          <w:tcPr>
            <w:tcW w:w="2570" w:type="dxa"/>
            <w:tcMar>
              <w:top w:w="70" w:type="dxa"/>
              <w:left w:w="70" w:type="dxa"/>
              <w:bottom w:w="70" w:type="dxa"/>
              <w:right w:w="70" w:type="dxa"/>
            </w:tcMar>
          </w:tcPr>
          <w:p w14:paraId="75AD80EE" w14:textId="77777777" w:rsidR="00686453" w:rsidRPr="004E1E86" w:rsidRDefault="00D95FB4">
            <w:pPr>
              <w:rPr>
                <w:szCs w:val="24"/>
              </w:rPr>
            </w:pPr>
            <w:r w:rsidRPr="004E1E86">
              <w:rPr>
                <w:b/>
                <w:color w:val="015A41"/>
                <w:szCs w:val="24"/>
              </w:rPr>
              <w:t>Other sources of assistance</w:t>
            </w:r>
          </w:p>
        </w:tc>
        <w:tc>
          <w:tcPr>
            <w:tcW w:w="2570" w:type="dxa"/>
            <w:tcMar>
              <w:top w:w="70" w:type="dxa"/>
              <w:left w:w="70" w:type="dxa"/>
              <w:bottom w:w="70" w:type="dxa"/>
              <w:right w:w="70" w:type="dxa"/>
            </w:tcMar>
          </w:tcPr>
          <w:p w14:paraId="1C3829C4" w14:textId="77777777" w:rsidR="00686453" w:rsidRPr="004E1E86" w:rsidRDefault="00D95FB4">
            <w:pPr>
              <w:rPr>
                <w:szCs w:val="24"/>
              </w:rPr>
            </w:pPr>
            <w:r w:rsidRPr="004E1E86">
              <w:rPr>
                <w:szCs w:val="24"/>
              </w:rPr>
              <w:t>&lt;Directory&gt;</w:t>
            </w:r>
          </w:p>
        </w:tc>
        <w:tc>
          <w:tcPr>
            <w:tcW w:w="2570" w:type="dxa"/>
            <w:tcMar>
              <w:top w:w="70" w:type="dxa"/>
              <w:left w:w="70" w:type="dxa"/>
              <w:bottom w:w="70" w:type="dxa"/>
              <w:right w:w="70" w:type="dxa"/>
            </w:tcMar>
          </w:tcPr>
          <w:p w14:paraId="31A70F0F" w14:textId="77777777" w:rsidR="00686453" w:rsidRPr="004E1E86" w:rsidRDefault="00D95FB4">
            <w:pPr>
              <w:rPr>
                <w:szCs w:val="24"/>
              </w:rPr>
            </w:pPr>
            <w:r w:rsidRPr="004E1E86">
              <w:rPr>
                <w:szCs w:val="24"/>
              </w:rPr>
              <w:t>&lt;Method&gt;</w:t>
            </w:r>
          </w:p>
        </w:tc>
        <w:tc>
          <w:tcPr>
            <w:tcW w:w="2570" w:type="dxa"/>
            <w:tcMar>
              <w:top w:w="70" w:type="dxa"/>
              <w:left w:w="70" w:type="dxa"/>
              <w:bottom w:w="70" w:type="dxa"/>
              <w:right w:w="70" w:type="dxa"/>
            </w:tcMar>
          </w:tcPr>
          <w:p w14:paraId="70F97788" w14:textId="77777777" w:rsidR="00686453" w:rsidRPr="004E1E86" w:rsidRDefault="00D95FB4">
            <w:pPr>
              <w:rPr>
                <w:szCs w:val="24"/>
              </w:rPr>
            </w:pPr>
            <w:r w:rsidRPr="004E1E86">
              <w:rPr>
                <w:szCs w:val="24"/>
              </w:rPr>
              <w:t>&lt;Alternate&gt;</w:t>
            </w:r>
          </w:p>
        </w:tc>
      </w:tr>
    </w:tbl>
    <w:p w14:paraId="115BC157" w14:textId="77777777" w:rsidR="00686453" w:rsidRDefault="00686453">
      <w:pPr>
        <w:spacing w:after="0"/>
      </w:pPr>
    </w:p>
    <w:p w14:paraId="3C46343D" w14:textId="77777777" w:rsidR="004E1E86" w:rsidRDefault="004E1E86">
      <w:pPr>
        <w:spacing w:after="0"/>
      </w:pPr>
    </w:p>
    <w:p w14:paraId="277AC01B" w14:textId="77777777" w:rsidR="004E1E86" w:rsidRDefault="004E1E86">
      <w:pPr>
        <w:spacing w:after="0"/>
      </w:pPr>
    </w:p>
    <w:p w14:paraId="512E2590" w14:textId="77777777" w:rsidR="004E1E86" w:rsidRDefault="004E1E86">
      <w:pPr>
        <w:spacing w:after="0"/>
      </w:pPr>
    </w:p>
    <w:p w14:paraId="7D3DE3C9" w14:textId="77777777" w:rsidR="004E1E86" w:rsidRDefault="004E1E86">
      <w:pPr>
        <w:spacing w:after="0"/>
      </w:pPr>
    </w:p>
    <w:p w14:paraId="4079FDA1" w14:textId="77777777" w:rsidR="004E1E86" w:rsidRDefault="004E1E86">
      <w:pPr>
        <w:spacing w:after="0"/>
      </w:pPr>
    </w:p>
    <w:p w14:paraId="6970E573" w14:textId="77777777" w:rsidR="004E1E86" w:rsidRDefault="004E1E86">
      <w:pPr>
        <w:spacing w:after="0"/>
      </w:pPr>
    </w:p>
    <w:p w14:paraId="6D68A497" w14:textId="77777777" w:rsidR="004E1E86" w:rsidRDefault="004E1E86">
      <w:pPr>
        <w:spacing w:after="0"/>
      </w:pPr>
    </w:p>
    <w:p w14:paraId="417D1C4D" w14:textId="77777777" w:rsidR="004E1E86" w:rsidRDefault="004E1E86">
      <w:pPr>
        <w:spacing w:after="0"/>
      </w:pPr>
    </w:p>
    <w:p w14:paraId="0814E0C1" w14:textId="77777777" w:rsidR="00686453" w:rsidRDefault="00D95FB4">
      <w:pPr>
        <w:pStyle w:val="Heading2"/>
        <w:spacing w:before="120" w:after="80"/>
      </w:pPr>
      <w:r>
        <w:rPr>
          <w:rFonts w:ascii="Arial" w:eastAsia="Arial" w:hAnsi="Arial"/>
        </w:rPr>
        <w:lastRenderedPageBreak/>
        <w:t>Resident Information / Continuity</w:t>
      </w:r>
    </w:p>
    <w:tbl>
      <w:tblPr>
        <w:tblW w:w="11520"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760"/>
        <w:gridCol w:w="5760"/>
      </w:tblGrid>
      <w:tr w:rsidR="00686453" w:rsidRPr="004E1E86" w14:paraId="29CCC80F" w14:textId="77777777" w:rsidTr="004E1E86">
        <w:trPr>
          <w:tblHeader/>
          <w:jc w:val="center"/>
        </w:trPr>
        <w:tc>
          <w:tcPr>
            <w:tcW w:w="5760" w:type="dxa"/>
            <w:shd w:val="clear" w:color="auto" w:fill="015A41"/>
            <w:tcMar>
              <w:top w:w="80" w:type="dxa"/>
              <w:left w:w="90" w:type="dxa"/>
              <w:bottom w:w="80" w:type="dxa"/>
              <w:right w:w="90" w:type="dxa"/>
            </w:tcMar>
          </w:tcPr>
          <w:p w14:paraId="23FEFDCB" w14:textId="77777777" w:rsidR="00686453" w:rsidRPr="004E1E86" w:rsidRDefault="00D95FB4">
            <w:pPr>
              <w:rPr>
                <w:szCs w:val="24"/>
              </w:rPr>
            </w:pPr>
            <w:r w:rsidRPr="004E1E86">
              <w:rPr>
                <w:b/>
                <w:color w:val="FFFFFF"/>
                <w:szCs w:val="24"/>
              </w:rPr>
              <w:t>Field</w:t>
            </w:r>
          </w:p>
        </w:tc>
        <w:tc>
          <w:tcPr>
            <w:tcW w:w="5760" w:type="dxa"/>
            <w:shd w:val="clear" w:color="auto" w:fill="015A41"/>
            <w:tcMar>
              <w:top w:w="80" w:type="dxa"/>
              <w:left w:w="90" w:type="dxa"/>
              <w:bottom w:w="80" w:type="dxa"/>
              <w:right w:w="90" w:type="dxa"/>
            </w:tcMar>
          </w:tcPr>
          <w:p w14:paraId="085B18A3" w14:textId="77777777" w:rsidR="00686453" w:rsidRPr="004E1E86" w:rsidRDefault="00D95FB4">
            <w:pPr>
              <w:rPr>
                <w:szCs w:val="24"/>
              </w:rPr>
            </w:pPr>
            <w:r w:rsidRPr="004E1E86">
              <w:rPr>
                <w:b/>
                <w:color w:val="FFFFFF"/>
                <w:szCs w:val="24"/>
              </w:rPr>
              <w:t>Facility Entry</w:t>
            </w:r>
          </w:p>
        </w:tc>
      </w:tr>
      <w:tr w:rsidR="00686453" w:rsidRPr="004E1E86" w14:paraId="3A2D320B" w14:textId="77777777" w:rsidTr="004E1E86">
        <w:trPr>
          <w:cantSplit/>
          <w:jc w:val="center"/>
        </w:trPr>
        <w:tc>
          <w:tcPr>
            <w:tcW w:w="5760" w:type="dxa"/>
            <w:shd w:val="clear" w:color="auto" w:fill="EAF3EF"/>
            <w:tcMar>
              <w:top w:w="80" w:type="dxa"/>
              <w:left w:w="90" w:type="dxa"/>
              <w:bottom w:w="80" w:type="dxa"/>
              <w:right w:w="90" w:type="dxa"/>
            </w:tcMar>
          </w:tcPr>
          <w:p w14:paraId="3023ACAF" w14:textId="77777777" w:rsidR="00686453" w:rsidRPr="004E1E86" w:rsidRDefault="00D95FB4">
            <w:pPr>
              <w:rPr>
                <w:szCs w:val="24"/>
              </w:rPr>
            </w:pPr>
            <w:r w:rsidRPr="004E1E86">
              <w:rPr>
                <w:b/>
                <w:color w:val="015A41"/>
                <w:szCs w:val="24"/>
              </w:rPr>
              <w:t>Share resident medical information with other providers</w:t>
            </w:r>
          </w:p>
        </w:tc>
        <w:tc>
          <w:tcPr>
            <w:tcW w:w="5760" w:type="dxa"/>
            <w:shd w:val="clear" w:color="auto" w:fill="FFFFFF"/>
            <w:tcMar>
              <w:top w:w="80" w:type="dxa"/>
              <w:left w:w="90" w:type="dxa"/>
              <w:bottom w:w="80" w:type="dxa"/>
              <w:right w:w="90" w:type="dxa"/>
            </w:tcMar>
          </w:tcPr>
          <w:p w14:paraId="63A4891E" w14:textId="77777777" w:rsidR="00686453" w:rsidRPr="004E1E86" w:rsidRDefault="00D95FB4">
            <w:pPr>
              <w:rPr>
                <w:szCs w:val="24"/>
              </w:rPr>
            </w:pPr>
            <w:r w:rsidRPr="004E1E86">
              <w:rPr>
                <w:i/>
                <w:color w:val="66706B"/>
                <w:szCs w:val="24"/>
              </w:rPr>
              <w:t>&lt;Method / safeguards&gt;</w:t>
            </w:r>
          </w:p>
        </w:tc>
      </w:tr>
      <w:tr w:rsidR="00686453" w:rsidRPr="004E1E86" w14:paraId="14DA5F3F" w14:textId="77777777" w:rsidTr="004E1E86">
        <w:trPr>
          <w:cantSplit/>
          <w:jc w:val="center"/>
        </w:trPr>
        <w:tc>
          <w:tcPr>
            <w:tcW w:w="5760" w:type="dxa"/>
            <w:shd w:val="clear" w:color="auto" w:fill="F7FAF8"/>
            <w:tcMar>
              <w:top w:w="80" w:type="dxa"/>
              <w:left w:w="90" w:type="dxa"/>
              <w:bottom w:w="80" w:type="dxa"/>
              <w:right w:w="90" w:type="dxa"/>
            </w:tcMar>
          </w:tcPr>
          <w:p w14:paraId="72E5AA48" w14:textId="77777777" w:rsidR="00686453" w:rsidRPr="004E1E86" w:rsidRDefault="00D95FB4">
            <w:pPr>
              <w:rPr>
                <w:szCs w:val="24"/>
              </w:rPr>
            </w:pPr>
            <w:r w:rsidRPr="004E1E86">
              <w:rPr>
                <w:b/>
                <w:color w:val="015A41"/>
                <w:szCs w:val="24"/>
              </w:rPr>
              <w:t>Release resident information during evacuation</w:t>
            </w:r>
          </w:p>
        </w:tc>
        <w:tc>
          <w:tcPr>
            <w:tcW w:w="5760" w:type="dxa"/>
            <w:shd w:val="clear" w:color="auto" w:fill="FFFFFF"/>
            <w:tcMar>
              <w:top w:w="80" w:type="dxa"/>
              <w:left w:w="90" w:type="dxa"/>
              <w:bottom w:w="80" w:type="dxa"/>
              <w:right w:w="90" w:type="dxa"/>
            </w:tcMar>
          </w:tcPr>
          <w:p w14:paraId="6FC287A3" w14:textId="77777777" w:rsidR="00686453" w:rsidRPr="004E1E86" w:rsidRDefault="00D95FB4">
            <w:pPr>
              <w:rPr>
                <w:szCs w:val="24"/>
              </w:rPr>
            </w:pPr>
            <w:r w:rsidRPr="004E1E86">
              <w:rPr>
                <w:i/>
                <w:color w:val="66706B"/>
                <w:szCs w:val="24"/>
              </w:rPr>
              <w:t>&lt;Method consistent with HIPAA and applicable law&gt;</w:t>
            </w:r>
          </w:p>
        </w:tc>
      </w:tr>
      <w:tr w:rsidR="00686453" w:rsidRPr="004E1E86" w14:paraId="4AD35373" w14:textId="77777777" w:rsidTr="004E1E86">
        <w:trPr>
          <w:cantSplit/>
          <w:jc w:val="center"/>
        </w:trPr>
        <w:tc>
          <w:tcPr>
            <w:tcW w:w="5760" w:type="dxa"/>
            <w:shd w:val="clear" w:color="auto" w:fill="EAF3EF"/>
            <w:tcMar>
              <w:top w:w="80" w:type="dxa"/>
              <w:left w:w="90" w:type="dxa"/>
              <w:bottom w:w="80" w:type="dxa"/>
              <w:right w:w="90" w:type="dxa"/>
            </w:tcMar>
          </w:tcPr>
          <w:p w14:paraId="18849E13" w14:textId="77777777" w:rsidR="00686453" w:rsidRPr="004E1E86" w:rsidRDefault="00D95FB4">
            <w:pPr>
              <w:rPr>
                <w:szCs w:val="24"/>
              </w:rPr>
            </w:pPr>
            <w:r w:rsidRPr="004E1E86">
              <w:rPr>
                <w:b/>
                <w:color w:val="015A41"/>
                <w:szCs w:val="24"/>
              </w:rPr>
              <w:t>Provide general condition / location information</w:t>
            </w:r>
          </w:p>
        </w:tc>
        <w:tc>
          <w:tcPr>
            <w:tcW w:w="5760" w:type="dxa"/>
            <w:shd w:val="clear" w:color="auto" w:fill="FFFFFF"/>
            <w:tcMar>
              <w:top w:w="80" w:type="dxa"/>
              <w:left w:w="90" w:type="dxa"/>
              <w:bottom w:w="80" w:type="dxa"/>
              <w:right w:w="90" w:type="dxa"/>
            </w:tcMar>
          </w:tcPr>
          <w:p w14:paraId="32B0FC7F" w14:textId="77777777" w:rsidR="00686453" w:rsidRPr="004E1E86" w:rsidRDefault="00D95FB4">
            <w:pPr>
              <w:rPr>
                <w:szCs w:val="24"/>
              </w:rPr>
            </w:pPr>
            <w:r w:rsidRPr="004E1E86">
              <w:rPr>
                <w:i/>
                <w:color w:val="66706B"/>
                <w:szCs w:val="24"/>
              </w:rPr>
              <w:t>&lt;Method consistent with HIPAA and applicable law&gt;</w:t>
            </w:r>
          </w:p>
        </w:tc>
      </w:tr>
      <w:tr w:rsidR="00686453" w:rsidRPr="004E1E86" w14:paraId="47C0C9B4" w14:textId="77777777" w:rsidTr="004E1E86">
        <w:trPr>
          <w:cantSplit/>
          <w:jc w:val="center"/>
        </w:trPr>
        <w:tc>
          <w:tcPr>
            <w:tcW w:w="5760" w:type="dxa"/>
            <w:shd w:val="clear" w:color="auto" w:fill="F7FAF8"/>
            <w:tcMar>
              <w:top w:w="80" w:type="dxa"/>
              <w:left w:w="90" w:type="dxa"/>
              <w:bottom w:w="80" w:type="dxa"/>
              <w:right w:w="90" w:type="dxa"/>
            </w:tcMar>
          </w:tcPr>
          <w:p w14:paraId="28354F46" w14:textId="77777777" w:rsidR="00686453" w:rsidRPr="004E1E86" w:rsidRDefault="00D95FB4">
            <w:pPr>
              <w:rPr>
                <w:szCs w:val="24"/>
              </w:rPr>
            </w:pPr>
            <w:r w:rsidRPr="004E1E86">
              <w:rPr>
                <w:b/>
                <w:color w:val="015A41"/>
                <w:szCs w:val="24"/>
              </w:rPr>
              <w:t>Report facility occupancy, needs, and ability to assist</w:t>
            </w:r>
          </w:p>
        </w:tc>
        <w:tc>
          <w:tcPr>
            <w:tcW w:w="5760" w:type="dxa"/>
            <w:shd w:val="clear" w:color="auto" w:fill="FFFFFF"/>
            <w:tcMar>
              <w:top w:w="80" w:type="dxa"/>
              <w:left w:w="90" w:type="dxa"/>
              <w:bottom w:w="80" w:type="dxa"/>
              <w:right w:w="90" w:type="dxa"/>
            </w:tcMar>
          </w:tcPr>
          <w:p w14:paraId="202F0ADF" w14:textId="77777777" w:rsidR="00686453" w:rsidRPr="004E1E86" w:rsidRDefault="00D95FB4">
            <w:pPr>
              <w:rPr>
                <w:szCs w:val="24"/>
              </w:rPr>
            </w:pPr>
            <w:r w:rsidRPr="004E1E86">
              <w:rPr>
                <w:i/>
                <w:color w:val="66706B"/>
                <w:szCs w:val="24"/>
              </w:rPr>
              <w:t>&lt;Method / AHJ or Incident Command&gt;</w:t>
            </w:r>
          </w:p>
        </w:tc>
      </w:tr>
      <w:tr w:rsidR="00686453" w:rsidRPr="004E1E86" w14:paraId="6C042EFB" w14:textId="77777777" w:rsidTr="004E1E86">
        <w:trPr>
          <w:cantSplit/>
          <w:jc w:val="center"/>
        </w:trPr>
        <w:tc>
          <w:tcPr>
            <w:tcW w:w="5760" w:type="dxa"/>
            <w:shd w:val="clear" w:color="auto" w:fill="EAF3EF"/>
            <w:tcMar>
              <w:top w:w="80" w:type="dxa"/>
              <w:left w:w="90" w:type="dxa"/>
              <w:bottom w:w="80" w:type="dxa"/>
              <w:right w:w="90" w:type="dxa"/>
            </w:tcMar>
          </w:tcPr>
          <w:p w14:paraId="4A06DD2D" w14:textId="77777777" w:rsidR="00686453" w:rsidRPr="004E1E86" w:rsidRDefault="00D95FB4">
            <w:pPr>
              <w:rPr>
                <w:szCs w:val="24"/>
              </w:rPr>
            </w:pPr>
            <w:r w:rsidRPr="004E1E86">
              <w:rPr>
                <w:b/>
                <w:color w:val="015A41"/>
                <w:szCs w:val="24"/>
              </w:rPr>
              <w:t>Share appropriate emergency plan information with residents/families</w:t>
            </w:r>
          </w:p>
        </w:tc>
        <w:tc>
          <w:tcPr>
            <w:tcW w:w="5760" w:type="dxa"/>
            <w:shd w:val="clear" w:color="auto" w:fill="FFFFFF"/>
            <w:tcMar>
              <w:top w:w="80" w:type="dxa"/>
              <w:left w:w="90" w:type="dxa"/>
              <w:bottom w:w="80" w:type="dxa"/>
              <w:right w:w="90" w:type="dxa"/>
            </w:tcMar>
          </w:tcPr>
          <w:p w14:paraId="045FD893" w14:textId="77777777" w:rsidR="00686453" w:rsidRPr="004E1E86" w:rsidRDefault="00D95FB4">
            <w:pPr>
              <w:rPr>
                <w:szCs w:val="24"/>
              </w:rPr>
            </w:pPr>
            <w:r w:rsidRPr="004E1E86">
              <w:rPr>
                <w:i/>
                <w:color w:val="66706B"/>
                <w:szCs w:val="24"/>
              </w:rPr>
              <w:t>&lt;Method / frequency / format&gt;</w:t>
            </w:r>
          </w:p>
        </w:tc>
      </w:tr>
    </w:tbl>
    <w:p w14:paraId="778B3A22" w14:textId="77777777" w:rsidR="00686453" w:rsidRDefault="00686453">
      <w:pPr>
        <w:spacing w:after="0"/>
      </w:pPr>
    </w:p>
    <w:p w14:paraId="33421A5F" w14:textId="77777777" w:rsidR="00686453" w:rsidRDefault="00D95FB4">
      <w:r>
        <w:br w:type="page"/>
      </w:r>
    </w:p>
    <w:p w14:paraId="09FA7745" w14:textId="77777777" w:rsidR="00686453" w:rsidRDefault="00D95FB4">
      <w:pPr>
        <w:pStyle w:val="Heading1"/>
        <w:pBdr>
          <w:bottom w:val="single" w:sz="14" w:space="5" w:color="E63B07"/>
        </w:pBdr>
        <w:spacing w:before="140" w:after="140"/>
      </w:pPr>
      <w:r>
        <w:rPr>
          <w:rFonts w:ascii="Arial" w:eastAsia="Arial" w:hAnsi="Arial"/>
        </w:rPr>
        <w:lastRenderedPageBreak/>
        <w:t>ANNEX A - COMMUNICATION PLAN (CONTINUED)</w:t>
      </w:r>
    </w:p>
    <w:p w14:paraId="68BE53DA" w14:textId="77777777" w:rsidR="00686453" w:rsidRDefault="00D95FB4">
      <w:pPr>
        <w:pStyle w:val="Heading2"/>
        <w:spacing w:before="120" w:after="80"/>
      </w:pPr>
      <w:r>
        <w:rPr>
          <w:rFonts w:ascii="Arial" w:eastAsia="Arial" w:hAnsi="Arial"/>
        </w:rPr>
        <w:t>Downtime / Redundant Communication</w:t>
      </w:r>
    </w:p>
    <w:tbl>
      <w:tblPr>
        <w:tblW w:w="0" w:type="auto"/>
        <w:jc w:val="center"/>
        <w:tblBorders>
          <w:top w:val="single" w:sz="5" w:space="0" w:color="C8CCCA"/>
          <w:left w:val="single" w:sz="5" w:space="0" w:color="C8CCCA"/>
          <w:bottom w:val="single" w:sz="5" w:space="0" w:color="C8CCCA"/>
          <w:right w:val="single" w:sz="5" w:space="0" w:color="C8CCCA"/>
          <w:insideH w:val="single" w:sz="5" w:space="0" w:color="C8CCCA"/>
          <w:insideV w:val="single" w:sz="5" w:space="0" w:color="C8CCCA"/>
        </w:tblBorders>
        <w:tblLook w:val="04A0" w:firstRow="1" w:lastRow="0" w:firstColumn="1" w:lastColumn="0" w:noHBand="0" w:noVBand="1"/>
      </w:tblPr>
      <w:tblGrid>
        <w:gridCol w:w="10282"/>
      </w:tblGrid>
      <w:tr w:rsidR="00686453" w14:paraId="6CCEC720" w14:textId="77777777">
        <w:trPr>
          <w:jc w:val="center"/>
        </w:trPr>
        <w:tc>
          <w:tcPr>
            <w:tcW w:w="10282" w:type="dxa"/>
            <w:shd w:val="clear" w:color="auto" w:fill="F3F5F4"/>
            <w:tcMar>
              <w:top w:w="100" w:type="dxa"/>
              <w:left w:w="130" w:type="dxa"/>
              <w:bottom w:w="100" w:type="dxa"/>
              <w:right w:w="130" w:type="dxa"/>
            </w:tcMar>
          </w:tcPr>
          <w:p w14:paraId="68A3BE77" w14:textId="77777777" w:rsidR="00686453" w:rsidRPr="004E1E86" w:rsidRDefault="00D95FB4">
            <w:pPr>
              <w:spacing w:after="0"/>
              <w:rPr>
                <w:sz w:val="20"/>
                <w:szCs w:val="20"/>
              </w:rPr>
            </w:pPr>
            <w:r w:rsidRPr="004E1E86">
              <w:rPr>
                <w:b/>
                <w:color w:val="66706B"/>
                <w:sz w:val="20"/>
                <w:szCs w:val="20"/>
              </w:rPr>
              <w:t xml:space="preserve">HCC-ME RECOMMENDED </w:t>
            </w:r>
            <w:proofErr w:type="gramStart"/>
            <w:r w:rsidRPr="004E1E86">
              <w:rPr>
                <w:b/>
                <w:color w:val="66706B"/>
                <w:sz w:val="20"/>
                <w:szCs w:val="20"/>
              </w:rPr>
              <w:t xml:space="preserve">PRACTICE  </w:t>
            </w:r>
            <w:r w:rsidRPr="004E1E86">
              <w:rPr>
                <w:sz w:val="20"/>
                <w:szCs w:val="20"/>
              </w:rPr>
              <w:t>Document</w:t>
            </w:r>
            <w:proofErr w:type="gramEnd"/>
            <w:r w:rsidRPr="004E1E86">
              <w:rPr>
                <w:sz w:val="20"/>
                <w:szCs w:val="20"/>
              </w:rPr>
              <w:t xml:space="preserve"> practical alternate methods for communicating when normal telephone, cellular, internet, EHR, or mass-notification systems are unavailable. This is an operational readiness recommendation and not an HCC-ME requirement.</w:t>
            </w:r>
          </w:p>
        </w:tc>
      </w:tr>
    </w:tbl>
    <w:p w14:paraId="53BA060B" w14:textId="77777777" w:rsidR="00686453" w:rsidRDefault="00686453">
      <w:pPr>
        <w:spacing w:after="0"/>
      </w:pPr>
    </w:p>
    <w:tbl>
      <w:tblPr>
        <w:tblW w:w="1049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4248"/>
        <w:gridCol w:w="6250"/>
      </w:tblGrid>
      <w:tr w:rsidR="00686453" w:rsidRPr="004E1E86" w14:paraId="26E18A37" w14:textId="77777777" w:rsidTr="004E1E86">
        <w:trPr>
          <w:tblHeader/>
          <w:jc w:val="center"/>
        </w:trPr>
        <w:tc>
          <w:tcPr>
            <w:tcW w:w="4248" w:type="dxa"/>
            <w:shd w:val="clear" w:color="auto" w:fill="015A41"/>
            <w:tcMar>
              <w:top w:w="80" w:type="dxa"/>
              <w:left w:w="90" w:type="dxa"/>
              <w:bottom w:w="80" w:type="dxa"/>
              <w:right w:w="90" w:type="dxa"/>
            </w:tcMar>
          </w:tcPr>
          <w:p w14:paraId="2286B1BC" w14:textId="77777777" w:rsidR="00686453" w:rsidRPr="004E1E86" w:rsidRDefault="00D95FB4">
            <w:pPr>
              <w:rPr>
                <w:szCs w:val="24"/>
              </w:rPr>
            </w:pPr>
            <w:r w:rsidRPr="004E1E86">
              <w:rPr>
                <w:b/>
                <w:color w:val="FFFFFF"/>
                <w:szCs w:val="24"/>
              </w:rPr>
              <w:t>Downtime Scenario</w:t>
            </w:r>
          </w:p>
        </w:tc>
        <w:tc>
          <w:tcPr>
            <w:tcW w:w="6250" w:type="dxa"/>
            <w:shd w:val="clear" w:color="auto" w:fill="015A41"/>
            <w:tcMar>
              <w:top w:w="80" w:type="dxa"/>
              <w:left w:w="90" w:type="dxa"/>
              <w:bottom w:w="80" w:type="dxa"/>
              <w:right w:w="90" w:type="dxa"/>
            </w:tcMar>
          </w:tcPr>
          <w:p w14:paraId="245D35B1" w14:textId="77777777" w:rsidR="00686453" w:rsidRPr="004E1E86" w:rsidRDefault="00D95FB4">
            <w:pPr>
              <w:rPr>
                <w:szCs w:val="24"/>
              </w:rPr>
            </w:pPr>
            <w:r w:rsidRPr="004E1E86">
              <w:rPr>
                <w:b/>
                <w:color w:val="FFFFFF"/>
                <w:szCs w:val="24"/>
              </w:rPr>
              <w:t>Alternate / Recovery Method</w:t>
            </w:r>
          </w:p>
        </w:tc>
      </w:tr>
      <w:tr w:rsidR="00686453" w:rsidRPr="004E1E86" w14:paraId="6DEDA341" w14:textId="77777777" w:rsidTr="004E1E86">
        <w:trPr>
          <w:cantSplit/>
          <w:jc w:val="center"/>
        </w:trPr>
        <w:tc>
          <w:tcPr>
            <w:tcW w:w="4248" w:type="dxa"/>
            <w:shd w:val="clear" w:color="auto" w:fill="EAF3EF"/>
            <w:tcMar>
              <w:top w:w="80" w:type="dxa"/>
              <w:left w:w="90" w:type="dxa"/>
              <w:bottom w:w="80" w:type="dxa"/>
              <w:right w:w="90" w:type="dxa"/>
            </w:tcMar>
          </w:tcPr>
          <w:p w14:paraId="35801B53" w14:textId="77777777" w:rsidR="00686453" w:rsidRPr="004E1E86" w:rsidRDefault="00D95FB4">
            <w:pPr>
              <w:rPr>
                <w:szCs w:val="24"/>
              </w:rPr>
            </w:pPr>
            <w:r w:rsidRPr="004E1E86">
              <w:rPr>
                <w:b/>
                <w:color w:val="015A41"/>
                <w:szCs w:val="24"/>
              </w:rPr>
              <w:t>Telephone system unavailable</w:t>
            </w:r>
          </w:p>
        </w:tc>
        <w:tc>
          <w:tcPr>
            <w:tcW w:w="6250" w:type="dxa"/>
            <w:shd w:val="clear" w:color="auto" w:fill="FFFFFF"/>
            <w:tcMar>
              <w:top w:w="80" w:type="dxa"/>
              <w:left w:w="90" w:type="dxa"/>
              <w:bottom w:w="80" w:type="dxa"/>
              <w:right w:w="90" w:type="dxa"/>
            </w:tcMar>
          </w:tcPr>
          <w:p w14:paraId="0EA5139A" w14:textId="77777777" w:rsidR="00686453" w:rsidRPr="004E1E86" w:rsidRDefault="00D95FB4">
            <w:pPr>
              <w:rPr>
                <w:szCs w:val="24"/>
              </w:rPr>
            </w:pPr>
            <w:r w:rsidRPr="004E1E86">
              <w:rPr>
                <w:i/>
                <w:color w:val="66706B"/>
                <w:szCs w:val="24"/>
              </w:rPr>
              <w:t>&lt;Alternate method / radios / runners / satellite / other&gt;</w:t>
            </w:r>
          </w:p>
        </w:tc>
      </w:tr>
      <w:tr w:rsidR="00686453" w:rsidRPr="004E1E86" w14:paraId="13B2355F" w14:textId="77777777" w:rsidTr="004E1E86">
        <w:trPr>
          <w:cantSplit/>
          <w:jc w:val="center"/>
        </w:trPr>
        <w:tc>
          <w:tcPr>
            <w:tcW w:w="4248" w:type="dxa"/>
            <w:shd w:val="clear" w:color="auto" w:fill="F7FAF8"/>
            <w:tcMar>
              <w:top w:w="80" w:type="dxa"/>
              <w:left w:w="90" w:type="dxa"/>
              <w:bottom w:w="80" w:type="dxa"/>
              <w:right w:w="90" w:type="dxa"/>
            </w:tcMar>
          </w:tcPr>
          <w:p w14:paraId="509CEA2D" w14:textId="77777777" w:rsidR="00686453" w:rsidRPr="004E1E86" w:rsidRDefault="00D95FB4">
            <w:pPr>
              <w:rPr>
                <w:szCs w:val="24"/>
              </w:rPr>
            </w:pPr>
            <w:r w:rsidRPr="004E1E86">
              <w:rPr>
                <w:b/>
                <w:color w:val="015A41"/>
                <w:szCs w:val="24"/>
              </w:rPr>
              <w:t>Internet / network unavailable</w:t>
            </w:r>
          </w:p>
        </w:tc>
        <w:tc>
          <w:tcPr>
            <w:tcW w:w="6250" w:type="dxa"/>
            <w:shd w:val="clear" w:color="auto" w:fill="FFFFFF"/>
            <w:tcMar>
              <w:top w:w="80" w:type="dxa"/>
              <w:left w:w="90" w:type="dxa"/>
              <w:bottom w:w="80" w:type="dxa"/>
              <w:right w:w="90" w:type="dxa"/>
            </w:tcMar>
          </w:tcPr>
          <w:p w14:paraId="2ED09A0A" w14:textId="77777777" w:rsidR="00686453" w:rsidRPr="004E1E86" w:rsidRDefault="00D95FB4">
            <w:pPr>
              <w:rPr>
                <w:szCs w:val="24"/>
              </w:rPr>
            </w:pPr>
            <w:r w:rsidRPr="004E1E86">
              <w:rPr>
                <w:i/>
                <w:color w:val="66706B"/>
                <w:szCs w:val="24"/>
              </w:rPr>
              <w:t>&lt;Alternate method&gt;</w:t>
            </w:r>
          </w:p>
        </w:tc>
      </w:tr>
      <w:tr w:rsidR="00686453" w:rsidRPr="004E1E86" w14:paraId="1769D126" w14:textId="77777777" w:rsidTr="004E1E86">
        <w:trPr>
          <w:cantSplit/>
          <w:jc w:val="center"/>
        </w:trPr>
        <w:tc>
          <w:tcPr>
            <w:tcW w:w="4248" w:type="dxa"/>
            <w:shd w:val="clear" w:color="auto" w:fill="EAF3EF"/>
            <w:tcMar>
              <w:top w:w="80" w:type="dxa"/>
              <w:left w:w="90" w:type="dxa"/>
              <w:bottom w:w="80" w:type="dxa"/>
              <w:right w:w="90" w:type="dxa"/>
            </w:tcMar>
          </w:tcPr>
          <w:p w14:paraId="36B638C8" w14:textId="77777777" w:rsidR="00686453" w:rsidRPr="004E1E86" w:rsidRDefault="00D95FB4">
            <w:pPr>
              <w:rPr>
                <w:szCs w:val="24"/>
              </w:rPr>
            </w:pPr>
            <w:r w:rsidRPr="004E1E86">
              <w:rPr>
                <w:b/>
                <w:color w:val="015A41"/>
                <w:szCs w:val="24"/>
              </w:rPr>
              <w:t>Cellular service unavailable</w:t>
            </w:r>
          </w:p>
        </w:tc>
        <w:tc>
          <w:tcPr>
            <w:tcW w:w="6250" w:type="dxa"/>
            <w:shd w:val="clear" w:color="auto" w:fill="FFFFFF"/>
            <w:tcMar>
              <w:top w:w="80" w:type="dxa"/>
              <w:left w:w="90" w:type="dxa"/>
              <w:bottom w:w="80" w:type="dxa"/>
              <w:right w:w="90" w:type="dxa"/>
            </w:tcMar>
          </w:tcPr>
          <w:p w14:paraId="07AD1E23" w14:textId="77777777" w:rsidR="00686453" w:rsidRPr="004E1E86" w:rsidRDefault="00D95FB4">
            <w:pPr>
              <w:rPr>
                <w:szCs w:val="24"/>
              </w:rPr>
            </w:pPr>
            <w:r w:rsidRPr="004E1E86">
              <w:rPr>
                <w:i/>
                <w:color w:val="66706B"/>
                <w:szCs w:val="24"/>
              </w:rPr>
              <w:t>&lt;Alternate method&gt;</w:t>
            </w:r>
          </w:p>
        </w:tc>
      </w:tr>
      <w:tr w:rsidR="00686453" w:rsidRPr="004E1E86" w14:paraId="4282497F" w14:textId="77777777" w:rsidTr="004E1E86">
        <w:trPr>
          <w:cantSplit/>
          <w:jc w:val="center"/>
        </w:trPr>
        <w:tc>
          <w:tcPr>
            <w:tcW w:w="4248" w:type="dxa"/>
            <w:shd w:val="clear" w:color="auto" w:fill="F7FAF8"/>
            <w:tcMar>
              <w:top w:w="80" w:type="dxa"/>
              <w:left w:w="90" w:type="dxa"/>
              <w:bottom w:w="80" w:type="dxa"/>
              <w:right w:w="90" w:type="dxa"/>
            </w:tcMar>
          </w:tcPr>
          <w:p w14:paraId="51896DA1" w14:textId="77777777" w:rsidR="00686453" w:rsidRPr="004E1E86" w:rsidRDefault="00D95FB4">
            <w:pPr>
              <w:rPr>
                <w:szCs w:val="24"/>
              </w:rPr>
            </w:pPr>
            <w:r w:rsidRPr="004E1E86">
              <w:rPr>
                <w:b/>
                <w:color w:val="015A41"/>
                <w:szCs w:val="24"/>
              </w:rPr>
              <w:t>Mass-notification platform unavailable</w:t>
            </w:r>
          </w:p>
        </w:tc>
        <w:tc>
          <w:tcPr>
            <w:tcW w:w="6250" w:type="dxa"/>
            <w:shd w:val="clear" w:color="auto" w:fill="FFFFFF"/>
            <w:tcMar>
              <w:top w:w="80" w:type="dxa"/>
              <w:left w:w="90" w:type="dxa"/>
              <w:bottom w:w="80" w:type="dxa"/>
              <w:right w:w="90" w:type="dxa"/>
            </w:tcMar>
          </w:tcPr>
          <w:p w14:paraId="203F96A0" w14:textId="77777777" w:rsidR="00686453" w:rsidRPr="004E1E86" w:rsidRDefault="00D95FB4">
            <w:pPr>
              <w:rPr>
                <w:szCs w:val="24"/>
              </w:rPr>
            </w:pPr>
            <w:r w:rsidRPr="004E1E86">
              <w:rPr>
                <w:i/>
                <w:color w:val="66706B"/>
                <w:szCs w:val="24"/>
              </w:rPr>
              <w:t>&lt;Manual call tree / alternate system&gt;</w:t>
            </w:r>
          </w:p>
        </w:tc>
      </w:tr>
      <w:tr w:rsidR="00686453" w:rsidRPr="004E1E86" w14:paraId="20A76684" w14:textId="77777777" w:rsidTr="004E1E86">
        <w:trPr>
          <w:cantSplit/>
          <w:jc w:val="center"/>
        </w:trPr>
        <w:tc>
          <w:tcPr>
            <w:tcW w:w="4248" w:type="dxa"/>
            <w:shd w:val="clear" w:color="auto" w:fill="EAF3EF"/>
            <w:tcMar>
              <w:top w:w="80" w:type="dxa"/>
              <w:left w:w="90" w:type="dxa"/>
              <w:bottom w:w="80" w:type="dxa"/>
              <w:right w:w="90" w:type="dxa"/>
            </w:tcMar>
          </w:tcPr>
          <w:p w14:paraId="1B4A7105" w14:textId="77777777" w:rsidR="00686453" w:rsidRPr="004E1E86" w:rsidRDefault="00D95FB4">
            <w:pPr>
              <w:rPr>
                <w:szCs w:val="24"/>
              </w:rPr>
            </w:pPr>
            <w:r w:rsidRPr="004E1E86">
              <w:rPr>
                <w:b/>
                <w:color w:val="015A41"/>
                <w:szCs w:val="24"/>
              </w:rPr>
              <w:t>Resident/family communication during downtime</w:t>
            </w:r>
          </w:p>
        </w:tc>
        <w:tc>
          <w:tcPr>
            <w:tcW w:w="6250" w:type="dxa"/>
            <w:shd w:val="clear" w:color="auto" w:fill="FFFFFF"/>
            <w:tcMar>
              <w:top w:w="80" w:type="dxa"/>
              <w:left w:w="90" w:type="dxa"/>
              <w:bottom w:w="80" w:type="dxa"/>
              <w:right w:w="90" w:type="dxa"/>
            </w:tcMar>
          </w:tcPr>
          <w:p w14:paraId="11DE852A" w14:textId="77777777" w:rsidR="00686453" w:rsidRPr="004E1E86" w:rsidRDefault="00D95FB4">
            <w:pPr>
              <w:rPr>
                <w:szCs w:val="24"/>
              </w:rPr>
            </w:pPr>
            <w:r w:rsidRPr="004E1E86">
              <w:rPr>
                <w:i/>
                <w:color w:val="66706B"/>
                <w:szCs w:val="24"/>
              </w:rPr>
              <w:t>&lt;Method&gt;</w:t>
            </w:r>
          </w:p>
        </w:tc>
      </w:tr>
      <w:tr w:rsidR="00686453" w:rsidRPr="004E1E86" w14:paraId="224FE7EA" w14:textId="77777777" w:rsidTr="004E1E86">
        <w:trPr>
          <w:cantSplit/>
          <w:jc w:val="center"/>
        </w:trPr>
        <w:tc>
          <w:tcPr>
            <w:tcW w:w="4248" w:type="dxa"/>
            <w:shd w:val="clear" w:color="auto" w:fill="F7FAF8"/>
            <w:tcMar>
              <w:top w:w="80" w:type="dxa"/>
              <w:left w:w="90" w:type="dxa"/>
              <w:bottom w:w="80" w:type="dxa"/>
              <w:right w:w="90" w:type="dxa"/>
            </w:tcMar>
          </w:tcPr>
          <w:p w14:paraId="511489A7" w14:textId="77777777" w:rsidR="00686453" w:rsidRPr="004E1E86" w:rsidRDefault="00D95FB4">
            <w:pPr>
              <w:rPr>
                <w:szCs w:val="24"/>
              </w:rPr>
            </w:pPr>
            <w:r w:rsidRPr="004E1E86">
              <w:rPr>
                <w:b/>
                <w:color w:val="015A41"/>
                <w:szCs w:val="24"/>
              </w:rPr>
              <w:t>Printed emergency contact directory location</w:t>
            </w:r>
          </w:p>
        </w:tc>
        <w:tc>
          <w:tcPr>
            <w:tcW w:w="6250" w:type="dxa"/>
            <w:shd w:val="clear" w:color="auto" w:fill="FFFFFF"/>
            <w:tcMar>
              <w:top w:w="80" w:type="dxa"/>
              <w:left w:w="90" w:type="dxa"/>
              <w:bottom w:w="80" w:type="dxa"/>
              <w:right w:w="90" w:type="dxa"/>
            </w:tcMar>
          </w:tcPr>
          <w:p w14:paraId="1BF1B23F" w14:textId="77777777" w:rsidR="00686453" w:rsidRPr="004E1E86" w:rsidRDefault="00D95FB4">
            <w:pPr>
              <w:rPr>
                <w:szCs w:val="24"/>
              </w:rPr>
            </w:pPr>
            <w:r w:rsidRPr="004E1E86">
              <w:rPr>
                <w:i/>
                <w:color w:val="66706B"/>
                <w:szCs w:val="24"/>
              </w:rPr>
              <w:t>&lt;Insert&gt;</w:t>
            </w:r>
          </w:p>
        </w:tc>
      </w:tr>
      <w:tr w:rsidR="00686453" w:rsidRPr="004E1E86" w14:paraId="3242C0B6" w14:textId="77777777" w:rsidTr="004E1E86">
        <w:trPr>
          <w:cantSplit/>
          <w:jc w:val="center"/>
        </w:trPr>
        <w:tc>
          <w:tcPr>
            <w:tcW w:w="4248" w:type="dxa"/>
            <w:shd w:val="clear" w:color="auto" w:fill="EAF3EF"/>
            <w:tcMar>
              <w:top w:w="80" w:type="dxa"/>
              <w:left w:w="90" w:type="dxa"/>
              <w:bottom w:w="80" w:type="dxa"/>
              <w:right w:w="90" w:type="dxa"/>
            </w:tcMar>
          </w:tcPr>
          <w:p w14:paraId="6E80CB5B" w14:textId="77777777" w:rsidR="00686453" w:rsidRPr="004E1E86" w:rsidRDefault="00D95FB4">
            <w:pPr>
              <w:rPr>
                <w:szCs w:val="24"/>
              </w:rPr>
            </w:pPr>
            <w:r w:rsidRPr="004E1E86">
              <w:rPr>
                <w:b/>
                <w:color w:val="015A41"/>
                <w:szCs w:val="24"/>
              </w:rPr>
              <w:t>Communication restoration / reconciliation</w:t>
            </w:r>
          </w:p>
        </w:tc>
        <w:tc>
          <w:tcPr>
            <w:tcW w:w="6250" w:type="dxa"/>
            <w:shd w:val="clear" w:color="auto" w:fill="FFFFFF"/>
            <w:tcMar>
              <w:top w:w="80" w:type="dxa"/>
              <w:left w:w="90" w:type="dxa"/>
              <w:bottom w:w="80" w:type="dxa"/>
              <w:right w:w="90" w:type="dxa"/>
            </w:tcMar>
          </w:tcPr>
          <w:p w14:paraId="5E06499C" w14:textId="77777777" w:rsidR="00686453" w:rsidRPr="004E1E86" w:rsidRDefault="00D95FB4">
            <w:pPr>
              <w:rPr>
                <w:szCs w:val="24"/>
              </w:rPr>
            </w:pPr>
            <w:r w:rsidRPr="004E1E86">
              <w:rPr>
                <w:i/>
                <w:color w:val="66706B"/>
                <w:szCs w:val="24"/>
              </w:rPr>
              <w:t>&lt;Insert process&gt;</w:t>
            </w:r>
          </w:p>
        </w:tc>
      </w:tr>
    </w:tbl>
    <w:p w14:paraId="45E7D431" w14:textId="77777777" w:rsidR="00686453" w:rsidRDefault="00686453">
      <w:pPr>
        <w:spacing w:after="0"/>
      </w:pPr>
    </w:p>
    <w:p w14:paraId="69C43FFA" w14:textId="77777777" w:rsidR="00686453" w:rsidRDefault="00D95FB4">
      <w:r>
        <w:br w:type="page"/>
      </w:r>
    </w:p>
    <w:p w14:paraId="28D75468" w14:textId="77777777" w:rsidR="00686453" w:rsidRDefault="00D95FB4">
      <w:pPr>
        <w:pStyle w:val="Heading1"/>
        <w:pBdr>
          <w:bottom w:val="single" w:sz="14" w:space="5" w:color="E63B07"/>
        </w:pBdr>
        <w:spacing w:before="140" w:after="140"/>
      </w:pPr>
      <w:r>
        <w:rPr>
          <w:rFonts w:ascii="Arial" w:eastAsia="Arial" w:hAnsi="Arial"/>
        </w:rPr>
        <w:lastRenderedPageBreak/>
        <w:t>ANNEX B - CONTINUITY OF OPERATIONS</w:t>
      </w: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6696"/>
      </w:tblGrid>
      <w:tr w:rsidR="00686453" w:rsidRPr="004E1E86" w14:paraId="644D2E82" w14:textId="77777777">
        <w:trPr>
          <w:tblHeader/>
          <w:jc w:val="center"/>
        </w:trPr>
        <w:tc>
          <w:tcPr>
            <w:tcW w:w="3240" w:type="dxa"/>
            <w:shd w:val="clear" w:color="auto" w:fill="015A41"/>
            <w:tcMar>
              <w:top w:w="80" w:type="dxa"/>
              <w:left w:w="90" w:type="dxa"/>
              <w:bottom w:w="80" w:type="dxa"/>
              <w:right w:w="90" w:type="dxa"/>
            </w:tcMar>
          </w:tcPr>
          <w:p w14:paraId="67CDD38D" w14:textId="77777777" w:rsidR="00686453" w:rsidRPr="004E1E86" w:rsidRDefault="00D95FB4">
            <w:pPr>
              <w:rPr>
                <w:szCs w:val="24"/>
              </w:rPr>
            </w:pPr>
            <w:r w:rsidRPr="004E1E86">
              <w:rPr>
                <w:b/>
                <w:color w:val="FFFFFF"/>
                <w:szCs w:val="24"/>
              </w:rPr>
              <w:t>Field</w:t>
            </w:r>
          </w:p>
        </w:tc>
        <w:tc>
          <w:tcPr>
            <w:tcW w:w="6696" w:type="dxa"/>
            <w:shd w:val="clear" w:color="auto" w:fill="015A41"/>
            <w:tcMar>
              <w:top w:w="80" w:type="dxa"/>
              <w:left w:w="90" w:type="dxa"/>
              <w:bottom w:w="80" w:type="dxa"/>
              <w:right w:w="90" w:type="dxa"/>
            </w:tcMar>
          </w:tcPr>
          <w:p w14:paraId="5E39A3C9" w14:textId="77777777" w:rsidR="00686453" w:rsidRPr="004E1E86" w:rsidRDefault="00D95FB4">
            <w:pPr>
              <w:rPr>
                <w:szCs w:val="24"/>
              </w:rPr>
            </w:pPr>
            <w:r w:rsidRPr="004E1E86">
              <w:rPr>
                <w:b/>
                <w:color w:val="FFFFFF"/>
                <w:szCs w:val="24"/>
              </w:rPr>
              <w:t>Facility Entry</w:t>
            </w:r>
          </w:p>
        </w:tc>
      </w:tr>
      <w:tr w:rsidR="00686453" w:rsidRPr="004E1E86" w14:paraId="20096753" w14:textId="77777777">
        <w:trPr>
          <w:cantSplit/>
          <w:jc w:val="center"/>
        </w:trPr>
        <w:tc>
          <w:tcPr>
            <w:tcW w:w="5141" w:type="dxa"/>
            <w:shd w:val="clear" w:color="auto" w:fill="EAF3EF"/>
            <w:tcMar>
              <w:top w:w="80" w:type="dxa"/>
              <w:left w:w="90" w:type="dxa"/>
              <w:bottom w:w="80" w:type="dxa"/>
              <w:right w:w="90" w:type="dxa"/>
            </w:tcMar>
          </w:tcPr>
          <w:p w14:paraId="7FFE1EEB" w14:textId="77777777" w:rsidR="00686453" w:rsidRPr="004E1E86" w:rsidRDefault="00D95FB4">
            <w:pPr>
              <w:rPr>
                <w:szCs w:val="24"/>
              </w:rPr>
            </w:pPr>
            <w:r w:rsidRPr="004E1E86">
              <w:rPr>
                <w:b/>
                <w:color w:val="015A41"/>
                <w:szCs w:val="24"/>
              </w:rPr>
              <w:t>Essential functions</w:t>
            </w:r>
          </w:p>
        </w:tc>
        <w:tc>
          <w:tcPr>
            <w:tcW w:w="5141" w:type="dxa"/>
            <w:shd w:val="clear" w:color="auto" w:fill="FFFFFF"/>
            <w:tcMar>
              <w:top w:w="80" w:type="dxa"/>
              <w:left w:w="90" w:type="dxa"/>
              <w:bottom w:w="80" w:type="dxa"/>
              <w:right w:w="90" w:type="dxa"/>
            </w:tcMar>
          </w:tcPr>
          <w:p w14:paraId="52F51A93" w14:textId="77777777" w:rsidR="00686453" w:rsidRPr="004E1E86" w:rsidRDefault="00D95FB4">
            <w:pPr>
              <w:rPr>
                <w:szCs w:val="24"/>
              </w:rPr>
            </w:pPr>
            <w:r w:rsidRPr="004E1E86">
              <w:rPr>
                <w:i/>
                <w:color w:val="66706B"/>
                <w:szCs w:val="24"/>
              </w:rPr>
              <w:t>&lt;Insert&gt;</w:t>
            </w:r>
          </w:p>
        </w:tc>
      </w:tr>
      <w:tr w:rsidR="00686453" w:rsidRPr="004E1E86" w14:paraId="37624227" w14:textId="77777777">
        <w:trPr>
          <w:cantSplit/>
          <w:jc w:val="center"/>
        </w:trPr>
        <w:tc>
          <w:tcPr>
            <w:tcW w:w="5141" w:type="dxa"/>
            <w:shd w:val="clear" w:color="auto" w:fill="F7FAF8"/>
            <w:tcMar>
              <w:top w:w="80" w:type="dxa"/>
              <w:left w:w="90" w:type="dxa"/>
              <w:bottom w:w="80" w:type="dxa"/>
              <w:right w:w="90" w:type="dxa"/>
            </w:tcMar>
          </w:tcPr>
          <w:p w14:paraId="23CDA08A" w14:textId="77777777" w:rsidR="00686453" w:rsidRPr="004E1E86" w:rsidRDefault="00D95FB4">
            <w:pPr>
              <w:rPr>
                <w:szCs w:val="24"/>
              </w:rPr>
            </w:pPr>
            <w:r w:rsidRPr="004E1E86">
              <w:rPr>
                <w:b/>
                <w:color w:val="015A41"/>
                <w:szCs w:val="24"/>
              </w:rPr>
              <w:t>Minimum staffing</w:t>
            </w:r>
          </w:p>
        </w:tc>
        <w:tc>
          <w:tcPr>
            <w:tcW w:w="5141" w:type="dxa"/>
            <w:shd w:val="clear" w:color="auto" w:fill="FFFFFF"/>
            <w:tcMar>
              <w:top w:w="80" w:type="dxa"/>
              <w:left w:w="90" w:type="dxa"/>
              <w:bottom w:w="80" w:type="dxa"/>
              <w:right w:w="90" w:type="dxa"/>
            </w:tcMar>
          </w:tcPr>
          <w:p w14:paraId="22948941" w14:textId="77777777" w:rsidR="00686453" w:rsidRPr="004E1E86" w:rsidRDefault="00D95FB4">
            <w:pPr>
              <w:rPr>
                <w:szCs w:val="24"/>
              </w:rPr>
            </w:pPr>
            <w:r w:rsidRPr="004E1E86">
              <w:rPr>
                <w:i/>
                <w:color w:val="66706B"/>
                <w:szCs w:val="24"/>
              </w:rPr>
              <w:t>&lt;Insert&gt;</w:t>
            </w:r>
          </w:p>
        </w:tc>
      </w:tr>
      <w:tr w:rsidR="00686453" w:rsidRPr="004E1E86" w14:paraId="614DB2B1" w14:textId="77777777">
        <w:trPr>
          <w:cantSplit/>
          <w:jc w:val="center"/>
        </w:trPr>
        <w:tc>
          <w:tcPr>
            <w:tcW w:w="5141" w:type="dxa"/>
            <w:shd w:val="clear" w:color="auto" w:fill="EAF3EF"/>
            <w:tcMar>
              <w:top w:w="80" w:type="dxa"/>
              <w:left w:w="90" w:type="dxa"/>
              <w:bottom w:w="80" w:type="dxa"/>
              <w:right w:w="90" w:type="dxa"/>
            </w:tcMar>
          </w:tcPr>
          <w:p w14:paraId="4F90AD35" w14:textId="77777777" w:rsidR="00686453" w:rsidRPr="004E1E86" w:rsidRDefault="00D95FB4">
            <w:pPr>
              <w:rPr>
                <w:szCs w:val="24"/>
              </w:rPr>
            </w:pPr>
            <w:r w:rsidRPr="004E1E86">
              <w:rPr>
                <w:b/>
                <w:color w:val="015A41"/>
                <w:szCs w:val="24"/>
              </w:rPr>
              <w:t>Critical records</w:t>
            </w:r>
          </w:p>
        </w:tc>
        <w:tc>
          <w:tcPr>
            <w:tcW w:w="5141" w:type="dxa"/>
            <w:shd w:val="clear" w:color="auto" w:fill="FFFFFF"/>
            <w:tcMar>
              <w:top w:w="80" w:type="dxa"/>
              <w:left w:w="90" w:type="dxa"/>
              <w:bottom w:w="80" w:type="dxa"/>
              <w:right w:w="90" w:type="dxa"/>
            </w:tcMar>
          </w:tcPr>
          <w:p w14:paraId="7C519853" w14:textId="77777777" w:rsidR="00686453" w:rsidRPr="004E1E86" w:rsidRDefault="00D95FB4">
            <w:pPr>
              <w:rPr>
                <w:szCs w:val="24"/>
              </w:rPr>
            </w:pPr>
            <w:r w:rsidRPr="004E1E86">
              <w:rPr>
                <w:i/>
                <w:color w:val="66706B"/>
                <w:szCs w:val="24"/>
              </w:rPr>
              <w:t>&lt;Insert&gt;</w:t>
            </w:r>
          </w:p>
        </w:tc>
      </w:tr>
      <w:tr w:rsidR="00686453" w:rsidRPr="004E1E86" w14:paraId="24A34340" w14:textId="77777777">
        <w:trPr>
          <w:cantSplit/>
          <w:jc w:val="center"/>
        </w:trPr>
        <w:tc>
          <w:tcPr>
            <w:tcW w:w="5141" w:type="dxa"/>
            <w:shd w:val="clear" w:color="auto" w:fill="F7FAF8"/>
            <w:tcMar>
              <w:top w:w="80" w:type="dxa"/>
              <w:left w:w="90" w:type="dxa"/>
              <w:bottom w:w="80" w:type="dxa"/>
              <w:right w:w="90" w:type="dxa"/>
            </w:tcMar>
          </w:tcPr>
          <w:p w14:paraId="7CCD2AF4" w14:textId="77777777" w:rsidR="00686453" w:rsidRPr="004E1E86" w:rsidRDefault="00D95FB4">
            <w:pPr>
              <w:rPr>
                <w:szCs w:val="24"/>
              </w:rPr>
            </w:pPr>
            <w:r w:rsidRPr="004E1E86">
              <w:rPr>
                <w:b/>
                <w:color w:val="015A41"/>
                <w:szCs w:val="24"/>
              </w:rPr>
              <w:t>Critical IT / applications</w:t>
            </w:r>
          </w:p>
        </w:tc>
        <w:tc>
          <w:tcPr>
            <w:tcW w:w="5141" w:type="dxa"/>
            <w:shd w:val="clear" w:color="auto" w:fill="FFFFFF"/>
            <w:tcMar>
              <w:top w:w="80" w:type="dxa"/>
              <w:left w:w="90" w:type="dxa"/>
              <w:bottom w:w="80" w:type="dxa"/>
              <w:right w:w="90" w:type="dxa"/>
            </w:tcMar>
          </w:tcPr>
          <w:p w14:paraId="65F5E01A" w14:textId="77777777" w:rsidR="00686453" w:rsidRPr="004E1E86" w:rsidRDefault="00D95FB4">
            <w:pPr>
              <w:rPr>
                <w:szCs w:val="24"/>
              </w:rPr>
            </w:pPr>
            <w:r w:rsidRPr="004E1E86">
              <w:rPr>
                <w:i/>
                <w:color w:val="66706B"/>
                <w:szCs w:val="24"/>
              </w:rPr>
              <w:t>&lt;Insert&gt;</w:t>
            </w:r>
          </w:p>
        </w:tc>
      </w:tr>
      <w:tr w:rsidR="00686453" w:rsidRPr="004E1E86" w14:paraId="620F415A" w14:textId="77777777">
        <w:trPr>
          <w:cantSplit/>
          <w:jc w:val="center"/>
        </w:trPr>
        <w:tc>
          <w:tcPr>
            <w:tcW w:w="5141" w:type="dxa"/>
            <w:shd w:val="clear" w:color="auto" w:fill="EAF3EF"/>
            <w:tcMar>
              <w:top w:w="80" w:type="dxa"/>
              <w:left w:w="90" w:type="dxa"/>
              <w:bottom w:w="80" w:type="dxa"/>
              <w:right w:w="90" w:type="dxa"/>
            </w:tcMar>
          </w:tcPr>
          <w:p w14:paraId="2657C71E" w14:textId="77777777" w:rsidR="00686453" w:rsidRPr="004E1E86" w:rsidRDefault="00D95FB4">
            <w:pPr>
              <w:rPr>
                <w:szCs w:val="24"/>
              </w:rPr>
            </w:pPr>
            <w:r w:rsidRPr="004E1E86">
              <w:rPr>
                <w:b/>
                <w:color w:val="015A41"/>
                <w:szCs w:val="24"/>
              </w:rPr>
              <w:t>Alternate work methods / paper processes</w:t>
            </w:r>
          </w:p>
        </w:tc>
        <w:tc>
          <w:tcPr>
            <w:tcW w:w="5141" w:type="dxa"/>
            <w:shd w:val="clear" w:color="auto" w:fill="FFFFFF"/>
            <w:tcMar>
              <w:top w:w="80" w:type="dxa"/>
              <w:left w:w="90" w:type="dxa"/>
              <w:bottom w:w="80" w:type="dxa"/>
              <w:right w:w="90" w:type="dxa"/>
            </w:tcMar>
          </w:tcPr>
          <w:p w14:paraId="107E8DB6" w14:textId="77777777" w:rsidR="00686453" w:rsidRPr="004E1E86" w:rsidRDefault="00D95FB4">
            <w:pPr>
              <w:rPr>
                <w:szCs w:val="24"/>
              </w:rPr>
            </w:pPr>
            <w:r w:rsidRPr="004E1E86">
              <w:rPr>
                <w:i/>
                <w:color w:val="66706B"/>
                <w:szCs w:val="24"/>
              </w:rPr>
              <w:t>&lt;Insert&gt;</w:t>
            </w:r>
          </w:p>
        </w:tc>
      </w:tr>
      <w:tr w:rsidR="00686453" w:rsidRPr="004E1E86" w14:paraId="7D01B0A9" w14:textId="77777777">
        <w:trPr>
          <w:cantSplit/>
          <w:jc w:val="center"/>
        </w:trPr>
        <w:tc>
          <w:tcPr>
            <w:tcW w:w="5141" w:type="dxa"/>
            <w:shd w:val="clear" w:color="auto" w:fill="F7FAF8"/>
            <w:tcMar>
              <w:top w:w="80" w:type="dxa"/>
              <w:left w:w="90" w:type="dxa"/>
              <w:bottom w:w="80" w:type="dxa"/>
              <w:right w:w="90" w:type="dxa"/>
            </w:tcMar>
          </w:tcPr>
          <w:p w14:paraId="7E4B0969" w14:textId="77777777" w:rsidR="00686453" w:rsidRPr="004E1E86" w:rsidRDefault="00D95FB4">
            <w:pPr>
              <w:rPr>
                <w:szCs w:val="24"/>
              </w:rPr>
            </w:pPr>
            <w:r w:rsidRPr="004E1E86">
              <w:rPr>
                <w:b/>
                <w:color w:val="015A41"/>
                <w:szCs w:val="24"/>
              </w:rPr>
              <w:t>Alternate operating locations</w:t>
            </w:r>
          </w:p>
        </w:tc>
        <w:tc>
          <w:tcPr>
            <w:tcW w:w="5141" w:type="dxa"/>
            <w:shd w:val="clear" w:color="auto" w:fill="FFFFFF"/>
            <w:tcMar>
              <w:top w:w="80" w:type="dxa"/>
              <w:left w:w="90" w:type="dxa"/>
              <w:bottom w:w="80" w:type="dxa"/>
              <w:right w:w="90" w:type="dxa"/>
            </w:tcMar>
          </w:tcPr>
          <w:p w14:paraId="1FB4FAAE" w14:textId="77777777" w:rsidR="00686453" w:rsidRPr="004E1E86" w:rsidRDefault="00D95FB4">
            <w:pPr>
              <w:rPr>
                <w:szCs w:val="24"/>
              </w:rPr>
            </w:pPr>
            <w:r w:rsidRPr="004E1E86">
              <w:rPr>
                <w:i/>
                <w:color w:val="66706B"/>
                <w:szCs w:val="24"/>
              </w:rPr>
              <w:t>&lt;Insert&gt;</w:t>
            </w:r>
          </w:p>
        </w:tc>
      </w:tr>
      <w:tr w:rsidR="00686453" w:rsidRPr="004E1E86" w14:paraId="3EF8B7AA" w14:textId="77777777">
        <w:trPr>
          <w:cantSplit/>
          <w:jc w:val="center"/>
        </w:trPr>
        <w:tc>
          <w:tcPr>
            <w:tcW w:w="5141" w:type="dxa"/>
            <w:shd w:val="clear" w:color="auto" w:fill="EAF3EF"/>
            <w:tcMar>
              <w:top w:w="80" w:type="dxa"/>
              <w:left w:w="90" w:type="dxa"/>
              <w:bottom w:w="80" w:type="dxa"/>
              <w:right w:w="90" w:type="dxa"/>
            </w:tcMar>
          </w:tcPr>
          <w:p w14:paraId="44E3403A" w14:textId="77777777" w:rsidR="00686453" w:rsidRPr="004E1E86" w:rsidRDefault="00D95FB4">
            <w:pPr>
              <w:rPr>
                <w:szCs w:val="24"/>
              </w:rPr>
            </w:pPr>
            <w:r w:rsidRPr="004E1E86">
              <w:rPr>
                <w:b/>
                <w:color w:val="015A41"/>
                <w:szCs w:val="24"/>
              </w:rPr>
              <w:t>Critical vendors / dependencies</w:t>
            </w:r>
          </w:p>
        </w:tc>
        <w:tc>
          <w:tcPr>
            <w:tcW w:w="5141" w:type="dxa"/>
            <w:shd w:val="clear" w:color="auto" w:fill="FFFFFF"/>
            <w:tcMar>
              <w:top w:w="80" w:type="dxa"/>
              <w:left w:w="90" w:type="dxa"/>
              <w:bottom w:w="80" w:type="dxa"/>
              <w:right w:w="90" w:type="dxa"/>
            </w:tcMar>
          </w:tcPr>
          <w:p w14:paraId="5D23BC39" w14:textId="77777777" w:rsidR="00686453" w:rsidRPr="004E1E86" w:rsidRDefault="00D95FB4">
            <w:pPr>
              <w:rPr>
                <w:szCs w:val="24"/>
              </w:rPr>
            </w:pPr>
            <w:r w:rsidRPr="004E1E86">
              <w:rPr>
                <w:i/>
                <w:color w:val="66706B"/>
                <w:szCs w:val="24"/>
              </w:rPr>
              <w:t>&lt;Insert&gt;</w:t>
            </w:r>
          </w:p>
        </w:tc>
      </w:tr>
      <w:tr w:rsidR="00686453" w:rsidRPr="004E1E86" w14:paraId="27ABD199" w14:textId="77777777">
        <w:trPr>
          <w:cantSplit/>
          <w:jc w:val="center"/>
        </w:trPr>
        <w:tc>
          <w:tcPr>
            <w:tcW w:w="5141" w:type="dxa"/>
            <w:shd w:val="clear" w:color="auto" w:fill="F7FAF8"/>
            <w:tcMar>
              <w:top w:w="80" w:type="dxa"/>
              <w:left w:w="90" w:type="dxa"/>
              <w:bottom w:w="80" w:type="dxa"/>
              <w:right w:w="90" w:type="dxa"/>
            </w:tcMar>
          </w:tcPr>
          <w:p w14:paraId="66AAD03E" w14:textId="77777777" w:rsidR="00686453" w:rsidRPr="004E1E86" w:rsidRDefault="00D95FB4">
            <w:pPr>
              <w:rPr>
                <w:szCs w:val="24"/>
              </w:rPr>
            </w:pPr>
            <w:r w:rsidRPr="004E1E86">
              <w:rPr>
                <w:b/>
                <w:color w:val="015A41"/>
                <w:szCs w:val="24"/>
              </w:rPr>
              <w:t>Delegations / succession</w:t>
            </w:r>
          </w:p>
        </w:tc>
        <w:tc>
          <w:tcPr>
            <w:tcW w:w="5141" w:type="dxa"/>
            <w:shd w:val="clear" w:color="auto" w:fill="FFFFFF"/>
            <w:tcMar>
              <w:top w:w="80" w:type="dxa"/>
              <w:left w:w="90" w:type="dxa"/>
              <w:bottom w:w="80" w:type="dxa"/>
              <w:right w:w="90" w:type="dxa"/>
            </w:tcMar>
          </w:tcPr>
          <w:p w14:paraId="4203D269" w14:textId="77777777" w:rsidR="00686453" w:rsidRPr="004E1E86" w:rsidRDefault="00D95FB4">
            <w:pPr>
              <w:rPr>
                <w:szCs w:val="24"/>
              </w:rPr>
            </w:pPr>
            <w:r w:rsidRPr="004E1E86">
              <w:rPr>
                <w:i/>
                <w:color w:val="66706B"/>
                <w:szCs w:val="24"/>
              </w:rPr>
              <w:t>&lt;Insert&gt;</w:t>
            </w:r>
          </w:p>
        </w:tc>
      </w:tr>
      <w:tr w:rsidR="00686453" w:rsidRPr="004E1E86" w14:paraId="56FD5497" w14:textId="77777777">
        <w:trPr>
          <w:cantSplit/>
          <w:jc w:val="center"/>
        </w:trPr>
        <w:tc>
          <w:tcPr>
            <w:tcW w:w="5141" w:type="dxa"/>
            <w:shd w:val="clear" w:color="auto" w:fill="EAF3EF"/>
            <w:tcMar>
              <w:top w:w="80" w:type="dxa"/>
              <w:left w:w="90" w:type="dxa"/>
              <w:bottom w:w="80" w:type="dxa"/>
              <w:right w:w="90" w:type="dxa"/>
            </w:tcMar>
          </w:tcPr>
          <w:p w14:paraId="0594B10E" w14:textId="77777777" w:rsidR="00686453" w:rsidRPr="004E1E86" w:rsidRDefault="00D95FB4">
            <w:pPr>
              <w:rPr>
                <w:szCs w:val="24"/>
              </w:rPr>
            </w:pPr>
            <w:r w:rsidRPr="004E1E86">
              <w:rPr>
                <w:b/>
                <w:color w:val="015A41"/>
                <w:szCs w:val="24"/>
              </w:rPr>
              <w:t>Service reduction / closure triggers</w:t>
            </w:r>
          </w:p>
        </w:tc>
        <w:tc>
          <w:tcPr>
            <w:tcW w:w="5141" w:type="dxa"/>
            <w:shd w:val="clear" w:color="auto" w:fill="FFFFFF"/>
            <w:tcMar>
              <w:top w:w="80" w:type="dxa"/>
              <w:left w:w="90" w:type="dxa"/>
              <w:bottom w:w="80" w:type="dxa"/>
              <w:right w:w="90" w:type="dxa"/>
            </w:tcMar>
          </w:tcPr>
          <w:p w14:paraId="34590ABA" w14:textId="77777777" w:rsidR="00686453" w:rsidRPr="004E1E86" w:rsidRDefault="00D95FB4">
            <w:pPr>
              <w:rPr>
                <w:szCs w:val="24"/>
              </w:rPr>
            </w:pPr>
            <w:r w:rsidRPr="004E1E86">
              <w:rPr>
                <w:i/>
                <w:color w:val="66706B"/>
                <w:szCs w:val="24"/>
              </w:rPr>
              <w:t>&lt;Insert&gt;</w:t>
            </w:r>
          </w:p>
        </w:tc>
      </w:tr>
      <w:tr w:rsidR="00686453" w:rsidRPr="004E1E86" w14:paraId="0FF48A34" w14:textId="77777777">
        <w:trPr>
          <w:cantSplit/>
          <w:jc w:val="center"/>
        </w:trPr>
        <w:tc>
          <w:tcPr>
            <w:tcW w:w="5141" w:type="dxa"/>
            <w:shd w:val="clear" w:color="auto" w:fill="F7FAF8"/>
            <w:tcMar>
              <w:top w:w="80" w:type="dxa"/>
              <w:left w:w="90" w:type="dxa"/>
              <w:bottom w:w="80" w:type="dxa"/>
              <w:right w:w="90" w:type="dxa"/>
            </w:tcMar>
          </w:tcPr>
          <w:p w14:paraId="4FA30896" w14:textId="77777777" w:rsidR="00686453" w:rsidRPr="004E1E86" w:rsidRDefault="00D95FB4">
            <w:pPr>
              <w:rPr>
                <w:szCs w:val="24"/>
              </w:rPr>
            </w:pPr>
            <w:r w:rsidRPr="004E1E86">
              <w:rPr>
                <w:b/>
                <w:color w:val="015A41"/>
                <w:szCs w:val="24"/>
              </w:rPr>
              <w:t>Recovery priorities</w:t>
            </w:r>
          </w:p>
        </w:tc>
        <w:tc>
          <w:tcPr>
            <w:tcW w:w="5141" w:type="dxa"/>
            <w:shd w:val="clear" w:color="auto" w:fill="FFFFFF"/>
            <w:tcMar>
              <w:top w:w="80" w:type="dxa"/>
              <w:left w:w="90" w:type="dxa"/>
              <w:bottom w:w="80" w:type="dxa"/>
              <w:right w:w="90" w:type="dxa"/>
            </w:tcMar>
          </w:tcPr>
          <w:p w14:paraId="3C8D3344" w14:textId="77777777" w:rsidR="00686453" w:rsidRPr="004E1E86" w:rsidRDefault="00D95FB4">
            <w:pPr>
              <w:rPr>
                <w:szCs w:val="24"/>
              </w:rPr>
            </w:pPr>
            <w:r w:rsidRPr="004E1E86">
              <w:rPr>
                <w:i/>
                <w:color w:val="66706B"/>
                <w:szCs w:val="24"/>
              </w:rPr>
              <w:t>&lt;Insert&gt;</w:t>
            </w:r>
          </w:p>
        </w:tc>
      </w:tr>
    </w:tbl>
    <w:p w14:paraId="37DBE737" w14:textId="77777777" w:rsidR="004E1E86" w:rsidRDefault="004E1E86">
      <w:pPr>
        <w:spacing w:after="0"/>
      </w:pPr>
    </w:p>
    <w:p w14:paraId="030EE8BB" w14:textId="77777777" w:rsidR="00686453" w:rsidRDefault="00D95FB4">
      <w:pPr>
        <w:pStyle w:val="Heading2"/>
        <w:spacing w:before="120" w:after="80"/>
      </w:pPr>
      <w:r>
        <w:rPr>
          <w:rFonts w:ascii="Arial" w:eastAsia="Arial" w:hAnsi="Arial"/>
        </w:rPr>
        <w:t>Critical System Downtime Matrix</w:t>
      </w: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570"/>
        <w:gridCol w:w="2664"/>
        <w:gridCol w:w="3240"/>
        <w:gridCol w:w="2570"/>
      </w:tblGrid>
      <w:tr w:rsidR="00686453" w:rsidRPr="004E1E86" w14:paraId="2CDAE3C8" w14:textId="77777777">
        <w:trPr>
          <w:tblHeader/>
          <w:jc w:val="center"/>
        </w:trPr>
        <w:tc>
          <w:tcPr>
            <w:tcW w:w="1872" w:type="dxa"/>
            <w:shd w:val="clear" w:color="auto" w:fill="015A41"/>
            <w:tcMar>
              <w:top w:w="70" w:type="dxa"/>
              <w:left w:w="70" w:type="dxa"/>
              <w:bottom w:w="70" w:type="dxa"/>
              <w:right w:w="70" w:type="dxa"/>
            </w:tcMar>
          </w:tcPr>
          <w:p w14:paraId="6E02F771" w14:textId="77777777" w:rsidR="00686453" w:rsidRPr="004E1E86" w:rsidRDefault="00D95FB4">
            <w:pPr>
              <w:rPr>
                <w:szCs w:val="24"/>
              </w:rPr>
            </w:pPr>
            <w:r w:rsidRPr="004E1E86">
              <w:rPr>
                <w:b/>
                <w:color w:val="FFFFFF"/>
                <w:szCs w:val="24"/>
              </w:rPr>
              <w:t>System</w:t>
            </w:r>
          </w:p>
        </w:tc>
        <w:tc>
          <w:tcPr>
            <w:tcW w:w="2664" w:type="dxa"/>
            <w:shd w:val="clear" w:color="auto" w:fill="015A41"/>
            <w:tcMar>
              <w:top w:w="70" w:type="dxa"/>
              <w:left w:w="70" w:type="dxa"/>
              <w:bottom w:w="70" w:type="dxa"/>
              <w:right w:w="70" w:type="dxa"/>
            </w:tcMar>
          </w:tcPr>
          <w:p w14:paraId="02DB9C06" w14:textId="77777777" w:rsidR="00686453" w:rsidRPr="004E1E86" w:rsidRDefault="00D95FB4">
            <w:pPr>
              <w:rPr>
                <w:szCs w:val="24"/>
              </w:rPr>
            </w:pPr>
            <w:r w:rsidRPr="004E1E86">
              <w:rPr>
                <w:b/>
                <w:color w:val="FFFFFF"/>
                <w:szCs w:val="24"/>
              </w:rPr>
              <w:t>Impact</w:t>
            </w:r>
          </w:p>
        </w:tc>
        <w:tc>
          <w:tcPr>
            <w:tcW w:w="3240" w:type="dxa"/>
            <w:shd w:val="clear" w:color="auto" w:fill="015A41"/>
            <w:tcMar>
              <w:top w:w="70" w:type="dxa"/>
              <w:left w:w="70" w:type="dxa"/>
              <w:bottom w:w="70" w:type="dxa"/>
              <w:right w:w="70" w:type="dxa"/>
            </w:tcMar>
          </w:tcPr>
          <w:p w14:paraId="3DFD40DC" w14:textId="77777777" w:rsidR="00686453" w:rsidRPr="004E1E86" w:rsidRDefault="00D95FB4">
            <w:pPr>
              <w:rPr>
                <w:szCs w:val="24"/>
              </w:rPr>
            </w:pPr>
            <w:r w:rsidRPr="004E1E86">
              <w:rPr>
                <w:b/>
                <w:color w:val="FFFFFF"/>
                <w:szCs w:val="24"/>
              </w:rPr>
              <w:t>Alternate Method</w:t>
            </w:r>
          </w:p>
        </w:tc>
        <w:tc>
          <w:tcPr>
            <w:tcW w:w="2016" w:type="dxa"/>
            <w:shd w:val="clear" w:color="auto" w:fill="015A41"/>
            <w:tcMar>
              <w:top w:w="70" w:type="dxa"/>
              <w:left w:w="70" w:type="dxa"/>
              <w:bottom w:w="70" w:type="dxa"/>
              <w:right w:w="70" w:type="dxa"/>
            </w:tcMar>
          </w:tcPr>
          <w:p w14:paraId="37AE17FC" w14:textId="77777777" w:rsidR="00686453" w:rsidRPr="004E1E86" w:rsidRDefault="00D95FB4">
            <w:pPr>
              <w:rPr>
                <w:szCs w:val="24"/>
              </w:rPr>
            </w:pPr>
            <w:r w:rsidRPr="004E1E86">
              <w:rPr>
                <w:b/>
                <w:color w:val="FFFFFF"/>
                <w:szCs w:val="24"/>
              </w:rPr>
              <w:t>Recovery</w:t>
            </w:r>
          </w:p>
        </w:tc>
      </w:tr>
      <w:tr w:rsidR="00686453" w:rsidRPr="004E1E86" w14:paraId="62ECD463" w14:textId="77777777">
        <w:trPr>
          <w:cantSplit/>
          <w:jc w:val="center"/>
        </w:trPr>
        <w:tc>
          <w:tcPr>
            <w:tcW w:w="2570" w:type="dxa"/>
            <w:tcMar>
              <w:top w:w="70" w:type="dxa"/>
              <w:left w:w="70" w:type="dxa"/>
              <w:bottom w:w="70" w:type="dxa"/>
              <w:right w:w="70" w:type="dxa"/>
            </w:tcMar>
          </w:tcPr>
          <w:p w14:paraId="64614333" w14:textId="77777777" w:rsidR="00686453" w:rsidRPr="004E1E86" w:rsidRDefault="00D95FB4">
            <w:pPr>
              <w:rPr>
                <w:szCs w:val="24"/>
              </w:rPr>
            </w:pPr>
            <w:r w:rsidRPr="004E1E86">
              <w:rPr>
                <w:b/>
                <w:color w:val="015A41"/>
                <w:szCs w:val="24"/>
              </w:rPr>
              <w:t>EHR</w:t>
            </w:r>
          </w:p>
        </w:tc>
        <w:tc>
          <w:tcPr>
            <w:tcW w:w="2570" w:type="dxa"/>
            <w:tcMar>
              <w:top w:w="70" w:type="dxa"/>
              <w:left w:w="70" w:type="dxa"/>
              <w:bottom w:w="70" w:type="dxa"/>
              <w:right w:w="70" w:type="dxa"/>
            </w:tcMar>
          </w:tcPr>
          <w:p w14:paraId="025BE9AD" w14:textId="77777777" w:rsidR="00686453" w:rsidRPr="004E1E86" w:rsidRDefault="00D95FB4">
            <w:pPr>
              <w:rPr>
                <w:szCs w:val="24"/>
              </w:rPr>
            </w:pPr>
            <w:r w:rsidRPr="004E1E86">
              <w:rPr>
                <w:szCs w:val="24"/>
              </w:rPr>
              <w:t>&lt;Impact&gt;</w:t>
            </w:r>
          </w:p>
        </w:tc>
        <w:tc>
          <w:tcPr>
            <w:tcW w:w="2570" w:type="dxa"/>
            <w:tcMar>
              <w:top w:w="70" w:type="dxa"/>
              <w:left w:w="70" w:type="dxa"/>
              <w:bottom w:w="70" w:type="dxa"/>
              <w:right w:w="70" w:type="dxa"/>
            </w:tcMar>
          </w:tcPr>
          <w:p w14:paraId="1B2045C7" w14:textId="77777777" w:rsidR="00686453" w:rsidRPr="004E1E86" w:rsidRDefault="00D95FB4">
            <w:pPr>
              <w:rPr>
                <w:szCs w:val="24"/>
              </w:rPr>
            </w:pPr>
            <w:r w:rsidRPr="004E1E86">
              <w:rPr>
                <w:szCs w:val="24"/>
              </w:rPr>
              <w:t>&lt;Downtime method&gt;</w:t>
            </w:r>
          </w:p>
        </w:tc>
        <w:tc>
          <w:tcPr>
            <w:tcW w:w="2570" w:type="dxa"/>
            <w:tcMar>
              <w:top w:w="70" w:type="dxa"/>
              <w:left w:w="70" w:type="dxa"/>
              <w:bottom w:w="70" w:type="dxa"/>
              <w:right w:w="70" w:type="dxa"/>
            </w:tcMar>
          </w:tcPr>
          <w:p w14:paraId="4021920D" w14:textId="77777777" w:rsidR="00686453" w:rsidRPr="004E1E86" w:rsidRDefault="00D95FB4">
            <w:pPr>
              <w:rPr>
                <w:szCs w:val="24"/>
              </w:rPr>
            </w:pPr>
            <w:r w:rsidRPr="004E1E86">
              <w:rPr>
                <w:szCs w:val="24"/>
              </w:rPr>
              <w:t>&lt;Recovery / reconciliation&gt;</w:t>
            </w:r>
          </w:p>
        </w:tc>
      </w:tr>
      <w:tr w:rsidR="00686453" w:rsidRPr="004E1E86" w14:paraId="127AC409" w14:textId="77777777">
        <w:trPr>
          <w:cantSplit/>
          <w:jc w:val="center"/>
        </w:trPr>
        <w:tc>
          <w:tcPr>
            <w:tcW w:w="2570" w:type="dxa"/>
            <w:tcMar>
              <w:top w:w="70" w:type="dxa"/>
              <w:left w:w="70" w:type="dxa"/>
              <w:bottom w:w="70" w:type="dxa"/>
              <w:right w:w="70" w:type="dxa"/>
            </w:tcMar>
          </w:tcPr>
          <w:p w14:paraId="329CC7BC" w14:textId="77777777" w:rsidR="00686453" w:rsidRPr="004E1E86" w:rsidRDefault="00D95FB4">
            <w:pPr>
              <w:rPr>
                <w:szCs w:val="24"/>
              </w:rPr>
            </w:pPr>
            <w:r w:rsidRPr="004E1E86">
              <w:rPr>
                <w:b/>
                <w:color w:val="015A41"/>
                <w:szCs w:val="24"/>
              </w:rPr>
              <w:t>Phone / internet</w:t>
            </w:r>
          </w:p>
        </w:tc>
        <w:tc>
          <w:tcPr>
            <w:tcW w:w="2570" w:type="dxa"/>
            <w:tcMar>
              <w:top w:w="70" w:type="dxa"/>
              <w:left w:w="70" w:type="dxa"/>
              <w:bottom w:w="70" w:type="dxa"/>
              <w:right w:w="70" w:type="dxa"/>
            </w:tcMar>
          </w:tcPr>
          <w:p w14:paraId="43A7551B" w14:textId="77777777" w:rsidR="00686453" w:rsidRPr="004E1E86" w:rsidRDefault="00D95FB4">
            <w:pPr>
              <w:rPr>
                <w:szCs w:val="24"/>
              </w:rPr>
            </w:pPr>
            <w:r w:rsidRPr="004E1E86">
              <w:rPr>
                <w:szCs w:val="24"/>
              </w:rPr>
              <w:t>&lt;Impact&gt;</w:t>
            </w:r>
          </w:p>
        </w:tc>
        <w:tc>
          <w:tcPr>
            <w:tcW w:w="2570" w:type="dxa"/>
            <w:tcMar>
              <w:top w:w="70" w:type="dxa"/>
              <w:left w:w="70" w:type="dxa"/>
              <w:bottom w:w="70" w:type="dxa"/>
              <w:right w:w="70" w:type="dxa"/>
            </w:tcMar>
          </w:tcPr>
          <w:p w14:paraId="0578D689" w14:textId="77777777" w:rsidR="00686453" w:rsidRPr="004E1E86" w:rsidRDefault="00D95FB4">
            <w:pPr>
              <w:rPr>
                <w:szCs w:val="24"/>
              </w:rPr>
            </w:pPr>
            <w:r w:rsidRPr="004E1E86">
              <w:rPr>
                <w:szCs w:val="24"/>
              </w:rPr>
              <w:t>&lt;Alternate method&gt;</w:t>
            </w:r>
          </w:p>
        </w:tc>
        <w:tc>
          <w:tcPr>
            <w:tcW w:w="2570" w:type="dxa"/>
            <w:tcMar>
              <w:top w:w="70" w:type="dxa"/>
              <w:left w:w="70" w:type="dxa"/>
              <w:bottom w:w="70" w:type="dxa"/>
              <w:right w:w="70" w:type="dxa"/>
            </w:tcMar>
          </w:tcPr>
          <w:p w14:paraId="07CB0490" w14:textId="77777777" w:rsidR="00686453" w:rsidRPr="004E1E86" w:rsidRDefault="00D95FB4">
            <w:pPr>
              <w:rPr>
                <w:szCs w:val="24"/>
              </w:rPr>
            </w:pPr>
            <w:r w:rsidRPr="004E1E86">
              <w:rPr>
                <w:szCs w:val="24"/>
              </w:rPr>
              <w:t>&lt;Recovery&gt;</w:t>
            </w:r>
          </w:p>
        </w:tc>
      </w:tr>
      <w:tr w:rsidR="00686453" w:rsidRPr="004E1E86" w14:paraId="2420E6B9" w14:textId="77777777">
        <w:trPr>
          <w:cantSplit/>
          <w:jc w:val="center"/>
        </w:trPr>
        <w:tc>
          <w:tcPr>
            <w:tcW w:w="2570" w:type="dxa"/>
            <w:tcMar>
              <w:top w:w="70" w:type="dxa"/>
              <w:left w:w="70" w:type="dxa"/>
              <w:bottom w:w="70" w:type="dxa"/>
              <w:right w:w="70" w:type="dxa"/>
            </w:tcMar>
          </w:tcPr>
          <w:p w14:paraId="0ABF37D5" w14:textId="77777777" w:rsidR="00686453" w:rsidRPr="004E1E86" w:rsidRDefault="00D95FB4">
            <w:pPr>
              <w:rPr>
                <w:szCs w:val="24"/>
              </w:rPr>
            </w:pPr>
            <w:r w:rsidRPr="004E1E86">
              <w:rPr>
                <w:b/>
                <w:color w:val="015A41"/>
                <w:szCs w:val="24"/>
              </w:rPr>
              <w:t>Medication systems</w:t>
            </w:r>
          </w:p>
        </w:tc>
        <w:tc>
          <w:tcPr>
            <w:tcW w:w="2570" w:type="dxa"/>
            <w:tcMar>
              <w:top w:w="70" w:type="dxa"/>
              <w:left w:w="70" w:type="dxa"/>
              <w:bottom w:w="70" w:type="dxa"/>
              <w:right w:w="70" w:type="dxa"/>
            </w:tcMar>
          </w:tcPr>
          <w:p w14:paraId="64CDA072" w14:textId="77777777" w:rsidR="00686453" w:rsidRPr="004E1E86" w:rsidRDefault="00D95FB4">
            <w:pPr>
              <w:rPr>
                <w:szCs w:val="24"/>
              </w:rPr>
            </w:pPr>
            <w:r w:rsidRPr="004E1E86">
              <w:rPr>
                <w:szCs w:val="24"/>
              </w:rPr>
              <w:t>&lt;Impact&gt;</w:t>
            </w:r>
          </w:p>
        </w:tc>
        <w:tc>
          <w:tcPr>
            <w:tcW w:w="2570" w:type="dxa"/>
            <w:tcMar>
              <w:top w:w="70" w:type="dxa"/>
              <w:left w:w="70" w:type="dxa"/>
              <w:bottom w:w="70" w:type="dxa"/>
              <w:right w:w="70" w:type="dxa"/>
            </w:tcMar>
          </w:tcPr>
          <w:p w14:paraId="3F912CDA" w14:textId="77777777" w:rsidR="00686453" w:rsidRPr="004E1E86" w:rsidRDefault="00D95FB4">
            <w:pPr>
              <w:rPr>
                <w:szCs w:val="24"/>
              </w:rPr>
            </w:pPr>
            <w:r w:rsidRPr="004E1E86">
              <w:rPr>
                <w:szCs w:val="24"/>
              </w:rPr>
              <w:t>&lt;Alternate method&gt;</w:t>
            </w:r>
          </w:p>
        </w:tc>
        <w:tc>
          <w:tcPr>
            <w:tcW w:w="2570" w:type="dxa"/>
            <w:tcMar>
              <w:top w:w="70" w:type="dxa"/>
              <w:left w:w="70" w:type="dxa"/>
              <w:bottom w:w="70" w:type="dxa"/>
              <w:right w:w="70" w:type="dxa"/>
            </w:tcMar>
          </w:tcPr>
          <w:p w14:paraId="3F726F34" w14:textId="77777777" w:rsidR="00686453" w:rsidRPr="004E1E86" w:rsidRDefault="00D95FB4">
            <w:pPr>
              <w:rPr>
                <w:szCs w:val="24"/>
              </w:rPr>
            </w:pPr>
            <w:r w:rsidRPr="004E1E86">
              <w:rPr>
                <w:szCs w:val="24"/>
              </w:rPr>
              <w:t>&lt;Recovery&gt;</w:t>
            </w:r>
          </w:p>
        </w:tc>
      </w:tr>
      <w:tr w:rsidR="00686453" w:rsidRPr="004E1E86" w14:paraId="2F3B4D5D" w14:textId="77777777">
        <w:trPr>
          <w:cantSplit/>
          <w:jc w:val="center"/>
        </w:trPr>
        <w:tc>
          <w:tcPr>
            <w:tcW w:w="2570" w:type="dxa"/>
            <w:tcMar>
              <w:top w:w="70" w:type="dxa"/>
              <w:left w:w="70" w:type="dxa"/>
              <w:bottom w:w="70" w:type="dxa"/>
              <w:right w:w="70" w:type="dxa"/>
            </w:tcMar>
          </w:tcPr>
          <w:p w14:paraId="1D400FF7" w14:textId="77777777" w:rsidR="00686453" w:rsidRPr="004E1E86" w:rsidRDefault="00D95FB4">
            <w:pPr>
              <w:rPr>
                <w:szCs w:val="24"/>
              </w:rPr>
            </w:pPr>
            <w:r w:rsidRPr="004E1E86">
              <w:rPr>
                <w:b/>
                <w:color w:val="015A41"/>
                <w:szCs w:val="24"/>
              </w:rPr>
              <w:t>Staff scheduling</w:t>
            </w:r>
          </w:p>
        </w:tc>
        <w:tc>
          <w:tcPr>
            <w:tcW w:w="2570" w:type="dxa"/>
            <w:tcMar>
              <w:top w:w="70" w:type="dxa"/>
              <w:left w:w="70" w:type="dxa"/>
              <w:bottom w:w="70" w:type="dxa"/>
              <w:right w:w="70" w:type="dxa"/>
            </w:tcMar>
          </w:tcPr>
          <w:p w14:paraId="3DB13885" w14:textId="77777777" w:rsidR="00686453" w:rsidRPr="004E1E86" w:rsidRDefault="00D95FB4">
            <w:pPr>
              <w:rPr>
                <w:szCs w:val="24"/>
              </w:rPr>
            </w:pPr>
            <w:r w:rsidRPr="004E1E86">
              <w:rPr>
                <w:szCs w:val="24"/>
              </w:rPr>
              <w:t>&lt;Impact&gt;</w:t>
            </w:r>
          </w:p>
        </w:tc>
        <w:tc>
          <w:tcPr>
            <w:tcW w:w="2570" w:type="dxa"/>
            <w:tcMar>
              <w:top w:w="70" w:type="dxa"/>
              <w:left w:w="70" w:type="dxa"/>
              <w:bottom w:w="70" w:type="dxa"/>
              <w:right w:w="70" w:type="dxa"/>
            </w:tcMar>
          </w:tcPr>
          <w:p w14:paraId="52D20C39" w14:textId="77777777" w:rsidR="00686453" w:rsidRPr="004E1E86" w:rsidRDefault="00D95FB4">
            <w:pPr>
              <w:rPr>
                <w:szCs w:val="24"/>
              </w:rPr>
            </w:pPr>
            <w:r w:rsidRPr="004E1E86">
              <w:rPr>
                <w:szCs w:val="24"/>
              </w:rPr>
              <w:t>&lt;Alternate method&gt;</w:t>
            </w:r>
          </w:p>
        </w:tc>
        <w:tc>
          <w:tcPr>
            <w:tcW w:w="2570" w:type="dxa"/>
            <w:tcMar>
              <w:top w:w="70" w:type="dxa"/>
              <w:left w:w="70" w:type="dxa"/>
              <w:bottom w:w="70" w:type="dxa"/>
              <w:right w:w="70" w:type="dxa"/>
            </w:tcMar>
          </w:tcPr>
          <w:p w14:paraId="5F2BD29A" w14:textId="77777777" w:rsidR="00686453" w:rsidRPr="004E1E86" w:rsidRDefault="00D95FB4">
            <w:pPr>
              <w:rPr>
                <w:szCs w:val="24"/>
              </w:rPr>
            </w:pPr>
            <w:r w:rsidRPr="004E1E86">
              <w:rPr>
                <w:szCs w:val="24"/>
              </w:rPr>
              <w:t>&lt;Recovery&gt;</w:t>
            </w:r>
          </w:p>
        </w:tc>
      </w:tr>
    </w:tbl>
    <w:p w14:paraId="1113C673" w14:textId="77777777" w:rsidR="00686453" w:rsidRDefault="00686453">
      <w:pPr>
        <w:spacing w:after="0"/>
      </w:pPr>
    </w:p>
    <w:p w14:paraId="3EB0DF34" w14:textId="77777777" w:rsidR="00686453" w:rsidRDefault="00D95FB4">
      <w:r>
        <w:br w:type="page"/>
      </w:r>
    </w:p>
    <w:p w14:paraId="226F94ED" w14:textId="77777777" w:rsidR="00686453" w:rsidRDefault="00D95FB4">
      <w:pPr>
        <w:pStyle w:val="Heading1"/>
        <w:pBdr>
          <w:bottom w:val="single" w:sz="14" w:space="5" w:color="E63B07"/>
        </w:pBdr>
        <w:spacing w:before="140" w:after="140"/>
      </w:pPr>
      <w:r>
        <w:rPr>
          <w:rFonts w:ascii="Arial" w:eastAsia="Arial" w:hAnsi="Arial"/>
        </w:rPr>
        <w:lastRenderedPageBreak/>
        <w:t>ANNEX C - FIRE / SMOKE EMERGENCY &amp; MAINE REPORTING COORDINATION</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14:paraId="7ACF7B23" w14:textId="77777777">
        <w:trPr>
          <w:jc w:val="center"/>
        </w:trPr>
        <w:tc>
          <w:tcPr>
            <w:tcW w:w="10282" w:type="dxa"/>
            <w:shd w:val="clear" w:color="auto" w:fill="FCEFE9"/>
            <w:tcMar>
              <w:top w:w="100" w:type="dxa"/>
              <w:left w:w="130" w:type="dxa"/>
              <w:bottom w:w="100" w:type="dxa"/>
              <w:right w:w="130" w:type="dxa"/>
            </w:tcMar>
          </w:tcPr>
          <w:p w14:paraId="2DB10311" w14:textId="77777777" w:rsidR="00686453" w:rsidRPr="004E1E86" w:rsidRDefault="00D95FB4">
            <w:pPr>
              <w:spacing w:after="0"/>
              <w:rPr>
                <w:sz w:val="20"/>
                <w:szCs w:val="20"/>
              </w:rPr>
            </w:pPr>
            <w:r w:rsidRPr="004E1E86">
              <w:rPr>
                <w:b/>
                <w:color w:val="E63B07"/>
                <w:sz w:val="20"/>
                <w:szCs w:val="20"/>
              </w:rPr>
              <w:t xml:space="preserve">MAINE </w:t>
            </w:r>
            <w:proofErr w:type="gramStart"/>
            <w:r w:rsidRPr="004E1E86">
              <w:rPr>
                <w:b/>
                <w:color w:val="E63B07"/>
                <w:sz w:val="20"/>
                <w:szCs w:val="20"/>
              </w:rPr>
              <w:t xml:space="preserve">REQUIREMENTS  </w:t>
            </w:r>
            <w:r w:rsidRPr="004E1E86">
              <w:rPr>
                <w:sz w:val="20"/>
                <w:szCs w:val="20"/>
              </w:rPr>
              <w:t>Coordinate</w:t>
            </w:r>
            <w:proofErr w:type="gramEnd"/>
            <w:r w:rsidRPr="004E1E86">
              <w:rPr>
                <w:sz w:val="20"/>
                <w:szCs w:val="20"/>
              </w:rPr>
              <w:t xml:space="preserve"> this annex with the facility fire safety plan, posted evacuation plans, fire drills, equipment testing records, and required Maine reporting. This annex is not a substitute for CMS LSC or FMO requirements.</w:t>
            </w:r>
          </w:p>
        </w:tc>
      </w:tr>
    </w:tbl>
    <w:p w14:paraId="04B3F75D" w14:textId="77777777" w:rsidR="00686453" w:rsidRDefault="00686453">
      <w:pPr>
        <w:spacing w:after="0"/>
      </w:pPr>
    </w:p>
    <w:tbl>
      <w:tblPr>
        <w:tblW w:w="1103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897"/>
      </w:tblGrid>
      <w:tr w:rsidR="00686453" w:rsidRPr="004E1E86" w14:paraId="2A175CA2" w14:textId="77777777" w:rsidTr="004E1E86">
        <w:trPr>
          <w:tblHeader/>
          <w:jc w:val="center"/>
        </w:trPr>
        <w:tc>
          <w:tcPr>
            <w:tcW w:w="5141" w:type="dxa"/>
            <w:shd w:val="clear" w:color="auto" w:fill="015A41"/>
            <w:tcMar>
              <w:top w:w="80" w:type="dxa"/>
              <w:left w:w="90" w:type="dxa"/>
              <w:bottom w:w="80" w:type="dxa"/>
              <w:right w:w="90" w:type="dxa"/>
            </w:tcMar>
          </w:tcPr>
          <w:p w14:paraId="072551D4" w14:textId="77777777" w:rsidR="00686453" w:rsidRPr="004E1E86" w:rsidRDefault="00D95FB4">
            <w:pPr>
              <w:rPr>
                <w:szCs w:val="24"/>
              </w:rPr>
            </w:pPr>
            <w:r w:rsidRPr="004E1E86">
              <w:rPr>
                <w:b/>
                <w:color w:val="FFFFFF"/>
                <w:szCs w:val="24"/>
              </w:rPr>
              <w:t>Field</w:t>
            </w:r>
          </w:p>
        </w:tc>
        <w:tc>
          <w:tcPr>
            <w:tcW w:w="5897" w:type="dxa"/>
            <w:shd w:val="clear" w:color="auto" w:fill="015A41"/>
            <w:tcMar>
              <w:top w:w="80" w:type="dxa"/>
              <w:left w:w="90" w:type="dxa"/>
              <w:bottom w:w="80" w:type="dxa"/>
              <w:right w:w="90" w:type="dxa"/>
            </w:tcMar>
          </w:tcPr>
          <w:p w14:paraId="3DC0D77B" w14:textId="77777777" w:rsidR="00686453" w:rsidRPr="004E1E86" w:rsidRDefault="00D95FB4">
            <w:pPr>
              <w:rPr>
                <w:szCs w:val="24"/>
              </w:rPr>
            </w:pPr>
            <w:r w:rsidRPr="004E1E86">
              <w:rPr>
                <w:b/>
                <w:color w:val="FFFFFF"/>
                <w:szCs w:val="24"/>
              </w:rPr>
              <w:t>Facility Entry</w:t>
            </w:r>
          </w:p>
        </w:tc>
      </w:tr>
      <w:tr w:rsidR="00686453" w:rsidRPr="004E1E86" w14:paraId="0E680A91" w14:textId="77777777" w:rsidTr="004E1E86">
        <w:trPr>
          <w:cantSplit/>
          <w:jc w:val="center"/>
        </w:trPr>
        <w:tc>
          <w:tcPr>
            <w:tcW w:w="5141" w:type="dxa"/>
            <w:shd w:val="clear" w:color="auto" w:fill="EAF3EF"/>
            <w:tcMar>
              <w:top w:w="80" w:type="dxa"/>
              <w:left w:w="90" w:type="dxa"/>
              <w:bottom w:w="80" w:type="dxa"/>
              <w:right w:w="90" w:type="dxa"/>
            </w:tcMar>
          </w:tcPr>
          <w:p w14:paraId="5D49693F" w14:textId="77777777" w:rsidR="00686453" w:rsidRPr="004E1E86" w:rsidRDefault="00D95FB4">
            <w:pPr>
              <w:rPr>
                <w:szCs w:val="24"/>
              </w:rPr>
            </w:pPr>
            <w:r w:rsidRPr="004E1E86">
              <w:rPr>
                <w:b/>
                <w:color w:val="015A41"/>
                <w:szCs w:val="24"/>
              </w:rPr>
              <w:t>Immediate fire response / alarm activation</w:t>
            </w:r>
          </w:p>
        </w:tc>
        <w:tc>
          <w:tcPr>
            <w:tcW w:w="5897" w:type="dxa"/>
            <w:shd w:val="clear" w:color="auto" w:fill="FFFFFF"/>
            <w:tcMar>
              <w:top w:w="80" w:type="dxa"/>
              <w:left w:w="90" w:type="dxa"/>
              <w:bottom w:w="80" w:type="dxa"/>
              <w:right w:w="90" w:type="dxa"/>
            </w:tcMar>
          </w:tcPr>
          <w:p w14:paraId="64579124" w14:textId="77777777" w:rsidR="00686453" w:rsidRPr="004E1E86" w:rsidRDefault="00D95FB4">
            <w:pPr>
              <w:rPr>
                <w:szCs w:val="24"/>
              </w:rPr>
            </w:pPr>
            <w:r w:rsidRPr="004E1E86">
              <w:rPr>
                <w:i/>
                <w:color w:val="66706B"/>
                <w:szCs w:val="24"/>
              </w:rPr>
              <w:t>&lt;Insert facility fire plan reference&gt;</w:t>
            </w:r>
          </w:p>
        </w:tc>
      </w:tr>
      <w:tr w:rsidR="00686453" w:rsidRPr="004E1E86" w14:paraId="0A219220" w14:textId="77777777" w:rsidTr="004E1E86">
        <w:trPr>
          <w:cantSplit/>
          <w:jc w:val="center"/>
        </w:trPr>
        <w:tc>
          <w:tcPr>
            <w:tcW w:w="5141" w:type="dxa"/>
            <w:shd w:val="clear" w:color="auto" w:fill="F7FAF8"/>
            <w:tcMar>
              <w:top w:w="80" w:type="dxa"/>
              <w:left w:w="90" w:type="dxa"/>
              <w:bottom w:w="80" w:type="dxa"/>
              <w:right w:w="90" w:type="dxa"/>
            </w:tcMar>
          </w:tcPr>
          <w:p w14:paraId="486A1326" w14:textId="77777777" w:rsidR="00686453" w:rsidRPr="004E1E86" w:rsidRDefault="00D95FB4">
            <w:pPr>
              <w:rPr>
                <w:szCs w:val="24"/>
              </w:rPr>
            </w:pPr>
            <w:r w:rsidRPr="004E1E86">
              <w:rPr>
                <w:b/>
                <w:color w:val="015A41"/>
                <w:szCs w:val="24"/>
              </w:rPr>
              <w:t>Resident relocation / evacuation</w:t>
            </w:r>
          </w:p>
        </w:tc>
        <w:tc>
          <w:tcPr>
            <w:tcW w:w="5897" w:type="dxa"/>
            <w:shd w:val="clear" w:color="auto" w:fill="FFFFFF"/>
            <w:tcMar>
              <w:top w:w="80" w:type="dxa"/>
              <w:left w:w="90" w:type="dxa"/>
              <w:bottom w:w="80" w:type="dxa"/>
              <w:right w:w="90" w:type="dxa"/>
            </w:tcMar>
          </w:tcPr>
          <w:p w14:paraId="286D74AB" w14:textId="77777777" w:rsidR="00686453" w:rsidRPr="004E1E86" w:rsidRDefault="00D95FB4">
            <w:pPr>
              <w:rPr>
                <w:szCs w:val="24"/>
              </w:rPr>
            </w:pPr>
            <w:r w:rsidRPr="004E1E86">
              <w:rPr>
                <w:i/>
                <w:color w:val="66706B"/>
                <w:szCs w:val="24"/>
              </w:rPr>
              <w:t>&lt;Insert&gt;</w:t>
            </w:r>
          </w:p>
        </w:tc>
      </w:tr>
      <w:tr w:rsidR="00686453" w:rsidRPr="004E1E86" w14:paraId="7CE6015D" w14:textId="77777777" w:rsidTr="004E1E86">
        <w:trPr>
          <w:cantSplit/>
          <w:jc w:val="center"/>
        </w:trPr>
        <w:tc>
          <w:tcPr>
            <w:tcW w:w="5141" w:type="dxa"/>
            <w:shd w:val="clear" w:color="auto" w:fill="EAF3EF"/>
            <w:tcMar>
              <w:top w:w="80" w:type="dxa"/>
              <w:left w:w="90" w:type="dxa"/>
              <w:bottom w:w="80" w:type="dxa"/>
              <w:right w:w="90" w:type="dxa"/>
            </w:tcMar>
          </w:tcPr>
          <w:p w14:paraId="44EF8C79" w14:textId="77777777" w:rsidR="00686453" w:rsidRPr="004E1E86" w:rsidRDefault="00D95FB4">
            <w:pPr>
              <w:rPr>
                <w:szCs w:val="24"/>
              </w:rPr>
            </w:pPr>
            <w:r w:rsidRPr="004E1E86">
              <w:rPr>
                <w:b/>
                <w:color w:val="015A41"/>
                <w:szCs w:val="24"/>
              </w:rPr>
              <w:t>Staff duties / assignments</w:t>
            </w:r>
          </w:p>
        </w:tc>
        <w:tc>
          <w:tcPr>
            <w:tcW w:w="5897" w:type="dxa"/>
            <w:shd w:val="clear" w:color="auto" w:fill="FFFFFF"/>
            <w:tcMar>
              <w:top w:w="80" w:type="dxa"/>
              <w:left w:w="90" w:type="dxa"/>
              <w:bottom w:w="80" w:type="dxa"/>
              <w:right w:w="90" w:type="dxa"/>
            </w:tcMar>
          </w:tcPr>
          <w:p w14:paraId="34ECD64C" w14:textId="77777777" w:rsidR="00686453" w:rsidRPr="004E1E86" w:rsidRDefault="00D95FB4">
            <w:pPr>
              <w:rPr>
                <w:szCs w:val="24"/>
              </w:rPr>
            </w:pPr>
            <w:r w:rsidRPr="004E1E86">
              <w:rPr>
                <w:i/>
                <w:color w:val="66706B"/>
                <w:szCs w:val="24"/>
              </w:rPr>
              <w:t>&lt;Insert&gt;</w:t>
            </w:r>
          </w:p>
        </w:tc>
      </w:tr>
      <w:tr w:rsidR="00686453" w:rsidRPr="004E1E86" w14:paraId="1B759CBD" w14:textId="77777777" w:rsidTr="004E1E86">
        <w:trPr>
          <w:cantSplit/>
          <w:jc w:val="center"/>
        </w:trPr>
        <w:tc>
          <w:tcPr>
            <w:tcW w:w="5141" w:type="dxa"/>
            <w:shd w:val="clear" w:color="auto" w:fill="F7FAF8"/>
            <w:tcMar>
              <w:top w:w="80" w:type="dxa"/>
              <w:left w:w="90" w:type="dxa"/>
              <w:bottom w:w="80" w:type="dxa"/>
              <w:right w:w="90" w:type="dxa"/>
            </w:tcMar>
          </w:tcPr>
          <w:p w14:paraId="1ECF523C" w14:textId="77777777" w:rsidR="00686453" w:rsidRPr="004E1E86" w:rsidRDefault="00D95FB4">
            <w:pPr>
              <w:rPr>
                <w:szCs w:val="24"/>
              </w:rPr>
            </w:pPr>
            <w:r w:rsidRPr="004E1E86">
              <w:rPr>
                <w:b/>
                <w:color w:val="015A41"/>
                <w:szCs w:val="24"/>
              </w:rPr>
              <w:t>Fire department interface</w:t>
            </w:r>
          </w:p>
        </w:tc>
        <w:tc>
          <w:tcPr>
            <w:tcW w:w="5897" w:type="dxa"/>
            <w:shd w:val="clear" w:color="auto" w:fill="FFFFFF"/>
            <w:tcMar>
              <w:top w:w="80" w:type="dxa"/>
              <w:left w:w="90" w:type="dxa"/>
              <w:bottom w:w="80" w:type="dxa"/>
              <w:right w:w="90" w:type="dxa"/>
            </w:tcMar>
          </w:tcPr>
          <w:p w14:paraId="12928E9B" w14:textId="77777777" w:rsidR="00686453" w:rsidRPr="004E1E86" w:rsidRDefault="00D95FB4">
            <w:pPr>
              <w:rPr>
                <w:szCs w:val="24"/>
              </w:rPr>
            </w:pPr>
            <w:r w:rsidRPr="004E1E86">
              <w:rPr>
                <w:i/>
                <w:color w:val="66706B"/>
                <w:szCs w:val="24"/>
              </w:rPr>
              <w:t>&lt;Insert&gt;</w:t>
            </w:r>
          </w:p>
        </w:tc>
      </w:tr>
      <w:tr w:rsidR="00686453" w:rsidRPr="004E1E86" w14:paraId="035D2A0D" w14:textId="77777777" w:rsidTr="004E1E86">
        <w:trPr>
          <w:cantSplit/>
          <w:jc w:val="center"/>
        </w:trPr>
        <w:tc>
          <w:tcPr>
            <w:tcW w:w="5141" w:type="dxa"/>
            <w:shd w:val="clear" w:color="auto" w:fill="EAF3EF"/>
            <w:tcMar>
              <w:top w:w="80" w:type="dxa"/>
              <w:left w:w="90" w:type="dxa"/>
              <w:bottom w:w="80" w:type="dxa"/>
              <w:right w:w="90" w:type="dxa"/>
            </w:tcMar>
          </w:tcPr>
          <w:p w14:paraId="0A0ABCA1" w14:textId="77777777" w:rsidR="00686453" w:rsidRPr="004E1E86" w:rsidRDefault="00D95FB4">
            <w:pPr>
              <w:rPr>
                <w:szCs w:val="24"/>
              </w:rPr>
            </w:pPr>
            <w:r w:rsidRPr="004E1E86">
              <w:rPr>
                <w:b/>
                <w:color w:val="015A41"/>
                <w:szCs w:val="24"/>
              </w:rPr>
              <w:t>Fire watch / system impairment procedure</w:t>
            </w:r>
          </w:p>
        </w:tc>
        <w:tc>
          <w:tcPr>
            <w:tcW w:w="5897" w:type="dxa"/>
            <w:shd w:val="clear" w:color="auto" w:fill="FFFFFF"/>
            <w:tcMar>
              <w:top w:w="80" w:type="dxa"/>
              <w:left w:w="90" w:type="dxa"/>
              <w:bottom w:w="80" w:type="dxa"/>
              <w:right w:w="90" w:type="dxa"/>
            </w:tcMar>
          </w:tcPr>
          <w:p w14:paraId="58F32848" w14:textId="77777777" w:rsidR="00686453" w:rsidRPr="004E1E86" w:rsidRDefault="00D95FB4">
            <w:pPr>
              <w:rPr>
                <w:szCs w:val="24"/>
              </w:rPr>
            </w:pPr>
            <w:r w:rsidRPr="004E1E86">
              <w:rPr>
                <w:i/>
                <w:color w:val="66706B"/>
                <w:szCs w:val="24"/>
              </w:rPr>
              <w:t>&lt;Insert if applicable&gt;</w:t>
            </w:r>
          </w:p>
        </w:tc>
      </w:tr>
      <w:tr w:rsidR="00686453" w:rsidRPr="004E1E86" w14:paraId="12CB2A50" w14:textId="77777777" w:rsidTr="004E1E86">
        <w:trPr>
          <w:cantSplit/>
          <w:jc w:val="center"/>
        </w:trPr>
        <w:tc>
          <w:tcPr>
            <w:tcW w:w="5141" w:type="dxa"/>
            <w:shd w:val="clear" w:color="auto" w:fill="F7FAF8"/>
            <w:tcMar>
              <w:top w:w="80" w:type="dxa"/>
              <w:left w:w="90" w:type="dxa"/>
              <w:bottom w:w="80" w:type="dxa"/>
              <w:right w:w="90" w:type="dxa"/>
            </w:tcMar>
          </w:tcPr>
          <w:p w14:paraId="2822EAAC" w14:textId="77777777" w:rsidR="00686453" w:rsidRPr="004E1E86" w:rsidRDefault="00D95FB4">
            <w:pPr>
              <w:rPr>
                <w:szCs w:val="24"/>
              </w:rPr>
            </w:pPr>
            <w:r w:rsidRPr="004E1E86">
              <w:rPr>
                <w:b/>
                <w:color w:val="015A41"/>
                <w:szCs w:val="24"/>
              </w:rPr>
              <w:t>Immediate verbal reporting to Maine DHHS / State Fire Marshal</w:t>
            </w:r>
          </w:p>
        </w:tc>
        <w:tc>
          <w:tcPr>
            <w:tcW w:w="5897" w:type="dxa"/>
            <w:shd w:val="clear" w:color="auto" w:fill="FFFFFF"/>
            <w:tcMar>
              <w:top w:w="80" w:type="dxa"/>
              <w:left w:w="90" w:type="dxa"/>
              <w:bottom w:w="80" w:type="dxa"/>
              <w:right w:w="90" w:type="dxa"/>
            </w:tcMar>
          </w:tcPr>
          <w:p w14:paraId="5E9199EE" w14:textId="77777777" w:rsidR="00686453" w:rsidRPr="004E1E86" w:rsidRDefault="00D95FB4">
            <w:pPr>
              <w:rPr>
                <w:szCs w:val="24"/>
              </w:rPr>
            </w:pPr>
            <w:r w:rsidRPr="004E1E86">
              <w:rPr>
                <w:i/>
                <w:color w:val="66706B"/>
                <w:szCs w:val="24"/>
              </w:rPr>
              <w:t>&lt;Insert contact / responsible role&gt;</w:t>
            </w:r>
          </w:p>
        </w:tc>
      </w:tr>
      <w:tr w:rsidR="00686453" w:rsidRPr="004E1E86" w14:paraId="430B0022" w14:textId="77777777" w:rsidTr="004E1E86">
        <w:trPr>
          <w:cantSplit/>
          <w:jc w:val="center"/>
        </w:trPr>
        <w:tc>
          <w:tcPr>
            <w:tcW w:w="5141" w:type="dxa"/>
            <w:shd w:val="clear" w:color="auto" w:fill="EAF3EF"/>
            <w:tcMar>
              <w:top w:w="80" w:type="dxa"/>
              <w:left w:w="90" w:type="dxa"/>
              <w:bottom w:w="80" w:type="dxa"/>
              <w:right w:w="90" w:type="dxa"/>
            </w:tcMar>
          </w:tcPr>
          <w:p w14:paraId="1722F34A" w14:textId="77777777" w:rsidR="00686453" w:rsidRPr="004E1E86" w:rsidRDefault="00D95FB4">
            <w:pPr>
              <w:rPr>
                <w:szCs w:val="24"/>
              </w:rPr>
            </w:pPr>
            <w:r w:rsidRPr="004E1E86">
              <w:rPr>
                <w:b/>
                <w:color w:val="015A41"/>
                <w:szCs w:val="24"/>
              </w:rPr>
              <w:t>Written report process</w:t>
            </w:r>
          </w:p>
        </w:tc>
        <w:tc>
          <w:tcPr>
            <w:tcW w:w="5897" w:type="dxa"/>
            <w:shd w:val="clear" w:color="auto" w:fill="FFFFFF"/>
            <w:tcMar>
              <w:top w:w="80" w:type="dxa"/>
              <w:left w:w="90" w:type="dxa"/>
              <w:bottom w:w="80" w:type="dxa"/>
              <w:right w:w="90" w:type="dxa"/>
            </w:tcMar>
          </w:tcPr>
          <w:p w14:paraId="32DC2883" w14:textId="77777777" w:rsidR="00686453" w:rsidRPr="004E1E86" w:rsidRDefault="00D95FB4">
            <w:pPr>
              <w:rPr>
                <w:szCs w:val="24"/>
              </w:rPr>
            </w:pPr>
            <w:r w:rsidRPr="004E1E86">
              <w:rPr>
                <w:i/>
                <w:color w:val="66706B"/>
                <w:szCs w:val="24"/>
              </w:rPr>
              <w:t>&lt;Date/time/place/description/action taken; responsible role&gt;</w:t>
            </w:r>
          </w:p>
        </w:tc>
      </w:tr>
      <w:tr w:rsidR="00686453" w:rsidRPr="004E1E86" w14:paraId="2A9E73D4" w14:textId="77777777" w:rsidTr="004E1E86">
        <w:trPr>
          <w:cantSplit/>
          <w:jc w:val="center"/>
        </w:trPr>
        <w:tc>
          <w:tcPr>
            <w:tcW w:w="5141" w:type="dxa"/>
            <w:shd w:val="clear" w:color="auto" w:fill="F7FAF8"/>
            <w:tcMar>
              <w:top w:w="80" w:type="dxa"/>
              <w:left w:w="90" w:type="dxa"/>
              <w:bottom w:w="80" w:type="dxa"/>
              <w:right w:w="90" w:type="dxa"/>
            </w:tcMar>
          </w:tcPr>
          <w:p w14:paraId="1810EA53" w14:textId="77777777" w:rsidR="00686453" w:rsidRPr="004E1E86" w:rsidRDefault="00D95FB4">
            <w:pPr>
              <w:rPr>
                <w:szCs w:val="24"/>
              </w:rPr>
            </w:pPr>
            <w:r w:rsidRPr="004E1E86">
              <w:rPr>
                <w:b/>
                <w:color w:val="015A41"/>
                <w:szCs w:val="24"/>
              </w:rPr>
              <w:t>Posted fire regulations / evacuation plan locations</w:t>
            </w:r>
          </w:p>
        </w:tc>
        <w:tc>
          <w:tcPr>
            <w:tcW w:w="5897" w:type="dxa"/>
            <w:shd w:val="clear" w:color="auto" w:fill="FFFFFF"/>
            <w:tcMar>
              <w:top w:w="80" w:type="dxa"/>
              <w:left w:w="90" w:type="dxa"/>
              <w:bottom w:w="80" w:type="dxa"/>
              <w:right w:w="90" w:type="dxa"/>
            </w:tcMar>
          </w:tcPr>
          <w:p w14:paraId="5BFA410D" w14:textId="77777777" w:rsidR="00686453" w:rsidRPr="004E1E86" w:rsidRDefault="00D95FB4">
            <w:pPr>
              <w:rPr>
                <w:szCs w:val="24"/>
              </w:rPr>
            </w:pPr>
            <w:r w:rsidRPr="004E1E86">
              <w:rPr>
                <w:i/>
                <w:color w:val="66706B"/>
                <w:szCs w:val="24"/>
              </w:rPr>
              <w:t>&lt;Insert&gt;</w:t>
            </w:r>
          </w:p>
        </w:tc>
      </w:tr>
    </w:tbl>
    <w:p w14:paraId="1BCE5945" w14:textId="77777777" w:rsidR="00686453" w:rsidRDefault="00686453">
      <w:pPr>
        <w:spacing w:after="0"/>
      </w:pPr>
    </w:p>
    <w:p w14:paraId="564369F5" w14:textId="77777777" w:rsidR="00686453" w:rsidRDefault="00D95FB4">
      <w:r>
        <w:br w:type="page"/>
      </w:r>
    </w:p>
    <w:p w14:paraId="7344B730" w14:textId="77777777" w:rsidR="00686453" w:rsidRDefault="00D95FB4">
      <w:pPr>
        <w:pStyle w:val="Heading1"/>
        <w:pBdr>
          <w:bottom w:val="single" w:sz="14" w:space="5" w:color="E63B07"/>
        </w:pBdr>
        <w:spacing w:before="140" w:after="140"/>
      </w:pPr>
      <w:r>
        <w:rPr>
          <w:rFonts w:ascii="Arial" w:eastAsia="Arial" w:hAnsi="Arial"/>
        </w:rPr>
        <w:lastRenderedPageBreak/>
        <w:t>ANNEX D - INFECTION PREVENTION, OUTBREAK RESPONSE &amp; CRISIS STAFFING</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14:paraId="36233D80" w14:textId="77777777">
        <w:trPr>
          <w:jc w:val="center"/>
        </w:trPr>
        <w:tc>
          <w:tcPr>
            <w:tcW w:w="10282" w:type="dxa"/>
            <w:shd w:val="clear" w:color="auto" w:fill="FCEFE9"/>
            <w:tcMar>
              <w:top w:w="100" w:type="dxa"/>
              <w:left w:w="130" w:type="dxa"/>
              <w:bottom w:w="100" w:type="dxa"/>
              <w:right w:w="130" w:type="dxa"/>
            </w:tcMar>
          </w:tcPr>
          <w:p w14:paraId="2E34AED0" w14:textId="3AFB82DE" w:rsidR="00686453" w:rsidRPr="004E1E86" w:rsidRDefault="003839FC">
            <w:pPr>
              <w:spacing w:after="0"/>
              <w:rPr>
                <w:sz w:val="20"/>
                <w:szCs w:val="20"/>
              </w:rPr>
            </w:pPr>
            <w:r>
              <w:rPr>
                <w:rFonts w:cs="Arial"/>
                <w:b/>
                <w:color w:val="E63B07"/>
                <w:sz w:val="18"/>
              </w:rPr>
              <w:t xml:space="preserve">MAINE OUTBREAK / CRISIS STAFFING </w:t>
            </w:r>
            <w:proofErr w:type="gramStart"/>
            <w:r>
              <w:rPr>
                <w:rFonts w:cs="Arial"/>
                <w:b/>
                <w:color w:val="E63B07"/>
                <w:sz w:val="18"/>
              </w:rPr>
              <w:t xml:space="preserve">OVERLAY  </w:t>
            </w:r>
            <w:r>
              <w:rPr>
                <w:rFonts w:cs="Arial"/>
                <w:color w:val="000000"/>
                <w:sz w:val="18"/>
              </w:rPr>
              <w:t>Maintain</w:t>
            </w:r>
            <w:proofErr w:type="gramEnd"/>
            <w:r>
              <w:rPr>
                <w:rFonts w:cs="Arial"/>
                <w:color w:val="000000"/>
                <w:sz w:val="18"/>
              </w:rPr>
              <w:t xml:space="preserve"> this annex in coordination with the facility infection prevention and control program. Current Chapter 110 includes </w:t>
            </w:r>
            <w:proofErr w:type="spellStart"/>
            <w:r>
              <w:rPr>
                <w:rFonts w:cs="Arial"/>
                <w:color w:val="000000"/>
                <w:sz w:val="18"/>
              </w:rPr>
              <w:t>MeCDC</w:t>
            </w:r>
            <w:proofErr w:type="spellEnd"/>
            <w:r>
              <w:rPr>
                <w:rFonts w:cs="Arial"/>
                <w:color w:val="000000"/>
                <w:sz w:val="18"/>
              </w:rPr>
              <w:t xml:space="preserve"> consultation/reporting timelines for mandatory reportable disease, DLC coordination before universal testing/</w:t>
            </w:r>
            <w:proofErr w:type="spellStart"/>
            <w:r>
              <w:rPr>
                <w:rFonts w:cs="Arial"/>
                <w:color w:val="000000"/>
                <w:sz w:val="18"/>
              </w:rPr>
              <w:t>cohorting</w:t>
            </w:r>
            <w:proofErr w:type="spellEnd"/>
            <w:r>
              <w:rPr>
                <w:rFonts w:cs="Arial"/>
                <w:color w:val="000000"/>
                <w:sz w:val="18"/>
              </w:rPr>
              <w:t>, 24-hour notification requirements for probable/confirmed contagious infection, a 72-hour PPE on-hand requirement, and a written crisis staffing plan. Verify current Chapter 258 definitions and Maine CDC reporting procedures.</w:t>
            </w:r>
            <w:r>
              <w:rPr>
                <w:sz w:val="18"/>
              </w:rPr>
              <w:t xml:space="preserve"> Section 21.A.4(e) also requires screening all individuals at a designated entrance during an infection outbreak using current CDC screening methods; §</w:t>
            </w:r>
            <w:proofErr w:type="gramStart"/>
            <w:r>
              <w:rPr>
                <w:sz w:val="18"/>
              </w:rPr>
              <w:t>21.A.</w:t>
            </w:r>
            <w:proofErr w:type="gramEnd"/>
            <w:r>
              <w:rPr>
                <w:sz w:val="18"/>
              </w:rPr>
              <w:t>4(c) requires reasonable alternative resident communication methods when visitation/departure is restricted.</w:t>
            </w:r>
          </w:p>
        </w:tc>
      </w:tr>
    </w:tbl>
    <w:p w14:paraId="00FB2C79" w14:textId="77777777" w:rsidR="00686453" w:rsidRDefault="00686453">
      <w:pPr>
        <w:spacing w:after="0"/>
      </w:pPr>
    </w:p>
    <w:tbl>
      <w:tblPr>
        <w:tblW w:w="1103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897"/>
      </w:tblGrid>
      <w:tr w:rsidR="00C35A7F" w:rsidRPr="004E1E86" w14:paraId="30282F11" w14:textId="77777777" w:rsidTr="004F3C27">
        <w:trPr>
          <w:tblHeader/>
          <w:jc w:val="center"/>
        </w:trPr>
        <w:tc>
          <w:tcPr>
            <w:tcW w:w="5141" w:type="dxa"/>
            <w:shd w:val="clear" w:color="auto" w:fill="015A41"/>
            <w:tcMar>
              <w:top w:w="80" w:type="dxa"/>
              <w:left w:w="90" w:type="dxa"/>
              <w:bottom w:w="80" w:type="dxa"/>
              <w:right w:w="90" w:type="dxa"/>
            </w:tcMar>
          </w:tcPr>
          <w:p w14:paraId="01EBCD51" w14:textId="77777777" w:rsidR="00C35A7F" w:rsidRPr="004E1E86" w:rsidRDefault="00C35A7F" w:rsidP="004F3C27">
            <w:pPr>
              <w:rPr>
                <w:szCs w:val="24"/>
              </w:rPr>
            </w:pPr>
            <w:r w:rsidRPr="004E1E86">
              <w:rPr>
                <w:b/>
                <w:color w:val="FFFFFF"/>
                <w:szCs w:val="24"/>
              </w:rPr>
              <w:t>Field</w:t>
            </w:r>
          </w:p>
        </w:tc>
        <w:tc>
          <w:tcPr>
            <w:tcW w:w="5897" w:type="dxa"/>
            <w:shd w:val="clear" w:color="auto" w:fill="015A41"/>
            <w:tcMar>
              <w:top w:w="80" w:type="dxa"/>
              <w:left w:w="90" w:type="dxa"/>
              <w:bottom w:w="80" w:type="dxa"/>
              <w:right w:w="90" w:type="dxa"/>
            </w:tcMar>
          </w:tcPr>
          <w:p w14:paraId="4E305B37" w14:textId="77777777" w:rsidR="00C35A7F" w:rsidRPr="004E1E86" w:rsidRDefault="00C35A7F" w:rsidP="004F3C27">
            <w:pPr>
              <w:rPr>
                <w:szCs w:val="24"/>
              </w:rPr>
            </w:pPr>
            <w:r w:rsidRPr="004E1E86">
              <w:rPr>
                <w:b/>
                <w:color w:val="FFFFFF"/>
                <w:szCs w:val="24"/>
              </w:rPr>
              <w:t>Facility Entry</w:t>
            </w:r>
          </w:p>
        </w:tc>
      </w:tr>
      <w:tr w:rsidR="00C35A7F" w:rsidRPr="004E1E86" w14:paraId="259B8071" w14:textId="77777777" w:rsidTr="004F3C27">
        <w:trPr>
          <w:cantSplit/>
          <w:jc w:val="center"/>
        </w:trPr>
        <w:tc>
          <w:tcPr>
            <w:tcW w:w="5141" w:type="dxa"/>
            <w:shd w:val="clear" w:color="auto" w:fill="EAF3EF"/>
            <w:tcMar>
              <w:top w:w="80" w:type="dxa"/>
              <w:left w:w="90" w:type="dxa"/>
              <w:bottom w:w="80" w:type="dxa"/>
              <w:right w:w="90" w:type="dxa"/>
            </w:tcMar>
          </w:tcPr>
          <w:p w14:paraId="10A260BE" w14:textId="77777777" w:rsidR="00C35A7F" w:rsidRPr="004E1E86" w:rsidRDefault="00C35A7F" w:rsidP="004F3C27">
            <w:pPr>
              <w:rPr>
                <w:szCs w:val="24"/>
              </w:rPr>
            </w:pPr>
            <w:r w:rsidRPr="004E1E86">
              <w:rPr>
                <w:b/>
                <w:color w:val="015A41"/>
                <w:szCs w:val="24"/>
              </w:rPr>
              <w:t>Infection Preventionist / backup</w:t>
            </w:r>
          </w:p>
        </w:tc>
        <w:tc>
          <w:tcPr>
            <w:tcW w:w="5897" w:type="dxa"/>
            <w:shd w:val="clear" w:color="auto" w:fill="FFFFFF"/>
            <w:tcMar>
              <w:top w:w="80" w:type="dxa"/>
              <w:left w:w="90" w:type="dxa"/>
              <w:bottom w:w="80" w:type="dxa"/>
              <w:right w:w="90" w:type="dxa"/>
            </w:tcMar>
          </w:tcPr>
          <w:p w14:paraId="40660A07" w14:textId="77777777" w:rsidR="00C35A7F" w:rsidRPr="004E1E86" w:rsidRDefault="00C35A7F" w:rsidP="004F3C27">
            <w:pPr>
              <w:rPr>
                <w:color w:val="000000"/>
                <w:szCs w:val="24"/>
              </w:rPr>
            </w:pPr>
            <w:r w:rsidRPr="004E1E86">
              <w:rPr>
                <w:rFonts w:cs="Arial"/>
                <w:color w:val="6B7378"/>
                <w:szCs w:val="24"/>
              </w:rPr>
              <w:t>&lt;Insert&gt;</w:t>
            </w:r>
          </w:p>
        </w:tc>
      </w:tr>
      <w:tr w:rsidR="00C35A7F" w:rsidRPr="004E1E86" w14:paraId="37F04006" w14:textId="77777777" w:rsidTr="004F3C27">
        <w:trPr>
          <w:cantSplit/>
          <w:jc w:val="center"/>
        </w:trPr>
        <w:tc>
          <w:tcPr>
            <w:tcW w:w="5141" w:type="dxa"/>
            <w:shd w:val="clear" w:color="auto" w:fill="F7FAF8"/>
            <w:tcMar>
              <w:top w:w="80" w:type="dxa"/>
              <w:left w:w="90" w:type="dxa"/>
              <w:bottom w:w="80" w:type="dxa"/>
              <w:right w:w="90" w:type="dxa"/>
            </w:tcMar>
          </w:tcPr>
          <w:p w14:paraId="599B36FB" w14:textId="77777777" w:rsidR="00C35A7F" w:rsidRPr="004E1E86" w:rsidRDefault="00C35A7F" w:rsidP="004F3C27">
            <w:pPr>
              <w:rPr>
                <w:szCs w:val="24"/>
              </w:rPr>
            </w:pPr>
            <w:proofErr w:type="spellStart"/>
            <w:r w:rsidRPr="004E1E86">
              <w:rPr>
                <w:b/>
                <w:color w:val="015A41"/>
                <w:szCs w:val="24"/>
              </w:rPr>
              <w:t>MeCDC</w:t>
            </w:r>
            <w:proofErr w:type="spellEnd"/>
            <w:r w:rsidRPr="004E1E86">
              <w:rPr>
                <w:b/>
                <w:color w:val="015A41"/>
                <w:szCs w:val="24"/>
              </w:rPr>
              <w:t xml:space="preserve"> consultation/reporting (24h symptoms / 12h confirmed positive, as applicable)</w:t>
            </w:r>
          </w:p>
        </w:tc>
        <w:tc>
          <w:tcPr>
            <w:tcW w:w="5897" w:type="dxa"/>
            <w:shd w:val="clear" w:color="auto" w:fill="FFFFFF"/>
            <w:tcMar>
              <w:top w:w="80" w:type="dxa"/>
              <w:left w:w="90" w:type="dxa"/>
              <w:bottom w:w="80" w:type="dxa"/>
              <w:right w:w="90" w:type="dxa"/>
            </w:tcMar>
          </w:tcPr>
          <w:p w14:paraId="32992369" w14:textId="77777777" w:rsidR="00C35A7F" w:rsidRPr="004E1E86" w:rsidRDefault="00C35A7F" w:rsidP="004F3C27">
            <w:pPr>
              <w:rPr>
                <w:color w:val="000000"/>
                <w:szCs w:val="24"/>
              </w:rPr>
            </w:pPr>
            <w:r w:rsidRPr="004E1E86">
              <w:rPr>
                <w:rFonts w:cs="Arial"/>
                <w:color w:val="6B7378"/>
                <w:szCs w:val="24"/>
              </w:rPr>
              <w:t>&lt;Insert&gt;</w:t>
            </w:r>
          </w:p>
        </w:tc>
      </w:tr>
      <w:tr w:rsidR="00C35A7F" w:rsidRPr="004E1E86" w14:paraId="33256972" w14:textId="77777777" w:rsidTr="004F3C27">
        <w:trPr>
          <w:cantSplit/>
          <w:jc w:val="center"/>
        </w:trPr>
        <w:tc>
          <w:tcPr>
            <w:tcW w:w="5141" w:type="dxa"/>
            <w:shd w:val="clear" w:color="auto" w:fill="EAF3EF"/>
            <w:tcMar>
              <w:top w:w="80" w:type="dxa"/>
              <w:left w:w="90" w:type="dxa"/>
              <w:bottom w:w="80" w:type="dxa"/>
              <w:right w:w="90" w:type="dxa"/>
            </w:tcMar>
          </w:tcPr>
          <w:p w14:paraId="16D4E798" w14:textId="77777777" w:rsidR="00C35A7F" w:rsidRPr="004E1E86" w:rsidRDefault="00C35A7F" w:rsidP="004F3C27">
            <w:pPr>
              <w:rPr>
                <w:szCs w:val="24"/>
              </w:rPr>
            </w:pPr>
            <w:r w:rsidRPr="004E1E86">
              <w:rPr>
                <w:b/>
                <w:color w:val="015A41"/>
                <w:szCs w:val="24"/>
              </w:rPr>
              <w:t>Probable/confirmed infection notifications + DLC reporting process</w:t>
            </w:r>
          </w:p>
        </w:tc>
        <w:tc>
          <w:tcPr>
            <w:tcW w:w="5897" w:type="dxa"/>
            <w:shd w:val="clear" w:color="auto" w:fill="FFFFFF"/>
            <w:tcMar>
              <w:top w:w="80" w:type="dxa"/>
              <w:left w:w="90" w:type="dxa"/>
              <w:bottom w:w="80" w:type="dxa"/>
              <w:right w:w="90" w:type="dxa"/>
            </w:tcMar>
          </w:tcPr>
          <w:p w14:paraId="00C57BA7" w14:textId="77777777" w:rsidR="00C35A7F" w:rsidRPr="004E1E86" w:rsidRDefault="00C35A7F" w:rsidP="004F3C27">
            <w:pPr>
              <w:rPr>
                <w:color w:val="000000"/>
                <w:szCs w:val="24"/>
              </w:rPr>
            </w:pPr>
            <w:r w:rsidRPr="004E1E86">
              <w:rPr>
                <w:rFonts w:cs="Arial"/>
                <w:color w:val="6B7378"/>
                <w:szCs w:val="24"/>
              </w:rPr>
              <w:t>&lt;Insert&gt;</w:t>
            </w:r>
          </w:p>
        </w:tc>
      </w:tr>
      <w:tr w:rsidR="00C35A7F" w:rsidRPr="004E1E86" w14:paraId="0476AE53" w14:textId="77777777" w:rsidTr="004F3C27">
        <w:trPr>
          <w:cantSplit/>
          <w:jc w:val="center"/>
        </w:trPr>
        <w:tc>
          <w:tcPr>
            <w:tcW w:w="5141" w:type="dxa"/>
            <w:shd w:val="clear" w:color="auto" w:fill="F7FAF8"/>
            <w:tcMar>
              <w:top w:w="80" w:type="dxa"/>
              <w:left w:w="90" w:type="dxa"/>
              <w:bottom w:w="80" w:type="dxa"/>
              <w:right w:w="90" w:type="dxa"/>
            </w:tcMar>
          </w:tcPr>
          <w:p w14:paraId="3D4B0199" w14:textId="77777777" w:rsidR="00C35A7F" w:rsidRPr="004E1E86" w:rsidRDefault="00C35A7F" w:rsidP="004F3C27">
            <w:pPr>
              <w:rPr>
                <w:szCs w:val="24"/>
              </w:rPr>
            </w:pPr>
            <w:r w:rsidRPr="004E1E86">
              <w:rPr>
                <w:b/>
                <w:color w:val="015A41"/>
                <w:szCs w:val="24"/>
              </w:rPr>
              <w:t xml:space="preserve">DLC notification before universal testing / </w:t>
            </w:r>
            <w:proofErr w:type="spellStart"/>
            <w:r w:rsidRPr="004E1E86">
              <w:rPr>
                <w:b/>
                <w:color w:val="015A41"/>
                <w:szCs w:val="24"/>
              </w:rPr>
              <w:t>cohorting</w:t>
            </w:r>
            <w:proofErr w:type="spellEnd"/>
          </w:p>
        </w:tc>
        <w:tc>
          <w:tcPr>
            <w:tcW w:w="5897" w:type="dxa"/>
            <w:shd w:val="clear" w:color="auto" w:fill="FFFFFF"/>
            <w:tcMar>
              <w:top w:w="80" w:type="dxa"/>
              <w:left w:w="90" w:type="dxa"/>
              <w:bottom w:w="80" w:type="dxa"/>
              <w:right w:w="90" w:type="dxa"/>
            </w:tcMar>
          </w:tcPr>
          <w:p w14:paraId="01891EFE" w14:textId="77777777" w:rsidR="00C35A7F" w:rsidRPr="004E1E86" w:rsidRDefault="00C35A7F" w:rsidP="004F3C27">
            <w:pPr>
              <w:rPr>
                <w:color w:val="000000"/>
                <w:szCs w:val="24"/>
              </w:rPr>
            </w:pPr>
            <w:r w:rsidRPr="004E1E86">
              <w:rPr>
                <w:rFonts w:cs="Arial"/>
                <w:color w:val="6B7378"/>
                <w:szCs w:val="24"/>
              </w:rPr>
              <w:t>&lt;Insert current process / policy&gt;</w:t>
            </w:r>
          </w:p>
        </w:tc>
      </w:tr>
      <w:tr w:rsidR="00C35A7F" w:rsidRPr="004E1E86" w14:paraId="5544B6E6" w14:textId="77777777" w:rsidTr="004F3C27">
        <w:trPr>
          <w:cantSplit/>
          <w:jc w:val="center"/>
        </w:trPr>
        <w:tc>
          <w:tcPr>
            <w:tcW w:w="5141" w:type="dxa"/>
            <w:shd w:val="clear" w:color="auto" w:fill="EAF3EF"/>
            <w:tcMar>
              <w:top w:w="80" w:type="dxa"/>
              <w:left w:w="90" w:type="dxa"/>
              <w:bottom w:w="80" w:type="dxa"/>
              <w:right w:w="90" w:type="dxa"/>
            </w:tcMar>
          </w:tcPr>
          <w:p w14:paraId="580A5488" w14:textId="77777777" w:rsidR="00C35A7F" w:rsidRPr="004E1E86" w:rsidRDefault="00C35A7F" w:rsidP="004F3C27">
            <w:pPr>
              <w:rPr>
                <w:szCs w:val="24"/>
              </w:rPr>
            </w:pPr>
            <w:r w:rsidRPr="004E1E86">
              <w:rPr>
                <w:b/>
                <w:color w:val="015A41"/>
                <w:szCs w:val="24"/>
              </w:rPr>
              <w:t xml:space="preserve">Isolation / </w:t>
            </w:r>
            <w:proofErr w:type="spellStart"/>
            <w:r w:rsidRPr="004E1E86">
              <w:rPr>
                <w:b/>
                <w:color w:val="015A41"/>
                <w:szCs w:val="24"/>
              </w:rPr>
              <w:t>cohorting</w:t>
            </w:r>
            <w:proofErr w:type="spellEnd"/>
            <w:r w:rsidRPr="004E1E86">
              <w:rPr>
                <w:b/>
                <w:color w:val="015A41"/>
                <w:szCs w:val="24"/>
              </w:rPr>
              <w:t xml:space="preserve"> locations</w:t>
            </w:r>
          </w:p>
        </w:tc>
        <w:tc>
          <w:tcPr>
            <w:tcW w:w="5897" w:type="dxa"/>
            <w:shd w:val="clear" w:color="auto" w:fill="FFFFFF"/>
            <w:tcMar>
              <w:top w:w="80" w:type="dxa"/>
              <w:left w:w="90" w:type="dxa"/>
              <w:bottom w:w="80" w:type="dxa"/>
              <w:right w:w="90" w:type="dxa"/>
            </w:tcMar>
          </w:tcPr>
          <w:p w14:paraId="1F59DB74" w14:textId="77777777" w:rsidR="00C35A7F" w:rsidRPr="004E1E86" w:rsidRDefault="00C35A7F" w:rsidP="004F3C27">
            <w:pPr>
              <w:rPr>
                <w:color w:val="000000"/>
                <w:szCs w:val="24"/>
              </w:rPr>
            </w:pPr>
            <w:r w:rsidRPr="004E1E86">
              <w:rPr>
                <w:rFonts w:cs="Arial"/>
                <w:color w:val="6B7378"/>
                <w:szCs w:val="24"/>
              </w:rPr>
              <w:t>&lt;Insert&gt;</w:t>
            </w:r>
          </w:p>
        </w:tc>
      </w:tr>
      <w:tr w:rsidR="00C35A7F" w:rsidRPr="004E1E86" w14:paraId="5C165429" w14:textId="77777777" w:rsidTr="004F3C27">
        <w:trPr>
          <w:cantSplit/>
          <w:jc w:val="center"/>
        </w:trPr>
        <w:tc>
          <w:tcPr>
            <w:tcW w:w="5141" w:type="dxa"/>
            <w:shd w:val="clear" w:color="auto" w:fill="F7FAF8"/>
            <w:tcMar>
              <w:top w:w="80" w:type="dxa"/>
              <w:left w:w="90" w:type="dxa"/>
              <w:bottom w:w="80" w:type="dxa"/>
              <w:right w:w="90" w:type="dxa"/>
            </w:tcMar>
          </w:tcPr>
          <w:p w14:paraId="48297384" w14:textId="77777777" w:rsidR="00C35A7F" w:rsidRPr="004E1E86" w:rsidRDefault="00C35A7F" w:rsidP="004F3C27">
            <w:pPr>
              <w:rPr>
                <w:szCs w:val="24"/>
              </w:rPr>
            </w:pPr>
            <w:r w:rsidRPr="004E1E86">
              <w:rPr>
                <w:b/>
                <w:color w:val="015A41"/>
                <w:szCs w:val="24"/>
              </w:rPr>
              <w:t xml:space="preserve">PPE 72-hour minimum / conservation / resupply / </w:t>
            </w:r>
            <w:proofErr w:type="spellStart"/>
            <w:r w:rsidRPr="004E1E86">
              <w:rPr>
                <w:b/>
                <w:color w:val="015A41"/>
                <w:szCs w:val="24"/>
              </w:rPr>
              <w:t>MeCDC</w:t>
            </w:r>
            <w:proofErr w:type="spellEnd"/>
            <w:r w:rsidRPr="004E1E86">
              <w:rPr>
                <w:b/>
                <w:color w:val="015A41"/>
                <w:szCs w:val="24"/>
              </w:rPr>
              <w:t xml:space="preserve"> reporting</w:t>
            </w:r>
          </w:p>
        </w:tc>
        <w:tc>
          <w:tcPr>
            <w:tcW w:w="5897" w:type="dxa"/>
            <w:shd w:val="clear" w:color="auto" w:fill="FFFFFF"/>
            <w:tcMar>
              <w:top w:w="80" w:type="dxa"/>
              <w:left w:w="90" w:type="dxa"/>
              <w:bottom w:w="80" w:type="dxa"/>
              <w:right w:w="90" w:type="dxa"/>
            </w:tcMar>
          </w:tcPr>
          <w:p w14:paraId="7941603F" w14:textId="77777777" w:rsidR="00C35A7F" w:rsidRPr="004E1E86" w:rsidRDefault="00C35A7F" w:rsidP="004F3C27">
            <w:pPr>
              <w:rPr>
                <w:color w:val="000000"/>
                <w:szCs w:val="24"/>
              </w:rPr>
            </w:pPr>
            <w:r w:rsidRPr="004E1E86">
              <w:rPr>
                <w:rFonts w:cs="Arial"/>
                <w:color w:val="6B7378"/>
                <w:szCs w:val="24"/>
              </w:rPr>
              <w:t>&lt;Insert&gt;</w:t>
            </w:r>
          </w:p>
        </w:tc>
      </w:tr>
      <w:tr w:rsidR="00C35A7F" w:rsidRPr="004E1E86" w14:paraId="0324A15E" w14:textId="77777777" w:rsidTr="004F3C27">
        <w:trPr>
          <w:cantSplit/>
          <w:jc w:val="center"/>
        </w:trPr>
        <w:tc>
          <w:tcPr>
            <w:tcW w:w="5141" w:type="dxa"/>
            <w:shd w:val="clear" w:color="auto" w:fill="EAF3EF"/>
            <w:tcMar>
              <w:top w:w="80" w:type="dxa"/>
              <w:left w:w="90" w:type="dxa"/>
              <w:bottom w:w="80" w:type="dxa"/>
              <w:right w:w="90" w:type="dxa"/>
            </w:tcMar>
          </w:tcPr>
          <w:p w14:paraId="5FA78BB9" w14:textId="77777777" w:rsidR="00C35A7F" w:rsidRPr="004E1E86" w:rsidRDefault="00C35A7F" w:rsidP="004F3C27">
            <w:pPr>
              <w:rPr>
                <w:szCs w:val="24"/>
              </w:rPr>
            </w:pPr>
            <w:r w:rsidRPr="004E1E86">
              <w:rPr>
                <w:b/>
                <w:color w:val="015A41"/>
                <w:szCs w:val="24"/>
              </w:rPr>
              <w:t>Staff screening / exposure / return-to-work</w:t>
            </w:r>
          </w:p>
        </w:tc>
        <w:tc>
          <w:tcPr>
            <w:tcW w:w="5897" w:type="dxa"/>
            <w:shd w:val="clear" w:color="auto" w:fill="FFFFFF"/>
            <w:tcMar>
              <w:top w:w="80" w:type="dxa"/>
              <w:left w:w="90" w:type="dxa"/>
              <w:bottom w:w="80" w:type="dxa"/>
              <w:right w:w="90" w:type="dxa"/>
            </w:tcMar>
          </w:tcPr>
          <w:p w14:paraId="39A82873" w14:textId="77777777" w:rsidR="00C35A7F" w:rsidRPr="004E1E86" w:rsidRDefault="00C35A7F" w:rsidP="004F3C27">
            <w:pPr>
              <w:rPr>
                <w:color w:val="000000"/>
                <w:szCs w:val="24"/>
              </w:rPr>
            </w:pPr>
            <w:r w:rsidRPr="004E1E86">
              <w:rPr>
                <w:rFonts w:cs="Arial"/>
                <w:color w:val="6B7378"/>
                <w:szCs w:val="24"/>
              </w:rPr>
              <w:t>&lt;Insert policy reference&gt;</w:t>
            </w:r>
          </w:p>
        </w:tc>
      </w:tr>
      <w:tr w:rsidR="00C35A7F" w:rsidRPr="004E1E86" w14:paraId="772980D3" w14:textId="77777777" w:rsidTr="004F3C27">
        <w:trPr>
          <w:cantSplit/>
          <w:jc w:val="center"/>
        </w:trPr>
        <w:tc>
          <w:tcPr>
            <w:tcW w:w="5141" w:type="dxa"/>
            <w:shd w:val="clear" w:color="auto" w:fill="F7FAF8"/>
            <w:tcMar>
              <w:top w:w="80" w:type="dxa"/>
              <w:left w:w="90" w:type="dxa"/>
              <w:bottom w:w="80" w:type="dxa"/>
              <w:right w:w="90" w:type="dxa"/>
            </w:tcMar>
          </w:tcPr>
          <w:p w14:paraId="2F4F419B" w14:textId="77777777" w:rsidR="00C35A7F" w:rsidRPr="004E1E86" w:rsidRDefault="00C35A7F" w:rsidP="004F3C27">
            <w:pPr>
              <w:rPr>
                <w:szCs w:val="24"/>
              </w:rPr>
            </w:pPr>
            <w:r w:rsidRPr="004E1E86">
              <w:rPr>
                <w:b/>
                <w:color w:val="015A41"/>
                <w:szCs w:val="24"/>
              </w:rPr>
              <w:t>Crisis staffing progression</w:t>
            </w:r>
          </w:p>
        </w:tc>
        <w:tc>
          <w:tcPr>
            <w:tcW w:w="5897" w:type="dxa"/>
            <w:shd w:val="clear" w:color="auto" w:fill="FFFFFF"/>
            <w:tcMar>
              <w:top w:w="80" w:type="dxa"/>
              <w:left w:w="90" w:type="dxa"/>
              <w:bottom w:w="80" w:type="dxa"/>
              <w:right w:w="90" w:type="dxa"/>
            </w:tcMar>
          </w:tcPr>
          <w:p w14:paraId="0E94A278" w14:textId="77777777" w:rsidR="00C35A7F" w:rsidRPr="004E1E86" w:rsidRDefault="00C35A7F" w:rsidP="004F3C27">
            <w:pPr>
              <w:rPr>
                <w:color w:val="000000"/>
                <w:szCs w:val="24"/>
              </w:rPr>
            </w:pPr>
            <w:r w:rsidRPr="004E1E86">
              <w:rPr>
                <w:rFonts w:cs="Arial"/>
                <w:color w:val="6B7378"/>
                <w:szCs w:val="24"/>
              </w:rPr>
              <w:t>&lt;Insert conventional -&gt; contingency -&gt; crisis sequence&gt;</w:t>
            </w:r>
          </w:p>
        </w:tc>
      </w:tr>
      <w:tr w:rsidR="00C35A7F" w:rsidRPr="004E1E86" w14:paraId="041E82A7" w14:textId="77777777" w:rsidTr="004F3C27">
        <w:trPr>
          <w:cantSplit/>
          <w:jc w:val="center"/>
        </w:trPr>
        <w:tc>
          <w:tcPr>
            <w:tcW w:w="5141" w:type="dxa"/>
            <w:shd w:val="clear" w:color="auto" w:fill="EAF3EF"/>
            <w:tcMar>
              <w:top w:w="80" w:type="dxa"/>
              <w:left w:w="90" w:type="dxa"/>
              <w:bottom w:w="80" w:type="dxa"/>
              <w:right w:w="90" w:type="dxa"/>
            </w:tcMar>
          </w:tcPr>
          <w:p w14:paraId="0E401771" w14:textId="77777777" w:rsidR="00C35A7F" w:rsidRPr="004E1E86" w:rsidRDefault="00C35A7F" w:rsidP="004F3C27">
            <w:pPr>
              <w:rPr>
                <w:szCs w:val="24"/>
              </w:rPr>
            </w:pPr>
            <w:r w:rsidRPr="004E1E86">
              <w:rPr>
                <w:b/>
                <w:color w:val="015A41"/>
                <w:szCs w:val="24"/>
              </w:rPr>
              <w:t>Resident/family communication</w:t>
            </w:r>
          </w:p>
        </w:tc>
        <w:tc>
          <w:tcPr>
            <w:tcW w:w="5897" w:type="dxa"/>
            <w:shd w:val="clear" w:color="auto" w:fill="FFFFFF"/>
            <w:tcMar>
              <w:top w:w="80" w:type="dxa"/>
              <w:left w:w="90" w:type="dxa"/>
              <w:bottom w:w="80" w:type="dxa"/>
              <w:right w:w="90" w:type="dxa"/>
            </w:tcMar>
          </w:tcPr>
          <w:p w14:paraId="4BCFF609" w14:textId="77777777" w:rsidR="00C35A7F" w:rsidRPr="004E1E86" w:rsidRDefault="00C35A7F" w:rsidP="004F3C27">
            <w:pPr>
              <w:rPr>
                <w:color w:val="000000"/>
                <w:szCs w:val="24"/>
              </w:rPr>
            </w:pPr>
            <w:r w:rsidRPr="004E1E86">
              <w:rPr>
                <w:rFonts w:cs="Arial"/>
                <w:color w:val="6B7378"/>
                <w:szCs w:val="24"/>
              </w:rPr>
              <w:t>&lt;Insert&gt;</w:t>
            </w:r>
          </w:p>
        </w:tc>
      </w:tr>
      <w:tr w:rsidR="00C35A7F" w:rsidRPr="004E1E86" w14:paraId="39AF7A04" w14:textId="77777777" w:rsidTr="004F3C27">
        <w:trPr>
          <w:cantSplit/>
          <w:jc w:val="center"/>
        </w:trPr>
        <w:tc>
          <w:tcPr>
            <w:tcW w:w="5141" w:type="dxa"/>
            <w:shd w:val="clear" w:color="auto" w:fill="F7FAF8"/>
            <w:tcMar>
              <w:top w:w="80" w:type="dxa"/>
              <w:left w:w="90" w:type="dxa"/>
              <w:bottom w:w="80" w:type="dxa"/>
              <w:right w:w="90" w:type="dxa"/>
            </w:tcMar>
          </w:tcPr>
          <w:p w14:paraId="2186E9CE" w14:textId="77777777" w:rsidR="00C35A7F" w:rsidRPr="004E1E86" w:rsidRDefault="00C35A7F" w:rsidP="004F3C27">
            <w:pPr>
              <w:rPr>
                <w:szCs w:val="24"/>
              </w:rPr>
            </w:pPr>
            <w:r w:rsidRPr="004E1E86">
              <w:rPr>
                <w:b/>
                <w:color w:val="015A41"/>
                <w:szCs w:val="24"/>
              </w:rPr>
              <w:t>Outbreak recovery / de-escalation</w:t>
            </w:r>
          </w:p>
        </w:tc>
        <w:tc>
          <w:tcPr>
            <w:tcW w:w="5897" w:type="dxa"/>
            <w:shd w:val="clear" w:color="auto" w:fill="FFFFFF"/>
            <w:tcMar>
              <w:top w:w="80" w:type="dxa"/>
              <w:left w:w="90" w:type="dxa"/>
              <w:bottom w:w="80" w:type="dxa"/>
              <w:right w:w="90" w:type="dxa"/>
            </w:tcMar>
          </w:tcPr>
          <w:p w14:paraId="4FC452F6" w14:textId="77777777" w:rsidR="00C35A7F" w:rsidRPr="004E1E86" w:rsidRDefault="00C35A7F" w:rsidP="004F3C27">
            <w:pPr>
              <w:rPr>
                <w:color w:val="000000"/>
                <w:szCs w:val="24"/>
              </w:rPr>
            </w:pPr>
            <w:r w:rsidRPr="004E1E86">
              <w:rPr>
                <w:rFonts w:cs="Arial"/>
                <w:color w:val="6B7378"/>
                <w:szCs w:val="24"/>
              </w:rPr>
              <w:t>&lt;Insert&gt;</w:t>
            </w:r>
          </w:p>
        </w:tc>
      </w:tr>
      <w:tr w:rsidR="00C35A7F" w:rsidRPr="004E1E86" w14:paraId="519D162B" w14:textId="77777777" w:rsidTr="004F3C27">
        <w:trPr>
          <w:cantSplit/>
          <w:jc w:val="center"/>
        </w:trPr>
        <w:tc>
          <w:tcPr>
            <w:tcW w:w="5141" w:type="dxa"/>
            <w:shd w:val="clear" w:color="auto" w:fill="F7FAF8"/>
            <w:tcMar>
              <w:top w:w="80" w:type="dxa"/>
              <w:left w:w="90" w:type="dxa"/>
              <w:bottom w:w="80" w:type="dxa"/>
              <w:right w:w="90" w:type="dxa"/>
            </w:tcMar>
          </w:tcPr>
          <w:p w14:paraId="1BE8AC58" w14:textId="77777777" w:rsidR="00C35A7F" w:rsidRPr="004E1E86" w:rsidRDefault="00C35A7F" w:rsidP="004F3C27">
            <w:pPr>
              <w:rPr>
                <w:szCs w:val="24"/>
              </w:rPr>
            </w:pPr>
            <w:r w:rsidRPr="004E1E86">
              <w:rPr>
                <w:b/>
                <w:color w:val="015A41"/>
                <w:szCs w:val="24"/>
              </w:rPr>
              <w:t>Outbreak entrance screening / designated entrance</w:t>
            </w:r>
          </w:p>
        </w:tc>
        <w:tc>
          <w:tcPr>
            <w:tcW w:w="5897" w:type="dxa"/>
            <w:shd w:val="clear" w:color="auto" w:fill="FFFFFF"/>
            <w:tcMar>
              <w:top w:w="80" w:type="dxa"/>
              <w:left w:w="90" w:type="dxa"/>
              <w:bottom w:w="80" w:type="dxa"/>
              <w:right w:w="90" w:type="dxa"/>
            </w:tcMar>
          </w:tcPr>
          <w:p w14:paraId="48286AFC" w14:textId="77777777" w:rsidR="00C35A7F" w:rsidRPr="004E1E86" w:rsidRDefault="00C35A7F" w:rsidP="004F3C27">
            <w:pPr>
              <w:rPr>
                <w:color w:val="000000"/>
                <w:szCs w:val="24"/>
              </w:rPr>
            </w:pPr>
            <w:r w:rsidRPr="004E1E86">
              <w:rPr>
                <w:rFonts w:cs="Arial"/>
                <w:color w:val="6B7378"/>
                <w:szCs w:val="24"/>
              </w:rPr>
              <w:t>&lt;Insert current screening process / policy&gt;</w:t>
            </w:r>
          </w:p>
        </w:tc>
      </w:tr>
      <w:tr w:rsidR="00C35A7F" w:rsidRPr="004E1E86" w14:paraId="1BB2A799" w14:textId="77777777" w:rsidTr="004F3C27">
        <w:trPr>
          <w:cantSplit/>
          <w:jc w:val="center"/>
        </w:trPr>
        <w:tc>
          <w:tcPr>
            <w:tcW w:w="5141" w:type="dxa"/>
            <w:shd w:val="clear" w:color="auto" w:fill="F7FAF8"/>
            <w:tcMar>
              <w:top w:w="80" w:type="dxa"/>
              <w:left w:w="90" w:type="dxa"/>
              <w:bottom w:w="80" w:type="dxa"/>
              <w:right w:w="90" w:type="dxa"/>
            </w:tcMar>
          </w:tcPr>
          <w:p w14:paraId="12685A8C" w14:textId="77777777" w:rsidR="00C35A7F" w:rsidRPr="004E1E86" w:rsidRDefault="00C35A7F" w:rsidP="004F3C27">
            <w:pPr>
              <w:rPr>
                <w:szCs w:val="24"/>
              </w:rPr>
            </w:pPr>
            <w:r w:rsidRPr="004E1E86">
              <w:rPr>
                <w:b/>
                <w:color w:val="015A41"/>
                <w:szCs w:val="24"/>
              </w:rPr>
              <w:lastRenderedPageBreak/>
              <w:t>Resident communication alternatives during visitation/departure restrictions</w:t>
            </w:r>
          </w:p>
        </w:tc>
        <w:tc>
          <w:tcPr>
            <w:tcW w:w="5897" w:type="dxa"/>
            <w:shd w:val="clear" w:color="auto" w:fill="FFFFFF"/>
            <w:tcMar>
              <w:top w:w="80" w:type="dxa"/>
              <w:left w:w="90" w:type="dxa"/>
              <w:bottom w:w="80" w:type="dxa"/>
              <w:right w:w="90" w:type="dxa"/>
            </w:tcMar>
          </w:tcPr>
          <w:p w14:paraId="4866680D" w14:textId="77777777" w:rsidR="00C35A7F" w:rsidRPr="004E1E86" w:rsidRDefault="00C35A7F" w:rsidP="004F3C27">
            <w:pPr>
              <w:rPr>
                <w:color w:val="000000"/>
                <w:szCs w:val="24"/>
              </w:rPr>
            </w:pPr>
            <w:r w:rsidRPr="004E1E86">
              <w:rPr>
                <w:rFonts w:cs="Arial"/>
                <w:color w:val="6B7378"/>
                <w:szCs w:val="24"/>
              </w:rPr>
              <w:t>&lt;Insert process / technology / responsible role&gt;</w:t>
            </w:r>
          </w:p>
        </w:tc>
      </w:tr>
    </w:tbl>
    <w:p w14:paraId="459D785A" w14:textId="77777777" w:rsidR="00686453" w:rsidRDefault="00686453">
      <w:pPr>
        <w:spacing w:after="0"/>
      </w:pPr>
    </w:p>
    <w:p w14:paraId="451EFF8B" w14:textId="77777777" w:rsidR="00686453" w:rsidRDefault="00D95FB4">
      <w:r>
        <w:br w:type="page"/>
      </w:r>
    </w:p>
    <w:p w14:paraId="513E5215" w14:textId="77777777" w:rsidR="00686453" w:rsidRDefault="00D95FB4">
      <w:pPr>
        <w:pStyle w:val="Heading1"/>
        <w:pBdr>
          <w:bottom w:val="single" w:sz="14" w:space="5" w:color="E63B07"/>
        </w:pBdr>
        <w:spacing w:before="140" w:after="140"/>
      </w:pPr>
      <w:r>
        <w:rPr>
          <w:rFonts w:ascii="Arial" w:eastAsia="Arial" w:hAnsi="Arial"/>
        </w:rPr>
        <w:lastRenderedPageBreak/>
        <w:t>ANNEX E - RESIDENT TRACKING, FAMILY INFORMATION &amp; REUNIFICATION</w:t>
      </w:r>
    </w:p>
    <w:tbl>
      <w:tblPr>
        <w:tblW w:w="1094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807"/>
      </w:tblGrid>
      <w:tr w:rsidR="00686453" w:rsidRPr="004E1E86" w14:paraId="4ECD244F" w14:textId="77777777" w:rsidTr="004E1E86">
        <w:trPr>
          <w:tblHeader/>
          <w:jc w:val="center"/>
        </w:trPr>
        <w:tc>
          <w:tcPr>
            <w:tcW w:w="5141" w:type="dxa"/>
            <w:shd w:val="clear" w:color="auto" w:fill="015A41"/>
            <w:tcMar>
              <w:top w:w="80" w:type="dxa"/>
              <w:left w:w="90" w:type="dxa"/>
              <w:bottom w:w="80" w:type="dxa"/>
              <w:right w:w="90" w:type="dxa"/>
            </w:tcMar>
          </w:tcPr>
          <w:p w14:paraId="5EDFE09F" w14:textId="77777777" w:rsidR="00686453" w:rsidRPr="004E1E86" w:rsidRDefault="00D95FB4">
            <w:pPr>
              <w:rPr>
                <w:szCs w:val="24"/>
              </w:rPr>
            </w:pPr>
            <w:r w:rsidRPr="004E1E86">
              <w:rPr>
                <w:b/>
                <w:color w:val="FFFFFF"/>
                <w:szCs w:val="24"/>
              </w:rPr>
              <w:t>Field</w:t>
            </w:r>
          </w:p>
        </w:tc>
        <w:tc>
          <w:tcPr>
            <w:tcW w:w="5807" w:type="dxa"/>
            <w:shd w:val="clear" w:color="auto" w:fill="015A41"/>
            <w:tcMar>
              <w:top w:w="80" w:type="dxa"/>
              <w:left w:w="90" w:type="dxa"/>
              <w:bottom w:w="80" w:type="dxa"/>
              <w:right w:w="90" w:type="dxa"/>
            </w:tcMar>
          </w:tcPr>
          <w:p w14:paraId="4DB90A4E" w14:textId="77777777" w:rsidR="00686453" w:rsidRPr="004E1E86" w:rsidRDefault="00D95FB4">
            <w:pPr>
              <w:rPr>
                <w:szCs w:val="24"/>
              </w:rPr>
            </w:pPr>
            <w:r w:rsidRPr="004E1E86">
              <w:rPr>
                <w:b/>
                <w:color w:val="FFFFFF"/>
                <w:szCs w:val="24"/>
              </w:rPr>
              <w:t>Facility Entry</w:t>
            </w:r>
          </w:p>
        </w:tc>
      </w:tr>
      <w:tr w:rsidR="00686453" w:rsidRPr="004E1E86" w14:paraId="557C5B30" w14:textId="77777777" w:rsidTr="004E1E86">
        <w:trPr>
          <w:cantSplit/>
          <w:jc w:val="center"/>
        </w:trPr>
        <w:tc>
          <w:tcPr>
            <w:tcW w:w="5141" w:type="dxa"/>
            <w:shd w:val="clear" w:color="auto" w:fill="EAF3EF"/>
            <w:tcMar>
              <w:top w:w="80" w:type="dxa"/>
              <w:left w:w="90" w:type="dxa"/>
              <w:bottom w:w="80" w:type="dxa"/>
              <w:right w:w="90" w:type="dxa"/>
            </w:tcMar>
          </w:tcPr>
          <w:p w14:paraId="2EF6B99A" w14:textId="77777777" w:rsidR="00686453" w:rsidRPr="004E1E86" w:rsidRDefault="00D95FB4">
            <w:pPr>
              <w:rPr>
                <w:szCs w:val="24"/>
              </w:rPr>
            </w:pPr>
            <w:r w:rsidRPr="004E1E86">
              <w:rPr>
                <w:b/>
                <w:color w:val="015A41"/>
                <w:szCs w:val="24"/>
              </w:rPr>
              <w:t>Tracking system / forms</w:t>
            </w:r>
          </w:p>
        </w:tc>
        <w:tc>
          <w:tcPr>
            <w:tcW w:w="5807" w:type="dxa"/>
            <w:shd w:val="clear" w:color="auto" w:fill="FFFFFF"/>
            <w:tcMar>
              <w:top w:w="80" w:type="dxa"/>
              <w:left w:w="90" w:type="dxa"/>
              <w:bottom w:w="80" w:type="dxa"/>
              <w:right w:w="90" w:type="dxa"/>
            </w:tcMar>
          </w:tcPr>
          <w:p w14:paraId="4A3B06B0" w14:textId="77777777" w:rsidR="00686453" w:rsidRPr="004E1E86" w:rsidRDefault="00D95FB4">
            <w:pPr>
              <w:rPr>
                <w:szCs w:val="24"/>
              </w:rPr>
            </w:pPr>
            <w:r w:rsidRPr="004E1E86">
              <w:rPr>
                <w:i/>
                <w:color w:val="66706B"/>
                <w:szCs w:val="24"/>
              </w:rPr>
              <w:t>&lt;Insert&gt;</w:t>
            </w:r>
          </w:p>
        </w:tc>
      </w:tr>
      <w:tr w:rsidR="00686453" w:rsidRPr="004E1E86" w14:paraId="659F186C" w14:textId="77777777" w:rsidTr="004E1E86">
        <w:trPr>
          <w:cantSplit/>
          <w:jc w:val="center"/>
        </w:trPr>
        <w:tc>
          <w:tcPr>
            <w:tcW w:w="5141" w:type="dxa"/>
            <w:shd w:val="clear" w:color="auto" w:fill="F7FAF8"/>
            <w:tcMar>
              <w:top w:w="80" w:type="dxa"/>
              <w:left w:w="90" w:type="dxa"/>
              <w:bottom w:w="80" w:type="dxa"/>
              <w:right w:w="90" w:type="dxa"/>
            </w:tcMar>
          </w:tcPr>
          <w:p w14:paraId="1EC324B2" w14:textId="77777777" w:rsidR="00686453" w:rsidRPr="004E1E86" w:rsidRDefault="00D95FB4">
            <w:pPr>
              <w:rPr>
                <w:szCs w:val="24"/>
              </w:rPr>
            </w:pPr>
            <w:r w:rsidRPr="004E1E86">
              <w:rPr>
                <w:b/>
                <w:color w:val="015A41"/>
                <w:szCs w:val="24"/>
              </w:rPr>
              <w:t>Responsible tracking manager</w:t>
            </w:r>
          </w:p>
        </w:tc>
        <w:tc>
          <w:tcPr>
            <w:tcW w:w="5807" w:type="dxa"/>
            <w:shd w:val="clear" w:color="auto" w:fill="FFFFFF"/>
            <w:tcMar>
              <w:top w:w="80" w:type="dxa"/>
              <w:left w:w="90" w:type="dxa"/>
              <w:bottom w:w="80" w:type="dxa"/>
              <w:right w:w="90" w:type="dxa"/>
            </w:tcMar>
          </w:tcPr>
          <w:p w14:paraId="3F63757D" w14:textId="77777777" w:rsidR="00686453" w:rsidRPr="004E1E86" w:rsidRDefault="00D95FB4">
            <w:pPr>
              <w:rPr>
                <w:szCs w:val="24"/>
              </w:rPr>
            </w:pPr>
            <w:r w:rsidRPr="004E1E86">
              <w:rPr>
                <w:i/>
                <w:color w:val="66706B"/>
                <w:szCs w:val="24"/>
              </w:rPr>
              <w:t>&lt;Insert&gt;</w:t>
            </w:r>
          </w:p>
        </w:tc>
      </w:tr>
      <w:tr w:rsidR="00686453" w:rsidRPr="004E1E86" w14:paraId="520FC0BB" w14:textId="77777777" w:rsidTr="004E1E86">
        <w:trPr>
          <w:cantSplit/>
          <w:jc w:val="center"/>
        </w:trPr>
        <w:tc>
          <w:tcPr>
            <w:tcW w:w="5141" w:type="dxa"/>
            <w:shd w:val="clear" w:color="auto" w:fill="EAF3EF"/>
            <w:tcMar>
              <w:top w:w="80" w:type="dxa"/>
              <w:left w:w="90" w:type="dxa"/>
              <w:bottom w:w="80" w:type="dxa"/>
              <w:right w:w="90" w:type="dxa"/>
            </w:tcMar>
          </w:tcPr>
          <w:p w14:paraId="2378C32C" w14:textId="77777777" w:rsidR="00686453" w:rsidRPr="004E1E86" w:rsidRDefault="00D95FB4">
            <w:pPr>
              <w:rPr>
                <w:szCs w:val="24"/>
              </w:rPr>
            </w:pPr>
            <w:r w:rsidRPr="004E1E86">
              <w:rPr>
                <w:b/>
                <w:color w:val="015A41"/>
                <w:szCs w:val="24"/>
              </w:rPr>
              <w:t>Resident identifiers / minimum data set for movement</w:t>
            </w:r>
          </w:p>
        </w:tc>
        <w:tc>
          <w:tcPr>
            <w:tcW w:w="5807" w:type="dxa"/>
            <w:shd w:val="clear" w:color="auto" w:fill="FFFFFF"/>
            <w:tcMar>
              <w:top w:w="80" w:type="dxa"/>
              <w:left w:w="90" w:type="dxa"/>
              <w:bottom w:w="80" w:type="dxa"/>
              <w:right w:w="90" w:type="dxa"/>
            </w:tcMar>
          </w:tcPr>
          <w:p w14:paraId="6AE443F3" w14:textId="77777777" w:rsidR="00686453" w:rsidRPr="004E1E86" w:rsidRDefault="00D95FB4">
            <w:pPr>
              <w:rPr>
                <w:szCs w:val="24"/>
              </w:rPr>
            </w:pPr>
            <w:r w:rsidRPr="004E1E86">
              <w:rPr>
                <w:i/>
                <w:color w:val="66706B"/>
                <w:szCs w:val="24"/>
              </w:rPr>
              <w:t>&lt;Insert&gt;</w:t>
            </w:r>
          </w:p>
        </w:tc>
      </w:tr>
      <w:tr w:rsidR="00686453" w:rsidRPr="004E1E86" w14:paraId="495062DE" w14:textId="77777777" w:rsidTr="004E1E86">
        <w:trPr>
          <w:cantSplit/>
          <w:jc w:val="center"/>
        </w:trPr>
        <w:tc>
          <w:tcPr>
            <w:tcW w:w="5141" w:type="dxa"/>
            <w:shd w:val="clear" w:color="auto" w:fill="F7FAF8"/>
            <w:tcMar>
              <w:top w:w="80" w:type="dxa"/>
              <w:left w:w="90" w:type="dxa"/>
              <w:bottom w:w="80" w:type="dxa"/>
              <w:right w:w="90" w:type="dxa"/>
            </w:tcMar>
          </w:tcPr>
          <w:p w14:paraId="41619EB9" w14:textId="77777777" w:rsidR="00686453" w:rsidRPr="004E1E86" w:rsidRDefault="00D95FB4">
            <w:pPr>
              <w:rPr>
                <w:szCs w:val="24"/>
              </w:rPr>
            </w:pPr>
            <w:r w:rsidRPr="004E1E86">
              <w:rPr>
                <w:b/>
                <w:color w:val="015A41"/>
                <w:szCs w:val="24"/>
              </w:rPr>
              <w:t>Staff accountability method</w:t>
            </w:r>
          </w:p>
        </w:tc>
        <w:tc>
          <w:tcPr>
            <w:tcW w:w="5807" w:type="dxa"/>
            <w:shd w:val="clear" w:color="auto" w:fill="FFFFFF"/>
            <w:tcMar>
              <w:top w:w="80" w:type="dxa"/>
              <w:left w:w="90" w:type="dxa"/>
              <w:bottom w:w="80" w:type="dxa"/>
              <w:right w:w="90" w:type="dxa"/>
            </w:tcMar>
          </w:tcPr>
          <w:p w14:paraId="59130269" w14:textId="77777777" w:rsidR="00686453" w:rsidRPr="004E1E86" w:rsidRDefault="00D95FB4">
            <w:pPr>
              <w:rPr>
                <w:szCs w:val="24"/>
              </w:rPr>
            </w:pPr>
            <w:r w:rsidRPr="004E1E86">
              <w:rPr>
                <w:i/>
                <w:color w:val="66706B"/>
                <w:szCs w:val="24"/>
              </w:rPr>
              <w:t>&lt;Insert&gt;</w:t>
            </w:r>
          </w:p>
        </w:tc>
      </w:tr>
      <w:tr w:rsidR="00686453" w:rsidRPr="004E1E86" w14:paraId="7F0E9E9E" w14:textId="77777777" w:rsidTr="004E1E86">
        <w:trPr>
          <w:cantSplit/>
          <w:jc w:val="center"/>
        </w:trPr>
        <w:tc>
          <w:tcPr>
            <w:tcW w:w="5141" w:type="dxa"/>
            <w:shd w:val="clear" w:color="auto" w:fill="EAF3EF"/>
            <w:tcMar>
              <w:top w:w="80" w:type="dxa"/>
              <w:left w:w="90" w:type="dxa"/>
              <w:bottom w:w="80" w:type="dxa"/>
              <w:right w:w="90" w:type="dxa"/>
            </w:tcMar>
          </w:tcPr>
          <w:p w14:paraId="2BEDA7A1" w14:textId="77777777" w:rsidR="00686453" w:rsidRPr="004E1E86" w:rsidRDefault="00D95FB4">
            <w:pPr>
              <w:rPr>
                <w:szCs w:val="24"/>
              </w:rPr>
            </w:pPr>
            <w:r w:rsidRPr="004E1E86">
              <w:rPr>
                <w:b/>
                <w:color w:val="015A41"/>
                <w:szCs w:val="24"/>
              </w:rPr>
              <w:t>Destination confirmation / reconciliation</w:t>
            </w:r>
          </w:p>
        </w:tc>
        <w:tc>
          <w:tcPr>
            <w:tcW w:w="5807" w:type="dxa"/>
            <w:shd w:val="clear" w:color="auto" w:fill="FFFFFF"/>
            <w:tcMar>
              <w:top w:w="80" w:type="dxa"/>
              <w:left w:w="90" w:type="dxa"/>
              <w:bottom w:w="80" w:type="dxa"/>
              <w:right w:w="90" w:type="dxa"/>
            </w:tcMar>
          </w:tcPr>
          <w:p w14:paraId="5744A22E" w14:textId="77777777" w:rsidR="00686453" w:rsidRPr="004E1E86" w:rsidRDefault="00D95FB4">
            <w:pPr>
              <w:rPr>
                <w:szCs w:val="24"/>
              </w:rPr>
            </w:pPr>
            <w:r w:rsidRPr="004E1E86">
              <w:rPr>
                <w:i/>
                <w:color w:val="66706B"/>
                <w:szCs w:val="24"/>
              </w:rPr>
              <w:t>&lt;Insert&gt;</w:t>
            </w:r>
          </w:p>
        </w:tc>
      </w:tr>
      <w:tr w:rsidR="00686453" w:rsidRPr="004E1E86" w14:paraId="1C039EBA" w14:textId="77777777" w:rsidTr="004E1E86">
        <w:trPr>
          <w:cantSplit/>
          <w:jc w:val="center"/>
        </w:trPr>
        <w:tc>
          <w:tcPr>
            <w:tcW w:w="5141" w:type="dxa"/>
            <w:shd w:val="clear" w:color="auto" w:fill="F7FAF8"/>
            <w:tcMar>
              <w:top w:w="80" w:type="dxa"/>
              <w:left w:w="90" w:type="dxa"/>
              <w:bottom w:w="80" w:type="dxa"/>
              <w:right w:w="90" w:type="dxa"/>
            </w:tcMar>
          </w:tcPr>
          <w:p w14:paraId="6EE8006B" w14:textId="77777777" w:rsidR="00686453" w:rsidRPr="004E1E86" w:rsidRDefault="00D95FB4">
            <w:pPr>
              <w:rPr>
                <w:szCs w:val="24"/>
              </w:rPr>
            </w:pPr>
            <w:r w:rsidRPr="004E1E86">
              <w:rPr>
                <w:b/>
                <w:color w:val="015A41"/>
                <w:szCs w:val="24"/>
              </w:rPr>
              <w:t>Family / representative notification</w:t>
            </w:r>
          </w:p>
        </w:tc>
        <w:tc>
          <w:tcPr>
            <w:tcW w:w="5807" w:type="dxa"/>
            <w:shd w:val="clear" w:color="auto" w:fill="FFFFFF"/>
            <w:tcMar>
              <w:top w:w="80" w:type="dxa"/>
              <w:left w:w="90" w:type="dxa"/>
              <w:bottom w:w="80" w:type="dxa"/>
              <w:right w:w="90" w:type="dxa"/>
            </w:tcMar>
          </w:tcPr>
          <w:p w14:paraId="5564EDCC" w14:textId="77777777" w:rsidR="00686453" w:rsidRPr="004E1E86" w:rsidRDefault="00D95FB4">
            <w:pPr>
              <w:rPr>
                <w:szCs w:val="24"/>
              </w:rPr>
            </w:pPr>
            <w:r w:rsidRPr="004E1E86">
              <w:rPr>
                <w:i/>
                <w:color w:val="66706B"/>
                <w:szCs w:val="24"/>
              </w:rPr>
              <w:t>&lt;Insert&gt;</w:t>
            </w:r>
          </w:p>
        </w:tc>
      </w:tr>
      <w:tr w:rsidR="00686453" w:rsidRPr="004E1E86" w14:paraId="08F1721A" w14:textId="77777777" w:rsidTr="004E1E86">
        <w:trPr>
          <w:cantSplit/>
          <w:jc w:val="center"/>
        </w:trPr>
        <w:tc>
          <w:tcPr>
            <w:tcW w:w="5141" w:type="dxa"/>
            <w:shd w:val="clear" w:color="auto" w:fill="EAF3EF"/>
            <w:tcMar>
              <w:top w:w="80" w:type="dxa"/>
              <w:left w:w="90" w:type="dxa"/>
              <w:bottom w:w="80" w:type="dxa"/>
              <w:right w:w="90" w:type="dxa"/>
            </w:tcMar>
          </w:tcPr>
          <w:p w14:paraId="51ED0376" w14:textId="77777777" w:rsidR="00686453" w:rsidRPr="004E1E86" w:rsidRDefault="00D95FB4">
            <w:pPr>
              <w:rPr>
                <w:szCs w:val="24"/>
              </w:rPr>
            </w:pPr>
            <w:r w:rsidRPr="004E1E86">
              <w:rPr>
                <w:b/>
                <w:color w:val="015A41"/>
                <w:szCs w:val="24"/>
              </w:rPr>
              <w:t>Information release / HIPAA method</w:t>
            </w:r>
          </w:p>
        </w:tc>
        <w:tc>
          <w:tcPr>
            <w:tcW w:w="5807" w:type="dxa"/>
            <w:shd w:val="clear" w:color="auto" w:fill="FFFFFF"/>
            <w:tcMar>
              <w:top w:w="80" w:type="dxa"/>
              <w:left w:w="90" w:type="dxa"/>
              <w:bottom w:w="80" w:type="dxa"/>
              <w:right w:w="90" w:type="dxa"/>
            </w:tcMar>
          </w:tcPr>
          <w:p w14:paraId="0CAAA10F" w14:textId="77777777" w:rsidR="00686453" w:rsidRPr="004E1E86" w:rsidRDefault="00D95FB4">
            <w:pPr>
              <w:rPr>
                <w:szCs w:val="24"/>
              </w:rPr>
            </w:pPr>
            <w:r w:rsidRPr="004E1E86">
              <w:rPr>
                <w:i/>
                <w:color w:val="66706B"/>
                <w:szCs w:val="24"/>
              </w:rPr>
              <w:t>&lt;Insert&gt;</w:t>
            </w:r>
          </w:p>
        </w:tc>
      </w:tr>
      <w:tr w:rsidR="00686453" w:rsidRPr="004E1E86" w14:paraId="5E51A91C" w14:textId="77777777" w:rsidTr="004E1E86">
        <w:trPr>
          <w:cantSplit/>
          <w:jc w:val="center"/>
        </w:trPr>
        <w:tc>
          <w:tcPr>
            <w:tcW w:w="5141" w:type="dxa"/>
            <w:shd w:val="clear" w:color="auto" w:fill="F7FAF8"/>
            <w:tcMar>
              <w:top w:w="80" w:type="dxa"/>
              <w:left w:w="90" w:type="dxa"/>
              <w:bottom w:w="80" w:type="dxa"/>
              <w:right w:w="90" w:type="dxa"/>
            </w:tcMar>
          </w:tcPr>
          <w:p w14:paraId="31B30505" w14:textId="77777777" w:rsidR="00686453" w:rsidRPr="004E1E86" w:rsidRDefault="00D95FB4">
            <w:pPr>
              <w:rPr>
                <w:szCs w:val="24"/>
              </w:rPr>
            </w:pPr>
            <w:r w:rsidRPr="004E1E86">
              <w:rPr>
                <w:b/>
                <w:color w:val="015A41"/>
                <w:szCs w:val="24"/>
              </w:rPr>
              <w:t>Missing resident interface</w:t>
            </w:r>
          </w:p>
        </w:tc>
        <w:tc>
          <w:tcPr>
            <w:tcW w:w="5807" w:type="dxa"/>
            <w:shd w:val="clear" w:color="auto" w:fill="FFFFFF"/>
            <w:tcMar>
              <w:top w:w="80" w:type="dxa"/>
              <w:left w:w="90" w:type="dxa"/>
              <w:bottom w:w="80" w:type="dxa"/>
              <w:right w:w="90" w:type="dxa"/>
            </w:tcMar>
          </w:tcPr>
          <w:p w14:paraId="3BD465C9" w14:textId="77777777" w:rsidR="00686453" w:rsidRPr="004E1E86" w:rsidRDefault="00D95FB4">
            <w:pPr>
              <w:rPr>
                <w:szCs w:val="24"/>
              </w:rPr>
            </w:pPr>
            <w:r w:rsidRPr="004E1E86">
              <w:rPr>
                <w:i/>
                <w:color w:val="66706B"/>
                <w:szCs w:val="24"/>
              </w:rPr>
              <w:t>&lt;Insert&gt;</w:t>
            </w:r>
          </w:p>
        </w:tc>
      </w:tr>
    </w:tbl>
    <w:p w14:paraId="7DD16FE2" w14:textId="77777777" w:rsidR="00686453" w:rsidRDefault="00686453">
      <w:pPr>
        <w:spacing w:after="0"/>
      </w:pPr>
    </w:p>
    <w:p w14:paraId="66BE33B3" w14:textId="77777777" w:rsidR="00686453" w:rsidRDefault="00D95FB4">
      <w:r>
        <w:br w:type="page"/>
      </w:r>
    </w:p>
    <w:p w14:paraId="29D24AF2" w14:textId="77777777" w:rsidR="00686453" w:rsidRDefault="00D95FB4">
      <w:pPr>
        <w:pStyle w:val="Heading1"/>
        <w:pBdr>
          <w:bottom w:val="single" w:sz="14" w:space="5" w:color="E63B07"/>
        </w:pBdr>
        <w:spacing w:before="140" w:after="140"/>
      </w:pPr>
      <w:r>
        <w:rPr>
          <w:rFonts w:ascii="Arial" w:eastAsia="Arial" w:hAnsi="Arial"/>
        </w:rPr>
        <w:lastRenderedPageBreak/>
        <w:t>ANNEX F - SUPPLY CHAIN / RESOURCE CONTINUITY</w:t>
      </w:r>
    </w:p>
    <w:tbl>
      <w:tblPr>
        <w:tblW w:w="9993"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570"/>
        <w:gridCol w:w="2203"/>
        <w:gridCol w:w="2250"/>
        <w:gridCol w:w="2970"/>
      </w:tblGrid>
      <w:tr w:rsidR="00686453" w:rsidRPr="004E1E86" w14:paraId="2CF980CA" w14:textId="77777777" w:rsidTr="004E1E86">
        <w:trPr>
          <w:tblHeader/>
          <w:jc w:val="center"/>
        </w:trPr>
        <w:tc>
          <w:tcPr>
            <w:tcW w:w="2570" w:type="dxa"/>
            <w:shd w:val="clear" w:color="auto" w:fill="015A41"/>
            <w:tcMar>
              <w:top w:w="70" w:type="dxa"/>
              <w:left w:w="70" w:type="dxa"/>
              <w:bottom w:w="70" w:type="dxa"/>
              <w:right w:w="70" w:type="dxa"/>
            </w:tcMar>
          </w:tcPr>
          <w:p w14:paraId="0391F57E" w14:textId="77777777" w:rsidR="00686453" w:rsidRPr="004E1E86" w:rsidRDefault="00D95FB4">
            <w:pPr>
              <w:rPr>
                <w:szCs w:val="24"/>
              </w:rPr>
            </w:pPr>
            <w:r w:rsidRPr="004E1E86">
              <w:rPr>
                <w:b/>
                <w:color w:val="FFFFFF"/>
                <w:szCs w:val="24"/>
              </w:rPr>
              <w:t>Resource</w:t>
            </w:r>
          </w:p>
        </w:tc>
        <w:tc>
          <w:tcPr>
            <w:tcW w:w="2203" w:type="dxa"/>
            <w:shd w:val="clear" w:color="auto" w:fill="015A41"/>
            <w:tcMar>
              <w:top w:w="70" w:type="dxa"/>
              <w:left w:w="70" w:type="dxa"/>
              <w:bottom w:w="70" w:type="dxa"/>
              <w:right w:w="70" w:type="dxa"/>
            </w:tcMar>
          </w:tcPr>
          <w:p w14:paraId="11839282" w14:textId="77777777" w:rsidR="00686453" w:rsidRPr="004E1E86" w:rsidRDefault="00D95FB4">
            <w:pPr>
              <w:rPr>
                <w:szCs w:val="24"/>
              </w:rPr>
            </w:pPr>
            <w:r w:rsidRPr="004E1E86">
              <w:rPr>
                <w:b/>
                <w:color w:val="FFFFFF"/>
                <w:szCs w:val="24"/>
              </w:rPr>
              <w:t>Primary Source</w:t>
            </w:r>
          </w:p>
        </w:tc>
        <w:tc>
          <w:tcPr>
            <w:tcW w:w="2250" w:type="dxa"/>
            <w:shd w:val="clear" w:color="auto" w:fill="015A41"/>
            <w:tcMar>
              <w:top w:w="70" w:type="dxa"/>
              <w:left w:w="70" w:type="dxa"/>
              <w:bottom w:w="70" w:type="dxa"/>
              <w:right w:w="70" w:type="dxa"/>
            </w:tcMar>
          </w:tcPr>
          <w:p w14:paraId="7F982D62" w14:textId="77777777" w:rsidR="00686453" w:rsidRPr="004E1E86" w:rsidRDefault="00D95FB4">
            <w:pPr>
              <w:rPr>
                <w:szCs w:val="24"/>
              </w:rPr>
            </w:pPr>
            <w:r w:rsidRPr="004E1E86">
              <w:rPr>
                <w:b/>
                <w:color w:val="FFFFFF"/>
                <w:szCs w:val="24"/>
              </w:rPr>
              <w:t>Alternate</w:t>
            </w:r>
          </w:p>
        </w:tc>
        <w:tc>
          <w:tcPr>
            <w:tcW w:w="2970" w:type="dxa"/>
            <w:shd w:val="clear" w:color="auto" w:fill="015A41"/>
            <w:tcMar>
              <w:top w:w="70" w:type="dxa"/>
              <w:left w:w="70" w:type="dxa"/>
              <w:bottom w:w="70" w:type="dxa"/>
              <w:right w:w="70" w:type="dxa"/>
            </w:tcMar>
          </w:tcPr>
          <w:p w14:paraId="0C121698" w14:textId="77777777" w:rsidR="00686453" w:rsidRPr="004E1E86" w:rsidRDefault="00D95FB4">
            <w:pPr>
              <w:rPr>
                <w:szCs w:val="24"/>
              </w:rPr>
            </w:pPr>
            <w:r w:rsidRPr="004E1E86">
              <w:rPr>
                <w:b/>
                <w:color w:val="FFFFFF"/>
                <w:szCs w:val="24"/>
              </w:rPr>
              <w:t>Contingency</w:t>
            </w:r>
          </w:p>
        </w:tc>
      </w:tr>
      <w:tr w:rsidR="00686453" w:rsidRPr="004E1E86" w14:paraId="695A0D94" w14:textId="77777777" w:rsidTr="004E1E86">
        <w:trPr>
          <w:cantSplit/>
          <w:jc w:val="center"/>
        </w:trPr>
        <w:tc>
          <w:tcPr>
            <w:tcW w:w="2570" w:type="dxa"/>
            <w:tcMar>
              <w:top w:w="70" w:type="dxa"/>
              <w:left w:w="70" w:type="dxa"/>
              <w:bottom w:w="70" w:type="dxa"/>
              <w:right w:w="70" w:type="dxa"/>
            </w:tcMar>
          </w:tcPr>
          <w:p w14:paraId="7ACE885E" w14:textId="77777777" w:rsidR="00686453" w:rsidRPr="004E1E86" w:rsidRDefault="00D95FB4">
            <w:pPr>
              <w:rPr>
                <w:szCs w:val="24"/>
              </w:rPr>
            </w:pPr>
            <w:r w:rsidRPr="004E1E86">
              <w:rPr>
                <w:b/>
                <w:color w:val="015A41"/>
                <w:szCs w:val="24"/>
              </w:rPr>
              <w:t>Medication / Pharmacy</w:t>
            </w:r>
          </w:p>
        </w:tc>
        <w:tc>
          <w:tcPr>
            <w:tcW w:w="2203" w:type="dxa"/>
            <w:tcMar>
              <w:top w:w="70" w:type="dxa"/>
              <w:left w:w="70" w:type="dxa"/>
              <w:bottom w:w="70" w:type="dxa"/>
              <w:right w:w="70" w:type="dxa"/>
            </w:tcMar>
          </w:tcPr>
          <w:p w14:paraId="605266D2" w14:textId="77777777" w:rsidR="00686453" w:rsidRPr="004E1E86" w:rsidRDefault="00D95FB4">
            <w:pPr>
              <w:rPr>
                <w:szCs w:val="24"/>
              </w:rPr>
            </w:pPr>
            <w:r w:rsidRPr="004E1E86">
              <w:rPr>
                <w:szCs w:val="24"/>
              </w:rPr>
              <w:t>&lt;Primary&gt;</w:t>
            </w:r>
          </w:p>
        </w:tc>
        <w:tc>
          <w:tcPr>
            <w:tcW w:w="2250" w:type="dxa"/>
            <w:tcMar>
              <w:top w:w="70" w:type="dxa"/>
              <w:left w:w="70" w:type="dxa"/>
              <w:bottom w:w="70" w:type="dxa"/>
              <w:right w:w="70" w:type="dxa"/>
            </w:tcMar>
          </w:tcPr>
          <w:p w14:paraId="543F7D0D" w14:textId="77777777" w:rsidR="00686453" w:rsidRPr="004E1E86" w:rsidRDefault="00D95FB4">
            <w:pPr>
              <w:rPr>
                <w:szCs w:val="24"/>
              </w:rPr>
            </w:pPr>
            <w:r w:rsidRPr="004E1E86">
              <w:rPr>
                <w:szCs w:val="24"/>
              </w:rPr>
              <w:t>&lt;Alternate&gt;</w:t>
            </w:r>
          </w:p>
        </w:tc>
        <w:tc>
          <w:tcPr>
            <w:tcW w:w="2970" w:type="dxa"/>
            <w:tcMar>
              <w:top w:w="70" w:type="dxa"/>
              <w:left w:w="70" w:type="dxa"/>
              <w:bottom w:w="70" w:type="dxa"/>
              <w:right w:w="70" w:type="dxa"/>
            </w:tcMar>
          </w:tcPr>
          <w:p w14:paraId="22AD31BE" w14:textId="77777777" w:rsidR="00686453" w:rsidRPr="004E1E86" w:rsidRDefault="00D95FB4">
            <w:pPr>
              <w:rPr>
                <w:szCs w:val="24"/>
              </w:rPr>
            </w:pPr>
            <w:r w:rsidRPr="004E1E86">
              <w:rPr>
                <w:szCs w:val="24"/>
              </w:rPr>
              <w:t>&lt;Emergency method / lead time&gt;</w:t>
            </w:r>
          </w:p>
        </w:tc>
      </w:tr>
      <w:tr w:rsidR="00686453" w:rsidRPr="004E1E86" w14:paraId="58EFFB6E" w14:textId="77777777" w:rsidTr="004E1E86">
        <w:trPr>
          <w:cantSplit/>
          <w:jc w:val="center"/>
        </w:trPr>
        <w:tc>
          <w:tcPr>
            <w:tcW w:w="2570" w:type="dxa"/>
            <w:tcMar>
              <w:top w:w="70" w:type="dxa"/>
              <w:left w:w="70" w:type="dxa"/>
              <w:bottom w:w="70" w:type="dxa"/>
              <w:right w:w="70" w:type="dxa"/>
            </w:tcMar>
          </w:tcPr>
          <w:p w14:paraId="3EC7D283" w14:textId="77777777" w:rsidR="00686453" w:rsidRPr="004E1E86" w:rsidRDefault="00D95FB4">
            <w:pPr>
              <w:rPr>
                <w:szCs w:val="24"/>
              </w:rPr>
            </w:pPr>
            <w:r w:rsidRPr="004E1E86">
              <w:rPr>
                <w:b/>
                <w:color w:val="015A41"/>
                <w:szCs w:val="24"/>
              </w:rPr>
              <w:t>Oxygen / medical gas</w:t>
            </w:r>
          </w:p>
        </w:tc>
        <w:tc>
          <w:tcPr>
            <w:tcW w:w="2203" w:type="dxa"/>
            <w:tcMar>
              <w:top w:w="70" w:type="dxa"/>
              <w:left w:w="70" w:type="dxa"/>
              <w:bottom w:w="70" w:type="dxa"/>
              <w:right w:w="70" w:type="dxa"/>
            </w:tcMar>
          </w:tcPr>
          <w:p w14:paraId="12E3CD13" w14:textId="77777777" w:rsidR="00686453" w:rsidRPr="004E1E86" w:rsidRDefault="00D95FB4">
            <w:pPr>
              <w:rPr>
                <w:szCs w:val="24"/>
              </w:rPr>
            </w:pPr>
            <w:r w:rsidRPr="004E1E86">
              <w:rPr>
                <w:szCs w:val="24"/>
              </w:rPr>
              <w:t>&lt;Primary&gt;</w:t>
            </w:r>
          </w:p>
        </w:tc>
        <w:tc>
          <w:tcPr>
            <w:tcW w:w="2250" w:type="dxa"/>
            <w:tcMar>
              <w:top w:w="70" w:type="dxa"/>
              <w:left w:w="70" w:type="dxa"/>
              <w:bottom w:w="70" w:type="dxa"/>
              <w:right w:w="70" w:type="dxa"/>
            </w:tcMar>
          </w:tcPr>
          <w:p w14:paraId="483F1171" w14:textId="77777777" w:rsidR="00686453" w:rsidRPr="004E1E86" w:rsidRDefault="00D95FB4">
            <w:pPr>
              <w:rPr>
                <w:szCs w:val="24"/>
              </w:rPr>
            </w:pPr>
            <w:r w:rsidRPr="004E1E86">
              <w:rPr>
                <w:szCs w:val="24"/>
              </w:rPr>
              <w:t>&lt;Alternate&gt;</w:t>
            </w:r>
          </w:p>
        </w:tc>
        <w:tc>
          <w:tcPr>
            <w:tcW w:w="2970" w:type="dxa"/>
            <w:tcMar>
              <w:top w:w="70" w:type="dxa"/>
              <w:left w:w="70" w:type="dxa"/>
              <w:bottom w:w="70" w:type="dxa"/>
              <w:right w:w="70" w:type="dxa"/>
            </w:tcMar>
          </w:tcPr>
          <w:p w14:paraId="368CF717" w14:textId="77777777" w:rsidR="00686453" w:rsidRPr="004E1E86" w:rsidRDefault="00D95FB4">
            <w:pPr>
              <w:rPr>
                <w:szCs w:val="24"/>
              </w:rPr>
            </w:pPr>
            <w:r w:rsidRPr="004E1E86">
              <w:rPr>
                <w:szCs w:val="24"/>
              </w:rPr>
              <w:t>&lt;Emergency method&gt;</w:t>
            </w:r>
          </w:p>
        </w:tc>
      </w:tr>
      <w:tr w:rsidR="00686453" w:rsidRPr="004E1E86" w14:paraId="28204DFC" w14:textId="77777777" w:rsidTr="004E1E86">
        <w:trPr>
          <w:cantSplit/>
          <w:jc w:val="center"/>
        </w:trPr>
        <w:tc>
          <w:tcPr>
            <w:tcW w:w="2570" w:type="dxa"/>
            <w:tcMar>
              <w:top w:w="70" w:type="dxa"/>
              <w:left w:w="70" w:type="dxa"/>
              <w:bottom w:w="70" w:type="dxa"/>
              <w:right w:w="70" w:type="dxa"/>
            </w:tcMar>
          </w:tcPr>
          <w:p w14:paraId="098D8F25" w14:textId="77777777" w:rsidR="00686453" w:rsidRPr="004E1E86" w:rsidRDefault="00D95FB4">
            <w:pPr>
              <w:rPr>
                <w:szCs w:val="24"/>
              </w:rPr>
            </w:pPr>
            <w:r w:rsidRPr="004E1E86">
              <w:rPr>
                <w:b/>
                <w:color w:val="015A41"/>
                <w:szCs w:val="24"/>
              </w:rPr>
              <w:t>Food</w:t>
            </w:r>
          </w:p>
        </w:tc>
        <w:tc>
          <w:tcPr>
            <w:tcW w:w="2203" w:type="dxa"/>
            <w:tcMar>
              <w:top w:w="70" w:type="dxa"/>
              <w:left w:w="70" w:type="dxa"/>
              <w:bottom w:w="70" w:type="dxa"/>
              <w:right w:w="70" w:type="dxa"/>
            </w:tcMar>
          </w:tcPr>
          <w:p w14:paraId="16B92C4D" w14:textId="77777777" w:rsidR="00686453" w:rsidRPr="004E1E86" w:rsidRDefault="00D95FB4">
            <w:pPr>
              <w:rPr>
                <w:szCs w:val="24"/>
              </w:rPr>
            </w:pPr>
            <w:r w:rsidRPr="004E1E86">
              <w:rPr>
                <w:szCs w:val="24"/>
              </w:rPr>
              <w:t>&lt;Primary&gt;</w:t>
            </w:r>
          </w:p>
        </w:tc>
        <w:tc>
          <w:tcPr>
            <w:tcW w:w="2250" w:type="dxa"/>
            <w:tcMar>
              <w:top w:w="70" w:type="dxa"/>
              <w:left w:w="70" w:type="dxa"/>
              <w:bottom w:w="70" w:type="dxa"/>
              <w:right w:w="70" w:type="dxa"/>
            </w:tcMar>
          </w:tcPr>
          <w:p w14:paraId="58E53FBE" w14:textId="77777777" w:rsidR="00686453" w:rsidRPr="004E1E86" w:rsidRDefault="00D95FB4">
            <w:pPr>
              <w:rPr>
                <w:szCs w:val="24"/>
              </w:rPr>
            </w:pPr>
            <w:r w:rsidRPr="004E1E86">
              <w:rPr>
                <w:szCs w:val="24"/>
              </w:rPr>
              <w:t>&lt;Alternate&gt;</w:t>
            </w:r>
          </w:p>
        </w:tc>
        <w:tc>
          <w:tcPr>
            <w:tcW w:w="2970" w:type="dxa"/>
            <w:tcMar>
              <w:top w:w="70" w:type="dxa"/>
              <w:left w:w="70" w:type="dxa"/>
              <w:bottom w:w="70" w:type="dxa"/>
              <w:right w:w="70" w:type="dxa"/>
            </w:tcMar>
          </w:tcPr>
          <w:p w14:paraId="6DCB3795" w14:textId="77777777" w:rsidR="00686453" w:rsidRPr="004E1E86" w:rsidRDefault="00D95FB4">
            <w:pPr>
              <w:rPr>
                <w:szCs w:val="24"/>
              </w:rPr>
            </w:pPr>
            <w:r w:rsidRPr="004E1E86">
              <w:rPr>
                <w:szCs w:val="24"/>
              </w:rPr>
              <w:t>&lt;Emergency method&gt;</w:t>
            </w:r>
          </w:p>
        </w:tc>
      </w:tr>
      <w:tr w:rsidR="00686453" w:rsidRPr="004E1E86" w14:paraId="2DBDF5E7" w14:textId="77777777" w:rsidTr="004E1E86">
        <w:trPr>
          <w:cantSplit/>
          <w:jc w:val="center"/>
        </w:trPr>
        <w:tc>
          <w:tcPr>
            <w:tcW w:w="2570" w:type="dxa"/>
            <w:tcMar>
              <w:top w:w="70" w:type="dxa"/>
              <w:left w:w="70" w:type="dxa"/>
              <w:bottom w:w="70" w:type="dxa"/>
              <w:right w:w="70" w:type="dxa"/>
            </w:tcMar>
          </w:tcPr>
          <w:p w14:paraId="7A5C83F3" w14:textId="77777777" w:rsidR="00686453" w:rsidRPr="004E1E86" w:rsidRDefault="00D95FB4">
            <w:pPr>
              <w:rPr>
                <w:szCs w:val="24"/>
              </w:rPr>
            </w:pPr>
            <w:r w:rsidRPr="004E1E86">
              <w:rPr>
                <w:b/>
                <w:color w:val="015A41"/>
                <w:szCs w:val="24"/>
              </w:rPr>
              <w:t>Water</w:t>
            </w:r>
          </w:p>
        </w:tc>
        <w:tc>
          <w:tcPr>
            <w:tcW w:w="2203" w:type="dxa"/>
            <w:tcMar>
              <w:top w:w="70" w:type="dxa"/>
              <w:left w:w="70" w:type="dxa"/>
              <w:bottom w:w="70" w:type="dxa"/>
              <w:right w:w="70" w:type="dxa"/>
            </w:tcMar>
          </w:tcPr>
          <w:p w14:paraId="4A3F0573" w14:textId="77777777" w:rsidR="00686453" w:rsidRPr="004E1E86" w:rsidRDefault="00D95FB4">
            <w:pPr>
              <w:rPr>
                <w:szCs w:val="24"/>
              </w:rPr>
            </w:pPr>
            <w:r w:rsidRPr="004E1E86">
              <w:rPr>
                <w:szCs w:val="24"/>
              </w:rPr>
              <w:t>&lt;Primary&gt;</w:t>
            </w:r>
          </w:p>
        </w:tc>
        <w:tc>
          <w:tcPr>
            <w:tcW w:w="2250" w:type="dxa"/>
            <w:tcMar>
              <w:top w:w="70" w:type="dxa"/>
              <w:left w:w="70" w:type="dxa"/>
              <w:bottom w:w="70" w:type="dxa"/>
              <w:right w:w="70" w:type="dxa"/>
            </w:tcMar>
          </w:tcPr>
          <w:p w14:paraId="6EC0F680" w14:textId="77777777" w:rsidR="00686453" w:rsidRPr="004E1E86" w:rsidRDefault="00D95FB4">
            <w:pPr>
              <w:rPr>
                <w:szCs w:val="24"/>
              </w:rPr>
            </w:pPr>
            <w:r w:rsidRPr="004E1E86">
              <w:rPr>
                <w:szCs w:val="24"/>
              </w:rPr>
              <w:t>&lt;Alternate&gt;</w:t>
            </w:r>
          </w:p>
        </w:tc>
        <w:tc>
          <w:tcPr>
            <w:tcW w:w="2970" w:type="dxa"/>
            <w:tcMar>
              <w:top w:w="70" w:type="dxa"/>
              <w:left w:w="70" w:type="dxa"/>
              <w:bottom w:w="70" w:type="dxa"/>
              <w:right w:w="70" w:type="dxa"/>
            </w:tcMar>
          </w:tcPr>
          <w:p w14:paraId="7BBD71A6" w14:textId="77777777" w:rsidR="00686453" w:rsidRPr="004E1E86" w:rsidRDefault="00D95FB4">
            <w:pPr>
              <w:rPr>
                <w:szCs w:val="24"/>
              </w:rPr>
            </w:pPr>
            <w:r w:rsidRPr="004E1E86">
              <w:rPr>
                <w:szCs w:val="24"/>
              </w:rPr>
              <w:t>&lt;Emergency method&gt;</w:t>
            </w:r>
          </w:p>
        </w:tc>
      </w:tr>
      <w:tr w:rsidR="00686453" w:rsidRPr="004E1E86" w14:paraId="30E61EE6" w14:textId="77777777" w:rsidTr="004E1E86">
        <w:trPr>
          <w:cantSplit/>
          <w:jc w:val="center"/>
        </w:trPr>
        <w:tc>
          <w:tcPr>
            <w:tcW w:w="2570" w:type="dxa"/>
            <w:tcMar>
              <w:top w:w="70" w:type="dxa"/>
              <w:left w:w="70" w:type="dxa"/>
              <w:bottom w:w="70" w:type="dxa"/>
              <w:right w:w="70" w:type="dxa"/>
            </w:tcMar>
          </w:tcPr>
          <w:p w14:paraId="6B8F577D" w14:textId="77777777" w:rsidR="00686453" w:rsidRPr="004E1E86" w:rsidRDefault="00D95FB4">
            <w:pPr>
              <w:rPr>
                <w:szCs w:val="24"/>
              </w:rPr>
            </w:pPr>
            <w:r w:rsidRPr="004E1E86">
              <w:rPr>
                <w:b/>
                <w:color w:val="015A41"/>
                <w:szCs w:val="24"/>
              </w:rPr>
              <w:t>Fuel</w:t>
            </w:r>
          </w:p>
        </w:tc>
        <w:tc>
          <w:tcPr>
            <w:tcW w:w="2203" w:type="dxa"/>
            <w:tcMar>
              <w:top w:w="70" w:type="dxa"/>
              <w:left w:w="70" w:type="dxa"/>
              <w:bottom w:w="70" w:type="dxa"/>
              <w:right w:w="70" w:type="dxa"/>
            </w:tcMar>
          </w:tcPr>
          <w:p w14:paraId="751C3591" w14:textId="77777777" w:rsidR="00686453" w:rsidRPr="004E1E86" w:rsidRDefault="00D95FB4">
            <w:pPr>
              <w:rPr>
                <w:szCs w:val="24"/>
              </w:rPr>
            </w:pPr>
            <w:r w:rsidRPr="004E1E86">
              <w:rPr>
                <w:szCs w:val="24"/>
              </w:rPr>
              <w:t>&lt;Primary&gt;</w:t>
            </w:r>
          </w:p>
        </w:tc>
        <w:tc>
          <w:tcPr>
            <w:tcW w:w="2250" w:type="dxa"/>
            <w:tcMar>
              <w:top w:w="70" w:type="dxa"/>
              <w:left w:w="70" w:type="dxa"/>
              <w:bottom w:w="70" w:type="dxa"/>
              <w:right w:w="70" w:type="dxa"/>
            </w:tcMar>
          </w:tcPr>
          <w:p w14:paraId="563FEFE3" w14:textId="77777777" w:rsidR="00686453" w:rsidRPr="004E1E86" w:rsidRDefault="00D95FB4">
            <w:pPr>
              <w:rPr>
                <w:szCs w:val="24"/>
              </w:rPr>
            </w:pPr>
            <w:r w:rsidRPr="004E1E86">
              <w:rPr>
                <w:szCs w:val="24"/>
              </w:rPr>
              <w:t>&lt;Alternate&gt;</w:t>
            </w:r>
          </w:p>
        </w:tc>
        <w:tc>
          <w:tcPr>
            <w:tcW w:w="2970" w:type="dxa"/>
            <w:tcMar>
              <w:top w:w="70" w:type="dxa"/>
              <w:left w:w="70" w:type="dxa"/>
              <w:bottom w:w="70" w:type="dxa"/>
              <w:right w:w="70" w:type="dxa"/>
            </w:tcMar>
          </w:tcPr>
          <w:p w14:paraId="6DE2CD2D" w14:textId="77777777" w:rsidR="00686453" w:rsidRPr="004E1E86" w:rsidRDefault="00D95FB4">
            <w:pPr>
              <w:rPr>
                <w:szCs w:val="24"/>
              </w:rPr>
            </w:pPr>
            <w:r w:rsidRPr="004E1E86">
              <w:rPr>
                <w:szCs w:val="24"/>
              </w:rPr>
              <w:t>&lt;Emergency method&gt;</w:t>
            </w:r>
          </w:p>
        </w:tc>
      </w:tr>
      <w:tr w:rsidR="00686453" w:rsidRPr="004E1E86" w14:paraId="43F4A10F" w14:textId="77777777" w:rsidTr="004E1E86">
        <w:trPr>
          <w:cantSplit/>
          <w:jc w:val="center"/>
        </w:trPr>
        <w:tc>
          <w:tcPr>
            <w:tcW w:w="2570" w:type="dxa"/>
            <w:tcMar>
              <w:top w:w="70" w:type="dxa"/>
              <w:left w:w="70" w:type="dxa"/>
              <w:bottom w:w="70" w:type="dxa"/>
              <w:right w:w="70" w:type="dxa"/>
            </w:tcMar>
          </w:tcPr>
          <w:p w14:paraId="073C3899" w14:textId="77777777" w:rsidR="00686453" w:rsidRPr="004E1E86" w:rsidRDefault="00D95FB4">
            <w:pPr>
              <w:rPr>
                <w:szCs w:val="24"/>
              </w:rPr>
            </w:pPr>
            <w:r w:rsidRPr="004E1E86">
              <w:rPr>
                <w:b/>
                <w:color w:val="015A41"/>
                <w:szCs w:val="24"/>
              </w:rPr>
              <w:t>PPE / clinical supplies</w:t>
            </w:r>
          </w:p>
        </w:tc>
        <w:tc>
          <w:tcPr>
            <w:tcW w:w="2203" w:type="dxa"/>
            <w:tcMar>
              <w:top w:w="70" w:type="dxa"/>
              <w:left w:w="70" w:type="dxa"/>
              <w:bottom w:w="70" w:type="dxa"/>
              <w:right w:w="70" w:type="dxa"/>
            </w:tcMar>
          </w:tcPr>
          <w:p w14:paraId="2C53ED4C" w14:textId="77777777" w:rsidR="00686453" w:rsidRPr="004E1E86" w:rsidRDefault="00D95FB4">
            <w:pPr>
              <w:rPr>
                <w:szCs w:val="24"/>
              </w:rPr>
            </w:pPr>
            <w:r w:rsidRPr="004E1E86">
              <w:rPr>
                <w:szCs w:val="24"/>
              </w:rPr>
              <w:t>&lt;Primary&gt;</w:t>
            </w:r>
          </w:p>
        </w:tc>
        <w:tc>
          <w:tcPr>
            <w:tcW w:w="2250" w:type="dxa"/>
            <w:tcMar>
              <w:top w:w="70" w:type="dxa"/>
              <w:left w:w="70" w:type="dxa"/>
              <w:bottom w:w="70" w:type="dxa"/>
              <w:right w:w="70" w:type="dxa"/>
            </w:tcMar>
          </w:tcPr>
          <w:p w14:paraId="2AC33A6D" w14:textId="77777777" w:rsidR="00686453" w:rsidRPr="004E1E86" w:rsidRDefault="00D95FB4">
            <w:pPr>
              <w:rPr>
                <w:szCs w:val="24"/>
              </w:rPr>
            </w:pPr>
            <w:r w:rsidRPr="004E1E86">
              <w:rPr>
                <w:szCs w:val="24"/>
              </w:rPr>
              <w:t>&lt;Alternate&gt;</w:t>
            </w:r>
          </w:p>
        </w:tc>
        <w:tc>
          <w:tcPr>
            <w:tcW w:w="2970" w:type="dxa"/>
            <w:tcMar>
              <w:top w:w="70" w:type="dxa"/>
              <w:left w:w="70" w:type="dxa"/>
              <w:bottom w:w="70" w:type="dxa"/>
              <w:right w:w="70" w:type="dxa"/>
            </w:tcMar>
          </w:tcPr>
          <w:p w14:paraId="1EA53BD2" w14:textId="77777777" w:rsidR="00686453" w:rsidRPr="004E1E86" w:rsidRDefault="00D95FB4">
            <w:pPr>
              <w:rPr>
                <w:szCs w:val="24"/>
              </w:rPr>
            </w:pPr>
            <w:r w:rsidRPr="004E1E86">
              <w:rPr>
                <w:szCs w:val="24"/>
              </w:rPr>
              <w:t>&lt;Emergency method&gt;</w:t>
            </w:r>
          </w:p>
        </w:tc>
      </w:tr>
    </w:tbl>
    <w:p w14:paraId="1AD39804" w14:textId="77777777" w:rsidR="00686453" w:rsidRDefault="00686453">
      <w:pPr>
        <w:spacing w:after="0"/>
      </w:pPr>
    </w:p>
    <w:p w14:paraId="427B8395" w14:textId="77777777" w:rsidR="00686453" w:rsidRDefault="00D95FB4">
      <w:r>
        <w:br w:type="page"/>
      </w:r>
    </w:p>
    <w:p w14:paraId="1773B277" w14:textId="77777777" w:rsidR="00686453" w:rsidRDefault="00D95FB4">
      <w:pPr>
        <w:pStyle w:val="Heading1"/>
        <w:pBdr>
          <w:bottom w:val="single" w:sz="14" w:space="5" w:color="E63B07"/>
        </w:pBdr>
        <w:spacing w:before="140" w:after="140"/>
      </w:pPr>
      <w:r>
        <w:rPr>
          <w:rFonts w:ascii="Arial" w:eastAsia="Arial" w:hAnsi="Arial"/>
        </w:rPr>
        <w:lastRenderedPageBreak/>
        <w:t>ANNEX G - EMERGENCY STAFFING &amp; VOLUNTEER INTEGRATION</w:t>
      </w:r>
    </w:p>
    <w:tbl>
      <w:tblPr>
        <w:tblW w:w="1094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807"/>
      </w:tblGrid>
      <w:tr w:rsidR="00686453" w:rsidRPr="004E1E86" w14:paraId="0718725D" w14:textId="77777777" w:rsidTr="004E1E86">
        <w:trPr>
          <w:tblHeader/>
          <w:jc w:val="center"/>
        </w:trPr>
        <w:tc>
          <w:tcPr>
            <w:tcW w:w="5141" w:type="dxa"/>
            <w:shd w:val="clear" w:color="auto" w:fill="015A41"/>
            <w:tcMar>
              <w:top w:w="80" w:type="dxa"/>
              <w:left w:w="90" w:type="dxa"/>
              <w:bottom w:w="80" w:type="dxa"/>
              <w:right w:w="90" w:type="dxa"/>
            </w:tcMar>
          </w:tcPr>
          <w:p w14:paraId="4C922FB5" w14:textId="77777777" w:rsidR="00686453" w:rsidRPr="004E1E86" w:rsidRDefault="00D95FB4">
            <w:pPr>
              <w:rPr>
                <w:szCs w:val="24"/>
              </w:rPr>
            </w:pPr>
            <w:r w:rsidRPr="004E1E86">
              <w:rPr>
                <w:b/>
                <w:color w:val="FFFFFF"/>
                <w:szCs w:val="24"/>
              </w:rPr>
              <w:t>Field</w:t>
            </w:r>
          </w:p>
        </w:tc>
        <w:tc>
          <w:tcPr>
            <w:tcW w:w="5807" w:type="dxa"/>
            <w:shd w:val="clear" w:color="auto" w:fill="015A41"/>
            <w:tcMar>
              <w:top w:w="80" w:type="dxa"/>
              <w:left w:w="90" w:type="dxa"/>
              <w:bottom w:w="80" w:type="dxa"/>
              <w:right w:w="90" w:type="dxa"/>
            </w:tcMar>
          </w:tcPr>
          <w:p w14:paraId="1F3D209A" w14:textId="77777777" w:rsidR="00686453" w:rsidRPr="004E1E86" w:rsidRDefault="00D95FB4">
            <w:pPr>
              <w:rPr>
                <w:szCs w:val="24"/>
              </w:rPr>
            </w:pPr>
            <w:r w:rsidRPr="004E1E86">
              <w:rPr>
                <w:b/>
                <w:color w:val="FFFFFF"/>
                <w:szCs w:val="24"/>
              </w:rPr>
              <w:t>Facility Entry</w:t>
            </w:r>
          </w:p>
        </w:tc>
      </w:tr>
      <w:tr w:rsidR="00686453" w:rsidRPr="004E1E86" w14:paraId="39FD5E50" w14:textId="77777777" w:rsidTr="004E1E86">
        <w:trPr>
          <w:cantSplit/>
          <w:jc w:val="center"/>
        </w:trPr>
        <w:tc>
          <w:tcPr>
            <w:tcW w:w="5141" w:type="dxa"/>
            <w:shd w:val="clear" w:color="auto" w:fill="EAF3EF"/>
            <w:tcMar>
              <w:top w:w="80" w:type="dxa"/>
              <w:left w:w="90" w:type="dxa"/>
              <w:bottom w:w="80" w:type="dxa"/>
              <w:right w:w="90" w:type="dxa"/>
            </w:tcMar>
          </w:tcPr>
          <w:p w14:paraId="4FE81906" w14:textId="77777777" w:rsidR="00686453" w:rsidRPr="004E1E86" w:rsidRDefault="00D95FB4">
            <w:pPr>
              <w:rPr>
                <w:szCs w:val="24"/>
              </w:rPr>
            </w:pPr>
            <w:r w:rsidRPr="004E1E86">
              <w:rPr>
                <w:b/>
                <w:color w:val="015A41"/>
                <w:szCs w:val="24"/>
              </w:rPr>
              <w:t>Emergency staff call-back roster location</w:t>
            </w:r>
          </w:p>
        </w:tc>
        <w:tc>
          <w:tcPr>
            <w:tcW w:w="5807" w:type="dxa"/>
            <w:shd w:val="clear" w:color="auto" w:fill="FFFFFF"/>
            <w:tcMar>
              <w:top w:w="80" w:type="dxa"/>
              <w:left w:w="90" w:type="dxa"/>
              <w:bottom w:w="80" w:type="dxa"/>
              <w:right w:w="90" w:type="dxa"/>
            </w:tcMar>
          </w:tcPr>
          <w:p w14:paraId="1614E0B6" w14:textId="77777777" w:rsidR="00686453" w:rsidRPr="004E1E86" w:rsidRDefault="00D95FB4">
            <w:pPr>
              <w:rPr>
                <w:szCs w:val="24"/>
              </w:rPr>
            </w:pPr>
            <w:r w:rsidRPr="004E1E86">
              <w:rPr>
                <w:i/>
                <w:color w:val="66706B"/>
                <w:szCs w:val="24"/>
              </w:rPr>
              <w:t>&lt;Insert&gt;</w:t>
            </w:r>
          </w:p>
        </w:tc>
      </w:tr>
      <w:tr w:rsidR="00686453" w:rsidRPr="004E1E86" w14:paraId="2E2E7858" w14:textId="77777777" w:rsidTr="004E1E86">
        <w:trPr>
          <w:cantSplit/>
          <w:jc w:val="center"/>
        </w:trPr>
        <w:tc>
          <w:tcPr>
            <w:tcW w:w="5141" w:type="dxa"/>
            <w:shd w:val="clear" w:color="auto" w:fill="F7FAF8"/>
            <w:tcMar>
              <w:top w:w="80" w:type="dxa"/>
              <w:left w:w="90" w:type="dxa"/>
              <w:bottom w:w="80" w:type="dxa"/>
              <w:right w:w="90" w:type="dxa"/>
            </w:tcMar>
          </w:tcPr>
          <w:p w14:paraId="481805BE" w14:textId="77777777" w:rsidR="00686453" w:rsidRPr="004E1E86" w:rsidRDefault="00D95FB4">
            <w:pPr>
              <w:rPr>
                <w:szCs w:val="24"/>
              </w:rPr>
            </w:pPr>
            <w:r w:rsidRPr="004E1E86">
              <w:rPr>
                <w:b/>
                <w:color w:val="015A41"/>
                <w:szCs w:val="24"/>
              </w:rPr>
              <w:t>Minimum staff by shift/function</w:t>
            </w:r>
          </w:p>
        </w:tc>
        <w:tc>
          <w:tcPr>
            <w:tcW w:w="5807" w:type="dxa"/>
            <w:shd w:val="clear" w:color="auto" w:fill="FFFFFF"/>
            <w:tcMar>
              <w:top w:w="80" w:type="dxa"/>
              <w:left w:w="90" w:type="dxa"/>
              <w:bottom w:w="80" w:type="dxa"/>
              <w:right w:w="90" w:type="dxa"/>
            </w:tcMar>
          </w:tcPr>
          <w:p w14:paraId="5CA12C54" w14:textId="77777777" w:rsidR="00686453" w:rsidRPr="004E1E86" w:rsidRDefault="00D95FB4">
            <w:pPr>
              <w:rPr>
                <w:szCs w:val="24"/>
              </w:rPr>
            </w:pPr>
            <w:r w:rsidRPr="004E1E86">
              <w:rPr>
                <w:i/>
                <w:color w:val="66706B"/>
                <w:szCs w:val="24"/>
              </w:rPr>
              <w:t>&lt;Insert&gt;</w:t>
            </w:r>
          </w:p>
        </w:tc>
      </w:tr>
      <w:tr w:rsidR="00686453" w:rsidRPr="004E1E86" w14:paraId="246F91D2" w14:textId="77777777" w:rsidTr="004E1E86">
        <w:trPr>
          <w:cantSplit/>
          <w:jc w:val="center"/>
        </w:trPr>
        <w:tc>
          <w:tcPr>
            <w:tcW w:w="5141" w:type="dxa"/>
            <w:shd w:val="clear" w:color="auto" w:fill="EAF3EF"/>
            <w:tcMar>
              <w:top w:w="80" w:type="dxa"/>
              <w:left w:w="90" w:type="dxa"/>
              <w:bottom w:w="80" w:type="dxa"/>
              <w:right w:w="90" w:type="dxa"/>
            </w:tcMar>
          </w:tcPr>
          <w:p w14:paraId="47CB9C0A" w14:textId="77777777" w:rsidR="00686453" w:rsidRPr="004E1E86" w:rsidRDefault="00D95FB4">
            <w:pPr>
              <w:rPr>
                <w:szCs w:val="24"/>
              </w:rPr>
            </w:pPr>
            <w:r w:rsidRPr="004E1E86">
              <w:rPr>
                <w:b/>
                <w:color w:val="015A41"/>
                <w:szCs w:val="24"/>
              </w:rPr>
              <w:t>Agency / temporary staffing contracts</w:t>
            </w:r>
          </w:p>
        </w:tc>
        <w:tc>
          <w:tcPr>
            <w:tcW w:w="5807" w:type="dxa"/>
            <w:shd w:val="clear" w:color="auto" w:fill="FFFFFF"/>
            <w:tcMar>
              <w:top w:w="80" w:type="dxa"/>
              <w:left w:w="90" w:type="dxa"/>
              <w:bottom w:w="80" w:type="dxa"/>
              <w:right w:w="90" w:type="dxa"/>
            </w:tcMar>
          </w:tcPr>
          <w:p w14:paraId="692DFDD4" w14:textId="77777777" w:rsidR="00686453" w:rsidRPr="004E1E86" w:rsidRDefault="00D95FB4">
            <w:pPr>
              <w:rPr>
                <w:szCs w:val="24"/>
              </w:rPr>
            </w:pPr>
            <w:r w:rsidRPr="004E1E86">
              <w:rPr>
                <w:i/>
                <w:color w:val="66706B"/>
                <w:szCs w:val="24"/>
              </w:rPr>
              <w:t>&lt;Insert&gt;</w:t>
            </w:r>
          </w:p>
        </w:tc>
      </w:tr>
      <w:tr w:rsidR="00686453" w:rsidRPr="004E1E86" w14:paraId="22A4A5D9" w14:textId="77777777" w:rsidTr="004E1E86">
        <w:trPr>
          <w:cantSplit/>
          <w:jc w:val="center"/>
        </w:trPr>
        <w:tc>
          <w:tcPr>
            <w:tcW w:w="5141" w:type="dxa"/>
            <w:shd w:val="clear" w:color="auto" w:fill="F7FAF8"/>
            <w:tcMar>
              <w:top w:w="80" w:type="dxa"/>
              <w:left w:w="90" w:type="dxa"/>
              <w:bottom w:w="80" w:type="dxa"/>
              <w:right w:w="90" w:type="dxa"/>
            </w:tcMar>
          </w:tcPr>
          <w:p w14:paraId="6739FD07" w14:textId="77777777" w:rsidR="00686453" w:rsidRPr="004E1E86" w:rsidRDefault="00D95FB4">
            <w:pPr>
              <w:rPr>
                <w:szCs w:val="24"/>
              </w:rPr>
            </w:pPr>
            <w:r w:rsidRPr="004E1E86">
              <w:rPr>
                <w:b/>
                <w:color w:val="015A41"/>
                <w:szCs w:val="24"/>
              </w:rPr>
              <w:t>Volunteer roles permitted</w:t>
            </w:r>
          </w:p>
        </w:tc>
        <w:tc>
          <w:tcPr>
            <w:tcW w:w="5807" w:type="dxa"/>
            <w:shd w:val="clear" w:color="auto" w:fill="FFFFFF"/>
            <w:tcMar>
              <w:top w:w="80" w:type="dxa"/>
              <w:left w:w="90" w:type="dxa"/>
              <w:bottom w:w="80" w:type="dxa"/>
              <w:right w:w="90" w:type="dxa"/>
            </w:tcMar>
          </w:tcPr>
          <w:p w14:paraId="36ACEA48" w14:textId="77777777" w:rsidR="00686453" w:rsidRPr="004E1E86" w:rsidRDefault="00D95FB4">
            <w:pPr>
              <w:rPr>
                <w:szCs w:val="24"/>
              </w:rPr>
            </w:pPr>
            <w:r w:rsidRPr="004E1E86">
              <w:rPr>
                <w:i/>
                <w:color w:val="66706B"/>
                <w:szCs w:val="24"/>
              </w:rPr>
              <w:t>&lt;Insert&gt;</w:t>
            </w:r>
          </w:p>
        </w:tc>
      </w:tr>
      <w:tr w:rsidR="00686453" w:rsidRPr="004E1E86" w14:paraId="63A8112C" w14:textId="77777777" w:rsidTr="004E1E86">
        <w:trPr>
          <w:cantSplit/>
          <w:jc w:val="center"/>
        </w:trPr>
        <w:tc>
          <w:tcPr>
            <w:tcW w:w="5141" w:type="dxa"/>
            <w:shd w:val="clear" w:color="auto" w:fill="EAF3EF"/>
            <w:tcMar>
              <w:top w:w="80" w:type="dxa"/>
              <w:left w:w="90" w:type="dxa"/>
              <w:bottom w:w="80" w:type="dxa"/>
              <w:right w:w="90" w:type="dxa"/>
            </w:tcMar>
          </w:tcPr>
          <w:p w14:paraId="217B3992" w14:textId="77777777" w:rsidR="00686453" w:rsidRPr="004E1E86" w:rsidRDefault="00D95FB4">
            <w:pPr>
              <w:rPr>
                <w:szCs w:val="24"/>
              </w:rPr>
            </w:pPr>
            <w:r w:rsidRPr="004E1E86">
              <w:rPr>
                <w:b/>
                <w:color w:val="015A41"/>
                <w:szCs w:val="24"/>
              </w:rPr>
              <w:t>Credentialing / verification</w:t>
            </w:r>
          </w:p>
        </w:tc>
        <w:tc>
          <w:tcPr>
            <w:tcW w:w="5807" w:type="dxa"/>
            <w:shd w:val="clear" w:color="auto" w:fill="FFFFFF"/>
            <w:tcMar>
              <w:top w:w="80" w:type="dxa"/>
              <w:left w:w="90" w:type="dxa"/>
              <w:bottom w:w="80" w:type="dxa"/>
              <w:right w:w="90" w:type="dxa"/>
            </w:tcMar>
          </w:tcPr>
          <w:p w14:paraId="0F5C5150" w14:textId="77777777" w:rsidR="00686453" w:rsidRPr="004E1E86" w:rsidRDefault="00D95FB4">
            <w:pPr>
              <w:rPr>
                <w:szCs w:val="24"/>
              </w:rPr>
            </w:pPr>
            <w:r w:rsidRPr="004E1E86">
              <w:rPr>
                <w:i/>
                <w:color w:val="66706B"/>
                <w:szCs w:val="24"/>
              </w:rPr>
              <w:t>&lt;Insert&gt;</w:t>
            </w:r>
          </w:p>
        </w:tc>
      </w:tr>
      <w:tr w:rsidR="00686453" w:rsidRPr="004E1E86" w14:paraId="5017EDD7" w14:textId="77777777" w:rsidTr="004E1E86">
        <w:trPr>
          <w:cantSplit/>
          <w:jc w:val="center"/>
        </w:trPr>
        <w:tc>
          <w:tcPr>
            <w:tcW w:w="5141" w:type="dxa"/>
            <w:shd w:val="clear" w:color="auto" w:fill="F7FAF8"/>
            <w:tcMar>
              <w:top w:w="80" w:type="dxa"/>
              <w:left w:w="90" w:type="dxa"/>
              <w:bottom w:w="80" w:type="dxa"/>
              <w:right w:w="90" w:type="dxa"/>
            </w:tcMar>
          </w:tcPr>
          <w:p w14:paraId="41A7BE25" w14:textId="77777777" w:rsidR="00686453" w:rsidRPr="004E1E86" w:rsidRDefault="00D95FB4">
            <w:pPr>
              <w:rPr>
                <w:szCs w:val="24"/>
              </w:rPr>
            </w:pPr>
            <w:r w:rsidRPr="004E1E86">
              <w:rPr>
                <w:b/>
                <w:color w:val="015A41"/>
                <w:szCs w:val="24"/>
              </w:rPr>
              <w:t>Orientation / supervision</w:t>
            </w:r>
          </w:p>
        </w:tc>
        <w:tc>
          <w:tcPr>
            <w:tcW w:w="5807" w:type="dxa"/>
            <w:shd w:val="clear" w:color="auto" w:fill="FFFFFF"/>
            <w:tcMar>
              <w:top w:w="80" w:type="dxa"/>
              <w:left w:w="90" w:type="dxa"/>
              <w:bottom w:w="80" w:type="dxa"/>
              <w:right w:w="90" w:type="dxa"/>
            </w:tcMar>
          </w:tcPr>
          <w:p w14:paraId="5B366044" w14:textId="77777777" w:rsidR="00686453" w:rsidRPr="004E1E86" w:rsidRDefault="00D95FB4">
            <w:pPr>
              <w:rPr>
                <w:szCs w:val="24"/>
              </w:rPr>
            </w:pPr>
            <w:r w:rsidRPr="004E1E86">
              <w:rPr>
                <w:i/>
                <w:color w:val="66706B"/>
                <w:szCs w:val="24"/>
              </w:rPr>
              <w:t>&lt;Insert&gt;</w:t>
            </w:r>
          </w:p>
        </w:tc>
      </w:tr>
      <w:tr w:rsidR="00686453" w:rsidRPr="004E1E86" w14:paraId="7B90313C" w14:textId="77777777" w:rsidTr="004E1E86">
        <w:trPr>
          <w:cantSplit/>
          <w:jc w:val="center"/>
        </w:trPr>
        <w:tc>
          <w:tcPr>
            <w:tcW w:w="5141" w:type="dxa"/>
            <w:shd w:val="clear" w:color="auto" w:fill="EAF3EF"/>
            <w:tcMar>
              <w:top w:w="80" w:type="dxa"/>
              <w:left w:w="90" w:type="dxa"/>
              <w:bottom w:w="80" w:type="dxa"/>
              <w:right w:w="90" w:type="dxa"/>
            </w:tcMar>
          </w:tcPr>
          <w:p w14:paraId="410C227A" w14:textId="77777777" w:rsidR="00686453" w:rsidRPr="004E1E86" w:rsidRDefault="00D95FB4">
            <w:pPr>
              <w:rPr>
                <w:szCs w:val="24"/>
              </w:rPr>
            </w:pPr>
            <w:r w:rsidRPr="004E1E86">
              <w:rPr>
                <w:b/>
                <w:color w:val="015A41"/>
                <w:szCs w:val="24"/>
              </w:rPr>
              <w:t>State/Federal designated healthcare professional integration</w:t>
            </w:r>
          </w:p>
        </w:tc>
        <w:tc>
          <w:tcPr>
            <w:tcW w:w="5807" w:type="dxa"/>
            <w:shd w:val="clear" w:color="auto" w:fill="FFFFFF"/>
            <w:tcMar>
              <w:top w:w="80" w:type="dxa"/>
              <w:left w:w="90" w:type="dxa"/>
              <w:bottom w:w="80" w:type="dxa"/>
              <w:right w:w="90" w:type="dxa"/>
            </w:tcMar>
          </w:tcPr>
          <w:p w14:paraId="09938634" w14:textId="77777777" w:rsidR="00686453" w:rsidRPr="004E1E86" w:rsidRDefault="00D95FB4">
            <w:pPr>
              <w:rPr>
                <w:szCs w:val="24"/>
              </w:rPr>
            </w:pPr>
            <w:r w:rsidRPr="004E1E86">
              <w:rPr>
                <w:i/>
                <w:color w:val="66706B"/>
                <w:szCs w:val="24"/>
              </w:rPr>
              <w:t>&lt;Insert&gt;</w:t>
            </w:r>
          </w:p>
        </w:tc>
      </w:tr>
      <w:tr w:rsidR="00686453" w:rsidRPr="004E1E86" w14:paraId="3284C67D" w14:textId="77777777" w:rsidTr="004E1E86">
        <w:trPr>
          <w:cantSplit/>
          <w:jc w:val="center"/>
        </w:trPr>
        <w:tc>
          <w:tcPr>
            <w:tcW w:w="5141" w:type="dxa"/>
            <w:shd w:val="clear" w:color="auto" w:fill="F7FAF8"/>
            <w:tcMar>
              <w:top w:w="80" w:type="dxa"/>
              <w:left w:w="90" w:type="dxa"/>
              <w:bottom w:w="80" w:type="dxa"/>
              <w:right w:w="90" w:type="dxa"/>
            </w:tcMar>
          </w:tcPr>
          <w:p w14:paraId="65BDBB6A" w14:textId="77777777" w:rsidR="00686453" w:rsidRPr="004E1E86" w:rsidRDefault="00D95FB4">
            <w:pPr>
              <w:rPr>
                <w:szCs w:val="24"/>
              </w:rPr>
            </w:pPr>
            <w:r w:rsidRPr="004E1E86">
              <w:rPr>
                <w:b/>
                <w:color w:val="015A41"/>
                <w:szCs w:val="24"/>
              </w:rPr>
              <w:t>Staff support / lodging / transportation / meals</w:t>
            </w:r>
          </w:p>
        </w:tc>
        <w:tc>
          <w:tcPr>
            <w:tcW w:w="5807" w:type="dxa"/>
            <w:shd w:val="clear" w:color="auto" w:fill="FFFFFF"/>
            <w:tcMar>
              <w:top w:w="80" w:type="dxa"/>
              <w:left w:w="90" w:type="dxa"/>
              <w:bottom w:w="80" w:type="dxa"/>
              <w:right w:w="90" w:type="dxa"/>
            </w:tcMar>
          </w:tcPr>
          <w:p w14:paraId="3ACBABA6" w14:textId="77777777" w:rsidR="00686453" w:rsidRPr="004E1E86" w:rsidRDefault="00D95FB4">
            <w:pPr>
              <w:rPr>
                <w:szCs w:val="24"/>
              </w:rPr>
            </w:pPr>
            <w:r w:rsidRPr="004E1E86">
              <w:rPr>
                <w:i/>
                <w:color w:val="66706B"/>
                <w:szCs w:val="24"/>
              </w:rPr>
              <w:t>&lt;Insert&gt;</w:t>
            </w:r>
          </w:p>
        </w:tc>
      </w:tr>
    </w:tbl>
    <w:p w14:paraId="2ABF7251" w14:textId="77777777" w:rsidR="00686453" w:rsidRDefault="00686453">
      <w:pPr>
        <w:spacing w:after="0"/>
      </w:pPr>
    </w:p>
    <w:p w14:paraId="0D915D27" w14:textId="77777777" w:rsidR="00686453" w:rsidRDefault="00D95FB4">
      <w:r>
        <w:br w:type="page"/>
      </w:r>
    </w:p>
    <w:p w14:paraId="1CAF5ED6" w14:textId="77777777" w:rsidR="00686453" w:rsidRDefault="00D95FB4">
      <w:pPr>
        <w:pStyle w:val="Heading1"/>
        <w:pBdr>
          <w:bottom w:val="single" w:sz="14" w:space="5" w:color="E63B07"/>
        </w:pBdr>
        <w:spacing w:before="140" w:after="140"/>
      </w:pPr>
      <w:r>
        <w:rPr>
          <w:rFonts w:ascii="Arial" w:eastAsia="Arial" w:hAnsi="Arial"/>
        </w:rPr>
        <w:lastRenderedPageBreak/>
        <w:t>ANNEX H - EMRESOURCE / HCC-ME SITUATIONAL AWARENESS (OPTIONAL)</w:t>
      </w:r>
    </w:p>
    <w:tbl>
      <w:tblPr>
        <w:tblW w:w="0" w:type="auto"/>
        <w:jc w:val="center"/>
        <w:tblBorders>
          <w:top w:val="single" w:sz="5" w:space="0" w:color="C8CCCA"/>
          <w:left w:val="single" w:sz="5" w:space="0" w:color="C8CCCA"/>
          <w:bottom w:val="single" w:sz="5" w:space="0" w:color="C8CCCA"/>
          <w:right w:val="single" w:sz="5" w:space="0" w:color="C8CCCA"/>
          <w:insideH w:val="single" w:sz="5" w:space="0" w:color="C8CCCA"/>
          <w:insideV w:val="single" w:sz="5" w:space="0" w:color="C8CCCA"/>
        </w:tblBorders>
        <w:tblLook w:val="04A0" w:firstRow="1" w:lastRow="0" w:firstColumn="1" w:lastColumn="0" w:noHBand="0" w:noVBand="1"/>
      </w:tblPr>
      <w:tblGrid>
        <w:gridCol w:w="10282"/>
      </w:tblGrid>
      <w:tr w:rsidR="00686453" w14:paraId="427F148E" w14:textId="77777777">
        <w:trPr>
          <w:jc w:val="center"/>
        </w:trPr>
        <w:tc>
          <w:tcPr>
            <w:tcW w:w="10282" w:type="dxa"/>
            <w:shd w:val="clear" w:color="auto" w:fill="F3F5F4"/>
            <w:tcMar>
              <w:top w:w="100" w:type="dxa"/>
              <w:left w:w="130" w:type="dxa"/>
              <w:bottom w:w="100" w:type="dxa"/>
              <w:right w:w="130" w:type="dxa"/>
            </w:tcMar>
          </w:tcPr>
          <w:p w14:paraId="0ED5FE07" w14:textId="47545364" w:rsidR="00686453" w:rsidRPr="004E1E86" w:rsidRDefault="00F01931">
            <w:pPr>
              <w:spacing w:after="0"/>
              <w:rPr>
                <w:sz w:val="20"/>
                <w:szCs w:val="20"/>
              </w:rPr>
            </w:pPr>
            <w:r w:rsidRPr="004E1E86">
              <w:rPr>
                <w:b/>
                <w:color w:val="66706B"/>
                <w:sz w:val="20"/>
                <w:szCs w:val="20"/>
              </w:rPr>
              <w:t xml:space="preserve">OPTIONAL HCC-ME </w:t>
            </w:r>
            <w:proofErr w:type="gramStart"/>
            <w:r w:rsidRPr="004E1E86">
              <w:rPr>
                <w:b/>
                <w:color w:val="66706B"/>
                <w:sz w:val="20"/>
                <w:szCs w:val="20"/>
              </w:rPr>
              <w:t xml:space="preserve">RESOURCE  </w:t>
            </w:r>
            <w:r w:rsidRPr="004E1E86">
              <w:rPr>
                <w:sz w:val="20"/>
                <w:szCs w:val="20"/>
              </w:rPr>
              <w:t>Participation</w:t>
            </w:r>
            <w:proofErr w:type="gramEnd"/>
            <w:r w:rsidRPr="004E1E86">
              <w:rPr>
                <w:sz w:val="20"/>
                <w:szCs w:val="20"/>
              </w:rPr>
              <w:t xml:space="preserve"> in HCC-ME or use of </w:t>
            </w:r>
            <w:proofErr w:type="spellStart"/>
            <w:r w:rsidRPr="004E1E86">
              <w:rPr>
                <w:sz w:val="20"/>
                <w:szCs w:val="20"/>
              </w:rPr>
              <w:t>EMResource</w:t>
            </w:r>
            <w:proofErr w:type="spellEnd"/>
            <w:r w:rsidRPr="004E1E86">
              <w:rPr>
                <w:sz w:val="20"/>
                <w:szCs w:val="20"/>
              </w:rPr>
              <w:t xml:space="preserve"> does not replace regulatory reporting and is not an HCC-ME requirement. CMS Appendix Z encourages healthcare coalition engagement where feasible. Facilities that use coalition activities for exercises or compliance support should document that participation.</w:t>
            </w:r>
          </w:p>
        </w:tc>
      </w:tr>
    </w:tbl>
    <w:p w14:paraId="20446667" w14:textId="77777777" w:rsidR="00686453" w:rsidRDefault="00686453">
      <w:pPr>
        <w:spacing w:after="0"/>
      </w:pP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6696"/>
      </w:tblGrid>
      <w:tr w:rsidR="00686453" w:rsidRPr="004E1E86" w14:paraId="46777184" w14:textId="77777777">
        <w:trPr>
          <w:tblHeader/>
          <w:jc w:val="center"/>
        </w:trPr>
        <w:tc>
          <w:tcPr>
            <w:tcW w:w="3240" w:type="dxa"/>
            <w:shd w:val="clear" w:color="auto" w:fill="015A41"/>
            <w:tcMar>
              <w:top w:w="80" w:type="dxa"/>
              <w:left w:w="90" w:type="dxa"/>
              <w:bottom w:w="80" w:type="dxa"/>
              <w:right w:w="90" w:type="dxa"/>
            </w:tcMar>
          </w:tcPr>
          <w:p w14:paraId="7B193696" w14:textId="77777777" w:rsidR="00686453" w:rsidRPr="004E1E86" w:rsidRDefault="00D95FB4">
            <w:pPr>
              <w:rPr>
                <w:szCs w:val="24"/>
              </w:rPr>
            </w:pPr>
            <w:r w:rsidRPr="004E1E86">
              <w:rPr>
                <w:b/>
                <w:color w:val="FFFFFF"/>
                <w:szCs w:val="24"/>
              </w:rPr>
              <w:t>Field</w:t>
            </w:r>
          </w:p>
        </w:tc>
        <w:tc>
          <w:tcPr>
            <w:tcW w:w="6696" w:type="dxa"/>
            <w:shd w:val="clear" w:color="auto" w:fill="015A41"/>
            <w:tcMar>
              <w:top w:w="80" w:type="dxa"/>
              <w:left w:w="90" w:type="dxa"/>
              <w:bottom w:w="80" w:type="dxa"/>
              <w:right w:w="90" w:type="dxa"/>
            </w:tcMar>
          </w:tcPr>
          <w:p w14:paraId="1150090A" w14:textId="77777777" w:rsidR="00686453" w:rsidRPr="004E1E86" w:rsidRDefault="00D95FB4">
            <w:pPr>
              <w:rPr>
                <w:szCs w:val="24"/>
              </w:rPr>
            </w:pPr>
            <w:r w:rsidRPr="004E1E86">
              <w:rPr>
                <w:b/>
                <w:color w:val="FFFFFF"/>
                <w:szCs w:val="24"/>
              </w:rPr>
              <w:t>Facility Entry</w:t>
            </w:r>
          </w:p>
        </w:tc>
      </w:tr>
      <w:tr w:rsidR="00686453" w:rsidRPr="004E1E86" w14:paraId="3930E261" w14:textId="77777777">
        <w:trPr>
          <w:cantSplit/>
          <w:jc w:val="center"/>
        </w:trPr>
        <w:tc>
          <w:tcPr>
            <w:tcW w:w="5141" w:type="dxa"/>
            <w:shd w:val="clear" w:color="auto" w:fill="EAF3EF"/>
            <w:tcMar>
              <w:top w:w="80" w:type="dxa"/>
              <w:left w:w="90" w:type="dxa"/>
              <w:bottom w:w="80" w:type="dxa"/>
              <w:right w:w="90" w:type="dxa"/>
            </w:tcMar>
          </w:tcPr>
          <w:p w14:paraId="6F4AA739" w14:textId="77777777" w:rsidR="00686453" w:rsidRPr="004E1E86" w:rsidRDefault="00D95FB4">
            <w:pPr>
              <w:rPr>
                <w:szCs w:val="24"/>
              </w:rPr>
            </w:pPr>
            <w:r w:rsidRPr="004E1E86">
              <w:rPr>
                <w:b/>
                <w:color w:val="015A41"/>
                <w:szCs w:val="24"/>
              </w:rPr>
              <w:t>HCC-ME District Liaison</w:t>
            </w:r>
          </w:p>
        </w:tc>
        <w:tc>
          <w:tcPr>
            <w:tcW w:w="5141" w:type="dxa"/>
            <w:shd w:val="clear" w:color="auto" w:fill="FFFFFF"/>
            <w:tcMar>
              <w:top w:w="80" w:type="dxa"/>
              <w:left w:w="90" w:type="dxa"/>
              <w:bottom w:w="80" w:type="dxa"/>
              <w:right w:w="90" w:type="dxa"/>
            </w:tcMar>
          </w:tcPr>
          <w:p w14:paraId="1DFE207B" w14:textId="77777777" w:rsidR="00686453" w:rsidRPr="004E1E86" w:rsidRDefault="00D95FB4">
            <w:pPr>
              <w:rPr>
                <w:szCs w:val="24"/>
              </w:rPr>
            </w:pPr>
            <w:r w:rsidRPr="004E1E86">
              <w:rPr>
                <w:i/>
                <w:color w:val="66706B"/>
                <w:szCs w:val="24"/>
              </w:rPr>
              <w:t>&lt;Insert&gt;</w:t>
            </w:r>
          </w:p>
        </w:tc>
      </w:tr>
      <w:tr w:rsidR="00686453" w:rsidRPr="004E1E86" w14:paraId="09CAC598" w14:textId="77777777">
        <w:trPr>
          <w:cantSplit/>
          <w:jc w:val="center"/>
        </w:trPr>
        <w:tc>
          <w:tcPr>
            <w:tcW w:w="5141" w:type="dxa"/>
            <w:shd w:val="clear" w:color="auto" w:fill="F7FAF8"/>
            <w:tcMar>
              <w:top w:w="80" w:type="dxa"/>
              <w:left w:w="90" w:type="dxa"/>
              <w:bottom w:w="80" w:type="dxa"/>
              <w:right w:w="90" w:type="dxa"/>
            </w:tcMar>
          </w:tcPr>
          <w:p w14:paraId="236978F5" w14:textId="77777777" w:rsidR="00686453" w:rsidRPr="004E1E86" w:rsidRDefault="00D95FB4">
            <w:pPr>
              <w:rPr>
                <w:szCs w:val="24"/>
              </w:rPr>
            </w:pPr>
            <w:r w:rsidRPr="004E1E86">
              <w:rPr>
                <w:b/>
                <w:color w:val="015A41"/>
                <w:szCs w:val="24"/>
              </w:rPr>
              <w:t>EMResource account / responsible role</w:t>
            </w:r>
          </w:p>
        </w:tc>
        <w:tc>
          <w:tcPr>
            <w:tcW w:w="5141" w:type="dxa"/>
            <w:shd w:val="clear" w:color="auto" w:fill="FFFFFF"/>
            <w:tcMar>
              <w:top w:w="80" w:type="dxa"/>
              <w:left w:w="90" w:type="dxa"/>
              <w:bottom w:w="80" w:type="dxa"/>
              <w:right w:w="90" w:type="dxa"/>
            </w:tcMar>
          </w:tcPr>
          <w:p w14:paraId="2052210D" w14:textId="77777777" w:rsidR="00686453" w:rsidRPr="004E1E86" w:rsidRDefault="00D95FB4">
            <w:pPr>
              <w:rPr>
                <w:szCs w:val="24"/>
              </w:rPr>
            </w:pPr>
            <w:r w:rsidRPr="004E1E86">
              <w:rPr>
                <w:i/>
                <w:color w:val="66706B"/>
                <w:szCs w:val="24"/>
              </w:rPr>
              <w:t>&lt;Insert&gt;</w:t>
            </w:r>
          </w:p>
        </w:tc>
      </w:tr>
      <w:tr w:rsidR="00686453" w:rsidRPr="004E1E86" w14:paraId="277F10AB" w14:textId="77777777">
        <w:trPr>
          <w:cantSplit/>
          <w:jc w:val="center"/>
        </w:trPr>
        <w:tc>
          <w:tcPr>
            <w:tcW w:w="5141" w:type="dxa"/>
            <w:shd w:val="clear" w:color="auto" w:fill="EAF3EF"/>
            <w:tcMar>
              <w:top w:w="80" w:type="dxa"/>
              <w:left w:w="90" w:type="dxa"/>
              <w:bottom w:w="80" w:type="dxa"/>
              <w:right w:w="90" w:type="dxa"/>
            </w:tcMar>
          </w:tcPr>
          <w:p w14:paraId="430B11D7" w14:textId="77777777" w:rsidR="00686453" w:rsidRPr="004E1E86" w:rsidRDefault="00D95FB4">
            <w:pPr>
              <w:rPr>
                <w:szCs w:val="24"/>
              </w:rPr>
            </w:pPr>
            <w:r w:rsidRPr="004E1E86">
              <w:rPr>
                <w:b/>
                <w:color w:val="015A41"/>
                <w:szCs w:val="24"/>
              </w:rPr>
              <w:t>Internal approval to submit facility status</w:t>
            </w:r>
          </w:p>
        </w:tc>
        <w:tc>
          <w:tcPr>
            <w:tcW w:w="5141" w:type="dxa"/>
            <w:shd w:val="clear" w:color="auto" w:fill="FFFFFF"/>
            <w:tcMar>
              <w:top w:w="80" w:type="dxa"/>
              <w:left w:w="90" w:type="dxa"/>
              <w:bottom w:w="80" w:type="dxa"/>
              <w:right w:w="90" w:type="dxa"/>
            </w:tcMar>
          </w:tcPr>
          <w:p w14:paraId="1AB832BC" w14:textId="77777777" w:rsidR="00686453" w:rsidRPr="004E1E86" w:rsidRDefault="00D95FB4">
            <w:pPr>
              <w:rPr>
                <w:szCs w:val="24"/>
              </w:rPr>
            </w:pPr>
            <w:r w:rsidRPr="004E1E86">
              <w:rPr>
                <w:i/>
                <w:color w:val="66706B"/>
                <w:szCs w:val="24"/>
              </w:rPr>
              <w:t>&lt;Insert&gt;</w:t>
            </w:r>
          </w:p>
        </w:tc>
      </w:tr>
      <w:tr w:rsidR="00686453" w:rsidRPr="004E1E86" w14:paraId="60E9EF1F" w14:textId="77777777">
        <w:trPr>
          <w:cantSplit/>
          <w:jc w:val="center"/>
        </w:trPr>
        <w:tc>
          <w:tcPr>
            <w:tcW w:w="5141" w:type="dxa"/>
            <w:shd w:val="clear" w:color="auto" w:fill="F7FAF8"/>
            <w:tcMar>
              <w:top w:w="80" w:type="dxa"/>
              <w:left w:w="90" w:type="dxa"/>
              <w:bottom w:w="80" w:type="dxa"/>
              <w:right w:w="90" w:type="dxa"/>
            </w:tcMar>
          </w:tcPr>
          <w:p w14:paraId="50AF36B4" w14:textId="77777777" w:rsidR="00686453" w:rsidRPr="004E1E86" w:rsidRDefault="00D95FB4">
            <w:pPr>
              <w:rPr>
                <w:szCs w:val="24"/>
              </w:rPr>
            </w:pPr>
            <w:r w:rsidRPr="004E1E86">
              <w:rPr>
                <w:b/>
                <w:color w:val="015A41"/>
                <w:szCs w:val="24"/>
              </w:rPr>
              <w:t>Information shared / update triggers</w:t>
            </w:r>
          </w:p>
        </w:tc>
        <w:tc>
          <w:tcPr>
            <w:tcW w:w="5141" w:type="dxa"/>
            <w:shd w:val="clear" w:color="auto" w:fill="FFFFFF"/>
            <w:tcMar>
              <w:top w:w="80" w:type="dxa"/>
              <w:left w:w="90" w:type="dxa"/>
              <w:bottom w:w="80" w:type="dxa"/>
              <w:right w:w="90" w:type="dxa"/>
            </w:tcMar>
          </w:tcPr>
          <w:p w14:paraId="6CD27546" w14:textId="77777777" w:rsidR="00686453" w:rsidRPr="004E1E86" w:rsidRDefault="00D95FB4">
            <w:pPr>
              <w:rPr>
                <w:szCs w:val="24"/>
              </w:rPr>
            </w:pPr>
            <w:r w:rsidRPr="004E1E86">
              <w:rPr>
                <w:i/>
                <w:color w:val="66706B"/>
                <w:szCs w:val="24"/>
              </w:rPr>
              <w:t>&lt;Insert&gt;</w:t>
            </w:r>
          </w:p>
        </w:tc>
      </w:tr>
      <w:tr w:rsidR="00686453" w:rsidRPr="004E1E86" w14:paraId="567EEACA" w14:textId="77777777">
        <w:trPr>
          <w:cantSplit/>
          <w:jc w:val="center"/>
        </w:trPr>
        <w:tc>
          <w:tcPr>
            <w:tcW w:w="5141" w:type="dxa"/>
            <w:shd w:val="clear" w:color="auto" w:fill="EAF3EF"/>
            <w:tcMar>
              <w:top w:w="80" w:type="dxa"/>
              <w:left w:w="90" w:type="dxa"/>
              <w:bottom w:w="80" w:type="dxa"/>
              <w:right w:w="90" w:type="dxa"/>
            </w:tcMar>
          </w:tcPr>
          <w:p w14:paraId="0987594C" w14:textId="77777777" w:rsidR="00686453" w:rsidRPr="004E1E86" w:rsidRDefault="00D95FB4">
            <w:pPr>
              <w:rPr>
                <w:szCs w:val="24"/>
              </w:rPr>
            </w:pPr>
            <w:r w:rsidRPr="004E1E86">
              <w:rPr>
                <w:b/>
                <w:color w:val="015A41"/>
                <w:szCs w:val="24"/>
              </w:rPr>
              <w:t>Resource request pathway</w:t>
            </w:r>
          </w:p>
        </w:tc>
        <w:tc>
          <w:tcPr>
            <w:tcW w:w="5141" w:type="dxa"/>
            <w:shd w:val="clear" w:color="auto" w:fill="FFFFFF"/>
            <w:tcMar>
              <w:top w:w="80" w:type="dxa"/>
              <w:left w:w="90" w:type="dxa"/>
              <w:bottom w:w="80" w:type="dxa"/>
              <w:right w:w="90" w:type="dxa"/>
            </w:tcMar>
          </w:tcPr>
          <w:p w14:paraId="287974B4" w14:textId="77777777" w:rsidR="00686453" w:rsidRPr="004E1E86" w:rsidRDefault="00D95FB4">
            <w:pPr>
              <w:rPr>
                <w:szCs w:val="24"/>
              </w:rPr>
            </w:pPr>
            <w:r w:rsidRPr="004E1E86">
              <w:rPr>
                <w:i/>
                <w:color w:val="66706B"/>
                <w:szCs w:val="24"/>
              </w:rPr>
              <w:t>&lt;Insert&gt;</w:t>
            </w:r>
          </w:p>
        </w:tc>
      </w:tr>
      <w:tr w:rsidR="00686453" w:rsidRPr="004E1E86" w14:paraId="1DF32618" w14:textId="77777777">
        <w:trPr>
          <w:cantSplit/>
          <w:jc w:val="center"/>
        </w:trPr>
        <w:tc>
          <w:tcPr>
            <w:tcW w:w="5141" w:type="dxa"/>
            <w:shd w:val="clear" w:color="auto" w:fill="F7FAF8"/>
            <w:tcMar>
              <w:top w:w="80" w:type="dxa"/>
              <w:left w:w="90" w:type="dxa"/>
              <w:bottom w:w="80" w:type="dxa"/>
              <w:right w:w="90" w:type="dxa"/>
            </w:tcMar>
          </w:tcPr>
          <w:p w14:paraId="5E023992" w14:textId="77777777" w:rsidR="00686453" w:rsidRPr="004E1E86" w:rsidRDefault="00D95FB4">
            <w:pPr>
              <w:rPr>
                <w:szCs w:val="24"/>
              </w:rPr>
            </w:pPr>
            <w:r w:rsidRPr="004E1E86">
              <w:rPr>
                <w:b/>
                <w:color w:val="015A41"/>
                <w:szCs w:val="24"/>
              </w:rPr>
              <w:t>Downtime alternative</w:t>
            </w:r>
          </w:p>
        </w:tc>
        <w:tc>
          <w:tcPr>
            <w:tcW w:w="5141" w:type="dxa"/>
            <w:shd w:val="clear" w:color="auto" w:fill="FFFFFF"/>
            <w:tcMar>
              <w:top w:w="80" w:type="dxa"/>
              <w:left w:w="90" w:type="dxa"/>
              <w:bottom w:w="80" w:type="dxa"/>
              <w:right w:w="90" w:type="dxa"/>
            </w:tcMar>
          </w:tcPr>
          <w:p w14:paraId="16678F5A" w14:textId="77777777" w:rsidR="00686453" w:rsidRPr="004E1E86" w:rsidRDefault="00D95FB4">
            <w:pPr>
              <w:rPr>
                <w:szCs w:val="24"/>
              </w:rPr>
            </w:pPr>
            <w:r w:rsidRPr="004E1E86">
              <w:rPr>
                <w:i/>
                <w:color w:val="66706B"/>
                <w:szCs w:val="24"/>
              </w:rPr>
              <w:t>&lt;Insert&gt;</w:t>
            </w:r>
          </w:p>
        </w:tc>
      </w:tr>
    </w:tbl>
    <w:p w14:paraId="14093B9E" w14:textId="77777777" w:rsidR="00686453" w:rsidRDefault="00686453">
      <w:pPr>
        <w:spacing w:after="0"/>
      </w:pPr>
    </w:p>
    <w:p w14:paraId="4140C828" w14:textId="77777777" w:rsidR="00686453" w:rsidRDefault="00D95FB4">
      <w:r>
        <w:br w:type="page"/>
      </w:r>
    </w:p>
    <w:p w14:paraId="6D4B835D" w14:textId="77777777" w:rsidR="00686453" w:rsidRDefault="00D95FB4">
      <w:pPr>
        <w:pStyle w:val="Heading1"/>
        <w:pBdr>
          <w:bottom w:val="single" w:sz="14" w:space="5" w:color="E63B07"/>
        </w:pBdr>
        <w:spacing w:before="140" w:after="140"/>
      </w:pPr>
      <w:r>
        <w:rPr>
          <w:rFonts w:ascii="Arial" w:eastAsia="Arial" w:hAnsi="Arial"/>
        </w:rPr>
        <w:lastRenderedPageBreak/>
        <w:t>18. INCIDENT-SPECIFIC APPENDICES</w:t>
      </w:r>
    </w:p>
    <w:p w14:paraId="04FB8904" w14:textId="77777777" w:rsidR="00686453" w:rsidRPr="004E1E86" w:rsidRDefault="00D95FB4">
      <w:pPr>
        <w:spacing w:after="120" w:line="250" w:lineRule="auto"/>
        <w:rPr>
          <w:sz w:val="20"/>
          <w:szCs w:val="20"/>
        </w:rPr>
      </w:pPr>
      <w:r w:rsidRPr="004E1E86">
        <w:rPr>
          <w:sz w:val="20"/>
          <w:szCs w:val="20"/>
        </w:rPr>
        <w:t>The facility is not required to duplicate a full procedure for every hazard when the same protective action process applies. CMS Appendix Z permits consolidation by response strategy, but each hazard identified by the risk assessment should be addressed and hazard-specific differences documented.</w:t>
      </w:r>
    </w:p>
    <w:tbl>
      <w:tblPr>
        <w:tblW w:w="10656"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1807"/>
        <w:gridCol w:w="8849"/>
      </w:tblGrid>
      <w:tr w:rsidR="00686453" w:rsidRPr="004E1E86" w14:paraId="44ACCFCC" w14:textId="77777777" w:rsidTr="004E1E86">
        <w:trPr>
          <w:tblHeader/>
          <w:jc w:val="center"/>
        </w:trPr>
        <w:tc>
          <w:tcPr>
            <w:tcW w:w="1807" w:type="dxa"/>
            <w:shd w:val="clear" w:color="auto" w:fill="015A41"/>
            <w:tcMar>
              <w:top w:w="80" w:type="dxa"/>
              <w:left w:w="90" w:type="dxa"/>
              <w:bottom w:w="80" w:type="dxa"/>
              <w:right w:w="90" w:type="dxa"/>
            </w:tcMar>
          </w:tcPr>
          <w:p w14:paraId="40C4063E" w14:textId="77777777" w:rsidR="00686453" w:rsidRPr="004E1E86" w:rsidRDefault="00D95FB4">
            <w:pPr>
              <w:rPr>
                <w:szCs w:val="24"/>
              </w:rPr>
            </w:pPr>
            <w:r w:rsidRPr="004E1E86">
              <w:rPr>
                <w:b/>
                <w:color w:val="FFFFFF"/>
                <w:szCs w:val="24"/>
              </w:rPr>
              <w:t>Appendix</w:t>
            </w:r>
          </w:p>
        </w:tc>
        <w:tc>
          <w:tcPr>
            <w:tcW w:w="8849" w:type="dxa"/>
            <w:shd w:val="clear" w:color="auto" w:fill="015A41"/>
            <w:tcMar>
              <w:top w:w="80" w:type="dxa"/>
              <w:left w:w="90" w:type="dxa"/>
              <w:bottom w:w="80" w:type="dxa"/>
              <w:right w:w="90" w:type="dxa"/>
            </w:tcMar>
          </w:tcPr>
          <w:p w14:paraId="3B303D4F" w14:textId="77777777" w:rsidR="00686453" w:rsidRPr="004E1E86" w:rsidRDefault="00D95FB4">
            <w:pPr>
              <w:rPr>
                <w:szCs w:val="24"/>
              </w:rPr>
            </w:pPr>
            <w:r w:rsidRPr="004E1E86">
              <w:rPr>
                <w:b/>
                <w:color w:val="FFFFFF"/>
                <w:szCs w:val="24"/>
              </w:rPr>
              <w:t>Hazard / Scenario</w:t>
            </w:r>
          </w:p>
        </w:tc>
      </w:tr>
      <w:tr w:rsidR="00686453" w:rsidRPr="004E1E86" w14:paraId="4F7E90EF" w14:textId="77777777" w:rsidTr="004E1E86">
        <w:trPr>
          <w:cantSplit/>
          <w:jc w:val="center"/>
        </w:trPr>
        <w:tc>
          <w:tcPr>
            <w:tcW w:w="1807" w:type="dxa"/>
            <w:shd w:val="clear" w:color="auto" w:fill="EAF3EF"/>
            <w:tcMar>
              <w:top w:w="80" w:type="dxa"/>
              <w:left w:w="90" w:type="dxa"/>
              <w:bottom w:w="80" w:type="dxa"/>
              <w:right w:w="90" w:type="dxa"/>
            </w:tcMar>
          </w:tcPr>
          <w:p w14:paraId="34ACA59E" w14:textId="77777777" w:rsidR="00686453" w:rsidRPr="004E1E86" w:rsidRDefault="00D95FB4">
            <w:pPr>
              <w:rPr>
                <w:szCs w:val="24"/>
              </w:rPr>
            </w:pPr>
            <w:r w:rsidRPr="004E1E86">
              <w:rPr>
                <w:b/>
                <w:color w:val="015A41"/>
                <w:szCs w:val="24"/>
              </w:rPr>
              <w:t>A</w:t>
            </w:r>
          </w:p>
        </w:tc>
        <w:tc>
          <w:tcPr>
            <w:tcW w:w="8849" w:type="dxa"/>
            <w:shd w:val="clear" w:color="auto" w:fill="FFFFFF"/>
            <w:tcMar>
              <w:top w:w="80" w:type="dxa"/>
              <w:left w:w="90" w:type="dxa"/>
              <w:bottom w:w="80" w:type="dxa"/>
              <w:right w:w="90" w:type="dxa"/>
            </w:tcMar>
          </w:tcPr>
          <w:p w14:paraId="5E5A7670" w14:textId="77777777" w:rsidR="00686453" w:rsidRPr="004E1E86" w:rsidRDefault="00D95FB4">
            <w:pPr>
              <w:rPr>
                <w:szCs w:val="24"/>
              </w:rPr>
            </w:pPr>
            <w:r w:rsidRPr="004E1E86">
              <w:rPr>
                <w:i/>
                <w:color w:val="66706B"/>
                <w:szCs w:val="24"/>
              </w:rPr>
              <w:t>Severe Winter Weather / Extreme Cold</w:t>
            </w:r>
          </w:p>
        </w:tc>
      </w:tr>
      <w:tr w:rsidR="00686453" w:rsidRPr="004E1E86" w14:paraId="4D9CD2A4" w14:textId="77777777" w:rsidTr="004E1E86">
        <w:trPr>
          <w:cantSplit/>
          <w:jc w:val="center"/>
        </w:trPr>
        <w:tc>
          <w:tcPr>
            <w:tcW w:w="1807" w:type="dxa"/>
            <w:shd w:val="clear" w:color="auto" w:fill="F7FAF8"/>
            <w:tcMar>
              <w:top w:w="80" w:type="dxa"/>
              <w:left w:w="90" w:type="dxa"/>
              <w:bottom w:w="80" w:type="dxa"/>
              <w:right w:w="90" w:type="dxa"/>
            </w:tcMar>
          </w:tcPr>
          <w:p w14:paraId="458B1064" w14:textId="77777777" w:rsidR="00686453" w:rsidRPr="004E1E86" w:rsidRDefault="00D95FB4">
            <w:pPr>
              <w:rPr>
                <w:szCs w:val="24"/>
              </w:rPr>
            </w:pPr>
            <w:r w:rsidRPr="004E1E86">
              <w:rPr>
                <w:b/>
                <w:color w:val="015A41"/>
                <w:szCs w:val="24"/>
              </w:rPr>
              <w:t>B</w:t>
            </w:r>
          </w:p>
        </w:tc>
        <w:tc>
          <w:tcPr>
            <w:tcW w:w="8849" w:type="dxa"/>
            <w:shd w:val="clear" w:color="auto" w:fill="FFFFFF"/>
            <w:tcMar>
              <w:top w:w="80" w:type="dxa"/>
              <w:left w:w="90" w:type="dxa"/>
              <w:bottom w:w="80" w:type="dxa"/>
              <w:right w:w="90" w:type="dxa"/>
            </w:tcMar>
          </w:tcPr>
          <w:p w14:paraId="0300B7EE" w14:textId="77777777" w:rsidR="00686453" w:rsidRPr="004E1E86" w:rsidRDefault="00D95FB4">
            <w:pPr>
              <w:rPr>
                <w:szCs w:val="24"/>
              </w:rPr>
            </w:pPr>
            <w:r w:rsidRPr="004E1E86">
              <w:rPr>
                <w:i/>
                <w:color w:val="66706B"/>
                <w:szCs w:val="24"/>
              </w:rPr>
              <w:t>Extended Power / Heat Failure</w:t>
            </w:r>
          </w:p>
        </w:tc>
      </w:tr>
      <w:tr w:rsidR="00686453" w:rsidRPr="004E1E86" w14:paraId="5FF11F8D" w14:textId="77777777" w:rsidTr="004E1E86">
        <w:trPr>
          <w:cantSplit/>
          <w:jc w:val="center"/>
        </w:trPr>
        <w:tc>
          <w:tcPr>
            <w:tcW w:w="1807" w:type="dxa"/>
            <w:shd w:val="clear" w:color="auto" w:fill="EAF3EF"/>
            <w:tcMar>
              <w:top w:w="80" w:type="dxa"/>
              <w:left w:w="90" w:type="dxa"/>
              <w:bottom w:w="80" w:type="dxa"/>
              <w:right w:w="90" w:type="dxa"/>
            </w:tcMar>
          </w:tcPr>
          <w:p w14:paraId="1449CBBA" w14:textId="77777777" w:rsidR="00686453" w:rsidRPr="004E1E86" w:rsidRDefault="00D95FB4">
            <w:pPr>
              <w:rPr>
                <w:szCs w:val="24"/>
              </w:rPr>
            </w:pPr>
            <w:r w:rsidRPr="004E1E86">
              <w:rPr>
                <w:b/>
                <w:color w:val="015A41"/>
                <w:szCs w:val="24"/>
              </w:rPr>
              <w:t>C</w:t>
            </w:r>
          </w:p>
        </w:tc>
        <w:tc>
          <w:tcPr>
            <w:tcW w:w="8849" w:type="dxa"/>
            <w:shd w:val="clear" w:color="auto" w:fill="FFFFFF"/>
            <w:tcMar>
              <w:top w:w="80" w:type="dxa"/>
              <w:left w:w="90" w:type="dxa"/>
              <w:bottom w:w="80" w:type="dxa"/>
              <w:right w:w="90" w:type="dxa"/>
            </w:tcMar>
          </w:tcPr>
          <w:p w14:paraId="6E19697F" w14:textId="77777777" w:rsidR="00686453" w:rsidRPr="004E1E86" w:rsidRDefault="00D95FB4">
            <w:pPr>
              <w:rPr>
                <w:szCs w:val="24"/>
              </w:rPr>
            </w:pPr>
            <w:r w:rsidRPr="004E1E86">
              <w:rPr>
                <w:i/>
                <w:color w:val="66706B"/>
                <w:szCs w:val="24"/>
              </w:rPr>
              <w:t>Fire / Smoke</w:t>
            </w:r>
          </w:p>
        </w:tc>
      </w:tr>
      <w:tr w:rsidR="00686453" w:rsidRPr="004E1E86" w14:paraId="2370DAE2" w14:textId="77777777" w:rsidTr="004E1E86">
        <w:trPr>
          <w:cantSplit/>
          <w:jc w:val="center"/>
        </w:trPr>
        <w:tc>
          <w:tcPr>
            <w:tcW w:w="1807" w:type="dxa"/>
            <w:shd w:val="clear" w:color="auto" w:fill="F7FAF8"/>
            <w:tcMar>
              <w:top w:w="80" w:type="dxa"/>
              <w:left w:w="90" w:type="dxa"/>
              <w:bottom w:w="80" w:type="dxa"/>
              <w:right w:w="90" w:type="dxa"/>
            </w:tcMar>
          </w:tcPr>
          <w:p w14:paraId="40544C26" w14:textId="77777777" w:rsidR="00686453" w:rsidRPr="004E1E86" w:rsidRDefault="00D95FB4">
            <w:pPr>
              <w:rPr>
                <w:szCs w:val="24"/>
              </w:rPr>
            </w:pPr>
            <w:r w:rsidRPr="004E1E86">
              <w:rPr>
                <w:b/>
                <w:color w:val="015A41"/>
                <w:szCs w:val="24"/>
              </w:rPr>
              <w:t>D</w:t>
            </w:r>
          </w:p>
        </w:tc>
        <w:tc>
          <w:tcPr>
            <w:tcW w:w="8849" w:type="dxa"/>
            <w:shd w:val="clear" w:color="auto" w:fill="FFFFFF"/>
            <w:tcMar>
              <w:top w:w="80" w:type="dxa"/>
              <w:left w:w="90" w:type="dxa"/>
              <w:bottom w:w="80" w:type="dxa"/>
              <w:right w:w="90" w:type="dxa"/>
            </w:tcMar>
          </w:tcPr>
          <w:p w14:paraId="7CFA252B" w14:textId="77777777" w:rsidR="00686453" w:rsidRPr="004E1E86" w:rsidRDefault="00D95FB4">
            <w:pPr>
              <w:rPr>
                <w:szCs w:val="24"/>
              </w:rPr>
            </w:pPr>
            <w:r w:rsidRPr="004E1E86">
              <w:rPr>
                <w:i/>
                <w:color w:val="66706B"/>
                <w:szCs w:val="24"/>
              </w:rPr>
              <w:t>Missing Resident / Elopement</w:t>
            </w:r>
          </w:p>
        </w:tc>
      </w:tr>
      <w:tr w:rsidR="00686453" w:rsidRPr="004E1E86" w14:paraId="212CB61F" w14:textId="77777777" w:rsidTr="004E1E86">
        <w:trPr>
          <w:cantSplit/>
          <w:jc w:val="center"/>
        </w:trPr>
        <w:tc>
          <w:tcPr>
            <w:tcW w:w="1807" w:type="dxa"/>
            <w:shd w:val="clear" w:color="auto" w:fill="EAF3EF"/>
            <w:tcMar>
              <w:top w:w="80" w:type="dxa"/>
              <w:left w:w="90" w:type="dxa"/>
              <w:bottom w:w="80" w:type="dxa"/>
              <w:right w:w="90" w:type="dxa"/>
            </w:tcMar>
          </w:tcPr>
          <w:p w14:paraId="3B89D81C" w14:textId="77777777" w:rsidR="00686453" w:rsidRPr="004E1E86" w:rsidRDefault="00D95FB4">
            <w:pPr>
              <w:rPr>
                <w:szCs w:val="24"/>
              </w:rPr>
            </w:pPr>
            <w:r w:rsidRPr="004E1E86">
              <w:rPr>
                <w:b/>
                <w:color w:val="015A41"/>
                <w:szCs w:val="24"/>
              </w:rPr>
              <w:t>E</w:t>
            </w:r>
          </w:p>
        </w:tc>
        <w:tc>
          <w:tcPr>
            <w:tcW w:w="8849" w:type="dxa"/>
            <w:shd w:val="clear" w:color="auto" w:fill="FFFFFF"/>
            <w:tcMar>
              <w:top w:w="80" w:type="dxa"/>
              <w:left w:w="90" w:type="dxa"/>
              <w:bottom w:w="80" w:type="dxa"/>
              <w:right w:w="90" w:type="dxa"/>
            </w:tcMar>
          </w:tcPr>
          <w:p w14:paraId="32347301" w14:textId="77777777" w:rsidR="00686453" w:rsidRPr="004E1E86" w:rsidRDefault="00D95FB4">
            <w:pPr>
              <w:rPr>
                <w:szCs w:val="24"/>
              </w:rPr>
            </w:pPr>
            <w:r w:rsidRPr="004E1E86">
              <w:rPr>
                <w:i/>
                <w:color w:val="66706B"/>
                <w:szCs w:val="24"/>
              </w:rPr>
              <w:t>Emerging Infectious Disease / Outbreak</w:t>
            </w:r>
          </w:p>
        </w:tc>
      </w:tr>
      <w:tr w:rsidR="00686453" w:rsidRPr="004E1E86" w14:paraId="27925163" w14:textId="77777777" w:rsidTr="004E1E86">
        <w:trPr>
          <w:cantSplit/>
          <w:jc w:val="center"/>
        </w:trPr>
        <w:tc>
          <w:tcPr>
            <w:tcW w:w="1807" w:type="dxa"/>
            <w:shd w:val="clear" w:color="auto" w:fill="F7FAF8"/>
            <w:tcMar>
              <w:top w:w="80" w:type="dxa"/>
              <w:left w:w="90" w:type="dxa"/>
              <w:bottom w:w="80" w:type="dxa"/>
              <w:right w:w="90" w:type="dxa"/>
            </w:tcMar>
          </w:tcPr>
          <w:p w14:paraId="4B53850C" w14:textId="77777777" w:rsidR="00686453" w:rsidRPr="004E1E86" w:rsidRDefault="00D95FB4">
            <w:pPr>
              <w:rPr>
                <w:szCs w:val="24"/>
              </w:rPr>
            </w:pPr>
            <w:r w:rsidRPr="004E1E86">
              <w:rPr>
                <w:b/>
                <w:color w:val="015A41"/>
                <w:szCs w:val="24"/>
              </w:rPr>
              <w:t>F</w:t>
            </w:r>
          </w:p>
        </w:tc>
        <w:tc>
          <w:tcPr>
            <w:tcW w:w="8849" w:type="dxa"/>
            <w:shd w:val="clear" w:color="auto" w:fill="FFFFFF"/>
            <w:tcMar>
              <w:top w:w="80" w:type="dxa"/>
              <w:left w:w="90" w:type="dxa"/>
              <w:bottom w:w="80" w:type="dxa"/>
              <w:right w:w="90" w:type="dxa"/>
            </w:tcMar>
          </w:tcPr>
          <w:p w14:paraId="5E2409A1" w14:textId="77777777" w:rsidR="00686453" w:rsidRPr="004E1E86" w:rsidRDefault="00D95FB4">
            <w:pPr>
              <w:rPr>
                <w:szCs w:val="24"/>
              </w:rPr>
            </w:pPr>
            <w:r w:rsidRPr="004E1E86">
              <w:rPr>
                <w:i/>
                <w:color w:val="66706B"/>
                <w:szCs w:val="24"/>
              </w:rPr>
              <w:t>Cyberattack / Extended IT-EHR Downtime</w:t>
            </w:r>
          </w:p>
        </w:tc>
      </w:tr>
      <w:tr w:rsidR="00686453" w:rsidRPr="004E1E86" w14:paraId="1A95991C" w14:textId="77777777" w:rsidTr="004E1E86">
        <w:trPr>
          <w:cantSplit/>
          <w:jc w:val="center"/>
        </w:trPr>
        <w:tc>
          <w:tcPr>
            <w:tcW w:w="1807" w:type="dxa"/>
            <w:shd w:val="clear" w:color="auto" w:fill="EAF3EF"/>
            <w:tcMar>
              <w:top w:w="80" w:type="dxa"/>
              <w:left w:w="90" w:type="dxa"/>
              <w:bottom w:w="80" w:type="dxa"/>
              <w:right w:w="90" w:type="dxa"/>
            </w:tcMar>
          </w:tcPr>
          <w:p w14:paraId="33490C05" w14:textId="77777777" w:rsidR="00686453" w:rsidRPr="004E1E86" w:rsidRDefault="00D95FB4">
            <w:pPr>
              <w:rPr>
                <w:szCs w:val="24"/>
              </w:rPr>
            </w:pPr>
            <w:r w:rsidRPr="004E1E86">
              <w:rPr>
                <w:b/>
                <w:color w:val="015A41"/>
                <w:szCs w:val="24"/>
              </w:rPr>
              <w:t>G</w:t>
            </w:r>
          </w:p>
        </w:tc>
        <w:tc>
          <w:tcPr>
            <w:tcW w:w="8849" w:type="dxa"/>
            <w:shd w:val="clear" w:color="auto" w:fill="FFFFFF"/>
            <w:tcMar>
              <w:top w:w="80" w:type="dxa"/>
              <w:left w:w="90" w:type="dxa"/>
              <w:bottom w:w="80" w:type="dxa"/>
              <w:right w:w="90" w:type="dxa"/>
            </w:tcMar>
          </w:tcPr>
          <w:p w14:paraId="145EF97B" w14:textId="77777777" w:rsidR="00686453" w:rsidRPr="004E1E86" w:rsidRDefault="00D95FB4">
            <w:pPr>
              <w:rPr>
                <w:szCs w:val="24"/>
              </w:rPr>
            </w:pPr>
            <w:r w:rsidRPr="004E1E86">
              <w:rPr>
                <w:i/>
                <w:color w:val="66706B"/>
                <w:szCs w:val="24"/>
              </w:rPr>
              <w:t>Flood / Severe Storm / High Wind</w:t>
            </w:r>
          </w:p>
        </w:tc>
      </w:tr>
      <w:tr w:rsidR="00686453" w:rsidRPr="004E1E86" w14:paraId="11BC5CC0" w14:textId="77777777" w:rsidTr="004E1E86">
        <w:trPr>
          <w:cantSplit/>
          <w:jc w:val="center"/>
        </w:trPr>
        <w:tc>
          <w:tcPr>
            <w:tcW w:w="1807" w:type="dxa"/>
            <w:shd w:val="clear" w:color="auto" w:fill="F7FAF8"/>
            <w:tcMar>
              <w:top w:w="80" w:type="dxa"/>
              <w:left w:w="90" w:type="dxa"/>
              <w:bottom w:w="80" w:type="dxa"/>
              <w:right w:w="90" w:type="dxa"/>
            </w:tcMar>
          </w:tcPr>
          <w:p w14:paraId="781F8E33" w14:textId="77777777" w:rsidR="00686453" w:rsidRPr="004E1E86" w:rsidRDefault="00D95FB4">
            <w:pPr>
              <w:rPr>
                <w:szCs w:val="24"/>
              </w:rPr>
            </w:pPr>
            <w:r w:rsidRPr="004E1E86">
              <w:rPr>
                <w:b/>
                <w:color w:val="015A41"/>
                <w:szCs w:val="24"/>
              </w:rPr>
              <w:t>H</w:t>
            </w:r>
          </w:p>
        </w:tc>
        <w:tc>
          <w:tcPr>
            <w:tcW w:w="8849" w:type="dxa"/>
            <w:shd w:val="clear" w:color="auto" w:fill="FFFFFF"/>
            <w:tcMar>
              <w:top w:w="80" w:type="dxa"/>
              <w:left w:w="90" w:type="dxa"/>
              <w:bottom w:w="80" w:type="dxa"/>
              <w:right w:w="90" w:type="dxa"/>
            </w:tcMar>
          </w:tcPr>
          <w:p w14:paraId="6D9F4238" w14:textId="77777777" w:rsidR="00686453" w:rsidRPr="004E1E86" w:rsidRDefault="00D95FB4">
            <w:pPr>
              <w:rPr>
                <w:szCs w:val="24"/>
              </w:rPr>
            </w:pPr>
            <w:r w:rsidRPr="004E1E86">
              <w:rPr>
                <w:i/>
                <w:color w:val="66706B"/>
                <w:szCs w:val="24"/>
              </w:rPr>
              <w:t>Water / Sewer Interruption</w:t>
            </w:r>
          </w:p>
        </w:tc>
      </w:tr>
      <w:tr w:rsidR="00686453" w:rsidRPr="004E1E86" w14:paraId="753B595C" w14:textId="77777777" w:rsidTr="004E1E86">
        <w:trPr>
          <w:cantSplit/>
          <w:jc w:val="center"/>
        </w:trPr>
        <w:tc>
          <w:tcPr>
            <w:tcW w:w="1807" w:type="dxa"/>
            <w:shd w:val="clear" w:color="auto" w:fill="EAF3EF"/>
            <w:tcMar>
              <w:top w:w="80" w:type="dxa"/>
              <w:left w:w="90" w:type="dxa"/>
              <w:bottom w:w="80" w:type="dxa"/>
              <w:right w:w="90" w:type="dxa"/>
            </w:tcMar>
          </w:tcPr>
          <w:p w14:paraId="023EF5B7" w14:textId="77777777" w:rsidR="00686453" w:rsidRPr="004E1E86" w:rsidRDefault="00D95FB4">
            <w:pPr>
              <w:rPr>
                <w:szCs w:val="24"/>
              </w:rPr>
            </w:pPr>
            <w:r w:rsidRPr="004E1E86">
              <w:rPr>
                <w:b/>
                <w:color w:val="015A41"/>
                <w:szCs w:val="24"/>
              </w:rPr>
              <w:t>I</w:t>
            </w:r>
          </w:p>
        </w:tc>
        <w:tc>
          <w:tcPr>
            <w:tcW w:w="8849" w:type="dxa"/>
            <w:shd w:val="clear" w:color="auto" w:fill="FFFFFF"/>
            <w:tcMar>
              <w:top w:w="80" w:type="dxa"/>
              <w:left w:w="90" w:type="dxa"/>
              <w:bottom w:w="80" w:type="dxa"/>
              <w:right w:w="90" w:type="dxa"/>
            </w:tcMar>
          </w:tcPr>
          <w:p w14:paraId="4465174A" w14:textId="77777777" w:rsidR="00686453" w:rsidRPr="004E1E86" w:rsidRDefault="00D95FB4">
            <w:pPr>
              <w:rPr>
                <w:szCs w:val="24"/>
              </w:rPr>
            </w:pPr>
            <w:r w:rsidRPr="004E1E86">
              <w:rPr>
                <w:i/>
                <w:color w:val="66706B"/>
                <w:szCs w:val="24"/>
              </w:rPr>
              <w:t>Active Threat / Violence / Security Incident</w:t>
            </w:r>
          </w:p>
        </w:tc>
      </w:tr>
      <w:tr w:rsidR="00686453" w:rsidRPr="004E1E86" w14:paraId="1FAE1F6D" w14:textId="77777777" w:rsidTr="004E1E86">
        <w:trPr>
          <w:cantSplit/>
          <w:jc w:val="center"/>
        </w:trPr>
        <w:tc>
          <w:tcPr>
            <w:tcW w:w="1807" w:type="dxa"/>
            <w:shd w:val="clear" w:color="auto" w:fill="F7FAF8"/>
            <w:tcMar>
              <w:top w:w="80" w:type="dxa"/>
              <w:left w:w="90" w:type="dxa"/>
              <w:bottom w:w="80" w:type="dxa"/>
              <w:right w:w="90" w:type="dxa"/>
            </w:tcMar>
          </w:tcPr>
          <w:p w14:paraId="00E00959" w14:textId="77777777" w:rsidR="00686453" w:rsidRPr="004E1E86" w:rsidRDefault="00D95FB4">
            <w:pPr>
              <w:rPr>
                <w:szCs w:val="24"/>
              </w:rPr>
            </w:pPr>
            <w:r w:rsidRPr="004E1E86">
              <w:rPr>
                <w:b/>
                <w:color w:val="015A41"/>
                <w:szCs w:val="24"/>
              </w:rPr>
              <w:t>J</w:t>
            </w:r>
          </w:p>
        </w:tc>
        <w:tc>
          <w:tcPr>
            <w:tcW w:w="8849" w:type="dxa"/>
            <w:shd w:val="clear" w:color="auto" w:fill="FFFFFF"/>
            <w:tcMar>
              <w:top w:w="80" w:type="dxa"/>
              <w:left w:w="90" w:type="dxa"/>
              <w:bottom w:w="80" w:type="dxa"/>
              <w:right w:w="90" w:type="dxa"/>
            </w:tcMar>
          </w:tcPr>
          <w:p w14:paraId="2DD3569A" w14:textId="77777777" w:rsidR="00686453" w:rsidRPr="004E1E86" w:rsidRDefault="00D95FB4">
            <w:pPr>
              <w:rPr>
                <w:szCs w:val="24"/>
              </w:rPr>
            </w:pPr>
            <w:r w:rsidRPr="004E1E86">
              <w:rPr>
                <w:i/>
                <w:color w:val="66706B"/>
                <w:szCs w:val="24"/>
              </w:rPr>
              <w:t>Supply Chain / Pharmacy / Oxygen Disruption</w:t>
            </w:r>
          </w:p>
        </w:tc>
      </w:tr>
    </w:tbl>
    <w:p w14:paraId="75F85087" w14:textId="77777777" w:rsidR="00686453" w:rsidRDefault="00686453">
      <w:pPr>
        <w:spacing w:after="0"/>
      </w:pPr>
    </w:p>
    <w:p w14:paraId="52364EE1" w14:textId="77777777" w:rsidR="00686453" w:rsidRDefault="00D95FB4">
      <w:r>
        <w:br w:type="page"/>
      </w:r>
    </w:p>
    <w:p w14:paraId="087CEB54" w14:textId="77777777" w:rsidR="00686453" w:rsidRDefault="00D95FB4">
      <w:pPr>
        <w:pStyle w:val="Heading1"/>
        <w:pBdr>
          <w:bottom w:val="single" w:sz="14" w:space="5" w:color="E63B07"/>
        </w:pBdr>
        <w:spacing w:before="140" w:after="140"/>
      </w:pPr>
      <w:r>
        <w:rPr>
          <w:rFonts w:ascii="Arial" w:eastAsia="Arial" w:hAnsi="Arial"/>
        </w:rPr>
        <w:lastRenderedPageBreak/>
        <w:t>APPENDIX A - SEVERE WINTER WEATHER / EXTREME COLD</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14:paraId="6C0B529C" w14:textId="77777777">
        <w:trPr>
          <w:jc w:val="center"/>
        </w:trPr>
        <w:tc>
          <w:tcPr>
            <w:tcW w:w="10282" w:type="dxa"/>
            <w:shd w:val="clear" w:color="auto" w:fill="FCEFE9"/>
            <w:tcMar>
              <w:top w:w="100" w:type="dxa"/>
              <w:left w:w="130" w:type="dxa"/>
              <w:bottom w:w="100" w:type="dxa"/>
              <w:right w:w="130" w:type="dxa"/>
            </w:tcMar>
          </w:tcPr>
          <w:p w14:paraId="3B5CA3F9" w14:textId="77777777" w:rsidR="00686453" w:rsidRPr="004E1E86" w:rsidRDefault="00D95FB4">
            <w:pPr>
              <w:spacing w:after="0"/>
              <w:rPr>
                <w:sz w:val="20"/>
                <w:szCs w:val="20"/>
              </w:rPr>
            </w:pPr>
            <w:r w:rsidRPr="004E1E86">
              <w:rPr>
                <w:b/>
                <w:color w:val="E63B07"/>
                <w:sz w:val="20"/>
                <w:szCs w:val="20"/>
              </w:rPr>
              <w:t xml:space="preserve">REGULATORY </w:t>
            </w:r>
            <w:proofErr w:type="gramStart"/>
            <w:r w:rsidRPr="004E1E86">
              <w:rPr>
                <w:b/>
                <w:color w:val="E63B07"/>
                <w:sz w:val="20"/>
                <w:szCs w:val="20"/>
              </w:rPr>
              <w:t xml:space="preserve">CONNECTION  </w:t>
            </w:r>
            <w:r w:rsidRPr="004E1E86">
              <w:rPr>
                <w:sz w:val="20"/>
                <w:szCs w:val="20"/>
              </w:rPr>
              <w:t>Maine</w:t>
            </w:r>
            <w:proofErr w:type="gramEnd"/>
            <w:r w:rsidRPr="004E1E86">
              <w:rPr>
                <w:sz w:val="20"/>
                <w:szCs w:val="20"/>
              </w:rPr>
              <w:t xml:space="preserve"> Chapter 110 specifically identifies severe weather as an emergency planning consideration; exterior egress/fire lanes must also be maintained free of snow/ice/debris.</w:t>
            </w:r>
          </w:p>
        </w:tc>
      </w:tr>
    </w:tbl>
    <w:p w14:paraId="096D0BA2" w14:textId="77777777" w:rsidR="00686453" w:rsidRDefault="00686453">
      <w:pPr>
        <w:spacing w:after="0"/>
      </w:pPr>
    </w:p>
    <w:tbl>
      <w:tblPr>
        <w:tblW w:w="0" w:type="auto"/>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321"/>
        <w:gridCol w:w="5119"/>
      </w:tblGrid>
      <w:tr w:rsidR="00686453" w:rsidRPr="004E1E86" w14:paraId="22AC4134" w14:textId="77777777" w:rsidTr="004E1E86">
        <w:trPr>
          <w:tblHeader/>
          <w:jc w:val="center"/>
        </w:trPr>
        <w:tc>
          <w:tcPr>
            <w:tcW w:w="5321" w:type="dxa"/>
            <w:shd w:val="clear" w:color="auto" w:fill="015A41"/>
            <w:tcMar>
              <w:top w:w="80" w:type="dxa"/>
              <w:left w:w="90" w:type="dxa"/>
              <w:bottom w:w="80" w:type="dxa"/>
              <w:right w:w="90" w:type="dxa"/>
            </w:tcMar>
          </w:tcPr>
          <w:p w14:paraId="3763FB20" w14:textId="77777777" w:rsidR="00686453" w:rsidRPr="004E1E86" w:rsidRDefault="00D95FB4">
            <w:pPr>
              <w:rPr>
                <w:szCs w:val="24"/>
              </w:rPr>
            </w:pPr>
            <w:r w:rsidRPr="004E1E86">
              <w:rPr>
                <w:b/>
                <w:color w:val="FFFFFF"/>
                <w:szCs w:val="24"/>
              </w:rPr>
              <w:t>Field</w:t>
            </w:r>
          </w:p>
        </w:tc>
        <w:tc>
          <w:tcPr>
            <w:tcW w:w="5119" w:type="dxa"/>
            <w:shd w:val="clear" w:color="auto" w:fill="015A41"/>
            <w:tcMar>
              <w:top w:w="80" w:type="dxa"/>
              <w:left w:w="90" w:type="dxa"/>
              <w:bottom w:w="80" w:type="dxa"/>
              <w:right w:w="90" w:type="dxa"/>
            </w:tcMar>
          </w:tcPr>
          <w:p w14:paraId="11A5DA16" w14:textId="77777777" w:rsidR="00686453" w:rsidRPr="004E1E86" w:rsidRDefault="00D95FB4">
            <w:pPr>
              <w:rPr>
                <w:szCs w:val="24"/>
              </w:rPr>
            </w:pPr>
            <w:r w:rsidRPr="004E1E86">
              <w:rPr>
                <w:b/>
                <w:color w:val="FFFFFF"/>
                <w:szCs w:val="24"/>
              </w:rPr>
              <w:t>Facility Entry</w:t>
            </w:r>
          </w:p>
        </w:tc>
      </w:tr>
      <w:tr w:rsidR="00686453" w:rsidRPr="004E1E86" w14:paraId="24B1BD87" w14:textId="77777777" w:rsidTr="004E1E86">
        <w:trPr>
          <w:cantSplit/>
          <w:jc w:val="center"/>
        </w:trPr>
        <w:tc>
          <w:tcPr>
            <w:tcW w:w="5321" w:type="dxa"/>
            <w:shd w:val="clear" w:color="auto" w:fill="EAF3EF"/>
            <w:tcMar>
              <w:top w:w="80" w:type="dxa"/>
              <w:left w:w="90" w:type="dxa"/>
              <w:bottom w:w="80" w:type="dxa"/>
              <w:right w:w="90" w:type="dxa"/>
            </w:tcMar>
          </w:tcPr>
          <w:p w14:paraId="454E3F1B" w14:textId="77777777" w:rsidR="00686453" w:rsidRPr="004E1E86" w:rsidRDefault="00D95FB4">
            <w:pPr>
              <w:rPr>
                <w:szCs w:val="24"/>
              </w:rPr>
            </w:pPr>
            <w:r w:rsidRPr="004E1E86">
              <w:rPr>
                <w:b/>
                <w:color w:val="015A41"/>
                <w:szCs w:val="24"/>
              </w:rPr>
              <w:t>Risk / HVA rating</w:t>
            </w:r>
          </w:p>
        </w:tc>
        <w:tc>
          <w:tcPr>
            <w:tcW w:w="5119" w:type="dxa"/>
            <w:shd w:val="clear" w:color="auto" w:fill="FFFFFF"/>
            <w:tcMar>
              <w:top w:w="80" w:type="dxa"/>
              <w:left w:w="90" w:type="dxa"/>
              <w:bottom w:w="80" w:type="dxa"/>
              <w:right w:w="90" w:type="dxa"/>
            </w:tcMar>
          </w:tcPr>
          <w:p w14:paraId="65D7D921" w14:textId="77777777" w:rsidR="00686453" w:rsidRPr="004E1E86" w:rsidRDefault="00D95FB4">
            <w:pPr>
              <w:rPr>
                <w:szCs w:val="24"/>
              </w:rPr>
            </w:pPr>
            <w:r w:rsidRPr="004E1E86">
              <w:rPr>
                <w:i/>
                <w:color w:val="66706B"/>
                <w:szCs w:val="24"/>
              </w:rPr>
              <w:t>&lt;Insert&gt;</w:t>
            </w:r>
          </w:p>
        </w:tc>
      </w:tr>
      <w:tr w:rsidR="00686453" w:rsidRPr="004E1E86" w14:paraId="4132FD67" w14:textId="77777777" w:rsidTr="004E1E86">
        <w:trPr>
          <w:cantSplit/>
          <w:jc w:val="center"/>
        </w:trPr>
        <w:tc>
          <w:tcPr>
            <w:tcW w:w="5321" w:type="dxa"/>
            <w:shd w:val="clear" w:color="auto" w:fill="F7FAF8"/>
            <w:tcMar>
              <w:top w:w="80" w:type="dxa"/>
              <w:left w:w="90" w:type="dxa"/>
              <w:bottom w:w="80" w:type="dxa"/>
              <w:right w:w="90" w:type="dxa"/>
            </w:tcMar>
          </w:tcPr>
          <w:p w14:paraId="51C0A528" w14:textId="77777777" w:rsidR="00686453" w:rsidRPr="004E1E86" w:rsidRDefault="00D95FB4">
            <w:pPr>
              <w:rPr>
                <w:szCs w:val="24"/>
              </w:rPr>
            </w:pPr>
            <w:r w:rsidRPr="004E1E86">
              <w:rPr>
                <w:b/>
                <w:color w:val="015A41"/>
                <w:szCs w:val="24"/>
              </w:rPr>
              <w:t>Primary activation triggers</w:t>
            </w:r>
          </w:p>
        </w:tc>
        <w:tc>
          <w:tcPr>
            <w:tcW w:w="5119" w:type="dxa"/>
            <w:shd w:val="clear" w:color="auto" w:fill="FFFFFF"/>
            <w:tcMar>
              <w:top w:w="80" w:type="dxa"/>
              <w:left w:w="90" w:type="dxa"/>
              <w:bottom w:w="80" w:type="dxa"/>
              <w:right w:w="90" w:type="dxa"/>
            </w:tcMar>
          </w:tcPr>
          <w:p w14:paraId="668CC373" w14:textId="77777777" w:rsidR="00686453" w:rsidRPr="004E1E86" w:rsidRDefault="00D95FB4">
            <w:pPr>
              <w:rPr>
                <w:szCs w:val="24"/>
              </w:rPr>
            </w:pPr>
            <w:r w:rsidRPr="004E1E86">
              <w:rPr>
                <w:i/>
                <w:color w:val="66706B"/>
                <w:szCs w:val="24"/>
              </w:rPr>
              <w:t>&lt;Insert&gt;</w:t>
            </w:r>
          </w:p>
        </w:tc>
      </w:tr>
      <w:tr w:rsidR="00686453" w:rsidRPr="004E1E86" w14:paraId="3607781B" w14:textId="77777777" w:rsidTr="004E1E86">
        <w:trPr>
          <w:cantSplit/>
          <w:jc w:val="center"/>
        </w:trPr>
        <w:tc>
          <w:tcPr>
            <w:tcW w:w="5321" w:type="dxa"/>
            <w:shd w:val="clear" w:color="auto" w:fill="EAF3EF"/>
            <w:tcMar>
              <w:top w:w="80" w:type="dxa"/>
              <w:left w:w="90" w:type="dxa"/>
              <w:bottom w:w="80" w:type="dxa"/>
              <w:right w:w="90" w:type="dxa"/>
            </w:tcMar>
          </w:tcPr>
          <w:p w14:paraId="5C301E1A" w14:textId="77777777" w:rsidR="00686453" w:rsidRPr="004E1E86" w:rsidRDefault="00D95FB4">
            <w:pPr>
              <w:rPr>
                <w:szCs w:val="24"/>
              </w:rPr>
            </w:pPr>
            <w:r w:rsidRPr="004E1E86">
              <w:rPr>
                <w:b/>
                <w:color w:val="015A41"/>
                <w:szCs w:val="24"/>
              </w:rPr>
              <w:t>Decision authority</w:t>
            </w:r>
          </w:p>
        </w:tc>
        <w:tc>
          <w:tcPr>
            <w:tcW w:w="5119" w:type="dxa"/>
            <w:shd w:val="clear" w:color="auto" w:fill="FFFFFF"/>
            <w:tcMar>
              <w:top w:w="80" w:type="dxa"/>
              <w:left w:w="90" w:type="dxa"/>
              <w:bottom w:w="80" w:type="dxa"/>
              <w:right w:w="90" w:type="dxa"/>
            </w:tcMar>
          </w:tcPr>
          <w:p w14:paraId="3CFFA270" w14:textId="77777777" w:rsidR="00686453" w:rsidRPr="004E1E86" w:rsidRDefault="00D95FB4">
            <w:pPr>
              <w:rPr>
                <w:szCs w:val="24"/>
              </w:rPr>
            </w:pPr>
            <w:r w:rsidRPr="004E1E86">
              <w:rPr>
                <w:i/>
                <w:color w:val="66706B"/>
                <w:szCs w:val="24"/>
              </w:rPr>
              <w:t>&lt;Insert&gt;</w:t>
            </w:r>
          </w:p>
        </w:tc>
      </w:tr>
      <w:tr w:rsidR="00686453" w:rsidRPr="004E1E86" w14:paraId="724AA645" w14:textId="77777777" w:rsidTr="004E1E86">
        <w:trPr>
          <w:cantSplit/>
          <w:jc w:val="center"/>
        </w:trPr>
        <w:tc>
          <w:tcPr>
            <w:tcW w:w="5321" w:type="dxa"/>
            <w:shd w:val="clear" w:color="auto" w:fill="F7FAF8"/>
            <w:tcMar>
              <w:top w:w="80" w:type="dxa"/>
              <w:left w:w="90" w:type="dxa"/>
              <w:bottom w:w="80" w:type="dxa"/>
              <w:right w:w="90" w:type="dxa"/>
            </w:tcMar>
          </w:tcPr>
          <w:p w14:paraId="57978058" w14:textId="77777777" w:rsidR="00686453" w:rsidRPr="004E1E86" w:rsidRDefault="00D95FB4">
            <w:pPr>
              <w:rPr>
                <w:szCs w:val="24"/>
              </w:rPr>
            </w:pPr>
            <w:r w:rsidRPr="004E1E86">
              <w:rPr>
                <w:b/>
                <w:color w:val="015A41"/>
                <w:szCs w:val="24"/>
              </w:rPr>
              <w:t>Immediate life-safety actions</w:t>
            </w:r>
          </w:p>
        </w:tc>
        <w:tc>
          <w:tcPr>
            <w:tcW w:w="5119" w:type="dxa"/>
            <w:shd w:val="clear" w:color="auto" w:fill="FFFFFF"/>
            <w:tcMar>
              <w:top w:w="80" w:type="dxa"/>
              <w:left w:w="90" w:type="dxa"/>
              <w:bottom w:w="80" w:type="dxa"/>
              <w:right w:w="90" w:type="dxa"/>
            </w:tcMar>
          </w:tcPr>
          <w:p w14:paraId="6A239652" w14:textId="77777777" w:rsidR="00686453" w:rsidRPr="004E1E86" w:rsidRDefault="00D95FB4">
            <w:pPr>
              <w:rPr>
                <w:szCs w:val="24"/>
              </w:rPr>
            </w:pPr>
            <w:r w:rsidRPr="004E1E86">
              <w:rPr>
                <w:i/>
                <w:color w:val="66706B"/>
                <w:szCs w:val="24"/>
              </w:rPr>
              <w:t>&lt;Insert&gt;</w:t>
            </w:r>
          </w:p>
        </w:tc>
      </w:tr>
      <w:tr w:rsidR="00686453" w:rsidRPr="004E1E86" w14:paraId="70169850" w14:textId="77777777" w:rsidTr="004E1E86">
        <w:trPr>
          <w:cantSplit/>
          <w:jc w:val="center"/>
        </w:trPr>
        <w:tc>
          <w:tcPr>
            <w:tcW w:w="5321" w:type="dxa"/>
            <w:shd w:val="clear" w:color="auto" w:fill="EAF3EF"/>
            <w:tcMar>
              <w:top w:w="80" w:type="dxa"/>
              <w:left w:w="90" w:type="dxa"/>
              <w:bottom w:w="80" w:type="dxa"/>
              <w:right w:w="90" w:type="dxa"/>
            </w:tcMar>
          </w:tcPr>
          <w:p w14:paraId="34D9A725" w14:textId="77777777" w:rsidR="00686453" w:rsidRPr="004E1E86" w:rsidRDefault="00D95FB4">
            <w:pPr>
              <w:rPr>
                <w:szCs w:val="24"/>
              </w:rPr>
            </w:pPr>
            <w:r w:rsidRPr="004E1E86">
              <w:rPr>
                <w:b/>
                <w:color w:val="015A41"/>
                <w:szCs w:val="24"/>
              </w:rPr>
              <w:t>Resident care / treatment priorities</w:t>
            </w:r>
          </w:p>
        </w:tc>
        <w:tc>
          <w:tcPr>
            <w:tcW w:w="5119" w:type="dxa"/>
            <w:shd w:val="clear" w:color="auto" w:fill="FFFFFF"/>
            <w:tcMar>
              <w:top w:w="80" w:type="dxa"/>
              <w:left w:w="90" w:type="dxa"/>
              <w:bottom w:w="80" w:type="dxa"/>
              <w:right w:w="90" w:type="dxa"/>
            </w:tcMar>
          </w:tcPr>
          <w:p w14:paraId="1CEDF682" w14:textId="77777777" w:rsidR="00686453" w:rsidRPr="004E1E86" w:rsidRDefault="00D95FB4">
            <w:pPr>
              <w:rPr>
                <w:szCs w:val="24"/>
              </w:rPr>
            </w:pPr>
            <w:r w:rsidRPr="004E1E86">
              <w:rPr>
                <w:i/>
                <w:color w:val="66706B"/>
                <w:szCs w:val="24"/>
              </w:rPr>
              <w:t>&lt;Insert&gt;</w:t>
            </w:r>
          </w:p>
        </w:tc>
      </w:tr>
      <w:tr w:rsidR="00686453" w:rsidRPr="004E1E86" w14:paraId="0C1E0A6B" w14:textId="77777777" w:rsidTr="004E1E86">
        <w:trPr>
          <w:cantSplit/>
          <w:jc w:val="center"/>
        </w:trPr>
        <w:tc>
          <w:tcPr>
            <w:tcW w:w="5321" w:type="dxa"/>
            <w:shd w:val="clear" w:color="auto" w:fill="F7FAF8"/>
            <w:tcMar>
              <w:top w:w="80" w:type="dxa"/>
              <w:left w:w="90" w:type="dxa"/>
              <w:bottom w:w="80" w:type="dxa"/>
              <w:right w:w="90" w:type="dxa"/>
            </w:tcMar>
          </w:tcPr>
          <w:p w14:paraId="2DDE3305" w14:textId="77777777" w:rsidR="00686453" w:rsidRPr="004E1E86" w:rsidRDefault="00D95FB4">
            <w:pPr>
              <w:rPr>
                <w:szCs w:val="24"/>
              </w:rPr>
            </w:pPr>
            <w:r w:rsidRPr="004E1E86">
              <w:rPr>
                <w:b/>
                <w:color w:val="015A41"/>
                <w:szCs w:val="24"/>
              </w:rPr>
              <w:t>Staffing actions</w:t>
            </w:r>
          </w:p>
        </w:tc>
        <w:tc>
          <w:tcPr>
            <w:tcW w:w="5119" w:type="dxa"/>
            <w:shd w:val="clear" w:color="auto" w:fill="FFFFFF"/>
            <w:tcMar>
              <w:top w:w="80" w:type="dxa"/>
              <w:left w:w="90" w:type="dxa"/>
              <w:bottom w:w="80" w:type="dxa"/>
              <w:right w:w="90" w:type="dxa"/>
            </w:tcMar>
          </w:tcPr>
          <w:p w14:paraId="40580754" w14:textId="77777777" w:rsidR="00686453" w:rsidRPr="004E1E86" w:rsidRDefault="00D95FB4">
            <w:pPr>
              <w:rPr>
                <w:szCs w:val="24"/>
              </w:rPr>
            </w:pPr>
            <w:r w:rsidRPr="004E1E86">
              <w:rPr>
                <w:i/>
                <w:color w:val="66706B"/>
                <w:szCs w:val="24"/>
              </w:rPr>
              <w:t>&lt;Insert&gt;</w:t>
            </w:r>
          </w:p>
        </w:tc>
      </w:tr>
      <w:tr w:rsidR="00686453" w:rsidRPr="004E1E86" w14:paraId="060E354A" w14:textId="77777777" w:rsidTr="004E1E86">
        <w:trPr>
          <w:cantSplit/>
          <w:jc w:val="center"/>
        </w:trPr>
        <w:tc>
          <w:tcPr>
            <w:tcW w:w="5321" w:type="dxa"/>
            <w:shd w:val="clear" w:color="auto" w:fill="EAF3EF"/>
            <w:tcMar>
              <w:top w:w="80" w:type="dxa"/>
              <w:left w:w="90" w:type="dxa"/>
              <w:bottom w:w="80" w:type="dxa"/>
              <w:right w:w="90" w:type="dxa"/>
            </w:tcMar>
          </w:tcPr>
          <w:p w14:paraId="778269BC" w14:textId="77777777" w:rsidR="00686453" w:rsidRPr="004E1E86" w:rsidRDefault="00D95FB4">
            <w:pPr>
              <w:rPr>
                <w:szCs w:val="24"/>
              </w:rPr>
            </w:pPr>
            <w:r w:rsidRPr="004E1E86">
              <w:rPr>
                <w:b/>
                <w:color w:val="015A41"/>
                <w:szCs w:val="24"/>
              </w:rPr>
              <w:t>Utility / resource considerations</w:t>
            </w:r>
          </w:p>
        </w:tc>
        <w:tc>
          <w:tcPr>
            <w:tcW w:w="5119" w:type="dxa"/>
            <w:shd w:val="clear" w:color="auto" w:fill="FFFFFF"/>
            <w:tcMar>
              <w:top w:w="80" w:type="dxa"/>
              <w:left w:w="90" w:type="dxa"/>
              <w:bottom w:w="80" w:type="dxa"/>
              <w:right w:w="90" w:type="dxa"/>
            </w:tcMar>
          </w:tcPr>
          <w:p w14:paraId="611F3A58" w14:textId="77777777" w:rsidR="00686453" w:rsidRPr="004E1E86" w:rsidRDefault="00D95FB4">
            <w:pPr>
              <w:rPr>
                <w:szCs w:val="24"/>
              </w:rPr>
            </w:pPr>
            <w:r w:rsidRPr="004E1E86">
              <w:rPr>
                <w:i/>
                <w:color w:val="66706B"/>
                <w:szCs w:val="24"/>
              </w:rPr>
              <w:t>&lt;Insert&gt;</w:t>
            </w:r>
          </w:p>
        </w:tc>
      </w:tr>
      <w:tr w:rsidR="00686453" w:rsidRPr="004E1E86" w14:paraId="7B250395" w14:textId="77777777" w:rsidTr="004E1E86">
        <w:trPr>
          <w:cantSplit/>
          <w:jc w:val="center"/>
        </w:trPr>
        <w:tc>
          <w:tcPr>
            <w:tcW w:w="5321" w:type="dxa"/>
            <w:shd w:val="clear" w:color="auto" w:fill="F7FAF8"/>
            <w:tcMar>
              <w:top w:w="80" w:type="dxa"/>
              <w:left w:w="90" w:type="dxa"/>
              <w:bottom w:w="80" w:type="dxa"/>
              <w:right w:w="90" w:type="dxa"/>
            </w:tcMar>
          </w:tcPr>
          <w:p w14:paraId="6A1EF9E6" w14:textId="77777777" w:rsidR="00686453" w:rsidRPr="004E1E86" w:rsidRDefault="00D95FB4">
            <w:pPr>
              <w:rPr>
                <w:szCs w:val="24"/>
              </w:rPr>
            </w:pPr>
            <w:r w:rsidRPr="004E1E86">
              <w:rPr>
                <w:b/>
                <w:color w:val="015A41"/>
                <w:szCs w:val="24"/>
              </w:rPr>
              <w:t>Communication / reporting</w:t>
            </w:r>
          </w:p>
        </w:tc>
        <w:tc>
          <w:tcPr>
            <w:tcW w:w="5119" w:type="dxa"/>
            <w:shd w:val="clear" w:color="auto" w:fill="FFFFFF"/>
            <w:tcMar>
              <w:top w:w="80" w:type="dxa"/>
              <w:left w:w="90" w:type="dxa"/>
              <w:bottom w:w="80" w:type="dxa"/>
              <w:right w:w="90" w:type="dxa"/>
            </w:tcMar>
          </w:tcPr>
          <w:p w14:paraId="4165D83A" w14:textId="77777777" w:rsidR="00686453" w:rsidRPr="004E1E86" w:rsidRDefault="00D95FB4">
            <w:pPr>
              <w:rPr>
                <w:szCs w:val="24"/>
              </w:rPr>
            </w:pPr>
            <w:r w:rsidRPr="004E1E86">
              <w:rPr>
                <w:i/>
                <w:color w:val="66706B"/>
                <w:szCs w:val="24"/>
              </w:rPr>
              <w:t>&lt;Insert&gt;</w:t>
            </w:r>
          </w:p>
        </w:tc>
      </w:tr>
      <w:tr w:rsidR="00686453" w:rsidRPr="004E1E86" w14:paraId="17E903D9" w14:textId="77777777" w:rsidTr="004E1E86">
        <w:trPr>
          <w:cantSplit/>
          <w:jc w:val="center"/>
        </w:trPr>
        <w:tc>
          <w:tcPr>
            <w:tcW w:w="5321" w:type="dxa"/>
            <w:shd w:val="clear" w:color="auto" w:fill="EAF3EF"/>
            <w:tcMar>
              <w:top w:w="80" w:type="dxa"/>
              <w:left w:w="90" w:type="dxa"/>
              <w:bottom w:w="80" w:type="dxa"/>
              <w:right w:w="90" w:type="dxa"/>
            </w:tcMar>
          </w:tcPr>
          <w:p w14:paraId="56075527" w14:textId="77777777" w:rsidR="00686453" w:rsidRPr="004E1E86" w:rsidRDefault="00D95FB4">
            <w:pPr>
              <w:rPr>
                <w:szCs w:val="24"/>
              </w:rPr>
            </w:pPr>
            <w:r w:rsidRPr="004E1E86">
              <w:rPr>
                <w:b/>
                <w:color w:val="015A41"/>
                <w:szCs w:val="24"/>
              </w:rPr>
              <w:t>Evacuation / shelter implications</w:t>
            </w:r>
          </w:p>
        </w:tc>
        <w:tc>
          <w:tcPr>
            <w:tcW w:w="5119" w:type="dxa"/>
            <w:shd w:val="clear" w:color="auto" w:fill="FFFFFF"/>
            <w:tcMar>
              <w:top w:w="80" w:type="dxa"/>
              <w:left w:w="90" w:type="dxa"/>
              <w:bottom w:w="80" w:type="dxa"/>
              <w:right w:w="90" w:type="dxa"/>
            </w:tcMar>
          </w:tcPr>
          <w:p w14:paraId="725A93E7" w14:textId="77777777" w:rsidR="00686453" w:rsidRPr="004E1E86" w:rsidRDefault="00D95FB4">
            <w:pPr>
              <w:rPr>
                <w:szCs w:val="24"/>
              </w:rPr>
            </w:pPr>
            <w:r w:rsidRPr="004E1E86">
              <w:rPr>
                <w:i/>
                <w:color w:val="66706B"/>
                <w:szCs w:val="24"/>
              </w:rPr>
              <w:t>&lt;Insert&gt;</w:t>
            </w:r>
          </w:p>
        </w:tc>
      </w:tr>
      <w:tr w:rsidR="00686453" w:rsidRPr="004E1E86" w14:paraId="2AC30D8B" w14:textId="77777777" w:rsidTr="004E1E86">
        <w:trPr>
          <w:cantSplit/>
          <w:jc w:val="center"/>
        </w:trPr>
        <w:tc>
          <w:tcPr>
            <w:tcW w:w="5321" w:type="dxa"/>
            <w:shd w:val="clear" w:color="auto" w:fill="F7FAF8"/>
            <w:tcMar>
              <w:top w:w="80" w:type="dxa"/>
              <w:left w:w="90" w:type="dxa"/>
              <w:bottom w:w="80" w:type="dxa"/>
              <w:right w:w="90" w:type="dxa"/>
            </w:tcMar>
          </w:tcPr>
          <w:p w14:paraId="61456A48" w14:textId="77777777" w:rsidR="00686453" w:rsidRPr="004E1E86" w:rsidRDefault="00D95FB4">
            <w:pPr>
              <w:rPr>
                <w:szCs w:val="24"/>
              </w:rPr>
            </w:pPr>
            <w:r w:rsidRPr="004E1E86">
              <w:rPr>
                <w:b/>
                <w:color w:val="015A41"/>
                <w:szCs w:val="24"/>
              </w:rPr>
              <w:t>External partners</w:t>
            </w:r>
          </w:p>
        </w:tc>
        <w:tc>
          <w:tcPr>
            <w:tcW w:w="5119" w:type="dxa"/>
            <w:shd w:val="clear" w:color="auto" w:fill="FFFFFF"/>
            <w:tcMar>
              <w:top w:w="80" w:type="dxa"/>
              <w:left w:w="90" w:type="dxa"/>
              <w:bottom w:w="80" w:type="dxa"/>
              <w:right w:w="90" w:type="dxa"/>
            </w:tcMar>
          </w:tcPr>
          <w:p w14:paraId="3F0B2CD0" w14:textId="77777777" w:rsidR="00686453" w:rsidRPr="004E1E86" w:rsidRDefault="00D95FB4">
            <w:pPr>
              <w:rPr>
                <w:szCs w:val="24"/>
              </w:rPr>
            </w:pPr>
            <w:r w:rsidRPr="004E1E86">
              <w:rPr>
                <w:i/>
                <w:color w:val="66706B"/>
                <w:szCs w:val="24"/>
              </w:rPr>
              <w:t>&lt;Insert&gt;</w:t>
            </w:r>
          </w:p>
        </w:tc>
      </w:tr>
      <w:tr w:rsidR="00686453" w:rsidRPr="004E1E86" w14:paraId="17447B76" w14:textId="77777777" w:rsidTr="004E1E86">
        <w:trPr>
          <w:cantSplit/>
          <w:jc w:val="center"/>
        </w:trPr>
        <w:tc>
          <w:tcPr>
            <w:tcW w:w="5321" w:type="dxa"/>
            <w:shd w:val="clear" w:color="auto" w:fill="EAF3EF"/>
            <w:tcMar>
              <w:top w:w="80" w:type="dxa"/>
              <w:left w:w="90" w:type="dxa"/>
              <w:bottom w:w="80" w:type="dxa"/>
              <w:right w:w="90" w:type="dxa"/>
            </w:tcMar>
          </w:tcPr>
          <w:p w14:paraId="17EB4924" w14:textId="77777777" w:rsidR="00686453" w:rsidRPr="004E1E86" w:rsidRDefault="00D95FB4">
            <w:pPr>
              <w:rPr>
                <w:szCs w:val="24"/>
              </w:rPr>
            </w:pPr>
            <w:r w:rsidRPr="004E1E86">
              <w:rPr>
                <w:b/>
                <w:color w:val="015A41"/>
                <w:szCs w:val="24"/>
              </w:rPr>
              <w:t>Recovery / return-to-normal criteria</w:t>
            </w:r>
          </w:p>
        </w:tc>
        <w:tc>
          <w:tcPr>
            <w:tcW w:w="5119" w:type="dxa"/>
            <w:shd w:val="clear" w:color="auto" w:fill="FFFFFF"/>
            <w:tcMar>
              <w:top w:w="80" w:type="dxa"/>
              <w:left w:w="90" w:type="dxa"/>
              <w:bottom w:w="80" w:type="dxa"/>
              <w:right w:w="90" w:type="dxa"/>
            </w:tcMar>
          </w:tcPr>
          <w:p w14:paraId="3861B408" w14:textId="77777777" w:rsidR="00686453" w:rsidRPr="004E1E86" w:rsidRDefault="00D95FB4">
            <w:pPr>
              <w:rPr>
                <w:szCs w:val="24"/>
              </w:rPr>
            </w:pPr>
            <w:r w:rsidRPr="004E1E86">
              <w:rPr>
                <w:i/>
                <w:color w:val="66706B"/>
                <w:szCs w:val="24"/>
              </w:rPr>
              <w:t>&lt;Insert&gt;</w:t>
            </w:r>
          </w:p>
        </w:tc>
      </w:tr>
      <w:tr w:rsidR="00686453" w:rsidRPr="004E1E86" w14:paraId="7BA67453" w14:textId="77777777" w:rsidTr="004E1E86">
        <w:trPr>
          <w:cantSplit/>
          <w:jc w:val="center"/>
        </w:trPr>
        <w:tc>
          <w:tcPr>
            <w:tcW w:w="5321" w:type="dxa"/>
            <w:shd w:val="clear" w:color="auto" w:fill="F7FAF8"/>
            <w:tcMar>
              <w:top w:w="80" w:type="dxa"/>
              <w:left w:w="90" w:type="dxa"/>
              <w:bottom w:w="80" w:type="dxa"/>
              <w:right w:w="90" w:type="dxa"/>
            </w:tcMar>
          </w:tcPr>
          <w:p w14:paraId="39412E91" w14:textId="77777777" w:rsidR="00686453" w:rsidRPr="004E1E86" w:rsidRDefault="00D95FB4">
            <w:pPr>
              <w:rPr>
                <w:szCs w:val="24"/>
              </w:rPr>
            </w:pPr>
            <w:r w:rsidRPr="004E1E86">
              <w:rPr>
                <w:b/>
                <w:color w:val="015A41"/>
                <w:szCs w:val="24"/>
              </w:rPr>
              <w:t>Required documentation / AAR</w:t>
            </w:r>
          </w:p>
        </w:tc>
        <w:tc>
          <w:tcPr>
            <w:tcW w:w="5119" w:type="dxa"/>
            <w:shd w:val="clear" w:color="auto" w:fill="FFFFFF"/>
            <w:tcMar>
              <w:top w:w="80" w:type="dxa"/>
              <w:left w:w="90" w:type="dxa"/>
              <w:bottom w:w="80" w:type="dxa"/>
              <w:right w:w="90" w:type="dxa"/>
            </w:tcMar>
          </w:tcPr>
          <w:p w14:paraId="14A43C35" w14:textId="77777777" w:rsidR="00686453" w:rsidRPr="004E1E86" w:rsidRDefault="00D95FB4">
            <w:pPr>
              <w:rPr>
                <w:szCs w:val="24"/>
              </w:rPr>
            </w:pPr>
            <w:r w:rsidRPr="004E1E86">
              <w:rPr>
                <w:i/>
                <w:color w:val="66706B"/>
                <w:szCs w:val="24"/>
              </w:rPr>
              <w:t>&lt;Insert&gt;</w:t>
            </w:r>
          </w:p>
        </w:tc>
      </w:tr>
    </w:tbl>
    <w:p w14:paraId="3BC98166" w14:textId="77777777" w:rsidR="00686453" w:rsidRDefault="00686453">
      <w:pPr>
        <w:spacing w:after="0"/>
      </w:pPr>
    </w:p>
    <w:p w14:paraId="3C75F99A" w14:textId="77777777" w:rsidR="00686453" w:rsidRDefault="00D95FB4">
      <w:pPr>
        <w:pStyle w:val="Heading2"/>
        <w:spacing w:before="120" w:after="80"/>
      </w:pPr>
      <w:r>
        <w:rPr>
          <w:rFonts w:ascii="Arial" w:eastAsia="Arial" w:hAnsi="Arial"/>
        </w:rPr>
        <w:t>Hazard-Specific Procedures / Notes</w:t>
      </w:r>
    </w:p>
    <w:p w14:paraId="14F550BB" w14:textId="77777777" w:rsidR="00686453" w:rsidRDefault="00D95FB4">
      <w:pPr>
        <w:spacing w:after="120"/>
      </w:pPr>
      <w:r>
        <w:rPr>
          <w:color w:val="C8CECB"/>
          <w:sz w:val="16"/>
        </w:rPr>
        <w:t>________________________________________________________________________________</w:t>
      </w:r>
    </w:p>
    <w:p w14:paraId="2226C9DC" w14:textId="77777777" w:rsidR="00686453" w:rsidRDefault="00D95FB4">
      <w:pPr>
        <w:spacing w:after="120"/>
      </w:pPr>
      <w:r>
        <w:rPr>
          <w:color w:val="C8CECB"/>
          <w:sz w:val="16"/>
        </w:rPr>
        <w:t>________________________________________________________________________________</w:t>
      </w:r>
    </w:p>
    <w:p w14:paraId="451AD20A" w14:textId="77777777" w:rsidR="00686453" w:rsidRDefault="00D95FB4">
      <w:pPr>
        <w:spacing w:after="120"/>
      </w:pPr>
      <w:r>
        <w:rPr>
          <w:color w:val="C8CECB"/>
          <w:sz w:val="16"/>
        </w:rPr>
        <w:t>________________________________________________________________________________</w:t>
      </w:r>
    </w:p>
    <w:p w14:paraId="30F8B0A9" w14:textId="77777777" w:rsidR="00686453" w:rsidRDefault="00D95FB4">
      <w:pPr>
        <w:spacing w:after="120"/>
      </w:pPr>
      <w:r>
        <w:rPr>
          <w:color w:val="C8CECB"/>
          <w:sz w:val="16"/>
        </w:rPr>
        <w:t>________________________________________________________________________________</w:t>
      </w:r>
    </w:p>
    <w:p w14:paraId="4F9E13DE" w14:textId="77777777" w:rsidR="00686453" w:rsidRDefault="00D95FB4">
      <w:pPr>
        <w:spacing w:after="120"/>
      </w:pPr>
      <w:r>
        <w:rPr>
          <w:color w:val="C8CECB"/>
          <w:sz w:val="16"/>
        </w:rPr>
        <w:t>________________________________________________________________________________</w:t>
      </w:r>
    </w:p>
    <w:p w14:paraId="7E6D08A2" w14:textId="77777777" w:rsidR="00686453" w:rsidRDefault="00D95FB4">
      <w:r>
        <w:br w:type="page"/>
      </w:r>
    </w:p>
    <w:p w14:paraId="37F118A7" w14:textId="77777777" w:rsidR="00686453" w:rsidRDefault="00D95FB4">
      <w:pPr>
        <w:pStyle w:val="Heading1"/>
        <w:pBdr>
          <w:bottom w:val="single" w:sz="14" w:space="5" w:color="E63B07"/>
        </w:pBdr>
        <w:spacing w:before="140" w:after="140"/>
      </w:pPr>
      <w:r>
        <w:rPr>
          <w:rFonts w:ascii="Arial" w:eastAsia="Arial" w:hAnsi="Arial"/>
        </w:rPr>
        <w:lastRenderedPageBreak/>
        <w:t>APPENDIX B - EXTENDED POWER / HEAT FAILURE</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14:paraId="6724278E" w14:textId="77777777">
        <w:trPr>
          <w:jc w:val="center"/>
        </w:trPr>
        <w:tc>
          <w:tcPr>
            <w:tcW w:w="10282" w:type="dxa"/>
            <w:shd w:val="clear" w:color="auto" w:fill="FCEFE9"/>
            <w:tcMar>
              <w:top w:w="100" w:type="dxa"/>
              <w:left w:w="130" w:type="dxa"/>
              <w:bottom w:w="100" w:type="dxa"/>
              <w:right w:w="130" w:type="dxa"/>
            </w:tcMar>
          </w:tcPr>
          <w:p w14:paraId="374B846D" w14:textId="77777777" w:rsidR="00686453" w:rsidRPr="004E1E86" w:rsidRDefault="00D95FB4">
            <w:pPr>
              <w:spacing w:after="0"/>
              <w:rPr>
                <w:sz w:val="20"/>
                <w:szCs w:val="20"/>
              </w:rPr>
            </w:pPr>
            <w:r w:rsidRPr="004E1E86">
              <w:rPr>
                <w:b/>
                <w:color w:val="E63B07"/>
                <w:sz w:val="20"/>
                <w:szCs w:val="20"/>
              </w:rPr>
              <w:t xml:space="preserve">REGULATORY </w:t>
            </w:r>
            <w:proofErr w:type="gramStart"/>
            <w:r w:rsidRPr="004E1E86">
              <w:rPr>
                <w:b/>
                <w:color w:val="E63B07"/>
                <w:sz w:val="20"/>
                <w:szCs w:val="20"/>
              </w:rPr>
              <w:t xml:space="preserve">CONNECTION  </w:t>
            </w:r>
            <w:r w:rsidRPr="004E1E86">
              <w:rPr>
                <w:sz w:val="20"/>
                <w:szCs w:val="20"/>
              </w:rPr>
              <w:t>CMS</w:t>
            </w:r>
            <w:proofErr w:type="gramEnd"/>
            <w:r w:rsidRPr="004E1E86">
              <w:rPr>
                <w:sz w:val="20"/>
                <w:szCs w:val="20"/>
              </w:rPr>
              <w:t xml:space="preserve"> requires alternate energy and emergency/standby power planning; Maine Chapter 110 specifies continuing emergency power for essential services and generator requirements.</w:t>
            </w:r>
          </w:p>
        </w:tc>
      </w:tr>
    </w:tbl>
    <w:p w14:paraId="710E6A3E" w14:textId="77777777" w:rsidR="00686453" w:rsidRDefault="00686453">
      <w:pPr>
        <w:spacing w:after="0"/>
      </w:pPr>
    </w:p>
    <w:tbl>
      <w:tblPr>
        <w:tblW w:w="1085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717"/>
      </w:tblGrid>
      <w:tr w:rsidR="00686453" w:rsidRPr="004E1E86" w14:paraId="71A5926D" w14:textId="77777777" w:rsidTr="004E1E86">
        <w:trPr>
          <w:tblHeader/>
          <w:jc w:val="center"/>
        </w:trPr>
        <w:tc>
          <w:tcPr>
            <w:tcW w:w="5141" w:type="dxa"/>
            <w:shd w:val="clear" w:color="auto" w:fill="015A41"/>
            <w:tcMar>
              <w:top w:w="80" w:type="dxa"/>
              <w:left w:w="90" w:type="dxa"/>
              <w:bottom w:w="80" w:type="dxa"/>
              <w:right w:w="90" w:type="dxa"/>
            </w:tcMar>
          </w:tcPr>
          <w:p w14:paraId="510ECFCC" w14:textId="77777777" w:rsidR="00686453" w:rsidRPr="004E1E86" w:rsidRDefault="00D95FB4">
            <w:pPr>
              <w:rPr>
                <w:szCs w:val="24"/>
              </w:rPr>
            </w:pPr>
            <w:r w:rsidRPr="004E1E86">
              <w:rPr>
                <w:b/>
                <w:color w:val="FFFFFF"/>
                <w:szCs w:val="24"/>
              </w:rPr>
              <w:t>Field</w:t>
            </w:r>
          </w:p>
        </w:tc>
        <w:tc>
          <w:tcPr>
            <w:tcW w:w="5717" w:type="dxa"/>
            <w:shd w:val="clear" w:color="auto" w:fill="015A41"/>
            <w:tcMar>
              <w:top w:w="80" w:type="dxa"/>
              <w:left w:w="90" w:type="dxa"/>
              <w:bottom w:w="80" w:type="dxa"/>
              <w:right w:w="90" w:type="dxa"/>
            </w:tcMar>
          </w:tcPr>
          <w:p w14:paraId="4046A7F1" w14:textId="77777777" w:rsidR="00686453" w:rsidRPr="004E1E86" w:rsidRDefault="00D95FB4">
            <w:pPr>
              <w:rPr>
                <w:szCs w:val="24"/>
              </w:rPr>
            </w:pPr>
            <w:r w:rsidRPr="004E1E86">
              <w:rPr>
                <w:b/>
                <w:color w:val="FFFFFF"/>
                <w:szCs w:val="24"/>
              </w:rPr>
              <w:t>Facility Entry</w:t>
            </w:r>
          </w:p>
        </w:tc>
      </w:tr>
      <w:tr w:rsidR="00686453" w:rsidRPr="004E1E86" w14:paraId="3F37AC4F" w14:textId="77777777" w:rsidTr="004E1E86">
        <w:trPr>
          <w:cantSplit/>
          <w:jc w:val="center"/>
        </w:trPr>
        <w:tc>
          <w:tcPr>
            <w:tcW w:w="5141" w:type="dxa"/>
            <w:shd w:val="clear" w:color="auto" w:fill="EAF3EF"/>
            <w:tcMar>
              <w:top w:w="80" w:type="dxa"/>
              <w:left w:w="90" w:type="dxa"/>
              <w:bottom w:w="80" w:type="dxa"/>
              <w:right w:w="90" w:type="dxa"/>
            </w:tcMar>
          </w:tcPr>
          <w:p w14:paraId="77EF638B" w14:textId="77777777" w:rsidR="00686453" w:rsidRPr="004E1E86" w:rsidRDefault="00D95FB4">
            <w:pPr>
              <w:rPr>
                <w:szCs w:val="24"/>
              </w:rPr>
            </w:pPr>
            <w:r w:rsidRPr="004E1E86">
              <w:rPr>
                <w:b/>
                <w:color w:val="015A41"/>
                <w:szCs w:val="24"/>
              </w:rPr>
              <w:t>Risk / HVA rating</w:t>
            </w:r>
          </w:p>
        </w:tc>
        <w:tc>
          <w:tcPr>
            <w:tcW w:w="5717" w:type="dxa"/>
            <w:shd w:val="clear" w:color="auto" w:fill="FFFFFF"/>
            <w:tcMar>
              <w:top w:w="80" w:type="dxa"/>
              <w:left w:w="90" w:type="dxa"/>
              <w:bottom w:w="80" w:type="dxa"/>
              <w:right w:w="90" w:type="dxa"/>
            </w:tcMar>
          </w:tcPr>
          <w:p w14:paraId="35CAC6C1" w14:textId="77777777" w:rsidR="00686453" w:rsidRPr="004E1E86" w:rsidRDefault="00D95FB4">
            <w:pPr>
              <w:rPr>
                <w:szCs w:val="24"/>
              </w:rPr>
            </w:pPr>
            <w:r w:rsidRPr="004E1E86">
              <w:rPr>
                <w:i/>
                <w:color w:val="66706B"/>
                <w:szCs w:val="24"/>
              </w:rPr>
              <w:t>&lt;Insert&gt;</w:t>
            </w:r>
          </w:p>
        </w:tc>
      </w:tr>
      <w:tr w:rsidR="00686453" w:rsidRPr="004E1E86" w14:paraId="088E6AB0" w14:textId="77777777" w:rsidTr="004E1E86">
        <w:trPr>
          <w:cantSplit/>
          <w:jc w:val="center"/>
        </w:trPr>
        <w:tc>
          <w:tcPr>
            <w:tcW w:w="5141" w:type="dxa"/>
            <w:shd w:val="clear" w:color="auto" w:fill="F7FAF8"/>
            <w:tcMar>
              <w:top w:w="80" w:type="dxa"/>
              <w:left w:w="90" w:type="dxa"/>
              <w:bottom w:w="80" w:type="dxa"/>
              <w:right w:w="90" w:type="dxa"/>
            </w:tcMar>
          </w:tcPr>
          <w:p w14:paraId="55DA3681" w14:textId="77777777" w:rsidR="00686453" w:rsidRPr="004E1E86" w:rsidRDefault="00D95FB4">
            <w:pPr>
              <w:rPr>
                <w:szCs w:val="24"/>
              </w:rPr>
            </w:pPr>
            <w:r w:rsidRPr="004E1E86">
              <w:rPr>
                <w:b/>
                <w:color w:val="015A41"/>
                <w:szCs w:val="24"/>
              </w:rPr>
              <w:t>Primary activation triggers</w:t>
            </w:r>
          </w:p>
        </w:tc>
        <w:tc>
          <w:tcPr>
            <w:tcW w:w="5717" w:type="dxa"/>
            <w:shd w:val="clear" w:color="auto" w:fill="FFFFFF"/>
            <w:tcMar>
              <w:top w:w="80" w:type="dxa"/>
              <w:left w:w="90" w:type="dxa"/>
              <w:bottom w:w="80" w:type="dxa"/>
              <w:right w:w="90" w:type="dxa"/>
            </w:tcMar>
          </w:tcPr>
          <w:p w14:paraId="2F69CA9B" w14:textId="77777777" w:rsidR="00686453" w:rsidRPr="004E1E86" w:rsidRDefault="00D95FB4">
            <w:pPr>
              <w:rPr>
                <w:szCs w:val="24"/>
              </w:rPr>
            </w:pPr>
            <w:r w:rsidRPr="004E1E86">
              <w:rPr>
                <w:i/>
                <w:color w:val="66706B"/>
                <w:szCs w:val="24"/>
              </w:rPr>
              <w:t>&lt;Insert&gt;</w:t>
            </w:r>
          </w:p>
        </w:tc>
      </w:tr>
      <w:tr w:rsidR="00686453" w:rsidRPr="004E1E86" w14:paraId="7DF94B51" w14:textId="77777777" w:rsidTr="004E1E86">
        <w:trPr>
          <w:cantSplit/>
          <w:jc w:val="center"/>
        </w:trPr>
        <w:tc>
          <w:tcPr>
            <w:tcW w:w="5141" w:type="dxa"/>
            <w:shd w:val="clear" w:color="auto" w:fill="EAF3EF"/>
            <w:tcMar>
              <w:top w:w="80" w:type="dxa"/>
              <w:left w:w="90" w:type="dxa"/>
              <w:bottom w:w="80" w:type="dxa"/>
              <w:right w:w="90" w:type="dxa"/>
            </w:tcMar>
          </w:tcPr>
          <w:p w14:paraId="5A9F9543" w14:textId="77777777" w:rsidR="00686453" w:rsidRPr="004E1E86" w:rsidRDefault="00D95FB4">
            <w:pPr>
              <w:rPr>
                <w:szCs w:val="24"/>
              </w:rPr>
            </w:pPr>
            <w:r w:rsidRPr="004E1E86">
              <w:rPr>
                <w:b/>
                <w:color w:val="015A41"/>
                <w:szCs w:val="24"/>
              </w:rPr>
              <w:t>Decision authority</w:t>
            </w:r>
          </w:p>
        </w:tc>
        <w:tc>
          <w:tcPr>
            <w:tcW w:w="5717" w:type="dxa"/>
            <w:shd w:val="clear" w:color="auto" w:fill="FFFFFF"/>
            <w:tcMar>
              <w:top w:w="80" w:type="dxa"/>
              <w:left w:w="90" w:type="dxa"/>
              <w:bottom w:w="80" w:type="dxa"/>
              <w:right w:w="90" w:type="dxa"/>
            </w:tcMar>
          </w:tcPr>
          <w:p w14:paraId="372E1570" w14:textId="77777777" w:rsidR="00686453" w:rsidRPr="004E1E86" w:rsidRDefault="00D95FB4">
            <w:pPr>
              <w:rPr>
                <w:szCs w:val="24"/>
              </w:rPr>
            </w:pPr>
            <w:r w:rsidRPr="004E1E86">
              <w:rPr>
                <w:i/>
                <w:color w:val="66706B"/>
                <w:szCs w:val="24"/>
              </w:rPr>
              <w:t>&lt;Insert&gt;</w:t>
            </w:r>
          </w:p>
        </w:tc>
      </w:tr>
      <w:tr w:rsidR="00686453" w:rsidRPr="004E1E86" w14:paraId="5C185A11" w14:textId="77777777" w:rsidTr="004E1E86">
        <w:trPr>
          <w:cantSplit/>
          <w:jc w:val="center"/>
        </w:trPr>
        <w:tc>
          <w:tcPr>
            <w:tcW w:w="5141" w:type="dxa"/>
            <w:shd w:val="clear" w:color="auto" w:fill="F7FAF8"/>
            <w:tcMar>
              <w:top w:w="80" w:type="dxa"/>
              <w:left w:w="90" w:type="dxa"/>
              <w:bottom w:w="80" w:type="dxa"/>
              <w:right w:w="90" w:type="dxa"/>
            </w:tcMar>
          </w:tcPr>
          <w:p w14:paraId="5FCB5643" w14:textId="77777777" w:rsidR="00686453" w:rsidRPr="004E1E86" w:rsidRDefault="00D95FB4">
            <w:pPr>
              <w:rPr>
                <w:szCs w:val="24"/>
              </w:rPr>
            </w:pPr>
            <w:r w:rsidRPr="004E1E86">
              <w:rPr>
                <w:b/>
                <w:color w:val="015A41"/>
                <w:szCs w:val="24"/>
              </w:rPr>
              <w:t>Immediate life-safety actions</w:t>
            </w:r>
          </w:p>
        </w:tc>
        <w:tc>
          <w:tcPr>
            <w:tcW w:w="5717" w:type="dxa"/>
            <w:shd w:val="clear" w:color="auto" w:fill="FFFFFF"/>
            <w:tcMar>
              <w:top w:w="80" w:type="dxa"/>
              <w:left w:w="90" w:type="dxa"/>
              <w:bottom w:w="80" w:type="dxa"/>
              <w:right w:w="90" w:type="dxa"/>
            </w:tcMar>
          </w:tcPr>
          <w:p w14:paraId="16B941A7" w14:textId="77777777" w:rsidR="00686453" w:rsidRPr="004E1E86" w:rsidRDefault="00D95FB4">
            <w:pPr>
              <w:rPr>
                <w:szCs w:val="24"/>
              </w:rPr>
            </w:pPr>
            <w:r w:rsidRPr="004E1E86">
              <w:rPr>
                <w:i/>
                <w:color w:val="66706B"/>
                <w:szCs w:val="24"/>
              </w:rPr>
              <w:t>&lt;Insert&gt;</w:t>
            </w:r>
          </w:p>
        </w:tc>
      </w:tr>
      <w:tr w:rsidR="00686453" w:rsidRPr="004E1E86" w14:paraId="36DB0F3B" w14:textId="77777777" w:rsidTr="004E1E86">
        <w:trPr>
          <w:cantSplit/>
          <w:jc w:val="center"/>
        </w:trPr>
        <w:tc>
          <w:tcPr>
            <w:tcW w:w="5141" w:type="dxa"/>
            <w:shd w:val="clear" w:color="auto" w:fill="EAF3EF"/>
            <w:tcMar>
              <w:top w:w="80" w:type="dxa"/>
              <w:left w:w="90" w:type="dxa"/>
              <w:bottom w:w="80" w:type="dxa"/>
              <w:right w:w="90" w:type="dxa"/>
            </w:tcMar>
          </w:tcPr>
          <w:p w14:paraId="2D441312" w14:textId="77777777" w:rsidR="00686453" w:rsidRPr="004E1E86" w:rsidRDefault="00D95FB4">
            <w:pPr>
              <w:rPr>
                <w:szCs w:val="24"/>
              </w:rPr>
            </w:pPr>
            <w:r w:rsidRPr="004E1E86">
              <w:rPr>
                <w:b/>
                <w:color w:val="015A41"/>
                <w:szCs w:val="24"/>
              </w:rPr>
              <w:t>Resident care / treatment priorities</w:t>
            </w:r>
          </w:p>
        </w:tc>
        <w:tc>
          <w:tcPr>
            <w:tcW w:w="5717" w:type="dxa"/>
            <w:shd w:val="clear" w:color="auto" w:fill="FFFFFF"/>
            <w:tcMar>
              <w:top w:w="80" w:type="dxa"/>
              <w:left w:w="90" w:type="dxa"/>
              <w:bottom w:w="80" w:type="dxa"/>
              <w:right w:w="90" w:type="dxa"/>
            </w:tcMar>
          </w:tcPr>
          <w:p w14:paraId="279C6BAA" w14:textId="77777777" w:rsidR="00686453" w:rsidRPr="004E1E86" w:rsidRDefault="00D95FB4">
            <w:pPr>
              <w:rPr>
                <w:szCs w:val="24"/>
              </w:rPr>
            </w:pPr>
            <w:r w:rsidRPr="004E1E86">
              <w:rPr>
                <w:i/>
                <w:color w:val="66706B"/>
                <w:szCs w:val="24"/>
              </w:rPr>
              <w:t>&lt;Insert&gt;</w:t>
            </w:r>
          </w:p>
        </w:tc>
      </w:tr>
      <w:tr w:rsidR="00686453" w:rsidRPr="004E1E86" w14:paraId="7363E0E1" w14:textId="77777777" w:rsidTr="004E1E86">
        <w:trPr>
          <w:cantSplit/>
          <w:jc w:val="center"/>
        </w:trPr>
        <w:tc>
          <w:tcPr>
            <w:tcW w:w="5141" w:type="dxa"/>
            <w:shd w:val="clear" w:color="auto" w:fill="F7FAF8"/>
            <w:tcMar>
              <w:top w:w="80" w:type="dxa"/>
              <w:left w:w="90" w:type="dxa"/>
              <w:bottom w:w="80" w:type="dxa"/>
              <w:right w:w="90" w:type="dxa"/>
            </w:tcMar>
          </w:tcPr>
          <w:p w14:paraId="0CE4264D" w14:textId="77777777" w:rsidR="00686453" w:rsidRPr="004E1E86" w:rsidRDefault="00D95FB4">
            <w:pPr>
              <w:rPr>
                <w:szCs w:val="24"/>
              </w:rPr>
            </w:pPr>
            <w:r w:rsidRPr="004E1E86">
              <w:rPr>
                <w:b/>
                <w:color w:val="015A41"/>
                <w:szCs w:val="24"/>
              </w:rPr>
              <w:t>Staffing actions</w:t>
            </w:r>
          </w:p>
        </w:tc>
        <w:tc>
          <w:tcPr>
            <w:tcW w:w="5717" w:type="dxa"/>
            <w:shd w:val="clear" w:color="auto" w:fill="FFFFFF"/>
            <w:tcMar>
              <w:top w:w="80" w:type="dxa"/>
              <w:left w:w="90" w:type="dxa"/>
              <w:bottom w:w="80" w:type="dxa"/>
              <w:right w:w="90" w:type="dxa"/>
            </w:tcMar>
          </w:tcPr>
          <w:p w14:paraId="279DFF9D" w14:textId="77777777" w:rsidR="00686453" w:rsidRPr="004E1E86" w:rsidRDefault="00D95FB4">
            <w:pPr>
              <w:rPr>
                <w:szCs w:val="24"/>
              </w:rPr>
            </w:pPr>
            <w:r w:rsidRPr="004E1E86">
              <w:rPr>
                <w:i/>
                <w:color w:val="66706B"/>
                <w:szCs w:val="24"/>
              </w:rPr>
              <w:t>&lt;Insert&gt;</w:t>
            </w:r>
          </w:p>
        </w:tc>
      </w:tr>
      <w:tr w:rsidR="00686453" w:rsidRPr="004E1E86" w14:paraId="6794E027" w14:textId="77777777" w:rsidTr="004E1E86">
        <w:trPr>
          <w:cantSplit/>
          <w:jc w:val="center"/>
        </w:trPr>
        <w:tc>
          <w:tcPr>
            <w:tcW w:w="5141" w:type="dxa"/>
            <w:shd w:val="clear" w:color="auto" w:fill="EAF3EF"/>
            <w:tcMar>
              <w:top w:w="80" w:type="dxa"/>
              <w:left w:w="90" w:type="dxa"/>
              <w:bottom w:w="80" w:type="dxa"/>
              <w:right w:w="90" w:type="dxa"/>
            </w:tcMar>
          </w:tcPr>
          <w:p w14:paraId="59B71671" w14:textId="77777777" w:rsidR="00686453" w:rsidRPr="004E1E86" w:rsidRDefault="00D95FB4">
            <w:pPr>
              <w:rPr>
                <w:szCs w:val="24"/>
              </w:rPr>
            </w:pPr>
            <w:r w:rsidRPr="004E1E86">
              <w:rPr>
                <w:b/>
                <w:color w:val="015A41"/>
                <w:szCs w:val="24"/>
              </w:rPr>
              <w:t>Utility / resource considerations</w:t>
            </w:r>
          </w:p>
        </w:tc>
        <w:tc>
          <w:tcPr>
            <w:tcW w:w="5717" w:type="dxa"/>
            <w:shd w:val="clear" w:color="auto" w:fill="FFFFFF"/>
            <w:tcMar>
              <w:top w:w="80" w:type="dxa"/>
              <w:left w:w="90" w:type="dxa"/>
              <w:bottom w:w="80" w:type="dxa"/>
              <w:right w:w="90" w:type="dxa"/>
            </w:tcMar>
          </w:tcPr>
          <w:p w14:paraId="5FE4CCE2" w14:textId="77777777" w:rsidR="00686453" w:rsidRPr="004E1E86" w:rsidRDefault="00D95FB4">
            <w:pPr>
              <w:rPr>
                <w:szCs w:val="24"/>
              </w:rPr>
            </w:pPr>
            <w:r w:rsidRPr="004E1E86">
              <w:rPr>
                <w:i/>
                <w:color w:val="66706B"/>
                <w:szCs w:val="24"/>
              </w:rPr>
              <w:t>&lt;Insert&gt;</w:t>
            </w:r>
          </w:p>
        </w:tc>
      </w:tr>
      <w:tr w:rsidR="00686453" w:rsidRPr="004E1E86" w14:paraId="36E3B85C" w14:textId="77777777" w:rsidTr="004E1E86">
        <w:trPr>
          <w:cantSplit/>
          <w:jc w:val="center"/>
        </w:trPr>
        <w:tc>
          <w:tcPr>
            <w:tcW w:w="5141" w:type="dxa"/>
            <w:shd w:val="clear" w:color="auto" w:fill="F7FAF8"/>
            <w:tcMar>
              <w:top w:w="80" w:type="dxa"/>
              <w:left w:w="90" w:type="dxa"/>
              <w:bottom w:w="80" w:type="dxa"/>
              <w:right w:w="90" w:type="dxa"/>
            </w:tcMar>
          </w:tcPr>
          <w:p w14:paraId="55682124" w14:textId="77777777" w:rsidR="00686453" w:rsidRPr="004E1E86" w:rsidRDefault="00D95FB4">
            <w:pPr>
              <w:rPr>
                <w:szCs w:val="24"/>
              </w:rPr>
            </w:pPr>
            <w:r w:rsidRPr="004E1E86">
              <w:rPr>
                <w:b/>
                <w:color w:val="015A41"/>
                <w:szCs w:val="24"/>
              </w:rPr>
              <w:t>Communication / reporting</w:t>
            </w:r>
          </w:p>
        </w:tc>
        <w:tc>
          <w:tcPr>
            <w:tcW w:w="5717" w:type="dxa"/>
            <w:shd w:val="clear" w:color="auto" w:fill="FFFFFF"/>
            <w:tcMar>
              <w:top w:w="80" w:type="dxa"/>
              <w:left w:w="90" w:type="dxa"/>
              <w:bottom w:w="80" w:type="dxa"/>
              <w:right w:w="90" w:type="dxa"/>
            </w:tcMar>
          </w:tcPr>
          <w:p w14:paraId="16CC4E47" w14:textId="77777777" w:rsidR="00686453" w:rsidRPr="004E1E86" w:rsidRDefault="00D95FB4">
            <w:pPr>
              <w:rPr>
                <w:szCs w:val="24"/>
              </w:rPr>
            </w:pPr>
            <w:r w:rsidRPr="004E1E86">
              <w:rPr>
                <w:i/>
                <w:color w:val="66706B"/>
                <w:szCs w:val="24"/>
              </w:rPr>
              <w:t>&lt;Insert&gt;</w:t>
            </w:r>
          </w:p>
        </w:tc>
      </w:tr>
      <w:tr w:rsidR="00686453" w:rsidRPr="004E1E86" w14:paraId="3BFAE3F5" w14:textId="77777777" w:rsidTr="004E1E86">
        <w:trPr>
          <w:cantSplit/>
          <w:jc w:val="center"/>
        </w:trPr>
        <w:tc>
          <w:tcPr>
            <w:tcW w:w="5141" w:type="dxa"/>
            <w:shd w:val="clear" w:color="auto" w:fill="EAF3EF"/>
            <w:tcMar>
              <w:top w:w="80" w:type="dxa"/>
              <w:left w:w="90" w:type="dxa"/>
              <w:bottom w:w="80" w:type="dxa"/>
              <w:right w:w="90" w:type="dxa"/>
            </w:tcMar>
          </w:tcPr>
          <w:p w14:paraId="59246E99" w14:textId="77777777" w:rsidR="00686453" w:rsidRPr="004E1E86" w:rsidRDefault="00D95FB4">
            <w:pPr>
              <w:rPr>
                <w:szCs w:val="24"/>
              </w:rPr>
            </w:pPr>
            <w:r w:rsidRPr="004E1E86">
              <w:rPr>
                <w:b/>
                <w:color w:val="015A41"/>
                <w:szCs w:val="24"/>
              </w:rPr>
              <w:t>Evacuation / shelter implications</w:t>
            </w:r>
          </w:p>
        </w:tc>
        <w:tc>
          <w:tcPr>
            <w:tcW w:w="5717" w:type="dxa"/>
            <w:shd w:val="clear" w:color="auto" w:fill="FFFFFF"/>
            <w:tcMar>
              <w:top w:w="80" w:type="dxa"/>
              <w:left w:w="90" w:type="dxa"/>
              <w:bottom w:w="80" w:type="dxa"/>
              <w:right w:w="90" w:type="dxa"/>
            </w:tcMar>
          </w:tcPr>
          <w:p w14:paraId="65B3C0DE" w14:textId="77777777" w:rsidR="00686453" w:rsidRPr="004E1E86" w:rsidRDefault="00D95FB4">
            <w:pPr>
              <w:rPr>
                <w:szCs w:val="24"/>
              </w:rPr>
            </w:pPr>
            <w:r w:rsidRPr="004E1E86">
              <w:rPr>
                <w:i/>
                <w:color w:val="66706B"/>
                <w:szCs w:val="24"/>
              </w:rPr>
              <w:t>&lt;Insert&gt;</w:t>
            </w:r>
          </w:p>
        </w:tc>
      </w:tr>
      <w:tr w:rsidR="00686453" w:rsidRPr="004E1E86" w14:paraId="2DAF1AD8" w14:textId="77777777" w:rsidTr="004E1E86">
        <w:trPr>
          <w:cantSplit/>
          <w:jc w:val="center"/>
        </w:trPr>
        <w:tc>
          <w:tcPr>
            <w:tcW w:w="5141" w:type="dxa"/>
            <w:shd w:val="clear" w:color="auto" w:fill="F7FAF8"/>
            <w:tcMar>
              <w:top w:w="80" w:type="dxa"/>
              <w:left w:w="90" w:type="dxa"/>
              <w:bottom w:w="80" w:type="dxa"/>
              <w:right w:w="90" w:type="dxa"/>
            </w:tcMar>
          </w:tcPr>
          <w:p w14:paraId="230809A5" w14:textId="77777777" w:rsidR="00686453" w:rsidRPr="004E1E86" w:rsidRDefault="00D95FB4">
            <w:pPr>
              <w:rPr>
                <w:szCs w:val="24"/>
              </w:rPr>
            </w:pPr>
            <w:r w:rsidRPr="004E1E86">
              <w:rPr>
                <w:b/>
                <w:color w:val="015A41"/>
                <w:szCs w:val="24"/>
              </w:rPr>
              <w:t>External partners</w:t>
            </w:r>
          </w:p>
        </w:tc>
        <w:tc>
          <w:tcPr>
            <w:tcW w:w="5717" w:type="dxa"/>
            <w:shd w:val="clear" w:color="auto" w:fill="FFFFFF"/>
            <w:tcMar>
              <w:top w:w="80" w:type="dxa"/>
              <w:left w:w="90" w:type="dxa"/>
              <w:bottom w:w="80" w:type="dxa"/>
              <w:right w:w="90" w:type="dxa"/>
            </w:tcMar>
          </w:tcPr>
          <w:p w14:paraId="0666B80A" w14:textId="77777777" w:rsidR="00686453" w:rsidRPr="004E1E86" w:rsidRDefault="00D95FB4">
            <w:pPr>
              <w:rPr>
                <w:szCs w:val="24"/>
              </w:rPr>
            </w:pPr>
            <w:r w:rsidRPr="004E1E86">
              <w:rPr>
                <w:i/>
                <w:color w:val="66706B"/>
                <w:szCs w:val="24"/>
              </w:rPr>
              <w:t>&lt;Insert&gt;</w:t>
            </w:r>
          </w:p>
        </w:tc>
      </w:tr>
      <w:tr w:rsidR="00686453" w:rsidRPr="004E1E86" w14:paraId="27F41DBB" w14:textId="77777777" w:rsidTr="004E1E86">
        <w:trPr>
          <w:cantSplit/>
          <w:jc w:val="center"/>
        </w:trPr>
        <w:tc>
          <w:tcPr>
            <w:tcW w:w="5141" w:type="dxa"/>
            <w:shd w:val="clear" w:color="auto" w:fill="EAF3EF"/>
            <w:tcMar>
              <w:top w:w="80" w:type="dxa"/>
              <w:left w:w="90" w:type="dxa"/>
              <w:bottom w:w="80" w:type="dxa"/>
              <w:right w:w="90" w:type="dxa"/>
            </w:tcMar>
          </w:tcPr>
          <w:p w14:paraId="31A5A7B0" w14:textId="77777777" w:rsidR="00686453" w:rsidRPr="004E1E86" w:rsidRDefault="00D95FB4">
            <w:pPr>
              <w:rPr>
                <w:szCs w:val="24"/>
              </w:rPr>
            </w:pPr>
            <w:r w:rsidRPr="004E1E86">
              <w:rPr>
                <w:b/>
                <w:color w:val="015A41"/>
                <w:szCs w:val="24"/>
              </w:rPr>
              <w:t>Recovery / return-to-normal criteria</w:t>
            </w:r>
          </w:p>
        </w:tc>
        <w:tc>
          <w:tcPr>
            <w:tcW w:w="5717" w:type="dxa"/>
            <w:shd w:val="clear" w:color="auto" w:fill="FFFFFF"/>
            <w:tcMar>
              <w:top w:w="80" w:type="dxa"/>
              <w:left w:w="90" w:type="dxa"/>
              <w:bottom w:w="80" w:type="dxa"/>
              <w:right w:w="90" w:type="dxa"/>
            </w:tcMar>
          </w:tcPr>
          <w:p w14:paraId="3B1ECEE6" w14:textId="77777777" w:rsidR="00686453" w:rsidRPr="004E1E86" w:rsidRDefault="00D95FB4">
            <w:pPr>
              <w:rPr>
                <w:szCs w:val="24"/>
              </w:rPr>
            </w:pPr>
            <w:r w:rsidRPr="004E1E86">
              <w:rPr>
                <w:i/>
                <w:color w:val="66706B"/>
                <w:szCs w:val="24"/>
              </w:rPr>
              <w:t>&lt;Insert&gt;</w:t>
            </w:r>
          </w:p>
        </w:tc>
      </w:tr>
      <w:tr w:rsidR="00686453" w:rsidRPr="004E1E86" w14:paraId="67837E6A" w14:textId="77777777" w:rsidTr="004E1E86">
        <w:trPr>
          <w:cantSplit/>
          <w:jc w:val="center"/>
        </w:trPr>
        <w:tc>
          <w:tcPr>
            <w:tcW w:w="5141" w:type="dxa"/>
            <w:shd w:val="clear" w:color="auto" w:fill="F7FAF8"/>
            <w:tcMar>
              <w:top w:w="80" w:type="dxa"/>
              <w:left w:w="90" w:type="dxa"/>
              <w:bottom w:w="80" w:type="dxa"/>
              <w:right w:w="90" w:type="dxa"/>
            </w:tcMar>
          </w:tcPr>
          <w:p w14:paraId="5B25500C" w14:textId="77777777" w:rsidR="00686453" w:rsidRPr="004E1E86" w:rsidRDefault="00D95FB4">
            <w:pPr>
              <w:rPr>
                <w:szCs w:val="24"/>
              </w:rPr>
            </w:pPr>
            <w:r w:rsidRPr="004E1E86">
              <w:rPr>
                <w:b/>
                <w:color w:val="015A41"/>
                <w:szCs w:val="24"/>
              </w:rPr>
              <w:t>Required documentation / AAR</w:t>
            </w:r>
          </w:p>
        </w:tc>
        <w:tc>
          <w:tcPr>
            <w:tcW w:w="5717" w:type="dxa"/>
            <w:shd w:val="clear" w:color="auto" w:fill="FFFFFF"/>
            <w:tcMar>
              <w:top w:w="80" w:type="dxa"/>
              <w:left w:w="90" w:type="dxa"/>
              <w:bottom w:w="80" w:type="dxa"/>
              <w:right w:w="90" w:type="dxa"/>
            </w:tcMar>
          </w:tcPr>
          <w:p w14:paraId="417CB048" w14:textId="77777777" w:rsidR="00686453" w:rsidRPr="004E1E86" w:rsidRDefault="00D95FB4">
            <w:pPr>
              <w:rPr>
                <w:szCs w:val="24"/>
              </w:rPr>
            </w:pPr>
            <w:r w:rsidRPr="004E1E86">
              <w:rPr>
                <w:i/>
                <w:color w:val="66706B"/>
                <w:szCs w:val="24"/>
              </w:rPr>
              <w:t>&lt;Insert&gt;</w:t>
            </w:r>
          </w:p>
        </w:tc>
      </w:tr>
    </w:tbl>
    <w:p w14:paraId="3A95948E" w14:textId="77777777" w:rsidR="00686453" w:rsidRDefault="00686453">
      <w:pPr>
        <w:spacing w:after="0"/>
      </w:pPr>
    </w:p>
    <w:p w14:paraId="1770E295" w14:textId="77777777" w:rsidR="00686453" w:rsidRDefault="00D95FB4">
      <w:pPr>
        <w:pStyle w:val="Heading2"/>
        <w:spacing w:before="120" w:after="80"/>
      </w:pPr>
      <w:r>
        <w:rPr>
          <w:rFonts w:ascii="Arial" w:eastAsia="Arial" w:hAnsi="Arial"/>
        </w:rPr>
        <w:t>Hazard-Specific Procedures / Notes</w:t>
      </w:r>
    </w:p>
    <w:p w14:paraId="60B11D2F" w14:textId="77777777" w:rsidR="00686453" w:rsidRDefault="00D95FB4">
      <w:pPr>
        <w:spacing w:after="120"/>
      </w:pPr>
      <w:r>
        <w:rPr>
          <w:color w:val="C8CECB"/>
          <w:sz w:val="16"/>
        </w:rPr>
        <w:t>________________________________________________________________________________</w:t>
      </w:r>
    </w:p>
    <w:p w14:paraId="05B9709D" w14:textId="77777777" w:rsidR="00686453" w:rsidRDefault="00D95FB4">
      <w:pPr>
        <w:spacing w:after="120"/>
      </w:pPr>
      <w:r>
        <w:rPr>
          <w:color w:val="C8CECB"/>
          <w:sz w:val="16"/>
        </w:rPr>
        <w:t>________________________________________________________________________________</w:t>
      </w:r>
    </w:p>
    <w:p w14:paraId="3621F706" w14:textId="77777777" w:rsidR="00686453" w:rsidRDefault="00D95FB4">
      <w:pPr>
        <w:spacing w:after="120"/>
      </w:pPr>
      <w:r>
        <w:rPr>
          <w:color w:val="C8CECB"/>
          <w:sz w:val="16"/>
        </w:rPr>
        <w:t>________________________________________________________________________________</w:t>
      </w:r>
    </w:p>
    <w:p w14:paraId="500E7FAA" w14:textId="77777777" w:rsidR="00686453" w:rsidRDefault="00D95FB4">
      <w:pPr>
        <w:spacing w:after="120"/>
      </w:pPr>
      <w:r>
        <w:rPr>
          <w:color w:val="C8CECB"/>
          <w:sz w:val="16"/>
        </w:rPr>
        <w:t>________________________________________________________________________________</w:t>
      </w:r>
    </w:p>
    <w:p w14:paraId="57447878" w14:textId="77777777" w:rsidR="00686453" w:rsidRDefault="00D95FB4">
      <w:pPr>
        <w:spacing w:after="120"/>
      </w:pPr>
      <w:r>
        <w:rPr>
          <w:color w:val="C8CECB"/>
          <w:sz w:val="16"/>
        </w:rPr>
        <w:t>________________________________________________________________________________</w:t>
      </w:r>
    </w:p>
    <w:p w14:paraId="78CE7A05" w14:textId="77777777" w:rsidR="00686453" w:rsidRDefault="00D95FB4">
      <w:r>
        <w:br w:type="page"/>
      </w:r>
    </w:p>
    <w:p w14:paraId="242BF745" w14:textId="77777777" w:rsidR="00686453" w:rsidRDefault="00D95FB4">
      <w:pPr>
        <w:pStyle w:val="Heading1"/>
        <w:pBdr>
          <w:bottom w:val="single" w:sz="14" w:space="5" w:color="E63B07"/>
        </w:pBdr>
        <w:spacing w:before="140" w:after="140"/>
      </w:pPr>
      <w:r>
        <w:rPr>
          <w:rFonts w:ascii="Arial" w:eastAsia="Arial" w:hAnsi="Arial"/>
        </w:rPr>
        <w:lastRenderedPageBreak/>
        <w:t>APPENDIX C - FIRE / SMOKE</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14:paraId="084B7894" w14:textId="77777777">
        <w:trPr>
          <w:jc w:val="center"/>
        </w:trPr>
        <w:tc>
          <w:tcPr>
            <w:tcW w:w="10282" w:type="dxa"/>
            <w:shd w:val="clear" w:color="auto" w:fill="FCEFE9"/>
            <w:tcMar>
              <w:top w:w="100" w:type="dxa"/>
              <w:left w:w="130" w:type="dxa"/>
              <w:bottom w:w="100" w:type="dxa"/>
              <w:right w:w="130" w:type="dxa"/>
            </w:tcMar>
          </w:tcPr>
          <w:p w14:paraId="45B9E9CF" w14:textId="77777777" w:rsidR="00686453" w:rsidRPr="004E1E86" w:rsidRDefault="00D95FB4">
            <w:pPr>
              <w:spacing w:after="0"/>
              <w:rPr>
                <w:sz w:val="20"/>
                <w:szCs w:val="20"/>
              </w:rPr>
            </w:pPr>
            <w:r w:rsidRPr="004E1E86">
              <w:rPr>
                <w:b/>
                <w:color w:val="E63B07"/>
                <w:sz w:val="20"/>
                <w:szCs w:val="20"/>
              </w:rPr>
              <w:t xml:space="preserve">REGULATORY </w:t>
            </w:r>
            <w:proofErr w:type="gramStart"/>
            <w:r w:rsidRPr="004E1E86">
              <w:rPr>
                <w:b/>
                <w:color w:val="E63B07"/>
                <w:sz w:val="20"/>
                <w:szCs w:val="20"/>
              </w:rPr>
              <w:t xml:space="preserve">CONNECTION  </w:t>
            </w:r>
            <w:r w:rsidRPr="004E1E86">
              <w:rPr>
                <w:sz w:val="20"/>
                <w:szCs w:val="20"/>
              </w:rPr>
              <w:t>Coordinate</w:t>
            </w:r>
            <w:proofErr w:type="gramEnd"/>
            <w:r w:rsidRPr="004E1E86">
              <w:rPr>
                <w:sz w:val="20"/>
                <w:szCs w:val="20"/>
              </w:rPr>
              <w:t xml:space="preserve"> with Maine Chapter 110 fire reporting, posted plans, drills, equipment testing, CMS Life Safety Code, and Maine FMO requirements.</w:t>
            </w:r>
          </w:p>
        </w:tc>
      </w:tr>
    </w:tbl>
    <w:p w14:paraId="525D7917" w14:textId="77777777" w:rsidR="00686453" w:rsidRDefault="00686453">
      <w:pPr>
        <w:spacing w:after="0"/>
      </w:pPr>
    </w:p>
    <w:tbl>
      <w:tblPr>
        <w:tblW w:w="11837"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627"/>
        <w:gridCol w:w="1069"/>
      </w:tblGrid>
      <w:tr w:rsidR="00686453" w:rsidRPr="004E1E86" w14:paraId="483A6968" w14:textId="77777777" w:rsidTr="004E1E86">
        <w:trPr>
          <w:tblHeader/>
          <w:jc w:val="center"/>
        </w:trPr>
        <w:tc>
          <w:tcPr>
            <w:tcW w:w="5141" w:type="dxa"/>
            <w:shd w:val="clear" w:color="auto" w:fill="015A41"/>
            <w:tcMar>
              <w:top w:w="80" w:type="dxa"/>
              <w:left w:w="90" w:type="dxa"/>
              <w:bottom w:w="80" w:type="dxa"/>
              <w:right w:w="90" w:type="dxa"/>
            </w:tcMar>
          </w:tcPr>
          <w:p w14:paraId="66FB5174" w14:textId="77777777" w:rsidR="00686453" w:rsidRPr="004E1E86" w:rsidRDefault="00D95FB4">
            <w:pPr>
              <w:rPr>
                <w:szCs w:val="24"/>
              </w:rPr>
            </w:pPr>
            <w:r w:rsidRPr="004E1E86">
              <w:rPr>
                <w:b/>
                <w:color w:val="FFFFFF"/>
                <w:szCs w:val="24"/>
              </w:rPr>
              <w:t>Field</w:t>
            </w:r>
          </w:p>
        </w:tc>
        <w:tc>
          <w:tcPr>
            <w:tcW w:w="6696" w:type="dxa"/>
            <w:gridSpan w:val="2"/>
            <w:shd w:val="clear" w:color="auto" w:fill="015A41"/>
            <w:tcMar>
              <w:top w:w="80" w:type="dxa"/>
              <w:left w:w="90" w:type="dxa"/>
              <w:bottom w:w="80" w:type="dxa"/>
              <w:right w:w="90" w:type="dxa"/>
            </w:tcMar>
          </w:tcPr>
          <w:p w14:paraId="5270B0C5" w14:textId="77777777" w:rsidR="00686453" w:rsidRPr="004E1E86" w:rsidRDefault="00D95FB4">
            <w:pPr>
              <w:rPr>
                <w:szCs w:val="24"/>
              </w:rPr>
            </w:pPr>
            <w:r w:rsidRPr="004E1E86">
              <w:rPr>
                <w:b/>
                <w:color w:val="FFFFFF"/>
                <w:szCs w:val="24"/>
              </w:rPr>
              <w:t>Facility Entry</w:t>
            </w:r>
          </w:p>
        </w:tc>
      </w:tr>
      <w:tr w:rsidR="00686453" w:rsidRPr="004E1E86" w14:paraId="1882BEFE" w14:textId="77777777" w:rsidTr="004E1E86">
        <w:trPr>
          <w:cantSplit/>
          <w:jc w:val="center"/>
        </w:trPr>
        <w:tc>
          <w:tcPr>
            <w:tcW w:w="5141" w:type="dxa"/>
            <w:shd w:val="clear" w:color="auto" w:fill="EAF3EF"/>
            <w:tcMar>
              <w:top w:w="80" w:type="dxa"/>
              <w:left w:w="90" w:type="dxa"/>
              <w:bottom w:w="80" w:type="dxa"/>
              <w:right w:w="90" w:type="dxa"/>
            </w:tcMar>
          </w:tcPr>
          <w:p w14:paraId="03EA8D95" w14:textId="77777777" w:rsidR="00686453" w:rsidRPr="004E1E86" w:rsidRDefault="00D95FB4">
            <w:pPr>
              <w:rPr>
                <w:szCs w:val="24"/>
              </w:rPr>
            </w:pPr>
            <w:r w:rsidRPr="004E1E86">
              <w:rPr>
                <w:b/>
                <w:color w:val="015A41"/>
                <w:szCs w:val="24"/>
              </w:rPr>
              <w:t>Risk / HVA rating</w:t>
            </w:r>
          </w:p>
        </w:tc>
        <w:tc>
          <w:tcPr>
            <w:tcW w:w="6696" w:type="dxa"/>
            <w:gridSpan w:val="2"/>
            <w:shd w:val="clear" w:color="auto" w:fill="FFFFFF"/>
            <w:tcMar>
              <w:top w:w="80" w:type="dxa"/>
              <w:left w:w="90" w:type="dxa"/>
              <w:bottom w:w="80" w:type="dxa"/>
              <w:right w:w="90" w:type="dxa"/>
            </w:tcMar>
          </w:tcPr>
          <w:p w14:paraId="58463597" w14:textId="77777777" w:rsidR="00686453" w:rsidRPr="004E1E86" w:rsidRDefault="00D95FB4">
            <w:pPr>
              <w:rPr>
                <w:szCs w:val="24"/>
              </w:rPr>
            </w:pPr>
            <w:r w:rsidRPr="004E1E86">
              <w:rPr>
                <w:i/>
                <w:color w:val="66706B"/>
                <w:szCs w:val="24"/>
              </w:rPr>
              <w:t>&lt;Insert&gt;</w:t>
            </w:r>
          </w:p>
        </w:tc>
      </w:tr>
      <w:tr w:rsidR="00686453" w:rsidRPr="004E1E86" w14:paraId="1031BF14" w14:textId="77777777" w:rsidTr="004E1E86">
        <w:trPr>
          <w:cantSplit/>
          <w:jc w:val="center"/>
        </w:trPr>
        <w:tc>
          <w:tcPr>
            <w:tcW w:w="5141" w:type="dxa"/>
            <w:shd w:val="clear" w:color="auto" w:fill="F7FAF8"/>
            <w:tcMar>
              <w:top w:w="80" w:type="dxa"/>
              <w:left w:w="90" w:type="dxa"/>
              <w:bottom w:w="80" w:type="dxa"/>
              <w:right w:w="90" w:type="dxa"/>
            </w:tcMar>
          </w:tcPr>
          <w:p w14:paraId="6AE5E7A5" w14:textId="77777777" w:rsidR="00686453" w:rsidRPr="004E1E86" w:rsidRDefault="00D95FB4">
            <w:pPr>
              <w:rPr>
                <w:szCs w:val="24"/>
              </w:rPr>
            </w:pPr>
            <w:r w:rsidRPr="004E1E86">
              <w:rPr>
                <w:b/>
                <w:color w:val="015A41"/>
                <w:szCs w:val="24"/>
              </w:rPr>
              <w:t>Primary activation triggers</w:t>
            </w:r>
          </w:p>
        </w:tc>
        <w:tc>
          <w:tcPr>
            <w:tcW w:w="6696" w:type="dxa"/>
            <w:gridSpan w:val="2"/>
            <w:shd w:val="clear" w:color="auto" w:fill="FFFFFF"/>
            <w:tcMar>
              <w:top w:w="80" w:type="dxa"/>
              <w:left w:w="90" w:type="dxa"/>
              <w:bottom w:w="80" w:type="dxa"/>
              <w:right w:w="90" w:type="dxa"/>
            </w:tcMar>
          </w:tcPr>
          <w:p w14:paraId="10F488D3" w14:textId="77777777" w:rsidR="00686453" w:rsidRPr="004E1E86" w:rsidRDefault="00D95FB4">
            <w:pPr>
              <w:rPr>
                <w:szCs w:val="24"/>
              </w:rPr>
            </w:pPr>
            <w:r w:rsidRPr="004E1E86">
              <w:rPr>
                <w:i/>
                <w:color w:val="66706B"/>
                <w:szCs w:val="24"/>
              </w:rPr>
              <w:t>&lt;Insert&gt;</w:t>
            </w:r>
          </w:p>
        </w:tc>
      </w:tr>
      <w:tr w:rsidR="00686453" w:rsidRPr="004E1E86" w14:paraId="4F6F53A0" w14:textId="77777777" w:rsidTr="004E1E86">
        <w:trPr>
          <w:cantSplit/>
          <w:jc w:val="center"/>
        </w:trPr>
        <w:tc>
          <w:tcPr>
            <w:tcW w:w="5141" w:type="dxa"/>
            <w:shd w:val="clear" w:color="auto" w:fill="EAF3EF"/>
            <w:tcMar>
              <w:top w:w="80" w:type="dxa"/>
              <w:left w:w="90" w:type="dxa"/>
              <w:bottom w:w="80" w:type="dxa"/>
              <w:right w:w="90" w:type="dxa"/>
            </w:tcMar>
          </w:tcPr>
          <w:p w14:paraId="5F7C0D1F" w14:textId="77777777" w:rsidR="00686453" w:rsidRPr="004E1E86" w:rsidRDefault="00D95FB4">
            <w:pPr>
              <w:rPr>
                <w:szCs w:val="24"/>
              </w:rPr>
            </w:pPr>
            <w:r w:rsidRPr="004E1E86">
              <w:rPr>
                <w:b/>
                <w:color w:val="015A41"/>
                <w:szCs w:val="24"/>
              </w:rPr>
              <w:t>Decision authority</w:t>
            </w:r>
          </w:p>
        </w:tc>
        <w:tc>
          <w:tcPr>
            <w:tcW w:w="6696" w:type="dxa"/>
            <w:gridSpan w:val="2"/>
            <w:shd w:val="clear" w:color="auto" w:fill="FFFFFF"/>
            <w:tcMar>
              <w:top w:w="80" w:type="dxa"/>
              <w:left w:w="90" w:type="dxa"/>
              <w:bottom w:w="80" w:type="dxa"/>
              <w:right w:w="90" w:type="dxa"/>
            </w:tcMar>
          </w:tcPr>
          <w:p w14:paraId="35105A92" w14:textId="77777777" w:rsidR="00686453" w:rsidRPr="004E1E86" w:rsidRDefault="00D95FB4">
            <w:pPr>
              <w:rPr>
                <w:szCs w:val="24"/>
              </w:rPr>
            </w:pPr>
            <w:r w:rsidRPr="004E1E86">
              <w:rPr>
                <w:i/>
                <w:color w:val="66706B"/>
                <w:szCs w:val="24"/>
              </w:rPr>
              <w:t>&lt;Insert&gt;</w:t>
            </w:r>
          </w:p>
        </w:tc>
      </w:tr>
      <w:tr w:rsidR="00686453" w:rsidRPr="004E1E86" w14:paraId="62678FA9" w14:textId="77777777" w:rsidTr="004E1E86">
        <w:trPr>
          <w:cantSplit/>
          <w:jc w:val="center"/>
        </w:trPr>
        <w:tc>
          <w:tcPr>
            <w:tcW w:w="5141" w:type="dxa"/>
            <w:shd w:val="clear" w:color="auto" w:fill="F7FAF8"/>
            <w:tcMar>
              <w:top w:w="80" w:type="dxa"/>
              <w:left w:w="90" w:type="dxa"/>
              <w:bottom w:w="80" w:type="dxa"/>
              <w:right w:w="90" w:type="dxa"/>
            </w:tcMar>
          </w:tcPr>
          <w:p w14:paraId="7CE810FD" w14:textId="77777777" w:rsidR="00686453" w:rsidRPr="004E1E86" w:rsidRDefault="00D95FB4">
            <w:pPr>
              <w:rPr>
                <w:szCs w:val="24"/>
              </w:rPr>
            </w:pPr>
            <w:r w:rsidRPr="004E1E86">
              <w:rPr>
                <w:b/>
                <w:color w:val="015A41"/>
                <w:szCs w:val="24"/>
              </w:rPr>
              <w:t>Immediate life-safety actions</w:t>
            </w:r>
          </w:p>
        </w:tc>
        <w:tc>
          <w:tcPr>
            <w:tcW w:w="6696" w:type="dxa"/>
            <w:gridSpan w:val="2"/>
            <w:shd w:val="clear" w:color="auto" w:fill="FFFFFF"/>
            <w:tcMar>
              <w:top w:w="80" w:type="dxa"/>
              <w:left w:w="90" w:type="dxa"/>
              <w:bottom w:w="80" w:type="dxa"/>
              <w:right w:w="90" w:type="dxa"/>
            </w:tcMar>
          </w:tcPr>
          <w:p w14:paraId="6DE0C161" w14:textId="77777777" w:rsidR="00686453" w:rsidRPr="004E1E86" w:rsidRDefault="00D95FB4">
            <w:pPr>
              <w:rPr>
                <w:szCs w:val="24"/>
              </w:rPr>
            </w:pPr>
            <w:r w:rsidRPr="004E1E86">
              <w:rPr>
                <w:i/>
                <w:color w:val="66706B"/>
                <w:szCs w:val="24"/>
              </w:rPr>
              <w:t>&lt;Insert&gt;</w:t>
            </w:r>
          </w:p>
        </w:tc>
      </w:tr>
      <w:tr w:rsidR="00686453" w:rsidRPr="004E1E86" w14:paraId="3B05F00F" w14:textId="77777777" w:rsidTr="004E1E86">
        <w:trPr>
          <w:cantSplit/>
          <w:jc w:val="center"/>
        </w:trPr>
        <w:tc>
          <w:tcPr>
            <w:tcW w:w="5141" w:type="dxa"/>
            <w:shd w:val="clear" w:color="auto" w:fill="EAF3EF"/>
            <w:tcMar>
              <w:top w:w="80" w:type="dxa"/>
              <w:left w:w="90" w:type="dxa"/>
              <w:bottom w:w="80" w:type="dxa"/>
              <w:right w:w="90" w:type="dxa"/>
            </w:tcMar>
          </w:tcPr>
          <w:p w14:paraId="39FF361D" w14:textId="77777777" w:rsidR="00686453" w:rsidRPr="004E1E86" w:rsidRDefault="00D95FB4">
            <w:pPr>
              <w:rPr>
                <w:szCs w:val="24"/>
              </w:rPr>
            </w:pPr>
            <w:r w:rsidRPr="004E1E86">
              <w:rPr>
                <w:b/>
                <w:color w:val="015A41"/>
                <w:szCs w:val="24"/>
              </w:rPr>
              <w:t>Resident care / treatment priorities</w:t>
            </w:r>
          </w:p>
        </w:tc>
        <w:tc>
          <w:tcPr>
            <w:tcW w:w="6696" w:type="dxa"/>
            <w:gridSpan w:val="2"/>
            <w:shd w:val="clear" w:color="auto" w:fill="FFFFFF"/>
            <w:tcMar>
              <w:top w:w="80" w:type="dxa"/>
              <w:left w:w="90" w:type="dxa"/>
              <w:bottom w:w="80" w:type="dxa"/>
              <w:right w:w="90" w:type="dxa"/>
            </w:tcMar>
          </w:tcPr>
          <w:p w14:paraId="0ECBC9B5" w14:textId="77777777" w:rsidR="00686453" w:rsidRPr="004E1E86" w:rsidRDefault="00D95FB4">
            <w:pPr>
              <w:rPr>
                <w:szCs w:val="24"/>
              </w:rPr>
            </w:pPr>
            <w:r w:rsidRPr="004E1E86">
              <w:rPr>
                <w:i/>
                <w:color w:val="66706B"/>
                <w:szCs w:val="24"/>
              </w:rPr>
              <w:t>&lt;Insert&gt;</w:t>
            </w:r>
          </w:p>
        </w:tc>
      </w:tr>
      <w:tr w:rsidR="00686453" w:rsidRPr="004E1E86" w14:paraId="23A52D4F" w14:textId="77777777" w:rsidTr="004E1E86">
        <w:trPr>
          <w:cantSplit/>
          <w:jc w:val="center"/>
        </w:trPr>
        <w:tc>
          <w:tcPr>
            <w:tcW w:w="5141" w:type="dxa"/>
            <w:shd w:val="clear" w:color="auto" w:fill="F7FAF8"/>
            <w:tcMar>
              <w:top w:w="80" w:type="dxa"/>
              <w:left w:w="90" w:type="dxa"/>
              <w:bottom w:w="80" w:type="dxa"/>
              <w:right w:w="90" w:type="dxa"/>
            </w:tcMar>
          </w:tcPr>
          <w:p w14:paraId="6DD737FA" w14:textId="77777777" w:rsidR="00686453" w:rsidRPr="004E1E86" w:rsidRDefault="00D95FB4">
            <w:pPr>
              <w:rPr>
                <w:szCs w:val="24"/>
              </w:rPr>
            </w:pPr>
            <w:r w:rsidRPr="004E1E86">
              <w:rPr>
                <w:b/>
                <w:color w:val="015A41"/>
                <w:szCs w:val="24"/>
              </w:rPr>
              <w:t>Staffing actions</w:t>
            </w:r>
          </w:p>
        </w:tc>
        <w:tc>
          <w:tcPr>
            <w:tcW w:w="6696" w:type="dxa"/>
            <w:gridSpan w:val="2"/>
            <w:shd w:val="clear" w:color="auto" w:fill="FFFFFF"/>
            <w:tcMar>
              <w:top w:w="80" w:type="dxa"/>
              <w:left w:w="90" w:type="dxa"/>
              <w:bottom w:w="80" w:type="dxa"/>
              <w:right w:w="90" w:type="dxa"/>
            </w:tcMar>
          </w:tcPr>
          <w:p w14:paraId="748B6B6D" w14:textId="77777777" w:rsidR="00686453" w:rsidRPr="004E1E86" w:rsidRDefault="00D95FB4">
            <w:pPr>
              <w:rPr>
                <w:szCs w:val="24"/>
              </w:rPr>
            </w:pPr>
            <w:r w:rsidRPr="004E1E86">
              <w:rPr>
                <w:i/>
                <w:color w:val="66706B"/>
                <w:szCs w:val="24"/>
              </w:rPr>
              <w:t>&lt;Insert&gt;</w:t>
            </w:r>
          </w:p>
        </w:tc>
      </w:tr>
      <w:tr w:rsidR="00686453" w:rsidRPr="004E1E86" w14:paraId="5F158137" w14:textId="77777777" w:rsidTr="004E1E86">
        <w:trPr>
          <w:gridAfter w:val="1"/>
          <w:wAfter w:w="1069" w:type="dxa"/>
          <w:cantSplit/>
          <w:jc w:val="center"/>
        </w:trPr>
        <w:tc>
          <w:tcPr>
            <w:tcW w:w="5141" w:type="dxa"/>
            <w:shd w:val="clear" w:color="auto" w:fill="EAF3EF"/>
            <w:tcMar>
              <w:top w:w="80" w:type="dxa"/>
              <w:left w:w="90" w:type="dxa"/>
              <w:bottom w:w="80" w:type="dxa"/>
              <w:right w:w="90" w:type="dxa"/>
            </w:tcMar>
          </w:tcPr>
          <w:p w14:paraId="12C7FB28" w14:textId="77777777" w:rsidR="00686453" w:rsidRPr="004E1E86" w:rsidRDefault="00D95FB4">
            <w:pPr>
              <w:rPr>
                <w:szCs w:val="24"/>
              </w:rPr>
            </w:pPr>
            <w:r w:rsidRPr="004E1E86">
              <w:rPr>
                <w:b/>
                <w:color w:val="015A41"/>
                <w:szCs w:val="24"/>
              </w:rPr>
              <w:t>Utility / resource considerations</w:t>
            </w:r>
          </w:p>
        </w:tc>
        <w:tc>
          <w:tcPr>
            <w:tcW w:w="5627" w:type="dxa"/>
            <w:shd w:val="clear" w:color="auto" w:fill="FFFFFF"/>
            <w:tcMar>
              <w:top w:w="80" w:type="dxa"/>
              <w:left w:w="90" w:type="dxa"/>
              <w:bottom w:w="80" w:type="dxa"/>
              <w:right w:w="90" w:type="dxa"/>
            </w:tcMar>
          </w:tcPr>
          <w:p w14:paraId="1CFADDA3" w14:textId="77777777" w:rsidR="00686453" w:rsidRPr="004E1E86" w:rsidRDefault="00D95FB4">
            <w:pPr>
              <w:rPr>
                <w:szCs w:val="24"/>
              </w:rPr>
            </w:pPr>
            <w:r w:rsidRPr="004E1E86">
              <w:rPr>
                <w:i/>
                <w:color w:val="66706B"/>
                <w:szCs w:val="24"/>
              </w:rPr>
              <w:t>&lt;Insert&gt;</w:t>
            </w:r>
          </w:p>
        </w:tc>
      </w:tr>
      <w:tr w:rsidR="00686453" w:rsidRPr="004E1E86" w14:paraId="60A7F3B9" w14:textId="77777777" w:rsidTr="004E1E86">
        <w:trPr>
          <w:cantSplit/>
          <w:jc w:val="center"/>
        </w:trPr>
        <w:tc>
          <w:tcPr>
            <w:tcW w:w="5141" w:type="dxa"/>
            <w:shd w:val="clear" w:color="auto" w:fill="F7FAF8"/>
            <w:tcMar>
              <w:top w:w="80" w:type="dxa"/>
              <w:left w:w="90" w:type="dxa"/>
              <w:bottom w:w="80" w:type="dxa"/>
              <w:right w:w="90" w:type="dxa"/>
            </w:tcMar>
          </w:tcPr>
          <w:p w14:paraId="570B145D" w14:textId="77777777" w:rsidR="00686453" w:rsidRPr="004E1E86" w:rsidRDefault="00D95FB4">
            <w:pPr>
              <w:rPr>
                <w:szCs w:val="24"/>
              </w:rPr>
            </w:pPr>
            <w:r w:rsidRPr="004E1E86">
              <w:rPr>
                <w:b/>
                <w:color w:val="015A41"/>
                <w:szCs w:val="24"/>
              </w:rPr>
              <w:t>Communication / reporting</w:t>
            </w:r>
          </w:p>
        </w:tc>
        <w:tc>
          <w:tcPr>
            <w:tcW w:w="6696" w:type="dxa"/>
            <w:gridSpan w:val="2"/>
            <w:shd w:val="clear" w:color="auto" w:fill="FFFFFF"/>
            <w:tcMar>
              <w:top w:w="80" w:type="dxa"/>
              <w:left w:w="90" w:type="dxa"/>
              <w:bottom w:w="80" w:type="dxa"/>
              <w:right w:w="90" w:type="dxa"/>
            </w:tcMar>
          </w:tcPr>
          <w:p w14:paraId="5F191783" w14:textId="77777777" w:rsidR="00686453" w:rsidRPr="004E1E86" w:rsidRDefault="00D95FB4">
            <w:pPr>
              <w:rPr>
                <w:szCs w:val="24"/>
              </w:rPr>
            </w:pPr>
            <w:r w:rsidRPr="004E1E86">
              <w:rPr>
                <w:i/>
                <w:color w:val="66706B"/>
                <w:szCs w:val="24"/>
              </w:rPr>
              <w:t>&lt;Insert&gt;</w:t>
            </w:r>
          </w:p>
        </w:tc>
      </w:tr>
      <w:tr w:rsidR="00686453" w:rsidRPr="004E1E86" w14:paraId="4732DB08" w14:textId="77777777" w:rsidTr="004E1E86">
        <w:trPr>
          <w:cantSplit/>
          <w:jc w:val="center"/>
        </w:trPr>
        <w:tc>
          <w:tcPr>
            <w:tcW w:w="5141" w:type="dxa"/>
            <w:shd w:val="clear" w:color="auto" w:fill="EAF3EF"/>
            <w:tcMar>
              <w:top w:w="80" w:type="dxa"/>
              <w:left w:w="90" w:type="dxa"/>
              <w:bottom w:w="80" w:type="dxa"/>
              <w:right w:w="90" w:type="dxa"/>
            </w:tcMar>
          </w:tcPr>
          <w:p w14:paraId="263DF911" w14:textId="77777777" w:rsidR="00686453" w:rsidRPr="004E1E86" w:rsidRDefault="00D95FB4">
            <w:pPr>
              <w:rPr>
                <w:szCs w:val="24"/>
              </w:rPr>
            </w:pPr>
            <w:r w:rsidRPr="004E1E86">
              <w:rPr>
                <w:b/>
                <w:color w:val="015A41"/>
                <w:szCs w:val="24"/>
              </w:rPr>
              <w:t>Evacuation / shelter implications</w:t>
            </w:r>
          </w:p>
        </w:tc>
        <w:tc>
          <w:tcPr>
            <w:tcW w:w="6696" w:type="dxa"/>
            <w:gridSpan w:val="2"/>
            <w:shd w:val="clear" w:color="auto" w:fill="FFFFFF"/>
            <w:tcMar>
              <w:top w:w="80" w:type="dxa"/>
              <w:left w:w="90" w:type="dxa"/>
              <w:bottom w:w="80" w:type="dxa"/>
              <w:right w:w="90" w:type="dxa"/>
            </w:tcMar>
          </w:tcPr>
          <w:p w14:paraId="3288DA7E" w14:textId="77777777" w:rsidR="00686453" w:rsidRPr="004E1E86" w:rsidRDefault="00D95FB4">
            <w:pPr>
              <w:rPr>
                <w:szCs w:val="24"/>
              </w:rPr>
            </w:pPr>
            <w:r w:rsidRPr="004E1E86">
              <w:rPr>
                <w:i/>
                <w:color w:val="66706B"/>
                <w:szCs w:val="24"/>
              </w:rPr>
              <w:t>&lt;Insert&gt;</w:t>
            </w:r>
          </w:p>
        </w:tc>
      </w:tr>
      <w:tr w:rsidR="00686453" w:rsidRPr="004E1E86" w14:paraId="0647D562" w14:textId="77777777" w:rsidTr="004E1E86">
        <w:trPr>
          <w:cantSplit/>
          <w:jc w:val="center"/>
        </w:trPr>
        <w:tc>
          <w:tcPr>
            <w:tcW w:w="5141" w:type="dxa"/>
            <w:shd w:val="clear" w:color="auto" w:fill="F7FAF8"/>
            <w:tcMar>
              <w:top w:w="80" w:type="dxa"/>
              <w:left w:w="90" w:type="dxa"/>
              <w:bottom w:w="80" w:type="dxa"/>
              <w:right w:w="90" w:type="dxa"/>
            </w:tcMar>
          </w:tcPr>
          <w:p w14:paraId="050991C9" w14:textId="77777777" w:rsidR="00686453" w:rsidRPr="004E1E86" w:rsidRDefault="00D95FB4">
            <w:pPr>
              <w:rPr>
                <w:szCs w:val="24"/>
              </w:rPr>
            </w:pPr>
            <w:r w:rsidRPr="004E1E86">
              <w:rPr>
                <w:b/>
                <w:color w:val="015A41"/>
                <w:szCs w:val="24"/>
              </w:rPr>
              <w:t>External partners</w:t>
            </w:r>
          </w:p>
        </w:tc>
        <w:tc>
          <w:tcPr>
            <w:tcW w:w="6696" w:type="dxa"/>
            <w:gridSpan w:val="2"/>
            <w:shd w:val="clear" w:color="auto" w:fill="FFFFFF"/>
            <w:tcMar>
              <w:top w:w="80" w:type="dxa"/>
              <w:left w:w="90" w:type="dxa"/>
              <w:bottom w:w="80" w:type="dxa"/>
              <w:right w:w="90" w:type="dxa"/>
            </w:tcMar>
          </w:tcPr>
          <w:p w14:paraId="5B2A7142" w14:textId="77777777" w:rsidR="00686453" w:rsidRPr="004E1E86" w:rsidRDefault="00D95FB4">
            <w:pPr>
              <w:rPr>
                <w:szCs w:val="24"/>
              </w:rPr>
            </w:pPr>
            <w:r w:rsidRPr="004E1E86">
              <w:rPr>
                <w:i/>
                <w:color w:val="66706B"/>
                <w:szCs w:val="24"/>
              </w:rPr>
              <w:t>&lt;Insert&gt;</w:t>
            </w:r>
          </w:p>
        </w:tc>
      </w:tr>
      <w:tr w:rsidR="00686453" w:rsidRPr="004E1E86" w14:paraId="5352A645" w14:textId="77777777" w:rsidTr="004E1E86">
        <w:trPr>
          <w:cantSplit/>
          <w:jc w:val="center"/>
        </w:trPr>
        <w:tc>
          <w:tcPr>
            <w:tcW w:w="5141" w:type="dxa"/>
            <w:shd w:val="clear" w:color="auto" w:fill="EAF3EF"/>
            <w:tcMar>
              <w:top w:w="80" w:type="dxa"/>
              <w:left w:w="90" w:type="dxa"/>
              <w:bottom w:w="80" w:type="dxa"/>
              <w:right w:w="90" w:type="dxa"/>
            </w:tcMar>
          </w:tcPr>
          <w:p w14:paraId="0CD1D35E" w14:textId="77777777" w:rsidR="00686453" w:rsidRPr="004E1E86" w:rsidRDefault="00D95FB4">
            <w:pPr>
              <w:rPr>
                <w:szCs w:val="24"/>
              </w:rPr>
            </w:pPr>
            <w:r w:rsidRPr="004E1E86">
              <w:rPr>
                <w:b/>
                <w:color w:val="015A41"/>
                <w:szCs w:val="24"/>
              </w:rPr>
              <w:t>Recovery / return-to-normal criteria</w:t>
            </w:r>
          </w:p>
        </w:tc>
        <w:tc>
          <w:tcPr>
            <w:tcW w:w="6696" w:type="dxa"/>
            <w:gridSpan w:val="2"/>
            <w:shd w:val="clear" w:color="auto" w:fill="FFFFFF"/>
            <w:tcMar>
              <w:top w:w="80" w:type="dxa"/>
              <w:left w:w="90" w:type="dxa"/>
              <w:bottom w:w="80" w:type="dxa"/>
              <w:right w:w="90" w:type="dxa"/>
            </w:tcMar>
          </w:tcPr>
          <w:p w14:paraId="68A66A8E" w14:textId="77777777" w:rsidR="00686453" w:rsidRPr="004E1E86" w:rsidRDefault="00D95FB4">
            <w:pPr>
              <w:rPr>
                <w:szCs w:val="24"/>
              </w:rPr>
            </w:pPr>
            <w:r w:rsidRPr="004E1E86">
              <w:rPr>
                <w:i/>
                <w:color w:val="66706B"/>
                <w:szCs w:val="24"/>
              </w:rPr>
              <w:t>&lt;Insert&gt;</w:t>
            </w:r>
          </w:p>
        </w:tc>
      </w:tr>
      <w:tr w:rsidR="00686453" w:rsidRPr="004E1E86" w14:paraId="52A27C6F" w14:textId="77777777" w:rsidTr="004E1E86">
        <w:trPr>
          <w:cantSplit/>
          <w:jc w:val="center"/>
        </w:trPr>
        <w:tc>
          <w:tcPr>
            <w:tcW w:w="5141" w:type="dxa"/>
            <w:shd w:val="clear" w:color="auto" w:fill="F7FAF8"/>
            <w:tcMar>
              <w:top w:w="80" w:type="dxa"/>
              <w:left w:w="90" w:type="dxa"/>
              <w:bottom w:w="80" w:type="dxa"/>
              <w:right w:w="90" w:type="dxa"/>
            </w:tcMar>
          </w:tcPr>
          <w:p w14:paraId="24C1995B" w14:textId="77777777" w:rsidR="00686453" w:rsidRPr="004E1E86" w:rsidRDefault="00D95FB4">
            <w:pPr>
              <w:rPr>
                <w:szCs w:val="24"/>
              </w:rPr>
            </w:pPr>
            <w:r w:rsidRPr="004E1E86">
              <w:rPr>
                <w:b/>
                <w:color w:val="015A41"/>
                <w:szCs w:val="24"/>
              </w:rPr>
              <w:t>Required documentation / AAR</w:t>
            </w:r>
          </w:p>
        </w:tc>
        <w:tc>
          <w:tcPr>
            <w:tcW w:w="6696" w:type="dxa"/>
            <w:gridSpan w:val="2"/>
            <w:shd w:val="clear" w:color="auto" w:fill="FFFFFF"/>
            <w:tcMar>
              <w:top w:w="80" w:type="dxa"/>
              <w:left w:w="90" w:type="dxa"/>
              <w:bottom w:w="80" w:type="dxa"/>
              <w:right w:w="90" w:type="dxa"/>
            </w:tcMar>
          </w:tcPr>
          <w:p w14:paraId="32250E4D" w14:textId="77777777" w:rsidR="00686453" w:rsidRPr="004E1E86" w:rsidRDefault="00D95FB4">
            <w:pPr>
              <w:rPr>
                <w:szCs w:val="24"/>
              </w:rPr>
            </w:pPr>
            <w:r w:rsidRPr="004E1E86">
              <w:rPr>
                <w:i/>
                <w:color w:val="66706B"/>
                <w:szCs w:val="24"/>
              </w:rPr>
              <w:t>&lt;Insert&gt;</w:t>
            </w:r>
          </w:p>
        </w:tc>
      </w:tr>
    </w:tbl>
    <w:p w14:paraId="3E8C8DB5" w14:textId="77777777" w:rsidR="00686453" w:rsidRDefault="00686453">
      <w:pPr>
        <w:spacing w:after="0"/>
      </w:pPr>
    </w:p>
    <w:p w14:paraId="31253B5C" w14:textId="77777777" w:rsidR="00686453" w:rsidRDefault="00D95FB4">
      <w:pPr>
        <w:pStyle w:val="Heading2"/>
        <w:spacing w:before="120" w:after="80"/>
      </w:pPr>
      <w:r>
        <w:rPr>
          <w:rFonts w:ascii="Arial" w:eastAsia="Arial" w:hAnsi="Arial"/>
        </w:rPr>
        <w:t>Hazard-Specific Procedures / Notes</w:t>
      </w:r>
    </w:p>
    <w:p w14:paraId="7C6313C2" w14:textId="77777777" w:rsidR="00686453" w:rsidRDefault="00D95FB4">
      <w:pPr>
        <w:spacing w:after="120"/>
      </w:pPr>
      <w:r>
        <w:rPr>
          <w:color w:val="C8CECB"/>
          <w:sz w:val="16"/>
        </w:rPr>
        <w:t>________________________________________________________________________________</w:t>
      </w:r>
    </w:p>
    <w:p w14:paraId="7FF9E36C" w14:textId="77777777" w:rsidR="00686453" w:rsidRDefault="00D95FB4">
      <w:pPr>
        <w:spacing w:after="120"/>
      </w:pPr>
      <w:r>
        <w:rPr>
          <w:color w:val="C8CECB"/>
          <w:sz w:val="16"/>
        </w:rPr>
        <w:t>________________________________________________________________________________</w:t>
      </w:r>
    </w:p>
    <w:p w14:paraId="3096A072" w14:textId="77777777" w:rsidR="00686453" w:rsidRDefault="00D95FB4">
      <w:pPr>
        <w:spacing w:after="120"/>
      </w:pPr>
      <w:r>
        <w:rPr>
          <w:color w:val="C8CECB"/>
          <w:sz w:val="16"/>
        </w:rPr>
        <w:t>________________________________________________________________________________</w:t>
      </w:r>
    </w:p>
    <w:p w14:paraId="1D95F2C8" w14:textId="77777777" w:rsidR="00686453" w:rsidRDefault="00D95FB4">
      <w:pPr>
        <w:spacing w:after="120"/>
      </w:pPr>
      <w:r>
        <w:rPr>
          <w:color w:val="C8CECB"/>
          <w:sz w:val="16"/>
        </w:rPr>
        <w:t>________________________________________________________________________________</w:t>
      </w:r>
    </w:p>
    <w:p w14:paraId="1C8FB36E" w14:textId="77777777" w:rsidR="00686453" w:rsidRDefault="00D95FB4">
      <w:pPr>
        <w:spacing w:after="120"/>
      </w:pPr>
      <w:r>
        <w:rPr>
          <w:color w:val="C8CECB"/>
          <w:sz w:val="16"/>
        </w:rPr>
        <w:t>________________________________________________________________________________</w:t>
      </w:r>
    </w:p>
    <w:p w14:paraId="4FE35575" w14:textId="77777777" w:rsidR="00686453" w:rsidRDefault="00D95FB4">
      <w:r>
        <w:br w:type="page"/>
      </w:r>
    </w:p>
    <w:p w14:paraId="5F5242D1" w14:textId="77777777" w:rsidR="00686453" w:rsidRDefault="00D95FB4">
      <w:pPr>
        <w:pStyle w:val="Heading1"/>
        <w:pBdr>
          <w:bottom w:val="single" w:sz="14" w:space="5" w:color="E63B07"/>
        </w:pBdr>
        <w:spacing w:before="140" w:after="140"/>
      </w:pPr>
      <w:r>
        <w:rPr>
          <w:rFonts w:ascii="Arial" w:eastAsia="Arial" w:hAnsi="Arial"/>
        </w:rPr>
        <w:lastRenderedPageBreak/>
        <w:t>APPENDIX D - MISSING RESIDENT / ELOPEMENT</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14:paraId="5BDE7FBB" w14:textId="77777777">
        <w:trPr>
          <w:jc w:val="center"/>
        </w:trPr>
        <w:tc>
          <w:tcPr>
            <w:tcW w:w="10282" w:type="dxa"/>
            <w:shd w:val="clear" w:color="auto" w:fill="FCEFE9"/>
            <w:tcMar>
              <w:top w:w="100" w:type="dxa"/>
              <w:left w:w="130" w:type="dxa"/>
              <w:bottom w:w="100" w:type="dxa"/>
              <w:right w:w="130" w:type="dxa"/>
            </w:tcMar>
          </w:tcPr>
          <w:p w14:paraId="71DA398B" w14:textId="77777777" w:rsidR="00686453" w:rsidRPr="004E1E86" w:rsidRDefault="00D95FB4">
            <w:pPr>
              <w:spacing w:after="0"/>
              <w:rPr>
                <w:sz w:val="20"/>
                <w:szCs w:val="20"/>
              </w:rPr>
            </w:pPr>
            <w:r w:rsidRPr="004E1E86">
              <w:rPr>
                <w:b/>
                <w:color w:val="E63B07"/>
                <w:sz w:val="20"/>
                <w:szCs w:val="20"/>
              </w:rPr>
              <w:t xml:space="preserve">REGULATORY CONNECTION  </w:t>
            </w:r>
            <w:r w:rsidRPr="004E1E86">
              <w:rPr>
                <w:sz w:val="20"/>
                <w:szCs w:val="20"/>
              </w:rPr>
              <w:t>42 CFR §483.73(a)(1) specifically requires the LTC all-hazards risk assessment to include missing residents; Maine Chapter 110 also identifies missing residents.</w:t>
            </w:r>
          </w:p>
        </w:tc>
      </w:tr>
    </w:tbl>
    <w:p w14:paraId="01D71B0E" w14:textId="77777777" w:rsidR="00686453" w:rsidRDefault="00686453">
      <w:pPr>
        <w:spacing w:after="0"/>
      </w:pPr>
    </w:p>
    <w:tbl>
      <w:tblPr>
        <w:tblW w:w="1094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807"/>
      </w:tblGrid>
      <w:tr w:rsidR="00686453" w:rsidRPr="004E1E86" w14:paraId="1752922B" w14:textId="77777777" w:rsidTr="004E1E86">
        <w:trPr>
          <w:tblHeader/>
          <w:jc w:val="center"/>
        </w:trPr>
        <w:tc>
          <w:tcPr>
            <w:tcW w:w="5141" w:type="dxa"/>
            <w:shd w:val="clear" w:color="auto" w:fill="015A41"/>
            <w:tcMar>
              <w:top w:w="80" w:type="dxa"/>
              <w:left w:w="90" w:type="dxa"/>
              <w:bottom w:w="80" w:type="dxa"/>
              <w:right w:w="90" w:type="dxa"/>
            </w:tcMar>
          </w:tcPr>
          <w:p w14:paraId="34358DB3" w14:textId="77777777" w:rsidR="00686453" w:rsidRPr="004E1E86" w:rsidRDefault="00D95FB4">
            <w:pPr>
              <w:rPr>
                <w:szCs w:val="24"/>
              </w:rPr>
            </w:pPr>
            <w:r w:rsidRPr="004E1E86">
              <w:rPr>
                <w:b/>
                <w:color w:val="FFFFFF"/>
                <w:szCs w:val="24"/>
              </w:rPr>
              <w:t>Field</w:t>
            </w:r>
          </w:p>
        </w:tc>
        <w:tc>
          <w:tcPr>
            <w:tcW w:w="5807" w:type="dxa"/>
            <w:shd w:val="clear" w:color="auto" w:fill="015A41"/>
            <w:tcMar>
              <w:top w:w="80" w:type="dxa"/>
              <w:left w:w="90" w:type="dxa"/>
              <w:bottom w:w="80" w:type="dxa"/>
              <w:right w:w="90" w:type="dxa"/>
            </w:tcMar>
          </w:tcPr>
          <w:p w14:paraId="0589ECEA" w14:textId="77777777" w:rsidR="00686453" w:rsidRPr="004E1E86" w:rsidRDefault="00D95FB4">
            <w:pPr>
              <w:rPr>
                <w:szCs w:val="24"/>
              </w:rPr>
            </w:pPr>
            <w:r w:rsidRPr="004E1E86">
              <w:rPr>
                <w:b/>
                <w:color w:val="FFFFFF"/>
                <w:szCs w:val="24"/>
              </w:rPr>
              <w:t>Facility Entry</w:t>
            </w:r>
          </w:p>
        </w:tc>
      </w:tr>
      <w:tr w:rsidR="00686453" w:rsidRPr="004E1E86" w14:paraId="7FB88DDF" w14:textId="77777777" w:rsidTr="004E1E86">
        <w:trPr>
          <w:cantSplit/>
          <w:jc w:val="center"/>
        </w:trPr>
        <w:tc>
          <w:tcPr>
            <w:tcW w:w="5141" w:type="dxa"/>
            <w:shd w:val="clear" w:color="auto" w:fill="EAF3EF"/>
            <w:tcMar>
              <w:top w:w="80" w:type="dxa"/>
              <w:left w:w="90" w:type="dxa"/>
              <w:bottom w:w="80" w:type="dxa"/>
              <w:right w:w="90" w:type="dxa"/>
            </w:tcMar>
          </w:tcPr>
          <w:p w14:paraId="55BE4832" w14:textId="77777777" w:rsidR="00686453" w:rsidRPr="004E1E86" w:rsidRDefault="00D95FB4">
            <w:pPr>
              <w:rPr>
                <w:szCs w:val="24"/>
              </w:rPr>
            </w:pPr>
            <w:r w:rsidRPr="004E1E86">
              <w:rPr>
                <w:b/>
                <w:color w:val="015A41"/>
                <w:szCs w:val="24"/>
              </w:rPr>
              <w:t>Risk / HVA rating</w:t>
            </w:r>
          </w:p>
        </w:tc>
        <w:tc>
          <w:tcPr>
            <w:tcW w:w="5807" w:type="dxa"/>
            <w:shd w:val="clear" w:color="auto" w:fill="FFFFFF"/>
            <w:tcMar>
              <w:top w:w="80" w:type="dxa"/>
              <w:left w:w="90" w:type="dxa"/>
              <w:bottom w:w="80" w:type="dxa"/>
              <w:right w:w="90" w:type="dxa"/>
            </w:tcMar>
          </w:tcPr>
          <w:p w14:paraId="7FE4986D" w14:textId="77777777" w:rsidR="00686453" w:rsidRPr="004E1E86" w:rsidRDefault="00D95FB4">
            <w:pPr>
              <w:rPr>
                <w:szCs w:val="24"/>
              </w:rPr>
            </w:pPr>
            <w:r w:rsidRPr="004E1E86">
              <w:rPr>
                <w:i/>
                <w:color w:val="66706B"/>
                <w:szCs w:val="24"/>
              </w:rPr>
              <w:t>&lt;Insert&gt;</w:t>
            </w:r>
          </w:p>
        </w:tc>
      </w:tr>
      <w:tr w:rsidR="00686453" w:rsidRPr="004E1E86" w14:paraId="02D658AE" w14:textId="77777777" w:rsidTr="004E1E86">
        <w:trPr>
          <w:cantSplit/>
          <w:jc w:val="center"/>
        </w:trPr>
        <w:tc>
          <w:tcPr>
            <w:tcW w:w="5141" w:type="dxa"/>
            <w:shd w:val="clear" w:color="auto" w:fill="F7FAF8"/>
            <w:tcMar>
              <w:top w:w="80" w:type="dxa"/>
              <w:left w:w="90" w:type="dxa"/>
              <w:bottom w:w="80" w:type="dxa"/>
              <w:right w:w="90" w:type="dxa"/>
            </w:tcMar>
          </w:tcPr>
          <w:p w14:paraId="6627A303" w14:textId="77777777" w:rsidR="00686453" w:rsidRPr="004E1E86" w:rsidRDefault="00D95FB4">
            <w:pPr>
              <w:rPr>
                <w:szCs w:val="24"/>
              </w:rPr>
            </w:pPr>
            <w:r w:rsidRPr="004E1E86">
              <w:rPr>
                <w:b/>
                <w:color w:val="015A41"/>
                <w:szCs w:val="24"/>
              </w:rPr>
              <w:t>Primary activation triggers</w:t>
            </w:r>
          </w:p>
        </w:tc>
        <w:tc>
          <w:tcPr>
            <w:tcW w:w="5807" w:type="dxa"/>
            <w:shd w:val="clear" w:color="auto" w:fill="FFFFFF"/>
            <w:tcMar>
              <w:top w:w="80" w:type="dxa"/>
              <w:left w:w="90" w:type="dxa"/>
              <w:bottom w:w="80" w:type="dxa"/>
              <w:right w:w="90" w:type="dxa"/>
            </w:tcMar>
          </w:tcPr>
          <w:p w14:paraId="19A5A5CD" w14:textId="77777777" w:rsidR="00686453" w:rsidRPr="004E1E86" w:rsidRDefault="00D95FB4">
            <w:pPr>
              <w:rPr>
                <w:szCs w:val="24"/>
              </w:rPr>
            </w:pPr>
            <w:r w:rsidRPr="004E1E86">
              <w:rPr>
                <w:i/>
                <w:color w:val="66706B"/>
                <w:szCs w:val="24"/>
              </w:rPr>
              <w:t>&lt;Insert&gt;</w:t>
            </w:r>
          </w:p>
        </w:tc>
      </w:tr>
      <w:tr w:rsidR="00686453" w:rsidRPr="004E1E86" w14:paraId="21461FDE" w14:textId="77777777" w:rsidTr="004E1E86">
        <w:trPr>
          <w:cantSplit/>
          <w:jc w:val="center"/>
        </w:trPr>
        <w:tc>
          <w:tcPr>
            <w:tcW w:w="5141" w:type="dxa"/>
            <w:shd w:val="clear" w:color="auto" w:fill="EAF3EF"/>
            <w:tcMar>
              <w:top w:w="80" w:type="dxa"/>
              <w:left w:w="90" w:type="dxa"/>
              <w:bottom w:w="80" w:type="dxa"/>
              <w:right w:w="90" w:type="dxa"/>
            </w:tcMar>
          </w:tcPr>
          <w:p w14:paraId="7414CF51" w14:textId="77777777" w:rsidR="00686453" w:rsidRPr="004E1E86" w:rsidRDefault="00D95FB4">
            <w:pPr>
              <w:rPr>
                <w:szCs w:val="24"/>
              </w:rPr>
            </w:pPr>
            <w:r w:rsidRPr="004E1E86">
              <w:rPr>
                <w:b/>
                <w:color w:val="015A41"/>
                <w:szCs w:val="24"/>
              </w:rPr>
              <w:t>Decision authority</w:t>
            </w:r>
          </w:p>
        </w:tc>
        <w:tc>
          <w:tcPr>
            <w:tcW w:w="5807" w:type="dxa"/>
            <w:shd w:val="clear" w:color="auto" w:fill="FFFFFF"/>
            <w:tcMar>
              <w:top w:w="80" w:type="dxa"/>
              <w:left w:w="90" w:type="dxa"/>
              <w:bottom w:w="80" w:type="dxa"/>
              <w:right w:w="90" w:type="dxa"/>
            </w:tcMar>
          </w:tcPr>
          <w:p w14:paraId="5D625AE6" w14:textId="77777777" w:rsidR="00686453" w:rsidRPr="004E1E86" w:rsidRDefault="00D95FB4">
            <w:pPr>
              <w:rPr>
                <w:szCs w:val="24"/>
              </w:rPr>
            </w:pPr>
            <w:r w:rsidRPr="004E1E86">
              <w:rPr>
                <w:i/>
                <w:color w:val="66706B"/>
                <w:szCs w:val="24"/>
              </w:rPr>
              <w:t>&lt;Insert&gt;</w:t>
            </w:r>
          </w:p>
        </w:tc>
      </w:tr>
      <w:tr w:rsidR="00686453" w:rsidRPr="004E1E86" w14:paraId="1CB841A0" w14:textId="77777777" w:rsidTr="004E1E86">
        <w:trPr>
          <w:cantSplit/>
          <w:jc w:val="center"/>
        </w:trPr>
        <w:tc>
          <w:tcPr>
            <w:tcW w:w="5141" w:type="dxa"/>
            <w:shd w:val="clear" w:color="auto" w:fill="F7FAF8"/>
            <w:tcMar>
              <w:top w:w="80" w:type="dxa"/>
              <w:left w:w="90" w:type="dxa"/>
              <w:bottom w:w="80" w:type="dxa"/>
              <w:right w:w="90" w:type="dxa"/>
            </w:tcMar>
          </w:tcPr>
          <w:p w14:paraId="1A415A39" w14:textId="77777777" w:rsidR="00686453" w:rsidRPr="004E1E86" w:rsidRDefault="00D95FB4">
            <w:pPr>
              <w:rPr>
                <w:szCs w:val="24"/>
              </w:rPr>
            </w:pPr>
            <w:r w:rsidRPr="004E1E86">
              <w:rPr>
                <w:b/>
                <w:color w:val="015A41"/>
                <w:szCs w:val="24"/>
              </w:rPr>
              <w:t>Immediate life-safety actions</w:t>
            </w:r>
          </w:p>
        </w:tc>
        <w:tc>
          <w:tcPr>
            <w:tcW w:w="5807" w:type="dxa"/>
            <w:shd w:val="clear" w:color="auto" w:fill="FFFFFF"/>
            <w:tcMar>
              <w:top w:w="80" w:type="dxa"/>
              <w:left w:w="90" w:type="dxa"/>
              <w:bottom w:w="80" w:type="dxa"/>
              <w:right w:w="90" w:type="dxa"/>
            </w:tcMar>
          </w:tcPr>
          <w:p w14:paraId="582EF6A0" w14:textId="77777777" w:rsidR="00686453" w:rsidRPr="004E1E86" w:rsidRDefault="00D95FB4">
            <w:pPr>
              <w:rPr>
                <w:szCs w:val="24"/>
              </w:rPr>
            </w:pPr>
            <w:r w:rsidRPr="004E1E86">
              <w:rPr>
                <w:i/>
                <w:color w:val="66706B"/>
                <w:szCs w:val="24"/>
              </w:rPr>
              <w:t>&lt;Insert&gt;</w:t>
            </w:r>
          </w:p>
        </w:tc>
      </w:tr>
      <w:tr w:rsidR="00686453" w:rsidRPr="004E1E86" w14:paraId="40B1A7CE" w14:textId="77777777" w:rsidTr="004E1E86">
        <w:trPr>
          <w:cantSplit/>
          <w:jc w:val="center"/>
        </w:trPr>
        <w:tc>
          <w:tcPr>
            <w:tcW w:w="5141" w:type="dxa"/>
            <w:shd w:val="clear" w:color="auto" w:fill="EAF3EF"/>
            <w:tcMar>
              <w:top w:w="80" w:type="dxa"/>
              <w:left w:w="90" w:type="dxa"/>
              <w:bottom w:w="80" w:type="dxa"/>
              <w:right w:w="90" w:type="dxa"/>
            </w:tcMar>
          </w:tcPr>
          <w:p w14:paraId="63BA675F" w14:textId="77777777" w:rsidR="00686453" w:rsidRPr="004E1E86" w:rsidRDefault="00D95FB4">
            <w:pPr>
              <w:rPr>
                <w:szCs w:val="24"/>
              </w:rPr>
            </w:pPr>
            <w:r w:rsidRPr="004E1E86">
              <w:rPr>
                <w:b/>
                <w:color w:val="015A41"/>
                <w:szCs w:val="24"/>
              </w:rPr>
              <w:t>Resident care / treatment priorities</w:t>
            </w:r>
          </w:p>
        </w:tc>
        <w:tc>
          <w:tcPr>
            <w:tcW w:w="5807" w:type="dxa"/>
            <w:shd w:val="clear" w:color="auto" w:fill="FFFFFF"/>
            <w:tcMar>
              <w:top w:w="80" w:type="dxa"/>
              <w:left w:w="90" w:type="dxa"/>
              <w:bottom w:w="80" w:type="dxa"/>
              <w:right w:w="90" w:type="dxa"/>
            </w:tcMar>
          </w:tcPr>
          <w:p w14:paraId="011C95F6" w14:textId="77777777" w:rsidR="00686453" w:rsidRPr="004E1E86" w:rsidRDefault="00D95FB4">
            <w:pPr>
              <w:rPr>
                <w:szCs w:val="24"/>
              </w:rPr>
            </w:pPr>
            <w:r w:rsidRPr="004E1E86">
              <w:rPr>
                <w:i/>
                <w:color w:val="66706B"/>
                <w:szCs w:val="24"/>
              </w:rPr>
              <w:t>&lt;Insert&gt;</w:t>
            </w:r>
          </w:p>
        </w:tc>
      </w:tr>
      <w:tr w:rsidR="00686453" w:rsidRPr="004E1E86" w14:paraId="696445DC" w14:textId="77777777" w:rsidTr="004E1E86">
        <w:trPr>
          <w:cantSplit/>
          <w:jc w:val="center"/>
        </w:trPr>
        <w:tc>
          <w:tcPr>
            <w:tcW w:w="5141" w:type="dxa"/>
            <w:shd w:val="clear" w:color="auto" w:fill="F7FAF8"/>
            <w:tcMar>
              <w:top w:w="80" w:type="dxa"/>
              <w:left w:w="90" w:type="dxa"/>
              <w:bottom w:w="80" w:type="dxa"/>
              <w:right w:w="90" w:type="dxa"/>
            </w:tcMar>
          </w:tcPr>
          <w:p w14:paraId="7A7F4E78" w14:textId="77777777" w:rsidR="00686453" w:rsidRPr="004E1E86" w:rsidRDefault="00D95FB4">
            <w:pPr>
              <w:rPr>
                <w:szCs w:val="24"/>
              </w:rPr>
            </w:pPr>
            <w:r w:rsidRPr="004E1E86">
              <w:rPr>
                <w:b/>
                <w:color w:val="015A41"/>
                <w:szCs w:val="24"/>
              </w:rPr>
              <w:t>Staffing actions</w:t>
            </w:r>
          </w:p>
        </w:tc>
        <w:tc>
          <w:tcPr>
            <w:tcW w:w="5807" w:type="dxa"/>
            <w:shd w:val="clear" w:color="auto" w:fill="FFFFFF"/>
            <w:tcMar>
              <w:top w:w="80" w:type="dxa"/>
              <w:left w:w="90" w:type="dxa"/>
              <w:bottom w:w="80" w:type="dxa"/>
              <w:right w:w="90" w:type="dxa"/>
            </w:tcMar>
          </w:tcPr>
          <w:p w14:paraId="00F24596" w14:textId="77777777" w:rsidR="00686453" w:rsidRPr="004E1E86" w:rsidRDefault="00D95FB4">
            <w:pPr>
              <w:rPr>
                <w:szCs w:val="24"/>
              </w:rPr>
            </w:pPr>
            <w:r w:rsidRPr="004E1E86">
              <w:rPr>
                <w:i/>
                <w:color w:val="66706B"/>
                <w:szCs w:val="24"/>
              </w:rPr>
              <w:t>&lt;Insert&gt;</w:t>
            </w:r>
          </w:p>
        </w:tc>
      </w:tr>
      <w:tr w:rsidR="00686453" w:rsidRPr="004E1E86" w14:paraId="6DE0D54F" w14:textId="77777777" w:rsidTr="004E1E86">
        <w:trPr>
          <w:cantSplit/>
          <w:jc w:val="center"/>
        </w:trPr>
        <w:tc>
          <w:tcPr>
            <w:tcW w:w="5141" w:type="dxa"/>
            <w:shd w:val="clear" w:color="auto" w:fill="EAF3EF"/>
            <w:tcMar>
              <w:top w:w="80" w:type="dxa"/>
              <w:left w:w="90" w:type="dxa"/>
              <w:bottom w:w="80" w:type="dxa"/>
              <w:right w:w="90" w:type="dxa"/>
            </w:tcMar>
          </w:tcPr>
          <w:p w14:paraId="46D8F5DE" w14:textId="77777777" w:rsidR="00686453" w:rsidRPr="004E1E86" w:rsidRDefault="00D95FB4">
            <w:pPr>
              <w:rPr>
                <w:szCs w:val="24"/>
              </w:rPr>
            </w:pPr>
            <w:r w:rsidRPr="004E1E86">
              <w:rPr>
                <w:b/>
                <w:color w:val="015A41"/>
                <w:szCs w:val="24"/>
              </w:rPr>
              <w:t>Utility / resource considerations</w:t>
            </w:r>
          </w:p>
        </w:tc>
        <w:tc>
          <w:tcPr>
            <w:tcW w:w="5807" w:type="dxa"/>
            <w:shd w:val="clear" w:color="auto" w:fill="FFFFFF"/>
            <w:tcMar>
              <w:top w:w="80" w:type="dxa"/>
              <w:left w:w="90" w:type="dxa"/>
              <w:bottom w:w="80" w:type="dxa"/>
              <w:right w:w="90" w:type="dxa"/>
            </w:tcMar>
          </w:tcPr>
          <w:p w14:paraId="0C5D2F00" w14:textId="77777777" w:rsidR="00686453" w:rsidRPr="004E1E86" w:rsidRDefault="00D95FB4">
            <w:pPr>
              <w:rPr>
                <w:szCs w:val="24"/>
              </w:rPr>
            </w:pPr>
            <w:r w:rsidRPr="004E1E86">
              <w:rPr>
                <w:i/>
                <w:color w:val="66706B"/>
                <w:szCs w:val="24"/>
              </w:rPr>
              <w:t>&lt;Insert&gt;</w:t>
            </w:r>
          </w:p>
        </w:tc>
      </w:tr>
      <w:tr w:rsidR="00686453" w:rsidRPr="004E1E86" w14:paraId="72347421" w14:textId="77777777" w:rsidTr="004E1E86">
        <w:trPr>
          <w:cantSplit/>
          <w:jc w:val="center"/>
        </w:trPr>
        <w:tc>
          <w:tcPr>
            <w:tcW w:w="5141" w:type="dxa"/>
            <w:shd w:val="clear" w:color="auto" w:fill="F7FAF8"/>
            <w:tcMar>
              <w:top w:w="80" w:type="dxa"/>
              <w:left w:w="90" w:type="dxa"/>
              <w:bottom w:w="80" w:type="dxa"/>
              <w:right w:w="90" w:type="dxa"/>
            </w:tcMar>
          </w:tcPr>
          <w:p w14:paraId="65642E62" w14:textId="77777777" w:rsidR="00686453" w:rsidRPr="004E1E86" w:rsidRDefault="00D95FB4">
            <w:pPr>
              <w:rPr>
                <w:szCs w:val="24"/>
              </w:rPr>
            </w:pPr>
            <w:r w:rsidRPr="004E1E86">
              <w:rPr>
                <w:b/>
                <w:color w:val="015A41"/>
                <w:szCs w:val="24"/>
              </w:rPr>
              <w:t>Communication / reporting</w:t>
            </w:r>
          </w:p>
        </w:tc>
        <w:tc>
          <w:tcPr>
            <w:tcW w:w="5807" w:type="dxa"/>
            <w:shd w:val="clear" w:color="auto" w:fill="FFFFFF"/>
            <w:tcMar>
              <w:top w:w="80" w:type="dxa"/>
              <w:left w:w="90" w:type="dxa"/>
              <w:bottom w:w="80" w:type="dxa"/>
              <w:right w:w="90" w:type="dxa"/>
            </w:tcMar>
          </w:tcPr>
          <w:p w14:paraId="4F545B03" w14:textId="77777777" w:rsidR="00686453" w:rsidRPr="004E1E86" w:rsidRDefault="00D95FB4">
            <w:pPr>
              <w:rPr>
                <w:szCs w:val="24"/>
              </w:rPr>
            </w:pPr>
            <w:r w:rsidRPr="004E1E86">
              <w:rPr>
                <w:i/>
                <w:color w:val="66706B"/>
                <w:szCs w:val="24"/>
              </w:rPr>
              <w:t>&lt;Insert&gt;</w:t>
            </w:r>
          </w:p>
        </w:tc>
      </w:tr>
      <w:tr w:rsidR="00686453" w:rsidRPr="004E1E86" w14:paraId="0F7B089E" w14:textId="77777777" w:rsidTr="004E1E86">
        <w:trPr>
          <w:cantSplit/>
          <w:jc w:val="center"/>
        </w:trPr>
        <w:tc>
          <w:tcPr>
            <w:tcW w:w="5141" w:type="dxa"/>
            <w:shd w:val="clear" w:color="auto" w:fill="EAF3EF"/>
            <w:tcMar>
              <w:top w:w="80" w:type="dxa"/>
              <w:left w:w="90" w:type="dxa"/>
              <w:bottom w:w="80" w:type="dxa"/>
              <w:right w:w="90" w:type="dxa"/>
            </w:tcMar>
          </w:tcPr>
          <w:p w14:paraId="6158015C" w14:textId="77777777" w:rsidR="00686453" w:rsidRPr="004E1E86" w:rsidRDefault="00D95FB4">
            <w:pPr>
              <w:rPr>
                <w:szCs w:val="24"/>
              </w:rPr>
            </w:pPr>
            <w:r w:rsidRPr="004E1E86">
              <w:rPr>
                <w:b/>
                <w:color w:val="015A41"/>
                <w:szCs w:val="24"/>
              </w:rPr>
              <w:t>Evacuation / shelter implications</w:t>
            </w:r>
          </w:p>
        </w:tc>
        <w:tc>
          <w:tcPr>
            <w:tcW w:w="5807" w:type="dxa"/>
            <w:shd w:val="clear" w:color="auto" w:fill="FFFFFF"/>
            <w:tcMar>
              <w:top w:w="80" w:type="dxa"/>
              <w:left w:w="90" w:type="dxa"/>
              <w:bottom w:w="80" w:type="dxa"/>
              <w:right w:w="90" w:type="dxa"/>
            </w:tcMar>
          </w:tcPr>
          <w:p w14:paraId="08390B81" w14:textId="77777777" w:rsidR="00686453" w:rsidRPr="004E1E86" w:rsidRDefault="00D95FB4">
            <w:pPr>
              <w:rPr>
                <w:szCs w:val="24"/>
              </w:rPr>
            </w:pPr>
            <w:r w:rsidRPr="004E1E86">
              <w:rPr>
                <w:i/>
                <w:color w:val="66706B"/>
                <w:szCs w:val="24"/>
              </w:rPr>
              <w:t>&lt;Insert&gt;</w:t>
            </w:r>
          </w:p>
        </w:tc>
      </w:tr>
      <w:tr w:rsidR="00686453" w:rsidRPr="004E1E86" w14:paraId="1A16ABE6" w14:textId="77777777" w:rsidTr="004E1E86">
        <w:trPr>
          <w:cantSplit/>
          <w:jc w:val="center"/>
        </w:trPr>
        <w:tc>
          <w:tcPr>
            <w:tcW w:w="5141" w:type="dxa"/>
            <w:shd w:val="clear" w:color="auto" w:fill="F7FAF8"/>
            <w:tcMar>
              <w:top w:w="80" w:type="dxa"/>
              <w:left w:w="90" w:type="dxa"/>
              <w:bottom w:w="80" w:type="dxa"/>
              <w:right w:w="90" w:type="dxa"/>
            </w:tcMar>
          </w:tcPr>
          <w:p w14:paraId="7E064413" w14:textId="77777777" w:rsidR="00686453" w:rsidRPr="004E1E86" w:rsidRDefault="00D95FB4">
            <w:pPr>
              <w:rPr>
                <w:szCs w:val="24"/>
              </w:rPr>
            </w:pPr>
            <w:r w:rsidRPr="004E1E86">
              <w:rPr>
                <w:b/>
                <w:color w:val="015A41"/>
                <w:szCs w:val="24"/>
              </w:rPr>
              <w:t>External partners</w:t>
            </w:r>
          </w:p>
        </w:tc>
        <w:tc>
          <w:tcPr>
            <w:tcW w:w="5807" w:type="dxa"/>
            <w:shd w:val="clear" w:color="auto" w:fill="FFFFFF"/>
            <w:tcMar>
              <w:top w:w="80" w:type="dxa"/>
              <w:left w:w="90" w:type="dxa"/>
              <w:bottom w:w="80" w:type="dxa"/>
              <w:right w:w="90" w:type="dxa"/>
            </w:tcMar>
          </w:tcPr>
          <w:p w14:paraId="516E9353" w14:textId="77777777" w:rsidR="00686453" w:rsidRPr="004E1E86" w:rsidRDefault="00D95FB4">
            <w:pPr>
              <w:rPr>
                <w:szCs w:val="24"/>
              </w:rPr>
            </w:pPr>
            <w:r w:rsidRPr="004E1E86">
              <w:rPr>
                <w:i/>
                <w:color w:val="66706B"/>
                <w:szCs w:val="24"/>
              </w:rPr>
              <w:t>&lt;Insert&gt;</w:t>
            </w:r>
          </w:p>
        </w:tc>
      </w:tr>
      <w:tr w:rsidR="00686453" w:rsidRPr="004E1E86" w14:paraId="7BF9D2D8" w14:textId="77777777" w:rsidTr="004E1E86">
        <w:trPr>
          <w:cantSplit/>
          <w:jc w:val="center"/>
        </w:trPr>
        <w:tc>
          <w:tcPr>
            <w:tcW w:w="5141" w:type="dxa"/>
            <w:shd w:val="clear" w:color="auto" w:fill="EAF3EF"/>
            <w:tcMar>
              <w:top w:w="80" w:type="dxa"/>
              <w:left w:w="90" w:type="dxa"/>
              <w:bottom w:w="80" w:type="dxa"/>
              <w:right w:w="90" w:type="dxa"/>
            </w:tcMar>
          </w:tcPr>
          <w:p w14:paraId="72CD5ABD" w14:textId="77777777" w:rsidR="00686453" w:rsidRPr="004E1E86" w:rsidRDefault="00D95FB4">
            <w:pPr>
              <w:rPr>
                <w:szCs w:val="24"/>
              </w:rPr>
            </w:pPr>
            <w:r w:rsidRPr="004E1E86">
              <w:rPr>
                <w:b/>
                <w:color w:val="015A41"/>
                <w:szCs w:val="24"/>
              </w:rPr>
              <w:t>Recovery / return-to-normal criteria</w:t>
            </w:r>
          </w:p>
        </w:tc>
        <w:tc>
          <w:tcPr>
            <w:tcW w:w="5807" w:type="dxa"/>
            <w:shd w:val="clear" w:color="auto" w:fill="FFFFFF"/>
            <w:tcMar>
              <w:top w:w="80" w:type="dxa"/>
              <w:left w:w="90" w:type="dxa"/>
              <w:bottom w:w="80" w:type="dxa"/>
              <w:right w:w="90" w:type="dxa"/>
            </w:tcMar>
          </w:tcPr>
          <w:p w14:paraId="4B1EE9BD" w14:textId="77777777" w:rsidR="00686453" w:rsidRPr="004E1E86" w:rsidRDefault="00D95FB4">
            <w:pPr>
              <w:rPr>
                <w:szCs w:val="24"/>
              </w:rPr>
            </w:pPr>
            <w:r w:rsidRPr="004E1E86">
              <w:rPr>
                <w:i/>
                <w:color w:val="66706B"/>
                <w:szCs w:val="24"/>
              </w:rPr>
              <w:t>&lt;Insert&gt;</w:t>
            </w:r>
          </w:p>
        </w:tc>
      </w:tr>
      <w:tr w:rsidR="00686453" w:rsidRPr="004E1E86" w14:paraId="5597F6C0" w14:textId="77777777" w:rsidTr="004E1E86">
        <w:trPr>
          <w:cantSplit/>
          <w:jc w:val="center"/>
        </w:trPr>
        <w:tc>
          <w:tcPr>
            <w:tcW w:w="5141" w:type="dxa"/>
            <w:shd w:val="clear" w:color="auto" w:fill="F7FAF8"/>
            <w:tcMar>
              <w:top w:w="80" w:type="dxa"/>
              <w:left w:w="90" w:type="dxa"/>
              <w:bottom w:w="80" w:type="dxa"/>
              <w:right w:w="90" w:type="dxa"/>
            </w:tcMar>
          </w:tcPr>
          <w:p w14:paraId="3A1AAAD8" w14:textId="77777777" w:rsidR="00686453" w:rsidRPr="004E1E86" w:rsidRDefault="00D95FB4">
            <w:pPr>
              <w:rPr>
                <w:szCs w:val="24"/>
              </w:rPr>
            </w:pPr>
            <w:r w:rsidRPr="004E1E86">
              <w:rPr>
                <w:b/>
                <w:color w:val="015A41"/>
                <w:szCs w:val="24"/>
              </w:rPr>
              <w:t>Required documentation / AAR</w:t>
            </w:r>
          </w:p>
        </w:tc>
        <w:tc>
          <w:tcPr>
            <w:tcW w:w="5807" w:type="dxa"/>
            <w:shd w:val="clear" w:color="auto" w:fill="FFFFFF"/>
            <w:tcMar>
              <w:top w:w="80" w:type="dxa"/>
              <w:left w:w="90" w:type="dxa"/>
              <w:bottom w:w="80" w:type="dxa"/>
              <w:right w:w="90" w:type="dxa"/>
            </w:tcMar>
          </w:tcPr>
          <w:p w14:paraId="2C18FC68" w14:textId="77777777" w:rsidR="00686453" w:rsidRPr="004E1E86" w:rsidRDefault="00D95FB4">
            <w:pPr>
              <w:rPr>
                <w:szCs w:val="24"/>
              </w:rPr>
            </w:pPr>
            <w:r w:rsidRPr="004E1E86">
              <w:rPr>
                <w:i/>
                <w:color w:val="66706B"/>
                <w:szCs w:val="24"/>
              </w:rPr>
              <w:t>&lt;Insert&gt;</w:t>
            </w:r>
          </w:p>
        </w:tc>
      </w:tr>
    </w:tbl>
    <w:p w14:paraId="41E1FCD7" w14:textId="77777777" w:rsidR="00686453" w:rsidRDefault="00686453">
      <w:pPr>
        <w:spacing w:after="0"/>
      </w:pPr>
    </w:p>
    <w:p w14:paraId="15AD9CD3" w14:textId="77777777" w:rsidR="00686453" w:rsidRDefault="00D95FB4">
      <w:pPr>
        <w:pStyle w:val="Heading2"/>
        <w:spacing w:before="120" w:after="80"/>
      </w:pPr>
      <w:r>
        <w:rPr>
          <w:rFonts w:ascii="Arial" w:eastAsia="Arial" w:hAnsi="Arial"/>
        </w:rPr>
        <w:t>Hazard-Specific Procedures / Notes</w:t>
      </w:r>
    </w:p>
    <w:p w14:paraId="40660087" w14:textId="77777777" w:rsidR="00686453" w:rsidRDefault="00D95FB4">
      <w:pPr>
        <w:spacing w:after="120"/>
      </w:pPr>
      <w:r>
        <w:rPr>
          <w:color w:val="C8CECB"/>
          <w:sz w:val="16"/>
        </w:rPr>
        <w:t>________________________________________________________________________________</w:t>
      </w:r>
    </w:p>
    <w:p w14:paraId="242F0586" w14:textId="77777777" w:rsidR="00686453" w:rsidRDefault="00D95FB4">
      <w:pPr>
        <w:spacing w:after="120"/>
      </w:pPr>
      <w:r>
        <w:rPr>
          <w:color w:val="C8CECB"/>
          <w:sz w:val="16"/>
        </w:rPr>
        <w:t>________________________________________________________________________________</w:t>
      </w:r>
    </w:p>
    <w:p w14:paraId="3AF3AE49" w14:textId="77777777" w:rsidR="00686453" w:rsidRDefault="00D95FB4">
      <w:pPr>
        <w:spacing w:after="120"/>
      </w:pPr>
      <w:r>
        <w:rPr>
          <w:color w:val="C8CECB"/>
          <w:sz w:val="16"/>
        </w:rPr>
        <w:t>________________________________________________________________________________</w:t>
      </w:r>
    </w:p>
    <w:p w14:paraId="317200BC" w14:textId="77777777" w:rsidR="00686453" w:rsidRDefault="00D95FB4">
      <w:pPr>
        <w:spacing w:after="120"/>
      </w:pPr>
      <w:r>
        <w:rPr>
          <w:color w:val="C8CECB"/>
          <w:sz w:val="16"/>
        </w:rPr>
        <w:t>________________________________________________________________________________</w:t>
      </w:r>
    </w:p>
    <w:p w14:paraId="7D92FA72" w14:textId="77777777" w:rsidR="00686453" w:rsidRDefault="00D95FB4">
      <w:pPr>
        <w:spacing w:after="120"/>
      </w:pPr>
      <w:r>
        <w:rPr>
          <w:color w:val="C8CECB"/>
          <w:sz w:val="16"/>
        </w:rPr>
        <w:t>________________________________________________________________________________</w:t>
      </w:r>
    </w:p>
    <w:p w14:paraId="0A9ED291" w14:textId="77777777" w:rsidR="00686453" w:rsidRDefault="00D95FB4">
      <w:r>
        <w:br w:type="page"/>
      </w:r>
    </w:p>
    <w:p w14:paraId="0A00AE90" w14:textId="77777777" w:rsidR="00686453" w:rsidRDefault="00D95FB4">
      <w:pPr>
        <w:pStyle w:val="Heading1"/>
        <w:pBdr>
          <w:bottom w:val="single" w:sz="14" w:space="5" w:color="E63B07"/>
        </w:pBdr>
        <w:spacing w:before="140" w:after="140"/>
      </w:pPr>
      <w:r>
        <w:rPr>
          <w:rFonts w:ascii="Arial" w:eastAsia="Arial" w:hAnsi="Arial"/>
        </w:rPr>
        <w:lastRenderedPageBreak/>
        <w:t>APPENDIX E - EMERGING INFECTIOUS DISEASE / OUTBREAK</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14:paraId="3D3DFC7E" w14:textId="77777777">
        <w:trPr>
          <w:jc w:val="center"/>
        </w:trPr>
        <w:tc>
          <w:tcPr>
            <w:tcW w:w="10282" w:type="dxa"/>
            <w:shd w:val="clear" w:color="auto" w:fill="FCEFE9"/>
            <w:tcMar>
              <w:top w:w="100" w:type="dxa"/>
              <w:left w:w="130" w:type="dxa"/>
              <w:bottom w:w="100" w:type="dxa"/>
              <w:right w:w="130" w:type="dxa"/>
            </w:tcMar>
          </w:tcPr>
          <w:p w14:paraId="57359264" w14:textId="77777777" w:rsidR="00686453" w:rsidRPr="004E1E86" w:rsidRDefault="00D95FB4">
            <w:pPr>
              <w:spacing w:after="0"/>
              <w:rPr>
                <w:sz w:val="20"/>
                <w:szCs w:val="20"/>
              </w:rPr>
            </w:pPr>
            <w:r w:rsidRPr="004E1E86">
              <w:rPr>
                <w:b/>
                <w:color w:val="E63B07"/>
                <w:sz w:val="20"/>
                <w:szCs w:val="20"/>
              </w:rPr>
              <w:t xml:space="preserve">REGULATORY </w:t>
            </w:r>
            <w:proofErr w:type="gramStart"/>
            <w:r w:rsidRPr="004E1E86">
              <w:rPr>
                <w:b/>
                <w:color w:val="E63B07"/>
                <w:sz w:val="20"/>
                <w:szCs w:val="20"/>
              </w:rPr>
              <w:t xml:space="preserve">CONNECTION  </w:t>
            </w:r>
            <w:r w:rsidRPr="004E1E86">
              <w:rPr>
                <w:sz w:val="20"/>
                <w:szCs w:val="20"/>
              </w:rPr>
              <w:t>CMS</w:t>
            </w:r>
            <w:proofErr w:type="gramEnd"/>
            <w:r w:rsidRPr="004E1E86">
              <w:rPr>
                <w:sz w:val="20"/>
                <w:szCs w:val="20"/>
              </w:rPr>
              <w:t xml:space="preserve"> Appendix Z defines emerging infectious disease as an all-hazards planning consideration; Maine Chapter 110 includes infection-control coordination and crisis staffing planning.</w:t>
            </w:r>
          </w:p>
        </w:tc>
      </w:tr>
    </w:tbl>
    <w:p w14:paraId="0E0C3269" w14:textId="77777777" w:rsidR="00686453" w:rsidRDefault="00686453">
      <w:pPr>
        <w:spacing w:after="0"/>
      </w:pPr>
    </w:p>
    <w:tbl>
      <w:tblPr>
        <w:tblW w:w="1067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537"/>
      </w:tblGrid>
      <w:tr w:rsidR="00686453" w:rsidRPr="004E1E86" w14:paraId="7167A048" w14:textId="77777777" w:rsidTr="004E1E86">
        <w:trPr>
          <w:tblHeader/>
          <w:jc w:val="center"/>
        </w:trPr>
        <w:tc>
          <w:tcPr>
            <w:tcW w:w="5141" w:type="dxa"/>
            <w:shd w:val="clear" w:color="auto" w:fill="015A41"/>
            <w:tcMar>
              <w:top w:w="80" w:type="dxa"/>
              <w:left w:w="90" w:type="dxa"/>
              <w:bottom w:w="80" w:type="dxa"/>
              <w:right w:w="90" w:type="dxa"/>
            </w:tcMar>
          </w:tcPr>
          <w:p w14:paraId="04F6A84F" w14:textId="77777777" w:rsidR="00686453" w:rsidRPr="004E1E86" w:rsidRDefault="00D95FB4">
            <w:pPr>
              <w:rPr>
                <w:szCs w:val="24"/>
              </w:rPr>
            </w:pPr>
            <w:r w:rsidRPr="004E1E86">
              <w:rPr>
                <w:b/>
                <w:color w:val="FFFFFF"/>
                <w:szCs w:val="24"/>
              </w:rPr>
              <w:t>Field</w:t>
            </w:r>
          </w:p>
        </w:tc>
        <w:tc>
          <w:tcPr>
            <w:tcW w:w="5537" w:type="dxa"/>
            <w:shd w:val="clear" w:color="auto" w:fill="015A41"/>
            <w:tcMar>
              <w:top w:w="80" w:type="dxa"/>
              <w:left w:w="90" w:type="dxa"/>
              <w:bottom w:w="80" w:type="dxa"/>
              <w:right w:w="90" w:type="dxa"/>
            </w:tcMar>
          </w:tcPr>
          <w:p w14:paraId="05A3A117" w14:textId="77777777" w:rsidR="00686453" w:rsidRPr="004E1E86" w:rsidRDefault="00D95FB4">
            <w:pPr>
              <w:rPr>
                <w:szCs w:val="24"/>
              </w:rPr>
            </w:pPr>
            <w:r w:rsidRPr="004E1E86">
              <w:rPr>
                <w:b/>
                <w:color w:val="FFFFFF"/>
                <w:szCs w:val="24"/>
              </w:rPr>
              <w:t>Facility Entry</w:t>
            </w:r>
          </w:p>
        </w:tc>
      </w:tr>
      <w:tr w:rsidR="00686453" w:rsidRPr="004E1E86" w14:paraId="45D62ADE" w14:textId="77777777" w:rsidTr="004E1E86">
        <w:trPr>
          <w:cantSplit/>
          <w:jc w:val="center"/>
        </w:trPr>
        <w:tc>
          <w:tcPr>
            <w:tcW w:w="5141" w:type="dxa"/>
            <w:shd w:val="clear" w:color="auto" w:fill="EAF3EF"/>
            <w:tcMar>
              <w:top w:w="80" w:type="dxa"/>
              <w:left w:w="90" w:type="dxa"/>
              <w:bottom w:w="80" w:type="dxa"/>
              <w:right w:w="90" w:type="dxa"/>
            </w:tcMar>
          </w:tcPr>
          <w:p w14:paraId="2F7CDB73" w14:textId="77777777" w:rsidR="00686453" w:rsidRPr="004E1E86" w:rsidRDefault="00D95FB4">
            <w:pPr>
              <w:rPr>
                <w:szCs w:val="24"/>
              </w:rPr>
            </w:pPr>
            <w:r w:rsidRPr="004E1E86">
              <w:rPr>
                <w:b/>
                <w:color w:val="015A41"/>
                <w:szCs w:val="24"/>
              </w:rPr>
              <w:t>Risk / HVA rating</w:t>
            </w:r>
          </w:p>
        </w:tc>
        <w:tc>
          <w:tcPr>
            <w:tcW w:w="5537" w:type="dxa"/>
            <w:shd w:val="clear" w:color="auto" w:fill="FFFFFF"/>
            <w:tcMar>
              <w:top w:w="80" w:type="dxa"/>
              <w:left w:w="90" w:type="dxa"/>
              <w:bottom w:w="80" w:type="dxa"/>
              <w:right w:w="90" w:type="dxa"/>
            </w:tcMar>
          </w:tcPr>
          <w:p w14:paraId="63FB96D4" w14:textId="77777777" w:rsidR="00686453" w:rsidRPr="004E1E86" w:rsidRDefault="00D95FB4">
            <w:pPr>
              <w:rPr>
                <w:szCs w:val="24"/>
              </w:rPr>
            </w:pPr>
            <w:r w:rsidRPr="004E1E86">
              <w:rPr>
                <w:i/>
                <w:color w:val="66706B"/>
                <w:szCs w:val="24"/>
              </w:rPr>
              <w:t>&lt;Insert&gt;</w:t>
            </w:r>
          </w:p>
        </w:tc>
      </w:tr>
      <w:tr w:rsidR="00686453" w:rsidRPr="004E1E86" w14:paraId="6F2679CB" w14:textId="77777777" w:rsidTr="004E1E86">
        <w:trPr>
          <w:cantSplit/>
          <w:jc w:val="center"/>
        </w:trPr>
        <w:tc>
          <w:tcPr>
            <w:tcW w:w="5141" w:type="dxa"/>
            <w:shd w:val="clear" w:color="auto" w:fill="F7FAF8"/>
            <w:tcMar>
              <w:top w:w="80" w:type="dxa"/>
              <w:left w:w="90" w:type="dxa"/>
              <w:bottom w:w="80" w:type="dxa"/>
              <w:right w:w="90" w:type="dxa"/>
            </w:tcMar>
          </w:tcPr>
          <w:p w14:paraId="4437570C" w14:textId="77777777" w:rsidR="00686453" w:rsidRPr="004E1E86" w:rsidRDefault="00D95FB4">
            <w:pPr>
              <w:rPr>
                <w:szCs w:val="24"/>
              </w:rPr>
            </w:pPr>
            <w:r w:rsidRPr="004E1E86">
              <w:rPr>
                <w:b/>
                <w:color w:val="015A41"/>
                <w:szCs w:val="24"/>
              </w:rPr>
              <w:t>Primary activation triggers</w:t>
            </w:r>
          </w:p>
        </w:tc>
        <w:tc>
          <w:tcPr>
            <w:tcW w:w="5537" w:type="dxa"/>
            <w:shd w:val="clear" w:color="auto" w:fill="FFFFFF"/>
            <w:tcMar>
              <w:top w:w="80" w:type="dxa"/>
              <w:left w:w="90" w:type="dxa"/>
              <w:bottom w:w="80" w:type="dxa"/>
              <w:right w:w="90" w:type="dxa"/>
            </w:tcMar>
          </w:tcPr>
          <w:p w14:paraId="1A133D61" w14:textId="77777777" w:rsidR="00686453" w:rsidRPr="004E1E86" w:rsidRDefault="00D95FB4">
            <w:pPr>
              <w:rPr>
                <w:szCs w:val="24"/>
              </w:rPr>
            </w:pPr>
            <w:r w:rsidRPr="004E1E86">
              <w:rPr>
                <w:i/>
                <w:color w:val="66706B"/>
                <w:szCs w:val="24"/>
              </w:rPr>
              <w:t>&lt;Insert&gt;</w:t>
            </w:r>
          </w:p>
        </w:tc>
      </w:tr>
      <w:tr w:rsidR="00686453" w:rsidRPr="004E1E86" w14:paraId="5F22E641" w14:textId="77777777" w:rsidTr="004E1E86">
        <w:trPr>
          <w:cantSplit/>
          <w:jc w:val="center"/>
        </w:trPr>
        <w:tc>
          <w:tcPr>
            <w:tcW w:w="5141" w:type="dxa"/>
            <w:shd w:val="clear" w:color="auto" w:fill="EAF3EF"/>
            <w:tcMar>
              <w:top w:w="80" w:type="dxa"/>
              <w:left w:w="90" w:type="dxa"/>
              <w:bottom w:w="80" w:type="dxa"/>
              <w:right w:w="90" w:type="dxa"/>
            </w:tcMar>
          </w:tcPr>
          <w:p w14:paraId="321B4C7F" w14:textId="77777777" w:rsidR="00686453" w:rsidRPr="004E1E86" w:rsidRDefault="00D95FB4">
            <w:pPr>
              <w:rPr>
                <w:szCs w:val="24"/>
              </w:rPr>
            </w:pPr>
            <w:r w:rsidRPr="004E1E86">
              <w:rPr>
                <w:b/>
                <w:color w:val="015A41"/>
                <w:szCs w:val="24"/>
              </w:rPr>
              <w:t>Decision authority</w:t>
            </w:r>
          </w:p>
        </w:tc>
        <w:tc>
          <w:tcPr>
            <w:tcW w:w="5537" w:type="dxa"/>
            <w:shd w:val="clear" w:color="auto" w:fill="FFFFFF"/>
            <w:tcMar>
              <w:top w:w="80" w:type="dxa"/>
              <w:left w:w="90" w:type="dxa"/>
              <w:bottom w:w="80" w:type="dxa"/>
              <w:right w:w="90" w:type="dxa"/>
            </w:tcMar>
          </w:tcPr>
          <w:p w14:paraId="5C525F67" w14:textId="77777777" w:rsidR="00686453" w:rsidRPr="004E1E86" w:rsidRDefault="00D95FB4">
            <w:pPr>
              <w:rPr>
                <w:szCs w:val="24"/>
              </w:rPr>
            </w:pPr>
            <w:r w:rsidRPr="004E1E86">
              <w:rPr>
                <w:i/>
                <w:color w:val="66706B"/>
                <w:szCs w:val="24"/>
              </w:rPr>
              <w:t>&lt;Insert&gt;</w:t>
            </w:r>
          </w:p>
        </w:tc>
      </w:tr>
      <w:tr w:rsidR="00686453" w:rsidRPr="004E1E86" w14:paraId="4C457F40" w14:textId="77777777" w:rsidTr="004E1E86">
        <w:trPr>
          <w:cantSplit/>
          <w:jc w:val="center"/>
        </w:trPr>
        <w:tc>
          <w:tcPr>
            <w:tcW w:w="5141" w:type="dxa"/>
            <w:shd w:val="clear" w:color="auto" w:fill="F7FAF8"/>
            <w:tcMar>
              <w:top w:w="80" w:type="dxa"/>
              <w:left w:w="90" w:type="dxa"/>
              <w:bottom w:w="80" w:type="dxa"/>
              <w:right w:w="90" w:type="dxa"/>
            </w:tcMar>
          </w:tcPr>
          <w:p w14:paraId="58E844C5" w14:textId="77777777" w:rsidR="00686453" w:rsidRPr="004E1E86" w:rsidRDefault="00D95FB4">
            <w:pPr>
              <w:rPr>
                <w:szCs w:val="24"/>
              </w:rPr>
            </w:pPr>
            <w:r w:rsidRPr="004E1E86">
              <w:rPr>
                <w:b/>
                <w:color w:val="015A41"/>
                <w:szCs w:val="24"/>
              </w:rPr>
              <w:t>Immediate life-safety actions</w:t>
            </w:r>
          </w:p>
        </w:tc>
        <w:tc>
          <w:tcPr>
            <w:tcW w:w="5537" w:type="dxa"/>
            <w:shd w:val="clear" w:color="auto" w:fill="FFFFFF"/>
            <w:tcMar>
              <w:top w:w="80" w:type="dxa"/>
              <w:left w:w="90" w:type="dxa"/>
              <w:bottom w:w="80" w:type="dxa"/>
              <w:right w:w="90" w:type="dxa"/>
            </w:tcMar>
          </w:tcPr>
          <w:p w14:paraId="61A32EC1" w14:textId="77777777" w:rsidR="00686453" w:rsidRPr="004E1E86" w:rsidRDefault="00D95FB4">
            <w:pPr>
              <w:rPr>
                <w:szCs w:val="24"/>
              </w:rPr>
            </w:pPr>
            <w:r w:rsidRPr="004E1E86">
              <w:rPr>
                <w:i/>
                <w:color w:val="66706B"/>
                <w:szCs w:val="24"/>
              </w:rPr>
              <w:t>&lt;Insert&gt;</w:t>
            </w:r>
          </w:p>
        </w:tc>
      </w:tr>
      <w:tr w:rsidR="00686453" w:rsidRPr="004E1E86" w14:paraId="4799104A" w14:textId="77777777" w:rsidTr="004E1E86">
        <w:trPr>
          <w:cantSplit/>
          <w:jc w:val="center"/>
        </w:trPr>
        <w:tc>
          <w:tcPr>
            <w:tcW w:w="5141" w:type="dxa"/>
            <w:shd w:val="clear" w:color="auto" w:fill="EAF3EF"/>
            <w:tcMar>
              <w:top w:w="80" w:type="dxa"/>
              <w:left w:w="90" w:type="dxa"/>
              <w:bottom w:w="80" w:type="dxa"/>
              <w:right w:w="90" w:type="dxa"/>
            </w:tcMar>
          </w:tcPr>
          <w:p w14:paraId="212F8BA0" w14:textId="77777777" w:rsidR="00686453" w:rsidRPr="004E1E86" w:rsidRDefault="00D95FB4">
            <w:pPr>
              <w:rPr>
                <w:szCs w:val="24"/>
              </w:rPr>
            </w:pPr>
            <w:r w:rsidRPr="004E1E86">
              <w:rPr>
                <w:b/>
                <w:color w:val="015A41"/>
                <w:szCs w:val="24"/>
              </w:rPr>
              <w:t>Resident care / treatment priorities</w:t>
            </w:r>
          </w:p>
        </w:tc>
        <w:tc>
          <w:tcPr>
            <w:tcW w:w="5537" w:type="dxa"/>
            <w:shd w:val="clear" w:color="auto" w:fill="FFFFFF"/>
            <w:tcMar>
              <w:top w:w="80" w:type="dxa"/>
              <w:left w:w="90" w:type="dxa"/>
              <w:bottom w:w="80" w:type="dxa"/>
              <w:right w:w="90" w:type="dxa"/>
            </w:tcMar>
          </w:tcPr>
          <w:p w14:paraId="380C36A4" w14:textId="77777777" w:rsidR="00686453" w:rsidRPr="004E1E86" w:rsidRDefault="00D95FB4">
            <w:pPr>
              <w:rPr>
                <w:szCs w:val="24"/>
              </w:rPr>
            </w:pPr>
            <w:r w:rsidRPr="004E1E86">
              <w:rPr>
                <w:i/>
                <w:color w:val="66706B"/>
                <w:szCs w:val="24"/>
              </w:rPr>
              <w:t>&lt;Insert&gt;</w:t>
            </w:r>
          </w:p>
        </w:tc>
      </w:tr>
      <w:tr w:rsidR="00686453" w:rsidRPr="004E1E86" w14:paraId="10A769DF" w14:textId="77777777" w:rsidTr="004E1E86">
        <w:trPr>
          <w:cantSplit/>
          <w:jc w:val="center"/>
        </w:trPr>
        <w:tc>
          <w:tcPr>
            <w:tcW w:w="5141" w:type="dxa"/>
            <w:shd w:val="clear" w:color="auto" w:fill="F7FAF8"/>
            <w:tcMar>
              <w:top w:w="80" w:type="dxa"/>
              <w:left w:w="90" w:type="dxa"/>
              <w:bottom w:w="80" w:type="dxa"/>
              <w:right w:w="90" w:type="dxa"/>
            </w:tcMar>
          </w:tcPr>
          <w:p w14:paraId="5612B123" w14:textId="77777777" w:rsidR="00686453" w:rsidRPr="004E1E86" w:rsidRDefault="00D95FB4">
            <w:pPr>
              <w:rPr>
                <w:szCs w:val="24"/>
              </w:rPr>
            </w:pPr>
            <w:r w:rsidRPr="004E1E86">
              <w:rPr>
                <w:b/>
                <w:color w:val="015A41"/>
                <w:szCs w:val="24"/>
              </w:rPr>
              <w:t>Staffing actions</w:t>
            </w:r>
          </w:p>
        </w:tc>
        <w:tc>
          <w:tcPr>
            <w:tcW w:w="5537" w:type="dxa"/>
            <w:shd w:val="clear" w:color="auto" w:fill="FFFFFF"/>
            <w:tcMar>
              <w:top w:w="80" w:type="dxa"/>
              <w:left w:w="90" w:type="dxa"/>
              <w:bottom w:w="80" w:type="dxa"/>
              <w:right w:w="90" w:type="dxa"/>
            </w:tcMar>
          </w:tcPr>
          <w:p w14:paraId="262265C8" w14:textId="77777777" w:rsidR="00686453" w:rsidRPr="004E1E86" w:rsidRDefault="00D95FB4">
            <w:pPr>
              <w:rPr>
                <w:szCs w:val="24"/>
              </w:rPr>
            </w:pPr>
            <w:r w:rsidRPr="004E1E86">
              <w:rPr>
                <w:i/>
                <w:color w:val="66706B"/>
                <w:szCs w:val="24"/>
              </w:rPr>
              <w:t>&lt;Insert&gt;</w:t>
            </w:r>
          </w:p>
        </w:tc>
      </w:tr>
      <w:tr w:rsidR="00686453" w:rsidRPr="004E1E86" w14:paraId="75E7DFBC" w14:textId="77777777" w:rsidTr="004E1E86">
        <w:trPr>
          <w:cantSplit/>
          <w:jc w:val="center"/>
        </w:trPr>
        <w:tc>
          <w:tcPr>
            <w:tcW w:w="5141" w:type="dxa"/>
            <w:shd w:val="clear" w:color="auto" w:fill="EAF3EF"/>
            <w:tcMar>
              <w:top w:w="80" w:type="dxa"/>
              <w:left w:w="90" w:type="dxa"/>
              <w:bottom w:w="80" w:type="dxa"/>
              <w:right w:w="90" w:type="dxa"/>
            </w:tcMar>
          </w:tcPr>
          <w:p w14:paraId="01955D0B" w14:textId="77777777" w:rsidR="00686453" w:rsidRPr="004E1E86" w:rsidRDefault="00D95FB4">
            <w:pPr>
              <w:rPr>
                <w:szCs w:val="24"/>
              </w:rPr>
            </w:pPr>
            <w:r w:rsidRPr="004E1E86">
              <w:rPr>
                <w:b/>
                <w:color w:val="015A41"/>
                <w:szCs w:val="24"/>
              </w:rPr>
              <w:t>Utility / resource considerations</w:t>
            </w:r>
          </w:p>
        </w:tc>
        <w:tc>
          <w:tcPr>
            <w:tcW w:w="5537" w:type="dxa"/>
            <w:shd w:val="clear" w:color="auto" w:fill="FFFFFF"/>
            <w:tcMar>
              <w:top w:w="80" w:type="dxa"/>
              <w:left w:w="90" w:type="dxa"/>
              <w:bottom w:w="80" w:type="dxa"/>
              <w:right w:w="90" w:type="dxa"/>
            </w:tcMar>
          </w:tcPr>
          <w:p w14:paraId="5A1F17FB" w14:textId="77777777" w:rsidR="00686453" w:rsidRPr="004E1E86" w:rsidRDefault="00D95FB4">
            <w:pPr>
              <w:rPr>
                <w:szCs w:val="24"/>
              </w:rPr>
            </w:pPr>
            <w:r w:rsidRPr="004E1E86">
              <w:rPr>
                <w:i/>
                <w:color w:val="66706B"/>
                <w:szCs w:val="24"/>
              </w:rPr>
              <w:t>&lt;Insert&gt;</w:t>
            </w:r>
          </w:p>
        </w:tc>
      </w:tr>
      <w:tr w:rsidR="00686453" w:rsidRPr="004E1E86" w14:paraId="666363D6" w14:textId="77777777" w:rsidTr="004E1E86">
        <w:trPr>
          <w:cantSplit/>
          <w:jc w:val="center"/>
        </w:trPr>
        <w:tc>
          <w:tcPr>
            <w:tcW w:w="5141" w:type="dxa"/>
            <w:shd w:val="clear" w:color="auto" w:fill="F7FAF8"/>
            <w:tcMar>
              <w:top w:w="80" w:type="dxa"/>
              <w:left w:w="90" w:type="dxa"/>
              <w:bottom w:w="80" w:type="dxa"/>
              <w:right w:w="90" w:type="dxa"/>
            </w:tcMar>
          </w:tcPr>
          <w:p w14:paraId="5B7F15A6" w14:textId="77777777" w:rsidR="00686453" w:rsidRPr="004E1E86" w:rsidRDefault="00D95FB4">
            <w:pPr>
              <w:rPr>
                <w:szCs w:val="24"/>
              </w:rPr>
            </w:pPr>
            <w:r w:rsidRPr="004E1E86">
              <w:rPr>
                <w:b/>
                <w:color w:val="015A41"/>
                <w:szCs w:val="24"/>
              </w:rPr>
              <w:t>Communication / reporting</w:t>
            </w:r>
          </w:p>
        </w:tc>
        <w:tc>
          <w:tcPr>
            <w:tcW w:w="5537" w:type="dxa"/>
            <w:shd w:val="clear" w:color="auto" w:fill="FFFFFF"/>
            <w:tcMar>
              <w:top w:w="80" w:type="dxa"/>
              <w:left w:w="90" w:type="dxa"/>
              <w:bottom w:w="80" w:type="dxa"/>
              <w:right w:w="90" w:type="dxa"/>
            </w:tcMar>
          </w:tcPr>
          <w:p w14:paraId="356E5FF1" w14:textId="77777777" w:rsidR="00686453" w:rsidRPr="004E1E86" w:rsidRDefault="00D95FB4">
            <w:pPr>
              <w:rPr>
                <w:szCs w:val="24"/>
              </w:rPr>
            </w:pPr>
            <w:r w:rsidRPr="004E1E86">
              <w:rPr>
                <w:i/>
                <w:color w:val="66706B"/>
                <w:szCs w:val="24"/>
              </w:rPr>
              <w:t>&lt;Insert&gt;</w:t>
            </w:r>
          </w:p>
        </w:tc>
      </w:tr>
      <w:tr w:rsidR="00686453" w:rsidRPr="004E1E86" w14:paraId="3D6E7285" w14:textId="77777777" w:rsidTr="004E1E86">
        <w:trPr>
          <w:cantSplit/>
          <w:jc w:val="center"/>
        </w:trPr>
        <w:tc>
          <w:tcPr>
            <w:tcW w:w="5141" w:type="dxa"/>
            <w:shd w:val="clear" w:color="auto" w:fill="EAF3EF"/>
            <w:tcMar>
              <w:top w:w="80" w:type="dxa"/>
              <w:left w:w="90" w:type="dxa"/>
              <w:bottom w:w="80" w:type="dxa"/>
              <w:right w:w="90" w:type="dxa"/>
            </w:tcMar>
          </w:tcPr>
          <w:p w14:paraId="0DF9E6EE" w14:textId="77777777" w:rsidR="00686453" w:rsidRPr="004E1E86" w:rsidRDefault="00D95FB4">
            <w:pPr>
              <w:rPr>
                <w:szCs w:val="24"/>
              </w:rPr>
            </w:pPr>
            <w:r w:rsidRPr="004E1E86">
              <w:rPr>
                <w:b/>
                <w:color w:val="015A41"/>
                <w:szCs w:val="24"/>
              </w:rPr>
              <w:t>Evacuation / shelter implications</w:t>
            </w:r>
          </w:p>
        </w:tc>
        <w:tc>
          <w:tcPr>
            <w:tcW w:w="5537" w:type="dxa"/>
            <w:shd w:val="clear" w:color="auto" w:fill="FFFFFF"/>
            <w:tcMar>
              <w:top w:w="80" w:type="dxa"/>
              <w:left w:w="90" w:type="dxa"/>
              <w:bottom w:w="80" w:type="dxa"/>
              <w:right w:w="90" w:type="dxa"/>
            </w:tcMar>
          </w:tcPr>
          <w:p w14:paraId="471CF84D" w14:textId="77777777" w:rsidR="00686453" w:rsidRPr="004E1E86" w:rsidRDefault="00D95FB4">
            <w:pPr>
              <w:rPr>
                <w:szCs w:val="24"/>
              </w:rPr>
            </w:pPr>
            <w:r w:rsidRPr="004E1E86">
              <w:rPr>
                <w:i/>
                <w:color w:val="66706B"/>
                <w:szCs w:val="24"/>
              </w:rPr>
              <w:t>&lt;Insert&gt;</w:t>
            </w:r>
          </w:p>
        </w:tc>
      </w:tr>
      <w:tr w:rsidR="00686453" w:rsidRPr="004E1E86" w14:paraId="0D894D86" w14:textId="77777777" w:rsidTr="004E1E86">
        <w:trPr>
          <w:cantSplit/>
          <w:jc w:val="center"/>
        </w:trPr>
        <w:tc>
          <w:tcPr>
            <w:tcW w:w="5141" w:type="dxa"/>
            <w:shd w:val="clear" w:color="auto" w:fill="F7FAF8"/>
            <w:tcMar>
              <w:top w:w="80" w:type="dxa"/>
              <w:left w:w="90" w:type="dxa"/>
              <w:bottom w:w="80" w:type="dxa"/>
              <w:right w:w="90" w:type="dxa"/>
            </w:tcMar>
          </w:tcPr>
          <w:p w14:paraId="512C3C45" w14:textId="77777777" w:rsidR="00686453" w:rsidRPr="004E1E86" w:rsidRDefault="00D95FB4">
            <w:pPr>
              <w:rPr>
                <w:szCs w:val="24"/>
              </w:rPr>
            </w:pPr>
            <w:r w:rsidRPr="004E1E86">
              <w:rPr>
                <w:b/>
                <w:color w:val="015A41"/>
                <w:szCs w:val="24"/>
              </w:rPr>
              <w:t>External partners</w:t>
            </w:r>
          </w:p>
        </w:tc>
        <w:tc>
          <w:tcPr>
            <w:tcW w:w="5537" w:type="dxa"/>
            <w:shd w:val="clear" w:color="auto" w:fill="FFFFFF"/>
            <w:tcMar>
              <w:top w:w="80" w:type="dxa"/>
              <w:left w:w="90" w:type="dxa"/>
              <w:bottom w:w="80" w:type="dxa"/>
              <w:right w:w="90" w:type="dxa"/>
            </w:tcMar>
          </w:tcPr>
          <w:p w14:paraId="291108BF" w14:textId="77777777" w:rsidR="00686453" w:rsidRPr="004E1E86" w:rsidRDefault="00D95FB4">
            <w:pPr>
              <w:rPr>
                <w:szCs w:val="24"/>
              </w:rPr>
            </w:pPr>
            <w:r w:rsidRPr="004E1E86">
              <w:rPr>
                <w:i/>
                <w:color w:val="66706B"/>
                <w:szCs w:val="24"/>
              </w:rPr>
              <w:t>&lt;Insert&gt;</w:t>
            </w:r>
          </w:p>
        </w:tc>
      </w:tr>
      <w:tr w:rsidR="00686453" w:rsidRPr="004E1E86" w14:paraId="65390C67" w14:textId="77777777" w:rsidTr="004E1E86">
        <w:trPr>
          <w:cantSplit/>
          <w:jc w:val="center"/>
        </w:trPr>
        <w:tc>
          <w:tcPr>
            <w:tcW w:w="5141" w:type="dxa"/>
            <w:shd w:val="clear" w:color="auto" w:fill="EAF3EF"/>
            <w:tcMar>
              <w:top w:w="80" w:type="dxa"/>
              <w:left w:w="90" w:type="dxa"/>
              <w:bottom w:w="80" w:type="dxa"/>
              <w:right w:w="90" w:type="dxa"/>
            </w:tcMar>
          </w:tcPr>
          <w:p w14:paraId="676FC1C1" w14:textId="77777777" w:rsidR="00686453" w:rsidRPr="004E1E86" w:rsidRDefault="00D95FB4">
            <w:pPr>
              <w:rPr>
                <w:szCs w:val="24"/>
              </w:rPr>
            </w:pPr>
            <w:r w:rsidRPr="004E1E86">
              <w:rPr>
                <w:b/>
                <w:color w:val="015A41"/>
                <w:szCs w:val="24"/>
              </w:rPr>
              <w:t>Recovery / return-to-normal criteria</w:t>
            </w:r>
          </w:p>
        </w:tc>
        <w:tc>
          <w:tcPr>
            <w:tcW w:w="5537" w:type="dxa"/>
            <w:shd w:val="clear" w:color="auto" w:fill="FFFFFF"/>
            <w:tcMar>
              <w:top w:w="80" w:type="dxa"/>
              <w:left w:w="90" w:type="dxa"/>
              <w:bottom w:w="80" w:type="dxa"/>
              <w:right w:w="90" w:type="dxa"/>
            </w:tcMar>
          </w:tcPr>
          <w:p w14:paraId="4568EC2B" w14:textId="77777777" w:rsidR="00686453" w:rsidRPr="004E1E86" w:rsidRDefault="00D95FB4">
            <w:pPr>
              <w:rPr>
                <w:szCs w:val="24"/>
              </w:rPr>
            </w:pPr>
            <w:r w:rsidRPr="004E1E86">
              <w:rPr>
                <w:i/>
                <w:color w:val="66706B"/>
                <w:szCs w:val="24"/>
              </w:rPr>
              <w:t>&lt;Insert&gt;</w:t>
            </w:r>
          </w:p>
        </w:tc>
      </w:tr>
      <w:tr w:rsidR="00686453" w:rsidRPr="004E1E86" w14:paraId="660D3E49" w14:textId="77777777" w:rsidTr="004E1E86">
        <w:trPr>
          <w:cantSplit/>
          <w:jc w:val="center"/>
        </w:trPr>
        <w:tc>
          <w:tcPr>
            <w:tcW w:w="5141" w:type="dxa"/>
            <w:shd w:val="clear" w:color="auto" w:fill="F7FAF8"/>
            <w:tcMar>
              <w:top w:w="80" w:type="dxa"/>
              <w:left w:w="90" w:type="dxa"/>
              <w:bottom w:w="80" w:type="dxa"/>
              <w:right w:w="90" w:type="dxa"/>
            </w:tcMar>
          </w:tcPr>
          <w:p w14:paraId="589DC301" w14:textId="77777777" w:rsidR="00686453" w:rsidRPr="004E1E86" w:rsidRDefault="00D95FB4">
            <w:pPr>
              <w:rPr>
                <w:szCs w:val="24"/>
              </w:rPr>
            </w:pPr>
            <w:r w:rsidRPr="004E1E86">
              <w:rPr>
                <w:b/>
                <w:color w:val="015A41"/>
                <w:szCs w:val="24"/>
              </w:rPr>
              <w:t>Required documentation / AAR</w:t>
            </w:r>
          </w:p>
        </w:tc>
        <w:tc>
          <w:tcPr>
            <w:tcW w:w="5537" w:type="dxa"/>
            <w:shd w:val="clear" w:color="auto" w:fill="FFFFFF"/>
            <w:tcMar>
              <w:top w:w="80" w:type="dxa"/>
              <w:left w:w="90" w:type="dxa"/>
              <w:bottom w:w="80" w:type="dxa"/>
              <w:right w:w="90" w:type="dxa"/>
            </w:tcMar>
          </w:tcPr>
          <w:p w14:paraId="374ED34F" w14:textId="77777777" w:rsidR="00686453" w:rsidRPr="004E1E86" w:rsidRDefault="00D95FB4">
            <w:pPr>
              <w:rPr>
                <w:szCs w:val="24"/>
              </w:rPr>
            </w:pPr>
            <w:r w:rsidRPr="004E1E86">
              <w:rPr>
                <w:i/>
                <w:color w:val="66706B"/>
                <w:szCs w:val="24"/>
              </w:rPr>
              <w:t>&lt;Insert&gt;</w:t>
            </w:r>
          </w:p>
        </w:tc>
      </w:tr>
    </w:tbl>
    <w:p w14:paraId="251B6664" w14:textId="77777777" w:rsidR="00686453" w:rsidRDefault="00686453">
      <w:pPr>
        <w:spacing w:after="0"/>
      </w:pPr>
    </w:p>
    <w:p w14:paraId="2733C513" w14:textId="77777777" w:rsidR="00686453" w:rsidRDefault="00D95FB4">
      <w:pPr>
        <w:pStyle w:val="Heading2"/>
        <w:spacing w:before="120" w:after="80"/>
      </w:pPr>
      <w:r>
        <w:rPr>
          <w:rFonts w:ascii="Arial" w:eastAsia="Arial" w:hAnsi="Arial"/>
        </w:rPr>
        <w:t>Hazard-Specific Procedures / Notes</w:t>
      </w:r>
    </w:p>
    <w:p w14:paraId="081C2CF8" w14:textId="77777777" w:rsidR="00686453" w:rsidRDefault="00D95FB4">
      <w:pPr>
        <w:spacing w:after="120"/>
      </w:pPr>
      <w:r>
        <w:rPr>
          <w:color w:val="C8CECB"/>
          <w:sz w:val="16"/>
        </w:rPr>
        <w:t>________________________________________________________________________________</w:t>
      </w:r>
    </w:p>
    <w:p w14:paraId="3BF5C903" w14:textId="77777777" w:rsidR="00686453" w:rsidRDefault="00D95FB4">
      <w:pPr>
        <w:spacing w:after="120"/>
      </w:pPr>
      <w:r>
        <w:rPr>
          <w:color w:val="C8CECB"/>
          <w:sz w:val="16"/>
        </w:rPr>
        <w:t>________________________________________________________________________________</w:t>
      </w:r>
    </w:p>
    <w:p w14:paraId="5F2D444A" w14:textId="77777777" w:rsidR="00686453" w:rsidRDefault="00D95FB4">
      <w:pPr>
        <w:spacing w:after="120"/>
      </w:pPr>
      <w:r>
        <w:rPr>
          <w:color w:val="C8CECB"/>
          <w:sz w:val="16"/>
        </w:rPr>
        <w:t>________________________________________________________________________________</w:t>
      </w:r>
    </w:p>
    <w:p w14:paraId="66A1C0AB" w14:textId="77777777" w:rsidR="00686453" w:rsidRDefault="00D95FB4">
      <w:pPr>
        <w:spacing w:after="120"/>
      </w:pPr>
      <w:r>
        <w:rPr>
          <w:color w:val="C8CECB"/>
          <w:sz w:val="16"/>
        </w:rPr>
        <w:t>________________________________________________________________________________</w:t>
      </w:r>
    </w:p>
    <w:p w14:paraId="66694EA3" w14:textId="77777777" w:rsidR="00686453" w:rsidRDefault="00D95FB4">
      <w:pPr>
        <w:spacing w:after="120"/>
      </w:pPr>
      <w:r>
        <w:rPr>
          <w:color w:val="C8CECB"/>
          <w:sz w:val="16"/>
        </w:rPr>
        <w:t>________________________________________________________________________________</w:t>
      </w:r>
    </w:p>
    <w:p w14:paraId="70FAC058" w14:textId="77777777" w:rsidR="00686453" w:rsidRDefault="00D95FB4">
      <w:r>
        <w:br w:type="page"/>
      </w:r>
    </w:p>
    <w:p w14:paraId="5EB1D6D8" w14:textId="77777777" w:rsidR="00686453" w:rsidRDefault="00D95FB4">
      <w:pPr>
        <w:pStyle w:val="Heading1"/>
        <w:pBdr>
          <w:bottom w:val="single" w:sz="14" w:space="5" w:color="E63B07"/>
        </w:pBdr>
        <w:spacing w:before="140" w:after="140"/>
      </w:pPr>
      <w:r>
        <w:rPr>
          <w:rFonts w:ascii="Arial" w:eastAsia="Arial" w:hAnsi="Arial"/>
        </w:rPr>
        <w:lastRenderedPageBreak/>
        <w:t>APPENDIX F - CYBERATTACK / EXTENDED IT-EHR DOWNTIME</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14:paraId="01B9AC40" w14:textId="77777777">
        <w:trPr>
          <w:jc w:val="center"/>
        </w:trPr>
        <w:tc>
          <w:tcPr>
            <w:tcW w:w="10282" w:type="dxa"/>
            <w:shd w:val="clear" w:color="auto" w:fill="FCEFE9"/>
            <w:tcMar>
              <w:top w:w="100" w:type="dxa"/>
              <w:left w:w="130" w:type="dxa"/>
              <w:bottom w:w="100" w:type="dxa"/>
              <w:right w:w="130" w:type="dxa"/>
            </w:tcMar>
          </w:tcPr>
          <w:p w14:paraId="678C0571" w14:textId="77777777" w:rsidR="00686453" w:rsidRPr="004E1E86" w:rsidRDefault="00D95FB4">
            <w:pPr>
              <w:spacing w:after="0"/>
              <w:rPr>
                <w:sz w:val="20"/>
                <w:szCs w:val="20"/>
              </w:rPr>
            </w:pPr>
            <w:r w:rsidRPr="004E1E86">
              <w:rPr>
                <w:b/>
                <w:color w:val="E63B07"/>
                <w:sz w:val="20"/>
                <w:szCs w:val="20"/>
              </w:rPr>
              <w:t xml:space="preserve">REGULATORY </w:t>
            </w:r>
            <w:proofErr w:type="gramStart"/>
            <w:r w:rsidRPr="004E1E86">
              <w:rPr>
                <w:b/>
                <w:color w:val="E63B07"/>
                <w:sz w:val="20"/>
                <w:szCs w:val="20"/>
              </w:rPr>
              <w:t xml:space="preserve">CONNECTION  </w:t>
            </w:r>
            <w:r w:rsidRPr="004E1E86">
              <w:rPr>
                <w:sz w:val="20"/>
                <w:szCs w:val="20"/>
              </w:rPr>
              <w:t>CMS</w:t>
            </w:r>
            <w:proofErr w:type="gramEnd"/>
            <w:r w:rsidRPr="004E1E86">
              <w:rPr>
                <w:sz w:val="20"/>
                <w:szCs w:val="20"/>
              </w:rPr>
              <w:t xml:space="preserve"> Appendix Z identifies interruptions in communications, including cyberattacks, as all-hazards considerations; medical documentation must remain secure and available.</w:t>
            </w:r>
          </w:p>
        </w:tc>
      </w:tr>
    </w:tbl>
    <w:p w14:paraId="4B11D1D1" w14:textId="77777777" w:rsidR="00686453" w:rsidRDefault="00686453">
      <w:pPr>
        <w:spacing w:after="0"/>
      </w:pPr>
    </w:p>
    <w:tbl>
      <w:tblPr>
        <w:tblW w:w="1094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807"/>
      </w:tblGrid>
      <w:tr w:rsidR="00686453" w:rsidRPr="004E1E86" w14:paraId="1FA6438B" w14:textId="77777777" w:rsidTr="004E1E86">
        <w:trPr>
          <w:tblHeader/>
          <w:jc w:val="center"/>
        </w:trPr>
        <w:tc>
          <w:tcPr>
            <w:tcW w:w="5141" w:type="dxa"/>
            <w:shd w:val="clear" w:color="auto" w:fill="015A41"/>
            <w:tcMar>
              <w:top w:w="80" w:type="dxa"/>
              <w:left w:w="90" w:type="dxa"/>
              <w:bottom w:w="80" w:type="dxa"/>
              <w:right w:w="90" w:type="dxa"/>
            </w:tcMar>
          </w:tcPr>
          <w:p w14:paraId="05AB0C1C" w14:textId="77777777" w:rsidR="00686453" w:rsidRPr="004E1E86" w:rsidRDefault="00D95FB4">
            <w:pPr>
              <w:rPr>
                <w:szCs w:val="24"/>
              </w:rPr>
            </w:pPr>
            <w:r w:rsidRPr="004E1E86">
              <w:rPr>
                <w:b/>
                <w:color w:val="FFFFFF"/>
                <w:szCs w:val="24"/>
              </w:rPr>
              <w:t>Field</w:t>
            </w:r>
          </w:p>
        </w:tc>
        <w:tc>
          <w:tcPr>
            <w:tcW w:w="5807" w:type="dxa"/>
            <w:shd w:val="clear" w:color="auto" w:fill="015A41"/>
            <w:tcMar>
              <w:top w:w="80" w:type="dxa"/>
              <w:left w:w="90" w:type="dxa"/>
              <w:bottom w:w="80" w:type="dxa"/>
              <w:right w:w="90" w:type="dxa"/>
            </w:tcMar>
          </w:tcPr>
          <w:p w14:paraId="0DFC35BD" w14:textId="77777777" w:rsidR="00686453" w:rsidRPr="004E1E86" w:rsidRDefault="00D95FB4">
            <w:pPr>
              <w:rPr>
                <w:szCs w:val="24"/>
              </w:rPr>
            </w:pPr>
            <w:r w:rsidRPr="004E1E86">
              <w:rPr>
                <w:b/>
                <w:color w:val="FFFFFF"/>
                <w:szCs w:val="24"/>
              </w:rPr>
              <w:t>Facility Entry</w:t>
            </w:r>
          </w:p>
        </w:tc>
      </w:tr>
      <w:tr w:rsidR="00686453" w:rsidRPr="004E1E86" w14:paraId="0389ED8E" w14:textId="77777777" w:rsidTr="004E1E86">
        <w:trPr>
          <w:cantSplit/>
          <w:jc w:val="center"/>
        </w:trPr>
        <w:tc>
          <w:tcPr>
            <w:tcW w:w="5141" w:type="dxa"/>
            <w:shd w:val="clear" w:color="auto" w:fill="EAF3EF"/>
            <w:tcMar>
              <w:top w:w="80" w:type="dxa"/>
              <w:left w:w="90" w:type="dxa"/>
              <w:bottom w:w="80" w:type="dxa"/>
              <w:right w:w="90" w:type="dxa"/>
            </w:tcMar>
          </w:tcPr>
          <w:p w14:paraId="4879E198" w14:textId="77777777" w:rsidR="00686453" w:rsidRPr="004E1E86" w:rsidRDefault="00D95FB4">
            <w:pPr>
              <w:rPr>
                <w:szCs w:val="24"/>
              </w:rPr>
            </w:pPr>
            <w:r w:rsidRPr="004E1E86">
              <w:rPr>
                <w:b/>
                <w:color w:val="015A41"/>
                <w:szCs w:val="24"/>
              </w:rPr>
              <w:t>Risk / HVA rating</w:t>
            </w:r>
          </w:p>
        </w:tc>
        <w:tc>
          <w:tcPr>
            <w:tcW w:w="5807" w:type="dxa"/>
            <w:shd w:val="clear" w:color="auto" w:fill="FFFFFF"/>
            <w:tcMar>
              <w:top w:w="80" w:type="dxa"/>
              <w:left w:w="90" w:type="dxa"/>
              <w:bottom w:w="80" w:type="dxa"/>
              <w:right w:w="90" w:type="dxa"/>
            </w:tcMar>
          </w:tcPr>
          <w:p w14:paraId="06D0639B" w14:textId="77777777" w:rsidR="00686453" w:rsidRPr="004E1E86" w:rsidRDefault="00D95FB4">
            <w:pPr>
              <w:rPr>
                <w:szCs w:val="24"/>
              </w:rPr>
            </w:pPr>
            <w:r w:rsidRPr="004E1E86">
              <w:rPr>
                <w:i/>
                <w:color w:val="66706B"/>
                <w:szCs w:val="24"/>
              </w:rPr>
              <w:t>&lt;Insert&gt;</w:t>
            </w:r>
          </w:p>
        </w:tc>
      </w:tr>
      <w:tr w:rsidR="00686453" w:rsidRPr="004E1E86" w14:paraId="22276340" w14:textId="77777777" w:rsidTr="004E1E86">
        <w:trPr>
          <w:cantSplit/>
          <w:jc w:val="center"/>
        </w:trPr>
        <w:tc>
          <w:tcPr>
            <w:tcW w:w="5141" w:type="dxa"/>
            <w:shd w:val="clear" w:color="auto" w:fill="F7FAF8"/>
            <w:tcMar>
              <w:top w:w="80" w:type="dxa"/>
              <w:left w:w="90" w:type="dxa"/>
              <w:bottom w:w="80" w:type="dxa"/>
              <w:right w:w="90" w:type="dxa"/>
            </w:tcMar>
          </w:tcPr>
          <w:p w14:paraId="5D6B158F" w14:textId="77777777" w:rsidR="00686453" w:rsidRPr="004E1E86" w:rsidRDefault="00D95FB4">
            <w:pPr>
              <w:rPr>
                <w:szCs w:val="24"/>
              </w:rPr>
            </w:pPr>
            <w:r w:rsidRPr="004E1E86">
              <w:rPr>
                <w:b/>
                <w:color w:val="015A41"/>
                <w:szCs w:val="24"/>
              </w:rPr>
              <w:t>Primary activation triggers</w:t>
            </w:r>
          </w:p>
        </w:tc>
        <w:tc>
          <w:tcPr>
            <w:tcW w:w="5807" w:type="dxa"/>
            <w:shd w:val="clear" w:color="auto" w:fill="FFFFFF"/>
            <w:tcMar>
              <w:top w:w="80" w:type="dxa"/>
              <w:left w:w="90" w:type="dxa"/>
              <w:bottom w:w="80" w:type="dxa"/>
              <w:right w:w="90" w:type="dxa"/>
            </w:tcMar>
          </w:tcPr>
          <w:p w14:paraId="7026F8E5" w14:textId="77777777" w:rsidR="00686453" w:rsidRPr="004E1E86" w:rsidRDefault="00D95FB4">
            <w:pPr>
              <w:rPr>
                <w:szCs w:val="24"/>
              </w:rPr>
            </w:pPr>
            <w:r w:rsidRPr="004E1E86">
              <w:rPr>
                <w:i/>
                <w:color w:val="66706B"/>
                <w:szCs w:val="24"/>
              </w:rPr>
              <w:t>&lt;Insert&gt;</w:t>
            </w:r>
          </w:p>
        </w:tc>
      </w:tr>
      <w:tr w:rsidR="00686453" w:rsidRPr="004E1E86" w14:paraId="455CEBD6" w14:textId="77777777" w:rsidTr="004E1E86">
        <w:trPr>
          <w:cantSplit/>
          <w:jc w:val="center"/>
        </w:trPr>
        <w:tc>
          <w:tcPr>
            <w:tcW w:w="5141" w:type="dxa"/>
            <w:shd w:val="clear" w:color="auto" w:fill="EAF3EF"/>
            <w:tcMar>
              <w:top w:w="80" w:type="dxa"/>
              <w:left w:w="90" w:type="dxa"/>
              <w:bottom w:w="80" w:type="dxa"/>
              <w:right w:w="90" w:type="dxa"/>
            </w:tcMar>
          </w:tcPr>
          <w:p w14:paraId="5C17640B" w14:textId="77777777" w:rsidR="00686453" w:rsidRPr="004E1E86" w:rsidRDefault="00D95FB4">
            <w:pPr>
              <w:rPr>
                <w:szCs w:val="24"/>
              </w:rPr>
            </w:pPr>
            <w:r w:rsidRPr="004E1E86">
              <w:rPr>
                <w:b/>
                <w:color w:val="015A41"/>
                <w:szCs w:val="24"/>
              </w:rPr>
              <w:t>Decision authority</w:t>
            </w:r>
          </w:p>
        </w:tc>
        <w:tc>
          <w:tcPr>
            <w:tcW w:w="5807" w:type="dxa"/>
            <w:shd w:val="clear" w:color="auto" w:fill="FFFFFF"/>
            <w:tcMar>
              <w:top w:w="80" w:type="dxa"/>
              <w:left w:w="90" w:type="dxa"/>
              <w:bottom w:w="80" w:type="dxa"/>
              <w:right w:w="90" w:type="dxa"/>
            </w:tcMar>
          </w:tcPr>
          <w:p w14:paraId="0865D304" w14:textId="77777777" w:rsidR="00686453" w:rsidRPr="004E1E86" w:rsidRDefault="00D95FB4">
            <w:pPr>
              <w:rPr>
                <w:szCs w:val="24"/>
              </w:rPr>
            </w:pPr>
            <w:r w:rsidRPr="004E1E86">
              <w:rPr>
                <w:i/>
                <w:color w:val="66706B"/>
                <w:szCs w:val="24"/>
              </w:rPr>
              <w:t>&lt;Insert&gt;</w:t>
            </w:r>
          </w:p>
        </w:tc>
      </w:tr>
      <w:tr w:rsidR="00686453" w:rsidRPr="004E1E86" w14:paraId="2088195A" w14:textId="77777777" w:rsidTr="004E1E86">
        <w:trPr>
          <w:cantSplit/>
          <w:jc w:val="center"/>
        </w:trPr>
        <w:tc>
          <w:tcPr>
            <w:tcW w:w="5141" w:type="dxa"/>
            <w:shd w:val="clear" w:color="auto" w:fill="F7FAF8"/>
            <w:tcMar>
              <w:top w:w="80" w:type="dxa"/>
              <w:left w:w="90" w:type="dxa"/>
              <w:bottom w:w="80" w:type="dxa"/>
              <w:right w:w="90" w:type="dxa"/>
            </w:tcMar>
          </w:tcPr>
          <w:p w14:paraId="18D0511A" w14:textId="77777777" w:rsidR="00686453" w:rsidRPr="004E1E86" w:rsidRDefault="00D95FB4">
            <w:pPr>
              <w:rPr>
                <w:szCs w:val="24"/>
              </w:rPr>
            </w:pPr>
            <w:r w:rsidRPr="004E1E86">
              <w:rPr>
                <w:b/>
                <w:color w:val="015A41"/>
                <w:szCs w:val="24"/>
              </w:rPr>
              <w:t>Immediate life-safety actions</w:t>
            </w:r>
          </w:p>
        </w:tc>
        <w:tc>
          <w:tcPr>
            <w:tcW w:w="5807" w:type="dxa"/>
            <w:shd w:val="clear" w:color="auto" w:fill="FFFFFF"/>
            <w:tcMar>
              <w:top w:w="80" w:type="dxa"/>
              <w:left w:w="90" w:type="dxa"/>
              <w:bottom w:w="80" w:type="dxa"/>
              <w:right w:w="90" w:type="dxa"/>
            </w:tcMar>
          </w:tcPr>
          <w:p w14:paraId="0AC41C8E" w14:textId="77777777" w:rsidR="00686453" w:rsidRPr="004E1E86" w:rsidRDefault="00D95FB4">
            <w:pPr>
              <w:rPr>
                <w:szCs w:val="24"/>
              </w:rPr>
            </w:pPr>
            <w:r w:rsidRPr="004E1E86">
              <w:rPr>
                <w:i/>
                <w:color w:val="66706B"/>
                <w:szCs w:val="24"/>
              </w:rPr>
              <w:t>&lt;Insert&gt;</w:t>
            </w:r>
          </w:p>
        </w:tc>
      </w:tr>
      <w:tr w:rsidR="00686453" w:rsidRPr="004E1E86" w14:paraId="6DFD29CE" w14:textId="77777777" w:rsidTr="004E1E86">
        <w:trPr>
          <w:cantSplit/>
          <w:jc w:val="center"/>
        </w:trPr>
        <w:tc>
          <w:tcPr>
            <w:tcW w:w="5141" w:type="dxa"/>
            <w:shd w:val="clear" w:color="auto" w:fill="EAF3EF"/>
            <w:tcMar>
              <w:top w:w="80" w:type="dxa"/>
              <w:left w:w="90" w:type="dxa"/>
              <w:bottom w:w="80" w:type="dxa"/>
              <w:right w:w="90" w:type="dxa"/>
            </w:tcMar>
          </w:tcPr>
          <w:p w14:paraId="20415A27" w14:textId="77777777" w:rsidR="00686453" w:rsidRPr="004E1E86" w:rsidRDefault="00D95FB4">
            <w:pPr>
              <w:rPr>
                <w:szCs w:val="24"/>
              </w:rPr>
            </w:pPr>
            <w:r w:rsidRPr="004E1E86">
              <w:rPr>
                <w:b/>
                <w:color w:val="015A41"/>
                <w:szCs w:val="24"/>
              </w:rPr>
              <w:t>Resident care / treatment priorities</w:t>
            </w:r>
          </w:p>
        </w:tc>
        <w:tc>
          <w:tcPr>
            <w:tcW w:w="5807" w:type="dxa"/>
            <w:shd w:val="clear" w:color="auto" w:fill="FFFFFF"/>
            <w:tcMar>
              <w:top w:w="80" w:type="dxa"/>
              <w:left w:w="90" w:type="dxa"/>
              <w:bottom w:w="80" w:type="dxa"/>
              <w:right w:w="90" w:type="dxa"/>
            </w:tcMar>
          </w:tcPr>
          <w:p w14:paraId="062C5673" w14:textId="77777777" w:rsidR="00686453" w:rsidRPr="004E1E86" w:rsidRDefault="00D95FB4">
            <w:pPr>
              <w:rPr>
                <w:szCs w:val="24"/>
              </w:rPr>
            </w:pPr>
            <w:r w:rsidRPr="004E1E86">
              <w:rPr>
                <w:i/>
                <w:color w:val="66706B"/>
                <w:szCs w:val="24"/>
              </w:rPr>
              <w:t>&lt;Insert&gt;</w:t>
            </w:r>
          </w:p>
        </w:tc>
      </w:tr>
      <w:tr w:rsidR="00686453" w:rsidRPr="004E1E86" w14:paraId="08567C8C" w14:textId="77777777" w:rsidTr="004E1E86">
        <w:trPr>
          <w:cantSplit/>
          <w:jc w:val="center"/>
        </w:trPr>
        <w:tc>
          <w:tcPr>
            <w:tcW w:w="5141" w:type="dxa"/>
            <w:shd w:val="clear" w:color="auto" w:fill="F7FAF8"/>
            <w:tcMar>
              <w:top w:w="80" w:type="dxa"/>
              <w:left w:w="90" w:type="dxa"/>
              <w:bottom w:w="80" w:type="dxa"/>
              <w:right w:w="90" w:type="dxa"/>
            </w:tcMar>
          </w:tcPr>
          <w:p w14:paraId="2439AE3C" w14:textId="77777777" w:rsidR="00686453" w:rsidRPr="004E1E86" w:rsidRDefault="00D95FB4">
            <w:pPr>
              <w:rPr>
                <w:szCs w:val="24"/>
              </w:rPr>
            </w:pPr>
            <w:r w:rsidRPr="004E1E86">
              <w:rPr>
                <w:b/>
                <w:color w:val="015A41"/>
                <w:szCs w:val="24"/>
              </w:rPr>
              <w:t>Staffing actions</w:t>
            </w:r>
          </w:p>
        </w:tc>
        <w:tc>
          <w:tcPr>
            <w:tcW w:w="5807" w:type="dxa"/>
            <w:shd w:val="clear" w:color="auto" w:fill="FFFFFF"/>
            <w:tcMar>
              <w:top w:w="80" w:type="dxa"/>
              <w:left w:w="90" w:type="dxa"/>
              <w:bottom w:w="80" w:type="dxa"/>
              <w:right w:w="90" w:type="dxa"/>
            </w:tcMar>
          </w:tcPr>
          <w:p w14:paraId="53DE0AF0" w14:textId="77777777" w:rsidR="00686453" w:rsidRPr="004E1E86" w:rsidRDefault="00D95FB4">
            <w:pPr>
              <w:rPr>
                <w:szCs w:val="24"/>
              </w:rPr>
            </w:pPr>
            <w:r w:rsidRPr="004E1E86">
              <w:rPr>
                <w:i/>
                <w:color w:val="66706B"/>
                <w:szCs w:val="24"/>
              </w:rPr>
              <w:t>&lt;Insert&gt;</w:t>
            </w:r>
          </w:p>
        </w:tc>
      </w:tr>
      <w:tr w:rsidR="00686453" w:rsidRPr="004E1E86" w14:paraId="4F5BBC7D" w14:textId="77777777" w:rsidTr="004E1E86">
        <w:trPr>
          <w:cantSplit/>
          <w:jc w:val="center"/>
        </w:trPr>
        <w:tc>
          <w:tcPr>
            <w:tcW w:w="5141" w:type="dxa"/>
            <w:shd w:val="clear" w:color="auto" w:fill="EAF3EF"/>
            <w:tcMar>
              <w:top w:w="80" w:type="dxa"/>
              <w:left w:w="90" w:type="dxa"/>
              <w:bottom w:w="80" w:type="dxa"/>
              <w:right w:w="90" w:type="dxa"/>
            </w:tcMar>
          </w:tcPr>
          <w:p w14:paraId="78F4B4CA" w14:textId="77777777" w:rsidR="00686453" w:rsidRPr="004E1E86" w:rsidRDefault="00D95FB4">
            <w:pPr>
              <w:rPr>
                <w:szCs w:val="24"/>
              </w:rPr>
            </w:pPr>
            <w:r w:rsidRPr="004E1E86">
              <w:rPr>
                <w:b/>
                <w:color w:val="015A41"/>
                <w:szCs w:val="24"/>
              </w:rPr>
              <w:t>Utility / resource considerations</w:t>
            </w:r>
          </w:p>
        </w:tc>
        <w:tc>
          <w:tcPr>
            <w:tcW w:w="5807" w:type="dxa"/>
            <w:shd w:val="clear" w:color="auto" w:fill="FFFFFF"/>
            <w:tcMar>
              <w:top w:w="80" w:type="dxa"/>
              <w:left w:w="90" w:type="dxa"/>
              <w:bottom w:w="80" w:type="dxa"/>
              <w:right w:w="90" w:type="dxa"/>
            </w:tcMar>
          </w:tcPr>
          <w:p w14:paraId="5EC8907C" w14:textId="77777777" w:rsidR="00686453" w:rsidRPr="004E1E86" w:rsidRDefault="00D95FB4">
            <w:pPr>
              <w:rPr>
                <w:szCs w:val="24"/>
              </w:rPr>
            </w:pPr>
            <w:r w:rsidRPr="004E1E86">
              <w:rPr>
                <w:i/>
                <w:color w:val="66706B"/>
                <w:szCs w:val="24"/>
              </w:rPr>
              <w:t>&lt;Insert&gt;</w:t>
            </w:r>
          </w:p>
        </w:tc>
      </w:tr>
      <w:tr w:rsidR="00686453" w:rsidRPr="004E1E86" w14:paraId="1FA8478C" w14:textId="77777777" w:rsidTr="004E1E86">
        <w:trPr>
          <w:cantSplit/>
          <w:jc w:val="center"/>
        </w:trPr>
        <w:tc>
          <w:tcPr>
            <w:tcW w:w="5141" w:type="dxa"/>
            <w:shd w:val="clear" w:color="auto" w:fill="F7FAF8"/>
            <w:tcMar>
              <w:top w:w="80" w:type="dxa"/>
              <w:left w:w="90" w:type="dxa"/>
              <w:bottom w:w="80" w:type="dxa"/>
              <w:right w:w="90" w:type="dxa"/>
            </w:tcMar>
          </w:tcPr>
          <w:p w14:paraId="0D5AE047" w14:textId="77777777" w:rsidR="00686453" w:rsidRPr="004E1E86" w:rsidRDefault="00D95FB4">
            <w:pPr>
              <w:rPr>
                <w:szCs w:val="24"/>
              </w:rPr>
            </w:pPr>
            <w:r w:rsidRPr="004E1E86">
              <w:rPr>
                <w:b/>
                <w:color w:val="015A41"/>
                <w:szCs w:val="24"/>
              </w:rPr>
              <w:t>Communication / reporting</w:t>
            </w:r>
          </w:p>
        </w:tc>
        <w:tc>
          <w:tcPr>
            <w:tcW w:w="5807" w:type="dxa"/>
            <w:shd w:val="clear" w:color="auto" w:fill="FFFFFF"/>
            <w:tcMar>
              <w:top w:w="80" w:type="dxa"/>
              <w:left w:w="90" w:type="dxa"/>
              <w:bottom w:w="80" w:type="dxa"/>
              <w:right w:w="90" w:type="dxa"/>
            </w:tcMar>
          </w:tcPr>
          <w:p w14:paraId="725AC79A" w14:textId="77777777" w:rsidR="00686453" w:rsidRPr="004E1E86" w:rsidRDefault="00D95FB4">
            <w:pPr>
              <w:rPr>
                <w:szCs w:val="24"/>
              </w:rPr>
            </w:pPr>
            <w:r w:rsidRPr="004E1E86">
              <w:rPr>
                <w:i/>
                <w:color w:val="66706B"/>
                <w:szCs w:val="24"/>
              </w:rPr>
              <w:t>&lt;Insert&gt;</w:t>
            </w:r>
          </w:p>
        </w:tc>
      </w:tr>
      <w:tr w:rsidR="00686453" w:rsidRPr="004E1E86" w14:paraId="24381779" w14:textId="77777777" w:rsidTr="004E1E86">
        <w:trPr>
          <w:cantSplit/>
          <w:jc w:val="center"/>
        </w:trPr>
        <w:tc>
          <w:tcPr>
            <w:tcW w:w="5141" w:type="dxa"/>
            <w:shd w:val="clear" w:color="auto" w:fill="EAF3EF"/>
            <w:tcMar>
              <w:top w:w="80" w:type="dxa"/>
              <w:left w:w="90" w:type="dxa"/>
              <w:bottom w:w="80" w:type="dxa"/>
              <w:right w:w="90" w:type="dxa"/>
            </w:tcMar>
          </w:tcPr>
          <w:p w14:paraId="15CD8F38" w14:textId="77777777" w:rsidR="00686453" w:rsidRPr="004E1E86" w:rsidRDefault="00D95FB4">
            <w:pPr>
              <w:rPr>
                <w:szCs w:val="24"/>
              </w:rPr>
            </w:pPr>
            <w:r w:rsidRPr="004E1E86">
              <w:rPr>
                <w:b/>
                <w:color w:val="015A41"/>
                <w:szCs w:val="24"/>
              </w:rPr>
              <w:t>Evacuation / shelter implications</w:t>
            </w:r>
          </w:p>
        </w:tc>
        <w:tc>
          <w:tcPr>
            <w:tcW w:w="5807" w:type="dxa"/>
            <w:shd w:val="clear" w:color="auto" w:fill="FFFFFF"/>
            <w:tcMar>
              <w:top w:w="80" w:type="dxa"/>
              <w:left w:w="90" w:type="dxa"/>
              <w:bottom w:w="80" w:type="dxa"/>
              <w:right w:w="90" w:type="dxa"/>
            </w:tcMar>
          </w:tcPr>
          <w:p w14:paraId="09FC0428" w14:textId="77777777" w:rsidR="00686453" w:rsidRPr="004E1E86" w:rsidRDefault="00D95FB4">
            <w:pPr>
              <w:rPr>
                <w:szCs w:val="24"/>
              </w:rPr>
            </w:pPr>
            <w:r w:rsidRPr="004E1E86">
              <w:rPr>
                <w:i/>
                <w:color w:val="66706B"/>
                <w:szCs w:val="24"/>
              </w:rPr>
              <w:t>&lt;Insert&gt;</w:t>
            </w:r>
          </w:p>
        </w:tc>
      </w:tr>
      <w:tr w:rsidR="00686453" w:rsidRPr="004E1E86" w14:paraId="54C8C24D" w14:textId="77777777" w:rsidTr="004E1E86">
        <w:trPr>
          <w:cantSplit/>
          <w:jc w:val="center"/>
        </w:trPr>
        <w:tc>
          <w:tcPr>
            <w:tcW w:w="5141" w:type="dxa"/>
            <w:shd w:val="clear" w:color="auto" w:fill="F7FAF8"/>
            <w:tcMar>
              <w:top w:w="80" w:type="dxa"/>
              <w:left w:w="90" w:type="dxa"/>
              <w:bottom w:w="80" w:type="dxa"/>
              <w:right w:w="90" w:type="dxa"/>
            </w:tcMar>
          </w:tcPr>
          <w:p w14:paraId="16E9457E" w14:textId="77777777" w:rsidR="00686453" w:rsidRPr="004E1E86" w:rsidRDefault="00D95FB4">
            <w:pPr>
              <w:rPr>
                <w:szCs w:val="24"/>
              </w:rPr>
            </w:pPr>
            <w:r w:rsidRPr="004E1E86">
              <w:rPr>
                <w:b/>
                <w:color w:val="015A41"/>
                <w:szCs w:val="24"/>
              </w:rPr>
              <w:t>External partners</w:t>
            </w:r>
          </w:p>
        </w:tc>
        <w:tc>
          <w:tcPr>
            <w:tcW w:w="5807" w:type="dxa"/>
            <w:shd w:val="clear" w:color="auto" w:fill="FFFFFF"/>
            <w:tcMar>
              <w:top w:w="80" w:type="dxa"/>
              <w:left w:w="90" w:type="dxa"/>
              <w:bottom w:w="80" w:type="dxa"/>
              <w:right w:w="90" w:type="dxa"/>
            </w:tcMar>
          </w:tcPr>
          <w:p w14:paraId="0E1B9FA9" w14:textId="77777777" w:rsidR="00686453" w:rsidRPr="004E1E86" w:rsidRDefault="00D95FB4">
            <w:pPr>
              <w:rPr>
                <w:szCs w:val="24"/>
              </w:rPr>
            </w:pPr>
            <w:r w:rsidRPr="004E1E86">
              <w:rPr>
                <w:i/>
                <w:color w:val="66706B"/>
                <w:szCs w:val="24"/>
              </w:rPr>
              <w:t>&lt;Insert&gt;</w:t>
            </w:r>
          </w:p>
        </w:tc>
      </w:tr>
      <w:tr w:rsidR="00686453" w:rsidRPr="004E1E86" w14:paraId="6580C079" w14:textId="77777777" w:rsidTr="004E1E86">
        <w:trPr>
          <w:cantSplit/>
          <w:jc w:val="center"/>
        </w:trPr>
        <w:tc>
          <w:tcPr>
            <w:tcW w:w="5141" w:type="dxa"/>
            <w:shd w:val="clear" w:color="auto" w:fill="EAF3EF"/>
            <w:tcMar>
              <w:top w:w="80" w:type="dxa"/>
              <w:left w:w="90" w:type="dxa"/>
              <w:bottom w:w="80" w:type="dxa"/>
              <w:right w:w="90" w:type="dxa"/>
            </w:tcMar>
          </w:tcPr>
          <w:p w14:paraId="34D2EEBF" w14:textId="77777777" w:rsidR="00686453" w:rsidRPr="004E1E86" w:rsidRDefault="00D95FB4">
            <w:pPr>
              <w:rPr>
                <w:szCs w:val="24"/>
              </w:rPr>
            </w:pPr>
            <w:r w:rsidRPr="004E1E86">
              <w:rPr>
                <w:b/>
                <w:color w:val="015A41"/>
                <w:szCs w:val="24"/>
              </w:rPr>
              <w:t>Recovery / return-to-normal criteria</w:t>
            </w:r>
          </w:p>
        </w:tc>
        <w:tc>
          <w:tcPr>
            <w:tcW w:w="5807" w:type="dxa"/>
            <w:shd w:val="clear" w:color="auto" w:fill="FFFFFF"/>
            <w:tcMar>
              <w:top w:w="80" w:type="dxa"/>
              <w:left w:w="90" w:type="dxa"/>
              <w:bottom w:w="80" w:type="dxa"/>
              <w:right w:w="90" w:type="dxa"/>
            </w:tcMar>
          </w:tcPr>
          <w:p w14:paraId="1B1DE902" w14:textId="77777777" w:rsidR="00686453" w:rsidRPr="004E1E86" w:rsidRDefault="00D95FB4">
            <w:pPr>
              <w:rPr>
                <w:szCs w:val="24"/>
              </w:rPr>
            </w:pPr>
            <w:r w:rsidRPr="004E1E86">
              <w:rPr>
                <w:i/>
                <w:color w:val="66706B"/>
                <w:szCs w:val="24"/>
              </w:rPr>
              <w:t>&lt;Insert&gt;</w:t>
            </w:r>
          </w:p>
        </w:tc>
      </w:tr>
      <w:tr w:rsidR="00686453" w:rsidRPr="004E1E86" w14:paraId="1D1F1F6D" w14:textId="77777777" w:rsidTr="004E1E86">
        <w:trPr>
          <w:cantSplit/>
          <w:jc w:val="center"/>
        </w:trPr>
        <w:tc>
          <w:tcPr>
            <w:tcW w:w="5141" w:type="dxa"/>
            <w:shd w:val="clear" w:color="auto" w:fill="F7FAF8"/>
            <w:tcMar>
              <w:top w:w="80" w:type="dxa"/>
              <w:left w:w="90" w:type="dxa"/>
              <w:bottom w:w="80" w:type="dxa"/>
              <w:right w:w="90" w:type="dxa"/>
            </w:tcMar>
          </w:tcPr>
          <w:p w14:paraId="1764DE7E" w14:textId="77777777" w:rsidR="00686453" w:rsidRPr="004E1E86" w:rsidRDefault="00D95FB4">
            <w:pPr>
              <w:rPr>
                <w:szCs w:val="24"/>
              </w:rPr>
            </w:pPr>
            <w:r w:rsidRPr="004E1E86">
              <w:rPr>
                <w:b/>
                <w:color w:val="015A41"/>
                <w:szCs w:val="24"/>
              </w:rPr>
              <w:t>Required documentation / AAR</w:t>
            </w:r>
          </w:p>
        </w:tc>
        <w:tc>
          <w:tcPr>
            <w:tcW w:w="5807" w:type="dxa"/>
            <w:shd w:val="clear" w:color="auto" w:fill="FFFFFF"/>
            <w:tcMar>
              <w:top w:w="80" w:type="dxa"/>
              <w:left w:w="90" w:type="dxa"/>
              <w:bottom w:w="80" w:type="dxa"/>
              <w:right w:w="90" w:type="dxa"/>
            </w:tcMar>
          </w:tcPr>
          <w:p w14:paraId="13B836E8" w14:textId="77777777" w:rsidR="00686453" w:rsidRPr="004E1E86" w:rsidRDefault="00D95FB4">
            <w:pPr>
              <w:rPr>
                <w:szCs w:val="24"/>
              </w:rPr>
            </w:pPr>
            <w:r w:rsidRPr="004E1E86">
              <w:rPr>
                <w:i/>
                <w:color w:val="66706B"/>
                <w:szCs w:val="24"/>
              </w:rPr>
              <w:t>&lt;Insert&gt;</w:t>
            </w:r>
          </w:p>
        </w:tc>
      </w:tr>
    </w:tbl>
    <w:p w14:paraId="4E055477" w14:textId="77777777" w:rsidR="00686453" w:rsidRDefault="00686453">
      <w:pPr>
        <w:spacing w:after="0"/>
      </w:pPr>
    </w:p>
    <w:p w14:paraId="3D863817" w14:textId="77777777" w:rsidR="00686453" w:rsidRDefault="00D95FB4">
      <w:pPr>
        <w:pStyle w:val="Heading2"/>
        <w:spacing w:before="120" w:after="80"/>
      </w:pPr>
      <w:r>
        <w:rPr>
          <w:rFonts w:ascii="Arial" w:eastAsia="Arial" w:hAnsi="Arial"/>
        </w:rPr>
        <w:t>Hazard-Specific Procedures / Notes</w:t>
      </w:r>
    </w:p>
    <w:p w14:paraId="6122A28B" w14:textId="77777777" w:rsidR="00686453" w:rsidRDefault="00D95FB4">
      <w:pPr>
        <w:spacing w:after="120"/>
      </w:pPr>
      <w:r>
        <w:rPr>
          <w:color w:val="C8CECB"/>
          <w:sz w:val="16"/>
        </w:rPr>
        <w:t>________________________________________________________________________________</w:t>
      </w:r>
    </w:p>
    <w:p w14:paraId="08C2A6AF" w14:textId="77777777" w:rsidR="00686453" w:rsidRDefault="00D95FB4">
      <w:pPr>
        <w:spacing w:after="120"/>
      </w:pPr>
      <w:r>
        <w:rPr>
          <w:color w:val="C8CECB"/>
          <w:sz w:val="16"/>
        </w:rPr>
        <w:t>________________________________________________________________________________</w:t>
      </w:r>
    </w:p>
    <w:p w14:paraId="2E81488A" w14:textId="77777777" w:rsidR="00686453" w:rsidRDefault="00D95FB4">
      <w:pPr>
        <w:spacing w:after="120"/>
      </w:pPr>
      <w:r>
        <w:rPr>
          <w:color w:val="C8CECB"/>
          <w:sz w:val="16"/>
        </w:rPr>
        <w:t>________________________________________________________________________________</w:t>
      </w:r>
    </w:p>
    <w:p w14:paraId="30C89C1E" w14:textId="77777777" w:rsidR="00686453" w:rsidRDefault="00D95FB4">
      <w:pPr>
        <w:spacing w:after="120"/>
      </w:pPr>
      <w:r>
        <w:rPr>
          <w:color w:val="C8CECB"/>
          <w:sz w:val="16"/>
        </w:rPr>
        <w:t>________________________________________________________________________________</w:t>
      </w:r>
    </w:p>
    <w:p w14:paraId="1B19F767" w14:textId="77777777" w:rsidR="00686453" w:rsidRDefault="00D95FB4">
      <w:pPr>
        <w:spacing w:after="120"/>
      </w:pPr>
      <w:r>
        <w:rPr>
          <w:color w:val="C8CECB"/>
          <w:sz w:val="16"/>
        </w:rPr>
        <w:t>________________________________________________________________________________</w:t>
      </w:r>
    </w:p>
    <w:p w14:paraId="4E34EF5A" w14:textId="77777777" w:rsidR="00686453" w:rsidRDefault="00D95FB4">
      <w:r>
        <w:br w:type="page"/>
      </w:r>
    </w:p>
    <w:p w14:paraId="5FCF2DBB" w14:textId="77777777" w:rsidR="00686453" w:rsidRDefault="00D95FB4">
      <w:pPr>
        <w:pStyle w:val="Heading1"/>
        <w:pBdr>
          <w:bottom w:val="single" w:sz="14" w:space="5" w:color="E63B07"/>
        </w:pBdr>
        <w:spacing w:before="140" w:after="140"/>
      </w:pPr>
      <w:r>
        <w:rPr>
          <w:rFonts w:ascii="Arial" w:eastAsia="Arial" w:hAnsi="Arial"/>
        </w:rPr>
        <w:lastRenderedPageBreak/>
        <w:t>APPENDIX G - FLOOD / SEVERE STORM / HIGH WIND</w:t>
      </w:r>
    </w:p>
    <w:tbl>
      <w:tblPr>
        <w:tblW w:w="1094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807"/>
      </w:tblGrid>
      <w:tr w:rsidR="00686453" w:rsidRPr="004E1E86" w14:paraId="6E489EA1" w14:textId="77777777" w:rsidTr="004E1E86">
        <w:trPr>
          <w:tblHeader/>
          <w:jc w:val="center"/>
        </w:trPr>
        <w:tc>
          <w:tcPr>
            <w:tcW w:w="5141" w:type="dxa"/>
            <w:shd w:val="clear" w:color="auto" w:fill="015A41"/>
            <w:tcMar>
              <w:top w:w="80" w:type="dxa"/>
              <w:left w:w="90" w:type="dxa"/>
              <w:bottom w:w="80" w:type="dxa"/>
              <w:right w:w="90" w:type="dxa"/>
            </w:tcMar>
          </w:tcPr>
          <w:p w14:paraId="2A1A3733" w14:textId="77777777" w:rsidR="00686453" w:rsidRPr="004E1E86" w:rsidRDefault="00D95FB4">
            <w:pPr>
              <w:rPr>
                <w:szCs w:val="24"/>
              </w:rPr>
            </w:pPr>
            <w:r w:rsidRPr="004E1E86">
              <w:rPr>
                <w:b/>
                <w:color w:val="FFFFFF"/>
                <w:szCs w:val="24"/>
              </w:rPr>
              <w:t>Field</w:t>
            </w:r>
          </w:p>
        </w:tc>
        <w:tc>
          <w:tcPr>
            <w:tcW w:w="5807" w:type="dxa"/>
            <w:shd w:val="clear" w:color="auto" w:fill="015A41"/>
            <w:tcMar>
              <w:top w:w="80" w:type="dxa"/>
              <w:left w:w="90" w:type="dxa"/>
              <w:bottom w:w="80" w:type="dxa"/>
              <w:right w:w="90" w:type="dxa"/>
            </w:tcMar>
          </w:tcPr>
          <w:p w14:paraId="4AC47851" w14:textId="77777777" w:rsidR="00686453" w:rsidRPr="004E1E86" w:rsidRDefault="00D95FB4">
            <w:pPr>
              <w:rPr>
                <w:szCs w:val="24"/>
              </w:rPr>
            </w:pPr>
            <w:r w:rsidRPr="004E1E86">
              <w:rPr>
                <w:b/>
                <w:color w:val="FFFFFF"/>
                <w:szCs w:val="24"/>
              </w:rPr>
              <w:t>Facility Entry</w:t>
            </w:r>
          </w:p>
        </w:tc>
      </w:tr>
      <w:tr w:rsidR="00686453" w:rsidRPr="004E1E86" w14:paraId="05874F39" w14:textId="77777777" w:rsidTr="004E1E86">
        <w:trPr>
          <w:cantSplit/>
          <w:jc w:val="center"/>
        </w:trPr>
        <w:tc>
          <w:tcPr>
            <w:tcW w:w="5141" w:type="dxa"/>
            <w:shd w:val="clear" w:color="auto" w:fill="EAF3EF"/>
            <w:tcMar>
              <w:top w:w="80" w:type="dxa"/>
              <w:left w:w="90" w:type="dxa"/>
              <w:bottom w:w="80" w:type="dxa"/>
              <w:right w:w="90" w:type="dxa"/>
            </w:tcMar>
          </w:tcPr>
          <w:p w14:paraId="72FA7335" w14:textId="77777777" w:rsidR="00686453" w:rsidRPr="004E1E86" w:rsidRDefault="00D95FB4">
            <w:pPr>
              <w:rPr>
                <w:szCs w:val="24"/>
              </w:rPr>
            </w:pPr>
            <w:r w:rsidRPr="004E1E86">
              <w:rPr>
                <w:b/>
                <w:color w:val="015A41"/>
                <w:szCs w:val="24"/>
              </w:rPr>
              <w:t>Risk / HVA rating</w:t>
            </w:r>
          </w:p>
        </w:tc>
        <w:tc>
          <w:tcPr>
            <w:tcW w:w="5807" w:type="dxa"/>
            <w:shd w:val="clear" w:color="auto" w:fill="FFFFFF"/>
            <w:tcMar>
              <w:top w:w="80" w:type="dxa"/>
              <w:left w:w="90" w:type="dxa"/>
              <w:bottom w:w="80" w:type="dxa"/>
              <w:right w:w="90" w:type="dxa"/>
            </w:tcMar>
          </w:tcPr>
          <w:p w14:paraId="0D22A7AD" w14:textId="77777777" w:rsidR="00686453" w:rsidRPr="004E1E86" w:rsidRDefault="00D95FB4">
            <w:pPr>
              <w:rPr>
                <w:szCs w:val="24"/>
              </w:rPr>
            </w:pPr>
            <w:r w:rsidRPr="004E1E86">
              <w:rPr>
                <w:i/>
                <w:color w:val="66706B"/>
                <w:szCs w:val="24"/>
              </w:rPr>
              <w:t>&lt;Insert&gt;</w:t>
            </w:r>
          </w:p>
        </w:tc>
      </w:tr>
      <w:tr w:rsidR="00686453" w:rsidRPr="004E1E86" w14:paraId="4993D6C4" w14:textId="77777777" w:rsidTr="004E1E86">
        <w:trPr>
          <w:cantSplit/>
          <w:jc w:val="center"/>
        </w:trPr>
        <w:tc>
          <w:tcPr>
            <w:tcW w:w="5141" w:type="dxa"/>
            <w:shd w:val="clear" w:color="auto" w:fill="F7FAF8"/>
            <w:tcMar>
              <w:top w:w="80" w:type="dxa"/>
              <w:left w:w="90" w:type="dxa"/>
              <w:bottom w:w="80" w:type="dxa"/>
              <w:right w:w="90" w:type="dxa"/>
            </w:tcMar>
          </w:tcPr>
          <w:p w14:paraId="32F6FA1A" w14:textId="77777777" w:rsidR="00686453" w:rsidRPr="004E1E86" w:rsidRDefault="00D95FB4">
            <w:pPr>
              <w:rPr>
                <w:szCs w:val="24"/>
              </w:rPr>
            </w:pPr>
            <w:r w:rsidRPr="004E1E86">
              <w:rPr>
                <w:b/>
                <w:color w:val="015A41"/>
                <w:szCs w:val="24"/>
              </w:rPr>
              <w:t>Primary activation triggers</w:t>
            </w:r>
          </w:p>
        </w:tc>
        <w:tc>
          <w:tcPr>
            <w:tcW w:w="5807" w:type="dxa"/>
            <w:shd w:val="clear" w:color="auto" w:fill="FFFFFF"/>
            <w:tcMar>
              <w:top w:w="80" w:type="dxa"/>
              <w:left w:w="90" w:type="dxa"/>
              <w:bottom w:w="80" w:type="dxa"/>
              <w:right w:w="90" w:type="dxa"/>
            </w:tcMar>
          </w:tcPr>
          <w:p w14:paraId="47E57A5B" w14:textId="77777777" w:rsidR="00686453" w:rsidRPr="004E1E86" w:rsidRDefault="00D95FB4">
            <w:pPr>
              <w:rPr>
                <w:szCs w:val="24"/>
              </w:rPr>
            </w:pPr>
            <w:r w:rsidRPr="004E1E86">
              <w:rPr>
                <w:i/>
                <w:color w:val="66706B"/>
                <w:szCs w:val="24"/>
              </w:rPr>
              <w:t>&lt;Insert&gt;</w:t>
            </w:r>
          </w:p>
        </w:tc>
      </w:tr>
      <w:tr w:rsidR="00686453" w:rsidRPr="004E1E86" w14:paraId="6992DB61" w14:textId="77777777" w:rsidTr="004E1E86">
        <w:trPr>
          <w:cantSplit/>
          <w:jc w:val="center"/>
        </w:trPr>
        <w:tc>
          <w:tcPr>
            <w:tcW w:w="5141" w:type="dxa"/>
            <w:shd w:val="clear" w:color="auto" w:fill="EAF3EF"/>
            <w:tcMar>
              <w:top w:w="80" w:type="dxa"/>
              <w:left w:w="90" w:type="dxa"/>
              <w:bottom w:w="80" w:type="dxa"/>
              <w:right w:w="90" w:type="dxa"/>
            </w:tcMar>
          </w:tcPr>
          <w:p w14:paraId="47A2F1A6" w14:textId="77777777" w:rsidR="00686453" w:rsidRPr="004E1E86" w:rsidRDefault="00D95FB4">
            <w:pPr>
              <w:rPr>
                <w:szCs w:val="24"/>
              </w:rPr>
            </w:pPr>
            <w:r w:rsidRPr="004E1E86">
              <w:rPr>
                <w:b/>
                <w:color w:val="015A41"/>
                <w:szCs w:val="24"/>
              </w:rPr>
              <w:t>Decision authority</w:t>
            </w:r>
          </w:p>
        </w:tc>
        <w:tc>
          <w:tcPr>
            <w:tcW w:w="5807" w:type="dxa"/>
            <w:shd w:val="clear" w:color="auto" w:fill="FFFFFF"/>
            <w:tcMar>
              <w:top w:w="80" w:type="dxa"/>
              <w:left w:w="90" w:type="dxa"/>
              <w:bottom w:w="80" w:type="dxa"/>
              <w:right w:w="90" w:type="dxa"/>
            </w:tcMar>
          </w:tcPr>
          <w:p w14:paraId="511D3BFB" w14:textId="77777777" w:rsidR="00686453" w:rsidRPr="004E1E86" w:rsidRDefault="00D95FB4">
            <w:pPr>
              <w:rPr>
                <w:szCs w:val="24"/>
              </w:rPr>
            </w:pPr>
            <w:r w:rsidRPr="004E1E86">
              <w:rPr>
                <w:i/>
                <w:color w:val="66706B"/>
                <w:szCs w:val="24"/>
              </w:rPr>
              <w:t>&lt;Insert&gt;</w:t>
            </w:r>
          </w:p>
        </w:tc>
      </w:tr>
      <w:tr w:rsidR="00686453" w:rsidRPr="004E1E86" w14:paraId="345DECED" w14:textId="77777777" w:rsidTr="004E1E86">
        <w:trPr>
          <w:cantSplit/>
          <w:jc w:val="center"/>
        </w:trPr>
        <w:tc>
          <w:tcPr>
            <w:tcW w:w="5141" w:type="dxa"/>
            <w:shd w:val="clear" w:color="auto" w:fill="F7FAF8"/>
            <w:tcMar>
              <w:top w:w="80" w:type="dxa"/>
              <w:left w:w="90" w:type="dxa"/>
              <w:bottom w:w="80" w:type="dxa"/>
              <w:right w:w="90" w:type="dxa"/>
            </w:tcMar>
          </w:tcPr>
          <w:p w14:paraId="41F71837" w14:textId="77777777" w:rsidR="00686453" w:rsidRPr="004E1E86" w:rsidRDefault="00D95FB4">
            <w:pPr>
              <w:rPr>
                <w:szCs w:val="24"/>
              </w:rPr>
            </w:pPr>
            <w:r w:rsidRPr="004E1E86">
              <w:rPr>
                <w:b/>
                <w:color w:val="015A41"/>
                <w:szCs w:val="24"/>
              </w:rPr>
              <w:t>Immediate life-safety actions</w:t>
            </w:r>
          </w:p>
        </w:tc>
        <w:tc>
          <w:tcPr>
            <w:tcW w:w="5807" w:type="dxa"/>
            <w:shd w:val="clear" w:color="auto" w:fill="FFFFFF"/>
            <w:tcMar>
              <w:top w:w="80" w:type="dxa"/>
              <w:left w:w="90" w:type="dxa"/>
              <w:bottom w:w="80" w:type="dxa"/>
              <w:right w:w="90" w:type="dxa"/>
            </w:tcMar>
          </w:tcPr>
          <w:p w14:paraId="3F68D91C" w14:textId="77777777" w:rsidR="00686453" w:rsidRPr="004E1E86" w:rsidRDefault="00D95FB4">
            <w:pPr>
              <w:rPr>
                <w:szCs w:val="24"/>
              </w:rPr>
            </w:pPr>
            <w:r w:rsidRPr="004E1E86">
              <w:rPr>
                <w:i/>
                <w:color w:val="66706B"/>
                <w:szCs w:val="24"/>
              </w:rPr>
              <w:t>&lt;Insert&gt;</w:t>
            </w:r>
          </w:p>
        </w:tc>
      </w:tr>
      <w:tr w:rsidR="00686453" w:rsidRPr="004E1E86" w14:paraId="59ABC8E6" w14:textId="77777777" w:rsidTr="004E1E86">
        <w:trPr>
          <w:cantSplit/>
          <w:jc w:val="center"/>
        </w:trPr>
        <w:tc>
          <w:tcPr>
            <w:tcW w:w="5141" w:type="dxa"/>
            <w:shd w:val="clear" w:color="auto" w:fill="EAF3EF"/>
            <w:tcMar>
              <w:top w:w="80" w:type="dxa"/>
              <w:left w:w="90" w:type="dxa"/>
              <w:bottom w:w="80" w:type="dxa"/>
              <w:right w:w="90" w:type="dxa"/>
            </w:tcMar>
          </w:tcPr>
          <w:p w14:paraId="12570D34" w14:textId="77777777" w:rsidR="00686453" w:rsidRPr="004E1E86" w:rsidRDefault="00D95FB4">
            <w:pPr>
              <w:rPr>
                <w:szCs w:val="24"/>
              </w:rPr>
            </w:pPr>
            <w:r w:rsidRPr="004E1E86">
              <w:rPr>
                <w:b/>
                <w:color w:val="015A41"/>
                <w:szCs w:val="24"/>
              </w:rPr>
              <w:t>Resident care / treatment priorities</w:t>
            </w:r>
          </w:p>
        </w:tc>
        <w:tc>
          <w:tcPr>
            <w:tcW w:w="5807" w:type="dxa"/>
            <w:shd w:val="clear" w:color="auto" w:fill="FFFFFF"/>
            <w:tcMar>
              <w:top w:w="80" w:type="dxa"/>
              <w:left w:w="90" w:type="dxa"/>
              <w:bottom w:w="80" w:type="dxa"/>
              <w:right w:w="90" w:type="dxa"/>
            </w:tcMar>
          </w:tcPr>
          <w:p w14:paraId="30A233D9" w14:textId="77777777" w:rsidR="00686453" w:rsidRPr="004E1E86" w:rsidRDefault="00D95FB4">
            <w:pPr>
              <w:rPr>
                <w:szCs w:val="24"/>
              </w:rPr>
            </w:pPr>
            <w:r w:rsidRPr="004E1E86">
              <w:rPr>
                <w:i/>
                <w:color w:val="66706B"/>
                <w:szCs w:val="24"/>
              </w:rPr>
              <w:t>&lt;Insert&gt;</w:t>
            </w:r>
          </w:p>
        </w:tc>
      </w:tr>
      <w:tr w:rsidR="00686453" w:rsidRPr="004E1E86" w14:paraId="4C42CA19" w14:textId="77777777" w:rsidTr="004E1E86">
        <w:trPr>
          <w:cantSplit/>
          <w:jc w:val="center"/>
        </w:trPr>
        <w:tc>
          <w:tcPr>
            <w:tcW w:w="5141" w:type="dxa"/>
            <w:shd w:val="clear" w:color="auto" w:fill="F7FAF8"/>
            <w:tcMar>
              <w:top w:w="80" w:type="dxa"/>
              <w:left w:w="90" w:type="dxa"/>
              <w:bottom w:w="80" w:type="dxa"/>
              <w:right w:w="90" w:type="dxa"/>
            </w:tcMar>
          </w:tcPr>
          <w:p w14:paraId="2E46FAD2" w14:textId="77777777" w:rsidR="00686453" w:rsidRPr="004E1E86" w:rsidRDefault="00D95FB4">
            <w:pPr>
              <w:rPr>
                <w:szCs w:val="24"/>
              </w:rPr>
            </w:pPr>
            <w:r w:rsidRPr="004E1E86">
              <w:rPr>
                <w:b/>
                <w:color w:val="015A41"/>
                <w:szCs w:val="24"/>
              </w:rPr>
              <w:t>Staffing actions</w:t>
            </w:r>
          </w:p>
        </w:tc>
        <w:tc>
          <w:tcPr>
            <w:tcW w:w="5807" w:type="dxa"/>
            <w:shd w:val="clear" w:color="auto" w:fill="FFFFFF"/>
            <w:tcMar>
              <w:top w:w="80" w:type="dxa"/>
              <w:left w:w="90" w:type="dxa"/>
              <w:bottom w:w="80" w:type="dxa"/>
              <w:right w:w="90" w:type="dxa"/>
            </w:tcMar>
          </w:tcPr>
          <w:p w14:paraId="741106E7" w14:textId="77777777" w:rsidR="00686453" w:rsidRPr="004E1E86" w:rsidRDefault="00D95FB4">
            <w:pPr>
              <w:rPr>
                <w:szCs w:val="24"/>
              </w:rPr>
            </w:pPr>
            <w:r w:rsidRPr="004E1E86">
              <w:rPr>
                <w:i/>
                <w:color w:val="66706B"/>
                <w:szCs w:val="24"/>
              </w:rPr>
              <w:t>&lt;Insert&gt;</w:t>
            </w:r>
          </w:p>
        </w:tc>
      </w:tr>
      <w:tr w:rsidR="00686453" w:rsidRPr="004E1E86" w14:paraId="5B73FABB" w14:textId="77777777" w:rsidTr="004E1E86">
        <w:trPr>
          <w:cantSplit/>
          <w:jc w:val="center"/>
        </w:trPr>
        <w:tc>
          <w:tcPr>
            <w:tcW w:w="5141" w:type="dxa"/>
            <w:shd w:val="clear" w:color="auto" w:fill="EAF3EF"/>
            <w:tcMar>
              <w:top w:w="80" w:type="dxa"/>
              <w:left w:w="90" w:type="dxa"/>
              <w:bottom w:w="80" w:type="dxa"/>
              <w:right w:w="90" w:type="dxa"/>
            </w:tcMar>
          </w:tcPr>
          <w:p w14:paraId="394FF66D" w14:textId="77777777" w:rsidR="00686453" w:rsidRPr="004E1E86" w:rsidRDefault="00D95FB4">
            <w:pPr>
              <w:rPr>
                <w:szCs w:val="24"/>
              </w:rPr>
            </w:pPr>
            <w:r w:rsidRPr="004E1E86">
              <w:rPr>
                <w:b/>
                <w:color w:val="015A41"/>
                <w:szCs w:val="24"/>
              </w:rPr>
              <w:t>Utility / resource considerations</w:t>
            </w:r>
          </w:p>
        </w:tc>
        <w:tc>
          <w:tcPr>
            <w:tcW w:w="5807" w:type="dxa"/>
            <w:shd w:val="clear" w:color="auto" w:fill="FFFFFF"/>
            <w:tcMar>
              <w:top w:w="80" w:type="dxa"/>
              <w:left w:w="90" w:type="dxa"/>
              <w:bottom w:w="80" w:type="dxa"/>
              <w:right w:w="90" w:type="dxa"/>
            </w:tcMar>
          </w:tcPr>
          <w:p w14:paraId="4BAD892A" w14:textId="77777777" w:rsidR="00686453" w:rsidRPr="004E1E86" w:rsidRDefault="00D95FB4">
            <w:pPr>
              <w:rPr>
                <w:szCs w:val="24"/>
              </w:rPr>
            </w:pPr>
            <w:r w:rsidRPr="004E1E86">
              <w:rPr>
                <w:i/>
                <w:color w:val="66706B"/>
                <w:szCs w:val="24"/>
              </w:rPr>
              <w:t>&lt;Insert&gt;</w:t>
            </w:r>
          </w:p>
        </w:tc>
      </w:tr>
      <w:tr w:rsidR="00686453" w:rsidRPr="004E1E86" w14:paraId="291CE31B" w14:textId="77777777" w:rsidTr="004E1E86">
        <w:trPr>
          <w:cantSplit/>
          <w:jc w:val="center"/>
        </w:trPr>
        <w:tc>
          <w:tcPr>
            <w:tcW w:w="5141" w:type="dxa"/>
            <w:shd w:val="clear" w:color="auto" w:fill="F7FAF8"/>
            <w:tcMar>
              <w:top w:w="80" w:type="dxa"/>
              <w:left w:w="90" w:type="dxa"/>
              <w:bottom w:w="80" w:type="dxa"/>
              <w:right w:w="90" w:type="dxa"/>
            </w:tcMar>
          </w:tcPr>
          <w:p w14:paraId="0B66B60C" w14:textId="77777777" w:rsidR="00686453" w:rsidRPr="004E1E86" w:rsidRDefault="00D95FB4">
            <w:pPr>
              <w:rPr>
                <w:szCs w:val="24"/>
              </w:rPr>
            </w:pPr>
            <w:r w:rsidRPr="004E1E86">
              <w:rPr>
                <w:b/>
                <w:color w:val="015A41"/>
                <w:szCs w:val="24"/>
              </w:rPr>
              <w:t>Communication / reporting</w:t>
            </w:r>
          </w:p>
        </w:tc>
        <w:tc>
          <w:tcPr>
            <w:tcW w:w="5807" w:type="dxa"/>
            <w:shd w:val="clear" w:color="auto" w:fill="FFFFFF"/>
            <w:tcMar>
              <w:top w:w="80" w:type="dxa"/>
              <w:left w:w="90" w:type="dxa"/>
              <w:bottom w:w="80" w:type="dxa"/>
              <w:right w:w="90" w:type="dxa"/>
            </w:tcMar>
          </w:tcPr>
          <w:p w14:paraId="7E62A33A" w14:textId="77777777" w:rsidR="00686453" w:rsidRPr="004E1E86" w:rsidRDefault="00D95FB4">
            <w:pPr>
              <w:rPr>
                <w:szCs w:val="24"/>
              </w:rPr>
            </w:pPr>
            <w:r w:rsidRPr="004E1E86">
              <w:rPr>
                <w:i/>
                <w:color w:val="66706B"/>
                <w:szCs w:val="24"/>
              </w:rPr>
              <w:t>&lt;Insert&gt;</w:t>
            </w:r>
          </w:p>
        </w:tc>
      </w:tr>
      <w:tr w:rsidR="00686453" w:rsidRPr="004E1E86" w14:paraId="6BE1AAC1" w14:textId="77777777" w:rsidTr="004E1E86">
        <w:trPr>
          <w:cantSplit/>
          <w:jc w:val="center"/>
        </w:trPr>
        <w:tc>
          <w:tcPr>
            <w:tcW w:w="5141" w:type="dxa"/>
            <w:shd w:val="clear" w:color="auto" w:fill="EAF3EF"/>
            <w:tcMar>
              <w:top w:w="80" w:type="dxa"/>
              <w:left w:w="90" w:type="dxa"/>
              <w:bottom w:w="80" w:type="dxa"/>
              <w:right w:w="90" w:type="dxa"/>
            </w:tcMar>
          </w:tcPr>
          <w:p w14:paraId="5441402D" w14:textId="77777777" w:rsidR="00686453" w:rsidRPr="004E1E86" w:rsidRDefault="00D95FB4">
            <w:pPr>
              <w:rPr>
                <w:szCs w:val="24"/>
              </w:rPr>
            </w:pPr>
            <w:r w:rsidRPr="004E1E86">
              <w:rPr>
                <w:b/>
                <w:color w:val="015A41"/>
                <w:szCs w:val="24"/>
              </w:rPr>
              <w:t>Evacuation / shelter implications</w:t>
            </w:r>
          </w:p>
        </w:tc>
        <w:tc>
          <w:tcPr>
            <w:tcW w:w="5807" w:type="dxa"/>
            <w:shd w:val="clear" w:color="auto" w:fill="FFFFFF"/>
            <w:tcMar>
              <w:top w:w="80" w:type="dxa"/>
              <w:left w:w="90" w:type="dxa"/>
              <w:bottom w:w="80" w:type="dxa"/>
              <w:right w:w="90" w:type="dxa"/>
            </w:tcMar>
          </w:tcPr>
          <w:p w14:paraId="6647CF1E" w14:textId="77777777" w:rsidR="00686453" w:rsidRPr="004E1E86" w:rsidRDefault="00D95FB4">
            <w:pPr>
              <w:rPr>
                <w:szCs w:val="24"/>
              </w:rPr>
            </w:pPr>
            <w:r w:rsidRPr="004E1E86">
              <w:rPr>
                <w:i/>
                <w:color w:val="66706B"/>
                <w:szCs w:val="24"/>
              </w:rPr>
              <w:t>&lt;Insert&gt;</w:t>
            </w:r>
          </w:p>
        </w:tc>
      </w:tr>
      <w:tr w:rsidR="00686453" w:rsidRPr="004E1E86" w14:paraId="04F1523E" w14:textId="77777777" w:rsidTr="004E1E86">
        <w:trPr>
          <w:cantSplit/>
          <w:jc w:val="center"/>
        </w:trPr>
        <w:tc>
          <w:tcPr>
            <w:tcW w:w="5141" w:type="dxa"/>
            <w:shd w:val="clear" w:color="auto" w:fill="F7FAF8"/>
            <w:tcMar>
              <w:top w:w="80" w:type="dxa"/>
              <w:left w:w="90" w:type="dxa"/>
              <w:bottom w:w="80" w:type="dxa"/>
              <w:right w:w="90" w:type="dxa"/>
            </w:tcMar>
          </w:tcPr>
          <w:p w14:paraId="4B60ADCA" w14:textId="77777777" w:rsidR="00686453" w:rsidRPr="004E1E86" w:rsidRDefault="00D95FB4">
            <w:pPr>
              <w:rPr>
                <w:szCs w:val="24"/>
              </w:rPr>
            </w:pPr>
            <w:r w:rsidRPr="004E1E86">
              <w:rPr>
                <w:b/>
                <w:color w:val="015A41"/>
                <w:szCs w:val="24"/>
              </w:rPr>
              <w:t>External partners</w:t>
            </w:r>
          </w:p>
        </w:tc>
        <w:tc>
          <w:tcPr>
            <w:tcW w:w="5807" w:type="dxa"/>
            <w:shd w:val="clear" w:color="auto" w:fill="FFFFFF"/>
            <w:tcMar>
              <w:top w:w="80" w:type="dxa"/>
              <w:left w:w="90" w:type="dxa"/>
              <w:bottom w:w="80" w:type="dxa"/>
              <w:right w:w="90" w:type="dxa"/>
            </w:tcMar>
          </w:tcPr>
          <w:p w14:paraId="56F80C00" w14:textId="77777777" w:rsidR="00686453" w:rsidRPr="004E1E86" w:rsidRDefault="00D95FB4">
            <w:pPr>
              <w:rPr>
                <w:szCs w:val="24"/>
              </w:rPr>
            </w:pPr>
            <w:r w:rsidRPr="004E1E86">
              <w:rPr>
                <w:i/>
                <w:color w:val="66706B"/>
                <w:szCs w:val="24"/>
              </w:rPr>
              <w:t>&lt;Insert&gt;</w:t>
            </w:r>
          </w:p>
        </w:tc>
      </w:tr>
      <w:tr w:rsidR="00686453" w:rsidRPr="004E1E86" w14:paraId="3722FDA6" w14:textId="77777777" w:rsidTr="004E1E86">
        <w:trPr>
          <w:cantSplit/>
          <w:jc w:val="center"/>
        </w:trPr>
        <w:tc>
          <w:tcPr>
            <w:tcW w:w="5141" w:type="dxa"/>
            <w:shd w:val="clear" w:color="auto" w:fill="EAF3EF"/>
            <w:tcMar>
              <w:top w:w="80" w:type="dxa"/>
              <w:left w:w="90" w:type="dxa"/>
              <w:bottom w:w="80" w:type="dxa"/>
              <w:right w:w="90" w:type="dxa"/>
            </w:tcMar>
          </w:tcPr>
          <w:p w14:paraId="38ECB9C3" w14:textId="77777777" w:rsidR="00686453" w:rsidRPr="004E1E86" w:rsidRDefault="00D95FB4">
            <w:pPr>
              <w:rPr>
                <w:szCs w:val="24"/>
              </w:rPr>
            </w:pPr>
            <w:r w:rsidRPr="004E1E86">
              <w:rPr>
                <w:b/>
                <w:color w:val="015A41"/>
                <w:szCs w:val="24"/>
              </w:rPr>
              <w:t>Recovery / return-to-normal criteria</w:t>
            </w:r>
          </w:p>
        </w:tc>
        <w:tc>
          <w:tcPr>
            <w:tcW w:w="5807" w:type="dxa"/>
            <w:shd w:val="clear" w:color="auto" w:fill="FFFFFF"/>
            <w:tcMar>
              <w:top w:w="80" w:type="dxa"/>
              <w:left w:w="90" w:type="dxa"/>
              <w:bottom w:w="80" w:type="dxa"/>
              <w:right w:w="90" w:type="dxa"/>
            </w:tcMar>
          </w:tcPr>
          <w:p w14:paraId="6C9F523E" w14:textId="77777777" w:rsidR="00686453" w:rsidRPr="004E1E86" w:rsidRDefault="00D95FB4">
            <w:pPr>
              <w:rPr>
                <w:szCs w:val="24"/>
              </w:rPr>
            </w:pPr>
            <w:r w:rsidRPr="004E1E86">
              <w:rPr>
                <w:i/>
                <w:color w:val="66706B"/>
                <w:szCs w:val="24"/>
              </w:rPr>
              <w:t>&lt;Insert&gt;</w:t>
            </w:r>
          </w:p>
        </w:tc>
      </w:tr>
      <w:tr w:rsidR="00686453" w:rsidRPr="004E1E86" w14:paraId="15D1DEAD" w14:textId="77777777" w:rsidTr="004E1E86">
        <w:trPr>
          <w:cantSplit/>
          <w:jc w:val="center"/>
        </w:trPr>
        <w:tc>
          <w:tcPr>
            <w:tcW w:w="5141" w:type="dxa"/>
            <w:shd w:val="clear" w:color="auto" w:fill="F7FAF8"/>
            <w:tcMar>
              <w:top w:w="80" w:type="dxa"/>
              <w:left w:w="90" w:type="dxa"/>
              <w:bottom w:w="80" w:type="dxa"/>
              <w:right w:w="90" w:type="dxa"/>
            </w:tcMar>
          </w:tcPr>
          <w:p w14:paraId="54699D26" w14:textId="77777777" w:rsidR="00686453" w:rsidRPr="004E1E86" w:rsidRDefault="00D95FB4">
            <w:pPr>
              <w:rPr>
                <w:szCs w:val="24"/>
              </w:rPr>
            </w:pPr>
            <w:r w:rsidRPr="004E1E86">
              <w:rPr>
                <w:b/>
                <w:color w:val="015A41"/>
                <w:szCs w:val="24"/>
              </w:rPr>
              <w:t>Required documentation / AAR</w:t>
            </w:r>
          </w:p>
        </w:tc>
        <w:tc>
          <w:tcPr>
            <w:tcW w:w="5807" w:type="dxa"/>
            <w:shd w:val="clear" w:color="auto" w:fill="FFFFFF"/>
            <w:tcMar>
              <w:top w:w="80" w:type="dxa"/>
              <w:left w:w="90" w:type="dxa"/>
              <w:bottom w:w="80" w:type="dxa"/>
              <w:right w:w="90" w:type="dxa"/>
            </w:tcMar>
          </w:tcPr>
          <w:p w14:paraId="72BE9E75" w14:textId="77777777" w:rsidR="00686453" w:rsidRPr="004E1E86" w:rsidRDefault="00D95FB4">
            <w:pPr>
              <w:rPr>
                <w:szCs w:val="24"/>
              </w:rPr>
            </w:pPr>
            <w:r w:rsidRPr="004E1E86">
              <w:rPr>
                <w:i/>
                <w:color w:val="66706B"/>
                <w:szCs w:val="24"/>
              </w:rPr>
              <w:t>&lt;Insert&gt;</w:t>
            </w:r>
          </w:p>
        </w:tc>
      </w:tr>
    </w:tbl>
    <w:p w14:paraId="2F58432E" w14:textId="77777777" w:rsidR="00686453" w:rsidRDefault="00686453">
      <w:pPr>
        <w:spacing w:after="0"/>
      </w:pPr>
    </w:p>
    <w:p w14:paraId="6815F541" w14:textId="77777777" w:rsidR="00686453" w:rsidRDefault="00D95FB4">
      <w:pPr>
        <w:pStyle w:val="Heading2"/>
        <w:spacing w:before="120" w:after="80"/>
      </w:pPr>
      <w:r>
        <w:rPr>
          <w:rFonts w:ascii="Arial" w:eastAsia="Arial" w:hAnsi="Arial"/>
        </w:rPr>
        <w:t>Hazard-Specific Procedures / Notes</w:t>
      </w:r>
    </w:p>
    <w:p w14:paraId="2D6EABA3" w14:textId="77777777" w:rsidR="00686453" w:rsidRDefault="00D95FB4">
      <w:pPr>
        <w:spacing w:after="120"/>
      </w:pPr>
      <w:r>
        <w:rPr>
          <w:color w:val="C8CECB"/>
          <w:sz w:val="16"/>
        </w:rPr>
        <w:t>________________________________________________________________________________</w:t>
      </w:r>
    </w:p>
    <w:p w14:paraId="09BB4AB5" w14:textId="77777777" w:rsidR="00686453" w:rsidRDefault="00D95FB4">
      <w:pPr>
        <w:spacing w:after="120"/>
      </w:pPr>
      <w:r>
        <w:rPr>
          <w:color w:val="C8CECB"/>
          <w:sz w:val="16"/>
        </w:rPr>
        <w:t>________________________________________________________________________________</w:t>
      </w:r>
    </w:p>
    <w:p w14:paraId="712DC7F6" w14:textId="77777777" w:rsidR="00686453" w:rsidRDefault="00D95FB4">
      <w:pPr>
        <w:spacing w:after="120"/>
      </w:pPr>
      <w:r>
        <w:rPr>
          <w:color w:val="C8CECB"/>
          <w:sz w:val="16"/>
        </w:rPr>
        <w:t>________________________________________________________________________________</w:t>
      </w:r>
    </w:p>
    <w:p w14:paraId="045D09C7" w14:textId="77777777" w:rsidR="00686453" w:rsidRDefault="00D95FB4">
      <w:pPr>
        <w:spacing w:after="120"/>
      </w:pPr>
      <w:r>
        <w:rPr>
          <w:color w:val="C8CECB"/>
          <w:sz w:val="16"/>
        </w:rPr>
        <w:t>________________________________________________________________________________</w:t>
      </w:r>
    </w:p>
    <w:p w14:paraId="004CCFDE" w14:textId="77777777" w:rsidR="00686453" w:rsidRDefault="00D95FB4">
      <w:pPr>
        <w:spacing w:after="120"/>
      </w:pPr>
      <w:r>
        <w:rPr>
          <w:color w:val="C8CECB"/>
          <w:sz w:val="16"/>
        </w:rPr>
        <w:t>________________________________________________________________________________</w:t>
      </w:r>
    </w:p>
    <w:p w14:paraId="1DCF3072" w14:textId="77777777" w:rsidR="00686453" w:rsidRDefault="00D95FB4">
      <w:r>
        <w:br w:type="page"/>
      </w:r>
    </w:p>
    <w:p w14:paraId="3082531E" w14:textId="77777777" w:rsidR="00686453" w:rsidRDefault="00D95FB4">
      <w:pPr>
        <w:pStyle w:val="Heading1"/>
        <w:pBdr>
          <w:bottom w:val="single" w:sz="14" w:space="5" w:color="E63B07"/>
        </w:pBdr>
        <w:spacing w:before="140" w:after="140"/>
      </w:pPr>
      <w:r>
        <w:rPr>
          <w:rFonts w:ascii="Arial" w:eastAsia="Arial" w:hAnsi="Arial"/>
        </w:rPr>
        <w:lastRenderedPageBreak/>
        <w:t>APPENDIX H - WATER / SEWER INTERRUPTION</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14:paraId="3C9C38CB" w14:textId="77777777">
        <w:trPr>
          <w:jc w:val="center"/>
        </w:trPr>
        <w:tc>
          <w:tcPr>
            <w:tcW w:w="10282" w:type="dxa"/>
            <w:shd w:val="clear" w:color="auto" w:fill="FCEFE9"/>
            <w:tcMar>
              <w:top w:w="100" w:type="dxa"/>
              <w:left w:w="130" w:type="dxa"/>
              <w:bottom w:w="100" w:type="dxa"/>
              <w:right w:w="130" w:type="dxa"/>
            </w:tcMar>
          </w:tcPr>
          <w:p w14:paraId="12BB75A0" w14:textId="77777777" w:rsidR="00686453" w:rsidRPr="004E1E86" w:rsidRDefault="00D95FB4">
            <w:pPr>
              <w:spacing w:after="0"/>
              <w:rPr>
                <w:sz w:val="20"/>
                <w:szCs w:val="20"/>
              </w:rPr>
            </w:pPr>
            <w:r w:rsidRPr="004E1E86">
              <w:rPr>
                <w:b/>
                <w:color w:val="E63B07"/>
                <w:sz w:val="20"/>
                <w:szCs w:val="20"/>
              </w:rPr>
              <w:t xml:space="preserve">REGULATORY </w:t>
            </w:r>
            <w:proofErr w:type="gramStart"/>
            <w:r w:rsidRPr="004E1E86">
              <w:rPr>
                <w:b/>
                <w:color w:val="E63B07"/>
                <w:sz w:val="20"/>
                <w:szCs w:val="20"/>
              </w:rPr>
              <w:t xml:space="preserve">CONNECTION  </w:t>
            </w:r>
            <w:r w:rsidRPr="004E1E86">
              <w:rPr>
                <w:sz w:val="20"/>
                <w:szCs w:val="20"/>
              </w:rPr>
              <w:t>CMS</w:t>
            </w:r>
            <w:proofErr w:type="gramEnd"/>
            <w:r w:rsidRPr="004E1E86">
              <w:rPr>
                <w:sz w:val="20"/>
                <w:szCs w:val="20"/>
              </w:rPr>
              <w:t xml:space="preserve"> subsistence policies address water and sewage/waste; Maine Chapter 110 addresses loss of water and emergency power for water/septic pumps.</w:t>
            </w:r>
          </w:p>
        </w:tc>
      </w:tr>
    </w:tbl>
    <w:p w14:paraId="503B8A07" w14:textId="77777777" w:rsidR="00686453" w:rsidRDefault="00686453">
      <w:pPr>
        <w:spacing w:after="0"/>
      </w:pPr>
    </w:p>
    <w:tbl>
      <w:tblPr>
        <w:tblW w:w="1094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807"/>
      </w:tblGrid>
      <w:tr w:rsidR="00686453" w:rsidRPr="004E1E86" w14:paraId="0848BA9D" w14:textId="77777777" w:rsidTr="004E1E86">
        <w:trPr>
          <w:tblHeader/>
          <w:jc w:val="center"/>
        </w:trPr>
        <w:tc>
          <w:tcPr>
            <w:tcW w:w="5141" w:type="dxa"/>
            <w:shd w:val="clear" w:color="auto" w:fill="015A41"/>
            <w:tcMar>
              <w:top w:w="80" w:type="dxa"/>
              <w:left w:w="90" w:type="dxa"/>
              <w:bottom w:w="80" w:type="dxa"/>
              <w:right w:w="90" w:type="dxa"/>
            </w:tcMar>
          </w:tcPr>
          <w:p w14:paraId="172B16EC" w14:textId="77777777" w:rsidR="00686453" w:rsidRPr="004E1E86" w:rsidRDefault="00D95FB4">
            <w:pPr>
              <w:rPr>
                <w:szCs w:val="24"/>
              </w:rPr>
            </w:pPr>
            <w:r w:rsidRPr="004E1E86">
              <w:rPr>
                <w:b/>
                <w:color w:val="FFFFFF"/>
                <w:szCs w:val="24"/>
              </w:rPr>
              <w:t>Field</w:t>
            </w:r>
          </w:p>
        </w:tc>
        <w:tc>
          <w:tcPr>
            <w:tcW w:w="5807" w:type="dxa"/>
            <w:shd w:val="clear" w:color="auto" w:fill="015A41"/>
            <w:tcMar>
              <w:top w:w="80" w:type="dxa"/>
              <w:left w:w="90" w:type="dxa"/>
              <w:bottom w:w="80" w:type="dxa"/>
              <w:right w:w="90" w:type="dxa"/>
            </w:tcMar>
          </w:tcPr>
          <w:p w14:paraId="6B1B102F" w14:textId="77777777" w:rsidR="00686453" w:rsidRPr="004E1E86" w:rsidRDefault="00D95FB4">
            <w:pPr>
              <w:rPr>
                <w:szCs w:val="24"/>
              </w:rPr>
            </w:pPr>
            <w:r w:rsidRPr="004E1E86">
              <w:rPr>
                <w:b/>
                <w:color w:val="FFFFFF"/>
                <w:szCs w:val="24"/>
              </w:rPr>
              <w:t>Facility Entry</w:t>
            </w:r>
          </w:p>
        </w:tc>
      </w:tr>
      <w:tr w:rsidR="00686453" w:rsidRPr="004E1E86" w14:paraId="4ABBCD79" w14:textId="77777777" w:rsidTr="004E1E86">
        <w:trPr>
          <w:cantSplit/>
          <w:jc w:val="center"/>
        </w:trPr>
        <w:tc>
          <w:tcPr>
            <w:tcW w:w="5141" w:type="dxa"/>
            <w:shd w:val="clear" w:color="auto" w:fill="EAF3EF"/>
            <w:tcMar>
              <w:top w:w="80" w:type="dxa"/>
              <w:left w:w="90" w:type="dxa"/>
              <w:bottom w:w="80" w:type="dxa"/>
              <w:right w:w="90" w:type="dxa"/>
            </w:tcMar>
          </w:tcPr>
          <w:p w14:paraId="692BBCEC" w14:textId="77777777" w:rsidR="00686453" w:rsidRPr="004E1E86" w:rsidRDefault="00D95FB4">
            <w:pPr>
              <w:rPr>
                <w:szCs w:val="24"/>
              </w:rPr>
            </w:pPr>
            <w:r w:rsidRPr="004E1E86">
              <w:rPr>
                <w:b/>
                <w:color w:val="015A41"/>
                <w:szCs w:val="24"/>
              </w:rPr>
              <w:t>Risk / HVA rating</w:t>
            </w:r>
          </w:p>
        </w:tc>
        <w:tc>
          <w:tcPr>
            <w:tcW w:w="5807" w:type="dxa"/>
            <w:shd w:val="clear" w:color="auto" w:fill="FFFFFF"/>
            <w:tcMar>
              <w:top w:w="80" w:type="dxa"/>
              <w:left w:w="90" w:type="dxa"/>
              <w:bottom w:w="80" w:type="dxa"/>
              <w:right w:w="90" w:type="dxa"/>
            </w:tcMar>
          </w:tcPr>
          <w:p w14:paraId="4DFBAA29" w14:textId="77777777" w:rsidR="00686453" w:rsidRPr="004E1E86" w:rsidRDefault="00D95FB4">
            <w:pPr>
              <w:rPr>
                <w:szCs w:val="24"/>
              </w:rPr>
            </w:pPr>
            <w:r w:rsidRPr="004E1E86">
              <w:rPr>
                <w:i/>
                <w:color w:val="66706B"/>
                <w:szCs w:val="24"/>
              </w:rPr>
              <w:t>&lt;Insert&gt;</w:t>
            </w:r>
          </w:p>
        </w:tc>
      </w:tr>
      <w:tr w:rsidR="00686453" w:rsidRPr="004E1E86" w14:paraId="560C21BE" w14:textId="77777777" w:rsidTr="004E1E86">
        <w:trPr>
          <w:cantSplit/>
          <w:jc w:val="center"/>
        </w:trPr>
        <w:tc>
          <w:tcPr>
            <w:tcW w:w="5141" w:type="dxa"/>
            <w:shd w:val="clear" w:color="auto" w:fill="F7FAF8"/>
            <w:tcMar>
              <w:top w:w="80" w:type="dxa"/>
              <w:left w:w="90" w:type="dxa"/>
              <w:bottom w:w="80" w:type="dxa"/>
              <w:right w:w="90" w:type="dxa"/>
            </w:tcMar>
          </w:tcPr>
          <w:p w14:paraId="21C667FC" w14:textId="77777777" w:rsidR="00686453" w:rsidRPr="004E1E86" w:rsidRDefault="00D95FB4">
            <w:pPr>
              <w:rPr>
                <w:szCs w:val="24"/>
              </w:rPr>
            </w:pPr>
            <w:r w:rsidRPr="004E1E86">
              <w:rPr>
                <w:b/>
                <w:color w:val="015A41"/>
                <w:szCs w:val="24"/>
              </w:rPr>
              <w:t>Primary activation triggers</w:t>
            </w:r>
          </w:p>
        </w:tc>
        <w:tc>
          <w:tcPr>
            <w:tcW w:w="5807" w:type="dxa"/>
            <w:shd w:val="clear" w:color="auto" w:fill="FFFFFF"/>
            <w:tcMar>
              <w:top w:w="80" w:type="dxa"/>
              <w:left w:w="90" w:type="dxa"/>
              <w:bottom w:w="80" w:type="dxa"/>
              <w:right w:w="90" w:type="dxa"/>
            </w:tcMar>
          </w:tcPr>
          <w:p w14:paraId="538FFDE5" w14:textId="77777777" w:rsidR="00686453" w:rsidRPr="004E1E86" w:rsidRDefault="00D95FB4">
            <w:pPr>
              <w:rPr>
                <w:szCs w:val="24"/>
              </w:rPr>
            </w:pPr>
            <w:r w:rsidRPr="004E1E86">
              <w:rPr>
                <w:i/>
                <w:color w:val="66706B"/>
                <w:szCs w:val="24"/>
              </w:rPr>
              <w:t>&lt;Insert&gt;</w:t>
            </w:r>
          </w:p>
        </w:tc>
      </w:tr>
      <w:tr w:rsidR="00686453" w:rsidRPr="004E1E86" w14:paraId="323534DD" w14:textId="77777777" w:rsidTr="004E1E86">
        <w:trPr>
          <w:cantSplit/>
          <w:jc w:val="center"/>
        </w:trPr>
        <w:tc>
          <w:tcPr>
            <w:tcW w:w="5141" w:type="dxa"/>
            <w:shd w:val="clear" w:color="auto" w:fill="EAF3EF"/>
            <w:tcMar>
              <w:top w:w="80" w:type="dxa"/>
              <w:left w:w="90" w:type="dxa"/>
              <w:bottom w:w="80" w:type="dxa"/>
              <w:right w:w="90" w:type="dxa"/>
            </w:tcMar>
          </w:tcPr>
          <w:p w14:paraId="2A7750EA" w14:textId="77777777" w:rsidR="00686453" w:rsidRPr="004E1E86" w:rsidRDefault="00D95FB4">
            <w:pPr>
              <w:rPr>
                <w:szCs w:val="24"/>
              </w:rPr>
            </w:pPr>
            <w:r w:rsidRPr="004E1E86">
              <w:rPr>
                <w:b/>
                <w:color w:val="015A41"/>
                <w:szCs w:val="24"/>
              </w:rPr>
              <w:t>Decision authority</w:t>
            </w:r>
          </w:p>
        </w:tc>
        <w:tc>
          <w:tcPr>
            <w:tcW w:w="5807" w:type="dxa"/>
            <w:shd w:val="clear" w:color="auto" w:fill="FFFFFF"/>
            <w:tcMar>
              <w:top w:w="80" w:type="dxa"/>
              <w:left w:w="90" w:type="dxa"/>
              <w:bottom w:w="80" w:type="dxa"/>
              <w:right w:w="90" w:type="dxa"/>
            </w:tcMar>
          </w:tcPr>
          <w:p w14:paraId="3E67E126" w14:textId="77777777" w:rsidR="00686453" w:rsidRPr="004E1E86" w:rsidRDefault="00D95FB4">
            <w:pPr>
              <w:rPr>
                <w:szCs w:val="24"/>
              </w:rPr>
            </w:pPr>
            <w:r w:rsidRPr="004E1E86">
              <w:rPr>
                <w:i/>
                <w:color w:val="66706B"/>
                <w:szCs w:val="24"/>
              </w:rPr>
              <w:t>&lt;Insert&gt;</w:t>
            </w:r>
          </w:p>
        </w:tc>
      </w:tr>
      <w:tr w:rsidR="00686453" w:rsidRPr="004E1E86" w14:paraId="2744D94B" w14:textId="77777777" w:rsidTr="004E1E86">
        <w:trPr>
          <w:cantSplit/>
          <w:jc w:val="center"/>
        </w:trPr>
        <w:tc>
          <w:tcPr>
            <w:tcW w:w="5141" w:type="dxa"/>
            <w:shd w:val="clear" w:color="auto" w:fill="F7FAF8"/>
            <w:tcMar>
              <w:top w:w="80" w:type="dxa"/>
              <w:left w:w="90" w:type="dxa"/>
              <w:bottom w:w="80" w:type="dxa"/>
              <w:right w:w="90" w:type="dxa"/>
            </w:tcMar>
          </w:tcPr>
          <w:p w14:paraId="3E39D5C1" w14:textId="77777777" w:rsidR="00686453" w:rsidRPr="004E1E86" w:rsidRDefault="00D95FB4">
            <w:pPr>
              <w:rPr>
                <w:szCs w:val="24"/>
              </w:rPr>
            </w:pPr>
            <w:r w:rsidRPr="004E1E86">
              <w:rPr>
                <w:b/>
                <w:color w:val="015A41"/>
                <w:szCs w:val="24"/>
              </w:rPr>
              <w:t>Immediate life-safety actions</w:t>
            </w:r>
          </w:p>
        </w:tc>
        <w:tc>
          <w:tcPr>
            <w:tcW w:w="5807" w:type="dxa"/>
            <w:shd w:val="clear" w:color="auto" w:fill="FFFFFF"/>
            <w:tcMar>
              <w:top w:w="80" w:type="dxa"/>
              <w:left w:w="90" w:type="dxa"/>
              <w:bottom w:w="80" w:type="dxa"/>
              <w:right w:w="90" w:type="dxa"/>
            </w:tcMar>
          </w:tcPr>
          <w:p w14:paraId="4BCA344A" w14:textId="77777777" w:rsidR="00686453" w:rsidRPr="004E1E86" w:rsidRDefault="00D95FB4">
            <w:pPr>
              <w:rPr>
                <w:szCs w:val="24"/>
              </w:rPr>
            </w:pPr>
            <w:r w:rsidRPr="004E1E86">
              <w:rPr>
                <w:i/>
                <w:color w:val="66706B"/>
                <w:szCs w:val="24"/>
              </w:rPr>
              <w:t>&lt;Insert&gt;</w:t>
            </w:r>
          </w:p>
        </w:tc>
      </w:tr>
      <w:tr w:rsidR="00686453" w:rsidRPr="004E1E86" w14:paraId="2A600795" w14:textId="77777777" w:rsidTr="004E1E86">
        <w:trPr>
          <w:cantSplit/>
          <w:jc w:val="center"/>
        </w:trPr>
        <w:tc>
          <w:tcPr>
            <w:tcW w:w="5141" w:type="dxa"/>
            <w:shd w:val="clear" w:color="auto" w:fill="EAF3EF"/>
            <w:tcMar>
              <w:top w:w="80" w:type="dxa"/>
              <w:left w:w="90" w:type="dxa"/>
              <w:bottom w:w="80" w:type="dxa"/>
              <w:right w:w="90" w:type="dxa"/>
            </w:tcMar>
          </w:tcPr>
          <w:p w14:paraId="1750E6FE" w14:textId="77777777" w:rsidR="00686453" w:rsidRPr="004E1E86" w:rsidRDefault="00D95FB4">
            <w:pPr>
              <w:rPr>
                <w:szCs w:val="24"/>
              </w:rPr>
            </w:pPr>
            <w:r w:rsidRPr="004E1E86">
              <w:rPr>
                <w:b/>
                <w:color w:val="015A41"/>
                <w:szCs w:val="24"/>
              </w:rPr>
              <w:t>Resident care / treatment priorities</w:t>
            </w:r>
          </w:p>
        </w:tc>
        <w:tc>
          <w:tcPr>
            <w:tcW w:w="5807" w:type="dxa"/>
            <w:shd w:val="clear" w:color="auto" w:fill="FFFFFF"/>
            <w:tcMar>
              <w:top w:w="80" w:type="dxa"/>
              <w:left w:w="90" w:type="dxa"/>
              <w:bottom w:w="80" w:type="dxa"/>
              <w:right w:w="90" w:type="dxa"/>
            </w:tcMar>
          </w:tcPr>
          <w:p w14:paraId="15BA6276" w14:textId="77777777" w:rsidR="00686453" w:rsidRPr="004E1E86" w:rsidRDefault="00D95FB4">
            <w:pPr>
              <w:rPr>
                <w:szCs w:val="24"/>
              </w:rPr>
            </w:pPr>
            <w:r w:rsidRPr="004E1E86">
              <w:rPr>
                <w:i/>
                <w:color w:val="66706B"/>
                <w:szCs w:val="24"/>
              </w:rPr>
              <w:t>&lt;Insert&gt;</w:t>
            </w:r>
          </w:p>
        </w:tc>
      </w:tr>
      <w:tr w:rsidR="00686453" w:rsidRPr="004E1E86" w14:paraId="3270E7BC" w14:textId="77777777" w:rsidTr="004E1E86">
        <w:trPr>
          <w:cantSplit/>
          <w:jc w:val="center"/>
        </w:trPr>
        <w:tc>
          <w:tcPr>
            <w:tcW w:w="5141" w:type="dxa"/>
            <w:shd w:val="clear" w:color="auto" w:fill="F7FAF8"/>
            <w:tcMar>
              <w:top w:w="80" w:type="dxa"/>
              <w:left w:w="90" w:type="dxa"/>
              <w:bottom w:w="80" w:type="dxa"/>
              <w:right w:w="90" w:type="dxa"/>
            </w:tcMar>
          </w:tcPr>
          <w:p w14:paraId="410FBA3E" w14:textId="77777777" w:rsidR="00686453" w:rsidRPr="004E1E86" w:rsidRDefault="00D95FB4">
            <w:pPr>
              <w:rPr>
                <w:szCs w:val="24"/>
              </w:rPr>
            </w:pPr>
            <w:r w:rsidRPr="004E1E86">
              <w:rPr>
                <w:b/>
                <w:color w:val="015A41"/>
                <w:szCs w:val="24"/>
              </w:rPr>
              <w:t>Staffing actions</w:t>
            </w:r>
          </w:p>
        </w:tc>
        <w:tc>
          <w:tcPr>
            <w:tcW w:w="5807" w:type="dxa"/>
            <w:shd w:val="clear" w:color="auto" w:fill="FFFFFF"/>
            <w:tcMar>
              <w:top w:w="80" w:type="dxa"/>
              <w:left w:w="90" w:type="dxa"/>
              <w:bottom w:w="80" w:type="dxa"/>
              <w:right w:w="90" w:type="dxa"/>
            </w:tcMar>
          </w:tcPr>
          <w:p w14:paraId="1368B192" w14:textId="77777777" w:rsidR="00686453" w:rsidRPr="004E1E86" w:rsidRDefault="00D95FB4">
            <w:pPr>
              <w:rPr>
                <w:szCs w:val="24"/>
              </w:rPr>
            </w:pPr>
            <w:r w:rsidRPr="004E1E86">
              <w:rPr>
                <w:i/>
                <w:color w:val="66706B"/>
                <w:szCs w:val="24"/>
              </w:rPr>
              <w:t>&lt;Insert&gt;</w:t>
            </w:r>
          </w:p>
        </w:tc>
      </w:tr>
      <w:tr w:rsidR="00686453" w:rsidRPr="004E1E86" w14:paraId="241AC403" w14:textId="77777777" w:rsidTr="004E1E86">
        <w:trPr>
          <w:cantSplit/>
          <w:jc w:val="center"/>
        </w:trPr>
        <w:tc>
          <w:tcPr>
            <w:tcW w:w="5141" w:type="dxa"/>
            <w:shd w:val="clear" w:color="auto" w:fill="EAF3EF"/>
            <w:tcMar>
              <w:top w:w="80" w:type="dxa"/>
              <w:left w:w="90" w:type="dxa"/>
              <w:bottom w:w="80" w:type="dxa"/>
              <w:right w:w="90" w:type="dxa"/>
            </w:tcMar>
          </w:tcPr>
          <w:p w14:paraId="3076EBE4" w14:textId="77777777" w:rsidR="00686453" w:rsidRPr="004E1E86" w:rsidRDefault="00D95FB4">
            <w:pPr>
              <w:rPr>
                <w:szCs w:val="24"/>
              </w:rPr>
            </w:pPr>
            <w:r w:rsidRPr="004E1E86">
              <w:rPr>
                <w:b/>
                <w:color w:val="015A41"/>
                <w:szCs w:val="24"/>
              </w:rPr>
              <w:t>Utility / resource considerations</w:t>
            </w:r>
          </w:p>
        </w:tc>
        <w:tc>
          <w:tcPr>
            <w:tcW w:w="5807" w:type="dxa"/>
            <w:shd w:val="clear" w:color="auto" w:fill="FFFFFF"/>
            <w:tcMar>
              <w:top w:w="80" w:type="dxa"/>
              <w:left w:w="90" w:type="dxa"/>
              <w:bottom w:w="80" w:type="dxa"/>
              <w:right w:w="90" w:type="dxa"/>
            </w:tcMar>
          </w:tcPr>
          <w:p w14:paraId="5D446670" w14:textId="77777777" w:rsidR="00686453" w:rsidRPr="004E1E86" w:rsidRDefault="00D95FB4">
            <w:pPr>
              <w:rPr>
                <w:szCs w:val="24"/>
              </w:rPr>
            </w:pPr>
            <w:r w:rsidRPr="004E1E86">
              <w:rPr>
                <w:i/>
                <w:color w:val="66706B"/>
                <w:szCs w:val="24"/>
              </w:rPr>
              <w:t>&lt;Insert&gt;</w:t>
            </w:r>
          </w:p>
        </w:tc>
      </w:tr>
      <w:tr w:rsidR="00686453" w:rsidRPr="004E1E86" w14:paraId="11629AF6" w14:textId="77777777" w:rsidTr="004E1E86">
        <w:trPr>
          <w:cantSplit/>
          <w:jc w:val="center"/>
        </w:trPr>
        <w:tc>
          <w:tcPr>
            <w:tcW w:w="5141" w:type="dxa"/>
            <w:shd w:val="clear" w:color="auto" w:fill="F7FAF8"/>
            <w:tcMar>
              <w:top w:w="80" w:type="dxa"/>
              <w:left w:w="90" w:type="dxa"/>
              <w:bottom w:w="80" w:type="dxa"/>
              <w:right w:w="90" w:type="dxa"/>
            </w:tcMar>
          </w:tcPr>
          <w:p w14:paraId="31DE5B17" w14:textId="77777777" w:rsidR="00686453" w:rsidRPr="004E1E86" w:rsidRDefault="00D95FB4">
            <w:pPr>
              <w:rPr>
                <w:szCs w:val="24"/>
              </w:rPr>
            </w:pPr>
            <w:r w:rsidRPr="004E1E86">
              <w:rPr>
                <w:b/>
                <w:color w:val="015A41"/>
                <w:szCs w:val="24"/>
              </w:rPr>
              <w:t>Communication / reporting</w:t>
            </w:r>
          </w:p>
        </w:tc>
        <w:tc>
          <w:tcPr>
            <w:tcW w:w="5807" w:type="dxa"/>
            <w:shd w:val="clear" w:color="auto" w:fill="FFFFFF"/>
            <w:tcMar>
              <w:top w:w="80" w:type="dxa"/>
              <w:left w:w="90" w:type="dxa"/>
              <w:bottom w:w="80" w:type="dxa"/>
              <w:right w:w="90" w:type="dxa"/>
            </w:tcMar>
          </w:tcPr>
          <w:p w14:paraId="3A595D71" w14:textId="77777777" w:rsidR="00686453" w:rsidRPr="004E1E86" w:rsidRDefault="00D95FB4">
            <w:pPr>
              <w:rPr>
                <w:szCs w:val="24"/>
              </w:rPr>
            </w:pPr>
            <w:r w:rsidRPr="004E1E86">
              <w:rPr>
                <w:i/>
                <w:color w:val="66706B"/>
                <w:szCs w:val="24"/>
              </w:rPr>
              <w:t>&lt;Insert&gt;</w:t>
            </w:r>
          </w:p>
        </w:tc>
      </w:tr>
      <w:tr w:rsidR="00686453" w:rsidRPr="004E1E86" w14:paraId="2D121D97" w14:textId="77777777" w:rsidTr="004E1E86">
        <w:trPr>
          <w:cantSplit/>
          <w:jc w:val="center"/>
        </w:trPr>
        <w:tc>
          <w:tcPr>
            <w:tcW w:w="5141" w:type="dxa"/>
            <w:shd w:val="clear" w:color="auto" w:fill="EAF3EF"/>
            <w:tcMar>
              <w:top w:w="80" w:type="dxa"/>
              <w:left w:w="90" w:type="dxa"/>
              <w:bottom w:w="80" w:type="dxa"/>
              <w:right w:w="90" w:type="dxa"/>
            </w:tcMar>
          </w:tcPr>
          <w:p w14:paraId="0EDF79DB" w14:textId="77777777" w:rsidR="00686453" w:rsidRPr="004E1E86" w:rsidRDefault="00D95FB4">
            <w:pPr>
              <w:rPr>
                <w:szCs w:val="24"/>
              </w:rPr>
            </w:pPr>
            <w:r w:rsidRPr="004E1E86">
              <w:rPr>
                <w:b/>
                <w:color w:val="015A41"/>
                <w:szCs w:val="24"/>
              </w:rPr>
              <w:t>Evacuation / shelter implications</w:t>
            </w:r>
          </w:p>
        </w:tc>
        <w:tc>
          <w:tcPr>
            <w:tcW w:w="5807" w:type="dxa"/>
            <w:shd w:val="clear" w:color="auto" w:fill="FFFFFF"/>
            <w:tcMar>
              <w:top w:w="80" w:type="dxa"/>
              <w:left w:w="90" w:type="dxa"/>
              <w:bottom w:w="80" w:type="dxa"/>
              <w:right w:w="90" w:type="dxa"/>
            </w:tcMar>
          </w:tcPr>
          <w:p w14:paraId="2E5279A9" w14:textId="77777777" w:rsidR="00686453" w:rsidRPr="004E1E86" w:rsidRDefault="00D95FB4">
            <w:pPr>
              <w:rPr>
                <w:szCs w:val="24"/>
              </w:rPr>
            </w:pPr>
            <w:r w:rsidRPr="004E1E86">
              <w:rPr>
                <w:i/>
                <w:color w:val="66706B"/>
                <w:szCs w:val="24"/>
              </w:rPr>
              <w:t>&lt;Insert&gt;</w:t>
            </w:r>
          </w:p>
        </w:tc>
      </w:tr>
      <w:tr w:rsidR="00686453" w:rsidRPr="004E1E86" w14:paraId="1D3F5A34" w14:textId="77777777" w:rsidTr="004E1E86">
        <w:trPr>
          <w:cantSplit/>
          <w:jc w:val="center"/>
        </w:trPr>
        <w:tc>
          <w:tcPr>
            <w:tcW w:w="5141" w:type="dxa"/>
            <w:shd w:val="clear" w:color="auto" w:fill="F7FAF8"/>
            <w:tcMar>
              <w:top w:w="80" w:type="dxa"/>
              <w:left w:w="90" w:type="dxa"/>
              <w:bottom w:w="80" w:type="dxa"/>
              <w:right w:w="90" w:type="dxa"/>
            </w:tcMar>
          </w:tcPr>
          <w:p w14:paraId="2B05F17D" w14:textId="77777777" w:rsidR="00686453" w:rsidRPr="004E1E86" w:rsidRDefault="00D95FB4">
            <w:pPr>
              <w:rPr>
                <w:szCs w:val="24"/>
              </w:rPr>
            </w:pPr>
            <w:r w:rsidRPr="004E1E86">
              <w:rPr>
                <w:b/>
                <w:color w:val="015A41"/>
                <w:szCs w:val="24"/>
              </w:rPr>
              <w:t>External partners</w:t>
            </w:r>
          </w:p>
        </w:tc>
        <w:tc>
          <w:tcPr>
            <w:tcW w:w="5807" w:type="dxa"/>
            <w:shd w:val="clear" w:color="auto" w:fill="FFFFFF"/>
            <w:tcMar>
              <w:top w:w="80" w:type="dxa"/>
              <w:left w:w="90" w:type="dxa"/>
              <w:bottom w:w="80" w:type="dxa"/>
              <w:right w:w="90" w:type="dxa"/>
            </w:tcMar>
          </w:tcPr>
          <w:p w14:paraId="1E0E14C4" w14:textId="77777777" w:rsidR="00686453" w:rsidRPr="004E1E86" w:rsidRDefault="00D95FB4">
            <w:pPr>
              <w:rPr>
                <w:szCs w:val="24"/>
              </w:rPr>
            </w:pPr>
            <w:r w:rsidRPr="004E1E86">
              <w:rPr>
                <w:i/>
                <w:color w:val="66706B"/>
                <w:szCs w:val="24"/>
              </w:rPr>
              <w:t>&lt;Insert&gt;</w:t>
            </w:r>
          </w:p>
        </w:tc>
      </w:tr>
      <w:tr w:rsidR="00686453" w:rsidRPr="004E1E86" w14:paraId="188E9688" w14:textId="77777777" w:rsidTr="004E1E86">
        <w:trPr>
          <w:cantSplit/>
          <w:jc w:val="center"/>
        </w:trPr>
        <w:tc>
          <w:tcPr>
            <w:tcW w:w="5141" w:type="dxa"/>
            <w:shd w:val="clear" w:color="auto" w:fill="EAF3EF"/>
            <w:tcMar>
              <w:top w:w="80" w:type="dxa"/>
              <w:left w:w="90" w:type="dxa"/>
              <w:bottom w:w="80" w:type="dxa"/>
              <w:right w:w="90" w:type="dxa"/>
            </w:tcMar>
          </w:tcPr>
          <w:p w14:paraId="22743CCE" w14:textId="77777777" w:rsidR="00686453" w:rsidRPr="004E1E86" w:rsidRDefault="00D95FB4">
            <w:pPr>
              <w:rPr>
                <w:szCs w:val="24"/>
              </w:rPr>
            </w:pPr>
            <w:r w:rsidRPr="004E1E86">
              <w:rPr>
                <w:b/>
                <w:color w:val="015A41"/>
                <w:szCs w:val="24"/>
              </w:rPr>
              <w:t>Recovery / return-to-normal criteria</w:t>
            </w:r>
          </w:p>
        </w:tc>
        <w:tc>
          <w:tcPr>
            <w:tcW w:w="5807" w:type="dxa"/>
            <w:shd w:val="clear" w:color="auto" w:fill="FFFFFF"/>
            <w:tcMar>
              <w:top w:w="80" w:type="dxa"/>
              <w:left w:w="90" w:type="dxa"/>
              <w:bottom w:w="80" w:type="dxa"/>
              <w:right w:w="90" w:type="dxa"/>
            </w:tcMar>
          </w:tcPr>
          <w:p w14:paraId="604D825A" w14:textId="77777777" w:rsidR="00686453" w:rsidRPr="004E1E86" w:rsidRDefault="00D95FB4">
            <w:pPr>
              <w:rPr>
                <w:szCs w:val="24"/>
              </w:rPr>
            </w:pPr>
            <w:r w:rsidRPr="004E1E86">
              <w:rPr>
                <w:i/>
                <w:color w:val="66706B"/>
                <w:szCs w:val="24"/>
              </w:rPr>
              <w:t>&lt;Insert&gt;</w:t>
            </w:r>
          </w:p>
        </w:tc>
      </w:tr>
      <w:tr w:rsidR="00686453" w:rsidRPr="004E1E86" w14:paraId="46A5267F" w14:textId="77777777" w:rsidTr="004E1E86">
        <w:trPr>
          <w:cantSplit/>
          <w:jc w:val="center"/>
        </w:trPr>
        <w:tc>
          <w:tcPr>
            <w:tcW w:w="5141" w:type="dxa"/>
            <w:shd w:val="clear" w:color="auto" w:fill="F7FAF8"/>
            <w:tcMar>
              <w:top w:w="80" w:type="dxa"/>
              <w:left w:w="90" w:type="dxa"/>
              <w:bottom w:w="80" w:type="dxa"/>
              <w:right w:w="90" w:type="dxa"/>
            </w:tcMar>
          </w:tcPr>
          <w:p w14:paraId="31319F19" w14:textId="77777777" w:rsidR="00686453" w:rsidRPr="004E1E86" w:rsidRDefault="00D95FB4">
            <w:pPr>
              <w:rPr>
                <w:szCs w:val="24"/>
              </w:rPr>
            </w:pPr>
            <w:r w:rsidRPr="004E1E86">
              <w:rPr>
                <w:b/>
                <w:color w:val="015A41"/>
                <w:szCs w:val="24"/>
              </w:rPr>
              <w:t>Required documentation / AAR</w:t>
            </w:r>
          </w:p>
        </w:tc>
        <w:tc>
          <w:tcPr>
            <w:tcW w:w="5807" w:type="dxa"/>
            <w:shd w:val="clear" w:color="auto" w:fill="FFFFFF"/>
            <w:tcMar>
              <w:top w:w="80" w:type="dxa"/>
              <w:left w:w="90" w:type="dxa"/>
              <w:bottom w:w="80" w:type="dxa"/>
              <w:right w:w="90" w:type="dxa"/>
            </w:tcMar>
          </w:tcPr>
          <w:p w14:paraId="57B144B1" w14:textId="77777777" w:rsidR="00686453" w:rsidRPr="004E1E86" w:rsidRDefault="00D95FB4">
            <w:pPr>
              <w:rPr>
                <w:szCs w:val="24"/>
              </w:rPr>
            </w:pPr>
            <w:r w:rsidRPr="004E1E86">
              <w:rPr>
                <w:i/>
                <w:color w:val="66706B"/>
                <w:szCs w:val="24"/>
              </w:rPr>
              <w:t>&lt;Insert&gt;</w:t>
            </w:r>
          </w:p>
        </w:tc>
      </w:tr>
    </w:tbl>
    <w:p w14:paraId="48C2BB11" w14:textId="77777777" w:rsidR="00686453" w:rsidRDefault="00686453">
      <w:pPr>
        <w:spacing w:after="0"/>
      </w:pPr>
    </w:p>
    <w:p w14:paraId="718F4859" w14:textId="77777777" w:rsidR="00686453" w:rsidRDefault="00D95FB4">
      <w:pPr>
        <w:pStyle w:val="Heading2"/>
        <w:spacing w:before="120" w:after="80"/>
      </w:pPr>
      <w:r>
        <w:rPr>
          <w:rFonts w:ascii="Arial" w:eastAsia="Arial" w:hAnsi="Arial"/>
        </w:rPr>
        <w:t>Hazard-Specific Procedures / Notes</w:t>
      </w:r>
    </w:p>
    <w:p w14:paraId="20D781FC" w14:textId="77777777" w:rsidR="00686453" w:rsidRDefault="00D95FB4">
      <w:pPr>
        <w:spacing w:after="120"/>
      </w:pPr>
      <w:r>
        <w:rPr>
          <w:color w:val="C8CECB"/>
          <w:sz w:val="16"/>
        </w:rPr>
        <w:t>________________________________________________________________________________</w:t>
      </w:r>
    </w:p>
    <w:p w14:paraId="06A25992" w14:textId="77777777" w:rsidR="00686453" w:rsidRDefault="00D95FB4">
      <w:pPr>
        <w:spacing w:after="120"/>
      </w:pPr>
      <w:r>
        <w:rPr>
          <w:color w:val="C8CECB"/>
          <w:sz w:val="16"/>
        </w:rPr>
        <w:t>________________________________________________________________________________</w:t>
      </w:r>
    </w:p>
    <w:p w14:paraId="1D52F249" w14:textId="77777777" w:rsidR="00686453" w:rsidRDefault="00D95FB4">
      <w:pPr>
        <w:spacing w:after="120"/>
      </w:pPr>
      <w:r>
        <w:rPr>
          <w:color w:val="C8CECB"/>
          <w:sz w:val="16"/>
        </w:rPr>
        <w:t>________________________________________________________________________________</w:t>
      </w:r>
    </w:p>
    <w:p w14:paraId="12258F7F" w14:textId="77777777" w:rsidR="00686453" w:rsidRDefault="00D95FB4">
      <w:pPr>
        <w:spacing w:after="120"/>
      </w:pPr>
      <w:r>
        <w:rPr>
          <w:color w:val="C8CECB"/>
          <w:sz w:val="16"/>
        </w:rPr>
        <w:t>________________________________________________________________________________</w:t>
      </w:r>
    </w:p>
    <w:p w14:paraId="45FEBEB9" w14:textId="77777777" w:rsidR="00686453" w:rsidRDefault="00D95FB4">
      <w:pPr>
        <w:spacing w:after="120"/>
      </w:pPr>
      <w:r>
        <w:rPr>
          <w:color w:val="C8CECB"/>
          <w:sz w:val="16"/>
        </w:rPr>
        <w:t>________________________________________________________________________________</w:t>
      </w:r>
    </w:p>
    <w:p w14:paraId="58E792E7" w14:textId="77777777" w:rsidR="00686453" w:rsidRDefault="00D95FB4">
      <w:r>
        <w:br w:type="page"/>
      </w:r>
    </w:p>
    <w:p w14:paraId="46FB7DA3" w14:textId="77777777" w:rsidR="00686453" w:rsidRDefault="00D95FB4">
      <w:pPr>
        <w:pStyle w:val="Heading1"/>
        <w:pBdr>
          <w:bottom w:val="single" w:sz="14" w:space="5" w:color="E63B07"/>
        </w:pBdr>
        <w:spacing w:before="140" w:after="140"/>
      </w:pPr>
      <w:r>
        <w:rPr>
          <w:rFonts w:ascii="Arial" w:eastAsia="Arial" w:hAnsi="Arial"/>
        </w:rPr>
        <w:lastRenderedPageBreak/>
        <w:t>APPENDIX I - ACTIVE THREAT / VIOLENCE / SECURITY INCIDENT</w:t>
      </w:r>
    </w:p>
    <w:tbl>
      <w:tblPr>
        <w:tblW w:w="1094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807"/>
      </w:tblGrid>
      <w:tr w:rsidR="00686453" w:rsidRPr="004E1E86" w14:paraId="0BF7193E" w14:textId="77777777" w:rsidTr="004E1E86">
        <w:trPr>
          <w:tblHeader/>
          <w:jc w:val="center"/>
        </w:trPr>
        <w:tc>
          <w:tcPr>
            <w:tcW w:w="5141" w:type="dxa"/>
            <w:shd w:val="clear" w:color="auto" w:fill="015A41"/>
            <w:tcMar>
              <w:top w:w="80" w:type="dxa"/>
              <w:left w:w="90" w:type="dxa"/>
              <w:bottom w:w="80" w:type="dxa"/>
              <w:right w:w="90" w:type="dxa"/>
            </w:tcMar>
          </w:tcPr>
          <w:p w14:paraId="390FA843" w14:textId="77777777" w:rsidR="00686453" w:rsidRPr="004E1E86" w:rsidRDefault="00D95FB4">
            <w:pPr>
              <w:rPr>
                <w:szCs w:val="24"/>
              </w:rPr>
            </w:pPr>
            <w:r w:rsidRPr="004E1E86">
              <w:rPr>
                <w:b/>
                <w:color w:val="FFFFFF"/>
                <w:szCs w:val="24"/>
              </w:rPr>
              <w:t>Field</w:t>
            </w:r>
          </w:p>
        </w:tc>
        <w:tc>
          <w:tcPr>
            <w:tcW w:w="5807" w:type="dxa"/>
            <w:shd w:val="clear" w:color="auto" w:fill="015A41"/>
            <w:tcMar>
              <w:top w:w="80" w:type="dxa"/>
              <w:left w:w="90" w:type="dxa"/>
              <w:bottom w:w="80" w:type="dxa"/>
              <w:right w:w="90" w:type="dxa"/>
            </w:tcMar>
          </w:tcPr>
          <w:p w14:paraId="28B6E836" w14:textId="77777777" w:rsidR="00686453" w:rsidRPr="004E1E86" w:rsidRDefault="00D95FB4">
            <w:pPr>
              <w:rPr>
                <w:szCs w:val="24"/>
              </w:rPr>
            </w:pPr>
            <w:r w:rsidRPr="004E1E86">
              <w:rPr>
                <w:b/>
                <w:color w:val="FFFFFF"/>
                <w:szCs w:val="24"/>
              </w:rPr>
              <w:t>Facility Entry</w:t>
            </w:r>
          </w:p>
        </w:tc>
      </w:tr>
      <w:tr w:rsidR="00686453" w:rsidRPr="004E1E86" w14:paraId="04250BB3" w14:textId="77777777" w:rsidTr="004E1E86">
        <w:trPr>
          <w:cantSplit/>
          <w:jc w:val="center"/>
        </w:trPr>
        <w:tc>
          <w:tcPr>
            <w:tcW w:w="5141" w:type="dxa"/>
            <w:shd w:val="clear" w:color="auto" w:fill="EAF3EF"/>
            <w:tcMar>
              <w:top w:w="80" w:type="dxa"/>
              <w:left w:w="90" w:type="dxa"/>
              <w:bottom w:w="80" w:type="dxa"/>
              <w:right w:w="90" w:type="dxa"/>
            </w:tcMar>
          </w:tcPr>
          <w:p w14:paraId="219006CA" w14:textId="77777777" w:rsidR="00686453" w:rsidRPr="004E1E86" w:rsidRDefault="00D95FB4">
            <w:pPr>
              <w:rPr>
                <w:szCs w:val="24"/>
              </w:rPr>
            </w:pPr>
            <w:r w:rsidRPr="004E1E86">
              <w:rPr>
                <w:b/>
                <w:color w:val="015A41"/>
                <w:szCs w:val="24"/>
              </w:rPr>
              <w:t>Risk / HVA rating</w:t>
            </w:r>
          </w:p>
        </w:tc>
        <w:tc>
          <w:tcPr>
            <w:tcW w:w="5807" w:type="dxa"/>
            <w:shd w:val="clear" w:color="auto" w:fill="FFFFFF"/>
            <w:tcMar>
              <w:top w:w="80" w:type="dxa"/>
              <w:left w:w="90" w:type="dxa"/>
              <w:bottom w:w="80" w:type="dxa"/>
              <w:right w:w="90" w:type="dxa"/>
            </w:tcMar>
          </w:tcPr>
          <w:p w14:paraId="2D612DC1" w14:textId="77777777" w:rsidR="00686453" w:rsidRPr="004E1E86" w:rsidRDefault="00D95FB4">
            <w:pPr>
              <w:rPr>
                <w:szCs w:val="24"/>
              </w:rPr>
            </w:pPr>
            <w:r w:rsidRPr="004E1E86">
              <w:rPr>
                <w:i/>
                <w:color w:val="66706B"/>
                <w:szCs w:val="24"/>
              </w:rPr>
              <w:t>&lt;Insert&gt;</w:t>
            </w:r>
          </w:p>
        </w:tc>
      </w:tr>
      <w:tr w:rsidR="00686453" w:rsidRPr="004E1E86" w14:paraId="0E94F242" w14:textId="77777777" w:rsidTr="004E1E86">
        <w:trPr>
          <w:cantSplit/>
          <w:jc w:val="center"/>
        </w:trPr>
        <w:tc>
          <w:tcPr>
            <w:tcW w:w="5141" w:type="dxa"/>
            <w:shd w:val="clear" w:color="auto" w:fill="F7FAF8"/>
            <w:tcMar>
              <w:top w:w="80" w:type="dxa"/>
              <w:left w:w="90" w:type="dxa"/>
              <w:bottom w:w="80" w:type="dxa"/>
              <w:right w:w="90" w:type="dxa"/>
            </w:tcMar>
          </w:tcPr>
          <w:p w14:paraId="1C3E898D" w14:textId="77777777" w:rsidR="00686453" w:rsidRPr="004E1E86" w:rsidRDefault="00D95FB4">
            <w:pPr>
              <w:rPr>
                <w:szCs w:val="24"/>
              </w:rPr>
            </w:pPr>
            <w:r w:rsidRPr="004E1E86">
              <w:rPr>
                <w:b/>
                <w:color w:val="015A41"/>
                <w:szCs w:val="24"/>
              </w:rPr>
              <w:t>Primary activation triggers</w:t>
            </w:r>
          </w:p>
        </w:tc>
        <w:tc>
          <w:tcPr>
            <w:tcW w:w="5807" w:type="dxa"/>
            <w:shd w:val="clear" w:color="auto" w:fill="FFFFFF"/>
            <w:tcMar>
              <w:top w:w="80" w:type="dxa"/>
              <w:left w:w="90" w:type="dxa"/>
              <w:bottom w:w="80" w:type="dxa"/>
              <w:right w:w="90" w:type="dxa"/>
            </w:tcMar>
          </w:tcPr>
          <w:p w14:paraId="262FB08E" w14:textId="77777777" w:rsidR="00686453" w:rsidRPr="004E1E86" w:rsidRDefault="00D95FB4">
            <w:pPr>
              <w:rPr>
                <w:szCs w:val="24"/>
              </w:rPr>
            </w:pPr>
            <w:r w:rsidRPr="004E1E86">
              <w:rPr>
                <w:i/>
                <w:color w:val="66706B"/>
                <w:szCs w:val="24"/>
              </w:rPr>
              <w:t>&lt;Insert&gt;</w:t>
            </w:r>
          </w:p>
        </w:tc>
      </w:tr>
      <w:tr w:rsidR="00686453" w:rsidRPr="004E1E86" w14:paraId="31886662" w14:textId="77777777" w:rsidTr="004E1E86">
        <w:trPr>
          <w:cantSplit/>
          <w:jc w:val="center"/>
        </w:trPr>
        <w:tc>
          <w:tcPr>
            <w:tcW w:w="5141" w:type="dxa"/>
            <w:shd w:val="clear" w:color="auto" w:fill="EAF3EF"/>
            <w:tcMar>
              <w:top w:w="80" w:type="dxa"/>
              <w:left w:w="90" w:type="dxa"/>
              <w:bottom w:w="80" w:type="dxa"/>
              <w:right w:w="90" w:type="dxa"/>
            </w:tcMar>
          </w:tcPr>
          <w:p w14:paraId="031E8A13" w14:textId="77777777" w:rsidR="00686453" w:rsidRPr="004E1E86" w:rsidRDefault="00D95FB4">
            <w:pPr>
              <w:rPr>
                <w:szCs w:val="24"/>
              </w:rPr>
            </w:pPr>
            <w:r w:rsidRPr="004E1E86">
              <w:rPr>
                <w:b/>
                <w:color w:val="015A41"/>
                <w:szCs w:val="24"/>
              </w:rPr>
              <w:t>Decision authority</w:t>
            </w:r>
          </w:p>
        </w:tc>
        <w:tc>
          <w:tcPr>
            <w:tcW w:w="5807" w:type="dxa"/>
            <w:shd w:val="clear" w:color="auto" w:fill="FFFFFF"/>
            <w:tcMar>
              <w:top w:w="80" w:type="dxa"/>
              <w:left w:w="90" w:type="dxa"/>
              <w:bottom w:w="80" w:type="dxa"/>
              <w:right w:w="90" w:type="dxa"/>
            </w:tcMar>
          </w:tcPr>
          <w:p w14:paraId="45A3A1F1" w14:textId="77777777" w:rsidR="00686453" w:rsidRPr="004E1E86" w:rsidRDefault="00D95FB4">
            <w:pPr>
              <w:rPr>
                <w:szCs w:val="24"/>
              </w:rPr>
            </w:pPr>
            <w:r w:rsidRPr="004E1E86">
              <w:rPr>
                <w:i/>
                <w:color w:val="66706B"/>
                <w:szCs w:val="24"/>
              </w:rPr>
              <w:t>&lt;Insert&gt;</w:t>
            </w:r>
          </w:p>
        </w:tc>
      </w:tr>
      <w:tr w:rsidR="00686453" w:rsidRPr="004E1E86" w14:paraId="5CE40811" w14:textId="77777777" w:rsidTr="004E1E86">
        <w:trPr>
          <w:cantSplit/>
          <w:jc w:val="center"/>
        </w:trPr>
        <w:tc>
          <w:tcPr>
            <w:tcW w:w="5141" w:type="dxa"/>
            <w:shd w:val="clear" w:color="auto" w:fill="F7FAF8"/>
            <w:tcMar>
              <w:top w:w="80" w:type="dxa"/>
              <w:left w:w="90" w:type="dxa"/>
              <w:bottom w:w="80" w:type="dxa"/>
              <w:right w:w="90" w:type="dxa"/>
            </w:tcMar>
          </w:tcPr>
          <w:p w14:paraId="58CC8130" w14:textId="77777777" w:rsidR="00686453" w:rsidRPr="004E1E86" w:rsidRDefault="00D95FB4">
            <w:pPr>
              <w:rPr>
                <w:szCs w:val="24"/>
              </w:rPr>
            </w:pPr>
            <w:r w:rsidRPr="004E1E86">
              <w:rPr>
                <w:b/>
                <w:color w:val="015A41"/>
                <w:szCs w:val="24"/>
              </w:rPr>
              <w:t>Immediate life-safety actions</w:t>
            </w:r>
          </w:p>
        </w:tc>
        <w:tc>
          <w:tcPr>
            <w:tcW w:w="5807" w:type="dxa"/>
            <w:shd w:val="clear" w:color="auto" w:fill="FFFFFF"/>
            <w:tcMar>
              <w:top w:w="80" w:type="dxa"/>
              <w:left w:w="90" w:type="dxa"/>
              <w:bottom w:w="80" w:type="dxa"/>
              <w:right w:w="90" w:type="dxa"/>
            </w:tcMar>
          </w:tcPr>
          <w:p w14:paraId="3884E222" w14:textId="77777777" w:rsidR="00686453" w:rsidRPr="004E1E86" w:rsidRDefault="00D95FB4">
            <w:pPr>
              <w:rPr>
                <w:szCs w:val="24"/>
              </w:rPr>
            </w:pPr>
            <w:r w:rsidRPr="004E1E86">
              <w:rPr>
                <w:i/>
                <w:color w:val="66706B"/>
                <w:szCs w:val="24"/>
              </w:rPr>
              <w:t>&lt;Insert&gt;</w:t>
            </w:r>
          </w:p>
        </w:tc>
      </w:tr>
      <w:tr w:rsidR="00686453" w:rsidRPr="004E1E86" w14:paraId="73258567" w14:textId="77777777" w:rsidTr="004E1E86">
        <w:trPr>
          <w:cantSplit/>
          <w:jc w:val="center"/>
        </w:trPr>
        <w:tc>
          <w:tcPr>
            <w:tcW w:w="5141" w:type="dxa"/>
            <w:shd w:val="clear" w:color="auto" w:fill="EAF3EF"/>
            <w:tcMar>
              <w:top w:w="80" w:type="dxa"/>
              <w:left w:w="90" w:type="dxa"/>
              <w:bottom w:w="80" w:type="dxa"/>
              <w:right w:w="90" w:type="dxa"/>
            </w:tcMar>
          </w:tcPr>
          <w:p w14:paraId="33166C96" w14:textId="77777777" w:rsidR="00686453" w:rsidRPr="004E1E86" w:rsidRDefault="00D95FB4">
            <w:pPr>
              <w:rPr>
                <w:szCs w:val="24"/>
              </w:rPr>
            </w:pPr>
            <w:r w:rsidRPr="004E1E86">
              <w:rPr>
                <w:b/>
                <w:color w:val="015A41"/>
                <w:szCs w:val="24"/>
              </w:rPr>
              <w:t>Resident care / treatment priorities</w:t>
            </w:r>
          </w:p>
        </w:tc>
        <w:tc>
          <w:tcPr>
            <w:tcW w:w="5807" w:type="dxa"/>
            <w:shd w:val="clear" w:color="auto" w:fill="FFFFFF"/>
            <w:tcMar>
              <w:top w:w="80" w:type="dxa"/>
              <w:left w:w="90" w:type="dxa"/>
              <w:bottom w:w="80" w:type="dxa"/>
              <w:right w:w="90" w:type="dxa"/>
            </w:tcMar>
          </w:tcPr>
          <w:p w14:paraId="7E508C5B" w14:textId="77777777" w:rsidR="00686453" w:rsidRPr="004E1E86" w:rsidRDefault="00D95FB4">
            <w:pPr>
              <w:rPr>
                <w:szCs w:val="24"/>
              </w:rPr>
            </w:pPr>
            <w:r w:rsidRPr="004E1E86">
              <w:rPr>
                <w:i/>
                <w:color w:val="66706B"/>
                <w:szCs w:val="24"/>
              </w:rPr>
              <w:t>&lt;Insert&gt;</w:t>
            </w:r>
          </w:p>
        </w:tc>
      </w:tr>
      <w:tr w:rsidR="00686453" w:rsidRPr="004E1E86" w14:paraId="66490A4C" w14:textId="77777777" w:rsidTr="004E1E86">
        <w:trPr>
          <w:cantSplit/>
          <w:jc w:val="center"/>
        </w:trPr>
        <w:tc>
          <w:tcPr>
            <w:tcW w:w="5141" w:type="dxa"/>
            <w:shd w:val="clear" w:color="auto" w:fill="F7FAF8"/>
            <w:tcMar>
              <w:top w:w="80" w:type="dxa"/>
              <w:left w:w="90" w:type="dxa"/>
              <w:bottom w:w="80" w:type="dxa"/>
              <w:right w:w="90" w:type="dxa"/>
            </w:tcMar>
          </w:tcPr>
          <w:p w14:paraId="017BB47C" w14:textId="77777777" w:rsidR="00686453" w:rsidRPr="004E1E86" w:rsidRDefault="00D95FB4">
            <w:pPr>
              <w:rPr>
                <w:szCs w:val="24"/>
              </w:rPr>
            </w:pPr>
            <w:r w:rsidRPr="004E1E86">
              <w:rPr>
                <w:b/>
                <w:color w:val="015A41"/>
                <w:szCs w:val="24"/>
              </w:rPr>
              <w:t>Staffing actions</w:t>
            </w:r>
          </w:p>
        </w:tc>
        <w:tc>
          <w:tcPr>
            <w:tcW w:w="5807" w:type="dxa"/>
            <w:shd w:val="clear" w:color="auto" w:fill="FFFFFF"/>
            <w:tcMar>
              <w:top w:w="80" w:type="dxa"/>
              <w:left w:w="90" w:type="dxa"/>
              <w:bottom w:w="80" w:type="dxa"/>
              <w:right w:w="90" w:type="dxa"/>
            </w:tcMar>
          </w:tcPr>
          <w:p w14:paraId="01C7BA77" w14:textId="77777777" w:rsidR="00686453" w:rsidRPr="004E1E86" w:rsidRDefault="00D95FB4">
            <w:pPr>
              <w:rPr>
                <w:szCs w:val="24"/>
              </w:rPr>
            </w:pPr>
            <w:r w:rsidRPr="004E1E86">
              <w:rPr>
                <w:i/>
                <w:color w:val="66706B"/>
                <w:szCs w:val="24"/>
              </w:rPr>
              <w:t>&lt;Insert&gt;</w:t>
            </w:r>
          </w:p>
        </w:tc>
      </w:tr>
      <w:tr w:rsidR="00686453" w:rsidRPr="004E1E86" w14:paraId="3B260296" w14:textId="77777777" w:rsidTr="004E1E86">
        <w:trPr>
          <w:cantSplit/>
          <w:jc w:val="center"/>
        </w:trPr>
        <w:tc>
          <w:tcPr>
            <w:tcW w:w="5141" w:type="dxa"/>
            <w:shd w:val="clear" w:color="auto" w:fill="EAF3EF"/>
            <w:tcMar>
              <w:top w:w="80" w:type="dxa"/>
              <w:left w:w="90" w:type="dxa"/>
              <w:bottom w:w="80" w:type="dxa"/>
              <w:right w:w="90" w:type="dxa"/>
            </w:tcMar>
          </w:tcPr>
          <w:p w14:paraId="1B1CEB40" w14:textId="77777777" w:rsidR="00686453" w:rsidRPr="004E1E86" w:rsidRDefault="00D95FB4">
            <w:pPr>
              <w:rPr>
                <w:szCs w:val="24"/>
              </w:rPr>
            </w:pPr>
            <w:r w:rsidRPr="004E1E86">
              <w:rPr>
                <w:b/>
                <w:color w:val="015A41"/>
                <w:szCs w:val="24"/>
              </w:rPr>
              <w:t>Utility / resource considerations</w:t>
            </w:r>
          </w:p>
        </w:tc>
        <w:tc>
          <w:tcPr>
            <w:tcW w:w="5807" w:type="dxa"/>
            <w:shd w:val="clear" w:color="auto" w:fill="FFFFFF"/>
            <w:tcMar>
              <w:top w:w="80" w:type="dxa"/>
              <w:left w:w="90" w:type="dxa"/>
              <w:bottom w:w="80" w:type="dxa"/>
              <w:right w:w="90" w:type="dxa"/>
            </w:tcMar>
          </w:tcPr>
          <w:p w14:paraId="3F79B51D" w14:textId="77777777" w:rsidR="00686453" w:rsidRPr="004E1E86" w:rsidRDefault="00D95FB4">
            <w:pPr>
              <w:rPr>
                <w:szCs w:val="24"/>
              </w:rPr>
            </w:pPr>
            <w:r w:rsidRPr="004E1E86">
              <w:rPr>
                <w:i/>
                <w:color w:val="66706B"/>
                <w:szCs w:val="24"/>
              </w:rPr>
              <w:t>&lt;Insert&gt;</w:t>
            </w:r>
          </w:p>
        </w:tc>
      </w:tr>
      <w:tr w:rsidR="00686453" w:rsidRPr="004E1E86" w14:paraId="59B195A3" w14:textId="77777777" w:rsidTr="004E1E86">
        <w:trPr>
          <w:cantSplit/>
          <w:jc w:val="center"/>
        </w:trPr>
        <w:tc>
          <w:tcPr>
            <w:tcW w:w="5141" w:type="dxa"/>
            <w:shd w:val="clear" w:color="auto" w:fill="F7FAF8"/>
            <w:tcMar>
              <w:top w:w="80" w:type="dxa"/>
              <w:left w:w="90" w:type="dxa"/>
              <w:bottom w:w="80" w:type="dxa"/>
              <w:right w:w="90" w:type="dxa"/>
            </w:tcMar>
          </w:tcPr>
          <w:p w14:paraId="3C3E014B" w14:textId="77777777" w:rsidR="00686453" w:rsidRPr="004E1E86" w:rsidRDefault="00D95FB4">
            <w:pPr>
              <w:rPr>
                <w:szCs w:val="24"/>
              </w:rPr>
            </w:pPr>
            <w:r w:rsidRPr="004E1E86">
              <w:rPr>
                <w:b/>
                <w:color w:val="015A41"/>
                <w:szCs w:val="24"/>
              </w:rPr>
              <w:t>Communication / reporting</w:t>
            </w:r>
          </w:p>
        </w:tc>
        <w:tc>
          <w:tcPr>
            <w:tcW w:w="5807" w:type="dxa"/>
            <w:shd w:val="clear" w:color="auto" w:fill="FFFFFF"/>
            <w:tcMar>
              <w:top w:w="80" w:type="dxa"/>
              <w:left w:w="90" w:type="dxa"/>
              <w:bottom w:w="80" w:type="dxa"/>
              <w:right w:w="90" w:type="dxa"/>
            </w:tcMar>
          </w:tcPr>
          <w:p w14:paraId="31C47B0E" w14:textId="77777777" w:rsidR="00686453" w:rsidRPr="004E1E86" w:rsidRDefault="00D95FB4">
            <w:pPr>
              <w:rPr>
                <w:szCs w:val="24"/>
              </w:rPr>
            </w:pPr>
            <w:r w:rsidRPr="004E1E86">
              <w:rPr>
                <w:i/>
                <w:color w:val="66706B"/>
                <w:szCs w:val="24"/>
              </w:rPr>
              <w:t>&lt;Insert&gt;</w:t>
            </w:r>
          </w:p>
        </w:tc>
      </w:tr>
      <w:tr w:rsidR="00686453" w:rsidRPr="004E1E86" w14:paraId="529A2BF9" w14:textId="77777777" w:rsidTr="004E1E86">
        <w:trPr>
          <w:cantSplit/>
          <w:jc w:val="center"/>
        </w:trPr>
        <w:tc>
          <w:tcPr>
            <w:tcW w:w="5141" w:type="dxa"/>
            <w:shd w:val="clear" w:color="auto" w:fill="EAF3EF"/>
            <w:tcMar>
              <w:top w:w="80" w:type="dxa"/>
              <w:left w:w="90" w:type="dxa"/>
              <w:bottom w:w="80" w:type="dxa"/>
              <w:right w:w="90" w:type="dxa"/>
            </w:tcMar>
          </w:tcPr>
          <w:p w14:paraId="0CC667FB" w14:textId="77777777" w:rsidR="00686453" w:rsidRPr="004E1E86" w:rsidRDefault="00D95FB4">
            <w:pPr>
              <w:rPr>
                <w:szCs w:val="24"/>
              </w:rPr>
            </w:pPr>
            <w:r w:rsidRPr="004E1E86">
              <w:rPr>
                <w:b/>
                <w:color w:val="015A41"/>
                <w:szCs w:val="24"/>
              </w:rPr>
              <w:t>Evacuation / shelter implications</w:t>
            </w:r>
          </w:p>
        </w:tc>
        <w:tc>
          <w:tcPr>
            <w:tcW w:w="5807" w:type="dxa"/>
            <w:shd w:val="clear" w:color="auto" w:fill="FFFFFF"/>
            <w:tcMar>
              <w:top w:w="80" w:type="dxa"/>
              <w:left w:w="90" w:type="dxa"/>
              <w:bottom w:w="80" w:type="dxa"/>
              <w:right w:w="90" w:type="dxa"/>
            </w:tcMar>
          </w:tcPr>
          <w:p w14:paraId="328FD2E3" w14:textId="77777777" w:rsidR="00686453" w:rsidRPr="004E1E86" w:rsidRDefault="00D95FB4">
            <w:pPr>
              <w:rPr>
                <w:szCs w:val="24"/>
              </w:rPr>
            </w:pPr>
            <w:r w:rsidRPr="004E1E86">
              <w:rPr>
                <w:i/>
                <w:color w:val="66706B"/>
                <w:szCs w:val="24"/>
              </w:rPr>
              <w:t>&lt;Insert&gt;</w:t>
            </w:r>
          </w:p>
        </w:tc>
      </w:tr>
      <w:tr w:rsidR="00686453" w:rsidRPr="004E1E86" w14:paraId="64924F35" w14:textId="77777777" w:rsidTr="004E1E86">
        <w:trPr>
          <w:cantSplit/>
          <w:jc w:val="center"/>
        </w:trPr>
        <w:tc>
          <w:tcPr>
            <w:tcW w:w="5141" w:type="dxa"/>
            <w:shd w:val="clear" w:color="auto" w:fill="F7FAF8"/>
            <w:tcMar>
              <w:top w:w="80" w:type="dxa"/>
              <w:left w:w="90" w:type="dxa"/>
              <w:bottom w:w="80" w:type="dxa"/>
              <w:right w:w="90" w:type="dxa"/>
            </w:tcMar>
          </w:tcPr>
          <w:p w14:paraId="7F95E3AB" w14:textId="77777777" w:rsidR="00686453" w:rsidRPr="004E1E86" w:rsidRDefault="00D95FB4">
            <w:pPr>
              <w:rPr>
                <w:szCs w:val="24"/>
              </w:rPr>
            </w:pPr>
            <w:r w:rsidRPr="004E1E86">
              <w:rPr>
                <w:b/>
                <w:color w:val="015A41"/>
                <w:szCs w:val="24"/>
              </w:rPr>
              <w:t>External partners</w:t>
            </w:r>
          </w:p>
        </w:tc>
        <w:tc>
          <w:tcPr>
            <w:tcW w:w="5807" w:type="dxa"/>
            <w:shd w:val="clear" w:color="auto" w:fill="FFFFFF"/>
            <w:tcMar>
              <w:top w:w="80" w:type="dxa"/>
              <w:left w:w="90" w:type="dxa"/>
              <w:bottom w:w="80" w:type="dxa"/>
              <w:right w:w="90" w:type="dxa"/>
            </w:tcMar>
          </w:tcPr>
          <w:p w14:paraId="344C0CC2" w14:textId="77777777" w:rsidR="00686453" w:rsidRPr="004E1E86" w:rsidRDefault="00D95FB4">
            <w:pPr>
              <w:rPr>
                <w:szCs w:val="24"/>
              </w:rPr>
            </w:pPr>
            <w:r w:rsidRPr="004E1E86">
              <w:rPr>
                <w:i/>
                <w:color w:val="66706B"/>
                <w:szCs w:val="24"/>
              </w:rPr>
              <w:t>&lt;Insert&gt;</w:t>
            </w:r>
          </w:p>
        </w:tc>
      </w:tr>
      <w:tr w:rsidR="00686453" w:rsidRPr="004E1E86" w14:paraId="2BB7BFD7" w14:textId="77777777" w:rsidTr="004E1E86">
        <w:trPr>
          <w:cantSplit/>
          <w:jc w:val="center"/>
        </w:trPr>
        <w:tc>
          <w:tcPr>
            <w:tcW w:w="5141" w:type="dxa"/>
            <w:shd w:val="clear" w:color="auto" w:fill="EAF3EF"/>
            <w:tcMar>
              <w:top w:w="80" w:type="dxa"/>
              <w:left w:w="90" w:type="dxa"/>
              <w:bottom w:w="80" w:type="dxa"/>
              <w:right w:w="90" w:type="dxa"/>
            </w:tcMar>
          </w:tcPr>
          <w:p w14:paraId="5BF59133" w14:textId="77777777" w:rsidR="00686453" w:rsidRPr="004E1E86" w:rsidRDefault="00D95FB4">
            <w:pPr>
              <w:rPr>
                <w:szCs w:val="24"/>
              </w:rPr>
            </w:pPr>
            <w:r w:rsidRPr="004E1E86">
              <w:rPr>
                <w:b/>
                <w:color w:val="015A41"/>
                <w:szCs w:val="24"/>
              </w:rPr>
              <w:t>Recovery / return-to-normal criteria</w:t>
            </w:r>
          </w:p>
        </w:tc>
        <w:tc>
          <w:tcPr>
            <w:tcW w:w="5807" w:type="dxa"/>
            <w:shd w:val="clear" w:color="auto" w:fill="FFFFFF"/>
            <w:tcMar>
              <w:top w:w="80" w:type="dxa"/>
              <w:left w:w="90" w:type="dxa"/>
              <w:bottom w:w="80" w:type="dxa"/>
              <w:right w:w="90" w:type="dxa"/>
            </w:tcMar>
          </w:tcPr>
          <w:p w14:paraId="76D02F69" w14:textId="77777777" w:rsidR="00686453" w:rsidRPr="004E1E86" w:rsidRDefault="00D95FB4">
            <w:pPr>
              <w:rPr>
                <w:szCs w:val="24"/>
              </w:rPr>
            </w:pPr>
            <w:r w:rsidRPr="004E1E86">
              <w:rPr>
                <w:i/>
                <w:color w:val="66706B"/>
                <w:szCs w:val="24"/>
              </w:rPr>
              <w:t>&lt;Insert&gt;</w:t>
            </w:r>
          </w:p>
        </w:tc>
      </w:tr>
      <w:tr w:rsidR="00686453" w:rsidRPr="004E1E86" w14:paraId="3267F65E" w14:textId="77777777" w:rsidTr="004E1E86">
        <w:trPr>
          <w:cantSplit/>
          <w:jc w:val="center"/>
        </w:trPr>
        <w:tc>
          <w:tcPr>
            <w:tcW w:w="5141" w:type="dxa"/>
            <w:shd w:val="clear" w:color="auto" w:fill="F7FAF8"/>
            <w:tcMar>
              <w:top w:w="80" w:type="dxa"/>
              <w:left w:w="90" w:type="dxa"/>
              <w:bottom w:w="80" w:type="dxa"/>
              <w:right w:w="90" w:type="dxa"/>
            </w:tcMar>
          </w:tcPr>
          <w:p w14:paraId="434755C6" w14:textId="77777777" w:rsidR="00686453" w:rsidRPr="004E1E86" w:rsidRDefault="00D95FB4">
            <w:pPr>
              <w:rPr>
                <w:szCs w:val="24"/>
              </w:rPr>
            </w:pPr>
            <w:r w:rsidRPr="004E1E86">
              <w:rPr>
                <w:b/>
                <w:color w:val="015A41"/>
                <w:szCs w:val="24"/>
              </w:rPr>
              <w:t>Required documentation / AAR</w:t>
            </w:r>
          </w:p>
        </w:tc>
        <w:tc>
          <w:tcPr>
            <w:tcW w:w="5807" w:type="dxa"/>
            <w:shd w:val="clear" w:color="auto" w:fill="FFFFFF"/>
            <w:tcMar>
              <w:top w:w="80" w:type="dxa"/>
              <w:left w:w="90" w:type="dxa"/>
              <w:bottom w:w="80" w:type="dxa"/>
              <w:right w:w="90" w:type="dxa"/>
            </w:tcMar>
          </w:tcPr>
          <w:p w14:paraId="22B26F63" w14:textId="77777777" w:rsidR="00686453" w:rsidRPr="004E1E86" w:rsidRDefault="00D95FB4">
            <w:pPr>
              <w:rPr>
                <w:szCs w:val="24"/>
              </w:rPr>
            </w:pPr>
            <w:r w:rsidRPr="004E1E86">
              <w:rPr>
                <w:i/>
                <w:color w:val="66706B"/>
                <w:szCs w:val="24"/>
              </w:rPr>
              <w:t>&lt;Insert&gt;</w:t>
            </w:r>
          </w:p>
        </w:tc>
      </w:tr>
    </w:tbl>
    <w:p w14:paraId="59633FFA" w14:textId="77777777" w:rsidR="00686453" w:rsidRDefault="00686453">
      <w:pPr>
        <w:spacing w:after="0"/>
      </w:pPr>
    </w:p>
    <w:p w14:paraId="4F9A2CC4" w14:textId="77777777" w:rsidR="00686453" w:rsidRDefault="00D95FB4">
      <w:pPr>
        <w:pStyle w:val="Heading2"/>
        <w:spacing w:before="120" w:after="80"/>
      </w:pPr>
      <w:r>
        <w:rPr>
          <w:rFonts w:ascii="Arial" w:eastAsia="Arial" w:hAnsi="Arial"/>
        </w:rPr>
        <w:t>Hazard-Specific Procedures / Notes</w:t>
      </w:r>
    </w:p>
    <w:p w14:paraId="68B437F6" w14:textId="77777777" w:rsidR="00686453" w:rsidRDefault="00D95FB4">
      <w:pPr>
        <w:spacing w:after="120"/>
      </w:pPr>
      <w:r>
        <w:rPr>
          <w:color w:val="C8CECB"/>
          <w:sz w:val="16"/>
        </w:rPr>
        <w:t>________________________________________________________________________________</w:t>
      </w:r>
    </w:p>
    <w:p w14:paraId="64D3D39F" w14:textId="77777777" w:rsidR="00686453" w:rsidRDefault="00D95FB4">
      <w:pPr>
        <w:spacing w:after="120"/>
      </w:pPr>
      <w:r>
        <w:rPr>
          <w:color w:val="C8CECB"/>
          <w:sz w:val="16"/>
        </w:rPr>
        <w:t>________________________________________________________________________________</w:t>
      </w:r>
    </w:p>
    <w:p w14:paraId="2D6A733F" w14:textId="77777777" w:rsidR="00686453" w:rsidRDefault="00D95FB4">
      <w:pPr>
        <w:spacing w:after="120"/>
      </w:pPr>
      <w:r>
        <w:rPr>
          <w:color w:val="C8CECB"/>
          <w:sz w:val="16"/>
        </w:rPr>
        <w:t>________________________________________________________________________________</w:t>
      </w:r>
    </w:p>
    <w:p w14:paraId="67D414B9" w14:textId="77777777" w:rsidR="00686453" w:rsidRDefault="00D95FB4">
      <w:pPr>
        <w:spacing w:after="120"/>
      </w:pPr>
      <w:r>
        <w:rPr>
          <w:color w:val="C8CECB"/>
          <w:sz w:val="16"/>
        </w:rPr>
        <w:t>________________________________________________________________________________</w:t>
      </w:r>
    </w:p>
    <w:p w14:paraId="4E2BD912" w14:textId="77777777" w:rsidR="00686453" w:rsidRDefault="00D95FB4">
      <w:pPr>
        <w:spacing w:after="120"/>
      </w:pPr>
      <w:r>
        <w:rPr>
          <w:color w:val="C8CECB"/>
          <w:sz w:val="16"/>
        </w:rPr>
        <w:t>________________________________________________________________________________</w:t>
      </w:r>
    </w:p>
    <w:p w14:paraId="0333558B" w14:textId="77777777" w:rsidR="00686453" w:rsidRDefault="00D95FB4">
      <w:r>
        <w:br w:type="page"/>
      </w:r>
    </w:p>
    <w:p w14:paraId="63656C57" w14:textId="77777777" w:rsidR="00686453" w:rsidRDefault="00D95FB4">
      <w:pPr>
        <w:pStyle w:val="Heading1"/>
        <w:pBdr>
          <w:bottom w:val="single" w:sz="14" w:space="5" w:color="E63B07"/>
        </w:pBdr>
        <w:spacing w:before="140" w:after="140"/>
      </w:pPr>
      <w:r>
        <w:rPr>
          <w:rFonts w:ascii="Arial" w:eastAsia="Arial" w:hAnsi="Arial"/>
        </w:rPr>
        <w:lastRenderedPageBreak/>
        <w:t>APPENDIX J - SUPPLY CHAIN / PHARMACY / OXYGEN DISRUPTION</w:t>
      </w:r>
    </w:p>
    <w:tbl>
      <w:tblPr>
        <w:tblW w:w="0" w:type="auto"/>
        <w:jc w:val="center"/>
        <w:tblBorders>
          <w:top w:val="single" w:sz="5" w:space="0" w:color="E9AE99"/>
          <w:left w:val="single" w:sz="5" w:space="0" w:color="E9AE99"/>
          <w:bottom w:val="single" w:sz="5" w:space="0" w:color="E9AE99"/>
          <w:right w:val="single" w:sz="5" w:space="0" w:color="E9AE99"/>
          <w:insideH w:val="single" w:sz="5" w:space="0" w:color="E9AE99"/>
          <w:insideV w:val="single" w:sz="5" w:space="0" w:color="E9AE99"/>
        </w:tblBorders>
        <w:tblLook w:val="04A0" w:firstRow="1" w:lastRow="0" w:firstColumn="1" w:lastColumn="0" w:noHBand="0" w:noVBand="1"/>
      </w:tblPr>
      <w:tblGrid>
        <w:gridCol w:w="10282"/>
      </w:tblGrid>
      <w:tr w:rsidR="00686453" w14:paraId="501B8176" w14:textId="77777777">
        <w:trPr>
          <w:jc w:val="center"/>
        </w:trPr>
        <w:tc>
          <w:tcPr>
            <w:tcW w:w="10282" w:type="dxa"/>
            <w:shd w:val="clear" w:color="auto" w:fill="FCEFE9"/>
            <w:tcMar>
              <w:top w:w="100" w:type="dxa"/>
              <w:left w:w="130" w:type="dxa"/>
              <w:bottom w:w="100" w:type="dxa"/>
              <w:right w:w="130" w:type="dxa"/>
            </w:tcMar>
          </w:tcPr>
          <w:p w14:paraId="44FA4450" w14:textId="77777777" w:rsidR="00686453" w:rsidRPr="004E1E86" w:rsidRDefault="00D95FB4">
            <w:pPr>
              <w:spacing w:after="0"/>
              <w:rPr>
                <w:sz w:val="20"/>
                <w:szCs w:val="20"/>
              </w:rPr>
            </w:pPr>
            <w:r w:rsidRPr="004E1E86">
              <w:rPr>
                <w:b/>
                <w:color w:val="E63B07"/>
                <w:sz w:val="20"/>
                <w:szCs w:val="20"/>
              </w:rPr>
              <w:t xml:space="preserve">REGULATORY </w:t>
            </w:r>
            <w:proofErr w:type="gramStart"/>
            <w:r w:rsidRPr="004E1E86">
              <w:rPr>
                <w:b/>
                <w:color w:val="E63B07"/>
                <w:sz w:val="20"/>
                <w:szCs w:val="20"/>
              </w:rPr>
              <w:t xml:space="preserve">CONNECTION  </w:t>
            </w:r>
            <w:r w:rsidRPr="004E1E86">
              <w:rPr>
                <w:sz w:val="20"/>
                <w:szCs w:val="20"/>
              </w:rPr>
              <w:t>CMS</w:t>
            </w:r>
            <w:proofErr w:type="gramEnd"/>
            <w:r w:rsidRPr="004E1E86">
              <w:rPr>
                <w:sz w:val="20"/>
                <w:szCs w:val="20"/>
              </w:rPr>
              <w:t xml:space="preserve"> requires planning for food, water, medical/pharmaceutical supplies; </w:t>
            </w:r>
            <w:proofErr w:type="gramStart"/>
            <w:r w:rsidRPr="004E1E86">
              <w:rPr>
                <w:sz w:val="20"/>
                <w:szCs w:val="20"/>
              </w:rPr>
              <w:t>facility HVA</w:t>
            </w:r>
            <w:proofErr w:type="gramEnd"/>
            <w:r w:rsidRPr="004E1E86">
              <w:rPr>
                <w:sz w:val="20"/>
                <w:szCs w:val="20"/>
              </w:rPr>
              <w:t xml:space="preserve"> should address supply-chain disruptions and alternate sources.</w:t>
            </w:r>
          </w:p>
        </w:tc>
      </w:tr>
    </w:tbl>
    <w:p w14:paraId="4A4261E2" w14:textId="77777777" w:rsidR="00686453" w:rsidRDefault="00686453">
      <w:pPr>
        <w:spacing w:after="0"/>
      </w:pPr>
    </w:p>
    <w:tbl>
      <w:tblPr>
        <w:tblW w:w="10948"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5141"/>
        <w:gridCol w:w="5807"/>
      </w:tblGrid>
      <w:tr w:rsidR="00686453" w:rsidRPr="004E1E86" w14:paraId="50E9A5F1" w14:textId="77777777" w:rsidTr="004E1E86">
        <w:trPr>
          <w:tblHeader/>
          <w:jc w:val="center"/>
        </w:trPr>
        <w:tc>
          <w:tcPr>
            <w:tcW w:w="5141" w:type="dxa"/>
            <w:shd w:val="clear" w:color="auto" w:fill="015A41"/>
            <w:tcMar>
              <w:top w:w="80" w:type="dxa"/>
              <w:left w:w="90" w:type="dxa"/>
              <w:bottom w:w="80" w:type="dxa"/>
              <w:right w:w="90" w:type="dxa"/>
            </w:tcMar>
          </w:tcPr>
          <w:p w14:paraId="6FB20905" w14:textId="77777777" w:rsidR="00686453" w:rsidRPr="004E1E86" w:rsidRDefault="00D95FB4">
            <w:pPr>
              <w:rPr>
                <w:szCs w:val="24"/>
              </w:rPr>
            </w:pPr>
            <w:r w:rsidRPr="004E1E86">
              <w:rPr>
                <w:b/>
                <w:color w:val="FFFFFF"/>
                <w:szCs w:val="24"/>
              </w:rPr>
              <w:t>Field</w:t>
            </w:r>
          </w:p>
        </w:tc>
        <w:tc>
          <w:tcPr>
            <w:tcW w:w="5807" w:type="dxa"/>
            <w:shd w:val="clear" w:color="auto" w:fill="015A41"/>
            <w:tcMar>
              <w:top w:w="80" w:type="dxa"/>
              <w:left w:w="90" w:type="dxa"/>
              <w:bottom w:w="80" w:type="dxa"/>
              <w:right w:w="90" w:type="dxa"/>
            </w:tcMar>
          </w:tcPr>
          <w:p w14:paraId="1C10F091" w14:textId="77777777" w:rsidR="00686453" w:rsidRPr="004E1E86" w:rsidRDefault="00D95FB4">
            <w:pPr>
              <w:rPr>
                <w:szCs w:val="24"/>
              </w:rPr>
            </w:pPr>
            <w:r w:rsidRPr="004E1E86">
              <w:rPr>
                <w:b/>
                <w:color w:val="FFFFFF"/>
                <w:szCs w:val="24"/>
              </w:rPr>
              <w:t>Facility Entry</w:t>
            </w:r>
          </w:p>
        </w:tc>
      </w:tr>
      <w:tr w:rsidR="00686453" w:rsidRPr="004E1E86" w14:paraId="73715F72" w14:textId="77777777" w:rsidTr="004E1E86">
        <w:trPr>
          <w:cantSplit/>
          <w:jc w:val="center"/>
        </w:trPr>
        <w:tc>
          <w:tcPr>
            <w:tcW w:w="5141" w:type="dxa"/>
            <w:shd w:val="clear" w:color="auto" w:fill="EAF3EF"/>
            <w:tcMar>
              <w:top w:w="80" w:type="dxa"/>
              <w:left w:w="90" w:type="dxa"/>
              <w:bottom w:w="80" w:type="dxa"/>
              <w:right w:w="90" w:type="dxa"/>
            </w:tcMar>
          </w:tcPr>
          <w:p w14:paraId="2E900264" w14:textId="77777777" w:rsidR="00686453" w:rsidRPr="004E1E86" w:rsidRDefault="00D95FB4">
            <w:pPr>
              <w:rPr>
                <w:szCs w:val="24"/>
              </w:rPr>
            </w:pPr>
            <w:r w:rsidRPr="004E1E86">
              <w:rPr>
                <w:b/>
                <w:color w:val="015A41"/>
                <w:szCs w:val="24"/>
              </w:rPr>
              <w:t>Risk / HVA rating</w:t>
            </w:r>
          </w:p>
        </w:tc>
        <w:tc>
          <w:tcPr>
            <w:tcW w:w="5807" w:type="dxa"/>
            <w:shd w:val="clear" w:color="auto" w:fill="FFFFFF"/>
            <w:tcMar>
              <w:top w:w="80" w:type="dxa"/>
              <w:left w:w="90" w:type="dxa"/>
              <w:bottom w:w="80" w:type="dxa"/>
              <w:right w:w="90" w:type="dxa"/>
            </w:tcMar>
          </w:tcPr>
          <w:p w14:paraId="65B8891F" w14:textId="77777777" w:rsidR="00686453" w:rsidRPr="004E1E86" w:rsidRDefault="00D95FB4">
            <w:pPr>
              <w:rPr>
                <w:szCs w:val="24"/>
              </w:rPr>
            </w:pPr>
            <w:r w:rsidRPr="004E1E86">
              <w:rPr>
                <w:i/>
                <w:color w:val="66706B"/>
                <w:szCs w:val="24"/>
              </w:rPr>
              <w:t>&lt;Insert&gt;</w:t>
            </w:r>
          </w:p>
        </w:tc>
      </w:tr>
      <w:tr w:rsidR="00686453" w:rsidRPr="004E1E86" w14:paraId="21D719FE" w14:textId="77777777" w:rsidTr="004E1E86">
        <w:trPr>
          <w:cantSplit/>
          <w:jc w:val="center"/>
        </w:trPr>
        <w:tc>
          <w:tcPr>
            <w:tcW w:w="5141" w:type="dxa"/>
            <w:shd w:val="clear" w:color="auto" w:fill="F7FAF8"/>
            <w:tcMar>
              <w:top w:w="80" w:type="dxa"/>
              <w:left w:w="90" w:type="dxa"/>
              <w:bottom w:w="80" w:type="dxa"/>
              <w:right w:w="90" w:type="dxa"/>
            </w:tcMar>
          </w:tcPr>
          <w:p w14:paraId="5F679BE9" w14:textId="77777777" w:rsidR="00686453" w:rsidRPr="004E1E86" w:rsidRDefault="00D95FB4">
            <w:pPr>
              <w:rPr>
                <w:szCs w:val="24"/>
              </w:rPr>
            </w:pPr>
            <w:r w:rsidRPr="004E1E86">
              <w:rPr>
                <w:b/>
                <w:color w:val="015A41"/>
                <w:szCs w:val="24"/>
              </w:rPr>
              <w:t>Primary activation triggers</w:t>
            </w:r>
          </w:p>
        </w:tc>
        <w:tc>
          <w:tcPr>
            <w:tcW w:w="5807" w:type="dxa"/>
            <w:shd w:val="clear" w:color="auto" w:fill="FFFFFF"/>
            <w:tcMar>
              <w:top w:w="80" w:type="dxa"/>
              <w:left w:w="90" w:type="dxa"/>
              <w:bottom w:w="80" w:type="dxa"/>
              <w:right w:w="90" w:type="dxa"/>
            </w:tcMar>
          </w:tcPr>
          <w:p w14:paraId="24D53175" w14:textId="77777777" w:rsidR="00686453" w:rsidRPr="004E1E86" w:rsidRDefault="00D95FB4">
            <w:pPr>
              <w:rPr>
                <w:szCs w:val="24"/>
              </w:rPr>
            </w:pPr>
            <w:r w:rsidRPr="004E1E86">
              <w:rPr>
                <w:i/>
                <w:color w:val="66706B"/>
                <w:szCs w:val="24"/>
              </w:rPr>
              <w:t>&lt;Insert&gt;</w:t>
            </w:r>
          </w:p>
        </w:tc>
      </w:tr>
      <w:tr w:rsidR="00686453" w:rsidRPr="004E1E86" w14:paraId="15F09E89" w14:textId="77777777" w:rsidTr="004E1E86">
        <w:trPr>
          <w:cantSplit/>
          <w:jc w:val="center"/>
        </w:trPr>
        <w:tc>
          <w:tcPr>
            <w:tcW w:w="5141" w:type="dxa"/>
            <w:shd w:val="clear" w:color="auto" w:fill="EAF3EF"/>
            <w:tcMar>
              <w:top w:w="80" w:type="dxa"/>
              <w:left w:w="90" w:type="dxa"/>
              <w:bottom w:w="80" w:type="dxa"/>
              <w:right w:w="90" w:type="dxa"/>
            </w:tcMar>
          </w:tcPr>
          <w:p w14:paraId="540CD97F" w14:textId="77777777" w:rsidR="00686453" w:rsidRPr="004E1E86" w:rsidRDefault="00D95FB4">
            <w:pPr>
              <w:rPr>
                <w:szCs w:val="24"/>
              </w:rPr>
            </w:pPr>
            <w:r w:rsidRPr="004E1E86">
              <w:rPr>
                <w:b/>
                <w:color w:val="015A41"/>
                <w:szCs w:val="24"/>
              </w:rPr>
              <w:t>Decision authority</w:t>
            </w:r>
          </w:p>
        </w:tc>
        <w:tc>
          <w:tcPr>
            <w:tcW w:w="5807" w:type="dxa"/>
            <w:shd w:val="clear" w:color="auto" w:fill="FFFFFF"/>
            <w:tcMar>
              <w:top w:w="80" w:type="dxa"/>
              <w:left w:w="90" w:type="dxa"/>
              <w:bottom w:w="80" w:type="dxa"/>
              <w:right w:w="90" w:type="dxa"/>
            </w:tcMar>
          </w:tcPr>
          <w:p w14:paraId="0C00CE22" w14:textId="77777777" w:rsidR="00686453" w:rsidRPr="004E1E86" w:rsidRDefault="00D95FB4">
            <w:pPr>
              <w:rPr>
                <w:szCs w:val="24"/>
              </w:rPr>
            </w:pPr>
            <w:r w:rsidRPr="004E1E86">
              <w:rPr>
                <w:i/>
                <w:color w:val="66706B"/>
                <w:szCs w:val="24"/>
              </w:rPr>
              <w:t>&lt;Insert&gt;</w:t>
            </w:r>
          </w:p>
        </w:tc>
      </w:tr>
      <w:tr w:rsidR="00686453" w:rsidRPr="004E1E86" w14:paraId="02EC3BD3" w14:textId="77777777" w:rsidTr="004E1E86">
        <w:trPr>
          <w:cantSplit/>
          <w:jc w:val="center"/>
        </w:trPr>
        <w:tc>
          <w:tcPr>
            <w:tcW w:w="5141" w:type="dxa"/>
            <w:shd w:val="clear" w:color="auto" w:fill="F7FAF8"/>
            <w:tcMar>
              <w:top w:w="80" w:type="dxa"/>
              <w:left w:w="90" w:type="dxa"/>
              <w:bottom w:w="80" w:type="dxa"/>
              <w:right w:w="90" w:type="dxa"/>
            </w:tcMar>
          </w:tcPr>
          <w:p w14:paraId="4AFE9961" w14:textId="77777777" w:rsidR="00686453" w:rsidRPr="004E1E86" w:rsidRDefault="00D95FB4">
            <w:pPr>
              <w:rPr>
                <w:szCs w:val="24"/>
              </w:rPr>
            </w:pPr>
            <w:r w:rsidRPr="004E1E86">
              <w:rPr>
                <w:b/>
                <w:color w:val="015A41"/>
                <w:szCs w:val="24"/>
              </w:rPr>
              <w:t>Immediate life-safety actions</w:t>
            </w:r>
          </w:p>
        </w:tc>
        <w:tc>
          <w:tcPr>
            <w:tcW w:w="5807" w:type="dxa"/>
            <w:shd w:val="clear" w:color="auto" w:fill="FFFFFF"/>
            <w:tcMar>
              <w:top w:w="80" w:type="dxa"/>
              <w:left w:w="90" w:type="dxa"/>
              <w:bottom w:w="80" w:type="dxa"/>
              <w:right w:w="90" w:type="dxa"/>
            </w:tcMar>
          </w:tcPr>
          <w:p w14:paraId="244EED24" w14:textId="77777777" w:rsidR="00686453" w:rsidRPr="004E1E86" w:rsidRDefault="00D95FB4">
            <w:pPr>
              <w:rPr>
                <w:szCs w:val="24"/>
              </w:rPr>
            </w:pPr>
            <w:r w:rsidRPr="004E1E86">
              <w:rPr>
                <w:i/>
                <w:color w:val="66706B"/>
                <w:szCs w:val="24"/>
              </w:rPr>
              <w:t>&lt;Insert&gt;</w:t>
            </w:r>
          </w:p>
        </w:tc>
      </w:tr>
      <w:tr w:rsidR="00686453" w:rsidRPr="004E1E86" w14:paraId="2F622628" w14:textId="77777777" w:rsidTr="004E1E86">
        <w:trPr>
          <w:cantSplit/>
          <w:jc w:val="center"/>
        </w:trPr>
        <w:tc>
          <w:tcPr>
            <w:tcW w:w="5141" w:type="dxa"/>
            <w:shd w:val="clear" w:color="auto" w:fill="EAF3EF"/>
            <w:tcMar>
              <w:top w:w="80" w:type="dxa"/>
              <w:left w:w="90" w:type="dxa"/>
              <w:bottom w:w="80" w:type="dxa"/>
              <w:right w:w="90" w:type="dxa"/>
            </w:tcMar>
          </w:tcPr>
          <w:p w14:paraId="3BBFB48A" w14:textId="77777777" w:rsidR="00686453" w:rsidRPr="004E1E86" w:rsidRDefault="00D95FB4">
            <w:pPr>
              <w:rPr>
                <w:szCs w:val="24"/>
              </w:rPr>
            </w:pPr>
            <w:r w:rsidRPr="004E1E86">
              <w:rPr>
                <w:b/>
                <w:color w:val="015A41"/>
                <w:szCs w:val="24"/>
              </w:rPr>
              <w:t>Resident care / treatment priorities</w:t>
            </w:r>
          </w:p>
        </w:tc>
        <w:tc>
          <w:tcPr>
            <w:tcW w:w="5807" w:type="dxa"/>
            <w:shd w:val="clear" w:color="auto" w:fill="FFFFFF"/>
            <w:tcMar>
              <w:top w:w="80" w:type="dxa"/>
              <w:left w:w="90" w:type="dxa"/>
              <w:bottom w:w="80" w:type="dxa"/>
              <w:right w:w="90" w:type="dxa"/>
            </w:tcMar>
          </w:tcPr>
          <w:p w14:paraId="447DF664" w14:textId="77777777" w:rsidR="00686453" w:rsidRPr="004E1E86" w:rsidRDefault="00D95FB4">
            <w:pPr>
              <w:rPr>
                <w:szCs w:val="24"/>
              </w:rPr>
            </w:pPr>
            <w:r w:rsidRPr="004E1E86">
              <w:rPr>
                <w:i/>
                <w:color w:val="66706B"/>
                <w:szCs w:val="24"/>
              </w:rPr>
              <w:t>&lt;Insert&gt;</w:t>
            </w:r>
          </w:p>
        </w:tc>
      </w:tr>
      <w:tr w:rsidR="00686453" w:rsidRPr="004E1E86" w14:paraId="168C4287" w14:textId="77777777" w:rsidTr="004E1E86">
        <w:trPr>
          <w:cantSplit/>
          <w:jc w:val="center"/>
        </w:trPr>
        <w:tc>
          <w:tcPr>
            <w:tcW w:w="5141" w:type="dxa"/>
            <w:shd w:val="clear" w:color="auto" w:fill="F7FAF8"/>
            <w:tcMar>
              <w:top w:w="80" w:type="dxa"/>
              <w:left w:w="90" w:type="dxa"/>
              <w:bottom w:w="80" w:type="dxa"/>
              <w:right w:w="90" w:type="dxa"/>
            </w:tcMar>
          </w:tcPr>
          <w:p w14:paraId="635E9F7A" w14:textId="77777777" w:rsidR="00686453" w:rsidRPr="004E1E86" w:rsidRDefault="00D95FB4">
            <w:pPr>
              <w:rPr>
                <w:szCs w:val="24"/>
              </w:rPr>
            </w:pPr>
            <w:r w:rsidRPr="004E1E86">
              <w:rPr>
                <w:b/>
                <w:color w:val="015A41"/>
                <w:szCs w:val="24"/>
              </w:rPr>
              <w:t>Staffing actions</w:t>
            </w:r>
          </w:p>
        </w:tc>
        <w:tc>
          <w:tcPr>
            <w:tcW w:w="5807" w:type="dxa"/>
            <w:shd w:val="clear" w:color="auto" w:fill="FFFFFF"/>
            <w:tcMar>
              <w:top w:w="80" w:type="dxa"/>
              <w:left w:w="90" w:type="dxa"/>
              <w:bottom w:w="80" w:type="dxa"/>
              <w:right w:w="90" w:type="dxa"/>
            </w:tcMar>
          </w:tcPr>
          <w:p w14:paraId="4018E815" w14:textId="77777777" w:rsidR="00686453" w:rsidRPr="004E1E86" w:rsidRDefault="00D95FB4">
            <w:pPr>
              <w:rPr>
                <w:szCs w:val="24"/>
              </w:rPr>
            </w:pPr>
            <w:r w:rsidRPr="004E1E86">
              <w:rPr>
                <w:i/>
                <w:color w:val="66706B"/>
                <w:szCs w:val="24"/>
              </w:rPr>
              <w:t>&lt;Insert&gt;</w:t>
            </w:r>
          </w:p>
        </w:tc>
      </w:tr>
      <w:tr w:rsidR="00686453" w:rsidRPr="004E1E86" w14:paraId="0CFBB391" w14:textId="77777777" w:rsidTr="004E1E86">
        <w:trPr>
          <w:cantSplit/>
          <w:jc w:val="center"/>
        </w:trPr>
        <w:tc>
          <w:tcPr>
            <w:tcW w:w="5141" w:type="dxa"/>
            <w:shd w:val="clear" w:color="auto" w:fill="EAF3EF"/>
            <w:tcMar>
              <w:top w:w="80" w:type="dxa"/>
              <w:left w:w="90" w:type="dxa"/>
              <w:bottom w:w="80" w:type="dxa"/>
              <w:right w:w="90" w:type="dxa"/>
            </w:tcMar>
          </w:tcPr>
          <w:p w14:paraId="1DE0E0CE" w14:textId="77777777" w:rsidR="00686453" w:rsidRPr="004E1E86" w:rsidRDefault="00D95FB4">
            <w:pPr>
              <w:rPr>
                <w:szCs w:val="24"/>
              </w:rPr>
            </w:pPr>
            <w:r w:rsidRPr="004E1E86">
              <w:rPr>
                <w:b/>
                <w:color w:val="015A41"/>
                <w:szCs w:val="24"/>
              </w:rPr>
              <w:t>Utility / resource considerations</w:t>
            </w:r>
          </w:p>
        </w:tc>
        <w:tc>
          <w:tcPr>
            <w:tcW w:w="5807" w:type="dxa"/>
            <w:shd w:val="clear" w:color="auto" w:fill="FFFFFF"/>
            <w:tcMar>
              <w:top w:w="80" w:type="dxa"/>
              <w:left w:w="90" w:type="dxa"/>
              <w:bottom w:w="80" w:type="dxa"/>
              <w:right w:w="90" w:type="dxa"/>
            </w:tcMar>
          </w:tcPr>
          <w:p w14:paraId="571CF54F" w14:textId="77777777" w:rsidR="00686453" w:rsidRPr="004E1E86" w:rsidRDefault="00D95FB4">
            <w:pPr>
              <w:rPr>
                <w:szCs w:val="24"/>
              </w:rPr>
            </w:pPr>
            <w:r w:rsidRPr="004E1E86">
              <w:rPr>
                <w:i/>
                <w:color w:val="66706B"/>
                <w:szCs w:val="24"/>
              </w:rPr>
              <w:t>&lt;Insert&gt;</w:t>
            </w:r>
          </w:p>
        </w:tc>
      </w:tr>
      <w:tr w:rsidR="00686453" w:rsidRPr="004E1E86" w14:paraId="5F95F8C5" w14:textId="77777777" w:rsidTr="004E1E86">
        <w:trPr>
          <w:cantSplit/>
          <w:jc w:val="center"/>
        </w:trPr>
        <w:tc>
          <w:tcPr>
            <w:tcW w:w="5141" w:type="dxa"/>
            <w:shd w:val="clear" w:color="auto" w:fill="F7FAF8"/>
            <w:tcMar>
              <w:top w:w="80" w:type="dxa"/>
              <w:left w:w="90" w:type="dxa"/>
              <w:bottom w:w="80" w:type="dxa"/>
              <w:right w:w="90" w:type="dxa"/>
            </w:tcMar>
          </w:tcPr>
          <w:p w14:paraId="2F246950" w14:textId="77777777" w:rsidR="00686453" w:rsidRPr="004E1E86" w:rsidRDefault="00D95FB4">
            <w:pPr>
              <w:rPr>
                <w:szCs w:val="24"/>
              </w:rPr>
            </w:pPr>
            <w:r w:rsidRPr="004E1E86">
              <w:rPr>
                <w:b/>
                <w:color w:val="015A41"/>
                <w:szCs w:val="24"/>
              </w:rPr>
              <w:t>Communication / reporting</w:t>
            </w:r>
          </w:p>
        </w:tc>
        <w:tc>
          <w:tcPr>
            <w:tcW w:w="5807" w:type="dxa"/>
            <w:shd w:val="clear" w:color="auto" w:fill="FFFFFF"/>
            <w:tcMar>
              <w:top w:w="80" w:type="dxa"/>
              <w:left w:w="90" w:type="dxa"/>
              <w:bottom w:w="80" w:type="dxa"/>
              <w:right w:w="90" w:type="dxa"/>
            </w:tcMar>
          </w:tcPr>
          <w:p w14:paraId="22E8FF47" w14:textId="77777777" w:rsidR="00686453" w:rsidRPr="004E1E86" w:rsidRDefault="00D95FB4">
            <w:pPr>
              <w:rPr>
                <w:szCs w:val="24"/>
              </w:rPr>
            </w:pPr>
            <w:r w:rsidRPr="004E1E86">
              <w:rPr>
                <w:i/>
                <w:color w:val="66706B"/>
                <w:szCs w:val="24"/>
              </w:rPr>
              <w:t>&lt;Insert&gt;</w:t>
            </w:r>
          </w:p>
        </w:tc>
      </w:tr>
      <w:tr w:rsidR="00686453" w:rsidRPr="004E1E86" w14:paraId="2089C2E5" w14:textId="77777777" w:rsidTr="004E1E86">
        <w:trPr>
          <w:cantSplit/>
          <w:jc w:val="center"/>
        </w:trPr>
        <w:tc>
          <w:tcPr>
            <w:tcW w:w="5141" w:type="dxa"/>
            <w:shd w:val="clear" w:color="auto" w:fill="EAF3EF"/>
            <w:tcMar>
              <w:top w:w="80" w:type="dxa"/>
              <w:left w:w="90" w:type="dxa"/>
              <w:bottom w:w="80" w:type="dxa"/>
              <w:right w:w="90" w:type="dxa"/>
            </w:tcMar>
          </w:tcPr>
          <w:p w14:paraId="17757D54" w14:textId="77777777" w:rsidR="00686453" w:rsidRPr="004E1E86" w:rsidRDefault="00D95FB4">
            <w:pPr>
              <w:rPr>
                <w:szCs w:val="24"/>
              </w:rPr>
            </w:pPr>
            <w:r w:rsidRPr="004E1E86">
              <w:rPr>
                <w:b/>
                <w:color w:val="015A41"/>
                <w:szCs w:val="24"/>
              </w:rPr>
              <w:t>Evacuation / shelter implications</w:t>
            </w:r>
          </w:p>
        </w:tc>
        <w:tc>
          <w:tcPr>
            <w:tcW w:w="5807" w:type="dxa"/>
            <w:shd w:val="clear" w:color="auto" w:fill="FFFFFF"/>
            <w:tcMar>
              <w:top w:w="80" w:type="dxa"/>
              <w:left w:w="90" w:type="dxa"/>
              <w:bottom w:w="80" w:type="dxa"/>
              <w:right w:w="90" w:type="dxa"/>
            </w:tcMar>
          </w:tcPr>
          <w:p w14:paraId="1155B83D" w14:textId="77777777" w:rsidR="00686453" w:rsidRPr="004E1E86" w:rsidRDefault="00D95FB4">
            <w:pPr>
              <w:rPr>
                <w:szCs w:val="24"/>
              </w:rPr>
            </w:pPr>
            <w:r w:rsidRPr="004E1E86">
              <w:rPr>
                <w:i/>
                <w:color w:val="66706B"/>
                <w:szCs w:val="24"/>
              </w:rPr>
              <w:t>&lt;Insert&gt;</w:t>
            </w:r>
          </w:p>
        </w:tc>
      </w:tr>
      <w:tr w:rsidR="00686453" w:rsidRPr="004E1E86" w14:paraId="410A85E5" w14:textId="77777777" w:rsidTr="004E1E86">
        <w:trPr>
          <w:cantSplit/>
          <w:jc w:val="center"/>
        </w:trPr>
        <w:tc>
          <w:tcPr>
            <w:tcW w:w="5141" w:type="dxa"/>
            <w:shd w:val="clear" w:color="auto" w:fill="F7FAF8"/>
            <w:tcMar>
              <w:top w:w="80" w:type="dxa"/>
              <w:left w:w="90" w:type="dxa"/>
              <w:bottom w:w="80" w:type="dxa"/>
              <w:right w:w="90" w:type="dxa"/>
            </w:tcMar>
          </w:tcPr>
          <w:p w14:paraId="600690A6" w14:textId="77777777" w:rsidR="00686453" w:rsidRPr="004E1E86" w:rsidRDefault="00D95FB4">
            <w:pPr>
              <w:rPr>
                <w:szCs w:val="24"/>
              </w:rPr>
            </w:pPr>
            <w:r w:rsidRPr="004E1E86">
              <w:rPr>
                <w:b/>
                <w:color w:val="015A41"/>
                <w:szCs w:val="24"/>
              </w:rPr>
              <w:t>External partners</w:t>
            </w:r>
          </w:p>
        </w:tc>
        <w:tc>
          <w:tcPr>
            <w:tcW w:w="5807" w:type="dxa"/>
            <w:shd w:val="clear" w:color="auto" w:fill="FFFFFF"/>
            <w:tcMar>
              <w:top w:w="80" w:type="dxa"/>
              <w:left w:w="90" w:type="dxa"/>
              <w:bottom w:w="80" w:type="dxa"/>
              <w:right w:w="90" w:type="dxa"/>
            </w:tcMar>
          </w:tcPr>
          <w:p w14:paraId="76E818C0" w14:textId="77777777" w:rsidR="00686453" w:rsidRPr="004E1E86" w:rsidRDefault="00D95FB4">
            <w:pPr>
              <w:rPr>
                <w:szCs w:val="24"/>
              </w:rPr>
            </w:pPr>
            <w:r w:rsidRPr="004E1E86">
              <w:rPr>
                <w:i/>
                <w:color w:val="66706B"/>
                <w:szCs w:val="24"/>
              </w:rPr>
              <w:t>&lt;Insert&gt;</w:t>
            </w:r>
          </w:p>
        </w:tc>
      </w:tr>
      <w:tr w:rsidR="00686453" w:rsidRPr="004E1E86" w14:paraId="59C3F0C0" w14:textId="77777777" w:rsidTr="004E1E86">
        <w:trPr>
          <w:cantSplit/>
          <w:jc w:val="center"/>
        </w:trPr>
        <w:tc>
          <w:tcPr>
            <w:tcW w:w="5141" w:type="dxa"/>
            <w:shd w:val="clear" w:color="auto" w:fill="EAF3EF"/>
            <w:tcMar>
              <w:top w:w="80" w:type="dxa"/>
              <w:left w:w="90" w:type="dxa"/>
              <w:bottom w:w="80" w:type="dxa"/>
              <w:right w:w="90" w:type="dxa"/>
            </w:tcMar>
          </w:tcPr>
          <w:p w14:paraId="4BBF7DAE" w14:textId="77777777" w:rsidR="00686453" w:rsidRPr="004E1E86" w:rsidRDefault="00D95FB4">
            <w:pPr>
              <w:rPr>
                <w:szCs w:val="24"/>
              </w:rPr>
            </w:pPr>
            <w:r w:rsidRPr="004E1E86">
              <w:rPr>
                <w:b/>
                <w:color w:val="015A41"/>
                <w:szCs w:val="24"/>
              </w:rPr>
              <w:t>Recovery / return-to-normal criteria</w:t>
            </w:r>
          </w:p>
        </w:tc>
        <w:tc>
          <w:tcPr>
            <w:tcW w:w="5807" w:type="dxa"/>
            <w:shd w:val="clear" w:color="auto" w:fill="FFFFFF"/>
            <w:tcMar>
              <w:top w:w="80" w:type="dxa"/>
              <w:left w:w="90" w:type="dxa"/>
              <w:bottom w:w="80" w:type="dxa"/>
              <w:right w:w="90" w:type="dxa"/>
            </w:tcMar>
          </w:tcPr>
          <w:p w14:paraId="0C454DBD" w14:textId="77777777" w:rsidR="00686453" w:rsidRPr="004E1E86" w:rsidRDefault="00D95FB4">
            <w:pPr>
              <w:rPr>
                <w:szCs w:val="24"/>
              </w:rPr>
            </w:pPr>
            <w:r w:rsidRPr="004E1E86">
              <w:rPr>
                <w:i/>
                <w:color w:val="66706B"/>
                <w:szCs w:val="24"/>
              </w:rPr>
              <w:t>&lt;Insert&gt;</w:t>
            </w:r>
          </w:p>
        </w:tc>
      </w:tr>
      <w:tr w:rsidR="00686453" w:rsidRPr="004E1E86" w14:paraId="2AF1685B" w14:textId="77777777" w:rsidTr="004E1E86">
        <w:trPr>
          <w:cantSplit/>
          <w:jc w:val="center"/>
        </w:trPr>
        <w:tc>
          <w:tcPr>
            <w:tcW w:w="5141" w:type="dxa"/>
            <w:shd w:val="clear" w:color="auto" w:fill="F7FAF8"/>
            <w:tcMar>
              <w:top w:w="80" w:type="dxa"/>
              <w:left w:w="90" w:type="dxa"/>
              <w:bottom w:w="80" w:type="dxa"/>
              <w:right w:w="90" w:type="dxa"/>
            </w:tcMar>
          </w:tcPr>
          <w:p w14:paraId="4CF7CC37" w14:textId="77777777" w:rsidR="00686453" w:rsidRPr="004E1E86" w:rsidRDefault="00D95FB4">
            <w:pPr>
              <w:rPr>
                <w:szCs w:val="24"/>
              </w:rPr>
            </w:pPr>
            <w:r w:rsidRPr="004E1E86">
              <w:rPr>
                <w:b/>
                <w:color w:val="015A41"/>
                <w:szCs w:val="24"/>
              </w:rPr>
              <w:t>Required documentation / AAR</w:t>
            </w:r>
          </w:p>
        </w:tc>
        <w:tc>
          <w:tcPr>
            <w:tcW w:w="5807" w:type="dxa"/>
            <w:shd w:val="clear" w:color="auto" w:fill="FFFFFF"/>
            <w:tcMar>
              <w:top w:w="80" w:type="dxa"/>
              <w:left w:w="90" w:type="dxa"/>
              <w:bottom w:w="80" w:type="dxa"/>
              <w:right w:w="90" w:type="dxa"/>
            </w:tcMar>
          </w:tcPr>
          <w:p w14:paraId="59624B59" w14:textId="77777777" w:rsidR="00686453" w:rsidRPr="004E1E86" w:rsidRDefault="00D95FB4">
            <w:pPr>
              <w:rPr>
                <w:szCs w:val="24"/>
              </w:rPr>
            </w:pPr>
            <w:r w:rsidRPr="004E1E86">
              <w:rPr>
                <w:i/>
                <w:color w:val="66706B"/>
                <w:szCs w:val="24"/>
              </w:rPr>
              <w:t>&lt;Insert&gt;</w:t>
            </w:r>
          </w:p>
        </w:tc>
      </w:tr>
    </w:tbl>
    <w:p w14:paraId="0A3D286E" w14:textId="77777777" w:rsidR="00686453" w:rsidRDefault="00686453">
      <w:pPr>
        <w:spacing w:after="0"/>
      </w:pPr>
    </w:p>
    <w:p w14:paraId="6744AE5E" w14:textId="77777777" w:rsidR="00686453" w:rsidRDefault="00D95FB4">
      <w:pPr>
        <w:pStyle w:val="Heading2"/>
        <w:spacing w:before="120" w:after="80"/>
      </w:pPr>
      <w:r>
        <w:rPr>
          <w:rFonts w:ascii="Arial" w:eastAsia="Arial" w:hAnsi="Arial"/>
        </w:rPr>
        <w:t>Hazard-Specific Procedures / Notes</w:t>
      </w:r>
    </w:p>
    <w:p w14:paraId="50E24502" w14:textId="77777777" w:rsidR="00686453" w:rsidRDefault="00D95FB4">
      <w:pPr>
        <w:spacing w:after="120"/>
      </w:pPr>
      <w:r>
        <w:rPr>
          <w:color w:val="C8CECB"/>
          <w:sz w:val="16"/>
        </w:rPr>
        <w:t>________________________________________________________________________________</w:t>
      </w:r>
    </w:p>
    <w:p w14:paraId="137E370B" w14:textId="77777777" w:rsidR="00686453" w:rsidRDefault="00D95FB4">
      <w:pPr>
        <w:spacing w:after="120"/>
      </w:pPr>
      <w:r>
        <w:rPr>
          <w:color w:val="C8CECB"/>
          <w:sz w:val="16"/>
        </w:rPr>
        <w:t>________________________________________________________________________________</w:t>
      </w:r>
    </w:p>
    <w:p w14:paraId="6C126840" w14:textId="77777777" w:rsidR="00686453" w:rsidRDefault="00D95FB4">
      <w:pPr>
        <w:spacing w:after="120"/>
      </w:pPr>
      <w:r>
        <w:rPr>
          <w:color w:val="C8CECB"/>
          <w:sz w:val="16"/>
        </w:rPr>
        <w:t>________________________________________________________________________________</w:t>
      </w:r>
    </w:p>
    <w:p w14:paraId="1936557D" w14:textId="77777777" w:rsidR="00686453" w:rsidRDefault="00D95FB4">
      <w:pPr>
        <w:spacing w:after="120"/>
      </w:pPr>
      <w:r>
        <w:rPr>
          <w:color w:val="C8CECB"/>
          <w:sz w:val="16"/>
        </w:rPr>
        <w:t>________________________________________________________________________________</w:t>
      </w:r>
    </w:p>
    <w:p w14:paraId="76FADF3B" w14:textId="1FA5C0B7" w:rsidR="00686453" w:rsidRDefault="00D95FB4" w:rsidP="004E1E86">
      <w:pPr>
        <w:spacing w:after="120"/>
      </w:pPr>
      <w:r>
        <w:rPr>
          <w:color w:val="C8CECB"/>
          <w:sz w:val="16"/>
        </w:rPr>
        <w:t>________________________________________________________________________________</w:t>
      </w:r>
    </w:p>
    <w:p w14:paraId="1152E1AF" w14:textId="77777777" w:rsidR="00686453" w:rsidRDefault="00D95FB4">
      <w:pPr>
        <w:pStyle w:val="Heading1"/>
        <w:pBdr>
          <w:bottom w:val="single" w:sz="14" w:space="5" w:color="E63B07"/>
        </w:pBdr>
        <w:spacing w:before="140" w:after="140"/>
      </w:pPr>
      <w:r>
        <w:rPr>
          <w:rFonts w:ascii="Arial" w:eastAsia="Arial" w:hAnsi="Arial"/>
        </w:rPr>
        <w:lastRenderedPageBreak/>
        <w:t>SOURCE &amp; VERSION REFERENCES</w:t>
      </w:r>
    </w:p>
    <w:p w14:paraId="33A8A4CE" w14:textId="77777777" w:rsidR="00686453" w:rsidRPr="004E1E86" w:rsidRDefault="00D95FB4">
      <w:pPr>
        <w:spacing w:after="120" w:line="250" w:lineRule="auto"/>
        <w:rPr>
          <w:sz w:val="20"/>
          <w:szCs w:val="20"/>
        </w:rPr>
      </w:pPr>
      <w:r w:rsidRPr="004E1E86">
        <w:rPr>
          <w:sz w:val="20"/>
          <w:szCs w:val="20"/>
        </w:rPr>
        <w:t>Primary sources used to develop this planning template. Verify current versions before adoption and during annual review.</w:t>
      </w:r>
    </w:p>
    <w:tbl>
      <w:tblPr>
        <w:tblW w:w="11635" w:type="dxa"/>
        <w:jc w:val="center"/>
        <w:tblBorders>
          <w:top w:val="single" w:sz="5" w:space="0" w:color="B8C8C1"/>
          <w:left w:val="single" w:sz="5" w:space="0" w:color="B8C8C1"/>
          <w:bottom w:val="single" w:sz="5" w:space="0" w:color="B8C8C1"/>
          <w:right w:val="single" w:sz="5" w:space="0" w:color="B8C8C1"/>
          <w:insideH w:val="single" w:sz="5" w:space="0" w:color="B8C8C1"/>
          <w:insideV w:val="single" w:sz="5" w:space="0" w:color="B8C8C1"/>
        </w:tblBorders>
        <w:tblLayout w:type="fixed"/>
        <w:tblLook w:val="04A0" w:firstRow="1" w:lastRow="0" w:firstColumn="1" w:lastColumn="0" w:noHBand="0" w:noVBand="1"/>
      </w:tblPr>
      <w:tblGrid>
        <w:gridCol w:w="2784"/>
        <w:gridCol w:w="4590"/>
        <w:gridCol w:w="4261"/>
      </w:tblGrid>
      <w:tr w:rsidR="00686453" w:rsidRPr="004E1E86" w14:paraId="59977A7B" w14:textId="77777777" w:rsidTr="00113CA1">
        <w:trPr>
          <w:tblHeader/>
          <w:jc w:val="center"/>
        </w:trPr>
        <w:tc>
          <w:tcPr>
            <w:tcW w:w="2784" w:type="dxa"/>
            <w:shd w:val="clear" w:color="auto" w:fill="015A41"/>
            <w:tcMar>
              <w:top w:w="70" w:type="dxa"/>
              <w:left w:w="70" w:type="dxa"/>
              <w:bottom w:w="70" w:type="dxa"/>
              <w:right w:w="70" w:type="dxa"/>
            </w:tcMar>
          </w:tcPr>
          <w:p w14:paraId="67C74F72" w14:textId="77777777" w:rsidR="00686453" w:rsidRPr="004E1E86" w:rsidRDefault="00D95FB4">
            <w:pPr>
              <w:rPr>
                <w:szCs w:val="24"/>
              </w:rPr>
            </w:pPr>
            <w:r w:rsidRPr="004E1E86">
              <w:rPr>
                <w:b/>
                <w:color w:val="FFFFFF"/>
                <w:szCs w:val="24"/>
              </w:rPr>
              <w:t>Authority</w:t>
            </w:r>
          </w:p>
        </w:tc>
        <w:tc>
          <w:tcPr>
            <w:tcW w:w="4590" w:type="dxa"/>
            <w:shd w:val="clear" w:color="auto" w:fill="015A41"/>
            <w:tcMar>
              <w:top w:w="70" w:type="dxa"/>
              <w:left w:w="70" w:type="dxa"/>
              <w:bottom w:w="70" w:type="dxa"/>
              <w:right w:w="70" w:type="dxa"/>
            </w:tcMar>
          </w:tcPr>
          <w:p w14:paraId="643FB5BC" w14:textId="77777777" w:rsidR="00686453" w:rsidRPr="004E1E86" w:rsidRDefault="00D95FB4">
            <w:pPr>
              <w:rPr>
                <w:szCs w:val="24"/>
              </w:rPr>
            </w:pPr>
            <w:r w:rsidRPr="004E1E86">
              <w:rPr>
                <w:b/>
                <w:color w:val="FFFFFF"/>
                <w:szCs w:val="24"/>
              </w:rPr>
              <w:t>Source / Use</w:t>
            </w:r>
          </w:p>
        </w:tc>
        <w:tc>
          <w:tcPr>
            <w:tcW w:w="4261" w:type="dxa"/>
            <w:shd w:val="clear" w:color="auto" w:fill="015A41"/>
            <w:tcMar>
              <w:top w:w="70" w:type="dxa"/>
              <w:left w:w="70" w:type="dxa"/>
              <w:bottom w:w="70" w:type="dxa"/>
              <w:right w:w="70" w:type="dxa"/>
            </w:tcMar>
          </w:tcPr>
          <w:p w14:paraId="7B2BC7A8" w14:textId="77777777" w:rsidR="00686453" w:rsidRPr="004E1E86" w:rsidRDefault="00D95FB4">
            <w:pPr>
              <w:rPr>
                <w:szCs w:val="24"/>
              </w:rPr>
            </w:pPr>
            <w:r w:rsidRPr="004E1E86">
              <w:rPr>
                <w:b/>
                <w:color w:val="FFFFFF"/>
                <w:szCs w:val="24"/>
              </w:rPr>
              <w:t>Official URL</w:t>
            </w:r>
          </w:p>
        </w:tc>
      </w:tr>
      <w:tr w:rsidR="00686453" w:rsidRPr="004E1E86" w14:paraId="460328F4" w14:textId="77777777" w:rsidTr="00113CA1">
        <w:trPr>
          <w:cantSplit/>
          <w:jc w:val="center"/>
        </w:trPr>
        <w:tc>
          <w:tcPr>
            <w:tcW w:w="2784" w:type="dxa"/>
            <w:shd w:val="clear" w:color="auto" w:fill="EAF3EF"/>
            <w:tcMar>
              <w:top w:w="70" w:type="dxa"/>
              <w:left w:w="70" w:type="dxa"/>
              <w:bottom w:w="70" w:type="dxa"/>
              <w:right w:w="70" w:type="dxa"/>
            </w:tcMar>
          </w:tcPr>
          <w:p w14:paraId="2342A3AA" w14:textId="77777777" w:rsidR="00686453" w:rsidRPr="004E1E86" w:rsidRDefault="00D95FB4">
            <w:pPr>
              <w:rPr>
                <w:szCs w:val="24"/>
              </w:rPr>
            </w:pPr>
            <w:r w:rsidRPr="004E1E86">
              <w:rPr>
                <w:b/>
                <w:color w:val="015A41"/>
                <w:szCs w:val="24"/>
              </w:rPr>
              <w:t>CMS</w:t>
            </w:r>
          </w:p>
        </w:tc>
        <w:tc>
          <w:tcPr>
            <w:tcW w:w="4590" w:type="dxa"/>
            <w:tcMar>
              <w:top w:w="70" w:type="dxa"/>
              <w:left w:w="70" w:type="dxa"/>
              <w:bottom w:w="70" w:type="dxa"/>
              <w:right w:w="70" w:type="dxa"/>
            </w:tcMar>
          </w:tcPr>
          <w:p w14:paraId="4E8D8893" w14:textId="77777777" w:rsidR="00686453" w:rsidRPr="004E1E86" w:rsidRDefault="00D95FB4">
            <w:pPr>
              <w:rPr>
                <w:szCs w:val="24"/>
              </w:rPr>
            </w:pPr>
            <w:r w:rsidRPr="004E1E86">
              <w:rPr>
                <w:szCs w:val="24"/>
              </w:rPr>
              <w:t>42 CFR §483.73 - Emergency Preparedness, Long-Term Care Facilities</w:t>
            </w:r>
          </w:p>
        </w:tc>
        <w:tc>
          <w:tcPr>
            <w:tcW w:w="4261" w:type="dxa"/>
            <w:shd w:val="clear" w:color="auto" w:fill="F3F5F4"/>
            <w:tcMar>
              <w:top w:w="70" w:type="dxa"/>
              <w:left w:w="70" w:type="dxa"/>
              <w:bottom w:w="70" w:type="dxa"/>
              <w:right w:w="70" w:type="dxa"/>
            </w:tcMar>
          </w:tcPr>
          <w:p w14:paraId="26BD44BF" w14:textId="7DE1F8BF" w:rsidR="00686453" w:rsidRPr="004E1E86" w:rsidRDefault="00D95FB4">
            <w:pPr>
              <w:rPr>
                <w:szCs w:val="24"/>
              </w:rPr>
            </w:pPr>
            <w:hyperlink r:id="rId9" w:history="1">
              <w:r w:rsidRPr="00113CA1">
                <w:rPr>
                  <w:rStyle w:val="Hyperlink"/>
                  <w:i/>
                  <w:szCs w:val="24"/>
                </w:rPr>
                <w:t>https://www.ecfr.gov/current/title-42/chapter-IV/subchapter-G/part-483/subpart-B/section-483.73</w:t>
              </w:r>
            </w:hyperlink>
          </w:p>
        </w:tc>
      </w:tr>
      <w:tr w:rsidR="00686453" w:rsidRPr="004E1E86" w14:paraId="4A8EB405" w14:textId="77777777" w:rsidTr="00113CA1">
        <w:trPr>
          <w:cantSplit/>
          <w:jc w:val="center"/>
        </w:trPr>
        <w:tc>
          <w:tcPr>
            <w:tcW w:w="2784" w:type="dxa"/>
            <w:shd w:val="clear" w:color="auto" w:fill="F7FAF8"/>
            <w:tcMar>
              <w:top w:w="70" w:type="dxa"/>
              <w:left w:w="70" w:type="dxa"/>
              <w:bottom w:w="70" w:type="dxa"/>
              <w:right w:w="70" w:type="dxa"/>
            </w:tcMar>
          </w:tcPr>
          <w:p w14:paraId="0247031E" w14:textId="77777777" w:rsidR="00686453" w:rsidRPr="004E1E86" w:rsidRDefault="00D95FB4">
            <w:pPr>
              <w:rPr>
                <w:szCs w:val="24"/>
              </w:rPr>
            </w:pPr>
            <w:r w:rsidRPr="004E1E86">
              <w:rPr>
                <w:b/>
                <w:color w:val="015A41"/>
                <w:szCs w:val="24"/>
              </w:rPr>
              <w:t>CMS</w:t>
            </w:r>
          </w:p>
        </w:tc>
        <w:tc>
          <w:tcPr>
            <w:tcW w:w="4590" w:type="dxa"/>
            <w:tcMar>
              <w:top w:w="70" w:type="dxa"/>
              <w:left w:w="70" w:type="dxa"/>
              <w:bottom w:w="70" w:type="dxa"/>
              <w:right w:w="70" w:type="dxa"/>
            </w:tcMar>
          </w:tcPr>
          <w:p w14:paraId="794F4DA4" w14:textId="77777777" w:rsidR="00686453" w:rsidRPr="004E1E86" w:rsidRDefault="00D95FB4">
            <w:pPr>
              <w:rPr>
                <w:szCs w:val="24"/>
              </w:rPr>
            </w:pPr>
            <w:r w:rsidRPr="004E1E86">
              <w:rPr>
                <w:szCs w:val="24"/>
              </w:rPr>
              <w:t>State Operations Manual Appendix Z - Emergency Preparedness for All Provider and Certified Supplier Types, Rev. 204 (04/16/2021)</w:t>
            </w:r>
          </w:p>
        </w:tc>
        <w:tc>
          <w:tcPr>
            <w:tcW w:w="4261" w:type="dxa"/>
            <w:shd w:val="clear" w:color="auto" w:fill="F3F5F4"/>
            <w:tcMar>
              <w:top w:w="70" w:type="dxa"/>
              <w:left w:w="70" w:type="dxa"/>
              <w:bottom w:w="70" w:type="dxa"/>
              <w:right w:w="70" w:type="dxa"/>
            </w:tcMar>
          </w:tcPr>
          <w:p w14:paraId="7262922D" w14:textId="3E931B83" w:rsidR="00686453" w:rsidRPr="004E1E86" w:rsidRDefault="00D95FB4">
            <w:pPr>
              <w:rPr>
                <w:szCs w:val="24"/>
              </w:rPr>
            </w:pPr>
            <w:hyperlink r:id="rId10" w:history="1">
              <w:r w:rsidRPr="00113CA1">
                <w:rPr>
                  <w:rStyle w:val="Hyperlink"/>
                  <w:i/>
                  <w:szCs w:val="24"/>
                </w:rPr>
                <w:t>https://www.cms.gov/regulations-and-guidance/guidance/manuals/downloads/som107ap_z_emergprep.pdf</w:t>
              </w:r>
            </w:hyperlink>
          </w:p>
        </w:tc>
      </w:tr>
      <w:tr w:rsidR="00686453" w:rsidRPr="004E1E86" w14:paraId="6CDC91E8" w14:textId="77777777" w:rsidTr="00113CA1">
        <w:trPr>
          <w:cantSplit/>
          <w:jc w:val="center"/>
        </w:trPr>
        <w:tc>
          <w:tcPr>
            <w:tcW w:w="2784" w:type="dxa"/>
            <w:shd w:val="clear" w:color="auto" w:fill="EAF3EF"/>
            <w:tcMar>
              <w:top w:w="70" w:type="dxa"/>
              <w:left w:w="70" w:type="dxa"/>
              <w:bottom w:w="70" w:type="dxa"/>
              <w:right w:w="70" w:type="dxa"/>
            </w:tcMar>
          </w:tcPr>
          <w:p w14:paraId="5F9CFE67" w14:textId="77777777" w:rsidR="00686453" w:rsidRPr="004E1E86" w:rsidRDefault="00D95FB4">
            <w:pPr>
              <w:rPr>
                <w:szCs w:val="24"/>
              </w:rPr>
            </w:pPr>
            <w:r w:rsidRPr="004E1E86">
              <w:rPr>
                <w:b/>
                <w:color w:val="015A41"/>
                <w:szCs w:val="24"/>
              </w:rPr>
              <w:t>CMS</w:t>
            </w:r>
          </w:p>
        </w:tc>
        <w:tc>
          <w:tcPr>
            <w:tcW w:w="4590" w:type="dxa"/>
            <w:tcMar>
              <w:top w:w="70" w:type="dxa"/>
              <w:left w:w="70" w:type="dxa"/>
              <w:bottom w:w="70" w:type="dxa"/>
              <w:right w:w="70" w:type="dxa"/>
            </w:tcMar>
          </w:tcPr>
          <w:p w14:paraId="24D8A669" w14:textId="77777777" w:rsidR="00686453" w:rsidRPr="004E1E86" w:rsidRDefault="00D95FB4">
            <w:pPr>
              <w:rPr>
                <w:szCs w:val="24"/>
              </w:rPr>
            </w:pPr>
            <w:r w:rsidRPr="004E1E86">
              <w:rPr>
                <w:szCs w:val="24"/>
              </w:rPr>
              <w:t>Emergency Preparedness Rule resource page</w:t>
            </w:r>
          </w:p>
        </w:tc>
        <w:tc>
          <w:tcPr>
            <w:tcW w:w="4261" w:type="dxa"/>
            <w:shd w:val="clear" w:color="auto" w:fill="F3F5F4"/>
            <w:tcMar>
              <w:top w:w="70" w:type="dxa"/>
              <w:left w:w="70" w:type="dxa"/>
              <w:bottom w:w="70" w:type="dxa"/>
              <w:right w:w="70" w:type="dxa"/>
            </w:tcMar>
          </w:tcPr>
          <w:p w14:paraId="2674E0B0" w14:textId="2034B5FD" w:rsidR="00686453" w:rsidRPr="004E1E86" w:rsidRDefault="00D95FB4">
            <w:pPr>
              <w:rPr>
                <w:szCs w:val="24"/>
              </w:rPr>
            </w:pPr>
            <w:hyperlink r:id="rId11" w:history="1">
              <w:r w:rsidRPr="00113CA1">
                <w:rPr>
                  <w:rStyle w:val="Hyperlink"/>
                  <w:i/>
                  <w:szCs w:val="24"/>
                </w:rPr>
                <w:t>https://www.cms.gov/medicare/health-safety-standards/quality-safety-oversight-emergency-preparedness/emergency-preparedness-rule</w:t>
              </w:r>
            </w:hyperlink>
          </w:p>
        </w:tc>
      </w:tr>
      <w:tr w:rsidR="00686453" w:rsidRPr="004E1E86" w14:paraId="3CFAFF4F" w14:textId="77777777" w:rsidTr="00113CA1">
        <w:trPr>
          <w:cantSplit/>
          <w:jc w:val="center"/>
        </w:trPr>
        <w:tc>
          <w:tcPr>
            <w:tcW w:w="2784" w:type="dxa"/>
            <w:shd w:val="clear" w:color="auto" w:fill="F7FAF8"/>
            <w:tcMar>
              <w:top w:w="70" w:type="dxa"/>
              <w:left w:w="70" w:type="dxa"/>
              <w:bottom w:w="70" w:type="dxa"/>
              <w:right w:w="70" w:type="dxa"/>
            </w:tcMar>
          </w:tcPr>
          <w:p w14:paraId="64D6668B" w14:textId="77777777" w:rsidR="00686453" w:rsidRPr="004E1E86" w:rsidRDefault="00D95FB4">
            <w:pPr>
              <w:rPr>
                <w:szCs w:val="24"/>
              </w:rPr>
            </w:pPr>
            <w:r w:rsidRPr="004E1E86">
              <w:rPr>
                <w:b/>
                <w:color w:val="015A41"/>
                <w:szCs w:val="24"/>
              </w:rPr>
              <w:t>Maine DHHS DLC</w:t>
            </w:r>
          </w:p>
        </w:tc>
        <w:tc>
          <w:tcPr>
            <w:tcW w:w="4590" w:type="dxa"/>
            <w:tcMar>
              <w:top w:w="70" w:type="dxa"/>
              <w:left w:w="70" w:type="dxa"/>
              <w:bottom w:w="70" w:type="dxa"/>
              <w:right w:w="70" w:type="dxa"/>
            </w:tcMar>
          </w:tcPr>
          <w:p w14:paraId="1028C6AE" w14:textId="77777777" w:rsidR="00686453" w:rsidRPr="004E1E86" w:rsidRDefault="00D95FB4">
            <w:pPr>
              <w:rPr>
                <w:szCs w:val="24"/>
              </w:rPr>
            </w:pPr>
            <w:r w:rsidRPr="004E1E86">
              <w:rPr>
                <w:szCs w:val="24"/>
              </w:rPr>
              <w:t>Rules &amp; Regulations - identifies 10-144 CMR Ch. 110 for SNF/NF</w:t>
            </w:r>
          </w:p>
        </w:tc>
        <w:tc>
          <w:tcPr>
            <w:tcW w:w="4261" w:type="dxa"/>
            <w:shd w:val="clear" w:color="auto" w:fill="F3F5F4"/>
            <w:tcMar>
              <w:top w:w="70" w:type="dxa"/>
              <w:left w:w="70" w:type="dxa"/>
              <w:bottom w:w="70" w:type="dxa"/>
              <w:right w:w="70" w:type="dxa"/>
            </w:tcMar>
          </w:tcPr>
          <w:p w14:paraId="075AAF12" w14:textId="2015D891" w:rsidR="00686453" w:rsidRPr="004E1E86" w:rsidRDefault="00D95FB4">
            <w:pPr>
              <w:rPr>
                <w:szCs w:val="24"/>
              </w:rPr>
            </w:pPr>
            <w:hyperlink r:id="rId12" w:history="1">
              <w:r w:rsidRPr="00113CA1">
                <w:rPr>
                  <w:rStyle w:val="Hyperlink"/>
                  <w:i/>
                  <w:szCs w:val="24"/>
                </w:rPr>
                <w:t>https://www.maine.gov/dhhs/dlc/about-us/rules-regulations</w:t>
              </w:r>
            </w:hyperlink>
          </w:p>
        </w:tc>
      </w:tr>
      <w:tr w:rsidR="00686453" w:rsidRPr="004E1E86" w14:paraId="12B0E1F6" w14:textId="77777777" w:rsidTr="00113CA1">
        <w:trPr>
          <w:cantSplit/>
          <w:jc w:val="center"/>
        </w:trPr>
        <w:tc>
          <w:tcPr>
            <w:tcW w:w="2784" w:type="dxa"/>
            <w:shd w:val="clear" w:color="auto" w:fill="EAF3EF"/>
            <w:tcMar>
              <w:top w:w="70" w:type="dxa"/>
              <w:left w:w="70" w:type="dxa"/>
              <w:bottom w:w="70" w:type="dxa"/>
              <w:right w:w="70" w:type="dxa"/>
            </w:tcMar>
          </w:tcPr>
          <w:p w14:paraId="04215544" w14:textId="77777777" w:rsidR="00686453" w:rsidRPr="004E1E86" w:rsidRDefault="00D95FB4">
            <w:pPr>
              <w:rPr>
                <w:szCs w:val="24"/>
              </w:rPr>
            </w:pPr>
            <w:r w:rsidRPr="004E1E86">
              <w:rPr>
                <w:b/>
                <w:color w:val="015A41"/>
                <w:szCs w:val="24"/>
              </w:rPr>
              <w:t>Maine DHHS DLC</w:t>
            </w:r>
          </w:p>
        </w:tc>
        <w:tc>
          <w:tcPr>
            <w:tcW w:w="4590" w:type="dxa"/>
            <w:tcMar>
              <w:top w:w="70" w:type="dxa"/>
              <w:left w:w="70" w:type="dxa"/>
              <w:bottom w:w="70" w:type="dxa"/>
              <w:right w:w="70" w:type="dxa"/>
            </w:tcMar>
          </w:tcPr>
          <w:p w14:paraId="0DD0C3D5" w14:textId="77777777" w:rsidR="00686453" w:rsidRPr="004E1E86" w:rsidRDefault="00D95FB4">
            <w:pPr>
              <w:rPr>
                <w:szCs w:val="24"/>
              </w:rPr>
            </w:pPr>
            <w:r w:rsidRPr="004E1E86">
              <w:rPr>
                <w:szCs w:val="24"/>
              </w:rPr>
              <w:t>Nursing Facilities licensing/certification page</w:t>
            </w:r>
          </w:p>
        </w:tc>
        <w:tc>
          <w:tcPr>
            <w:tcW w:w="4261" w:type="dxa"/>
            <w:shd w:val="clear" w:color="auto" w:fill="F3F5F4"/>
            <w:tcMar>
              <w:top w:w="70" w:type="dxa"/>
              <w:left w:w="70" w:type="dxa"/>
              <w:bottom w:w="70" w:type="dxa"/>
              <w:right w:w="70" w:type="dxa"/>
            </w:tcMar>
          </w:tcPr>
          <w:p w14:paraId="1CF589B7" w14:textId="6651A58F" w:rsidR="00686453" w:rsidRPr="004E1E86" w:rsidRDefault="00D95FB4">
            <w:pPr>
              <w:rPr>
                <w:szCs w:val="24"/>
              </w:rPr>
            </w:pPr>
            <w:hyperlink r:id="rId13" w:history="1">
              <w:r w:rsidRPr="00113CA1">
                <w:rPr>
                  <w:rStyle w:val="Hyperlink"/>
                  <w:i/>
                  <w:szCs w:val="24"/>
                </w:rPr>
                <w:t>https://www.maine.gov/dhhs/dlc/licensing-certification/medical-facilities/nursing-facilities</w:t>
              </w:r>
            </w:hyperlink>
          </w:p>
        </w:tc>
      </w:tr>
      <w:tr w:rsidR="00686453" w:rsidRPr="004E1E86" w14:paraId="16DC26F6" w14:textId="77777777" w:rsidTr="00113CA1">
        <w:trPr>
          <w:cantSplit/>
          <w:jc w:val="center"/>
        </w:trPr>
        <w:tc>
          <w:tcPr>
            <w:tcW w:w="2784" w:type="dxa"/>
            <w:shd w:val="clear" w:color="auto" w:fill="F7FAF8"/>
            <w:tcMar>
              <w:top w:w="70" w:type="dxa"/>
              <w:left w:w="70" w:type="dxa"/>
              <w:bottom w:w="70" w:type="dxa"/>
              <w:right w:w="70" w:type="dxa"/>
            </w:tcMar>
          </w:tcPr>
          <w:p w14:paraId="26D961DA" w14:textId="77777777" w:rsidR="00686453" w:rsidRPr="004E1E86" w:rsidRDefault="00D95FB4">
            <w:pPr>
              <w:rPr>
                <w:szCs w:val="24"/>
              </w:rPr>
            </w:pPr>
            <w:r w:rsidRPr="004E1E86">
              <w:rPr>
                <w:b/>
                <w:color w:val="015A41"/>
                <w:szCs w:val="24"/>
              </w:rPr>
              <w:t>Maine FMO</w:t>
            </w:r>
          </w:p>
        </w:tc>
        <w:tc>
          <w:tcPr>
            <w:tcW w:w="4590" w:type="dxa"/>
            <w:tcMar>
              <w:top w:w="70" w:type="dxa"/>
              <w:left w:w="70" w:type="dxa"/>
              <w:bottom w:w="70" w:type="dxa"/>
              <w:right w:w="70" w:type="dxa"/>
            </w:tcMar>
          </w:tcPr>
          <w:p w14:paraId="7C8BA69B" w14:textId="77777777" w:rsidR="00686453" w:rsidRPr="004E1E86" w:rsidRDefault="00D95FB4">
            <w:pPr>
              <w:rPr>
                <w:szCs w:val="24"/>
              </w:rPr>
            </w:pPr>
            <w:r w:rsidRPr="004E1E86">
              <w:rPr>
                <w:szCs w:val="24"/>
              </w:rPr>
              <w:t>Rules of the State Fire Marshal</w:t>
            </w:r>
          </w:p>
        </w:tc>
        <w:tc>
          <w:tcPr>
            <w:tcW w:w="4261" w:type="dxa"/>
            <w:shd w:val="clear" w:color="auto" w:fill="F3F5F4"/>
            <w:tcMar>
              <w:top w:w="70" w:type="dxa"/>
              <w:left w:w="70" w:type="dxa"/>
              <w:bottom w:w="70" w:type="dxa"/>
              <w:right w:w="70" w:type="dxa"/>
            </w:tcMar>
          </w:tcPr>
          <w:p w14:paraId="14839447" w14:textId="66FBA150" w:rsidR="00686453" w:rsidRPr="004E1E86" w:rsidRDefault="00D95FB4">
            <w:pPr>
              <w:rPr>
                <w:szCs w:val="24"/>
              </w:rPr>
            </w:pPr>
            <w:hyperlink r:id="rId14" w:history="1">
              <w:r w:rsidRPr="00113CA1">
                <w:rPr>
                  <w:rStyle w:val="Hyperlink"/>
                  <w:i/>
                  <w:szCs w:val="24"/>
                </w:rPr>
                <w:t>https://www.maine.gov/dps/fmo/laws-rules-policy/rules</w:t>
              </w:r>
            </w:hyperlink>
          </w:p>
        </w:tc>
      </w:tr>
      <w:tr w:rsidR="00686453" w:rsidRPr="004E1E86" w14:paraId="66229297" w14:textId="77777777" w:rsidTr="00113CA1">
        <w:trPr>
          <w:cantSplit/>
          <w:jc w:val="center"/>
        </w:trPr>
        <w:tc>
          <w:tcPr>
            <w:tcW w:w="2784" w:type="dxa"/>
            <w:shd w:val="clear" w:color="auto" w:fill="EAF3EF"/>
            <w:tcMar>
              <w:top w:w="70" w:type="dxa"/>
              <w:left w:w="70" w:type="dxa"/>
              <w:bottom w:w="70" w:type="dxa"/>
              <w:right w:w="70" w:type="dxa"/>
            </w:tcMar>
          </w:tcPr>
          <w:p w14:paraId="16CF6391" w14:textId="77777777" w:rsidR="00686453" w:rsidRPr="004E1E86" w:rsidRDefault="00D95FB4">
            <w:pPr>
              <w:rPr>
                <w:szCs w:val="24"/>
              </w:rPr>
            </w:pPr>
            <w:r w:rsidRPr="004E1E86">
              <w:rPr>
                <w:b/>
                <w:color w:val="015A41"/>
                <w:szCs w:val="24"/>
              </w:rPr>
              <w:t>Maine FMO</w:t>
            </w:r>
          </w:p>
        </w:tc>
        <w:tc>
          <w:tcPr>
            <w:tcW w:w="4590" w:type="dxa"/>
            <w:tcMar>
              <w:top w:w="70" w:type="dxa"/>
              <w:left w:w="70" w:type="dxa"/>
              <w:bottom w:w="70" w:type="dxa"/>
              <w:right w:w="70" w:type="dxa"/>
            </w:tcMar>
          </w:tcPr>
          <w:p w14:paraId="2D2B6DFF" w14:textId="77777777" w:rsidR="00686453" w:rsidRPr="004E1E86" w:rsidRDefault="00D95FB4">
            <w:pPr>
              <w:rPr>
                <w:szCs w:val="24"/>
              </w:rPr>
            </w:pPr>
            <w:r w:rsidRPr="004E1E86">
              <w:rPr>
                <w:szCs w:val="24"/>
              </w:rPr>
              <w:t>State Adopted NFPA Standards</w:t>
            </w:r>
          </w:p>
        </w:tc>
        <w:tc>
          <w:tcPr>
            <w:tcW w:w="4261" w:type="dxa"/>
            <w:shd w:val="clear" w:color="auto" w:fill="F3F5F4"/>
            <w:tcMar>
              <w:top w:w="70" w:type="dxa"/>
              <w:left w:w="70" w:type="dxa"/>
              <w:bottom w:w="70" w:type="dxa"/>
              <w:right w:w="70" w:type="dxa"/>
            </w:tcMar>
          </w:tcPr>
          <w:p w14:paraId="76278B94" w14:textId="3D75428F" w:rsidR="00686453" w:rsidRPr="004E1E86" w:rsidRDefault="00D95FB4">
            <w:pPr>
              <w:rPr>
                <w:szCs w:val="24"/>
              </w:rPr>
            </w:pPr>
            <w:hyperlink r:id="rId15" w:history="1">
              <w:r w:rsidRPr="00113CA1">
                <w:rPr>
                  <w:rStyle w:val="Hyperlink"/>
                  <w:i/>
                  <w:szCs w:val="24"/>
                </w:rPr>
                <w:t>https://www.maine.gov/dps/fmo/laws-rules-policy/nfpa-standards</w:t>
              </w:r>
            </w:hyperlink>
          </w:p>
        </w:tc>
      </w:tr>
    </w:tbl>
    <w:p w14:paraId="575EA55D" w14:textId="77777777" w:rsidR="00686453" w:rsidRDefault="00686453">
      <w:pPr>
        <w:spacing w:after="0"/>
      </w:pPr>
    </w:p>
    <w:tbl>
      <w:tblPr>
        <w:tblW w:w="0" w:type="auto"/>
        <w:jc w:val="center"/>
        <w:tblBorders>
          <w:top w:val="single" w:sz="5" w:space="0" w:color="A5C6B8"/>
          <w:left w:val="single" w:sz="5" w:space="0" w:color="A5C6B8"/>
          <w:bottom w:val="single" w:sz="5" w:space="0" w:color="A5C6B8"/>
          <w:right w:val="single" w:sz="5" w:space="0" w:color="A5C6B8"/>
          <w:insideH w:val="single" w:sz="5" w:space="0" w:color="A5C6B8"/>
          <w:insideV w:val="single" w:sz="5" w:space="0" w:color="A5C6B8"/>
        </w:tblBorders>
        <w:tblLook w:val="04A0" w:firstRow="1" w:lastRow="0" w:firstColumn="1" w:lastColumn="0" w:noHBand="0" w:noVBand="1"/>
      </w:tblPr>
      <w:tblGrid>
        <w:gridCol w:w="10282"/>
      </w:tblGrid>
      <w:tr w:rsidR="00686453" w14:paraId="01BC7EF7" w14:textId="77777777">
        <w:trPr>
          <w:jc w:val="center"/>
        </w:trPr>
        <w:tc>
          <w:tcPr>
            <w:tcW w:w="10282" w:type="dxa"/>
            <w:shd w:val="clear" w:color="auto" w:fill="EAF3EF"/>
            <w:tcMar>
              <w:top w:w="100" w:type="dxa"/>
              <w:left w:w="130" w:type="dxa"/>
              <w:bottom w:w="100" w:type="dxa"/>
              <w:right w:w="130" w:type="dxa"/>
            </w:tcMar>
          </w:tcPr>
          <w:p w14:paraId="64FAB9F3" w14:textId="18E56E2B" w:rsidR="00686453" w:rsidRPr="004E1E86" w:rsidRDefault="000F48E9">
            <w:pPr>
              <w:spacing w:after="0"/>
              <w:rPr>
                <w:sz w:val="20"/>
                <w:szCs w:val="20"/>
              </w:rPr>
            </w:pPr>
            <w:r>
              <w:rPr>
                <w:rFonts w:cs="Arial"/>
                <w:b/>
                <w:color w:val="015A41"/>
                <w:sz w:val="18"/>
              </w:rPr>
              <w:t xml:space="preserve">VERSION </w:t>
            </w:r>
            <w:proofErr w:type="gramStart"/>
            <w:r>
              <w:rPr>
                <w:rFonts w:cs="Arial"/>
                <w:b/>
                <w:color w:val="015A41"/>
                <w:sz w:val="18"/>
              </w:rPr>
              <w:t xml:space="preserve">NOTE  </w:t>
            </w:r>
            <w:r>
              <w:rPr>
                <w:rFonts w:cs="Arial"/>
                <w:color w:val="000000"/>
                <w:sz w:val="17"/>
              </w:rPr>
              <w:t>Sources</w:t>
            </w:r>
            <w:proofErr w:type="gramEnd"/>
            <w:r>
              <w:rPr>
                <w:rFonts w:cs="Arial"/>
                <w:color w:val="000000"/>
                <w:sz w:val="17"/>
              </w:rPr>
              <w:t xml:space="preserve"> rechecked September </w:t>
            </w:r>
            <w:r w:rsidR="008A4511">
              <w:rPr>
                <w:rFonts w:cs="Arial"/>
                <w:color w:val="000000"/>
                <w:sz w:val="17"/>
              </w:rPr>
              <w:t>14</w:t>
            </w:r>
            <w:r>
              <w:rPr>
                <w:rFonts w:cs="Arial"/>
                <w:color w:val="000000"/>
                <w:sz w:val="17"/>
              </w:rPr>
              <w:t xml:space="preserve">, 2026. CMS continues to identify Appendix Z as updated in 2021, and the CMS Emergency Preparedness Rule resource page was last modified June 29, 2026. The </w:t>
            </w:r>
            <w:proofErr w:type="spellStart"/>
            <w:r>
              <w:rPr>
                <w:rFonts w:cs="Arial"/>
                <w:color w:val="000000"/>
                <w:sz w:val="17"/>
              </w:rPr>
              <w:t>eCFR</w:t>
            </w:r>
            <w:proofErr w:type="spellEnd"/>
            <w:r>
              <w:rPr>
                <w:rFonts w:cs="Arial"/>
                <w:color w:val="000000"/>
                <w:sz w:val="17"/>
              </w:rPr>
              <w:t xml:space="preserve"> §483.73 page is up to date as of September 1, 2026. Maine DLC currently identifies 10-144 CMR Ch. 110 for skilled nursing/nursing facilities, and Maine FMO currently lists the State-adopted NFPA editions shown in this template. Regulations, guidance, reporting procedures, and code editions can change; verify current controlling sources before final adoption and during annual review.</w:t>
            </w:r>
            <w:r>
              <w:rPr>
                <w:sz w:val="17"/>
              </w:rPr>
              <w:t xml:space="preserve"> </w:t>
            </w:r>
            <w:r w:rsidR="00CB2780" w:rsidRPr="00CB2780">
              <w:rPr>
                <w:sz w:val="17"/>
              </w:rPr>
              <w:t>This QA review also reconciled the EOP template with the September 14, 2026 HCC-ME LTC/SNF Compliance Checklist, including CMS emergency preparedness, CMS Life Safety Code, Maine Chapter 110, and Maine FMO regulatory layers.</w:t>
            </w:r>
          </w:p>
        </w:tc>
      </w:tr>
    </w:tbl>
    <w:p w14:paraId="375F7B7C" w14:textId="77777777" w:rsidR="00686453" w:rsidRDefault="00686453">
      <w:pPr>
        <w:spacing w:after="0"/>
      </w:pPr>
    </w:p>
    <w:p w14:paraId="65110EE7" w14:textId="77777777" w:rsidR="00686453" w:rsidRDefault="00D95FB4">
      <w:pPr>
        <w:spacing w:after="80" w:line="250" w:lineRule="auto"/>
        <w:jc w:val="center"/>
      </w:pPr>
      <w:r>
        <w:rPr>
          <w:b/>
          <w:color w:val="015A41"/>
          <w:sz w:val="18"/>
        </w:rPr>
        <w:t>Healthcare Coalition of Maine | Maine LTC/SNF EOP Planning Resource | 2026 Edition</w:t>
      </w:r>
    </w:p>
    <w:sectPr w:rsidR="00686453" w:rsidSect="001F5665">
      <w:headerReference w:type="default" r:id="rId16"/>
      <w:footerReference w:type="default" r:id="rId1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F48E5" w14:textId="77777777" w:rsidR="00FB5883" w:rsidRDefault="00FB5883">
      <w:pPr>
        <w:spacing w:after="0" w:line="240" w:lineRule="auto"/>
      </w:pPr>
      <w:r>
        <w:separator/>
      </w:r>
    </w:p>
  </w:endnote>
  <w:endnote w:type="continuationSeparator" w:id="0">
    <w:p w14:paraId="7FACA5C5" w14:textId="77777777" w:rsidR="00FB5883" w:rsidRDefault="00FB5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CDAEA" w14:textId="77777777" w:rsidR="00686453" w:rsidRDefault="00D95FB4">
    <w:pPr>
      <w:pStyle w:val="Footer"/>
      <w:jc w:val="center"/>
    </w:pPr>
    <w:r>
      <w:rPr>
        <w:color w:val="66706B"/>
        <w:sz w:val="16"/>
      </w:rPr>
      <w:t xml:space="preserve">Healthcare Coalition of Maine | www.mainehccs.org | Planning Resource | Page </w:t>
    </w:r>
    <w:r>
      <w:rPr>
        <w:color w:val="66706B"/>
        <w:sz w:val="16"/>
      </w:rPr>
      <w:fldChar w:fldCharType="begin"/>
    </w:r>
    <w:r>
      <w:rPr>
        <w:color w:val="66706B"/>
        <w:sz w:val="16"/>
      </w:rPr>
      <w:instrText xml:space="preserve"> PAGE </w:instrText>
    </w:r>
    <w:r>
      <w:rPr>
        <w:color w:val="66706B"/>
        <w:sz w:val="16"/>
      </w:rPr>
      <w:fldChar w:fldCharType="separate"/>
    </w:r>
    <w:r w:rsidR="00270E79">
      <w:rPr>
        <w:noProof/>
        <w:color w:val="66706B"/>
        <w:sz w:val="16"/>
      </w:rPr>
      <w:t>2</w:t>
    </w:r>
    <w:r>
      <w:rPr>
        <w:color w:val="66706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37E0C" w14:textId="77777777" w:rsidR="00FB5883" w:rsidRDefault="00FB5883">
      <w:pPr>
        <w:spacing w:after="0" w:line="240" w:lineRule="auto"/>
      </w:pPr>
      <w:r>
        <w:separator/>
      </w:r>
    </w:p>
  </w:footnote>
  <w:footnote w:type="continuationSeparator" w:id="0">
    <w:p w14:paraId="68E1771D" w14:textId="77777777" w:rsidR="00FB5883" w:rsidRDefault="00FB58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63A7" w14:textId="77777777" w:rsidR="00686453" w:rsidRDefault="00D95FB4">
    <w:pPr>
      <w:pStyle w:val="Header"/>
      <w:pBdr>
        <w:bottom w:val="single" w:sz="8" w:space="5" w:color="E63B07"/>
      </w:pBdr>
      <w:jc w:val="right"/>
    </w:pPr>
    <w:r>
      <w:rPr>
        <w:b/>
        <w:color w:val="015A41"/>
        <w:sz w:val="16"/>
      </w:rPr>
      <w:t>HEALTHCARE COALITION OF MAINE | LTC/SNF EMERGENCY OPERATIONS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C462A6"/>
    <w:multiLevelType w:val="hybridMultilevel"/>
    <w:tmpl w:val="9C32BE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2656238">
    <w:abstractNumId w:val="8"/>
  </w:num>
  <w:num w:numId="2" w16cid:durableId="1422801678">
    <w:abstractNumId w:val="6"/>
  </w:num>
  <w:num w:numId="3" w16cid:durableId="936404801">
    <w:abstractNumId w:val="5"/>
  </w:num>
  <w:num w:numId="4" w16cid:durableId="133724356">
    <w:abstractNumId w:val="4"/>
  </w:num>
  <w:num w:numId="5" w16cid:durableId="356662359">
    <w:abstractNumId w:val="7"/>
  </w:num>
  <w:num w:numId="6" w16cid:durableId="488256935">
    <w:abstractNumId w:val="3"/>
  </w:num>
  <w:num w:numId="7" w16cid:durableId="493297314">
    <w:abstractNumId w:val="2"/>
  </w:num>
  <w:num w:numId="8" w16cid:durableId="846292166">
    <w:abstractNumId w:val="1"/>
  </w:num>
  <w:num w:numId="9" w16cid:durableId="456724243">
    <w:abstractNumId w:val="0"/>
  </w:num>
  <w:num w:numId="10" w16cid:durableId="13026143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387"/>
    <w:rsid w:val="0006063C"/>
    <w:rsid w:val="00084563"/>
    <w:rsid w:val="000F48E9"/>
    <w:rsid w:val="00113CA1"/>
    <w:rsid w:val="00113D35"/>
    <w:rsid w:val="001202DF"/>
    <w:rsid w:val="0015074B"/>
    <w:rsid w:val="001816A2"/>
    <w:rsid w:val="001F5665"/>
    <w:rsid w:val="00234277"/>
    <w:rsid w:val="00252A87"/>
    <w:rsid w:val="00270E79"/>
    <w:rsid w:val="0027128F"/>
    <w:rsid w:val="0029639D"/>
    <w:rsid w:val="002B4050"/>
    <w:rsid w:val="002D40B2"/>
    <w:rsid w:val="00314CF3"/>
    <w:rsid w:val="00325671"/>
    <w:rsid w:val="00326F90"/>
    <w:rsid w:val="00341C05"/>
    <w:rsid w:val="003476F2"/>
    <w:rsid w:val="003839FC"/>
    <w:rsid w:val="003A168E"/>
    <w:rsid w:val="003F0D1D"/>
    <w:rsid w:val="00402176"/>
    <w:rsid w:val="00440F53"/>
    <w:rsid w:val="0047339E"/>
    <w:rsid w:val="0049336D"/>
    <w:rsid w:val="004E1E86"/>
    <w:rsid w:val="004F16A7"/>
    <w:rsid w:val="004F6192"/>
    <w:rsid w:val="005C075C"/>
    <w:rsid w:val="005C079D"/>
    <w:rsid w:val="00622846"/>
    <w:rsid w:val="00672CDA"/>
    <w:rsid w:val="00673D88"/>
    <w:rsid w:val="00686453"/>
    <w:rsid w:val="006941DE"/>
    <w:rsid w:val="006D5E96"/>
    <w:rsid w:val="00700CB0"/>
    <w:rsid w:val="00731B5D"/>
    <w:rsid w:val="007D0A88"/>
    <w:rsid w:val="00833D86"/>
    <w:rsid w:val="008473EE"/>
    <w:rsid w:val="008A3E03"/>
    <w:rsid w:val="008A4511"/>
    <w:rsid w:val="008C1E78"/>
    <w:rsid w:val="008F1543"/>
    <w:rsid w:val="009353EC"/>
    <w:rsid w:val="00952376"/>
    <w:rsid w:val="00963B6E"/>
    <w:rsid w:val="00983806"/>
    <w:rsid w:val="009928D9"/>
    <w:rsid w:val="009B64EF"/>
    <w:rsid w:val="009D6E39"/>
    <w:rsid w:val="00A064CA"/>
    <w:rsid w:val="00A15B42"/>
    <w:rsid w:val="00AA1D8D"/>
    <w:rsid w:val="00AA6F69"/>
    <w:rsid w:val="00AF13A6"/>
    <w:rsid w:val="00B2069D"/>
    <w:rsid w:val="00B41411"/>
    <w:rsid w:val="00B47730"/>
    <w:rsid w:val="00B52623"/>
    <w:rsid w:val="00B5653B"/>
    <w:rsid w:val="00B84EFF"/>
    <w:rsid w:val="00BD552C"/>
    <w:rsid w:val="00BD7C8E"/>
    <w:rsid w:val="00BE74C6"/>
    <w:rsid w:val="00C35A7F"/>
    <w:rsid w:val="00C45323"/>
    <w:rsid w:val="00CA6F80"/>
    <w:rsid w:val="00CB0664"/>
    <w:rsid w:val="00CB2780"/>
    <w:rsid w:val="00D10BFA"/>
    <w:rsid w:val="00D21AD6"/>
    <w:rsid w:val="00D24C58"/>
    <w:rsid w:val="00D94903"/>
    <w:rsid w:val="00D955D8"/>
    <w:rsid w:val="00D95FB4"/>
    <w:rsid w:val="00DA5D73"/>
    <w:rsid w:val="00DA7E90"/>
    <w:rsid w:val="00E15DFA"/>
    <w:rsid w:val="00E2379E"/>
    <w:rsid w:val="00E316F2"/>
    <w:rsid w:val="00E7199B"/>
    <w:rsid w:val="00E80FEA"/>
    <w:rsid w:val="00EE37E3"/>
    <w:rsid w:val="00F01931"/>
    <w:rsid w:val="00F1060E"/>
    <w:rsid w:val="00F27E71"/>
    <w:rsid w:val="00F53BF2"/>
    <w:rsid w:val="00F754B3"/>
    <w:rsid w:val="00FB58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F5AD5F"/>
  <w14:defaultImageDpi w14:val="300"/>
  <w15:docId w15:val="{B7EC0135-47AC-42E2-A4CB-DA9263313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3A6"/>
    <w:rPr>
      <w:rFonts w:ascii="Arial" w:eastAsia="Arial" w:hAnsi="Arial"/>
      <w:color w:val="222222"/>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15A41"/>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15A4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E63B0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15A41"/>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13CA1"/>
    <w:rPr>
      <w:color w:val="0000FF" w:themeColor="hyperlink"/>
      <w:u w:val="single"/>
    </w:rPr>
  </w:style>
  <w:style w:type="character" w:styleId="UnresolvedMention">
    <w:name w:val="Unresolved Mention"/>
    <w:basedOn w:val="DefaultParagraphFont"/>
    <w:uiPriority w:val="99"/>
    <w:semiHidden/>
    <w:unhideWhenUsed/>
    <w:rsid w:val="00113C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maine.gov/dhhs/dlc/licensing-certification/medical-facilities/nursing-faciliti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ine.gov/dhhs/dlc/about-us/rules-regulation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ms.gov/medicare/health-safety-standards/quality-safety-oversight-emergency-preparedness/emergency-preparedness-rule" TargetMode="External"/><Relationship Id="rId5" Type="http://schemas.openxmlformats.org/officeDocument/2006/relationships/webSettings" Target="webSettings.xml"/><Relationship Id="rId15" Type="http://schemas.openxmlformats.org/officeDocument/2006/relationships/hyperlink" Target="https://www.maine.gov/dps/fmo/laws-rules-policy/nfpa-standards" TargetMode="External"/><Relationship Id="rId10" Type="http://schemas.openxmlformats.org/officeDocument/2006/relationships/hyperlink" Target="https://www.cms.gov/regulations-and-guidance/guidance/manuals/downloads/som107ap_z_emergprep.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cfr.gov/current/title-42/chapter-IV/subchapter-G/part-483/subpart-B/section-483.73" TargetMode="External"/><Relationship Id="rId14" Type="http://schemas.openxmlformats.org/officeDocument/2006/relationships/hyperlink" Target="https://www.maine.gov/dps/fmo/laws-rules-policy/ru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100</Pages>
  <Words>13585</Words>
  <Characters>77440</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90844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HCC-ME Maine Long-Term Care / Skilled Nursing Emergency Operations Plan Template</dc:title>
  <dc:subject>Emergency Operations Plan planning resource for Maine LTC/SNF facilities</dc:subject>
  <dc:creator>Healthcare Coalition of Maine</dc:creator>
  <cp:keywords>HCC-ME, Maine, LTC, SNF, EOP, emergency preparedness, CMS Appendix Z, 42 CFR 483.73, Chapter 110</cp:keywords>
  <dc:description>generated by python-docx</dc:description>
  <cp:lastModifiedBy>Dieterich, Hannah</cp:lastModifiedBy>
  <cp:revision>74</cp:revision>
  <dcterms:created xsi:type="dcterms:W3CDTF">2026-09-03T12:09:00Z</dcterms:created>
  <dcterms:modified xsi:type="dcterms:W3CDTF">2026-09-14T13:26:00Z</dcterms:modified>
  <cp:category/>
</cp:coreProperties>
</file>