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970"/>
        <w:gridCol w:w="7686"/>
      </w:tblGrid>
      <w:tr w:rsidR="005751F5" w14:paraId="54E7B082" w14:textId="77777777" w:rsidTr="00557E40">
        <w:trPr>
          <w:jc w:val="center"/>
        </w:trPr>
        <w:tc>
          <w:tcPr>
            <w:tcW w:w="2970" w:type="dxa"/>
          </w:tcPr>
          <w:p w14:paraId="621703D6" w14:textId="77777777" w:rsidR="005751F5" w:rsidRDefault="00000000" w:rsidP="00557E40">
            <w:r>
              <w:rPr>
                <w:noProof/>
              </w:rPr>
              <w:drawing>
                <wp:inline distT="0" distB="0" distL="0" distR="0" wp14:anchorId="40184D53" wp14:editId="5D2BDEB0">
                  <wp:extent cx="1653540" cy="1457727"/>
                  <wp:effectExtent l="0" t="0" r="381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ME Logo(20260902-150536).jpg"/>
                          <pic:cNvPicPr/>
                        </pic:nvPicPr>
                        <pic:blipFill>
                          <a:blip r:embed="rId8"/>
                          <a:stretch>
                            <a:fillRect/>
                          </a:stretch>
                        </pic:blipFill>
                        <pic:spPr>
                          <a:xfrm>
                            <a:off x="0" y="0"/>
                            <a:ext cx="1664142" cy="1467074"/>
                          </a:xfrm>
                          <a:prstGeom prst="rect">
                            <a:avLst/>
                          </a:prstGeom>
                        </pic:spPr>
                      </pic:pic>
                    </a:graphicData>
                  </a:graphic>
                </wp:inline>
              </w:drawing>
            </w:r>
          </w:p>
        </w:tc>
        <w:tc>
          <w:tcPr>
            <w:tcW w:w="7686" w:type="dxa"/>
          </w:tcPr>
          <w:p w14:paraId="3A970E21" w14:textId="77777777" w:rsidR="00557E40" w:rsidRDefault="00557E40">
            <w:pPr>
              <w:spacing w:after="20"/>
              <w:rPr>
                <w:rFonts w:eastAsia="Arial"/>
                <w:b/>
                <w:color w:val="006747"/>
                <w:sz w:val="21"/>
              </w:rPr>
            </w:pPr>
          </w:p>
          <w:p w14:paraId="0CDD91E1" w14:textId="77777777" w:rsidR="00557E40" w:rsidRDefault="00557E40">
            <w:pPr>
              <w:spacing w:after="20"/>
              <w:rPr>
                <w:rFonts w:eastAsia="Arial"/>
                <w:b/>
                <w:color w:val="006747"/>
                <w:sz w:val="21"/>
              </w:rPr>
            </w:pPr>
          </w:p>
          <w:p w14:paraId="27FB0295" w14:textId="5005E2E0" w:rsidR="005751F5" w:rsidRDefault="00000000">
            <w:pPr>
              <w:spacing w:after="20"/>
            </w:pPr>
            <w:r>
              <w:rPr>
                <w:rFonts w:eastAsia="Arial"/>
                <w:b/>
                <w:color w:val="006747"/>
                <w:sz w:val="21"/>
              </w:rPr>
              <w:t>HEALTHCARE COALITION OF MAINE</w:t>
            </w:r>
          </w:p>
          <w:p w14:paraId="639EDFCD" w14:textId="77777777" w:rsidR="005751F5" w:rsidRDefault="00000000">
            <w:pPr>
              <w:spacing w:after="20"/>
            </w:pPr>
            <w:r>
              <w:rPr>
                <w:rFonts w:eastAsia="Arial"/>
                <w:b/>
                <w:color w:val="006747"/>
                <w:sz w:val="36"/>
              </w:rPr>
              <w:t>UNIVERSAL MOU / AGREEMENT TRACKER</w:t>
            </w:r>
          </w:p>
          <w:p w14:paraId="60FC94DC" w14:textId="77777777" w:rsidR="005751F5" w:rsidRDefault="00000000">
            <w:pPr>
              <w:spacing w:after="0"/>
            </w:pPr>
            <w:r>
              <w:rPr>
                <w:rFonts w:eastAsia="Arial"/>
                <w:b/>
                <w:color w:val="E6532F"/>
                <w:sz w:val="21"/>
              </w:rPr>
              <w:t>For continuity, mutual aid, service, and emergency-support agreements</w:t>
            </w:r>
          </w:p>
        </w:tc>
      </w:tr>
    </w:tbl>
    <w:p w14:paraId="576B5D57" w14:textId="77777777" w:rsidR="005751F5" w:rsidRDefault="005751F5">
      <w:pPr>
        <w:pBdr>
          <w:bottom w:val="single" w:sz="14" w:space="3" w:color="E6532F"/>
        </w:pBdr>
        <w:spacing w:after="80"/>
      </w:pPr>
    </w:p>
    <w:tbl>
      <w:tblPr>
        <w:tblW w:w="0" w:type="auto"/>
        <w:jc w:val="center"/>
        <w:tblBorders>
          <w:top w:val="single" w:sz="4" w:space="0" w:color="E5B3A3"/>
          <w:left w:val="single" w:sz="4" w:space="0" w:color="E5B3A3"/>
          <w:bottom w:val="single" w:sz="4" w:space="0" w:color="E5B3A3"/>
          <w:right w:val="single" w:sz="4" w:space="0" w:color="E5B3A3"/>
          <w:insideH w:val="single" w:sz="4" w:space="0" w:color="E5B3A3"/>
          <w:insideV w:val="single" w:sz="4" w:space="0" w:color="E5B3A3"/>
        </w:tblBorders>
        <w:tblLook w:val="04A0" w:firstRow="1" w:lastRow="0" w:firstColumn="1" w:lastColumn="0" w:noHBand="0" w:noVBand="1"/>
      </w:tblPr>
      <w:tblGrid>
        <w:gridCol w:w="10656"/>
      </w:tblGrid>
      <w:tr w:rsidR="005751F5" w14:paraId="18D858CD" w14:textId="77777777">
        <w:trPr>
          <w:jc w:val="center"/>
        </w:trPr>
        <w:tc>
          <w:tcPr>
            <w:tcW w:w="10656" w:type="dxa"/>
            <w:shd w:val="clear" w:color="auto" w:fill="FCEFEA"/>
            <w:tcMar>
              <w:top w:w="65" w:type="dxa"/>
              <w:left w:w="90" w:type="dxa"/>
              <w:bottom w:w="65" w:type="dxa"/>
              <w:right w:w="90" w:type="dxa"/>
            </w:tcMar>
          </w:tcPr>
          <w:p w14:paraId="4CE8C4F2" w14:textId="77777777" w:rsidR="005751F5" w:rsidRDefault="00000000">
            <w:pPr>
              <w:spacing w:after="0"/>
            </w:pPr>
            <w:r>
              <w:rPr>
                <w:rFonts w:eastAsia="Arial"/>
                <w:b/>
                <w:color w:val="E6532F"/>
                <w:sz w:val="17"/>
              </w:rPr>
              <w:t xml:space="preserve">PLANNING RESOURCE ONLY  </w:t>
            </w:r>
            <w:r>
              <w:rPr>
                <w:rFonts w:eastAsia="Arial"/>
                <w:color w:val="222222"/>
                <w:sz w:val="17"/>
              </w:rPr>
              <w:t>HCC-ME is not a regulatory, licensing, accreditation, survey, or enforcement authority and does not impose emergency preparedness requirements. This universal form is an optional planning tool. Each organization remains responsible for identifying and meeting all requirements that apply to its provider type, license, certification, services, population, and physical environment.</w:t>
            </w:r>
          </w:p>
        </w:tc>
      </w:tr>
    </w:tbl>
    <w:p w14:paraId="3ED35EA1" w14:textId="77777777" w:rsidR="005751F5" w:rsidRDefault="00000000">
      <w:pPr>
        <w:pBdr>
          <w:bottom w:val="single" w:sz="8" w:space="3" w:color="E6532F"/>
        </w:pBdr>
        <w:spacing w:before="120" w:after="60"/>
      </w:pPr>
      <w:r>
        <w:rPr>
          <w:rFonts w:eastAsia="Arial"/>
          <w:b/>
          <w:color w:val="006747"/>
          <w:sz w:val="26"/>
        </w:rPr>
        <w:t>ORGANIZATION INFORMATION</w:t>
      </w:r>
    </w:p>
    <w:tbl>
      <w:tblPr>
        <w:tblW w:w="11286" w:type="dxa"/>
        <w:jc w:val="center"/>
        <w:tblBorders>
          <w:top w:val="single" w:sz="5" w:space="0" w:color="B8C5C0"/>
          <w:left w:val="single" w:sz="5" w:space="0" w:color="B8C5C0"/>
          <w:bottom w:val="single" w:sz="5" w:space="0" w:color="B8C5C0"/>
          <w:right w:val="single" w:sz="5" w:space="0" w:color="B8C5C0"/>
          <w:insideH w:val="single" w:sz="5" w:space="0" w:color="B8C5C0"/>
          <w:insideV w:val="single" w:sz="5" w:space="0" w:color="B8C5C0"/>
        </w:tblBorders>
        <w:tblLayout w:type="fixed"/>
        <w:tblLook w:val="04A0" w:firstRow="1" w:lastRow="0" w:firstColumn="1" w:lastColumn="0" w:noHBand="0" w:noVBand="1"/>
      </w:tblPr>
      <w:tblGrid>
        <w:gridCol w:w="4356"/>
        <w:gridCol w:w="6930"/>
      </w:tblGrid>
      <w:tr w:rsidR="005751F5" w:rsidRPr="00557E40" w14:paraId="1182C8F4" w14:textId="77777777" w:rsidTr="00557E40">
        <w:trPr>
          <w:jc w:val="center"/>
        </w:trPr>
        <w:tc>
          <w:tcPr>
            <w:tcW w:w="4356" w:type="dxa"/>
            <w:shd w:val="clear" w:color="auto" w:fill="006747"/>
            <w:tcMar>
              <w:top w:w="70" w:type="dxa"/>
              <w:left w:w="80" w:type="dxa"/>
              <w:bottom w:w="70" w:type="dxa"/>
              <w:right w:w="80" w:type="dxa"/>
            </w:tcMar>
          </w:tcPr>
          <w:p w14:paraId="4DE21C21" w14:textId="77777777" w:rsidR="005751F5" w:rsidRPr="00557E40" w:rsidRDefault="00000000">
            <w:pPr>
              <w:rPr>
                <w:szCs w:val="20"/>
              </w:rPr>
            </w:pPr>
            <w:r w:rsidRPr="00557E40">
              <w:rPr>
                <w:rFonts w:eastAsia="Arial"/>
                <w:b/>
                <w:color w:val="FFFFFF"/>
                <w:szCs w:val="20"/>
              </w:rPr>
              <w:t>Field</w:t>
            </w:r>
          </w:p>
        </w:tc>
        <w:tc>
          <w:tcPr>
            <w:tcW w:w="6930" w:type="dxa"/>
            <w:shd w:val="clear" w:color="auto" w:fill="006747"/>
            <w:tcMar>
              <w:top w:w="70" w:type="dxa"/>
              <w:left w:w="80" w:type="dxa"/>
              <w:bottom w:w="70" w:type="dxa"/>
              <w:right w:w="80" w:type="dxa"/>
            </w:tcMar>
          </w:tcPr>
          <w:p w14:paraId="765E0F6D" w14:textId="77777777" w:rsidR="005751F5" w:rsidRPr="00557E40" w:rsidRDefault="00000000">
            <w:pPr>
              <w:rPr>
                <w:szCs w:val="20"/>
              </w:rPr>
            </w:pPr>
            <w:r w:rsidRPr="00557E40">
              <w:rPr>
                <w:rFonts w:eastAsia="Arial"/>
                <w:b/>
                <w:color w:val="FFFFFF"/>
                <w:szCs w:val="20"/>
              </w:rPr>
              <w:t>Organization Entry</w:t>
            </w:r>
          </w:p>
        </w:tc>
      </w:tr>
      <w:tr w:rsidR="005751F5" w:rsidRPr="00557E40" w14:paraId="6C7159E6" w14:textId="77777777" w:rsidTr="00557E40">
        <w:trPr>
          <w:trHeight w:val="490"/>
          <w:jc w:val="center"/>
        </w:trPr>
        <w:tc>
          <w:tcPr>
            <w:tcW w:w="4356" w:type="dxa"/>
            <w:shd w:val="clear" w:color="auto" w:fill="E7F1ED"/>
            <w:tcMar>
              <w:top w:w="70" w:type="dxa"/>
              <w:left w:w="80" w:type="dxa"/>
              <w:bottom w:w="70" w:type="dxa"/>
              <w:right w:w="80" w:type="dxa"/>
            </w:tcMar>
          </w:tcPr>
          <w:p w14:paraId="6163F1F6" w14:textId="77777777" w:rsidR="005751F5" w:rsidRPr="00557E40" w:rsidRDefault="00000000">
            <w:pPr>
              <w:rPr>
                <w:szCs w:val="20"/>
              </w:rPr>
            </w:pPr>
            <w:r w:rsidRPr="00557E40">
              <w:rPr>
                <w:rFonts w:eastAsia="Arial"/>
                <w:b/>
                <w:color w:val="006747"/>
                <w:szCs w:val="20"/>
              </w:rPr>
              <w:t>Organization / Facility Name</w:t>
            </w:r>
          </w:p>
        </w:tc>
        <w:tc>
          <w:tcPr>
            <w:tcW w:w="6930" w:type="dxa"/>
            <w:tcMar>
              <w:top w:w="70" w:type="dxa"/>
              <w:left w:w="80" w:type="dxa"/>
              <w:bottom w:w="70" w:type="dxa"/>
              <w:right w:w="80" w:type="dxa"/>
            </w:tcMar>
          </w:tcPr>
          <w:p w14:paraId="5246427B" w14:textId="77777777" w:rsidR="005751F5" w:rsidRPr="00557E40" w:rsidRDefault="00000000">
            <w:pPr>
              <w:rPr>
                <w:szCs w:val="20"/>
              </w:rPr>
            </w:pPr>
            <w:r w:rsidRPr="00557E40">
              <w:rPr>
                <w:rFonts w:eastAsia="Arial"/>
                <w:i/>
                <w:color w:val="777777"/>
                <w:szCs w:val="20"/>
              </w:rPr>
              <w:t>&lt;Enter organization name&gt;</w:t>
            </w:r>
          </w:p>
        </w:tc>
      </w:tr>
      <w:tr w:rsidR="005751F5" w:rsidRPr="00557E40" w14:paraId="11D5B73A" w14:textId="77777777" w:rsidTr="00557E40">
        <w:trPr>
          <w:trHeight w:val="490"/>
          <w:jc w:val="center"/>
        </w:trPr>
        <w:tc>
          <w:tcPr>
            <w:tcW w:w="4356" w:type="dxa"/>
            <w:shd w:val="clear" w:color="auto" w:fill="E7F1ED"/>
            <w:tcMar>
              <w:top w:w="70" w:type="dxa"/>
              <w:left w:w="80" w:type="dxa"/>
              <w:bottom w:w="70" w:type="dxa"/>
              <w:right w:w="80" w:type="dxa"/>
            </w:tcMar>
          </w:tcPr>
          <w:p w14:paraId="5392B800" w14:textId="77777777" w:rsidR="005751F5" w:rsidRPr="00557E40" w:rsidRDefault="00000000">
            <w:pPr>
              <w:rPr>
                <w:szCs w:val="20"/>
              </w:rPr>
            </w:pPr>
            <w:r w:rsidRPr="00557E40">
              <w:rPr>
                <w:rFonts w:eastAsia="Arial"/>
                <w:b/>
                <w:color w:val="006747"/>
                <w:szCs w:val="20"/>
              </w:rPr>
              <w:t>Provider Type</w:t>
            </w:r>
          </w:p>
        </w:tc>
        <w:tc>
          <w:tcPr>
            <w:tcW w:w="6930" w:type="dxa"/>
            <w:tcMar>
              <w:top w:w="70" w:type="dxa"/>
              <w:left w:w="80" w:type="dxa"/>
              <w:bottom w:w="70" w:type="dxa"/>
              <w:right w:w="80" w:type="dxa"/>
            </w:tcMar>
          </w:tcPr>
          <w:p w14:paraId="3EA9C41F" w14:textId="77777777" w:rsidR="005751F5" w:rsidRPr="00557E40" w:rsidRDefault="00000000">
            <w:pPr>
              <w:rPr>
                <w:szCs w:val="20"/>
              </w:rPr>
            </w:pPr>
            <w:r w:rsidRPr="00557E40">
              <w:rPr>
                <w:rFonts w:eastAsia="Arial"/>
                <w:i/>
                <w:color w:val="777777"/>
                <w:szCs w:val="20"/>
              </w:rPr>
              <w:t>&lt;Enter provider type&gt;</w:t>
            </w:r>
          </w:p>
        </w:tc>
      </w:tr>
      <w:tr w:rsidR="005751F5" w:rsidRPr="00557E40" w14:paraId="2F194643" w14:textId="77777777" w:rsidTr="00557E40">
        <w:trPr>
          <w:trHeight w:val="490"/>
          <w:jc w:val="center"/>
        </w:trPr>
        <w:tc>
          <w:tcPr>
            <w:tcW w:w="4356" w:type="dxa"/>
            <w:shd w:val="clear" w:color="auto" w:fill="E7F1ED"/>
            <w:tcMar>
              <w:top w:w="70" w:type="dxa"/>
              <w:left w:w="80" w:type="dxa"/>
              <w:bottom w:w="70" w:type="dxa"/>
              <w:right w:w="80" w:type="dxa"/>
            </w:tcMar>
          </w:tcPr>
          <w:p w14:paraId="4EE2D701" w14:textId="77777777" w:rsidR="005751F5" w:rsidRPr="00557E40" w:rsidRDefault="00000000">
            <w:pPr>
              <w:rPr>
                <w:szCs w:val="20"/>
              </w:rPr>
            </w:pPr>
            <w:r w:rsidRPr="00557E40">
              <w:rPr>
                <w:rFonts w:eastAsia="Arial"/>
                <w:b/>
                <w:color w:val="006747"/>
                <w:szCs w:val="20"/>
              </w:rPr>
              <w:t>Primary Address / Service Area</w:t>
            </w:r>
          </w:p>
        </w:tc>
        <w:tc>
          <w:tcPr>
            <w:tcW w:w="6930" w:type="dxa"/>
            <w:tcMar>
              <w:top w:w="70" w:type="dxa"/>
              <w:left w:w="80" w:type="dxa"/>
              <w:bottom w:w="70" w:type="dxa"/>
              <w:right w:w="80" w:type="dxa"/>
            </w:tcMar>
          </w:tcPr>
          <w:p w14:paraId="6F5F1E46" w14:textId="77777777" w:rsidR="005751F5" w:rsidRPr="00557E40" w:rsidRDefault="00000000">
            <w:pPr>
              <w:rPr>
                <w:szCs w:val="20"/>
              </w:rPr>
            </w:pPr>
            <w:r w:rsidRPr="00557E40">
              <w:rPr>
                <w:rFonts w:eastAsia="Arial"/>
                <w:i/>
                <w:color w:val="777777"/>
                <w:szCs w:val="20"/>
              </w:rPr>
              <w:t>&lt;Enter&gt;</w:t>
            </w:r>
          </w:p>
        </w:tc>
      </w:tr>
      <w:tr w:rsidR="005751F5" w:rsidRPr="00557E40" w14:paraId="2F745852" w14:textId="77777777" w:rsidTr="00557E40">
        <w:trPr>
          <w:trHeight w:val="490"/>
          <w:jc w:val="center"/>
        </w:trPr>
        <w:tc>
          <w:tcPr>
            <w:tcW w:w="4356" w:type="dxa"/>
            <w:shd w:val="clear" w:color="auto" w:fill="E7F1ED"/>
            <w:tcMar>
              <w:top w:w="70" w:type="dxa"/>
              <w:left w:w="80" w:type="dxa"/>
              <w:bottom w:w="70" w:type="dxa"/>
              <w:right w:w="80" w:type="dxa"/>
            </w:tcMar>
          </w:tcPr>
          <w:p w14:paraId="77A9424A" w14:textId="77777777" w:rsidR="005751F5" w:rsidRPr="00557E40" w:rsidRDefault="00000000">
            <w:pPr>
              <w:rPr>
                <w:szCs w:val="20"/>
              </w:rPr>
            </w:pPr>
            <w:r w:rsidRPr="00557E40">
              <w:rPr>
                <w:rFonts w:eastAsia="Arial"/>
                <w:b/>
                <w:color w:val="006747"/>
                <w:szCs w:val="20"/>
              </w:rPr>
              <w:t>Document Owner / Department</w:t>
            </w:r>
          </w:p>
        </w:tc>
        <w:tc>
          <w:tcPr>
            <w:tcW w:w="6930" w:type="dxa"/>
            <w:tcMar>
              <w:top w:w="70" w:type="dxa"/>
              <w:left w:w="80" w:type="dxa"/>
              <w:bottom w:w="70" w:type="dxa"/>
              <w:right w:w="80" w:type="dxa"/>
            </w:tcMar>
          </w:tcPr>
          <w:p w14:paraId="33611BCD" w14:textId="77777777" w:rsidR="005751F5" w:rsidRPr="00557E40" w:rsidRDefault="00000000">
            <w:pPr>
              <w:rPr>
                <w:szCs w:val="20"/>
              </w:rPr>
            </w:pPr>
            <w:r w:rsidRPr="00557E40">
              <w:rPr>
                <w:rFonts w:eastAsia="Arial"/>
                <w:i/>
                <w:color w:val="777777"/>
                <w:szCs w:val="20"/>
              </w:rPr>
              <w:t>&lt;Enter&gt;</w:t>
            </w:r>
          </w:p>
        </w:tc>
      </w:tr>
      <w:tr w:rsidR="005751F5" w:rsidRPr="00557E40" w14:paraId="18A409D5" w14:textId="77777777" w:rsidTr="00557E40">
        <w:trPr>
          <w:trHeight w:val="490"/>
          <w:jc w:val="center"/>
        </w:trPr>
        <w:tc>
          <w:tcPr>
            <w:tcW w:w="4356" w:type="dxa"/>
            <w:shd w:val="clear" w:color="auto" w:fill="E7F1ED"/>
            <w:tcMar>
              <w:top w:w="70" w:type="dxa"/>
              <w:left w:w="80" w:type="dxa"/>
              <w:bottom w:w="70" w:type="dxa"/>
              <w:right w:w="80" w:type="dxa"/>
            </w:tcMar>
          </w:tcPr>
          <w:p w14:paraId="1D6D1B42" w14:textId="77777777" w:rsidR="005751F5" w:rsidRPr="00557E40" w:rsidRDefault="00000000">
            <w:pPr>
              <w:rPr>
                <w:szCs w:val="20"/>
              </w:rPr>
            </w:pPr>
            <w:r w:rsidRPr="00557E40">
              <w:rPr>
                <w:rFonts w:eastAsia="Arial"/>
                <w:b/>
                <w:color w:val="006747"/>
                <w:szCs w:val="20"/>
              </w:rPr>
              <w:t>Last Verified / Updated</w:t>
            </w:r>
          </w:p>
        </w:tc>
        <w:tc>
          <w:tcPr>
            <w:tcW w:w="6930" w:type="dxa"/>
            <w:tcMar>
              <w:top w:w="70" w:type="dxa"/>
              <w:left w:w="80" w:type="dxa"/>
              <w:bottom w:w="70" w:type="dxa"/>
              <w:right w:w="80" w:type="dxa"/>
            </w:tcMar>
          </w:tcPr>
          <w:p w14:paraId="7DBB61CE" w14:textId="77777777" w:rsidR="005751F5" w:rsidRPr="00557E40" w:rsidRDefault="00000000">
            <w:pPr>
              <w:rPr>
                <w:szCs w:val="20"/>
              </w:rPr>
            </w:pPr>
            <w:r w:rsidRPr="00557E40">
              <w:rPr>
                <w:rFonts w:eastAsia="Arial"/>
                <w:i/>
                <w:color w:val="777777"/>
                <w:szCs w:val="20"/>
              </w:rPr>
              <w:t>&lt;Date&gt;</w:t>
            </w:r>
          </w:p>
        </w:tc>
      </w:tr>
      <w:tr w:rsidR="005751F5" w:rsidRPr="00557E40" w14:paraId="7A177685" w14:textId="77777777" w:rsidTr="00557E40">
        <w:trPr>
          <w:trHeight w:val="490"/>
          <w:jc w:val="center"/>
        </w:trPr>
        <w:tc>
          <w:tcPr>
            <w:tcW w:w="4356" w:type="dxa"/>
            <w:shd w:val="clear" w:color="auto" w:fill="E7F1ED"/>
            <w:tcMar>
              <w:top w:w="70" w:type="dxa"/>
              <w:left w:w="80" w:type="dxa"/>
              <w:bottom w:w="70" w:type="dxa"/>
              <w:right w:w="80" w:type="dxa"/>
            </w:tcMar>
          </w:tcPr>
          <w:p w14:paraId="6819FCBB" w14:textId="77777777" w:rsidR="005751F5" w:rsidRPr="00557E40" w:rsidRDefault="00000000">
            <w:pPr>
              <w:rPr>
                <w:szCs w:val="20"/>
              </w:rPr>
            </w:pPr>
            <w:r w:rsidRPr="00557E40">
              <w:rPr>
                <w:rFonts w:eastAsia="Arial"/>
                <w:b/>
                <w:color w:val="006747"/>
                <w:szCs w:val="20"/>
              </w:rPr>
              <w:t>Next Scheduled Review</w:t>
            </w:r>
          </w:p>
        </w:tc>
        <w:tc>
          <w:tcPr>
            <w:tcW w:w="6930" w:type="dxa"/>
            <w:tcMar>
              <w:top w:w="70" w:type="dxa"/>
              <w:left w:w="80" w:type="dxa"/>
              <w:bottom w:w="70" w:type="dxa"/>
              <w:right w:w="80" w:type="dxa"/>
            </w:tcMar>
          </w:tcPr>
          <w:p w14:paraId="48016F4B" w14:textId="77777777" w:rsidR="005751F5" w:rsidRPr="00557E40" w:rsidRDefault="00000000">
            <w:pPr>
              <w:rPr>
                <w:szCs w:val="20"/>
              </w:rPr>
            </w:pPr>
            <w:r w:rsidRPr="00557E40">
              <w:rPr>
                <w:rFonts w:eastAsia="Arial"/>
                <w:i/>
                <w:color w:val="777777"/>
                <w:szCs w:val="20"/>
              </w:rPr>
              <w:t>&lt;Date&gt;</w:t>
            </w:r>
          </w:p>
        </w:tc>
      </w:tr>
    </w:tbl>
    <w:p w14:paraId="478472E0" w14:textId="77777777" w:rsidR="00557E40" w:rsidRDefault="00557E40">
      <w:pPr>
        <w:spacing w:after="60" w:line="240" w:lineRule="auto"/>
        <w:rPr>
          <w:rFonts w:eastAsia="Arial"/>
          <w:i/>
          <w:color w:val="666666"/>
          <w:sz w:val="18"/>
        </w:rPr>
      </w:pPr>
    </w:p>
    <w:p w14:paraId="712ACA31" w14:textId="5D574101" w:rsidR="005751F5" w:rsidRDefault="00000000">
      <w:pPr>
        <w:spacing w:after="60" w:line="240" w:lineRule="auto"/>
        <w:rPr>
          <w:rFonts w:eastAsia="Arial"/>
          <w:i/>
          <w:color w:val="666666"/>
          <w:sz w:val="18"/>
        </w:rPr>
      </w:pPr>
      <w:r>
        <w:rPr>
          <w:rFonts w:eastAsia="Arial"/>
          <w:i/>
          <w:color w:val="666666"/>
          <w:sz w:val="18"/>
        </w:rPr>
        <w:t>Use this tracker to identify and maintain agreements that support emergency operations and continuity. Include formal MOUs/MOAs, service contracts, letters of agreement, mutual-aid arrangements, and other documented commitments that your organization may need during an emergency.</w:t>
      </w:r>
    </w:p>
    <w:p w14:paraId="103E4636" w14:textId="77777777" w:rsidR="00557E40" w:rsidRDefault="00557E40">
      <w:pPr>
        <w:spacing w:after="60" w:line="240" w:lineRule="auto"/>
      </w:pPr>
    </w:p>
    <w:p w14:paraId="119BC000" w14:textId="77777777" w:rsidR="005751F5" w:rsidRDefault="00000000">
      <w:pPr>
        <w:pBdr>
          <w:bottom w:val="single" w:sz="8" w:space="3" w:color="E6532F"/>
        </w:pBdr>
        <w:spacing w:before="120" w:after="60"/>
      </w:pPr>
      <w:r>
        <w:rPr>
          <w:rFonts w:eastAsia="Arial"/>
          <w:b/>
          <w:color w:val="006747"/>
          <w:sz w:val="26"/>
        </w:rPr>
        <w:t>AGREEMENT CATEGORIES TO CONSIDER</w:t>
      </w:r>
    </w:p>
    <w:p w14:paraId="1F217FC4" w14:textId="77777777" w:rsidR="005751F5" w:rsidRDefault="00000000">
      <w:pPr>
        <w:spacing w:after="60" w:line="240" w:lineRule="auto"/>
      </w:pPr>
      <w:r>
        <w:rPr>
          <w:rFonts w:eastAsia="Arial"/>
          <w:color w:val="222222"/>
          <w:sz w:val="17"/>
        </w:rPr>
        <w:t>Receiving / referral or relocation • Transportation / patient movement • Pharmacy / medications • Food / water • Oxygen / medical gas / DME • Fuel / generator service • Staffing / temporary personnel • Laboratory / diagnostics • Waste / sanitation • Laundry / linen • IT / telecommunications / cyber support • Security • Alternate care or operating location • Emergency procurement / supply vendors • Other continuity partners</w:t>
      </w:r>
    </w:p>
    <w:p w14:paraId="632F4BC8" w14:textId="77777777" w:rsidR="005751F5" w:rsidRDefault="00000000">
      <w:r>
        <w:br w:type="page"/>
      </w:r>
    </w:p>
    <w:p w14:paraId="287B1FBC" w14:textId="77777777" w:rsidR="005751F5" w:rsidRDefault="00000000">
      <w:pPr>
        <w:pBdr>
          <w:bottom w:val="single" w:sz="8" w:space="3" w:color="E6532F"/>
        </w:pBdr>
        <w:spacing w:before="120" w:after="60"/>
      </w:pPr>
      <w:r>
        <w:rPr>
          <w:rFonts w:eastAsia="Arial"/>
          <w:b/>
          <w:color w:val="006747"/>
          <w:sz w:val="26"/>
        </w:rPr>
        <w:lastRenderedPageBreak/>
        <w:t>MASTER AGREEMENT TRACKER</w:t>
      </w:r>
    </w:p>
    <w:tbl>
      <w:tblPr>
        <w:tblW w:w="11546" w:type="dxa"/>
        <w:jc w:val="center"/>
        <w:tblBorders>
          <w:top w:val="single" w:sz="5" w:space="0" w:color="B8C5C0"/>
          <w:left w:val="single" w:sz="5" w:space="0" w:color="B8C5C0"/>
          <w:bottom w:val="single" w:sz="5" w:space="0" w:color="B8C5C0"/>
          <w:right w:val="single" w:sz="5" w:space="0" w:color="B8C5C0"/>
          <w:insideH w:val="single" w:sz="5" w:space="0" w:color="B8C5C0"/>
          <w:insideV w:val="single" w:sz="5" w:space="0" w:color="B8C5C0"/>
        </w:tblBorders>
        <w:tblLayout w:type="fixed"/>
        <w:tblLook w:val="04A0" w:firstRow="1" w:lastRow="0" w:firstColumn="1" w:lastColumn="0" w:noHBand="0" w:noVBand="1"/>
      </w:tblPr>
      <w:tblGrid>
        <w:gridCol w:w="1525"/>
        <w:gridCol w:w="2168"/>
        <w:gridCol w:w="1792"/>
        <w:gridCol w:w="1440"/>
        <w:gridCol w:w="1818"/>
        <w:gridCol w:w="1522"/>
        <w:gridCol w:w="1281"/>
      </w:tblGrid>
      <w:tr w:rsidR="005751F5" w:rsidRPr="00F12722" w14:paraId="454D7AE2" w14:textId="77777777" w:rsidTr="007513B0">
        <w:trPr>
          <w:tblHeader/>
          <w:jc w:val="center"/>
        </w:trPr>
        <w:tc>
          <w:tcPr>
            <w:tcW w:w="1525" w:type="dxa"/>
            <w:shd w:val="clear" w:color="auto" w:fill="006747"/>
            <w:tcMar>
              <w:top w:w="55" w:type="dxa"/>
              <w:left w:w="60" w:type="dxa"/>
              <w:bottom w:w="55" w:type="dxa"/>
              <w:right w:w="60" w:type="dxa"/>
            </w:tcMar>
          </w:tcPr>
          <w:p w14:paraId="167D2E3D" w14:textId="77777777" w:rsidR="005751F5" w:rsidRPr="00F12722" w:rsidRDefault="00000000">
            <w:pPr>
              <w:jc w:val="center"/>
              <w:rPr>
                <w:szCs w:val="20"/>
              </w:rPr>
            </w:pPr>
            <w:r w:rsidRPr="00F12722">
              <w:rPr>
                <w:rFonts w:eastAsia="Arial"/>
                <w:b/>
                <w:color w:val="FFFFFF"/>
                <w:szCs w:val="20"/>
              </w:rPr>
              <w:t>Partner / Organization</w:t>
            </w:r>
          </w:p>
        </w:tc>
        <w:tc>
          <w:tcPr>
            <w:tcW w:w="2168" w:type="dxa"/>
            <w:shd w:val="clear" w:color="auto" w:fill="006747"/>
            <w:tcMar>
              <w:top w:w="55" w:type="dxa"/>
              <w:left w:w="60" w:type="dxa"/>
              <w:bottom w:w="55" w:type="dxa"/>
              <w:right w:w="60" w:type="dxa"/>
            </w:tcMar>
          </w:tcPr>
          <w:p w14:paraId="5B63A3D0" w14:textId="77777777" w:rsidR="005751F5" w:rsidRPr="00F12722" w:rsidRDefault="00000000">
            <w:pPr>
              <w:jc w:val="center"/>
              <w:rPr>
                <w:szCs w:val="20"/>
              </w:rPr>
            </w:pPr>
            <w:r w:rsidRPr="00F12722">
              <w:rPr>
                <w:rFonts w:eastAsia="Arial"/>
                <w:b/>
                <w:color w:val="FFFFFF"/>
                <w:szCs w:val="20"/>
              </w:rPr>
              <w:t>Purpose / Capability</w:t>
            </w:r>
          </w:p>
        </w:tc>
        <w:tc>
          <w:tcPr>
            <w:tcW w:w="1792" w:type="dxa"/>
            <w:shd w:val="clear" w:color="auto" w:fill="006747"/>
            <w:tcMar>
              <w:top w:w="55" w:type="dxa"/>
              <w:left w:w="60" w:type="dxa"/>
              <w:bottom w:w="55" w:type="dxa"/>
              <w:right w:w="60" w:type="dxa"/>
            </w:tcMar>
          </w:tcPr>
          <w:p w14:paraId="1890519C" w14:textId="77777777" w:rsidR="005751F5" w:rsidRPr="00F12722" w:rsidRDefault="00000000">
            <w:pPr>
              <w:jc w:val="center"/>
              <w:rPr>
                <w:szCs w:val="20"/>
              </w:rPr>
            </w:pPr>
            <w:r w:rsidRPr="00F12722">
              <w:rPr>
                <w:rFonts w:eastAsia="Arial"/>
                <w:b/>
                <w:color w:val="FFFFFF"/>
                <w:szCs w:val="20"/>
              </w:rPr>
              <w:t>Agreement Type</w:t>
            </w:r>
          </w:p>
        </w:tc>
        <w:tc>
          <w:tcPr>
            <w:tcW w:w="1440" w:type="dxa"/>
            <w:shd w:val="clear" w:color="auto" w:fill="006747"/>
            <w:tcMar>
              <w:top w:w="55" w:type="dxa"/>
              <w:left w:w="60" w:type="dxa"/>
              <w:bottom w:w="55" w:type="dxa"/>
              <w:right w:w="60" w:type="dxa"/>
            </w:tcMar>
          </w:tcPr>
          <w:p w14:paraId="7397887D" w14:textId="77777777" w:rsidR="005751F5" w:rsidRPr="00F12722" w:rsidRDefault="00000000">
            <w:pPr>
              <w:jc w:val="center"/>
              <w:rPr>
                <w:szCs w:val="20"/>
              </w:rPr>
            </w:pPr>
            <w:r w:rsidRPr="00F12722">
              <w:rPr>
                <w:rFonts w:eastAsia="Arial"/>
                <w:b/>
                <w:color w:val="FFFFFF"/>
                <w:szCs w:val="20"/>
              </w:rPr>
              <w:t>Effective Date</w:t>
            </w:r>
          </w:p>
        </w:tc>
        <w:tc>
          <w:tcPr>
            <w:tcW w:w="1818" w:type="dxa"/>
            <w:shd w:val="clear" w:color="auto" w:fill="006747"/>
            <w:tcMar>
              <w:top w:w="55" w:type="dxa"/>
              <w:left w:w="60" w:type="dxa"/>
              <w:bottom w:w="55" w:type="dxa"/>
              <w:right w:w="60" w:type="dxa"/>
            </w:tcMar>
          </w:tcPr>
          <w:p w14:paraId="175C13CE" w14:textId="77777777" w:rsidR="005751F5" w:rsidRPr="00F12722" w:rsidRDefault="00000000">
            <w:pPr>
              <w:jc w:val="center"/>
              <w:rPr>
                <w:szCs w:val="20"/>
              </w:rPr>
            </w:pPr>
            <w:r w:rsidRPr="00F12722">
              <w:rPr>
                <w:rFonts w:eastAsia="Arial"/>
                <w:b/>
                <w:color w:val="FFFFFF"/>
                <w:szCs w:val="20"/>
              </w:rPr>
              <w:t>Expiration / Renewal</w:t>
            </w:r>
          </w:p>
        </w:tc>
        <w:tc>
          <w:tcPr>
            <w:tcW w:w="1522" w:type="dxa"/>
            <w:shd w:val="clear" w:color="auto" w:fill="006747"/>
            <w:tcMar>
              <w:top w:w="55" w:type="dxa"/>
              <w:left w:w="60" w:type="dxa"/>
              <w:bottom w:w="55" w:type="dxa"/>
              <w:right w:w="60" w:type="dxa"/>
            </w:tcMar>
          </w:tcPr>
          <w:p w14:paraId="42708AFF" w14:textId="77777777" w:rsidR="005751F5" w:rsidRPr="00F12722" w:rsidRDefault="00000000">
            <w:pPr>
              <w:jc w:val="center"/>
              <w:rPr>
                <w:szCs w:val="20"/>
              </w:rPr>
            </w:pPr>
            <w:r w:rsidRPr="00F12722">
              <w:rPr>
                <w:rFonts w:eastAsia="Arial"/>
                <w:b/>
                <w:color w:val="FFFFFF"/>
                <w:szCs w:val="20"/>
              </w:rPr>
              <w:t>Last Verified</w:t>
            </w:r>
          </w:p>
        </w:tc>
        <w:tc>
          <w:tcPr>
            <w:tcW w:w="1281" w:type="dxa"/>
            <w:shd w:val="clear" w:color="auto" w:fill="006747"/>
            <w:tcMar>
              <w:top w:w="55" w:type="dxa"/>
              <w:left w:w="60" w:type="dxa"/>
              <w:bottom w:w="55" w:type="dxa"/>
              <w:right w:w="60" w:type="dxa"/>
            </w:tcMar>
          </w:tcPr>
          <w:p w14:paraId="72912536" w14:textId="77777777" w:rsidR="005751F5" w:rsidRPr="00F12722" w:rsidRDefault="00000000">
            <w:pPr>
              <w:jc w:val="center"/>
              <w:rPr>
                <w:szCs w:val="20"/>
              </w:rPr>
            </w:pPr>
            <w:r w:rsidRPr="00F12722">
              <w:rPr>
                <w:rFonts w:eastAsia="Arial"/>
                <w:b/>
                <w:color w:val="FFFFFF"/>
                <w:szCs w:val="20"/>
              </w:rPr>
              <w:t>Owner / POC</w:t>
            </w:r>
          </w:p>
        </w:tc>
      </w:tr>
      <w:tr w:rsidR="005751F5" w:rsidRPr="00F12722" w14:paraId="05D1B707" w14:textId="77777777" w:rsidTr="007513B0">
        <w:trPr>
          <w:cantSplit/>
          <w:trHeight w:val="547"/>
          <w:jc w:val="center"/>
        </w:trPr>
        <w:tc>
          <w:tcPr>
            <w:tcW w:w="1525" w:type="dxa"/>
            <w:shd w:val="clear" w:color="auto" w:fill="E7F1ED"/>
            <w:tcMar>
              <w:top w:w="48" w:type="dxa"/>
              <w:left w:w="55" w:type="dxa"/>
              <w:bottom w:w="48" w:type="dxa"/>
              <w:right w:w="55" w:type="dxa"/>
            </w:tcMar>
          </w:tcPr>
          <w:p w14:paraId="48700A17" w14:textId="77777777" w:rsidR="005751F5" w:rsidRPr="00F12722" w:rsidRDefault="00000000">
            <w:pPr>
              <w:rPr>
                <w:szCs w:val="20"/>
              </w:rPr>
            </w:pPr>
            <w:r w:rsidRPr="00F12722">
              <w:rPr>
                <w:rFonts w:eastAsia="Arial"/>
                <w:i/>
                <w:color w:val="777777"/>
                <w:szCs w:val="20"/>
              </w:rPr>
              <w:t>&lt;Partner / organization&gt;</w:t>
            </w:r>
          </w:p>
        </w:tc>
        <w:tc>
          <w:tcPr>
            <w:tcW w:w="2168" w:type="dxa"/>
            <w:tcMar>
              <w:top w:w="48" w:type="dxa"/>
              <w:left w:w="55" w:type="dxa"/>
              <w:bottom w:w="48" w:type="dxa"/>
              <w:right w:w="55" w:type="dxa"/>
            </w:tcMar>
          </w:tcPr>
          <w:p w14:paraId="0D3FF3F8" w14:textId="77777777" w:rsidR="005751F5" w:rsidRPr="00F12722" w:rsidRDefault="00000000">
            <w:pPr>
              <w:rPr>
                <w:szCs w:val="20"/>
              </w:rPr>
            </w:pPr>
            <w:r w:rsidRPr="00F12722">
              <w:rPr>
                <w:rFonts w:eastAsia="Arial"/>
                <w:i/>
                <w:color w:val="777777"/>
                <w:szCs w:val="20"/>
              </w:rPr>
              <w:t>&lt;Purpose / capability&gt;</w:t>
            </w:r>
          </w:p>
        </w:tc>
        <w:tc>
          <w:tcPr>
            <w:tcW w:w="1792" w:type="dxa"/>
            <w:tcMar>
              <w:top w:w="48" w:type="dxa"/>
              <w:left w:w="55" w:type="dxa"/>
              <w:bottom w:w="48" w:type="dxa"/>
              <w:right w:w="55" w:type="dxa"/>
            </w:tcMar>
          </w:tcPr>
          <w:p w14:paraId="697F1BE0" w14:textId="77777777" w:rsidR="005751F5" w:rsidRPr="00F12722" w:rsidRDefault="00000000">
            <w:pPr>
              <w:rPr>
                <w:szCs w:val="20"/>
              </w:rPr>
            </w:pPr>
            <w:r w:rsidRPr="00F12722">
              <w:rPr>
                <w:rFonts w:eastAsia="Arial"/>
                <w:i/>
                <w:color w:val="777777"/>
                <w:szCs w:val="20"/>
              </w:rPr>
              <w:t>&lt;MOU / MOA / contract / other&gt;</w:t>
            </w:r>
          </w:p>
        </w:tc>
        <w:tc>
          <w:tcPr>
            <w:tcW w:w="1440" w:type="dxa"/>
            <w:tcMar>
              <w:top w:w="48" w:type="dxa"/>
              <w:left w:w="55" w:type="dxa"/>
              <w:bottom w:w="48" w:type="dxa"/>
              <w:right w:w="55" w:type="dxa"/>
            </w:tcMar>
          </w:tcPr>
          <w:p w14:paraId="4C5D55B6" w14:textId="77777777" w:rsidR="005751F5" w:rsidRPr="00F12722" w:rsidRDefault="00000000">
            <w:pPr>
              <w:rPr>
                <w:szCs w:val="20"/>
              </w:rPr>
            </w:pPr>
            <w:r w:rsidRPr="00F12722">
              <w:rPr>
                <w:rFonts w:eastAsia="Arial"/>
                <w:i/>
                <w:color w:val="777777"/>
                <w:szCs w:val="20"/>
              </w:rPr>
              <w:t>&lt;Effective&gt;</w:t>
            </w:r>
          </w:p>
        </w:tc>
        <w:tc>
          <w:tcPr>
            <w:tcW w:w="1818" w:type="dxa"/>
            <w:tcMar>
              <w:top w:w="48" w:type="dxa"/>
              <w:left w:w="55" w:type="dxa"/>
              <w:bottom w:w="48" w:type="dxa"/>
              <w:right w:w="55" w:type="dxa"/>
            </w:tcMar>
          </w:tcPr>
          <w:p w14:paraId="33AE1231" w14:textId="77777777" w:rsidR="005751F5" w:rsidRPr="00F12722" w:rsidRDefault="00000000">
            <w:pPr>
              <w:rPr>
                <w:szCs w:val="20"/>
              </w:rPr>
            </w:pPr>
            <w:r w:rsidRPr="00F12722">
              <w:rPr>
                <w:rFonts w:eastAsia="Arial"/>
                <w:i/>
                <w:color w:val="777777"/>
                <w:szCs w:val="20"/>
              </w:rPr>
              <w:t>&lt;Expiration / renewal&gt;</w:t>
            </w:r>
          </w:p>
        </w:tc>
        <w:tc>
          <w:tcPr>
            <w:tcW w:w="1522" w:type="dxa"/>
            <w:tcMar>
              <w:top w:w="48" w:type="dxa"/>
              <w:left w:w="55" w:type="dxa"/>
              <w:bottom w:w="48" w:type="dxa"/>
              <w:right w:w="55" w:type="dxa"/>
            </w:tcMar>
          </w:tcPr>
          <w:p w14:paraId="37FCAAEE" w14:textId="77777777" w:rsidR="005751F5" w:rsidRPr="00F12722" w:rsidRDefault="00000000">
            <w:pPr>
              <w:rPr>
                <w:szCs w:val="20"/>
              </w:rPr>
            </w:pPr>
            <w:r w:rsidRPr="00F12722">
              <w:rPr>
                <w:rFonts w:eastAsia="Arial"/>
                <w:i/>
                <w:color w:val="777777"/>
                <w:szCs w:val="20"/>
              </w:rPr>
              <w:t>&lt;Last verified&gt;</w:t>
            </w:r>
          </w:p>
        </w:tc>
        <w:tc>
          <w:tcPr>
            <w:tcW w:w="1281" w:type="dxa"/>
            <w:tcMar>
              <w:top w:w="48" w:type="dxa"/>
              <w:left w:w="55" w:type="dxa"/>
              <w:bottom w:w="48" w:type="dxa"/>
              <w:right w:w="55" w:type="dxa"/>
            </w:tcMar>
          </w:tcPr>
          <w:p w14:paraId="73365116" w14:textId="77777777" w:rsidR="005751F5" w:rsidRPr="00F12722" w:rsidRDefault="00000000">
            <w:pPr>
              <w:rPr>
                <w:szCs w:val="20"/>
              </w:rPr>
            </w:pPr>
            <w:r w:rsidRPr="00F12722">
              <w:rPr>
                <w:rFonts w:eastAsia="Arial"/>
                <w:i/>
                <w:color w:val="777777"/>
                <w:szCs w:val="20"/>
              </w:rPr>
              <w:t>&lt;Owner / POC&gt;</w:t>
            </w:r>
          </w:p>
        </w:tc>
      </w:tr>
      <w:tr w:rsidR="005751F5" w:rsidRPr="00F12722" w14:paraId="3D742878" w14:textId="77777777" w:rsidTr="007513B0">
        <w:trPr>
          <w:cantSplit/>
          <w:trHeight w:val="547"/>
          <w:jc w:val="center"/>
        </w:trPr>
        <w:tc>
          <w:tcPr>
            <w:tcW w:w="1525" w:type="dxa"/>
            <w:shd w:val="clear" w:color="auto" w:fill="F5F8F7"/>
            <w:tcMar>
              <w:top w:w="48" w:type="dxa"/>
              <w:left w:w="55" w:type="dxa"/>
              <w:bottom w:w="48" w:type="dxa"/>
              <w:right w:w="55" w:type="dxa"/>
            </w:tcMar>
          </w:tcPr>
          <w:p w14:paraId="596728BC" w14:textId="77777777" w:rsidR="005751F5" w:rsidRPr="00F12722" w:rsidRDefault="00000000">
            <w:pPr>
              <w:rPr>
                <w:szCs w:val="20"/>
              </w:rPr>
            </w:pPr>
            <w:r w:rsidRPr="00F12722">
              <w:rPr>
                <w:rFonts w:eastAsia="Arial"/>
                <w:i/>
                <w:color w:val="777777"/>
                <w:szCs w:val="20"/>
              </w:rPr>
              <w:t>&lt;Partner / organization&gt;</w:t>
            </w:r>
          </w:p>
        </w:tc>
        <w:tc>
          <w:tcPr>
            <w:tcW w:w="2168" w:type="dxa"/>
            <w:tcMar>
              <w:top w:w="48" w:type="dxa"/>
              <w:left w:w="55" w:type="dxa"/>
              <w:bottom w:w="48" w:type="dxa"/>
              <w:right w:w="55" w:type="dxa"/>
            </w:tcMar>
          </w:tcPr>
          <w:p w14:paraId="6592A00B" w14:textId="77777777" w:rsidR="005751F5" w:rsidRPr="00F12722" w:rsidRDefault="00000000">
            <w:pPr>
              <w:rPr>
                <w:szCs w:val="20"/>
              </w:rPr>
            </w:pPr>
            <w:r w:rsidRPr="00F12722">
              <w:rPr>
                <w:rFonts w:eastAsia="Arial"/>
                <w:i/>
                <w:color w:val="777777"/>
                <w:szCs w:val="20"/>
              </w:rPr>
              <w:t>&lt;Purpose / capability&gt;</w:t>
            </w:r>
          </w:p>
        </w:tc>
        <w:tc>
          <w:tcPr>
            <w:tcW w:w="1792" w:type="dxa"/>
            <w:tcMar>
              <w:top w:w="48" w:type="dxa"/>
              <w:left w:w="55" w:type="dxa"/>
              <w:bottom w:w="48" w:type="dxa"/>
              <w:right w:w="55" w:type="dxa"/>
            </w:tcMar>
          </w:tcPr>
          <w:p w14:paraId="4512A77A" w14:textId="77777777" w:rsidR="005751F5" w:rsidRPr="00F12722" w:rsidRDefault="00000000">
            <w:pPr>
              <w:rPr>
                <w:szCs w:val="20"/>
              </w:rPr>
            </w:pPr>
            <w:r w:rsidRPr="00F12722">
              <w:rPr>
                <w:rFonts w:eastAsia="Arial"/>
                <w:i/>
                <w:color w:val="777777"/>
                <w:szCs w:val="20"/>
              </w:rPr>
              <w:t>&lt;MOU / MOA / contract / other&gt;</w:t>
            </w:r>
          </w:p>
        </w:tc>
        <w:tc>
          <w:tcPr>
            <w:tcW w:w="1440" w:type="dxa"/>
            <w:tcMar>
              <w:top w:w="48" w:type="dxa"/>
              <w:left w:w="55" w:type="dxa"/>
              <w:bottom w:w="48" w:type="dxa"/>
              <w:right w:w="55" w:type="dxa"/>
            </w:tcMar>
          </w:tcPr>
          <w:p w14:paraId="77AFD938" w14:textId="77777777" w:rsidR="005751F5" w:rsidRPr="00F12722" w:rsidRDefault="00000000">
            <w:pPr>
              <w:rPr>
                <w:szCs w:val="20"/>
              </w:rPr>
            </w:pPr>
            <w:r w:rsidRPr="00F12722">
              <w:rPr>
                <w:rFonts w:eastAsia="Arial"/>
                <w:i/>
                <w:color w:val="777777"/>
                <w:szCs w:val="20"/>
              </w:rPr>
              <w:t>&lt;Effective&gt;</w:t>
            </w:r>
          </w:p>
        </w:tc>
        <w:tc>
          <w:tcPr>
            <w:tcW w:w="1818" w:type="dxa"/>
            <w:tcMar>
              <w:top w:w="48" w:type="dxa"/>
              <w:left w:w="55" w:type="dxa"/>
              <w:bottom w:w="48" w:type="dxa"/>
              <w:right w:w="55" w:type="dxa"/>
            </w:tcMar>
          </w:tcPr>
          <w:p w14:paraId="302D3ABF" w14:textId="77777777" w:rsidR="005751F5" w:rsidRPr="00F12722" w:rsidRDefault="00000000">
            <w:pPr>
              <w:rPr>
                <w:szCs w:val="20"/>
              </w:rPr>
            </w:pPr>
            <w:r w:rsidRPr="00F12722">
              <w:rPr>
                <w:rFonts w:eastAsia="Arial"/>
                <w:i/>
                <w:color w:val="777777"/>
                <w:szCs w:val="20"/>
              </w:rPr>
              <w:t>&lt;Expiration / renewal&gt;</w:t>
            </w:r>
          </w:p>
        </w:tc>
        <w:tc>
          <w:tcPr>
            <w:tcW w:w="1522" w:type="dxa"/>
            <w:tcMar>
              <w:top w:w="48" w:type="dxa"/>
              <w:left w:w="55" w:type="dxa"/>
              <w:bottom w:w="48" w:type="dxa"/>
              <w:right w:w="55" w:type="dxa"/>
            </w:tcMar>
          </w:tcPr>
          <w:p w14:paraId="52337F89" w14:textId="77777777" w:rsidR="005751F5" w:rsidRPr="00F12722" w:rsidRDefault="00000000">
            <w:pPr>
              <w:rPr>
                <w:szCs w:val="20"/>
              </w:rPr>
            </w:pPr>
            <w:r w:rsidRPr="00F12722">
              <w:rPr>
                <w:rFonts w:eastAsia="Arial"/>
                <w:i/>
                <w:color w:val="777777"/>
                <w:szCs w:val="20"/>
              </w:rPr>
              <w:t>&lt;Last verified&gt;</w:t>
            </w:r>
          </w:p>
        </w:tc>
        <w:tc>
          <w:tcPr>
            <w:tcW w:w="1281" w:type="dxa"/>
            <w:tcMar>
              <w:top w:w="48" w:type="dxa"/>
              <w:left w:w="55" w:type="dxa"/>
              <w:bottom w:w="48" w:type="dxa"/>
              <w:right w:w="55" w:type="dxa"/>
            </w:tcMar>
          </w:tcPr>
          <w:p w14:paraId="1CB095EB" w14:textId="77777777" w:rsidR="005751F5" w:rsidRPr="00F12722" w:rsidRDefault="00000000">
            <w:pPr>
              <w:rPr>
                <w:szCs w:val="20"/>
              </w:rPr>
            </w:pPr>
            <w:r w:rsidRPr="00F12722">
              <w:rPr>
                <w:rFonts w:eastAsia="Arial"/>
                <w:i/>
                <w:color w:val="777777"/>
                <w:szCs w:val="20"/>
              </w:rPr>
              <w:t>&lt;Owner / POC&gt;</w:t>
            </w:r>
          </w:p>
        </w:tc>
      </w:tr>
      <w:tr w:rsidR="005751F5" w:rsidRPr="00F12722" w14:paraId="3E1536AB" w14:textId="77777777" w:rsidTr="007513B0">
        <w:trPr>
          <w:cantSplit/>
          <w:trHeight w:val="547"/>
          <w:jc w:val="center"/>
        </w:trPr>
        <w:tc>
          <w:tcPr>
            <w:tcW w:w="1525" w:type="dxa"/>
            <w:shd w:val="clear" w:color="auto" w:fill="E7F1ED"/>
            <w:tcMar>
              <w:top w:w="48" w:type="dxa"/>
              <w:left w:w="55" w:type="dxa"/>
              <w:bottom w:w="48" w:type="dxa"/>
              <w:right w:w="55" w:type="dxa"/>
            </w:tcMar>
          </w:tcPr>
          <w:p w14:paraId="2C41641A" w14:textId="77777777" w:rsidR="005751F5" w:rsidRPr="00F12722" w:rsidRDefault="00000000">
            <w:pPr>
              <w:rPr>
                <w:szCs w:val="20"/>
              </w:rPr>
            </w:pPr>
            <w:r w:rsidRPr="00F12722">
              <w:rPr>
                <w:rFonts w:eastAsia="Arial"/>
                <w:i/>
                <w:color w:val="777777"/>
                <w:szCs w:val="20"/>
              </w:rPr>
              <w:t>&lt;Partner / organization&gt;</w:t>
            </w:r>
          </w:p>
        </w:tc>
        <w:tc>
          <w:tcPr>
            <w:tcW w:w="2168" w:type="dxa"/>
            <w:tcMar>
              <w:top w:w="48" w:type="dxa"/>
              <w:left w:w="55" w:type="dxa"/>
              <w:bottom w:w="48" w:type="dxa"/>
              <w:right w:w="55" w:type="dxa"/>
            </w:tcMar>
          </w:tcPr>
          <w:p w14:paraId="63AA117C" w14:textId="77777777" w:rsidR="005751F5" w:rsidRPr="00F12722" w:rsidRDefault="00000000">
            <w:pPr>
              <w:rPr>
                <w:szCs w:val="20"/>
              </w:rPr>
            </w:pPr>
            <w:r w:rsidRPr="00F12722">
              <w:rPr>
                <w:rFonts w:eastAsia="Arial"/>
                <w:i/>
                <w:color w:val="777777"/>
                <w:szCs w:val="20"/>
              </w:rPr>
              <w:t>&lt;Purpose / capability&gt;</w:t>
            </w:r>
          </w:p>
        </w:tc>
        <w:tc>
          <w:tcPr>
            <w:tcW w:w="1792" w:type="dxa"/>
            <w:tcMar>
              <w:top w:w="48" w:type="dxa"/>
              <w:left w:w="55" w:type="dxa"/>
              <w:bottom w:w="48" w:type="dxa"/>
              <w:right w:w="55" w:type="dxa"/>
            </w:tcMar>
          </w:tcPr>
          <w:p w14:paraId="0E6DAC4C" w14:textId="77777777" w:rsidR="005751F5" w:rsidRPr="00F12722" w:rsidRDefault="00000000">
            <w:pPr>
              <w:rPr>
                <w:szCs w:val="20"/>
              </w:rPr>
            </w:pPr>
            <w:r w:rsidRPr="00F12722">
              <w:rPr>
                <w:rFonts w:eastAsia="Arial"/>
                <w:i/>
                <w:color w:val="777777"/>
                <w:szCs w:val="20"/>
              </w:rPr>
              <w:t>&lt;MOU / MOA / contract / other&gt;</w:t>
            </w:r>
          </w:p>
        </w:tc>
        <w:tc>
          <w:tcPr>
            <w:tcW w:w="1440" w:type="dxa"/>
            <w:tcMar>
              <w:top w:w="48" w:type="dxa"/>
              <w:left w:w="55" w:type="dxa"/>
              <w:bottom w:w="48" w:type="dxa"/>
              <w:right w:w="55" w:type="dxa"/>
            </w:tcMar>
          </w:tcPr>
          <w:p w14:paraId="2077A8D1" w14:textId="77777777" w:rsidR="005751F5" w:rsidRPr="00F12722" w:rsidRDefault="00000000">
            <w:pPr>
              <w:rPr>
                <w:szCs w:val="20"/>
              </w:rPr>
            </w:pPr>
            <w:r w:rsidRPr="00F12722">
              <w:rPr>
                <w:rFonts w:eastAsia="Arial"/>
                <w:i/>
                <w:color w:val="777777"/>
                <w:szCs w:val="20"/>
              </w:rPr>
              <w:t>&lt;Effective&gt;</w:t>
            </w:r>
          </w:p>
        </w:tc>
        <w:tc>
          <w:tcPr>
            <w:tcW w:w="1818" w:type="dxa"/>
            <w:tcMar>
              <w:top w:w="48" w:type="dxa"/>
              <w:left w:w="55" w:type="dxa"/>
              <w:bottom w:w="48" w:type="dxa"/>
              <w:right w:w="55" w:type="dxa"/>
            </w:tcMar>
          </w:tcPr>
          <w:p w14:paraId="29941F29" w14:textId="77777777" w:rsidR="005751F5" w:rsidRPr="00F12722" w:rsidRDefault="00000000">
            <w:pPr>
              <w:rPr>
                <w:szCs w:val="20"/>
              </w:rPr>
            </w:pPr>
            <w:r w:rsidRPr="00F12722">
              <w:rPr>
                <w:rFonts w:eastAsia="Arial"/>
                <w:i/>
                <w:color w:val="777777"/>
                <w:szCs w:val="20"/>
              </w:rPr>
              <w:t>&lt;Expiration / renewal&gt;</w:t>
            </w:r>
          </w:p>
        </w:tc>
        <w:tc>
          <w:tcPr>
            <w:tcW w:w="1522" w:type="dxa"/>
            <w:tcMar>
              <w:top w:w="48" w:type="dxa"/>
              <w:left w:w="55" w:type="dxa"/>
              <w:bottom w:w="48" w:type="dxa"/>
              <w:right w:w="55" w:type="dxa"/>
            </w:tcMar>
          </w:tcPr>
          <w:p w14:paraId="327C3B71" w14:textId="77777777" w:rsidR="005751F5" w:rsidRPr="00F12722" w:rsidRDefault="00000000">
            <w:pPr>
              <w:rPr>
                <w:szCs w:val="20"/>
              </w:rPr>
            </w:pPr>
            <w:r w:rsidRPr="00F12722">
              <w:rPr>
                <w:rFonts w:eastAsia="Arial"/>
                <w:i/>
                <w:color w:val="777777"/>
                <w:szCs w:val="20"/>
              </w:rPr>
              <w:t>&lt;Last verified&gt;</w:t>
            </w:r>
          </w:p>
        </w:tc>
        <w:tc>
          <w:tcPr>
            <w:tcW w:w="1281" w:type="dxa"/>
            <w:tcMar>
              <w:top w:w="48" w:type="dxa"/>
              <w:left w:w="55" w:type="dxa"/>
              <w:bottom w:w="48" w:type="dxa"/>
              <w:right w:w="55" w:type="dxa"/>
            </w:tcMar>
          </w:tcPr>
          <w:p w14:paraId="630125D5" w14:textId="77777777" w:rsidR="005751F5" w:rsidRPr="00F12722" w:rsidRDefault="00000000">
            <w:pPr>
              <w:rPr>
                <w:szCs w:val="20"/>
              </w:rPr>
            </w:pPr>
            <w:r w:rsidRPr="00F12722">
              <w:rPr>
                <w:rFonts w:eastAsia="Arial"/>
                <w:i/>
                <w:color w:val="777777"/>
                <w:szCs w:val="20"/>
              </w:rPr>
              <w:t>&lt;Owner / POC&gt;</w:t>
            </w:r>
          </w:p>
        </w:tc>
      </w:tr>
      <w:tr w:rsidR="005751F5" w:rsidRPr="00F12722" w14:paraId="51377CDD" w14:textId="77777777" w:rsidTr="007513B0">
        <w:trPr>
          <w:cantSplit/>
          <w:trHeight w:val="547"/>
          <w:jc w:val="center"/>
        </w:trPr>
        <w:tc>
          <w:tcPr>
            <w:tcW w:w="1525" w:type="dxa"/>
            <w:shd w:val="clear" w:color="auto" w:fill="F5F8F7"/>
            <w:tcMar>
              <w:top w:w="48" w:type="dxa"/>
              <w:left w:w="55" w:type="dxa"/>
              <w:bottom w:w="48" w:type="dxa"/>
              <w:right w:w="55" w:type="dxa"/>
            </w:tcMar>
          </w:tcPr>
          <w:p w14:paraId="4EDF133D" w14:textId="77777777" w:rsidR="005751F5" w:rsidRPr="00F12722" w:rsidRDefault="00000000">
            <w:pPr>
              <w:rPr>
                <w:szCs w:val="20"/>
              </w:rPr>
            </w:pPr>
            <w:r w:rsidRPr="00F12722">
              <w:rPr>
                <w:rFonts w:eastAsia="Arial"/>
                <w:i/>
                <w:color w:val="777777"/>
                <w:szCs w:val="20"/>
              </w:rPr>
              <w:t>&lt;Partner / organization&gt;</w:t>
            </w:r>
          </w:p>
        </w:tc>
        <w:tc>
          <w:tcPr>
            <w:tcW w:w="2168" w:type="dxa"/>
            <w:tcMar>
              <w:top w:w="48" w:type="dxa"/>
              <w:left w:w="55" w:type="dxa"/>
              <w:bottom w:w="48" w:type="dxa"/>
              <w:right w:w="55" w:type="dxa"/>
            </w:tcMar>
          </w:tcPr>
          <w:p w14:paraId="5EF1F22F" w14:textId="77777777" w:rsidR="005751F5" w:rsidRPr="00F12722" w:rsidRDefault="00000000">
            <w:pPr>
              <w:rPr>
                <w:szCs w:val="20"/>
              </w:rPr>
            </w:pPr>
            <w:r w:rsidRPr="00F12722">
              <w:rPr>
                <w:rFonts w:eastAsia="Arial"/>
                <w:i/>
                <w:color w:val="777777"/>
                <w:szCs w:val="20"/>
              </w:rPr>
              <w:t>&lt;Purpose / capability&gt;</w:t>
            </w:r>
          </w:p>
        </w:tc>
        <w:tc>
          <w:tcPr>
            <w:tcW w:w="1792" w:type="dxa"/>
            <w:tcMar>
              <w:top w:w="48" w:type="dxa"/>
              <w:left w:w="55" w:type="dxa"/>
              <w:bottom w:w="48" w:type="dxa"/>
              <w:right w:w="55" w:type="dxa"/>
            </w:tcMar>
          </w:tcPr>
          <w:p w14:paraId="02E4EBEA" w14:textId="77777777" w:rsidR="005751F5" w:rsidRPr="00F12722" w:rsidRDefault="00000000">
            <w:pPr>
              <w:rPr>
                <w:szCs w:val="20"/>
              </w:rPr>
            </w:pPr>
            <w:r w:rsidRPr="00F12722">
              <w:rPr>
                <w:rFonts w:eastAsia="Arial"/>
                <w:i/>
                <w:color w:val="777777"/>
                <w:szCs w:val="20"/>
              </w:rPr>
              <w:t>&lt;MOU / MOA / contract / other&gt;</w:t>
            </w:r>
          </w:p>
        </w:tc>
        <w:tc>
          <w:tcPr>
            <w:tcW w:w="1440" w:type="dxa"/>
            <w:tcMar>
              <w:top w:w="48" w:type="dxa"/>
              <w:left w:w="55" w:type="dxa"/>
              <w:bottom w:w="48" w:type="dxa"/>
              <w:right w:w="55" w:type="dxa"/>
            </w:tcMar>
          </w:tcPr>
          <w:p w14:paraId="233B26A2" w14:textId="77777777" w:rsidR="005751F5" w:rsidRPr="00F12722" w:rsidRDefault="00000000">
            <w:pPr>
              <w:rPr>
                <w:szCs w:val="20"/>
              </w:rPr>
            </w:pPr>
            <w:r w:rsidRPr="00F12722">
              <w:rPr>
                <w:rFonts w:eastAsia="Arial"/>
                <w:i/>
                <w:color w:val="777777"/>
                <w:szCs w:val="20"/>
              </w:rPr>
              <w:t>&lt;Effective&gt;</w:t>
            </w:r>
          </w:p>
        </w:tc>
        <w:tc>
          <w:tcPr>
            <w:tcW w:w="1818" w:type="dxa"/>
            <w:tcMar>
              <w:top w:w="48" w:type="dxa"/>
              <w:left w:w="55" w:type="dxa"/>
              <w:bottom w:w="48" w:type="dxa"/>
              <w:right w:w="55" w:type="dxa"/>
            </w:tcMar>
          </w:tcPr>
          <w:p w14:paraId="2F45D84A" w14:textId="77777777" w:rsidR="005751F5" w:rsidRPr="00F12722" w:rsidRDefault="00000000">
            <w:pPr>
              <w:rPr>
                <w:szCs w:val="20"/>
              </w:rPr>
            </w:pPr>
            <w:r w:rsidRPr="00F12722">
              <w:rPr>
                <w:rFonts w:eastAsia="Arial"/>
                <w:i/>
                <w:color w:val="777777"/>
                <w:szCs w:val="20"/>
              </w:rPr>
              <w:t>&lt;Expiration / renewal&gt;</w:t>
            </w:r>
          </w:p>
        </w:tc>
        <w:tc>
          <w:tcPr>
            <w:tcW w:w="1522" w:type="dxa"/>
            <w:tcMar>
              <w:top w:w="48" w:type="dxa"/>
              <w:left w:w="55" w:type="dxa"/>
              <w:bottom w:w="48" w:type="dxa"/>
              <w:right w:w="55" w:type="dxa"/>
            </w:tcMar>
          </w:tcPr>
          <w:p w14:paraId="25876BA5" w14:textId="77777777" w:rsidR="005751F5" w:rsidRPr="00F12722" w:rsidRDefault="00000000">
            <w:pPr>
              <w:rPr>
                <w:szCs w:val="20"/>
              </w:rPr>
            </w:pPr>
            <w:r w:rsidRPr="00F12722">
              <w:rPr>
                <w:rFonts w:eastAsia="Arial"/>
                <w:i/>
                <w:color w:val="777777"/>
                <w:szCs w:val="20"/>
              </w:rPr>
              <w:t>&lt;Last verified&gt;</w:t>
            </w:r>
          </w:p>
        </w:tc>
        <w:tc>
          <w:tcPr>
            <w:tcW w:w="1281" w:type="dxa"/>
            <w:tcMar>
              <w:top w:w="48" w:type="dxa"/>
              <w:left w:w="55" w:type="dxa"/>
              <w:bottom w:w="48" w:type="dxa"/>
              <w:right w:w="55" w:type="dxa"/>
            </w:tcMar>
          </w:tcPr>
          <w:p w14:paraId="57396DD6" w14:textId="77777777" w:rsidR="005751F5" w:rsidRPr="00F12722" w:rsidRDefault="00000000">
            <w:pPr>
              <w:rPr>
                <w:szCs w:val="20"/>
              </w:rPr>
            </w:pPr>
            <w:r w:rsidRPr="00F12722">
              <w:rPr>
                <w:rFonts w:eastAsia="Arial"/>
                <w:i/>
                <w:color w:val="777777"/>
                <w:szCs w:val="20"/>
              </w:rPr>
              <w:t>&lt;Owner / POC&gt;</w:t>
            </w:r>
          </w:p>
        </w:tc>
      </w:tr>
      <w:tr w:rsidR="005751F5" w:rsidRPr="00F12722" w14:paraId="1D85D2D9" w14:textId="77777777" w:rsidTr="007513B0">
        <w:trPr>
          <w:cantSplit/>
          <w:trHeight w:val="547"/>
          <w:jc w:val="center"/>
        </w:trPr>
        <w:tc>
          <w:tcPr>
            <w:tcW w:w="1525" w:type="dxa"/>
            <w:shd w:val="clear" w:color="auto" w:fill="E7F1ED"/>
            <w:tcMar>
              <w:top w:w="48" w:type="dxa"/>
              <w:left w:w="55" w:type="dxa"/>
              <w:bottom w:w="48" w:type="dxa"/>
              <w:right w:w="55" w:type="dxa"/>
            </w:tcMar>
          </w:tcPr>
          <w:p w14:paraId="58BE071F" w14:textId="77777777" w:rsidR="005751F5" w:rsidRPr="00F12722" w:rsidRDefault="00000000">
            <w:pPr>
              <w:rPr>
                <w:szCs w:val="20"/>
              </w:rPr>
            </w:pPr>
            <w:r w:rsidRPr="00F12722">
              <w:rPr>
                <w:rFonts w:eastAsia="Arial"/>
                <w:i/>
                <w:color w:val="777777"/>
                <w:szCs w:val="20"/>
              </w:rPr>
              <w:t>&lt;Partner / organization&gt;</w:t>
            </w:r>
          </w:p>
        </w:tc>
        <w:tc>
          <w:tcPr>
            <w:tcW w:w="2168" w:type="dxa"/>
            <w:tcMar>
              <w:top w:w="48" w:type="dxa"/>
              <w:left w:w="55" w:type="dxa"/>
              <w:bottom w:w="48" w:type="dxa"/>
              <w:right w:w="55" w:type="dxa"/>
            </w:tcMar>
          </w:tcPr>
          <w:p w14:paraId="0D240C21" w14:textId="77777777" w:rsidR="005751F5" w:rsidRPr="00F12722" w:rsidRDefault="00000000">
            <w:pPr>
              <w:rPr>
                <w:szCs w:val="20"/>
              </w:rPr>
            </w:pPr>
            <w:r w:rsidRPr="00F12722">
              <w:rPr>
                <w:rFonts w:eastAsia="Arial"/>
                <w:i/>
                <w:color w:val="777777"/>
                <w:szCs w:val="20"/>
              </w:rPr>
              <w:t>&lt;Purpose / capability&gt;</w:t>
            </w:r>
          </w:p>
        </w:tc>
        <w:tc>
          <w:tcPr>
            <w:tcW w:w="1792" w:type="dxa"/>
            <w:tcMar>
              <w:top w:w="48" w:type="dxa"/>
              <w:left w:w="55" w:type="dxa"/>
              <w:bottom w:w="48" w:type="dxa"/>
              <w:right w:w="55" w:type="dxa"/>
            </w:tcMar>
          </w:tcPr>
          <w:p w14:paraId="3AF1F5A0" w14:textId="77777777" w:rsidR="005751F5" w:rsidRPr="00F12722" w:rsidRDefault="00000000">
            <w:pPr>
              <w:rPr>
                <w:szCs w:val="20"/>
              </w:rPr>
            </w:pPr>
            <w:r w:rsidRPr="00F12722">
              <w:rPr>
                <w:rFonts w:eastAsia="Arial"/>
                <w:i/>
                <w:color w:val="777777"/>
                <w:szCs w:val="20"/>
              </w:rPr>
              <w:t>&lt;MOU / MOA / contract / other&gt;</w:t>
            </w:r>
          </w:p>
        </w:tc>
        <w:tc>
          <w:tcPr>
            <w:tcW w:w="1440" w:type="dxa"/>
            <w:tcMar>
              <w:top w:w="48" w:type="dxa"/>
              <w:left w:w="55" w:type="dxa"/>
              <w:bottom w:w="48" w:type="dxa"/>
              <w:right w:w="55" w:type="dxa"/>
            </w:tcMar>
          </w:tcPr>
          <w:p w14:paraId="6F68D855" w14:textId="77777777" w:rsidR="005751F5" w:rsidRPr="00F12722" w:rsidRDefault="00000000">
            <w:pPr>
              <w:rPr>
                <w:szCs w:val="20"/>
              </w:rPr>
            </w:pPr>
            <w:r w:rsidRPr="00F12722">
              <w:rPr>
                <w:rFonts w:eastAsia="Arial"/>
                <w:i/>
                <w:color w:val="777777"/>
                <w:szCs w:val="20"/>
              </w:rPr>
              <w:t>&lt;Effective&gt;</w:t>
            </w:r>
          </w:p>
        </w:tc>
        <w:tc>
          <w:tcPr>
            <w:tcW w:w="1818" w:type="dxa"/>
            <w:tcMar>
              <w:top w:w="48" w:type="dxa"/>
              <w:left w:w="55" w:type="dxa"/>
              <w:bottom w:w="48" w:type="dxa"/>
              <w:right w:w="55" w:type="dxa"/>
            </w:tcMar>
          </w:tcPr>
          <w:p w14:paraId="24403396" w14:textId="77777777" w:rsidR="005751F5" w:rsidRPr="00F12722" w:rsidRDefault="00000000">
            <w:pPr>
              <w:rPr>
                <w:szCs w:val="20"/>
              </w:rPr>
            </w:pPr>
            <w:r w:rsidRPr="00F12722">
              <w:rPr>
                <w:rFonts w:eastAsia="Arial"/>
                <w:i/>
                <w:color w:val="777777"/>
                <w:szCs w:val="20"/>
              </w:rPr>
              <w:t>&lt;Expiration / renewal&gt;</w:t>
            </w:r>
          </w:p>
        </w:tc>
        <w:tc>
          <w:tcPr>
            <w:tcW w:w="1522" w:type="dxa"/>
            <w:tcMar>
              <w:top w:w="48" w:type="dxa"/>
              <w:left w:w="55" w:type="dxa"/>
              <w:bottom w:w="48" w:type="dxa"/>
              <w:right w:w="55" w:type="dxa"/>
            </w:tcMar>
          </w:tcPr>
          <w:p w14:paraId="4E07BAF6" w14:textId="77777777" w:rsidR="005751F5" w:rsidRPr="00F12722" w:rsidRDefault="00000000">
            <w:pPr>
              <w:rPr>
                <w:szCs w:val="20"/>
              </w:rPr>
            </w:pPr>
            <w:r w:rsidRPr="00F12722">
              <w:rPr>
                <w:rFonts w:eastAsia="Arial"/>
                <w:i/>
                <w:color w:val="777777"/>
                <w:szCs w:val="20"/>
              </w:rPr>
              <w:t>&lt;Last verified&gt;</w:t>
            </w:r>
          </w:p>
        </w:tc>
        <w:tc>
          <w:tcPr>
            <w:tcW w:w="1281" w:type="dxa"/>
            <w:tcMar>
              <w:top w:w="48" w:type="dxa"/>
              <w:left w:w="55" w:type="dxa"/>
              <w:bottom w:w="48" w:type="dxa"/>
              <w:right w:w="55" w:type="dxa"/>
            </w:tcMar>
          </w:tcPr>
          <w:p w14:paraId="199C556C" w14:textId="77777777" w:rsidR="005751F5" w:rsidRPr="00F12722" w:rsidRDefault="00000000">
            <w:pPr>
              <w:rPr>
                <w:szCs w:val="20"/>
              </w:rPr>
            </w:pPr>
            <w:r w:rsidRPr="00F12722">
              <w:rPr>
                <w:rFonts w:eastAsia="Arial"/>
                <w:i/>
                <w:color w:val="777777"/>
                <w:szCs w:val="20"/>
              </w:rPr>
              <w:t>&lt;Owner / POC&gt;</w:t>
            </w:r>
          </w:p>
        </w:tc>
      </w:tr>
      <w:tr w:rsidR="005751F5" w:rsidRPr="00F12722" w14:paraId="29DFBD0C" w14:textId="77777777" w:rsidTr="007513B0">
        <w:trPr>
          <w:cantSplit/>
          <w:trHeight w:val="547"/>
          <w:jc w:val="center"/>
        </w:trPr>
        <w:tc>
          <w:tcPr>
            <w:tcW w:w="1525" w:type="dxa"/>
            <w:shd w:val="clear" w:color="auto" w:fill="F5F8F7"/>
            <w:tcMar>
              <w:top w:w="48" w:type="dxa"/>
              <w:left w:w="55" w:type="dxa"/>
              <w:bottom w:w="48" w:type="dxa"/>
              <w:right w:w="55" w:type="dxa"/>
            </w:tcMar>
          </w:tcPr>
          <w:p w14:paraId="31F694AB" w14:textId="77777777" w:rsidR="005751F5" w:rsidRPr="00F12722" w:rsidRDefault="00000000">
            <w:pPr>
              <w:rPr>
                <w:szCs w:val="20"/>
              </w:rPr>
            </w:pPr>
            <w:r w:rsidRPr="00F12722">
              <w:rPr>
                <w:rFonts w:eastAsia="Arial"/>
                <w:i/>
                <w:color w:val="777777"/>
                <w:szCs w:val="20"/>
              </w:rPr>
              <w:t>&lt;Partner / organization&gt;</w:t>
            </w:r>
          </w:p>
        </w:tc>
        <w:tc>
          <w:tcPr>
            <w:tcW w:w="2168" w:type="dxa"/>
            <w:tcMar>
              <w:top w:w="48" w:type="dxa"/>
              <w:left w:w="55" w:type="dxa"/>
              <w:bottom w:w="48" w:type="dxa"/>
              <w:right w:w="55" w:type="dxa"/>
            </w:tcMar>
          </w:tcPr>
          <w:p w14:paraId="5BB222AF" w14:textId="77777777" w:rsidR="005751F5" w:rsidRPr="00F12722" w:rsidRDefault="00000000">
            <w:pPr>
              <w:rPr>
                <w:szCs w:val="20"/>
              </w:rPr>
            </w:pPr>
            <w:r w:rsidRPr="00F12722">
              <w:rPr>
                <w:rFonts w:eastAsia="Arial"/>
                <w:i/>
                <w:color w:val="777777"/>
                <w:szCs w:val="20"/>
              </w:rPr>
              <w:t>&lt;Purpose / capability&gt;</w:t>
            </w:r>
          </w:p>
        </w:tc>
        <w:tc>
          <w:tcPr>
            <w:tcW w:w="1792" w:type="dxa"/>
            <w:tcMar>
              <w:top w:w="48" w:type="dxa"/>
              <w:left w:w="55" w:type="dxa"/>
              <w:bottom w:w="48" w:type="dxa"/>
              <w:right w:w="55" w:type="dxa"/>
            </w:tcMar>
          </w:tcPr>
          <w:p w14:paraId="5BE9871D" w14:textId="77777777" w:rsidR="005751F5" w:rsidRPr="00F12722" w:rsidRDefault="00000000">
            <w:pPr>
              <w:rPr>
                <w:szCs w:val="20"/>
              </w:rPr>
            </w:pPr>
            <w:r w:rsidRPr="00F12722">
              <w:rPr>
                <w:rFonts w:eastAsia="Arial"/>
                <w:i/>
                <w:color w:val="777777"/>
                <w:szCs w:val="20"/>
              </w:rPr>
              <w:t>&lt;MOU / MOA / contract / other&gt;</w:t>
            </w:r>
          </w:p>
        </w:tc>
        <w:tc>
          <w:tcPr>
            <w:tcW w:w="1440" w:type="dxa"/>
            <w:tcMar>
              <w:top w:w="48" w:type="dxa"/>
              <w:left w:w="55" w:type="dxa"/>
              <w:bottom w:w="48" w:type="dxa"/>
              <w:right w:w="55" w:type="dxa"/>
            </w:tcMar>
          </w:tcPr>
          <w:p w14:paraId="28F140D3" w14:textId="77777777" w:rsidR="005751F5" w:rsidRPr="00F12722" w:rsidRDefault="00000000">
            <w:pPr>
              <w:rPr>
                <w:szCs w:val="20"/>
              </w:rPr>
            </w:pPr>
            <w:r w:rsidRPr="00F12722">
              <w:rPr>
                <w:rFonts w:eastAsia="Arial"/>
                <w:i/>
                <w:color w:val="777777"/>
                <w:szCs w:val="20"/>
              </w:rPr>
              <w:t>&lt;Effective&gt;</w:t>
            </w:r>
          </w:p>
        </w:tc>
        <w:tc>
          <w:tcPr>
            <w:tcW w:w="1818" w:type="dxa"/>
            <w:tcMar>
              <w:top w:w="48" w:type="dxa"/>
              <w:left w:w="55" w:type="dxa"/>
              <w:bottom w:w="48" w:type="dxa"/>
              <w:right w:w="55" w:type="dxa"/>
            </w:tcMar>
          </w:tcPr>
          <w:p w14:paraId="4A509799" w14:textId="77777777" w:rsidR="005751F5" w:rsidRPr="00F12722" w:rsidRDefault="00000000">
            <w:pPr>
              <w:rPr>
                <w:szCs w:val="20"/>
              </w:rPr>
            </w:pPr>
            <w:r w:rsidRPr="00F12722">
              <w:rPr>
                <w:rFonts w:eastAsia="Arial"/>
                <w:i/>
                <w:color w:val="777777"/>
                <w:szCs w:val="20"/>
              </w:rPr>
              <w:t>&lt;Expiration / renewal&gt;</w:t>
            </w:r>
          </w:p>
        </w:tc>
        <w:tc>
          <w:tcPr>
            <w:tcW w:w="1522" w:type="dxa"/>
            <w:tcMar>
              <w:top w:w="48" w:type="dxa"/>
              <w:left w:w="55" w:type="dxa"/>
              <w:bottom w:w="48" w:type="dxa"/>
              <w:right w:w="55" w:type="dxa"/>
            </w:tcMar>
          </w:tcPr>
          <w:p w14:paraId="10D4A439" w14:textId="77777777" w:rsidR="005751F5" w:rsidRPr="00F12722" w:rsidRDefault="00000000">
            <w:pPr>
              <w:rPr>
                <w:szCs w:val="20"/>
              </w:rPr>
            </w:pPr>
            <w:r w:rsidRPr="00F12722">
              <w:rPr>
                <w:rFonts w:eastAsia="Arial"/>
                <w:i/>
                <w:color w:val="777777"/>
                <w:szCs w:val="20"/>
              </w:rPr>
              <w:t>&lt;Last verified&gt;</w:t>
            </w:r>
          </w:p>
        </w:tc>
        <w:tc>
          <w:tcPr>
            <w:tcW w:w="1281" w:type="dxa"/>
            <w:tcMar>
              <w:top w:w="48" w:type="dxa"/>
              <w:left w:w="55" w:type="dxa"/>
              <w:bottom w:w="48" w:type="dxa"/>
              <w:right w:w="55" w:type="dxa"/>
            </w:tcMar>
          </w:tcPr>
          <w:p w14:paraId="48ACD7CD" w14:textId="77777777" w:rsidR="005751F5" w:rsidRPr="00F12722" w:rsidRDefault="00000000">
            <w:pPr>
              <w:rPr>
                <w:szCs w:val="20"/>
              </w:rPr>
            </w:pPr>
            <w:r w:rsidRPr="00F12722">
              <w:rPr>
                <w:rFonts w:eastAsia="Arial"/>
                <w:i/>
                <w:color w:val="777777"/>
                <w:szCs w:val="20"/>
              </w:rPr>
              <w:t>&lt;Owner / POC&gt;</w:t>
            </w:r>
          </w:p>
        </w:tc>
      </w:tr>
      <w:tr w:rsidR="005751F5" w:rsidRPr="00F12722" w14:paraId="6AF6C547" w14:textId="77777777" w:rsidTr="007513B0">
        <w:trPr>
          <w:cantSplit/>
          <w:trHeight w:val="547"/>
          <w:jc w:val="center"/>
        </w:trPr>
        <w:tc>
          <w:tcPr>
            <w:tcW w:w="1525" w:type="dxa"/>
            <w:shd w:val="clear" w:color="auto" w:fill="E7F1ED"/>
            <w:tcMar>
              <w:top w:w="48" w:type="dxa"/>
              <w:left w:w="55" w:type="dxa"/>
              <w:bottom w:w="48" w:type="dxa"/>
              <w:right w:w="55" w:type="dxa"/>
            </w:tcMar>
          </w:tcPr>
          <w:p w14:paraId="07644C94" w14:textId="77777777" w:rsidR="005751F5" w:rsidRPr="00F12722" w:rsidRDefault="00000000">
            <w:pPr>
              <w:rPr>
                <w:szCs w:val="20"/>
              </w:rPr>
            </w:pPr>
            <w:r w:rsidRPr="00F12722">
              <w:rPr>
                <w:rFonts w:eastAsia="Arial"/>
                <w:i/>
                <w:color w:val="777777"/>
                <w:szCs w:val="20"/>
              </w:rPr>
              <w:t>&lt;Partner / organization&gt;</w:t>
            </w:r>
          </w:p>
        </w:tc>
        <w:tc>
          <w:tcPr>
            <w:tcW w:w="2168" w:type="dxa"/>
            <w:tcMar>
              <w:top w:w="48" w:type="dxa"/>
              <w:left w:w="55" w:type="dxa"/>
              <w:bottom w:w="48" w:type="dxa"/>
              <w:right w:w="55" w:type="dxa"/>
            </w:tcMar>
          </w:tcPr>
          <w:p w14:paraId="2DDA8DBA" w14:textId="77777777" w:rsidR="005751F5" w:rsidRPr="00F12722" w:rsidRDefault="00000000">
            <w:pPr>
              <w:rPr>
                <w:szCs w:val="20"/>
              </w:rPr>
            </w:pPr>
            <w:r w:rsidRPr="00F12722">
              <w:rPr>
                <w:rFonts w:eastAsia="Arial"/>
                <w:i/>
                <w:color w:val="777777"/>
                <w:szCs w:val="20"/>
              </w:rPr>
              <w:t>&lt;Purpose / capability&gt;</w:t>
            </w:r>
          </w:p>
        </w:tc>
        <w:tc>
          <w:tcPr>
            <w:tcW w:w="1792" w:type="dxa"/>
            <w:tcMar>
              <w:top w:w="48" w:type="dxa"/>
              <w:left w:w="55" w:type="dxa"/>
              <w:bottom w:w="48" w:type="dxa"/>
              <w:right w:w="55" w:type="dxa"/>
            </w:tcMar>
          </w:tcPr>
          <w:p w14:paraId="347BE8BF" w14:textId="77777777" w:rsidR="005751F5" w:rsidRPr="00F12722" w:rsidRDefault="00000000">
            <w:pPr>
              <w:rPr>
                <w:szCs w:val="20"/>
              </w:rPr>
            </w:pPr>
            <w:r w:rsidRPr="00F12722">
              <w:rPr>
                <w:rFonts w:eastAsia="Arial"/>
                <w:i/>
                <w:color w:val="777777"/>
                <w:szCs w:val="20"/>
              </w:rPr>
              <w:t>&lt;MOU / MOA / contract / other&gt;</w:t>
            </w:r>
          </w:p>
        </w:tc>
        <w:tc>
          <w:tcPr>
            <w:tcW w:w="1440" w:type="dxa"/>
            <w:tcMar>
              <w:top w:w="48" w:type="dxa"/>
              <w:left w:w="55" w:type="dxa"/>
              <w:bottom w:w="48" w:type="dxa"/>
              <w:right w:w="55" w:type="dxa"/>
            </w:tcMar>
          </w:tcPr>
          <w:p w14:paraId="109CA881" w14:textId="77777777" w:rsidR="005751F5" w:rsidRPr="00F12722" w:rsidRDefault="00000000">
            <w:pPr>
              <w:rPr>
                <w:szCs w:val="20"/>
              </w:rPr>
            </w:pPr>
            <w:r w:rsidRPr="00F12722">
              <w:rPr>
                <w:rFonts w:eastAsia="Arial"/>
                <w:i/>
                <w:color w:val="777777"/>
                <w:szCs w:val="20"/>
              </w:rPr>
              <w:t>&lt;Effective&gt;</w:t>
            </w:r>
          </w:p>
        </w:tc>
        <w:tc>
          <w:tcPr>
            <w:tcW w:w="1818" w:type="dxa"/>
            <w:tcMar>
              <w:top w:w="48" w:type="dxa"/>
              <w:left w:w="55" w:type="dxa"/>
              <w:bottom w:w="48" w:type="dxa"/>
              <w:right w:w="55" w:type="dxa"/>
            </w:tcMar>
          </w:tcPr>
          <w:p w14:paraId="64F90A6B" w14:textId="77777777" w:rsidR="005751F5" w:rsidRPr="00F12722" w:rsidRDefault="00000000">
            <w:pPr>
              <w:rPr>
                <w:szCs w:val="20"/>
              </w:rPr>
            </w:pPr>
            <w:r w:rsidRPr="00F12722">
              <w:rPr>
                <w:rFonts w:eastAsia="Arial"/>
                <w:i/>
                <w:color w:val="777777"/>
                <w:szCs w:val="20"/>
              </w:rPr>
              <w:t>&lt;Expiration / renewal&gt;</w:t>
            </w:r>
          </w:p>
        </w:tc>
        <w:tc>
          <w:tcPr>
            <w:tcW w:w="1522" w:type="dxa"/>
            <w:tcMar>
              <w:top w:w="48" w:type="dxa"/>
              <w:left w:w="55" w:type="dxa"/>
              <w:bottom w:w="48" w:type="dxa"/>
              <w:right w:w="55" w:type="dxa"/>
            </w:tcMar>
          </w:tcPr>
          <w:p w14:paraId="4111957F" w14:textId="77777777" w:rsidR="005751F5" w:rsidRPr="00F12722" w:rsidRDefault="00000000">
            <w:pPr>
              <w:rPr>
                <w:szCs w:val="20"/>
              </w:rPr>
            </w:pPr>
            <w:r w:rsidRPr="00F12722">
              <w:rPr>
                <w:rFonts w:eastAsia="Arial"/>
                <w:i/>
                <w:color w:val="777777"/>
                <w:szCs w:val="20"/>
              </w:rPr>
              <w:t>&lt;Last verified&gt;</w:t>
            </w:r>
          </w:p>
        </w:tc>
        <w:tc>
          <w:tcPr>
            <w:tcW w:w="1281" w:type="dxa"/>
            <w:tcMar>
              <w:top w:w="48" w:type="dxa"/>
              <w:left w:w="55" w:type="dxa"/>
              <w:bottom w:w="48" w:type="dxa"/>
              <w:right w:w="55" w:type="dxa"/>
            </w:tcMar>
          </w:tcPr>
          <w:p w14:paraId="5AA0EED2" w14:textId="77777777" w:rsidR="005751F5" w:rsidRPr="00F12722" w:rsidRDefault="00000000">
            <w:pPr>
              <w:rPr>
                <w:szCs w:val="20"/>
              </w:rPr>
            </w:pPr>
            <w:r w:rsidRPr="00F12722">
              <w:rPr>
                <w:rFonts w:eastAsia="Arial"/>
                <w:i/>
                <w:color w:val="777777"/>
                <w:szCs w:val="20"/>
              </w:rPr>
              <w:t>&lt;Owner / POC&gt;</w:t>
            </w:r>
          </w:p>
        </w:tc>
      </w:tr>
      <w:tr w:rsidR="005751F5" w:rsidRPr="00F12722" w14:paraId="60C95CDC" w14:textId="77777777" w:rsidTr="007513B0">
        <w:trPr>
          <w:cantSplit/>
          <w:trHeight w:val="547"/>
          <w:jc w:val="center"/>
        </w:trPr>
        <w:tc>
          <w:tcPr>
            <w:tcW w:w="1525" w:type="dxa"/>
            <w:shd w:val="clear" w:color="auto" w:fill="F5F8F7"/>
            <w:tcMar>
              <w:top w:w="48" w:type="dxa"/>
              <w:left w:w="55" w:type="dxa"/>
              <w:bottom w:w="48" w:type="dxa"/>
              <w:right w:w="55" w:type="dxa"/>
            </w:tcMar>
          </w:tcPr>
          <w:p w14:paraId="17FB3094" w14:textId="77777777" w:rsidR="005751F5" w:rsidRPr="00F12722" w:rsidRDefault="00000000">
            <w:pPr>
              <w:rPr>
                <w:szCs w:val="20"/>
              </w:rPr>
            </w:pPr>
            <w:r w:rsidRPr="00F12722">
              <w:rPr>
                <w:rFonts w:eastAsia="Arial"/>
                <w:i/>
                <w:color w:val="777777"/>
                <w:szCs w:val="20"/>
              </w:rPr>
              <w:t>&lt;Partner / organization&gt;</w:t>
            </w:r>
          </w:p>
        </w:tc>
        <w:tc>
          <w:tcPr>
            <w:tcW w:w="2168" w:type="dxa"/>
            <w:tcMar>
              <w:top w:w="48" w:type="dxa"/>
              <w:left w:w="55" w:type="dxa"/>
              <w:bottom w:w="48" w:type="dxa"/>
              <w:right w:w="55" w:type="dxa"/>
            </w:tcMar>
          </w:tcPr>
          <w:p w14:paraId="1A8353F1" w14:textId="77777777" w:rsidR="005751F5" w:rsidRPr="00F12722" w:rsidRDefault="00000000">
            <w:pPr>
              <w:rPr>
                <w:szCs w:val="20"/>
              </w:rPr>
            </w:pPr>
            <w:r w:rsidRPr="00F12722">
              <w:rPr>
                <w:rFonts w:eastAsia="Arial"/>
                <w:i/>
                <w:color w:val="777777"/>
                <w:szCs w:val="20"/>
              </w:rPr>
              <w:t>&lt;Purpose / capability&gt;</w:t>
            </w:r>
          </w:p>
        </w:tc>
        <w:tc>
          <w:tcPr>
            <w:tcW w:w="1792" w:type="dxa"/>
            <w:tcMar>
              <w:top w:w="48" w:type="dxa"/>
              <w:left w:w="55" w:type="dxa"/>
              <w:bottom w:w="48" w:type="dxa"/>
              <w:right w:w="55" w:type="dxa"/>
            </w:tcMar>
          </w:tcPr>
          <w:p w14:paraId="3B38048A" w14:textId="77777777" w:rsidR="005751F5" w:rsidRPr="00F12722" w:rsidRDefault="00000000">
            <w:pPr>
              <w:rPr>
                <w:szCs w:val="20"/>
              </w:rPr>
            </w:pPr>
            <w:r w:rsidRPr="00F12722">
              <w:rPr>
                <w:rFonts w:eastAsia="Arial"/>
                <w:i/>
                <w:color w:val="777777"/>
                <w:szCs w:val="20"/>
              </w:rPr>
              <w:t>&lt;MOU / MOA / contract / other&gt;</w:t>
            </w:r>
          </w:p>
        </w:tc>
        <w:tc>
          <w:tcPr>
            <w:tcW w:w="1440" w:type="dxa"/>
            <w:tcMar>
              <w:top w:w="48" w:type="dxa"/>
              <w:left w:w="55" w:type="dxa"/>
              <w:bottom w:w="48" w:type="dxa"/>
              <w:right w:w="55" w:type="dxa"/>
            </w:tcMar>
          </w:tcPr>
          <w:p w14:paraId="6F13009D" w14:textId="77777777" w:rsidR="005751F5" w:rsidRPr="00F12722" w:rsidRDefault="00000000">
            <w:pPr>
              <w:rPr>
                <w:szCs w:val="20"/>
              </w:rPr>
            </w:pPr>
            <w:r w:rsidRPr="00F12722">
              <w:rPr>
                <w:rFonts w:eastAsia="Arial"/>
                <w:i/>
                <w:color w:val="777777"/>
                <w:szCs w:val="20"/>
              </w:rPr>
              <w:t>&lt;Effective&gt;</w:t>
            </w:r>
          </w:p>
        </w:tc>
        <w:tc>
          <w:tcPr>
            <w:tcW w:w="1818" w:type="dxa"/>
            <w:tcMar>
              <w:top w:w="48" w:type="dxa"/>
              <w:left w:w="55" w:type="dxa"/>
              <w:bottom w:w="48" w:type="dxa"/>
              <w:right w:w="55" w:type="dxa"/>
            </w:tcMar>
          </w:tcPr>
          <w:p w14:paraId="470B891C" w14:textId="77777777" w:rsidR="005751F5" w:rsidRPr="00F12722" w:rsidRDefault="00000000">
            <w:pPr>
              <w:rPr>
                <w:szCs w:val="20"/>
              </w:rPr>
            </w:pPr>
            <w:r w:rsidRPr="00F12722">
              <w:rPr>
                <w:rFonts w:eastAsia="Arial"/>
                <w:i/>
                <w:color w:val="777777"/>
                <w:szCs w:val="20"/>
              </w:rPr>
              <w:t>&lt;Expiration / renewal&gt;</w:t>
            </w:r>
          </w:p>
        </w:tc>
        <w:tc>
          <w:tcPr>
            <w:tcW w:w="1522" w:type="dxa"/>
            <w:tcMar>
              <w:top w:w="48" w:type="dxa"/>
              <w:left w:w="55" w:type="dxa"/>
              <w:bottom w:w="48" w:type="dxa"/>
              <w:right w:w="55" w:type="dxa"/>
            </w:tcMar>
          </w:tcPr>
          <w:p w14:paraId="2097DD9A" w14:textId="77777777" w:rsidR="005751F5" w:rsidRPr="00F12722" w:rsidRDefault="00000000">
            <w:pPr>
              <w:rPr>
                <w:szCs w:val="20"/>
              </w:rPr>
            </w:pPr>
            <w:r w:rsidRPr="00F12722">
              <w:rPr>
                <w:rFonts w:eastAsia="Arial"/>
                <w:i/>
                <w:color w:val="777777"/>
                <w:szCs w:val="20"/>
              </w:rPr>
              <w:t>&lt;Last verified&gt;</w:t>
            </w:r>
          </w:p>
        </w:tc>
        <w:tc>
          <w:tcPr>
            <w:tcW w:w="1281" w:type="dxa"/>
            <w:tcMar>
              <w:top w:w="48" w:type="dxa"/>
              <w:left w:w="55" w:type="dxa"/>
              <w:bottom w:w="48" w:type="dxa"/>
              <w:right w:w="55" w:type="dxa"/>
            </w:tcMar>
          </w:tcPr>
          <w:p w14:paraId="7D1D1C08" w14:textId="77777777" w:rsidR="005751F5" w:rsidRPr="00F12722" w:rsidRDefault="00000000">
            <w:pPr>
              <w:rPr>
                <w:szCs w:val="20"/>
              </w:rPr>
            </w:pPr>
            <w:r w:rsidRPr="00F12722">
              <w:rPr>
                <w:rFonts w:eastAsia="Arial"/>
                <w:i/>
                <w:color w:val="777777"/>
                <w:szCs w:val="20"/>
              </w:rPr>
              <w:t>&lt;Owner / POC&gt;</w:t>
            </w:r>
          </w:p>
        </w:tc>
      </w:tr>
      <w:tr w:rsidR="005751F5" w:rsidRPr="00F12722" w14:paraId="081E5DEB" w14:textId="77777777" w:rsidTr="007513B0">
        <w:trPr>
          <w:cantSplit/>
          <w:trHeight w:val="547"/>
          <w:jc w:val="center"/>
        </w:trPr>
        <w:tc>
          <w:tcPr>
            <w:tcW w:w="1525" w:type="dxa"/>
            <w:shd w:val="clear" w:color="auto" w:fill="E7F1ED"/>
            <w:tcMar>
              <w:top w:w="48" w:type="dxa"/>
              <w:left w:w="55" w:type="dxa"/>
              <w:bottom w:w="48" w:type="dxa"/>
              <w:right w:w="55" w:type="dxa"/>
            </w:tcMar>
          </w:tcPr>
          <w:p w14:paraId="27FC4ACD" w14:textId="77777777" w:rsidR="005751F5" w:rsidRPr="00F12722" w:rsidRDefault="00000000">
            <w:pPr>
              <w:rPr>
                <w:szCs w:val="20"/>
              </w:rPr>
            </w:pPr>
            <w:r w:rsidRPr="00F12722">
              <w:rPr>
                <w:rFonts w:eastAsia="Arial"/>
                <w:i/>
                <w:color w:val="777777"/>
                <w:szCs w:val="20"/>
              </w:rPr>
              <w:t>&lt;Partner / organization&gt;</w:t>
            </w:r>
          </w:p>
        </w:tc>
        <w:tc>
          <w:tcPr>
            <w:tcW w:w="2168" w:type="dxa"/>
            <w:tcMar>
              <w:top w:w="48" w:type="dxa"/>
              <w:left w:w="55" w:type="dxa"/>
              <w:bottom w:w="48" w:type="dxa"/>
              <w:right w:w="55" w:type="dxa"/>
            </w:tcMar>
          </w:tcPr>
          <w:p w14:paraId="14CE5D03" w14:textId="77777777" w:rsidR="005751F5" w:rsidRPr="00F12722" w:rsidRDefault="00000000">
            <w:pPr>
              <w:rPr>
                <w:szCs w:val="20"/>
              </w:rPr>
            </w:pPr>
            <w:r w:rsidRPr="00F12722">
              <w:rPr>
                <w:rFonts w:eastAsia="Arial"/>
                <w:i/>
                <w:color w:val="777777"/>
                <w:szCs w:val="20"/>
              </w:rPr>
              <w:t>&lt;Purpose / capability&gt;</w:t>
            </w:r>
          </w:p>
        </w:tc>
        <w:tc>
          <w:tcPr>
            <w:tcW w:w="1792" w:type="dxa"/>
            <w:tcMar>
              <w:top w:w="48" w:type="dxa"/>
              <w:left w:w="55" w:type="dxa"/>
              <w:bottom w:w="48" w:type="dxa"/>
              <w:right w:w="55" w:type="dxa"/>
            </w:tcMar>
          </w:tcPr>
          <w:p w14:paraId="4BD2FAF4" w14:textId="77777777" w:rsidR="005751F5" w:rsidRPr="00F12722" w:rsidRDefault="00000000">
            <w:pPr>
              <w:rPr>
                <w:szCs w:val="20"/>
              </w:rPr>
            </w:pPr>
            <w:r w:rsidRPr="00F12722">
              <w:rPr>
                <w:rFonts w:eastAsia="Arial"/>
                <w:i/>
                <w:color w:val="777777"/>
                <w:szCs w:val="20"/>
              </w:rPr>
              <w:t>&lt;MOU / MOA / contract / other&gt;</w:t>
            </w:r>
          </w:p>
        </w:tc>
        <w:tc>
          <w:tcPr>
            <w:tcW w:w="1440" w:type="dxa"/>
            <w:tcMar>
              <w:top w:w="48" w:type="dxa"/>
              <w:left w:w="55" w:type="dxa"/>
              <w:bottom w:w="48" w:type="dxa"/>
              <w:right w:w="55" w:type="dxa"/>
            </w:tcMar>
          </w:tcPr>
          <w:p w14:paraId="77F24BB0" w14:textId="77777777" w:rsidR="005751F5" w:rsidRPr="00F12722" w:rsidRDefault="00000000">
            <w:pPr>
              <w:rPr>
                <w:szCs w:val="20"/>
              </w:rPr>
            </w:pPr>
            <w:r w:rsidRPr="00F12722">
              <w:rPr>
                <w:rFonts w:eastAsia="Arial"/>
                <w:i/>
                <w:color w:val="777777"/>
                <w:szCs w:val="20"/>
              </w:rPr>
              <w:t>&lt;Effective&gt;</w:t>
            </w:r>
          </w:p>
        </w:tc>
        <w:tc>
          <w:tcPr>
            <w:tcW w:w="1818" w:type="dxa"/>
            <w:tcMar>
              <w:top w:w="48" w:type="dxa"/>
              <w:left w:w="55" w:type="dxa"/>
              <w:bottom w:w="48" w:type="dxa"/>
              <w:right w:w="55" w:type="dxa"/>
            </w:tcMar>
          </w:tcPr>
          <w:p w14:paraId="254E921B" w14:textId="77777777" w:rsidR="005751F5" w:rsidRPr="00F12722" w:rsidRDefault="00000000">
            <w:pPr>
              <w:rPr>
                <w:szCs w:val="20"/>
              </w:rPr>
            </w:pPr>
            <w:r w:rsidRPr="00F12722">
              <w:rPr>
                <w:rFonts w:eastAsia="Arial"/>
                <w:i/>
                <w:color w:val="777777"/>
                <w:szCs w:val="20"/>
              </w:rPr>
              <w:t>&lt;Expiration / renewal&gt;</w:t>
            </w:r>
          </w:p>
        </w:tc>
        <w:tc>
          <w:tcPr>
            <w:tcW w:w="1522" w:type="dxa"/>
            <w:tcMar>
              <w:top w:w="48" w:type="dxa"/>
              <w:left w:w="55" w:type="dxa"/>
              <w:bottom w:w="48" w:type="dxa"/>
              <w:right w:w="55" w:type="dxa"/>
            </w:tcMar>
          </w:tcPr>
          <w:p w14:paraId="5247D054" w14:textId="77777777" w:rsidR="005751F5" w:rsidRPr="00F12722" w:rsidRDefault="00000000">
            <w:pPr>
              <w:rPr>
                <w:szCs w:val="20"/>
              </w:rPr>
            </w:pPr>
            <w:r w:rsidRPr="00F12722">
              <w:rPr>
                <w:rFonts w:eastAsia="Arial"/>
                <w:i/>
                <w:color w:val="777777"/>
                <w:szCs w:val="20"/>
              </w:rPr>
              <w:t>&lt;Last verified&gt;</w:t>
            </w:r>
          </w:p>
        </w:tc>
        <w:tc>
          <w:tcPr>
            <w:tcW w:w="1281" w:type="dxa"/>
            <w:tcMar>
              <w:top w:w="48" w:type="dxa"/>
              <w:left w:w="55" w:type="dxa"/>
              <w:bottom w:w="48" w:type="dxa"/>
              <w:right w:w="55" w:type="dxa"/>
            </w:tcMar>
          </w:tcPr>
          <w:p w14:paraId="280FFB09" w14:textId="77777777" w:rsidR="005751F5" w:rsidRPr="00F12722" w:rsidRDefault="00000000">
            <w:pPr>
              <w:rPr>
                <w:szCs w:val="20"/>
              </w:rPr>
            </w:pPr>
            <w:r w:rsidRPr="00F12722">
              <w:rPr>
                <w:rFonts w:eastAsia="Arial"/>
                <w:i/>
                <w:color w:val="777777"/>
                <w:szCs w:val="20"/>
              </w:rPr>
              <w:t>&lt;Owner / POC&gt;</w:t>
            </w:r>
          </w:p>
        </w:tc>
      </w:tr>
      <w:tr w:rsidR="005751F5" w:rsidRPr="00F12722" w14:paraId="33E4A724" w14:textId="77777777" w:rsidTr="007513B0">
        <w:trPr>
          <w:cantSplit/>
          <w:trHeight w:val="547"/>
          <w:jc w:val="center"/>
        </w:trPr>
        <w:tc>
          <w:tcPr>
            <w:tcW w:w="1525" w:type="dxa"/>
            <w:shd w:val="clear" w:color="auto" w:fill="F5F8F7"/>
            <w:tcMar>
              <w:top w:w="48" w:type="dxa"/>
              <w:left w:w="55" w:type="dxa"/>
              <w:bottom w:w="48" w:type="dxa"/>
              <w:right w:w="55" w:type="dxa"/>
            </w:tcMar>
          </w:tcPr>
          <w:p w14:paraId="1005A517" w14:textId="77777777" w:rsidR="005751F5" w:rsidRPr="00F12722" w:rsidRDefault="00000000">
            <w:pPr>
              <w:rPr>
                <w:szCs w:val="20"/>
              </w:rPr>
            </w:pPr>
            <w:r w:rsidRPr="00F12722">
              <w:rPr>
                <w:rFonts w:eastAsia="Arial"/>
                <w:i/>
                <w:color w:val="777777"/>
                <w:szCs w:val="20"/>
              </w:rPr>
              <w:t>&lt;Partner / organization&gt;</w:t>
            </w:r>
          </w:p>
        </w:tc>
        <w:tc>
          <w:tcPr>
            <w:tcW w:w="2168" w:type="dxa"/>
            <w:tcMar>
              <w:top w:w="48" w:type="dxa"/>
              <w:left w:w="55" w:type="dxa"/>
              <w:bottom w:w="48" w:type="dxa"/>
              <w:right w:w="55" w:type="dxa"/>
            </w:tcMar>
          </w:tcPr>
          <w:p w14:paraId="439B16FB" w14:textId="77777777" w:rsidR="005751F5" w:rsidRPr="00F12722" w:rsidRDefault="00000000">
            <w:pPr>
              <w:rPr>
                <w:szCs w:val="20"/>
              </w:rPr>
            </w:pPr>
            <w:r w:rsidRPr="00F12722">
              <w:rPr>
                <w:rFonts w:eastAsia="Arial"/>
                <w:i/>
                <w:color w:val="777777"/>
                <w:szCs w:val="20"/>
              </w:rPr>
              <w:t>&lt;Purpose / capability&gt;</w:t>
            </w:r>
          </w:p>
        </w:tc>
        <w:tc>
          <w:tcPr>
            <w:tcW w:w="1792" w:type="dxa"/>
            <w:tcMar>
              <w:top w:w="48" w:type="dxa"/>
              <w:left w:w="55" w:type="dxa"/>
              <w:bottom w:w="48" w:type="dxa"/>
              <w:right w:w="55" w:type="dxa"/>
            </w:tcMar>
          </w:tcPr>
          <w:p w14:paraId="2FCD7ACB" w14:textId="77777777" w:rsidR="005751F5" w:rsidRPr="00F12722" w:rsidRDefault="00000000">
            <w:pPr>
              <w:rPr>
                <w:szCs w:val="20"/>
              </w:rPr>
            </w:pPr>
            <w:r w:rsidRPr="00F12722">
              <w:rPr>
                <w:rFonts w:eastAsia="Arial"/>
                <w:i/>
                <w:color w:val="777777"/>
                <w:szCs w:val="20"/>
              </w:rPr>
              <w:t>&lt;MOU / MOA / contract / other&gt;</w:t>
            </w:r>
          </w:p>
        </w:tc>
        <w:tc>
          <w:tcPr>
            <w:tcW w:w="1440" w:type="dxa"/>
            <w:tcMar>
              <w:top w:w="48" w:type="dxa"/>
              <w:left w:w="55" w:type="dxa"/>
              <w:bottom w:w="48" w:type="dxa"/>
              <w:right w:w="55" w:type="dxa"/>
            </w:tcMar>
          </w:tcPr>
          <w:p w14:paraId="78EC8EE4" w14:textId="77777777" w:rsidR="005751F5" w:rsidRPr="00F12722" w:rsidRDefault="00000000">
            <w:pPr>
              <w:rPr>
                <w:szCs w:val="20"/>
              </w:rPr>
            </w:pPr>
            <w:r w:rsidRPr="00F12722">
              <w:rPr>
                <w:rFonts w:eastAsia="Arial"/>
                <w:i/>
                <w:color w:val="777777"/>
                <w:szCs w:val="20"/>
              </w:rPr>
              <w:t>&lt;Effective&gt;</w:t>
            </w:r>
          </w:p>
        </w:tc>
        <w:tc>
          <w:tcPr>
            <w:tcW w:w="1818" w:type="dxa"/>
            <w:tcMar>
              <w:top w:w="48" w:type="dxa"/>
              <w:left w:w="55" w:type="dxa"/>
              <w:bottom w:w="48" w:type="dxa"/>
              <w:right w:w="55" w:type="dxa"/>
            </w:tcMar>
          </w:tcPr>
          <w:p w14:paraId="2632B62B" w14:textId="77777777" w:rsidR="005751F5" w:rsidRPr="00F12722" w:rsidRDefault="00000000">
            <w:pPr>
              <w:rPr>
                <w:szCs w:val="20"/>
              </w:rPr>
            </w:pPr>
            <w:r w:rsidRPr="00F12722">
              <w:rPr>
                <w:rFonts w:eastAsia="Arial"/>
                <w:i/>
                <w:color w:val="777777"/>
                <w:szCs w:val="20"/>
              </w:rPr>
              <w:t>&lt;Expiration / renewal&gt;</w:t>
            </w:r>
          </w:p>
        </w:tc>
        <w:tc>
          <w:tcPr>
            <w:tcW w:w="1522" w:type="dxa"/>
            <w:tcMar>
              <w:top w:w="48" w:type="dxa"/>
              <w:left w:w="55" w:type="dxa"/>
              <w:bottom w:w="48" w:type="dxa"/>
              <w:right w:w="55" w:type="dxa"/>
            </w:tcMar>
          </w:tcPr>
          <w:p w14:paraId="0283547C" w14:textId="77777777" w:rsidR="005751F5" w:rsidRPr="00F12722" w:rsidRDefault="00000000">
            <w:pPr>
              <w:rPr>
                <w:szCs w:val="20"/>
              </w:rPr>
            </w:pPr>
            <w:r w:rsidRPr="00F12722">
              <w:rPr>
                <w:rFonts w:eastAsia="Arial"/>
                <w:i/>
                <w:color w:val="777777"/>
                <w:szCs w:val="20"/>
              </w:rPr>
              <w:t>&lt;Last verified&gt;</w:t>
            </w:r>
          </w:p>
        </w:tc>
        <w:tc>
          <w:tcPr>
            <w:tcW w:w="1281" w:type="dxa"/>
            <w:tcMar>
              <w:top w:w="48" w:type="dxa"/>
              <w:left w:w="55" w:type="dxa"/>
              <w:bottom w:w="48" w:type="dxa"/>
              <w:right w:w="55" w:type="dxa"/>
            </w:tcMar>
          </w:tcPr>
          <w:p w14:paraId="034CC9C1" w14:textId="77777777" w:rsidR="005751F5" w:rsidRPr="00F12722" w:rsidRDefault="00000000">
            <w:pPr>
              <w:rPr>
                <w:szCs w:val="20"/>
              </w:rPr>
            </w:pPr>
            <w:r w:rsidRPr="00F12722">
              <w:rPr>
                <w:rFonts w:eastAsia="Arial"/>
                <w:i/>
                <w:color w:val="777777"/>
                <w:szCs w:val="20"/>
              </w:rPr>
              <w:t>&lt;Owner / POC&gt;</w:t>
            </w:r>
          </w:p>
        </w:tc>
      </w:tr>
    </w:tbl>
    <w:p w14:paraId="65ECD920" w14:textId="77777777" w:rsidR="005751F5" w:rsidRDefault="00000000">
      <w:r>
        <w:br w:type="page"/>
      </w:r>
    </w:p>
    <w:p w14:paraId="4A529D01" w14:textId="77777777" w:rsidR="005751F5" w:rsidRDefault="00000000">
      <w:pPr>
        <w:pBdr>
          <w:bottom w:val="single" w:sz="8" w:space="3" w:color="E6532F"/>
        </w:pBdr>
        <w:spacing w:before="120" w:after="60"/>
      </w:pPr>
      <w:r>
        <w:rPr>
          <w:rFonts w:eastAsia="Arial"/>
          <w:b/>
          <w:color w:val="006747"/>
          <w:sz w:val="26"/>
        </w:rPr>
        <w:lastRenderedPageBreak/>
        <w:t>AGREEMENT OPERATIONAL DETAILS</w:t>
      </w:r>
    </w:p>
    <w:p w14:paraId="5E5E1D48" w14:textId="77777777" w:rsidR="005751F5" w:rsidRDefault="00000000">
      <w:pPr>
        <w:spacing w:after="60" w:line="240" w:lineRule="auto"/>
      </w:pPr>
      <w:r>
        <w:rPr>
          <w:rFonts w:eastAsia="Arial"/>
          <w:i/>
          <w:color w:val="666666"/>
          <w:sz w:val="18"/>
        </w:rPr>
        <w:t>Use one row per agreement to capture information needed during an activation. Keep the signed agreement itself in the controlled location identified below.</w:t>
      </w:r>
    </w:p>
    <w:tbl>
      <w:tblPr>
        <w:tblW w:w="11394" w:type="dxa"/>
        <w:jc w:val="center"/>
        <w:tblBorders>
          <w:top w:val="single" w:sz="5" w:space="0" w:color="B8C5C0"/>
          <w:left w:val="single" w:sz="5" w:space="0" w:color="B8C5C0"/>
          <w:bottom w:val="single" w:sz="5" w:space="0" w:color="B8C5C0"/>
          <w:right w:val="single" w:sz="5" w:space="0" w:color="B8C5C0"/>
          <w:insideH w:val="single" w:sz="5" w:space="0" w:color="B8C5C0"/>
          <w:insideV w:val="single" w:sz="5" w:space="0" w:color="B8C5C0"/>
        </w:tblBorders>
        <w:tblLayout w:type="fixed"/>
        <w:tblLook w:val="04A0" w:firstRow="1" w:lastRow="0" w:firstColumn="1" w:lastColumn="0" w:noHBand="0" w:noVBand="1"/>
      </w:tblPr>
      <w:tblGrid>
        <w:gridCol w:w="1224"/>
        <w:gridCol w:w="1656"/>
        <w:gridCol w:w="2232"/>
        <w:gridCol w:w="2277"/>
        <w:gridCol w:w="2475"/>
        <w:gridCol w:w="1530"/>
      </w:tblGrid>
      <w:tr w:rsidR="005751F5" w:rsidRPr="00782069" w14:paraId="1EE70211" w14:textId="77777777" w:rsidTr="00782069">
        <w:trPr>
          <w:tblHeader/>
          <w:jc w:val="center"/>
        </w:trPr>
        <w:tc>
          <w:tcPr>
            <w:tcW w:w="1224" w:type="dxa"/>
            <w:shd w:val="clear" w:color="auto" w:fill="006747"/>
            <w:tcMar>
              <w:top w:w="55" w:type="dxa"/>
              <w:left w:w="60" w:type="dxa"/>
              <w:bottom w:w="55" w:type="dxa"/>
              <w:right w:w="60" w:type="dxa"/>
            </w:tcMar>
          </w:tcPr>
          <w:p w14:paraId="5B963EE7" w14:textId="77777777" w:rsidR="005751F5" w:rsidRPr="00782069" w:rsidRDefault="00000000">
            <w:pPr>
              <w:jc w:val="center"/>
              <w:rPr>
                <w:szCs w:val="20"/>
              </w:rPr>
            </w:pPr>
            <w:r w:rsidRPr="00782069">
              <w:rPr>
                <w:rFonts w:eastAsia="Arial"/>
                <w:b/>
                <w:color w:val="FFFFFF"/>
                <w:szCs w:val="20"/>
              </w:rPr>
              <w:t>Partner</w:t>
            </w:r>
          </w:p>
        </w:tc>
        <w:tc>
          <w:tcPr>
            <w:tcW w:w="1656" w:type="dxa"/>
            <w:shd w:val="clear" w:color="auto" w:fill="006747"/>
            <w:tcMar>
              <w:top w:w="55" w:type="dxa"/>
              <w:left w:w="60" w:type="dxa"/>
              <w:bottom w:w="55" w:type="dxa"/>
              <w:right w:w="60" w:type="dxa"/>
            </w:tcMar>
          </w:tcPr>
          <w:p w14:paraId="2DF80567" w14:textId="77777777" w:rsidR="005751F5" w:rsidRPr="00782069" w:rsidRDefault="00000000">
            <w:pPr>
              <w:jc w:val="center"/>
              <w:rPr>
                <w:szCs w:val="20"/>
              </w:rPr>
            </w:pPr>
            <w:r w:rsidRPr="00782069">
              <w:rPr>
                <w:rFonts w:eastAsia="Arial"/>
                <w:b/>
                <w:color w:val="FFFFFF"/>
                <w:szCs w:val="20"/>
              </w:rPr>
              <w:t>24/7 Activation Contact</w:t>
            </w:r>
          </w:p>
        </w:tc>
        <w:tc>
          <w:tcPr>
            <w:tcW w:w="2232" w:type="dxa"/>
            <w:shd w:val="clear" w:color="auto" w:fill="006747"/>
            <w:tcMar>
              <w:top w:w="55" w:type="dxa"/>
              <w:left w:w="60" w:type="dxa"/>
              <w:bottom w:w="55" w:type="dxa"/>
              <w:right w:w="60" w:type="dxa"/>
            </w:tcMar>
          </w:tcPr>
          <w:p w14:paraId="1EF3FFF6" w14:textId="77777777" w:rsidR="005751F5" w:rsidRPr="00782069" w:rsidRDefault="00000000">
            <w:pPr>
              <w:jc w:val="center"/>
              <w:rPr>
                <w:szCs w:val="20"/>
              </w:rPr>
            </w:pPr>
            <w:r w:rsidRPr="00782069">
              <w:rPr>
                <w:rFonts w:eastAsia="Arial"/>
                <w:b/>
                <w:color w:val="FFFFFF"/>
                <w:szCs w:val="20"/>
              </w:rPr>
              <w:t>Activation / Notice Process</w:t>
            </w:r>
          </w:p>
        </w:tc>
        <w:tc>
          <w:tcPr>
            <w:tcW w:w="2277" w:type="dxa"/>
            <w:shd w:val="clear" w:color="auto" w:fill="006747"/>
            <w:tcMar>
              <w:top w:w="55" w:type="dxa"/>
              <w:left w:w="60" w:type="dxa"/>
              <w:bottom w:w="55" w:type="dxa"/>
              <w:right w:w="60" w:type="dxa"/>
            </w:tcMar>
          </w:tcPr>
          <w:p w14:paraId="11AF350C" w14:textId="77777777" w:rsidR="005751F5" w:rsidRPr="00782069" w:rsidRDefault="00000000">
            <w:pPr>
              <w:jc w:val="center"/>
              <w:rPr>
                <w:szCs w:val="20"/>
              </w:rPr>
            </w:pPr>
            <w:r w:rsidRPr="00782069">
              <w:rPr>
                <w:rFonts w:eastAsia="Arial"/>
                <w:b/>
                <w:color w:val="FFFFFF"/>
                <w:szCs w:val="20"/>
              </w:rPr>
              <w:t>Scope / Capacity / Limitations</w:t>
            </w:r>
          </w:p>
        </w:tc>
        <w:tc>
          <w:tcPr>
            <w:tcW w:w="2475" w:type="dxa"/>
            <w:shd w:val="clear" w:color="auto" w:fill="006747"/>
            <w:tcMar>
              <w:top w:w="55" w:type="dxa"/>
              <w:left w:w="60" w:type="dxa"/>
              <w:bottom w:w="55" w:type="dxa"/>
              <w:right w:w="60" w:type="dxa"/>
            </w:tcMar>
          </w:tcPr>
          <w:p w14:paraId="0992B513" w14:textId="77777777" w:rsidR="005751F5" w:rsidRPr="00782069" w:rsidRDefault="00000000">
            <w:pPr>
              <w:jc w:val="center"/>
              <w:rPr>
                <w:szCs w:val="20"/>
              </w:rPr>
            </w:pPr>
            <w:r w:rsidRPr="00782069">
              <w:rPr>
                <w:rFonts w:eastAsia="Arial"/>
                <w:b/>
                <w:color w:val="FFFFFF"/>
                <w:szCs w:val="20"/>
              </w:rPr>
              <w:t>Copy / Storage Location</w:t>
            </w:r>
          </w:p>
        </w:tc>
        <w:tc>
          <w:tcPr>
            <w:tcW w:w="1530" w:type="dxa"/>
            <w:shd w:val="clear" w:color="auto" w:fill="006747"/>
            <w:tcMar>
              <w:top w:w="55" w:type="dxa"/>
              <w:left w:w="60" w:type="dxa"/>
              <w:bottom w:w="55" w:type="dxa"/>
              <w:right w:w="60" w:type="dxa"/>
            </w:tcMar>
          </w:tcPr>
          <w:p w14:paraId="5C3957B7" w14:textId="77777777" w:rsidR="005751F5" w:rsidRPr="00782069" w:rsidRDefault="00000000">
            <w:pPr>
              <w:jc w:val="center"/>
              <w:rPr>
                <w:szCs w:val="20"/>
              </w:rPr>
            </w:pPr>
            <w:r w:rsidRPr="00782069">
              <w:rPr>
                <w:rFonts w:eastAsia="Arial"/>
                <w:b/>
                <w:color w:val="FFFFFF"/>
                <w:szCs w:val="20"/>
              </w:rPr>
              <w:t>Status / Follow-Up</w:t>
            </w:r>
          </w:p>
        </w:tc>
      </w:tr>
      <w:tr w:rsidR="005751F5" w:rsidRPr="00782069" w14:paraId="44FEAE30" w14:textId="77777777" w:rsidTr="00782069">
        <w:trPr>
          <w:cantSplit/>
          <w:trHeight w:val="648"/>
          <w:jc w:val="center"/>
        </w:trPr>
        <w:tc>
          <w:tcPr>
            <w:tcW w:w="1224" w:type="dxa"/>
            <w:shd w:val="clear" w:color="auto" w:fill="E7F1ED"/>
            <w:tcMar>
              <w:top w:w="48" w:type="dxa"/>
              <w:left w:w="55" w:type="dxa"/>
              <w:bottom w:w="48" w:type="dxa"/>
              <w:right w:w="55" w:type="dxa"/>
            </w:tcMar>
          </w:tcPr>
          <w:p w14:paraId="1F46FFF3" w14:textId="77777777" w:rsidR="005751F5" w:rsidRPr="00782069" w:rsidRDefault="00000000">
            <w:pPr>
              <w:rPr>
                <w:szCs w:val="20"/>
              </w:rPr>
            </w:pPr>
            <w:r w:rsidRPr="00782069">
              <w:rPr>
                <w:rFonts w:eastAsia="Arial"/>
                <w:i/>
                <w:color w:val="777777"/>
                <w:szCs w:val="20"/>
              </w:rPr>
              <w:t>&lt;Partner&gt;</w:t>
            </w:r>
          </w:p>
        </w:tc>
        <w:tc>
          <w:tcPr>
            <w:tcW w:w="1656" w:type="dxa"/>
            <w:tcMar>
              <w:top w:w="48" w:type="dxa"/>
              <w:left w:w="55" w:type="dxa"/>
              <w:bottom w:w="48" w:type="dxa"/>
              <w:right w:w="55" w:type="dxa"/>
            </w:tcMar>
          </w:tcPr>
          <w:p w14:paraId="01D5C27B" w14:textId="77777777" w:rsidR="005751F5" w:rsidRPr="00782069" w:rsidRDefault="00000000">
            <w:pPr>
              <w:rPr>
                <w:szCs w:val="20"/>
              </w:rPr>
            </w:pPr>
            <w:r w:rsidRPr="00782069">
              <w:rPr>
                <w:rFonts w:eastAsia="Arial"/>
                <w:i/>
                <w:color w:val="777777"/>
                <w:szCs w:val="20"/>
              </w:rPr>
              <w:t>&lt;24/7 activation contact&gt;</w:t>
            </w:r>
          </w:p>
        </w:tc>
        <w:tc>
          <w:tcPr>
            <w:tcW w:w="2232" w:type="dxa"/>
            <w:tcMar>
              <w:top w:w="48" w:type="dxa"/>
              <w:left w:w="55" w:type="dxa"/>
              <w:bottom w:w="48" w:type="dxa"/>
              <w:right w:w="55" w:type="dxa"/>
            </w:tcMar>
          </w:tcPr>
          <w:p w14:paraId="00929AD1" w14:textId="77777777" w:rsidR="005751F5" w:rsidRPr="00782069" w:rsidRDefault="00000000">
            <w:pPr>
              <w:rPr>
                <w:szCs w:val="20"/>
              </w:rPr>
            </w:pPr>
            <w:r w:rsidRPr="00782069">
              <w:rPr>
                <w:rFonts w:eastAsia="Arial"/>
                <w:i/>
                <w:color w:val="777777"/>
                <w:szCs w:val="20"/>
              </w:rPr>
              <w:t>&lt;Activation / notice process&gt;</w:t>
            </w:r>
          </w:p>
        </w:tc>
        <w:tc>
          <w:tcPr>
            <w:tcW w:w="2277" w:type="dxa"/>
            <w:tcMar>
              <w:top w:w="48" w:type="dxa"/>
              <w:left w:w="55" w:type="dxa"/>
              <w:bottom w:w="48" w:type="dxa"/>
              <w:right w:w="55" w:type="dxa"/>
            </w:tcMar>
          </w:tcPr>
          <w:p w14:paraId="1349E4E6" w14:textId="77777777" w:rsidR="005751F5" w:rsidRPr="00782069" w:rsidRDefault="00000000">
            <w:pPr>
              <w:rPr>
                <w:szCs w:val="20"/>
              </w:rPr>
            </w:pPr>
            <w:r w:rsidRPr="00782069">
              <w:rPr>
                <w:rFonts w:eastAsia="Arial"/>
                <w:i/>
                <w:color w:val="777777"/>
                <w:szCs w:val="20"/>
              </w:rPr>
              <w:t>&lt;Scope / capacity / limitations&gt;</w:t>
            </w:r>
          </w:p>
        </w:tc>
        <w:tc>
          <w:tcPr>
            <w:tcW w:w="2475" w:type="dxa"/>
            <w:tcMar>
              <w:top w:w="48" w:type="dxa"/>
              <w:left w:w="55" w:type="dxa"/>
              <w:bottom w:w="48" w:type="dxa"/>
              <w:right w:w="55" w:type="dxa"/>
            </w:tcMar>
          </w:tcPr>
          <w:p w14:paraId="14DF1309" w14:textId="77777777" w:rsidR="005751F5" w:rsidRPr="00782069" w:rsidRDefault="00000000">
            <w:pPr>
              <w:rPr>
                <w:szCs w:val="20"/>
              </w:rPr>
            </w:pPr>
            <w:r w:rsidRPr="00782069">
              <w:rPr>
                <w:rFonts w:eastAsia="Arial"/>
                <w:i/>
                <w:color w:val="777777"/>
                <w:szCs w:val="20"/>
              </w:rPr>
              <w:t>&lt;Copy / storage location&gt;</w:t>
            </w:r>
          </w:p>
        </w:tc>
        <w:tc>
          <w:tcPr>
            <w:tcW w:w="1530" w:type="dxa"/>
            <w:tcMar>
              <w:top w:w="48" w:type="dxa"/>
              <w:left w:w="55" w:type="dxa"/>
              <w:bottom w:w="48" w:type="dxa"/>
              <w:right w:w="55" w:type="dxa"/>
            </w:tcMar>
          </w:tcPr>
          <w:p w14:paraId="4CE9EB8F" w14:textId="77777777" w:rsidR="005751F5" w:rsidRPr="00782069" w:rsidRDefault="00000000">
            <w:pPr>
              <w:rPr>
                <w:szCs w:val="20"/>
              </w:rPr>
            </w:pPr>
            <w:r w:rsidRPr="00782069">
              <w:rPr>
                <w:rFonts w:eastAsia="Arial"/>
                <w:i/>
                <w:color w:val="777777"/>
                <w:szCs w:val="20"/>
              </w:rPr>
              <w:t>&lt;Status / follow-up&gt;</w:t>
            </w:r>
          </w:p>
        </w:tc>
      </w:tr>
      <w:tr w:rsidR="005751F5" w:rsidRPr="00782069" w14:paraId="144A7DBF" w14:textId="77777777" w:rsidTr="00782069">
        <w:trPr>
          <w:cantSplit/>
          <w:trHeight w:val="648"/>
          <w:jc w:val="center"/>
        </w:trPr>
        <w:tc>
          <w:tcPr>
            <w:tcW w:w="1224" w:type="dxa"/>
            <w:shd w:val="clear" w:color="auto" w:fill="F5F8F7"/>
            <w:tcMar>
              <w:top w:w="48" w:type="dxa"/>
              <w:left w:w="55" w:type="dxa"/>
              <w:bottom w:w="48" w:type="dxa"/>
              <w:right w:w="55" w:type="dxa"/>
            </w:tcMar>
          </w:tcPr>
          <w:p w14:paraId="796D404D" w14:textId="77777777" w:rsidR="005751F5" w:rsidRPr="00782069" w:rsidRDefault="00000000">
            <w:pPr>
              <w:rPr>
                <w:szCs w:val="20"/>
              </w:rPr>
            </w:pPr>
            <w:r w:rsidRPr="00782069">
              <w:rPr>
                <w:rFonts w:eastAsia="Arial"/>
                <w:i/>
                <w:color w:val="777777"/>
                <w:szCs w:val="20"/>
              </w:rPr>
              <w:t>&lt;Partner&gt;</w:t>
            </w:r>
          </w:p>
        </w:tc>
        <w:tc>
          <w:tcPr>
            <w:tcW w:w="1656" w:type="dxa"/>
            <w:tcMar>
              <w:top w:w="48" w:type="dxa"/>
              <w:left w:w="55" w:type="dxa"/>
              <w:bottom w:w="48" w:type="dxa"/>
              <w:right w:w="55" w:type="dxa"/>
            </w:tcMar>
          </w:tcPr>
          <w:p w14:paraId="6F48B425" w14:textId="77777777" w:rsidR="005751F5" w:rsidRPr="00782069" w:rsidRDefault="00000000">
            <w:pPr>
              <w:rPr>
                <w:szCs w:val="20"/>
              </w:rPr>
            </w:pPr>
            <w:r w:rsidRPr="00782069">
              <w:rPr>
                <w:rFonts w:eastAsia="Arial"/>
                <w:i/>
                <w:color w:val="777777"/>
                <w:szCs w:val="20"/>
              </w:rPr>
              <w:t>&lt;24/7 activation contact&gt;</w:t>
            </w:r>
          </w:p>
        </w:tc>
        <w:tc>
          <w:tcPr>
            <w:tcW w:w="2232" w:type="dxa"/>
            <w:tcMar>
              <w:top w:w="48" w:type="dxa"/>
              <w:left w:w="55" w:type="dxa"/>
              <w:bottom w:w="48" w:type="dxa"/>
              <w:right w:w="55" w:type="dxa"/>
            </w:tcMar>
          </w:tcPr>
          <w:p w14:paraId="5333D81E" w14:textId="77777777" w:rsidR="005751F5" w:rsidRPr="00782069" w:rsidRDefault="00000000">
            <w:pPr>
              <w:rPr>
                <w:szCs w:val="20"/>
              </w:rPr>
            </w:pPr>
            <w:r w:rsidRPr="00782069">
              <w:rPr>
                <w:rFonts w:eastAsia="Arial"/>
                <w:i/>
                <w:color w:val="777777"/>
                <w:szCs w:val="20"/>
              </w:rPr>
              <w:t>&lt;Activation / notice process&gt;</w:t>
            </w:r>
          </w:p>
        </w:tc>
        <w:tc>
          <w:tcPr>
            <w:tcW w:w="2277" w:type="dxa"/>
            <w:tcMar>
              <w:top w:w="48" w:type="dxa"/>
              <w:left w:w="55" w:type="dxa"/>
              <w:bottom w:w="48" w:type="dxa"/>
              <w:right w:w="55" w:type="dxa"/>
            </w:tcMar>
          </w:tcPr>
          <w:p w14:paraId="06F6C74D" w14:textId="77777777" w:rsidR="005751F5" w:rsidRPr="00782069" w:rsidRDefault="00000000">
            <w:pPr>
              <w:rPr>
                <w:szCs w:val="20"/>
              </w:rPr>
            </w:pPr>
            <w:r w:rsidRPr="00782069">
              <w:rPr>
                <w:rFonts w:eastAsia="Arial"/>
                <w:i/>
                <w:color w:val="777777"/>
                <w:szCs w:val="20"/>
              </w:rPr>
              <w:t>&lt;Scope / capacity / limitations&gt;</w:t>
            </w:r>
          </w:p>
        </w:tc>
        <w:tc>
          <w:tcPr>
            <w:tcW w:w="2475" w:type="dxa"/>
            <w:tcMar>
              <w:top w:w="48" w:type="dxa"/>
              <w:left w:w="55" w:type="dxa"/>
              <w:bottom w:w="48" w:type="dxa"/>
              <w:right w:w="55" w:type="dxa"/>
            </w:tcMar>
          </w:tcPr>
          <w:p w14:paraId="444884A1" w14:textId="77777777" w:rsidR="005751F5" w:rsidRPr="00782069" w:rsidRDefault="00000000">
            <w:pPr>
              <w:rPr>
                <w:szCs w:val="20"/>
              </w:rPr>
            </w:pPr>
            <w:r w:rsidRPr="00782069">
              <w:rPr>
                <w:rFonts w:eastAsia="Arial"/>
                <w:i/>
                <w:color w:val="777777"/>
                <w:szCs w:val="20"/>
              </w:rPr>
              <w:t>&lt;Copy / storage location&gt;</w:t>
            </w:r>
          </w:p>
        </w:tc>
        <w:tc>
          <w:tcPr>
            <w:tcW w:w="1530" w:type="dxa"/>
            <w:tcMar>
              <w:top w:w="48" w:type="dxa"/>
              <w:left w:w="55" w:type="dxa"/>
              <w:bottom w:w="48" w:type="dxa"/>
              <w:right w:w="55" w:type="dxa"/>
            </w:tcMar>
          </w:tcPr>
          <w:p w14:paraId="2D14DC0C" w14:textId="77777777" w:rsidR="005751F5" w:rsidRPr="00782069" w:rsidRDefault="00000000">
            <w:pPr>
              <w:rPr>
                <w:szCs w:val="20"/>
              </w:rPr>
            </w:pPr>
            <w:r w:rsidRPr="00782069">
              <w:rPr>
                <w:rFonts w:eastAsia="Arial"/>
                <w:i/>
                <w:color w:val="777777"/>
                <w:szCs w:val="20"/>
              </w:rPr>
              <w:t>&lt;Status / follow-up&gt;</w:t>
            </w:r>
          </w:p>
        </w:tc>
      </w:tr>
      <w:tr w:rsidR="005751F5" w:rsidRPr="00782069" w14:paraId="3FF48095" w14:textId="77777777" w:rsidTr="00782069">
        <w:trPr>
          <w:cantSplit/>
          <w:trHeight w:val="648"/>
          <w:jc w:val="center"/>
        </w:trPr>
        <w:tc>
          <w:tcPr>
            <w:tcW w:w="1224" w:type="dxa"/>
            <w:shd w:val="clear" w:color="auto" w:fill="E7F1ED"/>
            <w:tcMar>
              <w:top w:w="48" w:type="dxa"/>
              <w:left w:w="55" w:type="dxa"/>
              <w:bottom w:w="48" w:type="dxa"/>
              <w:right w:w="55" w:type="dxa"/>
            </w:tcMar>
          </w:tcPr>
          <w:p w14:paraId="08C6C382" w14:textId="77777777" w:rsidR="005751F5" w:rsidRPr="00782069" w:rsidRDefault="00000000">
            <w:pPr>
              <w:rPr>
                <w:szCs w:val="20"/>
              </w:rPr>
            </w:pPr>
            <w:r w:rsidRPr="00782069">
              <w:rPr>
                <w:rFonts w:eastAsia="Arial"/>
                <w:i/>
                <w:color w:val="777777"/>
                <w:szCs w:val="20"/>
              </w:rPr>
              <w:t>&lt;Partner&gt;</w:t>
            </w:r>
          </w:p>
        </w:tc>
        <w:tc>
          <w:tcPr>
            <w:tcW w:w="1656" w:type="dxa"/>
            <w:tcMar>
              <w:top w:w="48" w:type="dxa"/>
              <w:left w:w="55" w:type="dxa"/>
              <w:bottom w:w="48" w:type="dxa"/>
              <w:right w:w="55" w:type="dxa"/>
            </w:tcMar>
          </w:tcPr>
          <w:p w14:paraId="4C4711C4" w14:textId="77777777" w:rsidR="005751F5" w:rsidRPr="00782069" w:rsidRDefault="00000000">
            <w:pPr>
              <w:rPr>
                <w:szCs w:val="20"/>
              </w:rPr>
            </w:pPr>
            <w:r w:rsidRPr="00782069">
              <w:rPr>
                <w:rFonts w:eastAsia="Arial"/>
                <w:i/>
                <w:color w:val="777777"/>
                <w:szCs w:val="20"/>
              </w:rPr>
              <w:t>&lt;24/7 activation contact&gt;</w:t>
            </w:r>
          </w:p>
        </w:tc>
        <w:tc>
          <w:tcPr>
            <w:tcW w:w="2232" w:type="dxa"/>
            <w:tcMar>
              <w:top w:w="48" w:type="dxa"/>
              <w:left w:w="55" w:type="dxa"/>
              <w:bottom w:w="48" w:type="dxa"/>
              <w:right w:w="55" w:type="dxa"/>
            </w:tcMar>
          </w:tcPr>
          <w:p w14:paraId="5D81673D" w14:textId="77777777" w:rsidR="005751F5" w:rsidRPr="00782069" w:rsidRDefault="00000000">
            <w:pPr>
              <w:rPr>
                <w:szCs w:val="20"/>
              </w:rPr>
            </w:pPr>
            <w:r w:rsidRPr="00782069">
              <w:rPr>
                <w:rFonts w:eastAsia="Arial"/>
                <w:i/>
                <w:color w:val="777777"/>
                <w:szCs w:val="20"/>
              </w:rPr>
              <w:t>&lt;Activation / notice process&gt;</w:t>
            </w:r>
          </w:p>
        </w:tc>
        <w:tc>
          <w:tcPr>
            <w:tcW w:w="2277" w:type="dxa"/>
            <w:tcMar>
              <w:top w:w="48" w:type="dxa"/>
              <w:left w:w="55" w:type="dxa"/>
              <w:bottom w:w="48" w:type="dxa"/>
              <w:right w:w="55" w:type="dxa"/>
            </w:tcMar>
          </w:tcPr>
          <w:p w14:paraId="48628399" w14:textId="77777777" w:rsidR="005751F5" w:rsidRPr="00782069" w:rsidRDefault="00000000">
            <w:pPr>
              <w:rPr>
                <w:szCs w:val="20"/>
              </w:rPr>
            </w:pPr>
            <w:r w:rsidRPr="00782069">
              <w:rPr>
                <w:rFonts w:eastAsia="Arial"/>
                <w:i/>
                <w:color w:val="777777"/>
                <w:szCs w:val="20"/>
              </w:rPr>
              <w:t>&lt;Scope / capacity / limitations&gt;</w:t>
            </w:r>
          </w:p>
        </w:tc>
        <w:tc>
          <w:tcPr>
            <w:tcW w:w="2475" w:type="dxa"/>
            <w:tcMar>
              <w:top w:w="48" w:type="dxa"/>
              <w:left w:w="55" w:type="dxa"/>
              <w:bottom w:w="48" w:type="dxa"/>
              <w:right w:w="55" w:type="dxa"/>
            </w:tcMar>
          </w:tcPr>
          <w:p w14:paraId="065F68C4" w14:textId="77777777" w:rsidR="005751F5" w:rsidRPr="00782069" w:rsidRDefault="00000000">
            <w:pPr>
              <w:rPr>
                <w:szCs w:val="20"/>
              </w:rPr>
            </w:pPr>
            <w:r w:rsidRPr="00782069">
              <w:rPr>
                <w:rFonts w:eastAsia="Arial"/>
                <w:i/>
                <w:color w:val="777777"/>
                <w:szCs w:val="20"/>
              </w:rPr>
              <w:t>&lt;Copy / storage location&gt;</w:t>
            </w:r>
          </w:p>
        </w:tc>
        <w:tc>
          <w:tcPr>
            <w:tcW w:w="1530" w:type="dxa"/>
            <w:tcMar>
              <w:top w:w="48" w:type="dxa"/>
              <w:left w:w="55" w:type="dxa"/>
              <w:bottom w:w="48" w:type="dxa"/>
              <w:right w:w="55" w:type="dxa"/>
            </w:tcMar>
          </w:tcPr>
          <w:p w14:paraId="1542D510" w14:textId="77777777" w:rsidR="005751F5" w:rsidRPr="00782069" w:rsidRDefault="00000000">
            <w:pPr>
              <w:rPr>
                <w:szCs w:val="20"/>
              </w:rPr>
            </w:pPr>
            <w:r w:rsidRPr="00782069">
              <w:rPr>
                <w:rFonts w:eastAsia="Arial"/>
                <w:i/>
                <w:color w:val="777777"/>
                <w:szCs w:val="20"/>
              </w:rPr>
              <w:t>&lt;Status / follow-up&gt;</w:t>
            </w:r>
          </w:p>
        </w:tc>
      </w:tr>
      <w:tr w:rsidR="005751F5" w:rsidRPr="00782069" w14:paraId="192632E9" w14:textId="77777777" w:rsidTr="00782069">
        <w:trPr>
          <w:cantSplit/>
          <w:trHeight w:val="648"/>
          <w:jc w:val="center"/>
        </w:trPr>
        <w:tc>
          <w:tcPr>
            <w:tcW w:w="1224" w:type="dxa"/>
            <w:shd w:val="clear" w:color="auto" w:fill="F5F8F7"/>
            <w:tcMar>
              <w:top w:w="48" w:type="dxa"/>
              <w:left w:w="55" w:type="dxa"/>
              <w:bottom w:w="48" w:type="dxa"/>
              <w:right w:w="55" w:type="dxa"/>
            </w:tcMar>
          </w:tcPr>
          <w:p w14:paraId="21F5AFB2" w14:textId="77777777" w:rsidR="005751F5" w:rsidRPr="00782069" w:rsidRDefault="00000000">
            <w:pPr>
              <w:rPr>
                <w:szCs w:val="20"/>
              </w:rPr>
            </w:pPr>
            <w:r w:rsidRPr="00782069">
              <w:rPr>
                <w:rFonts w:eastAsia="Arial"/>
                <w:i/>
                <w:color w:val="777777"/>
                <w:szCs w:val="20"/>
              </w:rPr>
              <w:t>&lt;Partner&gt;</w:t>
            </w:r>
          </w:p>
        </w:tc>
        <w:tc>
          <w:tcPr>
            <w:tcW w:w="1656" w:type="dxa"/>
            <w:tcMar>
              <w:top w:w="48" w:type="dxa"/>
              <w:left w:w="55" w:type="dxa"/>
              <w:bottom w:w="48" w:type="dxa"/>
              <w:right w:w="55" w:type="dxa"/>
            </w:tcMar>
          </w:tcPr>
          <w:p w14:paraId="6961F1CA" w14:textId="77777777" w:rsidR="005751F5" w:rsidRPr="00782069" w:rsidRDefault="00000000">
            <w:pPr>
              <w:rPr>
                <w:szCs w:val="20"/>
              </w:rPr>
            </w:pPr>
            <w:r w:rsidRPr="00782069">
              <w:rPr>
                <w:rFonts w:eastAsia="Arial"/>
                <w:i/>
                <w:color w:val="777777"/>
                <w:szCs w:val="20"/>
              </w:rPr>
              <w:t>&lt;24/7 activation contact&gt;</w:t>
            </w:r>
          </w:p>
        </w:tc>
        <w:tc>
          <w:tcPr>
            <w:tcW w:w="2232" w:type="dxa"/>
            <w:tcMar>
              <w:top w:w="48" w:type="dxa"/>
              <w:left w:w="55" w:type="dxa"/>
              <w:bottom w:w="48" w:type="dxa"/>
              <w:right w:w="55" w:type="dxa"/>
            </w:tcMar>
          </w:tcPr>
          <w:p w14:paraId="6D85C013" w14:textId="77777777" w:rsidR="005751F5" w:rsidRPr="00782069" w:rsidRDefault="00000000">
            <w:pPr>
              <w:rPr>
                <w:szCs w:val="20"/>
              </w:rPr>
            </w:pPr>
            <w:r w:rsidRPr="00782069">
              <w:rPr>
                <w:rFonts w:eastAsia="Arial"/>
                <w:i/>
                <w:color w:val="777777"/>
                <w:szCs w:val="20"/>
              </w:rPr>
              <w:t>&lt;Activation / notice process&gt;</w:t>
            </w:r>
          </w:p>
        </w:tc>
        <w:tc>
          <w:tcPr>
            <w:tcW w:w="2277" w:type="dxa"/>
            <w:tcMar>
              <w:top w:w="48" w:type="dxa"/>
              <w:left w:w="55" w:type="dxa"/>
              <w:bottom w:w="48" w:type="dxa"/>
              <w:right w:w="55" w:type="dxa"/>
            </w:tcMar>
          </w:tcPr>
          <w:p w14:paraId="3F26961C" w14:textId="77777777" w:rsidR="005751F5" w:rsidRPr="00782069" w:rsidRDefault="00000000">
            <w:pPr>
              <w:rPr>
                <w:szCs w:val="20"/>
              </w:rPr>
            </w:pPr>
            <w:r w:rsidRPr="00782069">
              <w:rPr>
                <w:rFonts w:eastAsia="Arial"/>
                <w:i/>
                <w:color w:val="777777"/>
                <w:szCs w:val="20"/>
              </w:rPr>
              <w:t>&lt;Scope / capacity / limitations&gt;</w:t>
            </w:r>
          </w:p>
        </w:tc>
        <w:tc>
          <w:tcPr>
            <w:tcW w:w="2475" w:type="dxa"/>
            <w:tcMar>
              <w:top w:w="48" w:type="dxa"/>
              <w:left w:w="55" w:type="dxa"/>
              <w:bottom w:w="48" w:type="dxa"/>
              <w:right w:w="55" w:type="dxa"/>
            </w:tcMar>
          </w:tcPr>
          <w:p w14:paraId="465977BA" w14:textId="77777777" w:rsidR="005751F5" w:rsidRPr="00782069" w:rsidRDefault="00000000">
            <w:pPr>
              <w:rPr>
                <w:szCs w:val="20"/>
              </w:rPr>
            </w:pPr>
            <w:r w:rsidRPr="00782069">
              <w:rPr>
                <w:rFonts w:eastAsia="Arial"/>
                <w:i/>
                <w:color w:val="777777"/>
                <w:szCs w:val="20"/>
              </w:rPr>
              <w:t>&lt;Copy / storage location&gt;</w:t>
            </w:r>
          </w:p>
        </w:tc>
        <w:tc>
          <w:tcPr>
            <w:tcW w:w="1530" w:type="dxa"/>
            <w:tcMar>
              <w:top w:w="48" w:type="dxa"/>
              <w:left w:w="55" w:type="dxa"/>
              <w:bottom w:w="48" w:type="dxa"/>
              <w:right w:w="55" w:type="dxa"/>
            </w:tcMar>
          </w:tcPr>
          <w:p w14:paraId="71530651" w14:textId="77777777" w:rsidR="005751F5" w:rsidRPr="00782069" w:rsidRDefault="00000000">
            <w:pPr>
              <w:rPr>
                <w:szCs w:val="20"/>
              </w:rPr>
            </w:pPr>
            <w:r w:rsidRPr="00782069">
              <w:rPr>
                <w:rFonts w:eastAsia="Arial"/>
                <w:i/>
                <w:color w:val="777777"/>
                <w:szCs w:val="20"/>
              </w:rPr>
              <w:t>&lt;Status / follow-up&gt;</w:t>
            </w:r>
          </w:p>
        </w:tc>
      </w:tr>
      <w:tr w:rsidR="005751F5" w:rsidRPr="00782069" w14:paraId="1ABF5C4C" w14:textId="77777777" w:rsidTr="00782069">
        <w:trPr>
          <w:cantSplit/>
          <w:trHeight w:val="648"/>
          <w:jc w:val="center"/>
        </w:trPr>
        <w:tc>
          <w:tcPr>
            <w:tcW w:w="1224" w:type="dxa"/>
            <w:shd w:val="clear" w:color="auto" w:fill="E7F1ED"/>
            <w:tcMar>
              <w:top w:w="48" w:type="dxa"/>
              <w:left w:w="55" w:type="dxa"/>
              <w:bottom w:w="48" w:type="dxa"/>
              <w:right w:w="55" w:type="dxa"/>
            </w:tcMar>
          </w:tcPr>
          <w:p w14:paraId="697BD442" w14:textId="77777777" w:rsidR="005751F5" w:rsidRPr="00782069" w:rsidRDefault="00000000">
            <w:pPr>
              <w:rPr>
                <w:szCs w:val="20"/>
              </w:rPr>
            </w:pPr>
            <w:r w:rsidRPr="00782069">
              <w:rPr>
                <w:rFonts w:eastAsia="Arial"/>
                <w:i/>
                <w:color w:val="777777"/>
                <w:szCs w:val="20"/>
              </w:rPr>
              <w:t>&lt;Partner&gt;</w:t>
            </w:r>
          </w:p>
        </w:tc>
        <w:tc>
          <w:tcPr>
            <w:tcW w:w="1656" w:type="dxa"/>
            <w:tcMar>
              <w:top w:w="48" w:type="dxa"/>
              <w:left w:w="55" w:type="dxa"/>
              <w:bottom w:w="48" w:type="dxa"/>
              <w:right w:w="55" w:type="dxa"/>
            </w:tcMar>
          </w:tcPr>
          <w:p w14:paraId="4E8AC9FB" w14:textId="77777777" w:rsidR="005751F5" w:rsidRPr="00782069" w:rsidRDefault="00000000">
            <w:pPr>
              <w:rPr>
                <w:szCs w:val="20"/>
              </w:rPr>
            </w:pPr>
            <w:r w:rsidRPr="00782069">
              <w:rPr>
                <w:rFonts w:eastAsia="Arial"/>
                <w:i/>
                <w:color w:val="777777"/>
                <w:szCs w:val="20"/>
              </w:rPr>
              <w:t>&lt;24/7 activation contact&gt;</w:t>
            </w:r>
          </w:p>
        </w:tc>
        <w:tc>
          <w:tcPr>
            <w:tcW w:w="2232" w:type="dxa"/>
            <w:tcMar>
              <w:top w:w="48" w:type="dxa"/>
              <w:left w:w="55" w:type="dxa"/>
              <w:bottom w:w="48" w:type="dxa"/>
              <w:right w:w="55" w:type="dxa"/>
            </w:tcMar>
          </w:tcPr>
          <w:p w14:paraId="3D739280" w14:textId="77777777" w:rsidR="005751F5" w:rsidRPr="00782069" w:rsidRDefault="00000000">
            <w:pPr>
              <w:rPr>
                <w:szCs w:val="20"/>
              </w:rPr>
            </w:pPr>
            <w:r w:rsidRPr="00782069">
              <w:rPr>
                <w:rFonts w:eastAsia="Arial"/>
                <w:i/>
                <w:color w:val="777777"/>
                <w:szCs w:val="20"/>
              </w:rPr>
              <w:t>&lt;Activation / notice process&gt;</w:t>
            </w:r>
          </w:p>
        </w:tc>
        <w:tc>
          <w:tcPr>
            <w:tcW w:w="2277" w:type="dxa"/>
            <w:tcMar>
              <w:top w:w="48" w:type="dxa"/>
              <w:left w:w="55" w:type="dxa"/>
              <w:bottom w:w="48" w:type="dxa"/>
              <w:right w:w="55" w:type="dxa"/>
            </w:tcMar>
          </w:tcPr>
          <w:p w14:paraId="15C81D0F" w14:textId="77777777" w:rsidR="005751F5" w:rsidRPr="00782069" w:rsidRDefault="00000000">
            <w:pPr>
              <w:rPr>
                <w:szCs w:val="20"/>
              </w:rPr>
            </w:pPr>
            <w:r w:rsidRPr="00782069">
              <w:rPr>
                <w:rFonts w:eastAsia="Arial"/>
                <w:i/>
                <w:color w:val="777777"/>
                <w:szCs w:val="20"/>
              </w:rPr>
              <w:t>&lt;Scope / capacity / limitations&gt;</w:t>
            </w:r>
          </w:p>
        </w:tc>
        <w:tc>
          <w:tcPr>
            <w:tcW w:w="2475" w:type="dxa"/>
            <w:tcMar>
              <w:top w:w="48" w:type="dxa"/>
              <w:left w:w="55" w:type="dxa"/>
              <w:bottom w:w="48" w:type="dxa"/>
              <w:right w:w="55" w:type="dxa"/>
            </w:tcMar>
          </w:tcPr>
          <w:p w14:paraId="390F72C9" w14:textId="77777777" w:rsidR="005751F5" w:rsidRPr="00782069" w:rsidRDefault="00000000">
            <w:pPr>
              <w:rPr>
                <w:szCs w:val="20"/>
              </w:rPr>
            </w:pPr>
            <w:r w:rsidRPr="00782069">
              <w:rPr>
                <w:rFonts w:eastAsia="Arial"/>
                <w:i/>
                <w:color w:val="777777"/>
                <w:szCs w:val="20"/>
              </w:rPr>
              <w:t>&lt;Copy / storage location&gt;</w:t>
            </w:r>
          </w:p>
        </w:tc>
        <w:tc>
          <w:tcPr>
            <w:tcW w:w="1530" w:type="dxa"/>
            <w:tcMar>
              <w:top w:w="48" w:type="dxa"/>
              <w:left w:w="55" w:type="dxa"/>
              <w:bottom w:w="48" w:type="dxa"/>
              <w:right w:w="55" w:type="dxa"/>
            </w:tcMar>
          </w:tcPr>
          <w:p w14:paraId="20B3548D" w14:textId="77777777" w:rsidR="005751F5" w:rsidRPr="00782069" w:rsidRDefault="00000000">
            <w:pPr>
              <w:rPr>
                <w:szCs w:val="20"/>
              </w:rPr>
            </w:pPr>
            <w:r w:rsidRPr="00782069">
              <w:rPr>
                <w:rFonts w:eastAsia="Arial"/>
                <w:i/>
                <w:color w:val="777777"/>
                <w:szCs w:val="20"/>
              </w:rPr>
              <w:t>&lt;Status / follow-up&gt;</w:t>
            </w:r>
          </w:p>
        </w:tc>
      </w:tr>
    </w:tbl>
    <w:p w14:paraId="2D447D1F" w14:textId="77777777" w:rsidR="00782069" w:rsidRDefault="00782069">
      <w:pPr>
        <w:pBdr>
          <w:bottom w:val="single" w:sz="8" w:space="3" w:color="E6532F"/>
        </w:pBdr>
        <w:spacing w:before="120" w:after="60"/>
        <w:rPr>
          <w:rFonts w:eastAsia="Arial"/>
          <w:b/>
          <w:color w:val="006747"/>
          <w:sz w:val="26"/>
        </w:rPr>
      </w:pPr>
    </w:p>
    <w:p w14:paraId="668048AF" w14:textId="77777777" w:rsidR="00782069" w:rsidRDefault="00782069">
      <w:pPr>
        <w:pBdr>
          <w:bottom w:val="single" w:sz="8" w:space="3" w:color="E6532F"/>
        </w:pBdr>
        <w:spacing w:before="120" w:after="60"/>
        <w:rPr>
          <w:rFonts w:eastAsia="Arial"/>
          <w:b/>
          <w:color w:val="006747"/>
          <w:sz w:val="26"/>
        </w:rPr>
      </w:pPr>
    </w:p>
    <w:p w14:paraId="3264E51B" w14:textId="77777777" w:rsidR="00782069" w:rsidRDefault="00782069">
      <w:pPr>
        <w:pBdr>
          <w:bottom w:val="single" w:sz="8" w:space="3" w:color="E6532F"/>
        </w:pBdr>
        <w:spacing w:before="120" w:after="60"/>
        <w:rPr>
          <w:rFonts w:eastAsia="Arial"/>
          <w:b/>
          <w:color w:val="006747"/>
          <w:sz w:val="26"/>
        </w:rPr>
      </w:pPr>
    </w:p>
    <w:p w14:paraId="584295FF" w14:textId="77777777" w:rsidR="00782069" w:rsidRDefault="00782069">
      <w:pPr>
        <w:pBdr>
          <w:bottom w:val="single" w:sz="8" w:space="3" w:color="E6532F"/>
        </w:pBdr>
        <w:spacing w:before="120" w:after="60"/>
        <w:rPr>
          <w:rFonts w:eastAsia="Arial"/>
          <w:b/>
          <w:color w:val="006747"/>
          <w:sz w:val="26"/>
        </w:rPr>
      </w:pPr>
    </w:p>
    <w:p w14:paraId="339B413B" w14:textId="77777777" w:rsidR="00782069" w:rsidRDefault="00782069">
      <w:pPr>
        <w:pBdr>
          <w:bottom w:val="single" w:sz="8" w:space="3" w:color="E6532F"/>
        </w:pBdr>
        <w:spacing w:before="120" w:after="60"/>
        <w:rPr>
          <w:rFonts w:eastAsia="Arial"/>
          <w:b/>
          <w:color w:val="006747"/>
          <w:sz w:val="26"/>
        </w:rPr>
      </w:pPr>
    </w:p>
    <w:p w14:paraId="4AF3FE31" w14:textId="77777777" w:rsidR="00782069" w:rsidRDefault="00782069">
      <w:pPr>
        <w:pBdr>
          <w:bottom w:val="single" w:sz="8" w:space="3" w:color="E6532F"/>
        </w:pBdr>
        <w:spacing w:before="120" w:after="60"/>
        <w:rPr>
          <w:rFonts w:eastAsia="Arial"/>
          <w:b/>
          <w:color w:val="006747"/>
          <w:sz w:val="26"/>
        </w:rPr>
      </w:pPr>
    </w:p>
    <w:p w14:paraId="6DDCABA1" w14:textId="77777777" w:rsidR="00782069" w:rsidRDefault="00782069">
      <w:pPr>
        <w:pBdr>
          <w:bottom w:val="single" w:sz="8" w:space="3" w:color="E6532F"/>
        </w:pBdr>
        <w:spacing w:before="120" w:after="60"/>
        <w:rPr>
          <w:rFonts w:eastAsia="Arial"/>
          <w:b/>
          <w:color w:val="006747"/>
          <w:sz w:val="26"/>
        </w:rPr>
      </w:pPr>
    </w:p>
    <w:p w14:paraId="38AF2009" w14:textId="77777777" w:rsidR="00782069" w:rsidRDefault="00782069">
      <w:pPr>
        <w:pBdr>
          <w:bottom w:val="single" w:sz="8" w:space="3" w:color="E6532F"/>
        </w:pBdr>
        <w:spacing w:before="120" w:after="60"/>
        <w:rPr>
          <w:rFonts w:eastAsia="Arial"/>
          <w:b/>
          <w:color w:val="006747"/>
          <w:sz w:val="26"/>
        </w:rPr>
      </w:pPr>
    </w:p>
    <w:p w14:paraId="364D91F5" w14:textId="77777777" w:rsidR="00782069" w:rsidRDefault="00782069">
      <w:pPr>
        <w:pBdr>
          <w:bottom w:val="single" w:sz="8" w:space="3" w:color="E6532F"/>
        </w:pBdr>
        <w:spacing w:before="120" w:after="60"/>
        <w:rPr>
          <w:rFonts w:eastAsia="Arial"/>
          <w:b/>
          <w:color w:val="006747"/>
          <w:sz w:val="26"/>
        </w:rPr>
      </w:pPr>
    </w:p>
    <w:p w14:paraId="6CE9FFFE" w14:textId="77777777" w:rsidR="00782069" w:rsidRDefault="00782069">
      <w:pPr>
        <w:pBdr>
          <w:bottom w:val="single" w:sz="8" w:space="3" w:color="E6532F"/>
        </w:pBdr>
        <w:spacing w:before="120" w:after="60"/>
        <w:rPr>
          <w:rFonts w:eastAsia="Arial"/>
          <w:b/>
          <w:color w:val="006747"/>
          <w:sz w:val="26"/>
        </w:rPr>
      </w:pPr>
    </w:p>
    <w:p w14:paraId="15339613" w14:textId="77777777" w:rsidR="00782069" w:rsidRDefault="00782069">
      <w:pPr>
        <w:pBdr>
          <w:bottom w:val="single" w:sz="8" w:space="3" w:color="E6532F"/>
        </w:pBdr>
        <w:spacing w:before="120" w:after="60"/>
        <w:rPr>
          <w:rFonts w:eastAsia="Arial"/>
          <w:b/>
          <w:color w:val="006747"/>
          <w:sz w:val="26"/>
        </w:rPr>
      </w:pPr>
    </w:p>
    <w:p w14:paraId="66A4FBEE" w14:textId="77777777" w:rsidR="00782069" w:rsidRDefault="00782069">
      <w:pPr>
        <w:pBdr>
          <w:bottom w:val="single" w:sz="8" w:space="3" w:color="E6532F"/>
        </w:pBdr>
        <w:spacing w:before="120" w:after="60"/>
        <w:rPr>
          <w:rFonts w:eastAsia="Arial"/>
          <w:b/>
          <w:color w:val="006747"/>
          <w:sz w:val="26"/>
        </w:rPr>
      </w:pPr>
    </w:p>
    <w:p w14:paraId="5C97FB12" w14:textId="77777777" w:rsidR="00782069" w:rsidRDefault="00782069">
      <w:pPr>
        <w:pBdr>
          <w:bottom w:val="single" w:sz="8" w:space="3" w:color="E6532F"/>
        </w:pBdr>
        <w:spacing w:before="120" w:after="60"/>
        <w:rPr>
          <w:rFonts w:eastAsia="Arial"/>
          <w:b/>
          <w:color w:val="006747"/>
          <w:sz w:val="26"/>
        </w:rPr>
      </w:pPr>
    </w:p>
    <w:p w14:paraId="6BD8C226" w14:textId="77777777" w:rsidR="00782069" w:rsidRDefault="00782069">
      <w:pPr>
        <w:pBdr>
          <w:bottom w:val="single" w:sz="8" w:space="3" w:color="E6532F"/>
        </w:pBdr>
        <w:spacing w:before="120" w:after="60"/>
        <w:rPr>
          <w:rFonts w:eastAsia="Arial"/>
          <w:b/>
          <w:color w:val="006747"/>
          <w:sz w:val="26"/>
        </w:rPr>
      </w:pPr>
    </w:p>
    <w:p w14:paraId="270D78BD" w14:textId="77777777" w:rsidR="00782069" w:rsidRDefault="00782069">
      <w:pPr>
        <w:pBdr>
          <w:bottom w:val="single" w:sz="8" w:space="3" w:color="E6532F"/>
        </w:pBdr>
        <w:spacing w:before="120" w:after="60"/>
        <w:rPr>
          <w:rFonts w:eastAsia="Arial"/>
          <w:b/>
          <w:color w:val="006747"/>
          <w:sz w:val="26"/>
        </w:rPr>
      </w:pPr>
    </w:p>
    <w:p w14:paraId="34CEA1F4" w14:textId="77777777" w:rsidR="00782069" w:rsidRDefault="00782069">
      <w:pPr>
        <w:pBdr>
          <w:bottom w:val="single" w:sz="8" w:space="3" w:color="E6532F"/>
        </w:pBdr>
        <w:spacing w:before="120" w:after="60"/>
        <w:rPr>
          <w:rFonts w:eastAsia="Arial"/>
          <w:b/>
          <w:color w:val="006747"/>
          <w:sz w:val="26"/>
        </w:rPr>
      </w:pPr>
    </w:p>
    <w:p w14:paraId="73FF2A51" w14:textId="77777777" w:rsidR="00782069" w:rsidRDefault="00782069">
      <w:pPr>
        <w:pBdr>
          <w:bottom w:val="single" w:sz="8" w:space="3" w:color="E6532F"/>
        </w:pBdr>
        <w:spacing w:before="120" w:after="60"/>
        <w:rPr>
          <w:rFonts w:eastAsia="Arial"/>
          <w:b/>
          <w:color w:val="006747"/>
          <w:sz w:val="26"/>
        </w:rPr>
      </w:pPr>
    </w:p>
    <w:p w14:paraId="3A44967E" w14:textId="7627E813" w:rsidR="005751F5" w:rsidRDefault="00000000">
      <w:pPr>
        <w:pBdr>
          <w:bottom w:val="single" w:sz="8" w:space="3" w:color="E6532F"/>
        </w:pBdr>
        <w:spacing w:before="120" w:after="60"/>
      </w:pPr>
      <w:r>
        <w:rPr>
          <w:rFonts w:eastAsia="Arial"/>
          <w:b/>
          <w:color w:val="006747"/>
          <w:sz w:val="26"/>
        </w:rPr>
        <w:lastRenderedPageBreak/>
        <w:t>ANNUAL / PERIODIC VERIFICATION CHECK</w:t>
      </w:r>
    </w:p>
    <w:tbl>
      <w:tblPr>
        <w:tblW w:w="11376" w:type="dxa"/>
        <w:jc w:val="center"/>
        <w:tblBorders>
          <w:top w:val="single" w:sz="5" w:space="0" w:color="B8C5C0"/>
          <w:left w:val="single" w:sz="5" w:space="0" w:color="B8C5C0"/>
          <w:bottom w:val="single" w:sz="5" w:space="0" w:color="B8C5C0"/>
          <w:right w:val="single" w:sz="5" w:space="0" w:color="B8C5C0"/>
          <w:insideH w:val="single" w:sz="5" w:space="0" w:color="B8C5C0"/>
          <w:insideV w:val="single" w:sz="5" w:space="0" w:color="B8C5C0"/>
        </w:tblBorders>
        <w:tblLayout w:type="fixed"/>
        <w:tblLook w:val="04A0" w:firstRow="1" w:lastRow="0" w:firstColumn="1" w:lastColumn="0" w:noHBand="0" w:noVBand="1"/>
      </w:tblPr>
      <w:tblGrid>
        <w:gridCol w:w="6480"/>
        <w:gridCol w:w="4896"/>
      </w:tblGrid>
      <w:tr w:rsidR="005751F5" w:rsidRPr="00782069" w14:paraId="69441F8B" w14:textId="77777777" w:rsidTr="00782069">
        <w:trPr>
          <w:tblHeader/>
          <w:jc w:val="center"/>
        </w:trPr>
        <w:tc>
          <w:tcPr>
            <w:tcW w:w="6480" w:type="dxa"/>
            <w:shd w:val="clear" w:color="auto" w:fill="006747"/>
            <w:tcMar>
              <w:top w:w="55" w:type="dxa"/>
              <w:left w:w="60" w:type="dxa"/>
              <w:bottom w:w="55" w:type="dxa"/>
              <w:right w:w="60" w:type="dxa"/>
            </w:tcMar>
          </w:tcPr>
          <w:p w14:paraId="744E332A" w14:textId="77777777" w:rsidR="005751F5" w:rsidRPr="00782069" w:rsidRDefault="00000000">
            <w:pPr>
              <w:jc w:val="center"/>
              <w:rPr>
                <w:szCs w:val="20"/>
              </w:rPr>
            </w:pPr>
            <w:r w:rsidRPr="00782069">
              <w:rPr>
                <w:rFonts w:eastAsia="Arial"/>
                <w:b/>
                <w:color w:val="FFFFFF"/>
                <w:szCs w:val="20"/>
              </w:rPr>
              <w:t>Verification Item</w:t>
            </w:r>
          </w:p>
        </w:tc>
        <w:tc>
          <w:tcPr>
            <w:tcW w:w="4896" w:type="dxa"/>
            <w:shd w:val="clear" w:color="auto" w:fill="006747"/>
            <w:tcMar>
              <w:top w:w="55" w:type="dxa"/>
              <w:left w:w="60" w:type="dxa"/>
              <w:bottom w:w="55" w:type="dxa"/>
              <w:right w:w="60" w:type="dxa"/>
            </w:tcMar>
          </w:tcPr>
          <w:p w14:paraId="770DD8D3" w14:textId="77777777" w:rsidR="005751F5" w:rsidRPr="00782069" w:rsidRDefault="00000000">
            <w:pPr>
              <w:jc w:val="center"/>
              <w:rPr>
                <w:szCs w:val="20"/>
              </w:rPr>
            </w:pPr>
            <w:r w:rsidRPr="00782069">
              <w:rPr>
                <w:rFonts w:eastAsia="Arial"/>
                <w:b/>
                <w:color w:val="FFFFFF"/>
                <w:szCs w:val="20"/>
              </w:rPr>
              <w:t>Organization Entry</w:t>
            </w:r>
          </w:p>
        </w:tc>
      </w:tr>
      <w:tr w:rsidR="005751F5" w:rsidRPr="00782069" w14:paraId="1DB88771" w14:textId="77777777" w:rsidTr="00782069">
        <w:trPr>
          <w:cantSplit/>
          <w:trHeight w:val="461"/>
          <w:jc w:val="center"/>
        </w:trPr>
        <w:tc>
          <w:tcPr>
            <w:tcW w:w="6480" w:type="dxa"/>
            <w:shd w:val="clear" w:color="auto" w:fill="E7F1ED"/>
            <w:tcMar>
              <w:top w:w="48" w:type="dxa"/>
              <w:left w:w="55" w:type="dxa"/>
              <w:bottom w:w="48" w:type="dxa"/>
              <w:right w:w="55" w:type="dxa"/>
            </w:tcMar>
          </w:tcPr>
          <w:p w14:paraId="757B124D" w14:textId="77777777" w:rsidR="005751F5" w:rsidRPr="00782069" w:rsidRDefault="00000000">
            <w:pPr>
              <w:rPr>
                <w:szCs w:val="20"/>
              </w:rPr>
            </w:pPr>
            <w:r w:rsidRPr="00782069">
              <w:rPr>
                <w:rFonts w:eastAsia="Arial"/>
                <w:b/>
                <w:color w:val="006747"/>
                <w:szCs w:val="20"/>
              </w:rPr>
              <w:t>Partner contact information verified</w:t>
            </w:r>
          </w:p>
        </w:tc>
        <w:tc>
          <w:tcPr>
            <w:tcW w:w="4896" w:type="dxa"/>
            <w:tcMar>
              <w:top w:w="48" w:type="dxa"/>
              <w:left w:w="55" w:type="dxa"/>
              <w:bottom w:w="48" w:type="dxa"/>
              <w:right w:w="55" w:type="dxa"/>
            </w:tcMar>
          </w:tcPr>
          <w:p w14:paraId="0D7A0904" w14:textId="77777777" w:rsidR="005751F5" w:rsidRPr="00782069" w:rsidRDefault="00000000">
            <w:pPr>
              <w:rPr>
                <w:szCs w:val="20"/>
              </w:rPr>
            </w:pPr>
            <w:r w:rsidRPr="00782069">
              <w:rPr>
                <w:rFonts w:eastAsia="Arial"/>
                <w:i/>
                <w:color w:val="777777"/>
                <w:szCs w:val="20"/>
              </w:rPr>
              <w:t>&lt;Date / initials&gt;</w:t>
            </w:r>
          </w:p>
        </w:tc>
      </w:tr>
      <w:tr w:rsidR="005751F5" w:rsidRPr="00782069" w14:paraId="3E3828DD" w14:textId="77777777" w:rsidTr="00782069">
        <w:trPr>
          <w:cantSplit/>
          <w:trHeight w:val="461"/>
          <w:jc w:val="center"/>
        </w:trPr>
        <w:tc>
          <w:tcPr>
            <w:tcW w:w="6480" w:type="dxa"/>
            <w:shd w:val="clear" w:color="auto" w:fill="F5F8F7"/>
            <w:tcMar>
              <w:top w:w="48" w:type="dxa"/>
              <w:left w:w="55" w:type="dxa"/>
              <w:bottom w:w="48" w:type="dxa"/>
              <w:right w:w="55" w:type="dxa"/>
            </w:tcMar>
          </w:tcPr>
          <w:p w14:paraId="4B30BB3D" w14:textId="77777777" w:rsidR="005751F5" w:rsidRPr="00782069" w:rsidRDefault="00000000">
            <w:pPr>
              <w:rPr>
                <w:szCs w:val="20"/>
              </w:rPr>
            </w:pPr>
            <w:r w:rsidRPr="00782069">
              <w:rPr>
                <w:rFonts w:eastAsia="Arial"/>
                <w:b/>
                <w:color w:val="006747"/>
                <w:szCs w:val="20"/>
              </w:rPr>
              <w:t xml:space="preserve">Agreement </w:t>
            </w:r>
            <w:proofErr w:type="gramStart"/>
            <w:r w:rsidRPr="00782069">
              <w:rPr>
                <w:rFonts w:eastAsia="Arial"/>
                <w:b/>
                <w:color w:val="006747"/>
                <w:szCs w:val="20"/>
              </w:rPr>
              <w:t>still</w:t>
            </w:r>
            <w:proofErr w:type="gramEnd"/>
            <w:r w:rsidRPr="00782069">
              <w:rPr>
                <w:rFonts w:eastAsia="Arial"/>
                <w:b/>
                <w:color w:val="006747"/>
                <w:szCs w:val="20"/>
              </w:rPr>
              <w:t xml:space="preserve"> active and applicable</w:t>
            </w:r>
          </w:p>
        </w:tc>
        <w:tc>
          <w:tcPr>
            <w:tcW w:w="4896" w:type="dxa"/>
            <w:tcMar>
              <w:top w:w="48" w:type="dxa"/>
              <w:left w:w="55" w:type="dxa"/>
              <w:bottom w:w="48" w:type="dxa"/>
              <w:right w:w="55" w:type="dxa"/>
            </w:tcMar>
          </w:tcPr>
          <w:p w14:paraId="278BEE0D" w14:textId="77777777" w:rsidR="005751F5" w:rsidRPr="00782069" w:rsidRDefault="00000000">
            <w:pPr>
              <w:rPr>
                <w:szCs w:val="20"/>
              </w:rPr>
            </w:pPr>
            <w:r w:rsidRPr="00782069">
              <w:rPr>
                <w:rFonts w:eastAsia="Arial"/>
                <w:i/>
                <w:color w:val="777777"/>
                <w:szCs w:val="20"/>
              </w:rPr>
              <w:t>&lt;Date / initials&gt;</w:t>
            </w:r>
          </w:p>
        </w:tc>
      </w:tr>
      <w:tr w:rsidR="005751F5" w:rsidRPr="00782069" w14:paraId="32B792DD" w14:textId="77777777" w:rsidTr="00782069">
        <w:trPr>
          <w:cantSplit/>
          <w:trHeight w:val="461"/>
          <w:jc w:val="center"/>
        </w:trPr>
        <w:tc>
          <w:tcPr>
            <w:tcW w:w="6480" w:type="dxa"/>
            <w:shd w:val="clear" w:color="auto" w:fill="E7F1ED"/>
            <w:tcMar>
              <w:top w:w="48" w:type="dxa"/>
              <w:left w:w="55" w:type="dxa"/>
              <w:bottom w:w="48" w:type="dxa"/>
              <w:right w:w="55" w:type="dxa"/>
            </w:tcMar>
          </w:tcPr>
          <w:p w14:paraId="0B846C59" w14:textId="77777777" w:rsidR="005751F5" w:rsidRPr="00782069" w:rsidRDefault="00000000">
            <w:pPr>
              <w:rPr>
                <w:szCs w:val="20"/>
              </w:rPr>
            </w:pPr>
            <w:r w:rsidRPr="00782069">
              <w:rPr>
                <w:rFonts w:eastAsia="Arial"/>
                <w:b/>
                <w:color w:val="006747"/>
                <w:szCs w:val="20"/>
              </w:rPr>
              <w:t>Capacity / service limitations reviewed</w:t>
            </w:r>
          </w:p>
        </w:tc>
        <w:tc>
          <w:tcPr>
            <w:tcW w:w="4896" w:type="dxa"/>
            <w:tcMar>
              <w:top w:w="48" w:type="dxa"/>
              <w:left w:w="55" w:type="dxa"/>
              <w:bottom w:w="48" w:type="dxa"/>
              <w:right w:w="55" w:type="dxa"/>
            </w:tcMar>
          </w:tcPr>
          <w:p w14:paraId="723D3F70" w14:textId="77777777" w:rsidR="005751F5" w:rsidRPr="00782069" w:rsidRDefault="00000000">
            <w:pPr>
              <w:rPr>
                <w:szCs w:val="20"/>
              </w:rPr>
            </w:pPr>
            <w:r w:rsidRPr="00782069">
              <w:rPr>
                <w:rFonts w:eastAsia="Arial"/>
                <w:i/>
                <w:color w:val="777777"/>
                <w:szCs w:val="20"/>
              </w:rPr>
              <w:t>&lt;Date / initials&gt;</w:t>
            </w:r>
          </w:p>
        </w:tc>
      </w:tr>
      <w:tr w:rsidR="005751F5" w:rsidRPr="00782069" w14:paraId="4FAF7D38" w14:textId="77777777" w:rsidTr="00782069">
        <w:trPr>
          <w:cantSplit/>
          <w:trHeight w:val="461"/>
          <w:jc w:val="center"/>
        </w:trPr>
        <w:tc>
          <w:tcPr>
            <w:tcW w:w="6480" w:type="dxa"/>
            <w:shd w:val="clear" w:color="auto" w:fill="F5F8F7"/>
            <w:tcMar>
              <w:top w:w="48" w:type="dxa"/>
              <w:left w:w="55" w:type="dxa"/>
              <w:bottom w:w="48" w:type="dxa"/>
              <w:right w:w="55" w:type="dxa"/>
            </w:tcMar>
          </w:tcPr>
          <w:p w14:paraId="478A06C5" w14:textId="77777777" w:rsidR="005751F5" w:rsidRPr="00782069" w:rsidRDefault="00000000">
            <w:pPr>
              <w:rPr>
                <w:szCs w:val="20"/>
              </w:rPr>
            </w:pPr>
            <w:r w:rsidRPr="00782069">
              <w:rPr>
                <w:rFonts w:eastAsia="Arial"/>
                <w:b/>
                <w:color w:val="006747"/>
                <w:szCs w:val="20"/>
              </w:rPr>
              <w:t>Activation / notification process confirmed</w:t>
            </w:r>
          </w:p>
        </w:tc>
        <w:tc>
          <w:tcPr>
            <w:tcW w:w="4896" w:type="dxa"/>
            <w:tcMar>
              <w:top w:w="48" w:type="dxa"/>
              <w:left w:w="55" w:type="dxa"/>
              <w:bottom w:w="48" w:type="dxa"/>
              <w:right w:w="55" w:type="dxa"/>
            </w:tcMar>
          </w:tcPr>
          <w:p w14:paraId="15328F48" w14:textId="77777777" w:rsidR="005751F5" w:rsidRPr="00782069" w:rsidRDefault="00000000">
            <w:pPr>
              <w:rPr>
                <w:szCs w:val="20"/>
              </w:rPr>
            </w:pPr>
            <w:r w:rsidRPr="00782069">
              <w:rPr>
                <w:rFonts w:eastAsia="Arial"/>
                <w:i/>
                <w:color w:val="777777"/>
                <w:szCs w:val="20"/>
              </w:rPr>
              <w:t>&lt;Date / initials&gt;</w:t>
            </w:r>
          </w:p>
        </w:tc>
      </w:tr>
      <w:tr w:rsidR="005751F5" w:rsidRPr="00782069" w14:paraId="0C33A0D5" w14:textId="77777777" w:rsidTr="00782069">
        <w:trPr>
          <w:cantSplit/>
          <w:trHeight w:val="461"/>
          <w:jc w:val="center"/>
        </w:trPr>
        <w:tc>
          <w:tcPr>
            <w:tcW w:w="6480" w:type="dxa"/>
            <w:shd w:val="clear" w:color="auto" w:fill="E7F1ED"/>
            <w:tcMar>
              <w:top w:w="48" w:type="dxa"/>
              <w:left w:w="55" w:type="dxa"/>
              <w:bottom w:w="48" w:type="dxa"/>
              <w:right w:w="55" w:type="dxa"/>
            </w:tcMar>
          </w:tcPr>
          <w:p w14:paraId="1A63B2CD" w14:textId="77777777" w:rsidR="005751F5" w:rsidRPr="00782069" w:rsidRDefault="00000000">
            <w:pPr>
              <w:rPr>
                <w:szCs w:val="20"/>
              </w:rPr>
            </w:pPr>
            <w:r w:rsidRPr="00782069">
              <w:rPr>
                <w:rFonts w:eastAsia="Arial"/>
                <w:b/>
                <w:color w:val="006747"/>
                <w:szCs w:val="20"/>
              </w:rPr>
              <w:t>Signed copy location / alternate partner needs confirmed</w:t>
            </w:r>
          </w:p>
        </w:tc>
        <w:tc>
          <w:tcPr>
            <w:tcW w:w="4896" w:type="dxa"/>
            <w:tcMar>
              <w:top w:w="48" w:type="dxa"/>
              <w:left w:w="55" w:type="dxa"/>
              <w:bottom w:w="48" w:type="dxa"/>
              <w:right w:w="55" w:type="dxa"/>
            </w:tcMar>
          </w:tcPr>
          <w:p w14:paraId="7DCF13B2" w14:textId="77777777" w:rsidR="005751F5" w:rsidRPr="00782069" w:rsidRDefault="00000000">
            <w:pPr>
              <w:rPr>
                <w:szCs w:val="20"/>
              </w:rPr>
            </w:pPr>
            <w:r w:rsidRPr="00782069">
              <w:rPr>
                <w:rFonts w:eastAsia="Arial"/>
                <w:i/>
                <w:color w:val="777777"/>
                <w:szCs w:val="20"/>
              </w:rPr>
              <w:t>&lt;Date / initials&gt;</w:t>
            </w:r>
          </w:p>
        </w:tc>
      </w:tr>
    </w:tbl>
    <w:tbl>
      <w:tblPr>
        <w:tblpPr w:leftFromText="180" w:rightFromText="180" w:vertAnchor="text" w:horzAnchor="margin" w:tblpY="94"/>
        <w:tblW w:w="0" w:type="auto"/>
        <w:tblBorders>
          <w:top w:val="single" w:sz="4" w:space="0" w:color="C9D7D2"/>
          <w:left w:val="single" w:sz="4" w:space="0" w:color="C9D7D2"/>
          <w:bottom w:val="single" w:sz="4" w:space="0" w:color="C9D7D2"/>
          <w:right w:val="single" w:sz="4" w:space="0" w:color="C9D7D2"/>
          <w:insideH w:val="single" w:sz="4" w:space="0" w:color="C9D7D2"/>
          <w:insideV w:val="single" w:sz="4" w:space="0" w:color="C9D7D2"/>
        </w:tblBorders>
        <w:tblLook w:val="04A0" w:firstRow="1" w:lastRow="0" w:firstColumn="1" w:lastColumn="0" w:noHBand="0" w:noVBand="1"/>
      </w:tblPr>
      <w:tblGrid>
        <w:gridCol w:w="10656"/>
      </w:tblGrid>
      <w:tr w:rsidR="00782069" w14:paraId="7C55F392" w14:textId="77777777" w:rsidTr="00782069">
        <w:tc>
          <w:tcPr>
            <w:tcW w:w="10656" w:type="dxa"/>
            <w:shd w:val="clear" w:color="auto" w:fill="F1F2F2"/>
            <w:tcMar>
              <w:top w:w="60" w:type="dxa"/>
              <w:left w:w="80" w:type="dxa"/>
              <w:bottom w:w="60" w:type="dxa"/>
              <w:right w:w="80" w:type="dxa"/>
            </w:tcMar>
          </w:tcPr>
          <w:p w14:paraId="712D9264" w14:textId="77777777" w:rsidR="00782069" w:rsidRDefault="00782069" w:rsidP="00782069">
            <w:pPr>
              <w:spacing w:after="0"/>
            </w:pPr>
            <w:r>
              <w:rPr>
                <w:rFonts w:eastAsia="Arial"/>
                <w:b/>
                <w:color w:val="006747"/>
                <w:sz w:val="17"/>
              </w:rPr>
              <w:t xml:space="preserve">PRIVACY / </w:t>
            </w:r>
            <w:proofErr w:type="gramStart"/>
            <w:r>
              <w:rPr>
                <w:rFonts w:eastAsia="Arial"/>
                <w:b/>
                <w:color w:val="006747"/>
                <w:sz w:val="17"/>
              </w:rPr>
              <w:t xml:space="preserve">SECURITY  </w:t>
            </w:r>
            <w:r>
              <w:rPr>
                <w:rFonts w:eastAsia="Arial"/>
                <w:color w:val="222222"/>
                <w:sz w:val="17"/>
              </w:rPr>
              <w:t>Do</w:t>
            </w:r>
            <w:proofErr w:type="gramEnd"/>
            <w:r>
              <w:rPr>
                <w:rFonts w:eastAsia="Arial"/>
                <w:color w:val="222222"/>
                <w:sz w:val="17"/>
              </w:rPr>
              <w:t xml:space="preserve"> not place passwords, financial account information, protected health information, or other sensitive contractual details in this tracker. Reference the controlled contract or agreement file when appropriate.</w:t>
            </w:r>
          </w:p>
        </w:tc>
      </w:tr>
    </w:tbl>
    <w:p w14:paraId="3B258287" w14:textId="77777777" w:rsidR="00E71819" w:rsidRDefault="00E71819"/>
    <w:sectPr w:rsidR="00E71819" w:rsidSect="00034616">
      <w:headerReference w:type="default" r:id="rId9"/>
      <w:footerReference w:type="default" r:id="rId10"/>
      <w:pgSz w:w="12240" w:h="15840"/>
      <w:pgMar w:top="648" w:right="792" w:bottom="691"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9D032" w14:textId="77777777" w:rsidR="00E71819" w:rsidRDefault="00E71819">
      <w:pPr>
        <w:spacing w:after="0" w:line="240" w:lineRule="auto"/>
      </w:pPr>
      <w:r>
        <w:separator/>
      </w:r>
    </w:p>
  </w:endnote>
  <w:endnote w:type="continuationSeparator" w:id="0">
    <w:p w14:paraId="5B84A8B3" w14:textId="77777777" w:rsidR="00E71819" w:rsidRDefault="00E71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BEE1" w14:textId="24B52DD8" w:rsidR="005751F5" w:rsidRDefault="00000000">
    <w:pPr>
      <w:pStyle w:val="Footer"/>
      <w:jc w:val="center"/>
    </w:pPr>
    <w:r>
      <w:rPr>
        <w:rFonts w:eastAsia="Arial"/>
        <w:color w:val="666666"/>
        <w:sz w:val="15"/>
      </w:rPr>
      <w:t xml:space="preserve">Healthcare Coalition of Maine | www.mainehccs.org | Planning Resource | Page </w:t>
    </w:r>
    <w:r>
      <w:rPr>
        <w:rFonts w:eastAsia="Arial"/>
        <w:color w:val="666666"/>
        <w:sz w:val="16"/>
      </w:rPr>
      <w:fldChar w:fldCharType="begin"/>
    </w:r>
    <w:r>
      <w:rPr>
        <w:rFonts w:eastAsia="Arial"/>
        <w:color w:val="666666"/>
        <w:sz w:val="16"/>
      </w:rPr>
      <w:instrText xml:space="preserve"> PAGE </w:instrText>
    </w:r>
    <w:r w:rsidR="00557E40">
      <w:rPr>
        <w:rFonts w:eastAsia="Arial"/>
        <w:color w:val="666666"/>
        <w:sz w:val="16"/>
      </w:rPr>
      <w:fldChar w:fldCharType="separate"/>
    </w:r>
    <w:r w:rsidR="00557E40">
      <w:rPr>
        <w:rFonts w:eastAsia="Arial"/>
        <w:noProof/>
        <w:color w:val="666666"/>
        <w:sz w:val="16"/>
      </w:rPr>
      <w:t>1</w:t>
    </w:r>
    <w:r>
      <w:rPr>
        <w:rFonts w:eastAsia="Arial"/>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BC06" w14:textId="77777777" w:rsidR="00E71819" w:rsidRDefault="00E71819">
      <w:pPr>
        <w:spacing w:after="0" w:line="240" w:lineRule="auto"/>
      </w:pPr>
      <w:r>
        <w:separator/>
      </w:r>
    </w:p>
  </w:footnote>
  <w:footnote w:type="continuationSeparator" w:id="0">
    <w:p w14:paraId="5B490A66" w14:textId="77777777" w:rsidR="00E71819" w:rsidRDefault="00E718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FF7D2" w14:textId="77777777" w:rsidR="005751F5" w:rsidRDefault="00000000">
    <w:pPr>
      <w:pStyle w:val="Header"/>
      <w:pBdr>
        <w:bottom w:val="single" w:sz="6" w:space="3" w:color="E6532F"/>
      </w:pBdr>
      <w:spacing w:after="20"/>
      <w:jc w:val="right"/>
    </w:pPr>
    <w:r>
      <w:rPr>
        <w:rFonts w:eastAsia="Arial"/>
        <w:b/>
        <w:color w:val="006747"/>
        <w:sz w:val="16"/>
      </w:rPr>
      <w:t>HEALTHCARE COALITION OF MAINE | UNIVERSAL MOU / AGREEMENT TRACKER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625842">
    <w:abstractNumId w:val="8"/>
  </w:num>
  <w:num w:numId="2" w16cid:durableId="951547443">
    <w:abstractNumId w:val="6"/>
  </w:num>
  <w:num w:numId="3" w16cid:durableId="933976235">
    <w:abstractNumId w:val="5"/>
  </w:num>
  <w:num w:numId="4" w16cid:durableId="567038669">
    <w:abstractNumId w:val="4"/>
  </w:num>
  <w:num w:numId="5" w16cid:durableId="1490169563">
    <w:abstractNumId w:val="7"/>
  </w:num>
  <w:num w:numId="6" w16cid:durableId="934289508">
    <w:abstractNumId w:val="3"/>
  </w:num>
  <w:num w:numId="7" w16cid:durableId="1343045544">
    <w:abstractNumId w:val="2"/>
  </w:num>
  <w:num w:numId="8" w16cid:durableId="1128931985">
    <w:abstractNumId w:val="1"/>
  </w:num>
  <w:num w:numId="9" w16cid:durableId="407271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57E40"/>
    <w:rsid w:val="005751F5"/>
    <w:rsid w:val="007513B0"/>
    <w:rsid w:val="00782069"/>
    <w:rsid w:val="00AA1D8D"/>
    <w:rsid w:val="00B47730"/>
    <w:rsid w:val="00CB0664"/>
    <w:rsid w:val="00DE1AB6"/>
    <w:rsid w:val="00E71819"/>
    <w:rsid w:val="00F127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4CD9269-7EFC-4091-A8BA-AE6F759E8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Dieterich, Hannah</cp:lastModifiedBy>
  <cp:revision>5</cp:revision>
  <dcterms:created xsi:type="dcterms:W3CDTF">2013-12-23T23:15:00Z</dcterms:created>
  <dcterms:modified xsi:type="dcterms:W3CDTF">2026-09-08T17:53:00Z</dcterms:modified>
  <cp:category/>
</cp:coreProperties>
</file>