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ayout w:type="fixed"/>
        <w:tblLook w:val="04A0" w:firstRow="1" w:lastRow="0" w:firstColumn="1" w:lastColumn="0" w:noHBand="0" w:noVBand="1"/>
      </w:tblPr>
      <w:tblGrid>
        <w:gridCol w:w="2610"/>
        <w:gridCol w:w="8046"/>
      </w:tblGrid>
      <w:tr w:rsidR="00EC77B0" w14:paraId="628496F4" w14:textId="77777777" w:rsidTr="000961DC">
        <w:trPr>
          <w:jc w:val="center"/>
        </w:trPr>
        <w:tc>
          <w:tcPr>
            <w:tcW w:w="2610" w:type="dxa"/>
          </w:tcPr>
          <w:p w14:paraId="768B370F" w14:textId="77777777" w:rsidR="00EC77B0" w:rsidRDefault="009D00D6" w:rsidP="000961DC">
            <w:r>
              <w:rPr>
                <w:noProof/>
              </w:rPr>
              <w:drawing>
                <wp:inline distT="0" distB="0" distL="0" distR="0" wp14:anchorId="6F47D530" wp14:editId="1C2FAB87">
                  <wp:extent cx="1470660" cy="129650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ME Logo(20260902-150536).jpg"/>
                          <pic:cNvPicPr/>
                        </pic:nvPicPr>
                        <pic:blipFill>
                          <a:blip r:embed="rId8"/>
                          <a:stretch>
                            <a:fillRect/>
                          </a:stretch>
                        </pic:blipFill>
                        <pic:spPr>
                          <a:xfrm>
                            <a:off x="0" y="0"/>
                            <a:ext cx="1476167" cy="1301359"/>
                          </a:xfrm>
                          <a:prstGeom prst="rect">
                            <a:avLst/>
                          </a:prstGeom>
                        </pic:spPr>
                      </pic:pic>
                    </a:graphicData>
                  </a:graphic>
                </wp:inline>
              </w:drawing>
            </w:r>
          </w:p>
        </w:tc>
        <w:tc>
          <w:tcPr>
            <w:tcW w:w="8046" w:type="dxa"/>
          </w:tcPr>
          <w:p w14:paraId="48D9489D" w14:textId="77777777" w:rsidR="000961DC" w:rsidRDefault="000961DC">
            <w:pPr>
              <w:spacing w:after="20"/>
              <w:rPr>
                <w:rFonts w:eastAsia="Arial"/>
                <w:b/>
                <w:color w:val="006747"/>
                <w:sz w:val="21"/>
              </w:rPr>
            </w:pPr>
          </w:p>
          <w:p w14:paraId="55CC2A77" w14:textId="542C76E0" w:rsidR="00EC77B0" w:rsidRDefault="009D00D6">
            <w:pPr>
              <w:spacing w:after="20"/>
            </w:pPr>
            <w:r>
              <w:rPr>
                <w:rFonts w:eastAsia="Arial"/>
                <w:b/>
                <w:color w:val="006747"/>
                <w:sz w:val="21"/>
              </w:rPr>
              <w:t>HEALTHCARE COALITION OF MAINE</w:t>
            </w:r>
          </w:p>
          <w:p w14:paraId="1486065A" w14:textId="77777777" w:rsidR="00EC77B0" w:rsidRDefault="009D00D6">
            <w:pPr>
              <w:spacing w:after="20"/>
            </w:pPr>
            <w:r>
              <w:rPr>
                <w:rFonts w:eastAsia="Arial"/>
                <w:b/>
                <w:color w:val="006747"/>
                <w:sz w:val="36"/>
              </w:rPr>
              <w:t>UNIVERSAL EMERGENCY CONTACT DIRECTORY</w:t>
            </w:r>
          </w:p>
          <w:p w14:paraId="74AE6C7B" w14:textId="77777777" w:rsidR="00EC77B0" w:rsidRDefault="009D00D6">
            <w:pPr>
              <w:spacing w:after="0"/>
            </w:pPr>
            <w:r>
              <w:rPr>
                <w:rFonts w:eastAsia="Arial"/>
                <w:b/>
                <w:color w:val="E6532F"/>
                <w:sz w:val="21"/>
              </w:rPr>
              <w:t>For all healthcare provider types</w:t>
            </w:r>
          </w:p>
        </w:tc>
      </w:tr>
    </w:tbl>
    <w:p w14:paraId="139FFA9E" w14:textId="77777777" w:rsidR="00EC77B0" w:rsidRDefault="00EC77B0">
      <w:pPr>
        <w:pBdr>
          <w:bottom w:val="single" w:sz="14" w:space="3" w:color="E6532F"/>
        </w:pBdr>
        <w:spacing w:after="80"/>
      </w:pPr>
    </w:p>
    <w:tbl>
      <w:tblPr>
        <w:tblW w:w="0" w:type="auto"/>
        <w:jc w:val="center"/>
        <w:tblBorders>
          <w:top w:val="single" w:sz="4" w:space="0" w:color="E5B3A3"/>
          <w:left w:val="single" w:sz="4" w:space="0" w:color="E5B3A3"/>
          <w:bottom w:val="single" w:sz="4" w:space="0" w:color="E5B3A3"/>
          <w:right w:val="single" w:sz="4" w:space="0" w:color="E5B3A3"/>
          <w:insideH w:val="single" w:sz="4" w:space="0" w:color="E5B3A3"/>
          <w:insideV w:val="single" w:sz="4" w:space="0" w:color="E5B3A3"/>
        </w:tblBorders>
        <w:tblLook w:val="04A0" w:firstRow="1" w:lastRow="0" w:firstColumn="1" w:lastColumn="0" w:noHBand="0" w:noVBand="1"/>
      </w:tblPr>
      <w:tblGrid>
        <w:gridCol w:w="10656"/>
      </w:tblGrid>
      <w:tr w:rsidR="00EC77B0" w14:paraId="6659FDFD" w14:textId="77777777">
        <w:trPr>
          <w:jc w:val="center"/>
        </w:trPr>
        <w:tc>
          <w:tcPr>
            <w:tcW w:w="10656" w:type="dxa"/>
            <w:shd w:val="clear" w:color="auto" w:fill="FCEFEA"/>
            <w:tcMar>
              <w:top w:w="65" w:type="dxa"/>
              <w:left w:w="90" w:type="dxa"/>
              <w:bottom w:w="65" w:type="dxa"/>
              <w:right w:w="90" w:type="dxa"/>
            </w:tcMar>
          </w:tcPr>
          <w:p w14:paraId="7B5E290E" w14:textId="77777777" w:rsidR="00EC77B0" w:rsidRDefault="009D00D6">
            <w:pPr>
              <w:spacing w:after="0"/>
            </w:pPr>
            <w:r>
              <w:rPr>
                <w:rFonts w:eastAsia="Arial"/>
                <w:b/>
                <w:color w:val="E6532F"/>
                <w:sz w:val="17"/>
              </w:rPr>
              <w:t xml:space="preserve">PLANNING RESOURCE ONLY  </w:t>
            </w:r>
            <w:r>
              <w:rPr>
                <w:rFonts w:eastAsia="Arial"/>
                <w:color w:val="222222"/>
                <w:sz w:val="17"/>
              </w:rPr>
              <w:t>HCC-ME is not a regulatory, licensing, accreditation, survey, or enforcement authority and does not impose emergency preparedness requirements. This universal form is an optional planning tool. Each organization remains responsible for identifying and meeting all requirements that apply to its provider type, license, certification, services, population, and physical environment.</w:t>
            </w:r>
          </w:p>
        </w:tc>
      </w:tr>
    </w:tbl>
    <w:p w14:paraId="2571AF26" w14:textId="77777777" w:rsidR="00EC77B0" w:rsidRDefault="009D00D6">
      <w:pPr>
        <w:pBdr>
          <w:bottom w:val="single" w:sz="8" w:space="3" w:color="E6532F"/>
        </w:pBdr>
        <w:spacing w:before="120" w:after="60"/>
      </w:pPr>
      <w:r>
        <w:rPr>
          <w:rFonts w:eastAsia="Arial"/>
          <w:b/>
          <w:color w:val="006747"/>
          <w:sz w:val="26"/>
        </w:rPr>
        <w:t>ORGANIZATION INFORMATION</w:t>
      </w:r>
    </w:p>
    <w:tbl>
      <w:tblPr>
        <w:tblW w:w="11194" w:type="dxa"/>
        <w:jc w:val="center"/>
        <w:tblBorders>
          <w:top w:val="single" w:sz="5" w:space="0" w:color="B8C5C0"/>
          <w:left w:val="single" w:sz="5" w:space="0" w:color="B8C5C0"/>
          <w:bottom w:val="single" w:sz="5" w:space="0" w:color="B8C5C0"/>
          <w:right w:val="single" w:sz="5" w:space="0" w:color="B8C5C0"/>
          <w:insideH w:val="single" w:sz="5" w:space="0" w:color="B8C5C0"/>
          <w:insideV w:val="single" w:sz="5" w:space="0" w:color="B8C5C0"/>
        </w:tblBorders>
        <w:tblLayout w:type="fixed"/>
        <w:tblLook w:val="04A0" w:firstRow="1" w:lastRow="0" w:firstColumn="1" w:lastColumn="0" w:noHBand="0" w:noVBand="1"/>
      </w:tblPr>
      <w:tblGrid>
        <w:gridCol w:w="4734"/>
        <w:gridCol w:w="6460"/>
      </w:tblGrid>
      <w:tr w:rsidR="00EC77B0" w:rsidRPr="000961DC" w14:paraId="2C25A1D7" w14:textId="77777777" w:rsidTr="000961DC">
        <w:trPr>
          <w:trHeight w:val="459"/>
          <w:jc w:val="center"/>
        </w:trPr>
        <w:tc>
          <w:tcPr>
            <w:tcW w:w="4734" w:type="dxa"/>
            <w:shd w:val="clear" w:color="auto" w:fill="006747"/>
            <w:tcMar>
              <w:top w:w="70" w:type="dxa"/>
              <w:left w:w="80" w:type="dxa"/>
              <w:bottom w:w="70" w:type="dxa"/>
              <w:right w:w="80" w:type="dxa"/>
            </w:tcMar>
          </w:tcPr>
          <w:p w14:paraId="15590F49" w14:textId="77777777" w:rsidR="00EC77B0" w:rsidRPr="000961DC" w:rsidRDefault="009D00D6">
            <w:pPr>
              <w:rPr>
                <w:szCs w:val="20"/>
              </w:rPr>
            </w:pPr>
            <w:r w:rsidRPr="000961DC">
              <w:rPr>
                <w:rFonts w:eastAsia="Arial"/>
                <w:b/>
                <w:color w:val="FFFFFF"/>
                <w:szCs w:val="20"/>
              </w:rPr>
              <w:t>Field</w:t>
            </w:r>
          </w:p>
        </w:tc>
        <w:tc>
          <w:tcPr>
            <w:tcW w:w="6460" w:type="dxa"/>
            <w:shd w:val="clear" w:color="auto" w:fill="006747"/>
            <w:tcMar>
              <w:top w:w="70" w:type="dxa"/>
              <w:left w:w="80" w:type="dxa"/>
              <w:bottom w:w="70" w:type="dxa"/>
              <w:right w:w="80" w:type="dxa"/>
            </w:tcMar>
          </w:tcPr>
          <w:p w14:paraId="14AC2C21" w14:textId="77777777" w:rsidR="00EC77B0" w:rsidRPr="000961DC" w:rsidRDefault="009D00D6">
            <w:pPr>
              <w:rPr>
                <w:szCs w:val="20"/>
              </w:rPr>
            </w:pPr>
            <w:r w:rsidRPr="000961DC">
              <w:rPr>
                <w:rFonts w:eastAsia="Arial"/>
                <w:b/>
                <w:color w:val="FFFFFF"/>
                <w:szCs w:val="20"/>
              </w:rPr>
              <w:t>Organization Entry</w:t>
            </w:r>
          </w:p>
        </w:tc>
      </w:tr>
      <w:tr w:rsidR="00EC77B0" w:rsidRPr="000961DC" w14:paraId="52A0EBF0" w14:textId="77777777" w:rsidTr="000961DC">
        <w:trPr>
          <w:trHeight w:val="521"/>
          <w:jc w:val="center"/>
        </w:trPr>
        <w:tc>
          <w:tcPr>
            <w:tcW w:w="4734" w:type="dxa"/>
            <w:shd w:val="clear" w:color="auto" w:fill="E7F1ED"/>
            <w:tcMar>
              <w:top w:w="70" w:type="dxa"/>
              <w:left w:w="80" w:type="dxa"/>
              <w:bottom w:w="70" w:type="dxa"/>
              <w:right w:w="80" w:type="dxa"/>
            </w:tcMar>
          </w:tcPr>
          <w:p w14:paraId="3ABE8342" w14:textId="77777777" w:rsidR="00EC77B0" w:rsidRPr="000961DC" w:rsidRDefault="009D00D6">
            <w:pPr>
              <w:rPr>
                <w:szCs w:val="20"/>
              </w:rPr>
            </w:pPr>
            <w:r w:rsidRPr="000961DC">
              <w:rPr>
                <w:rFonts w:eastAsia="Arial"/>
                <w:b/>
                <w:color w:val="006747"/>
                <w:szCs w:val="20"/>
              </w:rPr>
              <w:t>Organization / Facility Name</w:t>
            </w:r>
          </w:p>
        </w:tc>
        <w:tc>
          <w:tcPr>
            <w:tcW w:w="6460" w:type="dxa"/>
            <w:tcMar>
              <w:top w:w="70" w:type="dxa"/>
              <w:left w:w="80" w:type="dxa"/>
              <w:bottom w:w="70" w:type="dxa"/>
              <w:right w:w="80" w:type="dxa"/>
            </w:tcMar>
          </w:tcPr>
          <w:p w14:paraId="39BE3FC3" w14:textId="77777777" w:rsidR="00EC77B0" w:rsidRPr="000961DC" w:rsidRDefault="009D00D6">
            <w:pPr>
              <w:rPr>
                <w:szCs w:val="20"/>
              </w:rPr>
            </w:pPr>
            <w:r w:rsidRPr="000961DC">
              <w:rPr>
                <w:rFonts w:eastAsia="Arial"/>
                <w:i/>
                <w:color w:val="777777"/>
                <w:szCs w:val="20"/>
              </w:rPr>
              <w:t>&lt;Enter organization name&gt;</w:t>
            </w:r>
          </w:p>
        </w:tc>
      </w:tr>
      <w:tr w:rsidR="00EC77B0" w:rsidRPr="000961DC" w14:paraId="2CEB3DA5" w14:textId="77777777" w:rsidTr="000961DC">
        <w:trPr>
          <w:trHeight w:val="521"/>
          <w:jc w:val="center"/>
        </w:trPr>
        <w:tc>
          <w:tcPr>
            <w:tcW w:w="4734" w:type="dxa"/>
            <w:shd w:val="clear" w:color="auto" w:fill="E7F1ED"/>
            <w:tcMar>
              <w:top w:w="70" w:type="dxa"/>
              <w:left w:w="80" w:type="dxa"/>
              <w:bottom w:w="70" w:type="dxa"/>
              <w:right w:w="80" w:type="dxa"/>
            </w:tcMar>
          </w:tcPr>
          <w:p w14:paraId="028836B3" w14:textId="77777777" w:rsidR="00EC77B0" w:rsidRPr="000961DC" w:rsidRDefault="009D00D6">
            <w:pPr>
              <w:rPr>
                <w:szCs w:val="20"/>
              </w:rPr>
            </w:pPr>
            <w:r w:rsidRPr="000961DC">
              <w:rPr>
                <w:rFonts w:eastAsia="Arial"/>
                <w:b/>
                <w:color w:val="006747"/>
                <w:szCs w:val="20"/>
              </w:rPr>
              <w:t>Provider Type</w:t>
            </w:r>
          </w:p>
        </w:tc>
        <w:tc>
          <w:tcPr>
            <w:tcW w:w="6460" w:type="dxa"/>
            <w:tcMar>
              <w:top w:w="70" w:type="dxa"/>
              <w:left w:w="80" w:type="dxa"/>
              <w:bottom w:w="70" w:type="dxa"/>
              <w:right w:w="80" w:type="dxa"/>
            </w:tcMar>
          </w:tcPr>
          <w:p w14:paraId="3EA722B5" w14:textId="77777777" w:rsidR="00EC77B0" w:rsidRPr="000961DC" w:rsidRDefault="009D00D6">
            <w:pPr>
              <w:rPr>
                <w:szCs w:val="20"/>
              </w:rPr>
            </w:pPr>
            <w:r w:rsidRPr="000961DC">
              <w:rPr>
                <w:rFonts w:eastAsia="Arial"/>
                <w:i/>
                <w:color w:val="777777"/>
                <w:szCs w:val="20"/>
              </w:rPr>
              <w:t>&lt;Enter provider type&gt;</w:t>
            </w:r>
          </w:p>
        </w:tc>
      </w:tr>
      <w:tr w:rsidR="00EC77B0" w:rsidRPr="000961DC" w14:paraId="0E75CE98" w14:textId="77777777" w:rsidTr="000961DC">
        <w:trPr>
          <w:trHeight w:val="521"/>
          <w:jc w:val="center"/>
        </w:trPr>
        <w:tc>
          <w:tcPr>
            <w:tcW w:w="4734" w:type="dxa"/>
            <w:shd w:val="clear" w:color="auto" w:fill="E7F1ED"/>
            <w:tcMar>
              <w:top w:w="70" w:type="dxa"/>
              <w:left w:w="80" w:type="dxa"/>
              <w:bottom w:w="70" w:type="dxa"/>
              <w:right w:w="80" w:type="dxa"/>
            </w:tcMar>
          </w:tcPr>
          <w:p w14:paraId="57A89CC9" w14:textId="77777777" w:rsidR="00EC77B0" w:rsidRPr="000961DC" w:rsidRDefault="009D00D6">
            <w:pPr>
              <w:rPr>
                <w:szCs w:val="20"/>
              </w:rPr>
            </w:pPr>
            <w:r w:rsidRPr="000961DC">
              <w:rPr>
                <w:rFonts w:eastAsia="Arial"/>
                <w:b/>
                <w:color w:val="006747"/>
                <w:szCs w:val="20"/>
              </w:rPr>
              <w:t>Primary Address / Service Area</w:t>
            </w:r>
          </w:p>
        </w:tc>
        <w:tc>
          <w:tcPr>
            <w:tcW w:w="6460" w:type="dxa"/>
            <w:tcMar>
              <w:top w:w="70" w:type="dxa"/>
              <w:left w:w="80" w:type="dxa"/>
              <w:bottom w:w="70" w:type="dxa"/>
              <w:right w:w="80" w:type="dxa"/>
            </w:tcMar>
          </w:tcPr>
          <w:p w14:paraId="7A93AD8C" w14:textId="77777777" w:rsidR="00EC77B0" w:rsidRPr="000961DC" w:rsidRDefault="009D00D6">
            <w:pPr>
              <w:rPr>
                <w:szCs w:val="20"/>
              </w:rPr>
            </w:pPr>
            <w:r w:rsidRPr="000961DC">
              <w:rPr>
                <w:rFonts w:eastAsia="Arial"/>
                <w:i/>
                <w:color w:val="777777"/>
                <w:szCs w:val="20"/>
              </w:rPr>
              <w:t>&lt;Enter&gt;</w:t>
            </w:r>
          </w:p>
        </w:tc>
      </w:tr>
      <w:tr w:rsidR="00EC77B0" w:rsidRPr="000961DC" w14:paraId="2120D4E5" w14:textId="77777777" w:rsidTr="000961DC">
        <w:trPr>
          <w:trHeight w:val="521"/>
          <w:jc w:val="center"/>
        </w:trPr>
        <w:tc>
          <w:tcPr>
            <w:tcW w:w="4734" w:type="dxa"/>
            <w:shd w:val="clear" w:color="auto" w:fill="E7F1ED"/>
            <w:tcMar>
              <w:top w:w="70" w:type="dxa"/>
              <w:left w:w="80" w:type="dxa"/>
              <w:bottom w:w="70" w:type="dxa"/>
              <w:right w:w="80" w:type="dxa"/>
            </w:tcMar>
          </w:tcPr>
          <w:p w14:paraId="58836513" w14:textId="77777777" w:rsidR="00EC77B0" w:rsidRPr="000961DC" w:rsidRDefault="009D00D6">
            <w:pPr>
              <w:rPr>
                <w:szCs w:val="20"/>
              </w:rPr>
            </w:pPr>
            <w:r w:rsidRPr="000961DC">
              <w:rPr>
                <w:rFonts w:eastAsia="Arial"/>
                <w:b/>
                <w:color w:val="006747"/>
                <w:szCs w:val="20"/>
              </w:rPr>
              <w:t>Document Owner / Department</w:t>
            </w:r>
          </w:p>
        </w:tc>
        <w:tc>
          <w:tcPr>
            <w:tcW w:w="6460" w:type="dxa"/>
            <w:tcMar>
              <w:top w:w="70" w:type="dxa"/>
              <w:left w:w="80" w:type="dxa"/>
              <w:bottom w:w="70" w:type="dxa"/>
              <w:right w:w="80" w:type="dxa"/>
            </w:tcMar>
          </w:tcPr>
          <w:p w14:paraId="43C96B29" w14:textId="77777777" w:rsidR="00EC77B0" w:rsidRPr="000961DC" w:rsidRDefault="009D00D6">
            <w:pPr>
              <w:rPr>
                <w:szCs w:val="20"/>
              </w:rPr>
            </w:pPr>
            <w:r w:rsidRPr="000961DC">
              <w:rPr>
                <w:rFonts w:eastAsia="Arial"/>
                <w:i/>
                <w:color w:val="777777"/>
                <w:szCs w:val="20"/>
              </w:rPr>
              <w:t>&lt;Enter&gt;</w:t>
            </w:r>
          </w:p>
        </w:tc>
      </w:tr>
      <w:tr w:rsidR="00EC77B0" w:rsidRPr="000961DC" w14:paraId="35D37859" w14:textId="77777777" w:rsidTr="000961DC">
        <w:trPr>
          <w:trHeight w:val="521"/>
          <w:jc w:val="center"/>
        </w:trPr>
        <w:tc>
          <w:tcPr>
            <w:tcW w:w="4734" w:type="dxa"/>
            <w:shd w:val="clear" w:color="auto" w:fill="E7F1ED"/>
            <w:tcMar>
              <w:top w:w="70" w:type="dxa"/>
              <w:left w:w="80" w:type="dxa"/>
              <w:bottom w:w="70" w:type="dxa"/>
              <w:right w:w="80" w:type="dxa"/>
            </w:tcMar>
          </w:tcPr>
          <w:p w14:paraId="0394163C" w14:textId="77777777" w:rsidR="00EC77B0" w:rsidRPr="000961DC" w:rsidRDefault="009D00D6">
            <w:pPr>
              <w:rPr>
                <w:szCs w:val="20"/>
              </w:rPr>
            </w:pPr>
            <w:r w:rsidRPr="000961DC">
              <w:rPr>
                <w:rFonts w:eastAsia="Arial"/>
                <w:b/>
                <w:color w:val="006747"/>
                <w:szCs w:val="20"/>
              </w:rPr>
              <w:t>Last Verified / Updated</w:t>
            </w:r>
          </w:p>
        </w:tc>
        <w:tc>
          <w:tcPr>
            <w:tcW w:w="6460" w:type="dxa"/>
            <w:tcMar>
              <w:top w:w="70" w:type="dxa"/>
              <w:left w:w="80" w:type="dxa"/>
              <w:bottom w:w="70" w:type="dxa"/>
              <w:right w:w="80" w:type="dxa"/>
            </w:tcMar>
          </w:tcPr>
          <w:p w14:paraId="6325A262" w14:textId="77777777" w:rsidR="00EC77B0" w:rsidRPr="000961DC" w:rsidRDefault="009D00D6">
            <w:pPr>
              <w:rPr>
                <w:szCs w:val="20"/>
              </w:rPr>
            </w:pPr>
            <w:r w:rsidRPr="000961DC">
              <w:rPr>
                <w:rFonts w:eastAsia="Arial"/>
                <w:i/>
                <w:color w:val="777777"/>
                <w:szCs w:val="20"/>
              </w:rPr>
              <w:t>&lt;Date&gt;</w:t>
            </w:r>
          </w:p>
        </w:tc>
      </w:tr>
      <w:tr w:rsidR="00EC77B0" w:rsidRPr="000961DC" w14:paraId="634CDD61" w14:textId="77777777" w:rsidTr="000961DC">
        <w:trPr>
          <w:trHeight w:val="521"/>
          <w:jc w:val="center"/>
        </w:trPr>
        <w:tc>
          <w:tcPr>
            <w:tcW w:w="4734" w:type="dxa"/>
            <w:shd w:val="clear" w:color="auto" w:fill="E7F1ED"/>
            <w:tcMar>
              <w:top w:w="70" w:type="dxa"/>
              <w:left w:w="80" w:type="dxa"/>
              <w:bottom w:w="70" w:type="dxa"/>
              <w:right w:w="80" w:type="dxa"/>
            </w:tcMar>
          </w:tcPr>
          <w:p w14:paraId="0CBCB3A5" w14:textId="77777777" w:rsidR="00EC77B0" w:rsidRPr="000961DC" w:rsidRDefault="009D00D6">
            <w:pPr>
              <w:rPr>
                <w:szCs w:val="20"/>
              </w:rPr>
            </w:pPr>
            <w:r w:rsidRPr="000961DC">
              <w:rPr>
                <w:rFonts w:eastAsia="Arial"/>
                <w:b/>
                <w:color w:val="006747"/>
                <w:szCs w:val="20"/>
              </w:rPr>
              <w:t>Next Scheduled Review</w:t>
            </w:r>
          </w:p>
        </w:tc>
        <w:tc>
          <w:tcPr>
            <w:tcW w:w="6460" w:type="dxa"/>
            <w:tcMar>
              <w:top w:w="70" w:type="dxa"/>
              <w:left w:w="80" w:type="dxa"/>
              <w:bottom w:w="70" w:type="dxa"/>
              <w:right w:w="80" w:type="dxa"/>
            </w:tcMar>
          </w:tcPr>
          <w:p w14:paraId="3E447518" w14:textId="77777777" w:rsidR="00EC77B0" w:rsidRPr="000961DC" w:rsidRDefault="009D00D6">
            <w:pPr>
              <w:rPr>
                <w:szCs w:val="20"/>
              </w:rPr>
            </w:pPr>
            <w:r w:rsidRPr="000961DC">
              <w:rPr>
                <w:rFonts w:eastAsia="Arial"/>
                <w:i/>
                <w:color w:val="777777"/>
                <w:szCs w:val="20"/>
              </w:rPr>
              <w:t>&lt;Date&gt;</w:t>
            </w:r>
          </w:p>
        </w:tc>
      </w:tr>
      <w:tr w:rsidR="00EC77B0" w:rsidRPr="000961DC" w14:paraId="0795F961" w14:textId="77777777" w:rsidTr="000961DC">
        <w:trPr>
          <w:trHeight w:val="521"/>
          <w:jc w:val="center"/>
        </w:trPr>
        <w:tc>
          <w:tcPr>
            <w:tcW w:w="4734" w:type="dxa"/>
            <w:shd w:val="clear" w:color="auto" w:fill="E7F1ED"/>
            <w:tcMar>
              <w:top w:w="70" w:type="dxa"/>
              <w:left w:w="80" w:type="dxa"/>
              <w:bottom w:w="70" w:type="dxa"/>
              <w:right w:w="80" w:type="dxa"/>
            </w:tcMar>
          </w:tcPr>
          <w:p w14:paraId="16D5ACE8" w14:textId="77777777" w:rsidR="00EC77B0" w:rsidRPr="000961DC" w:rsidRDefault="009D00D6">
            <w:pPr>
              <w:rPr>
                <w:szCs w:val="20"/>
              </w:rPr>
            </w:pPr>
            <w:r w:rsidRPr="000961DC">
              <w:rPr>
                <w:rFonts w:eastAsia="Arial"/>
                <w:b/>
                <w:color w:val="006747"/>
                <w:szCs w:val="20"/>
              </w:rPr>
              <w:t>Primary 24/7 Organizational Phone</w:t>
            </w:r>
          </w:p>
        </w:tc>
        <w:tc>
          <w:tcPr>
            <w:tcW w:w="6460" w:type="dxa"/>
            <w:tcMar>
              <w:top w:w="70" w:type="dxa"/>
              <w:left w:w="80" w:type="dxa"/>
              <w:bottom w:w="70" w:type="dxa"/>
              <w:right w:w="80" w:type="dxa"/>
            </w:tcMar>
          </w:tcPr>
          <w:p w14:paraId="1E56EB84" w14:textId="77777777" w:rsidR="00EC77B0" w:rsidRPr="000961DC" w:rsidRDefault="009D00D6">
            <w:pPr>
              <w:rPr>
                <w:szCs w:val="20"/>
              </w:rPr>
            </w:pPr>
            <w:r w:rsidRPr="000961DC">
              <w:rPr>
                <w:rFonts w:eastAsia="Arial"/>
                <w:i/>
                <w:color w:val="777777"/>
                <w:szCs w:val="20"/>
              </w:rPr>
              <w:t>&lt;Enter&gt;</w:t>
            </w:r>
          </w:p>
        </w:tc>
      </w:tr>
    </w:tbl>
    <w:p w14:paraId="779A3626" w14:textId="77777777" w:rsidR="00F136CB" w:rsidRDefault="00F136CB">
      <w:pPr>
        <w:spacing w:after="60" w:line="240" w:lineRule="auto"/>
        <w:rPr>
          <w:rFonts w:eastAsia="Arial"/>
          <w:i/>
          <w:color w:val="666666"/>
          <w:sz w:val="18"/>
        </w:rPr>
      </w:pPr>
    </w:p>
    <w:p w14:paraId="1F8CAA39" w14:textId="1AACF0AF" w:rsidR="00EC77B0" w:rsidRDefault="009D00D6">
      <w:pPr>
        <w:spacing w:after="60" w:line="240" w:lineRule="auto"/>
        <w:rPr>
          <w:rFonts w:eastAsia="Arial"/>
          <w:i/>
          <w:color w:val="666666"/>
          <w:sz w:val="18"/>
        </w:rPr>
      </w:pPr>
      <w:r>
        <w:rPr>
          <w:rFonts w:eastAsia="Arial"/>
          <w:i/>
          <w:color w:val="666666"/>
          <w:sz w:val="18"/>
        </w:rPr>
        <w:t>Use this directory to maintain primary and alternate emergency contacts that support internal response, external coordination, regulatory/public-health communication, and continuity of operations. Not every category will apply to every provider type; add or remove rows as needed.</w:t>
      </w:r>
    </w:p>
    <w:p w14:paraId="411F8687" w14:textId="77777777" w:rsidR="00F136CB" w:rsidRDefault="00F136CB">
      <w:pPr>
        <w:spacing w:after="60" w:line="240" w:lineRule="auto"/>
      </w:pPr>
    </w:p>
    <w:tbl>
      <w:tblPr>
        <w:tblW w:w="0" w:type="auto"/>
        <w:tblBorders>
          <w:top w:val="single" w:sz="4" w:space="0" w:color="C9D7D2"/>
          <w:left w:val="single" w:sz="4" w:space="0" w:color="C9D7D2"/>
          <w:bottom w:val="single" w:sz="4" w:space="0" w:color="C9D7D2"/>
          <w:right w:val="single" w:sz="4" w:space="0" w:color="C9D7D2"/>
          <w:insideH w:val="single" w:sz="4" w:space="0" w:color="C9D7D2"/>
          <w:insideV w:val="single" w:sz="4" w:space="0" w:color="C9D7D2"/>
        </w:tblBorders>
        <w:tblLook w:val="04A0" w:firstRow="1" w:lastRow="0" w:firstColumn="1" w:lastColumn="0" w:noHBand="0" w:noVBand="1"/>
      </w:tblPr>
      <w:tblGrid>
        <w:gridCol w:w="10656"/>
      </w:tblGrid>
      <w:tr w:rsidR="00EC77B0" w14:paraId="1187D37F" w14:textId="77777777">
        <w:tc>
          <w:tcPr>
            <w:tcW w:w="10656" w:type="dxa"/>
            <w:shd w:val="clear" w:color="auto" w:fill="F1F2F2"/>
            <w:tcMar>
              <w:top w:w="60" w:type="dxa"/>
              <w:left w:w="80" w:type="dxa"/>
              <w:bottom w:w="60" w:type="dxa"/>
              <w:right w:w="80" w:type="dxa"/>
            </w:tcMar>
          </w:tcPr>
          <w:p w14:paraId="726B1815" w14:textId="77777777" w:rsidR="00EC77B0" w:rsidRDefault="009D00D6">
            <w:pPr>
              <w:spacing w:after="0"/>
            </w:pPr>
            <w:r>
              <w:rPr>
                <w:rFonts w:eastAsia="Arial"/>
                <w:b/>
                <w:color w:val="006747"/>
                <w:sz w:val="17"/>
              </w:rPr>
              <w:t xml:space="preserve">PRIVACY / SECURITY  </w:t>
            </w:r>
            <w:r>
              <w:rPr>
                <w:rFonts w:eastAsia="Arial"/>
                <w:color w:val="222222"/>
                <w:sz w:val="17"/>
              </w:rPr>
              <w:t>Do not place unrestricted employee personal phone lists, passwords, protected health information, or other security-sensitive details in a broadly distributed copy. Reference a controlled roster or secure location when appropriate.</w:t>
            </w:r>
          </w:p>
        </w:tc>
      </w:tr>
    </w:tbl>
    <w:p w14:paraId="4A19C3B3" w14:textId="77777777" w:rsidR="000961DC" w:rsidRDefault="000961DC">
      <w:pPr>
        <w:pBdr>
          <w:bottom w:val="single" w:sz="8" w:space="3" w:color="E6532F"/>
        </w:pBdr>
        <w:spacing w:before="120" w:after="60"/>
        <w:rPr>
          <w:rFonts w:eastAsia="Arial"/>
          <w:b/>
          <w:color w:val="006747"/>
          <w:sz w:val="26"/>
        </w:rPr>
      </w:pPr>
    </w:p>
    <w:p w14:paraId="0AD25E86" w14:textId="77777777" w:rsidR="000961DC" w:rsidRDefault="000961DC">
      <w:pPr>
        <w:pBdr>
          <w:bottom w:val="single" w:sz="8" w:space="3" w:color="E6532F"/>
        </w:pBdr>
        <w:spacing w:before="120" w:after="60"/>
        <w:rPr>
          <w:rFonts w:eastAsia="Arial"/>
          <w:b/>
          <w:color w:val="006747"/>
          <w:sz w:val="26"/>
        </w:rPr>
      </w:pPr>
    </w:p>
    <w:p w14:paraId="45D293F8" w14:textId="77777777" w:rsidR="000961DC" w:rsidRDefault="000961DC">
      <w:pPr>
        <w:pBdr>
          <w:bottom w:val="single" w:sz="8" w:space="3" w:color="E6532F"/>
        </w:pBdr>
        <w:spacing w:before="120" w:after="60"/>
        <w:rPr>
          <w:rFonts w:eastAsia="Arial"/>
          <w:b/>
          <w:color w:val="006747"/>
          <w:sz w:val="26"/>
        </w:rPr>
      </w:pPr>
    </w:p>
    <w:p w14:paraId="5DC14EF8" w14:textId="77777777" w:rsidR="000961DC" w:rsidRDefault="000961DC">
      <w:pPr>
        <w:pBdr>
          <w:bottom w:val="single" w:sz="8" w:space="3" w:color="E6532F"/>
        </w:pBdr>
        <w:spacing w:before="120" w:after="60"/>
        <w:rPr>
          <w:rFonts w:eastAsia="Arial"/>
          <w:b/>
          <w:color w:val="006747"/>
          <w:sz w:val="26"/>
        </w:rPr>
      </w:pPr>
    </w:p>
    <w:p w14:paraId="7220A9D7" w14:textId="77777777" w:rsidR="000961DC" w:rsidRDefault="000961DC">
      <w:pPr>
        <w:pBdr>
          <w:bottom w:val="single" w:sz="8" w:space="3" w:color="E6532F"/>
        </w:pBdr>
        <w:spacing w:before="120" w:after="60"/>
        <w:rPr>
          <w:rFonts w:eastAsia="Arial"/>
          <w:b/>
          <w:color w:val="006747"/>
          <w:sz w:val="26"/>
        </w:rPr>
      </w:pPr>
    </w:p>
    <w:p w14:paraId="00A44D00" w14:textId="77777777" w:rsidR="000961DC" w:rsidRDefault="000961DC">
      <w:pPr>
        <w:pBdr>
          <w:bottom w:val="single" w:sz="8" w:space="3" w:color="E6532F"/>
        </w:pBdr>
        <w:spacing w:before="120" w:after="60"/>
        <w:rPr>
          <w:rFonts w:eastAsia="Arial"/>
          <w:b/>
          <w:color w:val="006747"/>
          <w:sz w:val="26"/>
        </w:rPr>
      </w:pPr>
    </w:p>
    <w:p w14:paraId="22C957FA" w14:textId="6A209FEE" w:rsidR="00EC77B0" w:rsidRDefault="009D00D6">
      <w:pPr>
        <w:pBdr>
          <w:bottom w:val="single" w:sz="8" w:space="3" w:color="E6532F"/>
        </w:pBdr>
        <w:spacing w:before="120" w:after="60"/>
      </w:pPr>
      <w:r>
        <w:rPr>
          <w:rFonts w:eastAsia="Arial"/>
          <w:b/>
          <w:color w:val="006747"/>
          <w:sz w:val="26"/>
        </w:rPr>
        <w:t>A. INTERNAL LEADERSHIP &amp; RESPONSE CONTACTS</w:t>
      </w:r>
    </w:p>
    <w:tbl>
      <w:tblPr>
        <w:tblW w:w="0" w:type="auto"/>
        <w:jc w:val="center"/>
        <w:tblBorders>
          <w:top w:val="single" w:sz="5" w:space="0" w:color="B8C5C0"/>
          <w:left w:val="single" w:sz="5" w:space="0" w:color="B8C5C0"/>
          <w:bottom w:val="single" w:sz="5" w:space="0" w:color="B8C5C0"/>
          <w:right w:val="single" w:sz="5" w:space="0" w:color="B8C5C0"/>
          <w:insideH w:val="single" w:sz="5" w:space="0" w:color="B8C5C0"/>
          <w:insideV w:val="single" w:sz="5" w:space="0" w:color="B8C5C0"/>
        </w:tblBorders>
        <w:tblLayout w:type="fixed"/>
        <w:tblLook w:val="04A0" w:firstRow="1" w:lastRow="0" w:firstColumn="1" w:lastColumn="0" w:noHBand="0" w:noVBand="1"/>
      </w:tblPr>
      <w:tblGrid>
        <w:gridCol w:w="2880"/>
        <w:gridCol w:w="2131"/>
        <w:gridCol w:w="2131"/>
        <w:gridCol w:w="2376"/>
        <w:gridCol w:w="2131"/>
      </w:tblGrid>
      <w:tr w:rsidR="00EC77B0" w:rsidRPr="000961DC" w14:paraId="43ABA3A5" w14:textId="77777777">
        <w:trPr>
          <w:tblHeader/>
          <w:jc w:val="center"/>
        </w:trPr>
        <w:tc>
          <w:tcPr>
            <w:tcW w:w="2131" w:type="dxa"/>
            <w:shd w:val="clear" w:color="auto" w:fill="006747"/>
            <w:tcMar>
              <w:top w:w="55" w:type="dxa"/>
              <w:left w:w="60" w:type="dxa"/>
              <w:bottom w:w="55" w:type="dxa"/>
              <w:right w:w="60" w:type="dxa"/>
            </w:tcMar>
          </w:tcPr>
          <w:p w14:paraId="2140C513" w14:textId="77777777" w:rsidR="00EC77B0" w:rsidRPr="000961DC" w:rsidRDefault="009D00D6">
            <w:pPr>
              <w:jc w:val="center"/>
              <w:rPr>
                <w:szCs w:val="20"/>
              </w:rPr>
            </w:pPr>
            <w:r w:rsidRPr="000961DC">
              <w:rPr>
                <w:rFonts w:eastAsia="Arial"/>
                <w:b/>
                <w:color w:val="FFFFFF"/>
                <w:szCs w:val="20"/>
              </w:rPr>
              <w:t>Role / Function</w:t>
            </w:r>
          </w:p>
        </w:tc>
        <w:tc>
          <w:tcPr>
            <w:tcW w:w="2131" w:type="dxa"/>
            <w:shd w:val="clear" w:color="auto" w:fill="006747"/>
            <w:tcMar>
              <w:top w:w="55" w:type="dxa"/>
              <w:left w:w="60" w:type="dxa"/>
              <w:bottom w:w="55" w:type="dxa"/>
              <w:right w:w="60" w:type="dxa"/>
            </w:tcMar>
          </w:tcPr>
          <w:p w14:paraId="4CD526AB" w14:textId="77777777" w:rsidR="00EC77B0" w:rsidRPr="000961DC" w:rsidRDefault="009D00D6">
            <w:pPr>
              <w:jc w:val="center"/>
              <w:rPr>
                <w:szCs w:val="20"/>
              </w:rPr>
            </w:pPr>
            <w:r w:rsidRPr="000961DC">
              <w:rPr>
                <w:rFonts w:eastAsia="Arial"/>
                <w:b/>
                <w:color w:val="FFFFFF"/>
                <w:szCs w:val="20"/>
              </w:rPr>
              <w:t>Primary Contact</w:t>
            </w:r>
          </w:p>
        </w:tc>
        <w:tc>
          <w:tcPr>
            <w:tcW w:w="2131" w:type="dxa"/>
            <w:shd w:val="clear" w:color="auto" w:fill="006747"/>
            <w:tcMar>
              <w:top w:w="55" w:type="dxa"/>
              <w:left w:w="60" w:type="dxa"/>
              <w:bottom w:w="55" w:type="dxa"/>
              <w:right w:w="60" w:type="dxa"/>
            </w:tcMar>
          </w:tcPr>
          <w:p w14:paraId="283953E0" w14:textId="77777777" w:rsidR="00EC77B0" w:rsidRPr="000961DC" w:rsidRDefault="009D00D6">
            <w:pPr>
              <w:jc w:val="center"/>
              <w:rPr>
                <w:szCs w:val="20"/>
              </w:rPr>
            </w:pPr>
            <w:r w:rsidRPr="000961DC">
              <w:rPr>
                <w:rFonts w:eastAsia="Arial"/>
                <w:b/>
                <w:color w:val="FFFFFF"/>
                <w:szCs w:val="20"/>
              </w:rPr>
              <w:t>24/7 Phone</w:t>
            </w:r>
          </w:p>
        </w:tc>
        <w:tc>
          <w:tcPr>
            <w:tcW w:w="2131" w:type="dxa"/>
            <w:shd w:val="clear" w:color="auto" w:fill="006747"/>
            <w:tcMar>
              <w:top w:w="55" w:type="dxa"/>
              <w:left w:w="60" w:type="dxa"/>
              <w:bottom w:w="55" w:type="dxa"/>
              <w:right w:w="60" w:type="dxa"/>
            </w:tcMar>
          </w:tcPr>
          <w:p w14:paraId="3A53857A" w14:textId="77777777" w:rsidR="00EC77B0" w:rsidRPr="000961DC" w:rsidRDefault="009D00D6">
            <w:pPr>
              <w:jc w:val="center"/>
              <w:rPr>
                <w:szCs w:val="20"/>
              </w:rPr>
            </w:pPr>
            <w:r w:rsidRPr="000961DC">
              <w:rPr>
                <w:rFonts w:eastAsia="Arial"/>
                <w:b/>
                <w:color w:val="FFFFFF"/>
                <w:szCs w:val="20"/>
              </w:rPr>
              <w:t>Email</w:t>
            </w:r>
          </w:p>
        </w:tc>
        <w:tc>
          <w:tcPr>
            <w:tcW w:w="2131" w:type="dxa"/>
            <w:shd w:val="clear" w:color="auto" w:fill="006747"/>
            <w:tcMar>
              <w:top w:w="55" w:type="dxa"/>
              <w:left w:w="60" w:type="dxa"/>
              <w:bottom w:w="55" w:type="dxa"/>
              <w:right w:w="60" w:type="dxa"/>
            </w:tcMar>
          </w:tcPr>
          <w:p w14:paraId="31346FA4" w14:textId="77777777" w:rsidR="00EC77B0" w:rsidRPr="000961DC" w:rsidRDefault="009D00D6">
            <w:pPr>
              <w:jc w:val="center"/>
              <w:rPr>
                <w:szCs w:val="20"/>
              </w:rPr>
            </w:pPr>
            <w:r w:rsidRPr="000961DC">
              <w:rPr>
                <w:rFonts w:eastAsia="Arial"/>
                <w:b/>
                <w:color w:val="FFFFFF"/>
                <w:szCs w:val="20"/>
              </w:rPr>
              <w:t>Alternate / Backup</w:t>
            </w:r>
          </w:p>
        </w:tc>
      </w:tr>
      <w:tr w:rsidR="00EC77B0" w:rsidRPr="000961DC" w14:paraId="73D8C635" w14:textId="77777777">
        <w:trPr>
          <w:cantSplit/>
          <w:trHeight w:val="446"/>
          <w:jc w:val="center"/>
        </w:trPr>
        <w:tc>
          <w:tcPr>
            <w:tcW w:w="2880" w:type="dxa"/>
            <w:shd w:val="clear" w:color="auto" w:fill="E7F1ED"/>
            <w:tcMar>
              <w:top w:w="48" w:type="dxa"/>
              <w:left w:w="55" w:type="dxa"/>
              <w:bottom w:w="48" w:type="dxa"/>
              <w:right w:w="55" w:type="dxa"/>
            </w:tcMar>
          </w:tcPr>
          <w:p w14:paraId="2AB1CC35" w14:textId="77777777" w:rsidR="00EC77B0" w:rsidRPr="000961DC" w:rsidRDefault="009D00D6">
            <w:pPr>
              <w:rPr>
                <w:szCs w:val="20"/>
              </w:rPr>
            </w:pPr>
            <w:r w:rsidRPr="000961DC">
              <w:rPr>
                <w:rFonts w:eastAsia="Arial"/>
                <w:b/>
                <w:color w:val="006747"/>
                <w:szCs w:val="20"/>
              </w:rPr>
              <w:t>Executive / Administrative Lead</w:t>
            </w:r>
          </w:p>
        </w:tc>
        <w:tc>
          <w:tcPr>
            <w:tcW w:w="2088" w:type="dxa"/>
            <w:tcMar>
              <w:top w:w="48" w:type="dxa"/>
              <w:left w:w="55" w:type="dxa"/>
              <w:bottom w:w="48" w:type="dxa"/>
              <w:right w:w="55" w:type="dxa"/>
            </w:tcMar>
          </w:tcPr>
          <w:p w14:paraId="01F3C9E0" w14:textId="77777777" w:rsidR="00EC77B0" w:rsidRPr="000961DC" w:rsidRDefault="009D00D6">
            <w:pPr>
              <w:rPr>
                <w:szCs w:val="20"/>
              </w:rPr>
            </w:pPr>
            <w:r w:rsidRPr="000961DC">
              <w:rPr>
                <w:rFonts w:eastAsia="Arial"/>
                <w:i/>
                <w:color w:val="777777"/>
                <w:szCs w:val="20"/>
              </w:rPr>
              <w:t>&lt;Name&gt;</w:t>
            </w:r>
          </w:p>
        </w:tc>
        <w:tc>
          <w:tcPr>
            <w:tcW w:w="1872" w:type="dxa"/>
            <w:tcMar>
              <w:top w:w="48" w:type="dxa"/>
              <w:left w:w="55" w:type="dxa"/>
              <w:bottom w:w="48" w:type="dxa"/>
              <w:right w:w="55" w:type="dxa"/>
            </w:tcMar>
          </w:tcPr>
          <w:p w14:paraId="009447D5" w14:textId="77777777" w:rsidR="00EC77B0" w:rsidRPr="000961DC" w:rsidRDefault="009D00D6">
            <w:pPr>
              <w:rPr>
                <w:szCs w:val="20"/>
              </w:rPr>
            </w:pPr>
            <w:r w:rsidRPr="000961DC">
              <w:rPr>
                <w:rFonts w:eastAsia="Arial"/>
                <w:i/>
                <w:color w:val="777777"/>
                <w:szCs w:val="20"/>
              </w:rPr>
              <w:t>&lt;24/7 phone&gt;</w:t>
            </w:r>
          </w:p>
        </w:tc>
        <w:tc>
          <w:tcPr>
            <w:tcW w:w="2376" w:type="dxa"/>
            <w:tcMar>
              <w:top w:w="48" w:type="dxa"/>
              <w:left w:w="55" w:type="dxa"/>
              <w:bottom w:w="48" w:type="dxa"/>
              <w:right w:w="55" w:type="dxa"/>
            </w:tcMar>
          </w:tcPr>
          <w:p w14:paraId="5394655C" w14:textId="77777777" w:rsidR="00EC77B0" w:rsidRPr="000961DC" w:rsidRDefault="009D00D6">
            <w:pPr>
              <w:rPr>
                <w:szCs w:val="20"/>
              </w:rPr>
            </w:pPr>
            <w:r w:rsidRPr="000961DC">
              <w:rPr>
                <w:rFonts w:eastAsia="Arial"/>
                <w:i/>
                <w:color w:val="777777"/>
                <w:szCs w:val="20"/>
              </w:rPr>
              <w:t>&lt;Email&gt;</w:t>
            </w:r>
          </w:p>
        </w:tc>
        <w:tc>
          <w:tcPr>
            <w:tcW w:w="1872" w:type="dxa"/>
            <w:tcMar>
              <w:top w:w="48" w:type="dxa"/>
              <w:left w:w="55" w:type="dxa"/>
              <w:bottom w:w="48" w:type="dxa"/>
              <w:right w:w="55" w:type="dxa"/>
            </w:tcMar>
          </w:tcPr>
          <w:p w14:paraId="7F0166FC" w14:textId="77777777" w:rsidR="00EC77B0" w:rsidRPr="000961DC" w:rsidRDefault="009D00D6">
            <w:pPr>
              <w:rPr>
                <w:szCs w:val="20"/>
              </w:rPr>
            </w:pPr>
            <w:r w:rsidRPr="000961DC">
              <w:rPr>
                <w:rFonts w:eastAsia="Arial"/>
                <w:i/>
                <w:color w:val="777777"/>
                <w:szCs w:val="20"/>
              </w:rPr>
              <w:t>&lt;Alternate / backup&gt;</w:t>
            </w:r>
          </w:p>
        </w:tc>
      </w:tr>
      <w:tr w:rsidR="00EC77B0" w:rsidRPr="000961DC" w14:paraId="63B706A2" w14:textId="77777777">
        <w:trPr>
          <w:cantSplit/>
          <w:trHeight w:val="446"/>
          <w:jc w:val="center"/>
        </w:trPr>
        <w:tc>
          <w:tcPr>
            <w:tcW w:w="2880" w:type="dxa"/>
            <w:shd w:val="clear" w:color="auto" w:fill="F5F8F7"/>
            <w:tcMar>
              <w:top w:w="48" w:type="dxa"/>
              <w:left w:w="55" w:type="dxa"/>
              <w:bottom w:w="48" w:type="dxa"/>
              <w:right w:w="55" w:type="dxa"/>
            </w:tcMar>
          </w:tcPr>
          <w:p w14:paraId="5E38D869" w14:textId="77777777" w:rsidR="00EC77B0" w:rsidRPr="000961DC" w:rsidRDefault="009D00D6">
            <w:pPr>
              <w:rPr>
                <w:szCs w:val="20"/>
              </w:rPr>
            </w:pPr>
            <w:r w:rsidRPr="000961DC">
              <w:rPr>
                <w:rFonts w:eastAsia="Arial"/>
                <w:b/>
                <w:color w:val="006747"/>
                <w:szCs w:val="20"/>
              </w:rPr>
              <w:t>Clinical / Nursing Lead</w:t>
            </w:r>
          </w:p>
        </w:tc>
        <w:tc>
          <w:tcPr>
            <w:tcW w:w="2088" w:type="dxa"/>
            <w:tcMar>
              <w:top w:w="48" w:type="dxa"/>
              <w:left w:w="55" w:type="dxa"/>
              <w:bottom w:w="48" w:type="dxa"/>
              <w:right w:w="55" w:type="dxa"/>
            </w:tcMar>
          </w:tcPr>
          <w:p w14:paraId="45D32968" w14:textId="77777777" w:rsidR="00EC77B0" w:rsidRPr="000961DC" w:rsidRDefault="009D00D6">
            <w:pPr>
              <w:rPr>
                <w:szCs w:val="20"/>
              </w:rPr>
            </w:pPr>
            <w:r w:rsidRPr="000961DC">
              <w:rPr>
                <w:rFonts w:eastAsia="Arial"/>
                <w:i/>
                <w:color w:val="777777"/>
                <w:szCs w:val="20"/>
              </w:rPr>
              <w:t>&lt;Name&gt;</w:t>
            </w:r>
          </w:p>
        </w:tc>
        <w:tc>
          <w:tcPr>
            <w:tcW w:w="1872" w:type="dxa"/>
            <w:tcMar>
              <w:top w:w="48" w:type="dxa"/>
              <w:left w:w="55" w:type="dxa"/>
              <w:bottom w:w="48" w:type="dxa"/>
              <w:right w:w="55" w:type="dxa"/>
            </w:tcMar>
          </w:tcPr>
          <w:p w14:paraId="50E85EE2" w14:textId="77777777" w:rsidR="00EC77B0" w:rsidRPr="000961DC" w:rsidRDefault="009D00D6">
            <w:pPr>
              <w:rPr>
                <w:szCs w:val="20"/>
              </w:rPr>
            </w:pPr>
            <w:r w:rsidRPr="000961DC">
              <w:rPr>
                <w:rFonts w:eastAsia="Arial"/>
                <w:i/>
                <w:color w:val="777777"/>
                <w:szCs w:val="20"/>
              </w:rPr>
              <w:t>&lt;24/7 phone&gt;</w:t>
            </w:r>
          </w:p>
        </w:tc>
        <w:tc>
          <w:tcPr>
            <w:tcW w:w="2376" w:type="dxa"/>
            <w:tcMar>
              <w:top w:w="48" w:type="dxa"/>
              <w:left w:w="55" w:type="dxa"/>
              <w:bottom w:w="48" w:type="dxa"/>
              <w:right w:w="55" w:type="dxa"/>
            </w:tcMar>
          </w:tcPr>
          <w:p w14:paraId="7D8CF7B6" w14:textId="77777777" w:rsidR="00EC77B0" w:rsidRPr="000961DC" w:rsidRDefault="009D00D6">
            <w:pPr>
              <w:rPr>
                <w:szCs w:val="20"/>
              </w:rPr>
            </w:pPr>
            <w:r w:rsidRPr="000961DC">
              <w:rPr>
                <w:rFonts w:eastAsia="Arial"/>
                <w:i/>
                <w:color w:val="777777"/>
                <w:szCs w:val="20"/>
              </w:rPr>
              <w:t>&lt;Email&gt;</w:t>
            </w:r>
          </w:p>
        </w:tc>
        <w:tc>
          <w:tcPr>
            <w:tcW w:w="1872" w:type="dxa"/>
            <w:tcMar>
              <w:top w:w="48" w:type="dxa"/>
              <w:left w:w="55" w:type="dxa"/>
              <w:bottom w:w="48" w:type="dxa"/>
              <w:right w:w="55" w:type="dxa"/>
            </w:tcMar>
          </w:tcPr>
          <w:p w14:paraId="24080BBD" w14:textId="77777777" w:rsidR="00EC77B0" w:rsidRPr="000961DC" w:rsidRDefault="009D00D6">
            <w:pPr>
              <w:rPr>
                <w:szCs w:val="20"/>
              </w:rPr>
            </w:pPr>
            <w:r w:rsidRPr="000961DC">
              <w:rPr>
                <w:rFonts w:eastAsia="Arial"/>
                <w:i/>
                <w:color w:val="777777"/>
                <w:szCs w:val="20"/>
              </w:rPr>
              <w:t>&lt;Alternate / backup&gt;</w:t>
            </w:r>
          </w:p>
        </w:tc>
      </w:tr>
      <w:tr w:rsidR="00EC77B0" w:rsidRPr="000961DC" w14:paraId="4CF94BF4" w14:textId="77777777">
        <w:trPr>
          <w:cantSplit/>
          <w:trHeight w:val="446"/>
          <w:jc w:val="center"/>
        </w:trPr>
        <w:tc>
          <w:tcPr>
            <w:tcW w:w="2880" w:type="dxa"/>
            <w:shd w:val="clear" w:color="auto" w:fill="E7F1ED"/>
            <w:tcMar>
              <w:top w:w="48" w:type="dxa"/>
              <w:left w:w="55" w:type="dxa"/>
              <w:bottom w:w="48" w:type="dxa"/>
              <w:right w:w="55" w:type="dxa"/>
            </w:tcMar>
          </w:tcPr>
          <w:p w14:paraId="7F865ECC" w14:textId="77777777" w:rsidR="00EC77B0" w:rsidRPr="000961DC" w:rsidRDefault="009D00D6">
            <w:pPr>
              <w:rPr>
                <w:szCs w:val="20"/>
              </w:rPr>
            </w:pPr>
            <w:r w:rsidRPr="000961DC">
              <w:rPr>
                <w:rFonts w:eastAsia="Arial"/>
                <w:b/>
                <w:color w:val="006747"/>
                <w:szCs w:val="20"/>
              </w:rPr>
              <w:t>Emergency Preparedness Coordinator</w:t>
            </w:r>
          </w:p>
        </w:tc>
        <w:tc>
          <w:tcPr>
            <w:tcW w:w="2088" w:type="dxa"/>
            <w:tcMar>
              <w:top w:w="48" w:type="dxa"/>
              <w:left w:w="55" w:type="dxa"/>
              <w:bottom w:w="48" w:type="dxa"/>
              <w:right w:w="55" w:type="dxa"/>
            </w:tcMar>
          </w:tcPr>
          <w:p w14:paraId="60EFB22A" w14:textId="77777777" w:rsidR="00EC77B0" w:rsidRPr="000961DC" w:rsidRDefault="009D00D6">
            <w:pPr>
              <w:rPr>
                <w:szCs w:val="20"/>
              </w:rPr>
            </w:pPr>
            <w:r w:rsidRPr="000961DC">
              <w:rPr>
                <w:rFonts w:eastAsia="Arial"/>
                <w:i/>
                <w:color w:val="777777"/>
                <w:szCs w:val="20"/>
              </w:rPr>
              <w:t>&lt;Name&gt;</w:t>
            </w:r>
          </w:p>
        </w:tc>
        <w:tc>
          <w:tcPr>
            <w:tcW w:w="1872" w:type="dxa"/>
            <w:tcMar>
              <w:top w:w="48" w:type="dxa"/>
              <w:left w:w="55" w:type="dxa"/>
              <w:bottom w:w="48" w:type="dxa"/>
              <w:right w:w="55" w:type="dxa"/>
            </w:tcMar>
          </w:tcPr>
          <w:p w14:paraId="6692F169" w14:textId="77777777" w:rsidR="00EC77B0" w:rsidRPr="000961DC" w:rsidRDefault="009D00D6">
            <w:pPr>
              <w:rPr>
                <w:szCs w:val="20"/>
              </w:rPr>
            </w:pPr>
            <w:r w:rsidRPr="000961DC">
              <w:rPr>
                <w:rFonts w:eastAsia="Arial"/>
                <w:i/>
                <w:color w:val="777777"/>
                <w:szCs w:val="20"/>
              </w:rPr>
              <w:t>&lt;24/7 phone&gt;</w:t>
            </w:r>
          </w:p>
        </w:tc>
        <w:tc>
          <w:tcPr>
            <w:tcW w:w="2376" w:type="dxa"/>
            <w:tcMar>
              <w:top w:w="48" w:type="dxa"/>
              <w:left w:w="55" w:type="dxa"/>
              <w:bottom w:w="48" w:type="dxa"/>
              <w:right w:w="55" w:type="dxa"/>
            </w:tcMar>
          </w:tcPr>
          <w:p w14:paraId="2E444886" w14:textId="77777777" w:rsidR="00EC77B0" w:rsidRPr="000961DC" w:rsidRDefault="009D00D6">
            <w:pPr>
              <w:rPr>
                <w:szCs w:val="20"/>
              </w:rPr>
            </w:pPr>
            <w:r w:rsidRPr="000961DC">
              <w:rPr>
                <w:rFonts w:eastAsia="Arial"/>
                <w:i/>
                <w:color w:val="777777"/>
                <w:szCs w:val="20"/>
              </w:rPr>
              <w:t>&lt;Email&gt;</w:t>
            </w:r>
          </w:p>
        </w:tc>
        <w:tc>
          <w:tcPr>
            <w:tcW w:w="1872" w:type="dxa"/>
            <w:tcMar>
              <w:top w:w="48" w:type="dxa"/>
              <w:left w:w="55" w:type="dxa"/>
              <w:bottom w:w="48" w:type="dxa"/>
              <w:right w:w="55" w:type="dxa"/>
            </w:tcMar>
          </w:tcPr>
          <w:p w14:paraId="0C9F0E6E" w14:textId="77777777" w:rsidR="00EC77B0" w:rsidRPr="000961DC" w:rsidRDefault="009D00D6">
            <w:pPr>
              <w:rPr>
                <w:szCs w:val="20"/>
              </w:rPr>
            </w:pPr>
            <w:r w:rsidRPr="000961DC">
              <w:rPr>
                <w:rFonts w:eastAsia="Arial"/>
                <w:i/>
                <w:color w:val="777777"/>
                <w:szCs w:val="20"/>
              </w:rPr>
              <w:t>&lt;Alternate / backup&gt;</w:t>
            </w:r>
          </w:p>
        </w:tc>
      </w:tr>
      <w:tr w:rsidR="00EC77B0" w:rsidRPr="000961DC" w14:paraId="5FD31D9F" w14:textId="77777777">
        <w:trPr>
          <w:cantSplit/>
          <w:trHeight w:val="446"/>
          <w:jc w:val="center"/>
        </w:trPr>
        <w:tc>
          <w:tcPr>
            <w:tcW w:w="2880" w:type="dxa"/>
            <w:shd w:val="clear" w:color="auto" w:fill="F5F8F7"/>
            <w:tcMar>
              <w:top w:w="48" w:type="dxa"/>
              <w:left w:w="55" w:type="dxa"/>
              <w:bottom w:w="48" w:type="dxa"/>
              <w:right w:w="55" w:type="dxa"/>
            </w:tcMar>
          </w:tcPr>
          <w:p w14:paraId="12E3C01C" w14:textId="77777777" w:rsidR="00EC77B0" w:rsidRPr="000961DC" w:rsidRDefault="009D00D6">
            <w:pPr>
              <w:rPr>
                <w:szCs w:val="20"/>
              </w:rPr>
            </w:pPr>
            <w:r w:rsidRPr="000961DC">
              <w:rPr>
                <w:rFonts w:eastAsia="Arial"/>
                <w:b/>
                <w:color w:val="006747"/>
                <w:szCs w:val="20"/>
              </w:rPr>
              <w:t>Alternate Emergency Preparedness Coordinator</w:t>
            </w:r>
          </w:p>
        </w:tc>
        <w:tc>
          <w:tcPr>
            <w:tcW w:w="2088" w:type="dxa"/>
            <w:tcMar>
              <w:top w:w="48" w:type="dxa"/>
              <w:left w:w="55" w:type="dxa"/>
              <w:bottom w:w="48" w:type="dxa"/>
              <w:right w:w="55" w:type="dxa"/>
            </w:tcMar>
          </w:tcPr>
          <w:p w14:paraId="464DBE4D" w14:textId="77777777" w:rsidR="00EC77B0" w:rsidRPr="000961DC" w:rsidRDefault="009D00D6">
            <w:pPr>
              <w:rPr>
                <w:szCs w:val="20"/>
              </w:rPr>
            </w:pPr>
            <w:r w:rsidRPr="000961DC">
              <w:rPr>
                <w:rFonts w:eastAsia="Arial"/>
                <w:i/>
                <w:color w:val="777777"/>
                <w:szCs w:val="20"/>
              </w:rPr>
              <w:t>&lt;Name&gt;</w:t>
            </w:r>
          </w:p>
        </w:tc>
        <w:tc>
          <w:tcPr>
            <w:tcW w:w="1872" w:type="dxa"/>
            <w:tcMar>
              <w:top w:w="48" w:type="dxa"/>
              <w:left w:w="55" w:type="dxa"/>
              <w:bottom w:w="48" w:type="dxa"/>
              <w:right w:w="55" w:type="dxa"/>
            </w:tcMar>
          </w:tcPr>
          <w:p w14:paraId="2F8A586E" w14:textId="77777777" w:rsidR="00EC77B0" w:rsidRPr="000961DC" w:rsidRDefault="009D00D6">
            <w:pPr>
              <w:rPr>
                <w:szCs w:val="20"/>
              </w:rPr>
            </w:pPr>
            <w:r w:rsidRPr="000961DC">
              <w:rPr>
                <w:rFonts w:eastAsia="Arial"/>
                <w:i/>
                <w:color w:val="777777"/>
                <w:szCs w:val="20"/>
              </w:rPr>
              <w:t>&lt;24/7 phone&gt;</w:t>
            </w:r>
          </w:p>
        </w:tc>
        <w:tc>
          <w:tcPr>
            <w:tcW w:w="2376" w:type="dxa"/>
            <w:tcMar>
              <w:top w:w="48" w:type="dxa"/>
              <w:left w:w="55" w:type="dxa"/>
              <w:bottom w:w="48" w:type="dxa"/>
              <w:right w:w="55" w:type="dxa"/>
            </w:tcMar>
          </w:tcPr>
          <w:p w14:paraId="696F403C" w14:textId="77777777" w:rsidR="00EC77B0" w:rsidRPr="000961DC" w:rsidRDefault="009D00D6">
            <w:pPr>
              <w:rPr>
                <w:szCs w:val="20"/>
              </w:rPr>
            </w:pPr>
            <w:r w:rsidRPr="000961DC">
              <w:rPr>
                <w:rFonts w:eastAsia="Arial"/>
                <w:i/>
                <w:color w:val="777777"/>
                <w:szCs w:val="20"/>
              </w:rPr>
              <w:t>&lt;Email&gt;</w:t>
            </w:r>
          </w:p>
        </w:tc>
        <w:tc>
          <w:tcPr>
            <w:tcW w:w="1872" w:type="dxa"/>
            <w:tcMar>
              <w:top w:w="48" w:type="dxa"/>
              <w:left w:w="55" w:type="dxa"/>
              <w:bottom w:w="48" w:type="dxa"/>
              <w:right w:w="55" w:type="dxa"/>
            </w:tcMar>
          </w:tcPr>
          <w:p w14:paraId="6C003A8D" w14:textId="77777777" w:rsidR="00EC77B0" w:rsidRPr="000961DC" w:rsidRDefault="009D00D6">
            <w:pPr>
              <w:rPr>
                <w:szCs w:val="20"/>
              </w:rPr>
            </w:pPr>
            <w:r w:rsidRPr="000961DC">
              <w:rPr>
                <w:rFonts w:eastAsia="Arial"/>
                <w:i/>
                <w:color w:val="777777"/>
                <w:szCs w:val="20"/>
              </w:rPr>
              <w:t>&lt;Alternate / backup&gt;</w:t>
            </w:r>
          </w:p>
        </w:tc>
      </w:tr>
      <w:tr w:rsidR="00EC77B0" w:rsidRPr="000961DC" w14:paraId="4C4630F1" w14:textId="77777777">
        <w:trPr>
          <w:cantSplit/>
          <w:trHeight w:val="446"/>
          <w:jc w:val="center"/>
        </w:trPr>
        <w:tc>
          <w:tcPr>
            <w:tcW w:w="2880" w:type="dxa"/>
            <w:shd w:val="clear" w:color="auto" w:fill="E7F1ED"/>
            <w:tcMar>
              <w:top w:w="48" w:type="dxa"/>
              <w:left w:w="55" w:type="dxa"/>
              <w:bottom w:w="48" w:type="dxa"/>
              <w:right w:w="55" w:type="dxa"/>
            </w:tcMar>
          </w:tcPr>
          <w:p w14:paraId="412433E7" w14:textId="77777777" w:rsidR="00EC77B0" w:rsidRPr="000961DC" w:rsidRDefault="009D00D6">
            <w:pPr>
              <w:rPr>
                <w:szCs w:val="20"/>
              </w:rPr>
            </w:pPr>
            <w:r w:rsidRPr="000961DC">
              <w:rPr>
                <w:rFonts w:eastAsia="Arial"/>
                <w:b/>
                <w:color w:val="006747"/>
                <w:szCs w:val="20"/>
              </w:rPr>
              <w:t>Facilities / Life Safety / Environment of Care</w:t>
            </w:r>
          </w:p>
        </w:tc>
        <w:tc>
          <w:tcPr>
            <w:tcW w:w="2088" w:type="dxa"/>
            <w:tcMar>
              <w:top w:w="48" w:type="dxa"/>
              <w:left w:w="55" w:type="dxa"/>
              <w:bottom w:w="48" w:type="dxa"/>
              <w:right w:w="55" w:type="dxa"/>
            </w:tcMar>
          </w:tcPr>
          <w:p w14:paraId="24E80846" w14:textId="77777777" w:rsidR="00EC77B0" w:rsidRPr="000961DC" w:rsidRDefault="009D00D6">
            <w:pPr>
              <w:rPr>
                <w:szCs w:val="20"/>
              </w:rPr>
            </w:pPr>
            <w:r w:rsidRPr="000961DC">
              <w:rPr>
                <w:rFonts w:eastAsia="Arial"/>
                <w:i/>
                <w:color w:val="777777"/>
                <w:szCs w:val="20"/>
              </w:rPr>
              <w:t>&lt;Name&gt;</w:t>
            </w:r>
          </w:p>
        </w:tc>
        <w:tc>
          <w:tcPr>
            <w:tcW w:w="1872" w:type="dxa"/>
            <w:tcMar>
              <w:top w:w="48" w:type="dxa"/>
              <w:left w:w="55" w:type="dxa"/>
              <w:bottom w:w="48" w:type="dxa"/>
              <w:right w:w="55" w:type="dxa"/>
            </w:tcMar>
          </w:tcPr>
          <w:p w14:paraId="749239B9" w14:textId="77777777" w:rsidR="00EC77B0" w:rsidRPr="000961DC" w:rsidRDefault="009D00D6">
            <w:pPr>
              <w:rPr>
                <w:szCs w:val="20"/>
              </w:rPr>
            </w:pPr>
            <w:r w:rsidRPr="000961DC">
              <w:rPr>
                <w:rFonts w:eastAsia="Arial"/>
                <w:i/>
                <w:color w:val="777777"/>
                <w:szCs w:val="20"/>
              </w:rPr>
              <w:t>&lt;24/7 phone&gt;</w:t>
            </w:r>
          </w:p>
        </w:tc>
        <w:tc>
          <w:tcPr>
            <w:tcW w:w="2376" w:type="dxa"/>
            <w:tcMar>
              <w:top w:w="48" w:type="dxa"/>
              <w:left w:w="55" w:type="dxa"/>
              <w:bottom w:w="48" w:type="dxa"/>
              <w:right w:w="55" w:type="dxa"/>
            </w:tcMar>
          </w:tcPr>
          <w:p w14:paraId="28BD554F" w14:textId="77777777" w:rsidR="00EC77B0" w:rsidRPr="000961DC" w:rsidRDefault="009D00D6">
            <w:pPr>
              <w:rPr>
                <w:szCs w:val="20"/>
              </w:rPr>
            </w:pPr>
            <w:r w:rsidRPr="000961DC">
              <w:rPr>
                <w:rFonts w:eastAsia="Arial"/>
                <w:i/>
                <w:color w:val="777777"/>
                <w:szCs w:val="20"/>
              </w:rPr>
              <w:t>&lt;Email&gt;</w:t>
            </w:r>
          </w:p>
        </w:tc>
        <w:tc>
          <w:tcPr>
            <w:tcW w:w="1872" w:type="dxa"/>
            <w:tcMar>
              <w:top w:w="48" w:type="dxa"/>
              <w:left w:w="55" w:type="dxa"/>
              <w:bottom w:w="48" w:type="dxa"/>
              <w:right w:w="55" w:type="dxa"/>
            </w:tcMar>
          </w:tcPr>
          <w:p w14:paraId="027E8F25" w14:textId="77777777" w:rsidR="00EC77B0" w:rsidRPr="000961DC" w:rsidRDefault="009D00D6">
            <w:pPr>
              <w:rPr>
                <w:szCs w:val="20"/>
              </w:rPr>
            </w:pPr>
            <w:r w:rsidRPr="000961DC">
              <w:rPr>
                <w:rFonts w:eastAsia="Arial"/>
                <w:i/>
                <w:color w:val="777777"/>
                <w:szCs w:val="20"/>
              </w:rPr>
              <w:t>&lt;Alternate / backup&gt;</w:t>
            </w:r>
          </w:p>
        </w:tc>
      </w:tr>
      <w:tr w:rsidR="00EC77B0" w:rsidRPr="000961DC" w14:paraId="0D285C79" w14:textId="77777777">
        <w:trPr>
          <w:cantSplit/>
          <w:trHeight w:val="446"/>
          <w:jc w:val="center"/>
        </w:trPr>
        <w:tc>
          <w:tcPr>
            <w:tcW w:w="2880" w:type="dxa"/>
            <w:shd w:val="clear" w:color="auto" w:fill="F5F8F7"/>
            <w:tcMar>
              <w:top w:w="48" w:type="dxa"/>
              <w:left w:w="55" w:type="dxa"/>
              <w:bottom w:w="48" w:type="dxa"/>
              <w:right w:w="55" w:type="dxa"/>
            </w:tcMar>
          </w:tcPr>
          <w:p w14:paraId="3BD077BA" w14:textId="77777777" w:rsidR="00EC77B0" w:rsidRPr="000961DC" w:rsidRDefault="009D00D6">
            <w:pPr>
              <w:rPr>
                <w:szCs w:val="20"/>
              </w:rPr>
            </w:pPr>
            <w:r w:rsidRPr="000961DC">
              <w:rPr>
                <w:rFonts w:eastAsia="Arial"/>
                <w:b/>
                <w:color w:val="006747"/>
                <w:szCs w:val="20"/>
              </w:rPr>
              <w:t>Infection Prevention / Public Health Liaison</w:t>
            </w:r>
          </w:p>
        </w:tc>
        <w:tc>
          <w:tcPr>
            <w:tcW w:w="2088" w:type="dxa"/>
            <w:tcMar>
              <w:top w:w="48" w:type="dxa"/>
              <w:left w:w="55" w:type="dxa"/>
              <w:bottom w:w="48" w:type="dxa"/>
              <w:right w:w="55" w:type="dxa"/>
            </w:tcMar>
          </w:tcPr>
          <w:p w14:paraId="478DF3CF" w14:textId="77777777" w:rsidR="00EC77B0" w:rsidRPr="000961DC" w:rsidRDefault="009D00D6">
            <w:pPr>
              <w:rPr>
                <w:szCs w:val="20"/>
              </w:rPr>
            </w:pPr>
            <w:r w:rsidRPr="000961DC">
              <w:rPr>
                <w:rFonts w:eastAsia="Arial"/>
                <w:i/>
                <w:color w:val="777777"/>
                <w:szCs w:val="20"/>
              </w:rPr>
              <w:t>&lt;Name&gt;</w:t>
            </w:r>
          </w:p>
        </w:tc>
        <w:tc>
          <w:tcPr>
            <w:tcW w:w="1872" w:type="dxa"/>
            <w:tcMar>
              <w:top w:w="48" w:type="dxa"/>
              <w:left w:w="55" w:type="dxa"/>
              <w:bottom w:w="48" w:type="dxa"/>
              <w:right w:w="55" w:type="dxa"/>
            </w:tcMar>
          </w:tcPr>
          <w:p w14:paraId="2BCF32DA" w14:textId="77777777" w:rsidR="00EC77B0" w:rsidRPr="000961DC" w:rsidRDefault="009D00D6">
            <w:pPr>
              <w:rPr>
                <w:szCs w:val="20"/>
              </w:rPr>
            </w:pPr>
            <w:r w:rsidRPr="000961DC">
              <w:rPr>
                <w:rFonts w:eastAsia="Arial"/>
                <w:i/>
                <w:color w:val="777777"/>
                <w:szCs w:val="20"/>
              </w:rPr>
              <w:t>&lt;24/7 phone&gt;</w:t>
            </w:r>
          </w:p>
        </w:tc>
        <w:tc>
          <w:tcPr>
            <w:tcW w:w="2376" w:type="dxa"/>
            <w:tcMar>
              <w:top w:w="48" w:type="dxa"/>
              <w:left w:w="55" w:type="dxa"/>
              <w:bottom w:w="48" w:type="dxa"/>
              <w:right w:w="55" w:type="dxa"/>
            </w:tcMar>
          </w:tcPr>
          <w:p w14:paraId="46DEA931" w14:textId="77777777" w:rsidR="00EC77B0" w:rsidRPr="000961DC" w:rsidRDefault="009D00D6">
            <w:pPr>
              <w:rPr>
                <w:szCs w:val="20"/>
              </w:rPr>
            </w:pPr>
            <w:r w:rsidRPr="000961DC">
              <w:rPr>
                <w:rFonts w:eastAsia="Arial"/>
                <w:i/>
                <w:color w:val="777777"/>
                <w:szCs w:val="20"/>
              </w:rPr>
              <w:t>&lt;Email&gt;</w:t>
            </w:r>
          </w:p>
        </w:tc>
        <w:tc>
          <w:tcPr>
            <w:tcW w:w="1872" w:type="dxa"/>
            <w:tcMar>
              <w:top w:w="48" w:type="dxa"/>
              <w:left w:w="55" w:type="dxa"/>
              <w:bottom w:w="48" w:type="dxa"/>
              <w:right w:w="55" w:type="dxa"/>
            </w:tcMar>
          </w:tcPr>
          <w:p w14:paraId="670D8807" w14:textId="77777777" w:rsidR="00EC77B0" w:rsidRPr="000961DC" w:rsidRDefault="009D00D6">
            <w:pPr>
              <w:rPr>
                <w:szCs w:val="20"/>
              </w:rPr>
            </w:pPr>
            <w:r w:rsidRPr="000961DC">
              <w:rPr>
                <w:rFonts w:eastAsia="Arial"/>
                <w:i/>
                <w:color w:val="777777"/>
                <w:szCs w:val="20"/>
              </w:rPr>
              <w:t>&lt;Alternate / backup&gt;</w:t>
            </w:r>
          </w:p>
        </w:tc>
      </w:tr>
      <w:tr w:rsidR="00EC77B0" w:rsidRPr="000961DC" w14:paraId="68996CDA" w14:textId="77777777">
        <w:trPr>
          <w:cantSplit/>
          <w:trHeight w:val="446"/>
          <w:jc w:val="center"/>
        </w:trPr>
        <w:tc>
          <w:tcPr>
            <w:tcW w:w="2880" w:type="dxa"/>
            <w:shd w:val="clear" w:color="auto" w:fill="E7F1ED"/>
            <w:tcMar>
              <w:top w:w="48" w:type="dxa"/>
              <w:left w:w="55" w:type="dxa"/>
              <w:bottom w:w="48" w:type="dxa"/>
              <w:right w:w="55" w:type="dxa"/>
            </w:tcMar>
          </w:tcPr>
          <w:p w14:paraId="60703EF5" w14:textId="77777777" w:rsidR="00EC77B0" w:rsidRPr="000961DC" w:rsidRDefault="009D00D6">
            <w:pPr>
              <w:rPr>
                <w:szCs w:val="20"/>
              </w:rPr>
            </w:pPr>
            <w:r w:rsidRPr="000961DC">
              <w:rPr>
                <w:rFonts w:eastAsia="Arial"/>
                <w:b/>
                <w:color w:val="006747"/>
                <w:szCs w:val="20"/>
              </w:rPr>
              <w:t>Safety / Security</w:t>
            </w:r>
          </w:p>
        </w:tc>
        <w:tc>
          <w:tcPr>
            <w:tcW w:w="2088" w:type="dxa"/>
            <w:tcMar>
              <w:top w:w="48" w:type="dxa"/>
              <w:left w:w="55" w:type="dxa"/>
              <w:bottom w:w="48" w:type="dxa"/>
              <w:right w:w="55" w:type="dxa"/>
            </w:tcMar>
          </w:tcPr>
          <w:p w14:paraId="4D2C3543" w14:textId="77777777" w:rsidR="00EC77B0" w:rsidRPr="000961DC" w:rsidRDefault="009D00D6">
            <w:pPr>
              <w:rPr>
                <w:szCs w:val="20"/>
              </w:rPr>
            </w:pPr>
            <w:r w:rsidRPr="000961DC">
              <w:rPr>
                <w:rFonts w:eastAsia="Arial"/>
                <w:i/>
                <w:color w:val="777777"/>
                <w:szCs w:val="20"/>
              </w:rPr>
              <w:t>&lt;Name&gt;</w:t>
            </w:r>
          </w:p>
        </w:tc>
        <w:tc>
          <w:tcPr>
            <w:tcW w:w="1872" w:type="dxa"/>
            <w:tcMar>
              <w:top w:w="48" w:type="dxa"/>
              <w:left w:w="55" w:type="dxa"/>
              <w:bottom w:w="48" w:type="dxa"/>
              <w:right w:w="55" w:type="dxa"/>
            </w:tcMar>
          </w:tcPr>
          <w:p w14:paraId="340439A3" w14:textId="77777777" w:rsidR="00EC77B0" w:rsidRPr="000961DC" w:rsidRDefault="009D00D6">
            <w:pPr>
              <w:rPr>
                <w:szCs w:val="20"/>
              </w:rPr>
            </w:pPr>
            <w:r w:rsidRPr="000961DC">
              <w:rPr>
                <w:rFonts w:eastAsia="Arial"/>
                <w:i/>
                <w:color w:val="777777"/>
                <w:szCs w:val="20"/>
              </w:rPr>
              <w:t>&lt;24/7 phone&gt;</w:t>
            </w:r>
          </w:p>
        </w:tc>
        <w:tc>
          <w:tcPr>
            <w:tcW w:w="2376" w:type="dxa"/>
            <w:tcMar>
              <w:top w:w="48" w:type="dxa"/>
              <w:left w:w="55" w:type="dxa"/>
              <w:bottom w:w="48" w:type="dxa"/>
              <w:right w:w="55" w:type="dxa"/>
            </w:tcMar>
          </w:tcPr>
          <w:p w14:paraId="2123E414" w14:textId="77777777" w:rsidR="00EC77B0" w:rsidRPr="000961DC" w:rsidRDefault="009D00D6">
            <w:pPr>
              <w:rPr>
                <w:szCs w:val="20"/>
              </w:rPr>
            </w:pPr>
            <w:r w:rsidRPr="000961DC">
              <w:rPr>
                <w:rFonts w:eastAsia="Arial"/>
                <w:i/>
                <w:color w:val="777777"/>
                <w:szCs w:val="20"/>
              </w:rPr>
              <w:t>&lt;Email&gt;</w:t>
            </w:r>
          </w:p>
        </w:tc>
        <w:tc>
          <w:tcPr>
            <w:tcW w:w="1872" w:type="dxa"/>
            <w:tcMar>
              <w:top w:w="48" w:type="dxa"/>
              <w:left w:w="55" w:type="dxa"/>
              <w:bottom w:w="48" w:type="dxa"/>
              <w:right w:w="55" w:type="dxa"/>
            </w:tcMar>
          </w:tcPr>
          <w:p w14:paraId="78F1A024" w14:textId="77777777" w:rsidR="00EC77B0" w:rsidRPr="000961DC" w:rsidRDefault="009D00D6">
            <w:pPr>
              <w:rPr>
                <w:szCs w:val="20"/>
              </w:rPr>
            </w:pPr>
            <w:r w:rsidRPr="000961DC">
              <w:rPr>
                <w:rFonts w:eastAsia="Arial"/>
                <w:i/>
                <w:color w:val="777777"/>
                <w:szCs w:val="20"/>
              </w:rPr>
              <w:t>&lt;Alternate / backup&gt;</w:t>
            </w:r>
          </w:p>
        </w:tc>
      </w:tr>
      <w:tr w:rsidR="00EC77B0" w:rsidRPr="000961DC" w14:paraId="497D1CD4" w14:textId="77777777">
        <w:trPr>
          <w:cantSplit/>
          <w:trHeight w:val="446"/>
          <w:jc w:val="center"/>
        </w:trPr>
        <w:tc>
          <w:tcPr>
            <w:tcW w:w="2880" w:type="dxa"/>
            <w:shd w:val="clear" w:color="auto" w:fill="F5F8F7"/>
            <w:tcMar>
              <w:top w:w="48" w:type="dxa"/>
              <w:left w:w="55" w:type="dxa"/>
              <w:bottom w:w="48" w:type="dxa"/>
              <w:right w:w="55" w:type="dxa"/>
            </w:tcMar>
          </w:tcPr>
          <w:p w14:paraId="60F1D710" w14:textId="77777777" w:rsidR="00EC77B0" w:rsidRPr="000961DC" w:rsidRDefault="009D00D6">
            <w:pPr>
              <w:rPr>
                <w:szCs w:val="20"/>
              </w:rPr>
            </w:pPr>
            <w:r w:rsidRPr="000961DC">
              <w:rPr>
                <w:rFonts w:eastAsia="Arial"/>
                <w:b/>
                <w:color w:val="006747"/>
                <w:szCs w:val="20"/>
              </w:rPr>
              <w:t>Human Resources / Staffing</w:t>
            </w:r>
          </w:p>
        </w:tc>
        <w:tc>
          <w:tcPr>
            <w:tcW w:w="2088" w:type="dxa"/>
            <w:tcMar>
              <w:top w:w="48" w:type="dxa"/>
              <w:left w:w="55" w:type="dxa"/>
              <w:bottom w:w="48" w:type="dxa"/>
              <w:right w:w="55" w:type="dxa"/>
            </w:tcMar>
          </w:tcPr>
          <w:p w14:paraId="38D461EC" w14:textId="77777777" w:rsidR="00EC77B0" w:rsidRPr="000961DC" w:rsidRDefault="009D00D6">
            <w:pPr>
              <w:rPr>
                <w:szCs w:val="20"/>
              </w:rPr>
            </w:pPr>
            <w:r w:rsidRPr="000961DC">
              <w:rPr>
                <w:rFonts w:eastAsia="Arial"/>
                <w:i/>
                <w:color w:val="777777"/>
                <w:szCs w:val="20"/>
              </w:rPr>
              <w:t>&lt;Name&gt;</w:t>
            </w:r>
          </w:p>
        </w:tc>
        <w:tc>
          <w:tcPr>
            <w:tcW w:w="1872" w:type="dxa"/>
            <w:tcMar>
              <w:top w:w="48" w:type="dxa"/>
              <w:left w:w="55" w:type="dxa"/>
              <w:bottom w:w="48" w:type="dxa"/>
              <w:right w:w="55" w:type="dxa"/>
            </w:tcMar>
          </w:tcPr>
          <w:p w14:paraId="46BD5DCC" w14:textId="77777777" w:rsidR="00EC77B0" w:rsidRPr="000961DC" w:rsidRDefault="009D00D6">
            <w:pPr>
              <w:rPr>
                <w:szCs w:val="20"/>
              </w:rPr>
            </w:pPr>
            <w:r w:rsidRPr="000961DC">
              <w:rPr>
                <w:rFonts w:eastAsia="Arial"/>
                <w:i/>
                <w:color w:val="777777"/>
                <w:szCs w:val="20"/>
              </w:rPr>
              <w:t>&lt;24/7 phone&gt;</w:t>
            </w:r>
          </w:p>
        </w:tc>
        <w:tc>
          <w:tcPr>
            <w:tcW w:w="2376" w:type="dxa"/>
            <w:tcMar>
              <w:top w:w="48" w:type="dxa"/>
              <w:left w:w="55" w:type="dxa"/>
              <w:bottom w:w="48" w:type="dxa"/>
              <w:right w:w="55" w:type="dxa"/>
            </w:tcMar>
          </w:tcPr>
          <w:p w14:paraId="69C42463" w14:textId="77777777" w:rsidR="00EC77B0" w:rsidRPr="000961DC" w:rsidRDefault="009D00D6">
            <w:pPr>
              <w:rPr>
                <w:szCs w:val="20"/>
              </w:rPr>
            </w:pPr>
            <w:r w:rsidRPr="000961DC">
              <w:rPr>
                <w:rFonts w:eastAsia="Arial"/>
                <w:i/>
                <w:color w:val="777777"/>
                <w:szCs w:val="20"/>
              </w:rPr>
              <w:t>&lt;Email&gt;</w:t>
            </w:r>
          </w:p>
        </w:tc>
        <w:tc>
          <w:tcPr>
            <w:tcW w:w="1872" w:type="dxa"/>
            <w:tcMar>
              <w:top w:w="48" w:type="dxa"/>
              <w:left w:w="55" w:type="dxa"/>
              <w:bottom w:w="48" w:type="dxa"/>
              <w:right w:w="55" w:type="dxa"/>
            </w:tcMar>
          </w:tcPr>
          <w:p w14:paraId="24B4DC88" w14:textId="77777777" w:rsidR="00EC77B0" w:rsidRPr="000961DC" w:rsidRDefault="009D00D6">
            <w:pPr>
              <w:rPr>
                <w:szCs w:val="20"/>
              </w:rPr>
            </w:pPr>
            <w:r w:rsidRPr="000961DC">
              <w:rPr>
                <w:rFonts w:eastAsia="Arial"/>
                <w:i/>
                <w:color w:val="777777"/>
                <w:szCs w:val="20"/>
              </w:rPr>
              <w:t>&lt;Alternate / backup&gt;</w:t>
            </w:r>
          </w:p>
        </w:tc>
      </w:tr>
      <w:tr w:rsidR="00EC77B0" w:rsidRPr="000961DC" w14:paraId="4C65B7EE" w14:textId="77777777">
        <w:trPr>
          <w:cantSplit/>
          <w:trHeight w:val="446"/>
          <w:jc w:val="center"/>
        </w:trPr>
        <w:tc>
          <w:tcPr>
            <w:tcW w:w="2880" w:type="dxa"/>
            <w:shd w:val="clear" w:color="auto" w:fill="E7F1ED"/>
            <w:tcMar>
              <w:top w:w="48" w:type="dxa"/>
              <w:left w:w="55" w:type="dxa"/>
              <w:bottom w:w="48" w:type="dxa"/>
              <w:right w:w="55" w:type="dxa"/>
            </w:tcMar>
          </w:tcPr>
          <w:p w14:paraId="5FC7DF89" w14:textId="77777777" w:rsidR="00EC77B0" w:rsidRPr="000961DC" w:rsidRDefault="009D00D6">
            <w:pPr>
              <w:rPr>
                <w:szCs w:val="20"/>
              </w:rPr>
            </w:pPr>
            <w:r w:rsidRPr="000961DC">
              <w:rPr>
                <w:rFonts w:eastAsia="Arial"/>
                <w:b/>
                <w:color w:val="006747"/>
                <w:szCs w:val="20"/>
              </w:rPr>
              <w:t>Information Technology / Cybersecurity</w:t>
            </w:r>
          </w:p>
        </w:tc>
        <w:tc>
          <w:tcPr>
            <w:tcW w:w="2088" w:type="dxa"/>
            <w:tcMar>
              <w:top w:w="48" w:type="dxa"/>
              <w:left w:w="55" w:type="dxa"/>
              <w:bottom w:w="48" w:type="dxa"/>
              <w:right w:w="55" w:type="dxa"/>
            </w:tcMar>
          </w:tcPr>
          <w:p w14:paraId="11D7618A" w14:textId="77777777" w:rsidR="00EC77B0" w:rsidRPr="000961DC" w:rsidRDefault="009D00D6">
            <w:pPr>
              <w:rPr>
                <w:szCs w:val="20"/>
              </w:rPr>
            </w:pPr>
            <w:r w:rsidRPr="000961DC">
              <w:rPr>
                <w:rFonts w:eastAsia="Arial"/>
                <w:i/>
                <w:color w:val="777777"/>
                <w:szCs w:val="20"/>
              </w:rPr>
              <w:t>&lt;Name&gt;</w:t>
            </w:r>
          </w:p>
        </w:tc>
        <w:tc>
          <w:tcPr>
            <w:tcW w:w="1872" w:type="dxa"/>
            <w:tcMar>
              <w:top w:w="48" w:type="dxa"/>
              <w:left w:w="55" w:type="dxa"/>
              <w:bottom w:w="48" w:type="dxa"/>
              <w:right w:w="55" w:type="dxa"/>
            </w:tcMar>
          </w:tcPr>
          <w:p w14:paraId="0EC5ABA6" w14:textId="77777777" w:rsidR="00EC77B0" w:rsidRPr="000961DC" w:rsidRDefault="009D00D6">
            <w:pPr>
              <w:rPr>
                <w:szCs w:val="20"/>
              </w:rPr>
            </w:pPr>
            <w:r w:rsidRPr="000961DC">
              <w:rPr>
                <w:rFonts w:eastAsia="Arial"/>
                <w:i/>
                <w:color w:val="777777"/>
                <w:szCs w:val="20"/>
              </w:rPr>
              <w:t>&lt;24/7 phone&gt;</w:t>
            </w:r>
          </w:p>
        </w:tc>
        <w:tc>
          <w:tcPr>
            <w:tcW w:w="2376" w:type="dxa"/>
            <w:tcMar>
              <w:top w:w="48" w:type="dxa"/>
              <w:left w:w="55" w:type="dxa"/>
              <w:bottom w:w="48" w:type="dxa"/>
              <w:right w:w="55" w:type="dxa"/>
            </w:tcMar>
          </w:tcPr>
          <w:p w14:paraId="5056C1D7" w14:textId="77777777" w:rsidR="00EC77B0" w:rsidRPr="000961DC" w:rsidRDefault="009D00D6">
            <w:pPr>
              <w:rPr>
                <w:szCs w:val="20"/>
              </w:rPr>
            </w:pPr>
            <w:r w:rsidRPr="000961DC">
              <w:rPr>
                <w:rFonts w:eastAsia="Arial"/>
                <w:i/>
                <w:color w:val="777777"/>
                <w:szCs w:val="20"/>
              </w:rPr>
              <w:t>&lt;Email&gt;</w:t>
            </w:r>
          </w:p>
        </w:tc>
        <w:tc>
          <w:tcPr>
            <w:tcW w:w="1872" w:type="dxa"/>
            <w:tcMar>
              <w:top w:w="48" w:type="dxa"/>
              <w:left w:w="55" w:type="dxa"/>
              <w:bottom w:w="48" w:type="dxa"/>
              <w:right w:w="55" w:type="dxa"/>
            </w:tcMar>
          </w:tcPr>
          <w:p w14:paraId="2B573A56" w14:textId="77777777" w:rsidR="00EC77B0" w:rsidRPr="000961DC" w:rsidRDefault="009D00D6">
            <w:pPr>
              <w:rPr>
                <w:szCs w:val="20"/>
              </w:rPr>
            </w:pPr>
            <w:r w:rsidRPr="000961DC">
              <w:rPr>
                <w:rFonts w:eastAsia="Arial"/>
                <w:i/>
                <w:color w:val="777777"/>
                <w:szCs w:val="20"/>
              </w:rPr>
              <w:t>&lt;Alternate / backup&gt;</w:t>
            </w:r>
          </w:p>
        </w:tc>
      </w:tr>
      <w:tr w:rsidR="00EC77B0" w:rsidRPr="000961DC" w14:paraId="1BE26192" w14:textId="77777777">
        <w:trPr>
          <w:cantSplit/>
          <w:trHeight w:val="446"/>
          <w:jc w:val="center"/>
        </w:trPr>
        <w:tc>
          <w:tcPr>
            <w:tcW w:w="2880" w:type="dxa"/>
            <w:shd w:val="clear" w:color="auto" w:fill="F5F8F7"/>
            <w:tcMar>
              <w:top w:w="48" w:type="dxa"/>
              <w:left w:w="55" w:type="dxa"/>
              <w:bottom w:w="48" w:type="dxa"/>
              <w:right w:w="55" w:type="dxa"/>
            </w:tcMar>
          </w:tcPr>
          <w:p w14:paraId="754DF242" w14:textId="77777777" w:rsidR="00EC77B0" w:rsidRPr="000961DC" w:rsidRDefault="009D00D6">
            <w:pPr>
              <w:rPr>
                <w:szCs w:val="20"/>
              </w:rPr>
            </w:pPr>
            <w:r w:rsidRPr="000961DC">
              <w:rPr>
                <w:rFonts w:eastAsia="Arial"/>
                <w:b/>
                <w:color w:val="006747"/>
                <w:szCs w:val="20"/>
              </w:rPr>
              <w:t>Communications / Public Information</w:t>
            </w:r>
          </w:p>
        </w:tc>
        <w:tc>
          <w:tcPr>
            <w:tcW w:w="2088" w:type="dxa"/>
            <w:tcMar>
              <w:top w:w="48" w:type="dxa"/>
              <w:left w:w="55" w:type="dxa"/>
              <w:bottom w:w="48" w:type="dxa"/>
              <w:right w:w="55" w:type="dxa"/>
            </w:tcMar>
          </w:tcPr>
          <w:p w14:paraId="4A53D526" w14:textId="77777777" w:rsidR="00EC77B0" w:rsidRPr="000961DC" w:rsidRDefault="009D00D6">
            <w:pPr>
              <w:rPr>
                <w:szCs w:val="20"/>
              </w:rPr>
            </w:pPr>
            <w:r w:rsidRPr="000961DC">
              <w:rPr>
                <w:rFonts w:eastAsia="Arial"/>
                <w:i/>
                <w:color w:val="777777"/>
                <w:szCs w:val="20"/>
              </w:rPr>
              <w:t>&lt;Name&gt;</w:t>
            </w:r>
          </w:p>
        </w:tc>
        <w:tc>
          <w:tcPr>
            <w:tcW w:w="1872" w:type="dxa"/>
            <w:tcMar>
              <w:top w:w="48" w:type="dxa"/>
              <w:left w:w="55" w:type="dxa"/>
              <w:bottom w:w="48" w:type="dxa"/>
              <w:right w:w="55" w:type="dxa"/>
            </w:tcMar>
          </w:tcPr>
          <w:p w14:paraId="0D24E05C" w14:textId="77777777" w:rsidR="00EC77B0" w:rsidRPr="000961DC" w:rsidRDefault="009D00D6">
            <w:pPr>
              <w:rPr>
                <w:szCs w:val="20"/>
              </w:rPr>
            </w:pPr>
            <w:r w:rsidRPr="000961DC">
              <w:rPr>
                <w:rFonts w:eastAsia="Arial"/>
                <w:i/>
                <w:color w:val="777777"/>
                <w:szCs w:val="20"/>
              </w:rPr>
              <w:t>&lt;24/7 phone&gt;</w:t>
            </w:r>
          </w:p>
        </w:tc>
        <w:tc>
          <w:tcPr>
            <w:tcW w:w="2376" w:type="dxa"/>
            <w:tcMar>
              <w:top w:w="48" w:type="dxa"/>
              <w:left w:w="55" w:type="dxa"/>
              <w:bottom w:w="48" w:type="dxa"/>
              <w:right w:w="55" w:type="dxa"/>
            </w:tcMar>
          </w:tcPr>
          <w:p w14:paraId="5ABFDCD2" w14:textId="77777777" w:rsidR="00EC77B0" w:rsidRPr="000961DC" w:rsidRDefault="009D00D6">
            <w:pPr>
              <w:rPr>
                <w:szCs w:val="20"/>
              </w:rPr>
            </w:pPr>
            <w:r w:rsidRPr="000961DC">
              <w:rPr>
                <w:rFonts w:eastAsia="Arial"/>
                <w:i/>
                <w:color w:val="777777"/>
                <w:szCs w:val="20"/>
              </w:rPr>
              <w:t>&lt;Email&gt;</w:t>
            </w:r>
          </w:p>
        </w:tc>
        <w:tc>
          <w:tcPr>
            <w:tcW w:w="1872" w:type="dxa"/>
            <w:tcMar>
              <w:top w:w="48" w:type="dxa"/>
              <w:left w:w="55" w:type="dxa"/>
              <w:bottom w:w="48" w:type="dxa"/>
              <w:right w:w="55" w:type="dxa"/>
            </w:tcMar>
          </w:tcPr>
          <w:p w14:paraId="0D87555C" w14:textId="77777777" w:rsidR="00EC77B0" w:rsidRPr="000961DC" w:rsidRDefault="009D00D6">
            <w:pPr>
              <w:rPr>
                <w:szCs w:val="20"/>
              </w:rPr>
            </w:pPr>
            <w:r w:rsidRPr="000961DC">
              <w:rPr>
                <w:rFonts w:eastAsia="Arial"/>
                <w:i/>
                <w:color w:val="777777"/>
                <w:szCs w:val="20"/>
              </w:rPr>
              <w:t>&lt;Alternate / backup&gt;</w:t>
            </w:r>
          </w:p>
        </w:tc>
      </w:tr>
      <w:tr w:rsidR="00EC77B0" w:rsidRPr="000961DC" w14:paraId="7421F7B5" w14:textId="77777777">
        <w:trPr>
          <w:cantSplit/>
          <w:trHeight w:val="446"/>
          <w:jc w:val="center"/>
        </w:trPr>
        <w:tc>
          <w:tcPr>
            <w:tcW w:w="2880" w:type="dxa"/>
            <w:shd w:val="clear" w:color="auto" w:fill="E7F1ED"/>
            <w:tcMar>
              <w:top w:w="48" w:type="dxa"/>
              <w:left w:w="55" w:type="dxa"/>
              <w:bottom w:w="48" w:type="dxa"/>
              <w:right w:w="55" w:type="dxa"/>
            </w:tcMar>
          </w:tcPr>
          <w:p w14:paraId="56C5EBE3" w14:textId="77777777" w:rsidR="00EC77B0" w:rsidRPr="000961DC" w:rsidRDefault="009D00D6">
            <w:pPr>
              <w:rPr>
                <w:szCs w:val="20"/>
              </w:rPr>
            </w:pPr>
            <w:r w:rsidRPr="000961DC">
              <w:rPr>
                <w:rFonts w:eastAsia="Arial"/>
                <w:b/>
                <w:color w:val="006747"/>
                <w:szCs w:val="20"/>
              </w:rPr>
              <w:t>Pharmacy / Medication Lead</w:t>
            </w:r>
          </w:p>
        </w:tc>
        <w:tc>
          <w:tcPr>
            <w:tcW w:w="2088" w:type="dxa"/>
            <w:tcMar>
              <w:top w:w="48" w:type="dxa"/>
              <w:left w:w="55" w:type="dxa"/>
              <w:bottom w:w="48" w:type="dxa"/>
              <w:right w:w="55" w:type="dxa"/>
            </w:tcMar>
          </w:tcPr>
          <w:p w14:paraId="01F7591B" w14:textId="77777777" w:rsidR="00EC77B0" w:rsidRPr="000961DC" w:rsidRDefault="009D00D6">
            <w:pPr>
              <w:rPr>
                <w:szCs w:val="20"/>
              </w:rPr>
            </w:pPr>
            <w:r w:rsidRPr="000961DC">
              <w:rPr>
                <w:rFonts w:eastAsia="Arial"/>
                <w:i/>
                <w:color w:val="777777"/>
                <w:szCs w:val="20"/>
              </w:rPr>
              <w:t>&lt;Name&gt;</w:t>
            </w:r>
          </w:p>
        </w:tc>
        <w:tc>
          <w:tcPr>
            <w:tcW w:w="1872" w:type="dxa"/>
            <w:tcMar>
              <w:top w:w="48" w:type="dxa"/>
              <w:left w:w="55" w:type="dxa"/>
              <w:bottom w:w="48" w:type="dxa"/>
              <w:right w:w="55" w:type="dxa"/>
            </w:tcMar>
          </w:tcPr>
          <w:p w14:paraId="09221B08" w14:textId="77777777" w:rsidR="00EC77B0" w:rsidRPr="000961DC" w:rsidRDefault="009D00D6">
            <w:pPr>
              <w:rPr>
                <w:szCs w:val="20"/>
              </w:rPr>
            </w:pPr>
            <w:r w:rsidRPr="000961DC">
              <w:rPr>
                <w:rFonts w:eastAsia="Arial"/>
                <w:i/>
                <w:color w:val="777777"/>
                <w:szCs w:val="20"/>
              </w:rPr>
              <w:t>&lt;24/7 phone&gt;</w:t>
            </w:r>
          </w:p>
        </w:tc>
        <w:tc>
          <w:tcPr>
            <w:tcW w:w="2376" w:type="dxa"/>
            <w:tcMar>
              <w:top w:w="48" w:type="dxa"/>
              <w:left w:w="55" w:type="dxa"/>
              <w:bottom w:w="48" w:type="dxa"/>
              <w:right w:w="55" w:type="dxa"/>
            </w:tcMar>
          </w:tcPr>
          <w:p w14:paraId="7C73BA8D" w14:textId="77777777" w:rsidR="00EC77B0" w:rsidRPr="000961DC" w:rsidRDefault="009D00D6">
            <w:pPr>
              <w:rPr>
                <w:szCs w:val="20"/>
              </w:rPr>
            </w:pPr>
            <w:r w:rsidRPr="000961DC">
              <w:rPr>
                <w:rFonts w:eastAsia="Arial"/>
                <w:i/>
                <w:color w:val="777777"/>
                <w:szCs w:val="20"/>
              </w:rPr>
              <w:t>&lt;Email&gt;</w:t>
            </w:r>
          </w:p>
        </w:tc>
        <w:tc>
          <w:tcPr>
            <w:tcW w:w="1872" w:type="dxa"/>
            <w:tcMar>
              <w:top w:w="48" w:type="dxa"/>
              <w:left w:w="55" w:type="dxa"/>
              <w:bottom w:w="48" w:type="dxa"/>
              <w:right w:w="55" w:type="dxa"/>
            </w:tcMar>
          </w:tcPr>
          <w:p w14:paraId="7EC8B057" w14:textId="77777777" w:rsidR="00EC77B0" w:rsidRPr="000961DC" w:rsidRDefault="009D00D6">
            <w:pPr>
              <w:rPr>
                <w:szCs w:val="20"/>
              </w:rPr>
            </w:pPr>
            <w:r w:rsidRPr="000961DC">
              <w:rPr>
                <w:rFonts w:eastAsia="Arial"/>
                <w:i/>
                <w:color w:val="777777"/>
                <w:szCs w:val="20"/>
              </w:rPr>
              <w:t>&lt;Alternate / backup&gt;</w:t>
            </w:r>
          </w:p>
        </w:tc>
      </w:tr>
      <w:tr w:rsidR="00EC77B0" w:rsidRPr="000961DC" w14:paraId="0FF68732" w14:textId="77777777">
        <w:trPr>
          <w:cantSplit/>
          <w:trHeight w:val="446"/>
          <w:jc w:val="center"/>
        </w:trPr>
        <w:tc>
          <w:tcPr>
            <w:tcW w:w="2880" w:type="dxa"/>
            <w:shd w:val="clear" w:color="auto" w:fill="F5F8F7"/>
            <w:tcMar>
              <w:top w:w="48" w:type="dxa"/>
              <w:left w:w="55" w:type="dxa"/>
              <w:bottom w:w="48" w:type="dxa"/>
              <w:right w:w="55" w:type="dxa"/>
            </w:tcMar>
          </w:tcPr>
          <w:p w14:paraId="5628CF91" w14:textId="77777777" w:rsidR="00EC77B0" w:rsidRPr="000961DC" w:rsidRDefault="009D00D6">
            <w:pPr>
              <w:rPr>
                <w:szCs w:val="20"/>
              </w:rPr>
            </w:pPr>
            <w:r w:rsidRPr="000961DC">
              <w:rPr>
                <w:rFonts w:eastAsia="Arial"/>
                <w:b/>
                <w:color w:val="006747"/>
                <w:szCs w:val="20"/>
              </w:rPr>
              <w:t>Supply / Logistics / Procurement</w:t>
            </w:r>
          </w:p>
        </w:tc>
        <w:tc>
          <w:tcPr>
            <w:tcW w:w="2088" w:type="dxa"/>
            <w:tcMar>
              <w:top w:w="48" w:type="dxa"/>
              <w:left w:w="55" w:type="dxa"/>
              <w:bottom w:w="48" w:type="dxa"/>
              <w:right w:w="55" w:type="dxa"/>
            </w:tcMar>
          </w:tcPr>
          <w:p w14:paraId="76AFCE68" w14:textId="77777777" w:rsidR="00EC77B0" w:rsidRPr="000961DC" w:rsidRDefault="009D00D6">
            <w:pPr>
              <w:rPr>
                <w:szCs w:val="20"/>
              </w:rPr>
            </w:pPr>
            <w:r w:rsidRPr="000961DC">
              <w:rPr>
                <w:rFonts w:eastAsia="Arial"/>
                <w:i/>
                <w:color w:val="777777"/>
                <w:szCs w:val="20"/>
              </w:rPr>
              <w:t>&lt;Name&gt;</w:t>
            </w:r>
          </w:p>
        </w:tc>
        <w:tc>
          <w:tcPr>
            <w:tcW w:w="1872" w:type="dxa"/>
            <w:tcMar>
              <w:top w:w="48" w:type="dxa"/>
              <w:left w:w="55" w:type="dxa"/>
              <w:bottom w:w="48" w:type="dxa"/>
              <w:right w:w="55" w:type="dxa"/>
            </w:tcMar>
          </w:tcPr>
          <w:p w14:paraId="518E58BA" w14:textId="77777777" w:rsidR="00EC77B0" w:rsidRPr="000961DC" w:rsidRDefault="009D00D6">
            <w:pPr>
              <w:rPr>
                <w:szCs w:val="20"/>
              </w:rPr>
            </w:pPr>
            <w:r w:rsidRPr="000961DC">
              <w:rPr>
                <w:rFonts w:eastAsia="Arial"/>
                <w:i/>
                <w:color w:val="777777"/>
                <w:szCs w:val="20"/>
              </w:rPr>
              <w:t>&lt;24/7 phone&gt;</w:t>
            </w:r>
          </w:p>
        </w:tc>
        <w:tc>
          <w:tcPr>
            <w:tcW w:w="2376" w:type="dxa"/>
            <w:tcMar>
              <w:top w:w="48" w:type="dxa"/>
              <w:left w:w="55" w:type="dxa"/>
              <w:bottom w:w="48" w:type="dxa"/>
              <w:right w:w="55" w:type="dxa"/>
            </w:tcMar>
          </w:tcPr>
          <w:p w14:paraId="5CEEB59B" w14:textId="77777777" w:rsidR="00EC77B0" w:rsidRPr="000961DC" w:rsidRDefault="009D00D6">
            <w:pPr>
              <w:rPr>
                <w:szCs w:val="20"/>
              </w:rPr>
            </w:pPr>
            <w:r w:rsidRPr="000961DC">
              <w:rPr>
                <w:rFonts w:eastAsia="Arial"/>
                <w:i/>
                <w:color w:val="777777"/>
                <w:szCs w:val="20"/>
              </w:rPr>
              <w:t>&lt;Email&gt;</w:t>
            </w:r>
          </w:p>
        </w:tc>
        <w:tc>
          <w:tcPr>
            <w:tcW w:w="1872" w:type="dxa"/>
            <w:tcMar>
              <w:top w:w="48" w:type="dxa"/>
              <w:left w:w="55" w:type="dxa"/>
              <w:bottom w:w="48" w:type="dxa"/>
              <w:right w:w="55" w:type="dxa"/>
            </w:tcMar>
          </w:tcPr>
          <w:p w14:paraId="4CB9D393" w14:textId="77777777" w:rsidR="00EC77B0" w:rsidRPr="000961DC" w:rsidRDefault="009D00D6">
            <w:pPr>
              <w:rPr>
                <w:szCs w:val="20"/>
              </w:rPr>
            </w:pPr>
            <w:r w:rsidRPr="000961DC">
              <w:rPr>
                <w:rFonts w:eastAsia="Arial"/>
                <w:i/>
                <w:color w:val="777777"/>
                <w:szCs w:val="20"/>
              </w:rPr>
              <w:t>&lt;Alternate / backup&gt;</w:t>
            </w:r>
          </w:p>
        </w:tc>
      </w:tr>
    </w:tbl>
    <w:p w14:paraId="7FAD4601" w14:textId="77777777" w:rsidR="00EC77B0" w:rsidRDefault="009D00D6">
      <w:r>
        <w:br w:type="page"/>
      </w:r>
    </w:p>
    <w:p w14:paraId="35638116" w14:textId="77777777" w:rsidR="00EC77B0" w:rsidRDefault="009D00D6">
      <w:pPr>
        <w:pBdr>
          <w:bottom w:val="single" w:sz="8" w:space="3" w:color="E6532F"/>
        </w:pBdr>
        <w:spacing w:before="120" w:after="60"/>
      </w:pPr>
      <w:r>
        <w:rPr>
          <w:rFonts w:eastAsia="Arial"/>
          <w:b/>
          <w:color w:val="006747"/>
          <w:sz w:val="26"/>
        </w:rPr>
        <w:lastRenderedPageBreak/>
        <w:t>B. EMERGENCY SERVICES, GOVERNMENT &amp; COMMUNITY COORDINATION</w:t>
      </w:r>
    </w:p>
    <w:tbl>
      <w:tblPr>
        <w:tblW w:w="11390" w:type="dxa"/>
        <w:jc w:val="center"/>
        <w:tblBorders>
          <w:top w:val="single" w:sz="5" w:space="0" w:color="B8C5C0"/>
          <w:left w:val="single" w:sz="5" w:space="0" w:color="B8C5C0"/>
          <w:bottom w:val="single" w:sz="5" w:space="0" w:color="B8C5C0"/>
          <w:right w:val="single" w:sz="5" w:space="0" w:color="B8C5C0"/>
          <w:insideH w:val="single" w:sz="5" w:space="0" w:color="B8C5C0"/>
          <w:insideV w:val="single" w:sz="5" w:space="0" w:color="B8C5C0"/>
        </w:tblBorders>
        <w:tblLayout w:type="fixed"/>
        <w:tblLook w:val="04A0" w:firstRow="1" w:lastRow="0" w:firstColumn="1" w:lastColumn="0" w:noHBand="0" w:noVBand="1"/>
      </w:tblPr>
      <w:tblGrid>
        <w:gridCol w:w="2700"/>
        <w:gridCol w:w="2476"/>
        <w:gridCol w:w="2131"/>
        <w:gridCol w:w="2232"/>
        <w:gridCol w:w="1851"/>
      </w:tblGrid>
      <w:tr w:rsidR="00EC77B0" w:rsidRPr="000961DC" w14:paraId="3C30EA8B" w14:textId="77777777" w:rsidTr="000961DC">
        <w:trPr>
          <w:tblHeader/>
          <w:jc w:val="center"/>
        </w:trPr>
        <w:tc>
          <w:tcPr>
            <w:tcW w:w="2700" w:type="dxa"/>
            <w:shd w:val="clear" w:color="auto" w:fill="006747"/>
            <w:tcMar>
              <w:top w:w="55" w:type="dxa"/>
              <w:left w:w="60" w:type="dxa"/>
              <w:bottom w:w="55" w:type="dxa"/>
              <w:right w:w="60" w:type="dxa"/>
            </w:tcMar>
          </w:tcPr>
          <w:p w14:paraId="455BF20C" w14:textId="77777777" w:rsidR="00EC77B0" w:rsidRPr="000961DC" w:rsidRDefault="009D00D6">
            <w:pPr>
              <w:jc w:val="center"/>
              <w:rPr>
                <w:szCs w:val="20"/>
              </w:rPr>
            </w:pPr>
            <w:r w:rsidRPr="000961DC">
              <w:rPr>
                <w:rFonts w:eastAsia="Arial"/>
                <w:b/>
                <w:color w:val="FFFFFF"/>
                <w:szCs w:val="20"/>
              </w:rPr>
              <w:t>Agency / Partner</w:t>
            </w:r>
          </w:p>
        </w:tc>
        <w:tc>
          <w:tcPr>
            <w:tcW w:w="2476" w:type="dxa"/>
            <w:shd w:val="clear" w:color="auto" w:fill="006747"/>
            <w:tcMar>
              <w:top w:w="55" w:type="dxa"/>
              <w:left w:w="60" w:type="dxa"/>
              <w:bottom w:w="55" w:type="dxa"/>
              <w:right w:w="60" w:type="dxa"/>
            </w:tcMar>
          </w:tcPr>
          <w:p w14:paraId="73619404" w14:textId="77777777" w:rsidR="00EC77B0" w:rsidRPr="000961DC" w:rsidRDefault="009D00D6">
            <w:pPr>
              <w:jc w:val="center"/>
              <w:rPr>
                <w:szCs w:val="20"/>
              </w:rPr>
            </w:pPr>
            <w:r w:rsidRPr="000961DC">
              <w:rPr>
                <w:rFonts w:eastAsia="Arial"/>
                <w:b/>
                <w:color w:val="FFFFFF"/>
                <w:szCs w:val="20"/>
              </w:rPr>
              <w:t>Contact / Unit</w:t>
            </w:r>
          </w:p>
        </w:tc>
        <w:tc>
          <w:tcPr>
            <w:tcW w:w="2131" w:type="dxa"/>
            <w:shd w:val="clear" w:color="auto" w:fill="006747"/>
            <w:tcMar>
              <w:top w:w="55" w:type="dxa"/>
              <w:left w:w="60" w:type="dxa"/>
              <w:bottom w:w="55" w:type="dxa"/>
              <w:right w:w="60" w:type="dxa"/>
            </w:tcMar>
          </w:tcPr>
          <w:p w14:paraId="01785F9C" w14:textId="77777777" w:rsidR="00EC77B0" w:rsidRPr="000961DC" w:rsidRDefault="009D00D6">
            <w:pPr>
              <w:jc w:val="center"/>
              <w:rPr>
                <w:szCs w:val="20"/>
              </w:rPr>
            </w:pPr>
            <w:r w:rsidRPr="000961DC">
              <w:rPr>
                <w:rFonts w:eastAsia="Arial"/>
                <w:b/>
                <w:color w:val="FFFFFF"/>
                <w:szCs w:val="20"/>
              </w:rPr>
              <w:t>Phone / 24-7</w:t>
            </w:r>
          </w:p>
        </w:tc>
        <w:tc>
          <w:tcPr>
            <w:tcW w:w="2232" w:type="dxa"/>
            <w:shd w:val="clear" w:color="auto" w:fill="006747"/>
            <w:tcMar>
              <w:top w:w="55" w:type="dxa"/>
              <w:left w:w="60" w:type="dxa"/>
              <w:bottom w:w="55" w:type="dxa"/>
              <w:right w:w="60" w:type="dxa"/>
            </w:tcMar>
          </w:tcPr>
          <w:p w14:paraId="01F8846B" w14:textId="77777777" w:rsidR="00EC77B0" w:rsidRPr="000961DC" w:rsidRDefault="009D00D6">
            <w:pPr>
              <w:jc w:val="center"/>
              <w:rPr>
                <w:szCs w:val="20"/>
              </w:rPr>
            </w:pPr>
            <w:r w:rsidRPr="000961DC">
              <w:rPr>
                <w:rFonts w:eastAsia="Arial"/>
                <w:b/>
                <w:color w:val="FFFFFF"/>
                <w:szCs w:val="20"/>
              </w:rPr>
              <w:t>Email / Website</w:t>
            </w:r>
          </w:p>
        </w:tc>
        <w:tc>
          <w:tcPr>
            <w:tcW w:w="1851" w:type="dxa"/>
            <w:shd w:val="clear" w:color="auto" w:fill="006747"/>
            <w:tcMar>
              <w:top w:w="55" w:type="dxa"/>
              <w:left w:w="60" w:type="dxa"/>
              <w:bottom w:w="55" w:type="dxa"/>
              <w:right w:w="60" w:type="dxa"/>
            </w:tcMar>
          </w:tcPr>
          <w:p w14:paraId="35FCBECF" w14:textId="77777777" w:rsidR="00EC77B0" w:rsidRPr="000961DC" w:rsidRDefault="009D00D6">
            <w:pPr>
              <w:jc w:val="center"/>
              <w:rPr>
                <w:szCs w:val="20"/>
              </w:rPr>
            </w:pPr>
            <w:r w:rsidRPr="000961DC">
              <w:rPr>
                <w:rFonts w:eastAsia="Arial"/>
                <w:b/>
                <w:color w:val="FFFFFF"/>
                <w:szCs w:val="20"/>
              </w:rPr>
              <w:t>Alternate / Notes</w:t>
            </w:r>
          </w:p>
        </w:tc>
      </w:tr>
      <w:tr w:rsidR="00EC77B0" w:rsidRPr="000961DC" w14:paraId="533000A4" w14:textId="77777777" w:rsidTr="000961DC">
        <w:trPr>
          <w:cantSplit/>
          <w:trHeight w:val="461"/>
          <w:jc w:val="center"/>
        </w:trPr>
        <w:tc>
          <w:tcPr>
            <w:tcW w:w="2700" w:type="dxa"/>
            <w:shd w:val="clear" w:color="auto" w:fill="E7F1ED"/>
            <w:tcMar>
              <w:top w:w="48" w:type="dxa"/>
              <w:left w:w="55" w:type="dxa"/>
              <w:bottom w:w="48" w:type="dxa"/>
              <w:right w:w="55" w:type="dxa"/>
            </w:tcMar>
          </w:tcPr>
          <w:p w14:paraId="3BA2B1D6" w14:textId="77777777" w:rsidR="00EC77B0" w:rsidRPr="000961DC" w:rsidRDefault="009D00D6">
            <w:pPr>
              <w:rPr>
                <w:szCs w:val="20"/>
              </w:rPr>
            </w:pPr>
            <w:r w:rsidRPr="000961DC">
              <w:rPr>
                <w:rFonts w:eastAsia="Arial"/>
                <w:b/>
                <w:color w:val="006747"/>
                <w:szCs w:val="20"/>
              </w:rPr>
              <w:t>Fire / EMS</w:t>
            </w:r>
          </w:p>
        </w:tc>
        <w:tc>
          <w:tcPr>
            <w:tcW w:w="2476" w:type="dxa"/>
            <w:tcMar>
              <w:top w:w="48" w:type="dxa"/>
              <w:left w:w="55" w:type="dxa"/>
              <w:bottom w:w="48" w:type="dxa"/>
              <w:right w:w="55" w:type="dxa"/>
            </w:tcMar>
          </w:tcPr>
          <w:p w14:paraId="6B8D2253" w14:textId="77777777" w:rsidR="00EC77B0" w:rsidRPr="000961DC" w:rsidRDefault="009D00D6">
            <w:pPr>
              <w:rPr>
                <w:szCs w:val="20"/>
              </w:rPr>
            </w:pPr>
            <w:r w:rsidRPr="000961DC">
              <w:rPr>
                <w:rFonts w:eastAsia="Arial"/>
                <w:i/>
                <w:color w:val="777777"/>
                <w:szCs w:val="20"/>
              </w:rPr>
              <w:t>&lt;Contact / unit&gt;</w:t>
            </w:r>
          </w:p>
        </w:tc>
        <w:tc>
          <w:tcPr>
            <w:tcW w:w="2131" w:type="dxa"/>
            <w:tcMar>
              <w:top w:w="48" w:type="dxa"/>
              <w:left w:w="55" w:type="dxa"/>
              <w:bottom w:w="48" w:type="dxa"/>
              <w:right w:w="55" w:type="dxa"/>
            </w:tcMar>
          </w:tcPr>
          <w:p w14:paraId="206AC436" w14:textId="77777777" w:rsidR="00EC77B0" w:rsidRPr="000961DC" w:rsidRDefault="009D00D6">
            <w:pPr>
              <w:rPr>
                <w:szCs w:val="20"/>
              </w:rPr>
            </w:pPr>
            <w:r w:rsidRPr="000961DC">
              <w:rPr>
                <w:rFonts w:eastAsia="Arial"/>
                <w:i/>
                <w:color w:val="777777"/>
                <w:szCs w:val="20"/>
              </w:rPr>
              <w:t>&lt;Phone / 24-7&gt;</w:t>
            </w:r>
          </w:p>
        </w:tc>
        <w:tc>
          <w:tcPr>
            <w:tcW w:w="2232" w:type="dxa"/>
            <w:tcMar>
              <w:top w:w="48" w:type="dxa"/>
              <w:left w:w="55" w:type="dxa"/>
              <w:bottom w:w="48" w:type="dxa"/>
              <w:right w:w="55" w:type="dxa"/>
            </w:tcMar>
          </w:tcPr>
          <w:p w14:paraId="3AF62169" w14:textId="77777777" w:rsidR="00EC77B0" w:rsidRPr="000961DC" w:rsidRDefault="009D00D6">
            <w:pPr>
              <w:rPr>
                <w:szCs w:val="20"/>
              </w:rPr>
            </w:pPr>
            <w:r w:rsidRPr="000961DC">
              <w:rPr>
                <w:rFonts w:eastAsia="Arial"/>
                <w:i/>
                <w:color w:val="777777"/>
                <w:szCs w:val="20"/>
              </w:rPr>
              <w:t>&lt;Email / website&gt;</w:t>
            </w:r>
          </w:p>
        </w:tc>
        <w:tc>
          <w:tcPr>
            <w:tcW w:w="1851" w:type="dxa"/>
            <w:tcMar>
              <w:top w:w="48" w:type="dxa"/>
              <w:left w:w="55" w:type="dxa"/>
              <w:bottom w:w="48" w:type="dxa"/>
              <w:right w:w="55" w:type="dxa"/>
            </w:tcMar>
          </w:tcPr>
          <w:p w14:paraId="0F6C922A" w14:textId="77777777" w:rsidR="00EC77B0" w:rsidRPr="000961DC" w:rsidRDefault="009D00D6">
            <w:pPr>
              <w:rPr>
                <w:szCs w:val="20"/>
              </w:rPr>
            </w:pPr>
            <w:r w:rsidRPr="000961DC">
              <w:rPr>
                <w:rFonts w:eastAsia="Arial"/>
                <w:i/>
                <w:color w:val="777777"/>
                <w:szCs w:val="20"/>
              </w:rPr>
              <w:t>&lt;Alternate / notes&gt;</w:t>
            </w:r>
          </w:p>
        </w:tc>
      </w:tr>
      <w:tr w:rsidR="00EC77B0" w:rsidRPr="000961DC" w14:paraId="42D3E220" w14:textId="77777777" w:rsidTr="000961DC">
        <w:trPr>
          <w:cantSplit/>
          <w:trHeight w:val="461"/>
          <w:jc w:val="center"/>
        </w:trPr>
        <w:tc>
          <w:tcPr>
            <w:tcW w:w="2700" w:type="dxa"/>
            <w:shd w:val="clear" w:color="auto" w:fill="F5F8F7"/>
            <w:tcMar>
              <w:top w:w="48" w:type="dxa"/>
              <w:left w:w="55" w:type="dxa"/>
              <w:bottom w:w="48" w:type="dxa"/>
              <w:right w:w="55" w:type="dxa"/>
            </w:tcMar>
          </w:tcPr>
          <w:p w14:paraId="739573EF" w14:textId="77777777" w:rsidR="00EC77B0" w:rsidRPr="000961DC" w:rsidRDefault="009D00D6">
            <w:pPr>
              <w:rPr>
                <w:szCs w:val="20"/>
              </w:rPr>
            </w:pPr>
            <w:r w:rsidRPr="000961DC">
              <w:rPr>
                <w:rFonts w:eastAsia="Arial"/>
                <w:b/>
                <w:color w:val="006747"/>
                <w:szCs w:val="20"/>
              </w:rPr>
              <w:t>Law Enforcement</w:t>
            </w:r>
          </w:p>
        </w:tc>
        <w:tc>
          <w:tcPr>
            <w:tcW w:w="2476" w:type="dxa"/>
            <w:tcMar>
              <w:top w:w="48" w:type="dxa"/>
              <w:left w:w="55" w:type="dxa"/>
              <w:bottom w:w="48" w:type="dxa"/>
              <w:right w:w="55" w:type="dxa"/>
            </w:tcMar>
          </w:tcPr>
          <w:p w14:paraId="478D884B" w14:textId="77777777" w:rsidR="00EC77B0" w:rsidRPr="000961DC" w:rsidRDefault="009D00D6">
            <w:pPr>
              <w:rPr>
                <w:szCs w:val="20"/>
              </w:rPr>
            </w:pPr>
            <w:r w:rsidRPr="000961DC">
              <w:rPr>
                <w:rFonts w:eastAsia="Arial"/>
                <w:i/>
                <w:color w:val="777777"/>
                <w:szCs w:val="20"/>
              </w:rPr>
              <w:t>&lt;Contact / unit&gt;</w:t>
            </w:r>
          </w:p>
        </w:tc>
        <w:tc>
          <w:tcPr>
            <w:tcW w:w="2131" w:type="dxa"/>
            <w:tcMar>
              <w:top w:w="48" w:type="dxa"/>
              <w:left w:w="55" w:type="dxa"/>
              <w:bottom w:w="48" w:type="dxa"/>
              <w:right w:w="55" w:type="dxa"/>
            </w:tcMar>
          </w:tcPr>
          <w:p w14:paraId="1BB27173" w14:textId="77777777" w:rsidR="00EC77B0" w:rsidRPr="000961DC" w:rsidRDefault="009D00D6">
            <w:pPr>
              <w:rPr>
                <w:szCs w:val="20"/>
              </w:rPr>
            </w:pPr>
            <w:r w:rsidRPr="000961DC">
              <w:rPr>
                <w:rFonts w:eastAsia="Arial"/>
                <w:i/>
                <w:color w:val="777777"/>
                <w:szCs w:val="20"/>
              </w:rPr>
              <w:t>&lt;Phone / 24-7&gt;</w:t>
            </w:r>
          </w:p>
        </w:tc>
        <w:tc>
          <w:tcPr>
            <w:tcW w:w="2232" w:type="dxa"/>
            <w:tcMar>
              <w:top w:w="48" w:type="dxa"/>
              <w:left w:w="55" w:type="dxa"/>
              <w:bottom w:w="48" w:type="dxa"/>
              <w:right w:w="55" w:type="dxa"/>
            </w:tcMar>
          </w:tcPr>
          <w:p w14:paraId="27B71834" w14:textId="77777777" w:rsidR="00EC77B0" w:rsidRPr="000961DC" w:rsidRDefault="009D00D6">
            <w:pPr>
              <w:rPr>
                <w:szCs w:val="20"/>
              </w:rPr>
            </w:pPr>
            <w:r w:rsidRPr="000961DC">
              <w:rPr>
                <w:rFonts w:eastAsia="Arial"/>
                <w:i/>
                <w:color w:val="777777"/>
                <w:szCs w:val="20"/>
              </w:rPr>
              <w:t>&lt;Email / website&gt;</w:t>
            </w:r>
          </w:p>
        </w:tc>
        <w:tc>
          <w:tcPr>
            <w:tcW w:w="1851" w:type="dxa"/>
            <w:tcMar>
              <w:top w:w="48" w:type="dxa"/>
              <w:left w:w="55" w:type="dxa"/>
              <w:bottom w:w="48" w:type="dxa"/>
              <w:right w:w="55" w:type="dxa"/>
            </w:tcMar>
          </w:tcPr>
          <w:p w14:paraId="36284B0C" w14:textId="77777777" w:rsidR="00EC77B0" w:rsidRPr="000961DC" w:rsidRDefault="009D00D6">
            <w:pPr>
              <w:rPr>
                <w:szCs w:val="20"/>
              </w:rPr>
            </w:pPr>
            <w:r w:rsidRPr="000961DC">
              <w:rPr>
                <w:rFonts w:eastAsia="Arial"/>
                <w:i/>
                <w:color w:val="777777"/>
                <w:szCs w:val="20"/>
              </w:rPr>
              <w:t>&lt;Alternate / notes&gt;</w:t>
            </w:r>
          </w:p>
        </w:tc>
      </w:tr>
      <w:tr w:rsidR="00EC77B0" w:rsidRPr="000961DC" w14:paraId="5DEFD3A2" w14:textId="77777777" w:rsidTr="000961DC">
        <w:trPr>
          <w:cantSplit/>
          <w:trHeight w:val="461"/>
          <w:jc w:val="center"/>
        </w:trPr>
        <w:tc>
          <w:tcPr>
            <w:tcW w:w="2700" w:type="dxa"/>
            <w:shd w:val="clear" w:color="auto" w:fill="E7F1ED"/>
            <w:tcMar>
              <w:top w:w="48" w:type="dxa"/>
              <w:left w:w="55" w:type="dxa"/>
              <w:bottom w:w="48" w:type="dxa"/>
              <w:right w:w="55" w:type="dxa"/>
            </w:tcMar>
          </w:tcPr>
          <w:p w14:paraId="5596CC80" w14:textId="77777777" w:rsidR="00EC77B0" w:rsidRPr="000961DC" w:rsidRDefault="009D00D6">
            <w:pPr>
              <w:rPr>
                <w:szCs w:val="20"/>
              </w:rPr>
            </w:pPr>
            <w:r w:rsidRPr="000961DC">
              <w:rPr>
                <w:rFonts w:eastAsia="Arial"/>
                <w:b/>
                <w:color w:val="006747"/>
                <w:szCs w:val="20"/>
              </w:rPr>
              <w:t>Local / County Emergency Management Agency</w:t>
            </w:r>
          </w:p>
        </w:tc>
        <w:tc>
          <w:tcPr>
            <w:tcW w:w="2476" w:type="dxa"/>
            <w:tcMar>
              <w:top w:w="48" w:type="dxa"/>
              <w:left w:w="55" w:type="dxa"/>
              <w:bottom w:w="48" w:type="dxa"/>
              <w:right w:w="55" w:type="dxa"/>
            </w:tcMar>
          </w:tcPr>
          <w:p w14:paraId="15303367" w14:textId="77777777" w:rsidR="00EC77B0" w:rsidRPr="000961DC" w:rsidRDefault="009D00D6">
            <w:pPr>
              <w:rPr>
                <w:szCs w:val="20"/>
              </w:rPr>
            </w:pPr>
            <w:r w:rsidRPr="000961DC">
              <w:rPr>
                <w:rFonts w:eastAsia="Arial"/>
                <w:i/>
                <w:color w:val="777777"/>
                <w:szCs w:val="20"/>
              </w:rPr>
              <w:t>&lt;Contact / unit&gt;</w:t>
            </w:r>
          </w:p>
        </w:tc>
        <w:tc>
          <w:tcPr>
            <w:tcW w:w="2131" w:type="dxa"/>
            <w:tcMar>
              <w:top w:w="48" w:type="dxa"/>
              <w:left w:w="55" w:type="dxa"/>
              <w:bottom w:w="48" w:type="dxa"/>
              <w:right w:w="55" w:type="dxa"/>
            </w:tcMar>
          </w:tcPr>
          <w:p w14:paraId="7530B548" w14:textId="77777777" w:rsidR="00EC77B0" w:rsidRPr="000961DC" w:rsidRDefault="009D00D6">
            <w:pPr>
              <w:rPr>
                <w:szCs w:val="20"/>
              </w:rPr>
            </w:pPr>
            <w:r w:rsidRPr="000961DC">
              <w:rPr>
                <w:rFonts w:eastAsia="Arial"/>
                <w:i/>
                <w:color w:val="777777"/>
                <w:szCs w:val="20"/>
              </w:rPr>
              <w:t>&lt;Phone / 24-7&gt;</w:t>
            </w:r>
          </w:p>
        </w:tc>
        <w:tc>
          <w:tcPr>
            <w:tcW w:w="2232" w:type="dxa"/>
            <w:tcMar>
              <w:top w:w="48" w:type="dxa"/>
              <w:left w:w="55" w:type="dxa"/>
              <w:bottom w:w="48" w:type="dxa"/>
              <w:right w:w="55" w:type="dxa"/>
            </w:tcMar>
          </w:tcPr>
          <w:p w14:paraId="68A77434" w14:textId="77777777" w:rsidR="00EC77B0" w:rsidRPr="000961DC" w:rsidRDefault="009D00D6">
            <w:pPr>
              <w:rPr>
                <w:szCs w:val="20"/>
              </w:rPr>
            </w:pPr>
            <w:r w:rsidRPr="000961DC">
              <w:rPr>
                <w:rFonts w:eastAsia="Arial"/>
                <w:i/>
                <w:color w:val="777777"/>
                <w:szCs w:val="20"/>
              </w:rPr>
              <w:t>&lt;Email / website&gt;</w:t>
            </w:r>
          </w:p>
        </w:tc>
        <w:tc>
          <w:tcPr>
            <w:tcW w:w="1851" w:type="dxa"/>
            <w:tcMar>
              <w:top w:w="48" w:type="dxa"/>
              <w:left w:w="55" w:type="dxa"/>
              <w:bottom w:w="48" w:type="dxa"/>
              <w:right w:w="55" w:type="dxa"/>
            </w:tcMar>
          </w:tcPr>
          <w:p w14:paraId="7B21E234" w14:textId="77777777" w:rsidR="00EC77B0" w:rsidRPr="000961DC" w:rsidRDefault="009D00D6">
            <w:pPr>
              <w:rPr>
                <w:szCs w:val="20"/>
              </w:rPr>
            </w:pPr>
            <w:r w:rsidRPr="000961DC">
              <w:rPr>
                <w:rFonts w:eastAsia="Arial"/>
                <w:i/>
                <w:color w:val="777777"/>
                <w:szCs w:val="20"/>
              </w:rPr>
              <w:t>&lt;Alternate / notes&gt;</w:t>
            </w:r>
          </w:p>
        </w:tc>
      </w:tr>
      <w:tr w:rsidR="00EC77B0" w:rsidRPr="000961DC" w14:paraId="72C58969" w14:textId="77777777" w:rsidTr="000961DC">
        <w:trPr>
          <w:cantSplit/>
          <w:trHeight w:val="461"/>
          <w:jc w:val="center"/>
        </w:trPr>
        <w:tc>
          <w:tcPr>
            <w:tcW w:w="2700" w:type="dxa"/>
            <w:shd w:val="clear" w:color="auto" w:fill="F5F8F7"/>
            <w:tcMar>
              <w:top w:w="48" w:type="dxa"/>
              <w:left w:w="55" w:type="dxa"/>
              <w:bottom w:w="48" w:type="dxa"/>
              <w:right w:w="55" w:type="dxa"/>
            </w:tcMar>
          </w:tcPr>
          <w:p w14:paraId="5496D9AC" w14:textId="77777777" w:rsidR="00EC77B0" w:rsidRPr="000961DC" w:rsidRDefault="009D00D6">
            <w:pPr>
              <w:rPr>
                <w:szCs w:val="20"/>
              </w:rPr>
            </w:pPr>
            <w:r w:rsidRPr="000961DC">
              <w:rPr>
                <w:rFonts w:eastAsia="Arial"/>
                <w:b/>
                <w:color w:val="006747"/>
                <w:szCs w:val="20"/>
              </w:rPr>
              <w:t>Maine Emergency Management Agency</w:t>
            </w:r>
          </w:p>
        </w:tc>
        <w:tc>
          <w:tcPr>
            <w:tcW w:w="2476" w:type="dxa"/>
            <w:tcMar>
              <w:top w:w="48" w:type="dxa"/>
              <w:left w:w="55" w:type="dxa"/>
              <w:bottom w:w="48" w:type="dxa"/>
              <w:right w:w="55" w:type="dxa"/>
            </w:tcMar>
          </w:tcPr>
          <w:p w14:paraId="3A2983EF" w14:textId="77777777" w:rsidR="00EC77B0" w:rsidRPr="000961DC" w:rsidRDefault="009D00D6">
            <w:pPr>
              <w:rPr>
                <w:szCs w:val="20"/>
              </w:rPr>
            </w:pPr>
            <w:r w:rsidRPr="000961DC">
              <w:rPr>
                <w:rFonts w:eastAsia="Arial"/>
                <w:i/>
                <w:color w:val="777777"/>
                <w:szCs w:val="20"/>
              </w:rPr>
              <w:t>&lt;Contact / unit&gt;</w:t>
            </w:r>
          </w:p>
        </w:tc>
        <w:tc>
          <w:tcPr>
            <w:tcW w:w="2131" w:type="dxa"/>
            <w:tcMar>
              <w:top w:w="48" w:type="dxa"/>
              <w:left w:w="55" w:type="dxa"/>
              <w:bottom w:w="48" w:type="dxa"/>
              <w:right w:w="55" w:type="dxa"/>
            </w:tcMar>
          </w:tcPr>
          <w:p w14:paraId="65B7499B" w14:textId="77777777" w:rsidR="00EC77B0" w:rsidRPr="000961DC" w:rsidRDefault="009D00D6">
            <w:pPr>
              <w:rPr>
                <w:szCs w:val="20"/>
              </w:rPr>
            </w:pPr>
            <w:r w:rsidRPr="000961DC">
              <w:rPr>
                <w:rFonts w:eastAsia="Arial"/>
                <w:i/>
                <w:color w:val="777777"/>
                <w:szCs w:val="20"/>
              </w:rPr>
              <w:t>&lt;Phone / 24-7&gt;</w:t>
            </w:r>
          </w:p>
        </w:tc>
        <w:tc>
          <w:tcPr>
            <w:tcW w:w="2232" w:type="dxa"/>
            <w:tcMar>
              <w:top w:w="48" w:type="dxa"/>
              <w:left w:w="55" w:type="dxa"/>
              <w:bottom w:w="48" w:type="dxa"/>
              <w:right w:w="55" w:type="dxa"/>
            </w:tcMar>
          </w:tcPr>
          <w:p w14:paraId="438F9AB9" w14:textId="77777777" w:rsidR="00EC77B0" w:rsidRPr="000961DC" w:rsidRDefault="009D00D6">
            <w:pPr>
              <w:rPr>
                <w:szCs w:val="20"/>
              </w:rPr>
            </w:pPr>
            <w:r w:rsidRPr="000961DC">
              <w:rPr>
                <w:rFonts w:eastAsia="Arial"/>
                <w:i/>
                <w:color w:val="777777"/>
                <w:szCs w:val="20"/>
              </w:rPr>
              <w:t>&lt;Email / website&gt;</w:t>
            </w:r>
          </w:p>
        </w:tc>
        <w:tc>
          <w:tcPr>
            <w:tcW w:w="1851" w:type="dxa"/>
            <w:tcMar>
              <w:top w:w="48" w:type="dxa"/>
              <w:left w:w="55" w:type="dxa"/>
              <w:bottom w:w="48" w:type="dxa"/>
              <w:right w:w="55" w:type="dxa"/>
            </w:tcMar>
          </w:tcPr>
          <w:p w14:paraId="772F75C2" w14:textId="77777777" w:rsidR="00EC77B0" w:rsidRPr="000961DC" w:rsidRDefault="009D00D6">
            <w:pPr>
              <w:rPr>
                <w:szCs w:val="20"/>
              </w:rPr>
            </w:pPr>
            <w:r w:rsidRPr="000961DC">
              <w:rPr>
                <w:rFonts w:eastAsia="Arial"/>
                <w:i/>
                <w:color w:val="777777"/>
                <w:szCs w:val="20"/>
              </w:rPr>
              <w:t>&lt;Alternate / notes&gt;</w:t>
            </w:r>
          </w:p>
        </w:tc>
      </w:tr>
      <w:tr w:rsidR="00EC77B0" w:rsidRPr="000961DC" w14:paraId="03D45C43" w14:textId="77777777" w:rsidTr="000961DC">
        <w:trPr>
          <w:cantSplit/>
          <w:trHeight w:val="461"/>
          <w:jc w:val="center"/>
        </w:trPr>
        <w:tc>
          <w:tcPr>
            <w:tcW w:w="2700" w:type="dxa"/>
            <w:shd w:val="clear" w:color="auto" w:fill="E7F1ED"/>
            <w:tcMar>
              <w:top w:w="48" w:type="dxa"/>
              <w:left w:w="55" w:type="dxa"/>
              <w:bottom w:w="48" w:type="dxa"/>
              <w:right w:w="55" w:type="dxa"/>
            </w:tcMar>
          </w:tcPr>
          <w:p w14:paraId="1F357DC1" w14:textId="77777777" w:rsidR="00EC77B0" w:rsidRPr="000961DC" w:rsidRDefault="009D00D6">
            <w:pPr>
              <w:rPr>
                <w:szCs w:val="20"/>
              </w:rPr>
            </w:pPr>
            <w:r w:rsidRPr="000961DC">
              <w:rPr>
                <w:rFonts w:eastAsia="Arial"/>
                <w:b/>
                <w:color w:val="006747"/>
                <w:szCs w:val="20"/>
              </w:rPr>
              <w:t>Maine CDC / Public Health</w:t>
            </w:r>
          </w:p>
        </w:tc>
        <w:tc>
          <w:tcPr>
            <w:tcW w:w="2476" w:type="dxa"/>
            <w:tcMar>
              <w:top w:w="48" w:type="dxa"/>
              <w:left w:w="55" w:type="dxa"/>
              <w:bottom w:w="48" w:type="dxa"/>
              <w:right w:w="55" w:type="dxa"/>
            </w:tcMar>
          </w:tcPr>
          <w:p w14:paraId="62260B49" w14:textId="77777777" w:rsidR="00EC77B0" w:rsidRPr="000961DC" w:rsidRDefault="009D00D6">
            <w:pPr>
              <w:rPr>
                <w:szCs w:val="20"/>
              </w:rPr>
            </w:pPr>
            <w:r w:rsidRPr="000961DC">
              <w:rPr>
                <w:rFonts w:eastAsia="Arial"/>
                <w:i/>
                <w:color w:val="777777"/>
                <w:szCs w:val="20"/>
              </w:rPr>
              <w:t>&lt;Contact / unit&gt;</w:t>
            </w:r>
          </w:p>
        </w:tc>
        <w:tc>
          <w:tcPr>
            <w:tcW w:w="2131" w:type="dxa"/>
            <w:tcMar>
              <w:top w:w="48" w:type="dxa"/>
              <w:left w:w="55" w:type="dxa"/>
              <w:bottom w:w="48" w:type="dxa"/>
              <w:right w:w="55" w:type="dxa"/>
            </w:tcMar>
          </w:tcPr>
          <w:p w14:paraId="688BD5DF" w14:textId="77777777" w:rsidR="00EC77B0" w:rsidRPr="000961DC" w:rsidRDefault="009D00D6">
            <w:pPr>
              <w:rPr>
                <w:szCs w:val="20"/>
              </w:rPr>
            </w:pPr>
            <w:r w:rsidRPr="000961DC">
              <w:rPr>
                <w:rFonts w:eastAsia="Arial"/>
                <w:i/>
                <w:color w:val="777777"/>
                <w:szCs w:val="20"/>
              </w:rPr>
              <w:t>&lt;Phone / 24-7&gt;</w:t>
            </w:r>
          </w:p>
        </w:tc>
        <w:tc>
          <w:tcPr>
            <w:tcW w:w="2232" w:type="dxa"/>
            <w:tcMar>
              <w:top w:w="48" w:type="dxa"/>
              <w:left w:w="55" w:type="dxa"/>
              <w:bottom w:w="48" w:type="dxa"/>
              <w:right w:w="55" w:type="dxa"/>
            </w:tcMar>
          </w:tcPr>
          <w:p w14:paraId="5798AA7F" w14:textId="77777777" w:rsidR="00EC77B0" w:rsidRPr="000961DC" w:rsidRDefault="009D00D6">
            <w:pPr>
              <w:rPr>
                <w:szCs w:val="20"/>
              </w:rPr>
            </w:pPr>
            <w:r w:rsidRPr="000961DC">
              <w:rPr>
                <w:rFonts w:eastAsia="Arial"/>
                <w:i/>
                <w:color w:val="777777"/>
                <w:szCs w:val="20"/>
              </w:rPr>
              <w:t>&lt;Email / website&gt;</w:t>
            </w:r>
          </w:p>
        </w:tc>
        <w:tc>
          <w:tcPr>
            <w:tcW w:w="1851" w:type="dxa"/>
            <w:tcMar>
              <w:top w:w="48" w:type="dxa"/>
              <w:left w:w="55" w:type="dxa"/>
              <w:bottom w:w="48" w:type="dxa"/>
              <w:right w:w="55" w:type="dxa"/>
            </w:tcMar>
          </w:tcPr>
          <w:p w14:paraId="16D1A5DA" w14:textId="77777777" w:rsidR="00EC77B0" w:rsidRPr="000961DC" w:rsidRDefault="009D00D6">
            <w:pPr>
              <w:rPr>
                <w:szCs w:val="20"/>
              </w:rPr>
            </w:pPr>
            <w:r w:rsidRPr="000961DC">
              <w:rPr>
                <w:rFonts w:eastAsia="Arial"/>
                <w:i/>
                <w:color w:val="777777"/>
                <w:szCs w:val="20"/>
              </w:rPr>
              <w:t>&lt;Alternate / notes&gt;</w:t>
            </w:r>
          </w:p>
        </w:tc>
      </w:tr>
      <w:tr w:rsidR="00EC77B0" w:rsidRPr="000961DC" w14:paraId="4644AA24" w14:textId="77777777" w:rsidTr="000961DC">
        <w:trPr>
          <w:cantSplit/>
          <w:trHeight w:val="461"/>
          <w:jc w:val="center"/>
        </w:trPr>
        <w:tc>
          <w:tcPr>
            <w:tcW w:w="2700" w:type="dxa"/>
            <w:shd w:val="clear" w:color="auto" w:fill="F5F8F7"/>
            <w:tcMar>
              <w:top w:w="48" w:type="dxa"/>
              <w:left w:w="55" w:type="dxa"/>
              <w:bottom w:w="48" w:type="dxa"/>
              <w:right w:w="55" w:type="dxa"/>
            </w:tcMar>
          </w:tcPr>
          <w:p w14:paraId="04E4356F" w14:textId="77777777" w:rsidR="00EC77B0" w:rsidRPr="000961DC" w:rsidRDefault="009D00D6">
            <w:pPr>
              <w:rPr>
                <w:szCs w:val="20"/>
              </w:rPr>
            </w:pPr>
            <w:r w:rsidRPr="000961DC">
              <w:rPr>
                <w:rFonts w:eastAsia="Arial"/>
                <w:b/>
                <w:color w:val="006747"/>
                <w:szCs w:val="20"/>
              </w:rPr>
              <w:t>Applicable Maine Licensing / Regulatory Agency</w:t>
            </w:r>
          </w:p>
        </w:tc>
        <w:tc>
          <w:tcPr>
            <w:tcW w:w="2476" w:type="dxa"/>
            <w:tcMar>
              <w:top w:w="48" w:type="dxa"/>
              <w:left w:w="55" w:type="dxa"/>
              <w:bottom w:w="48" w:type="dxa"/>
              <w:right w:w="55" w:type="dxa"/>
            </w:tcMar>
          </w:tcPr>
          <w:p w14:paraId="41E2948D" w14:textId="77777777" w:rsidR="00EC77B0" w:rsidRPr="000961DC" w:rsidRDefault="009D00D6">
            <w:pPr>
              <w:rPr>
                <w:szCs w:val="20"/>
              </w:rPr>
            </w:pPr>
            <w:r w:rsidRPr="000961DC">
              <w:rPr>
                <w:rFonts w:eastAsia="Arial"/>
                <w:i/>
                <w:color w:val="777777"/>
                <w:szCs w:val="20"/>
              </w:rPr>
              <w:t>&lt;Contact / unit&gt;</w:t>
            </w:r>
          </w:p>
        </w:tc>
        <w:tc>
          <w:tcPr>
            <w:tcW w:w="2131" w:type="dxa"/>
            <w:tcMar>
              <w:top w:w="48" w:type="dxa"/>
              <w:left w:w="55" w:type="dxa"/>
              <w:bottom w:w="48" w:type="dxa"/>
              <w:right w:w="55" w:type="dxa"/>
            </w:tcMar>
          </w:tcPr>
          <w:p w14:paraId="2C69CC07" w14:textId="77777777" w:rsidR="00EC77B0" w:rsidRPr="000961DC" w:rsidRDefault="009D00D6">
            <w:pPr>
              <w:rPr>
                <w:szCs w:val="20"/>
              </w:rPr>
            </w:pPr>
            <w:r w:rsidRPr="000961DC">
              <w:rPr>
                <w:rFonts w:eastAsia="Arial"/>
                <w:i/>
                <w:color w:val="777777"/>
                <w:szCs w:val="20"/>
              </w:rPr>
              <w:t>&lt;Phone / 24-7&gt;</w:t>
            </w:r>
          </w:p>
        </w:tc>
        <w:tc>
          <w:tcPr>
            <w:tcW w:w="2232" w:type="dxa"/>
            <w:tcMar>
              <w:top w:w="48" w:type="dxa"/>
              <w:left w:w="55" w:type="dxa"/>
              <w:bottom w:w="48" w:type="dxa"/>
              <w:right w:w="55" w:type="dxa"/>
            </w:tcMar>
          </w:tcPr>
          <w:p w14:paraId="71C4E41C" w14:textId="77777777" w:rsidR="00EC77B0" w:rsidRPr="000961DC" w:rsidRDefault="009D00D6">
            <w:pPr>
              <w:rPr>
                <w:szCs w:val="20"/>
              </w:rPr>
            </w:pPr>
            <w:r w:rsidRPr="000961DC">
              <w:rPr>
                <w:rFonts w:eastAsia="Arial"/>
                <w:i/>
                <w:color w:val="777777"/>
                <w:szCs w:val="20"/>
              </w:rPr>
              <w:t>&lt;Email / website&gt;</w:t>
            </w:r>
          </w:p>
        </w:tc>
        <w:tc>
          <w:tcPr>
            <w:tcW w:w="1851" w:type="dxa"/>
            <w:tcMar>
              <w:top w:w="48" w:type="dxa"/>
              <w:left w:w="55" w:type="dxa"/>
              <w:bottom w:w="48" w:type="dxa"/>
              <w:right w:w="55" w:type="dxa"/>
            </w:tcMar>
          </w:tcPr>
          <w:p w14:paraId="296FEF86" w14:textId="77777777" w:rsidR="00EC77B0" w:rsidRPr="000961DC" w:rsidRDefault="009D00D6">
            <w:pPr>
              <w:rPr>
                <w:szCs w:val="20"/>
              </w:rPr>
            </w:pPr>
            <w:r w:rsidRPr="000961DC">
              <w:rPr>
                <w:rFonts w:eastAsia="Arial"/>
                <w:i/>
                <w:color w:val="777777"/>
                <w:szCs w:val="20"/>
              </w:rPr>
              <w:t>&lt;Alternate / notes&gt;</w:t>
            </w:r>
          </w:p>
        </w:tc>
      </w:tr>
      <w:tr w:rsidR="00EC77B0" w:rsidRPr="000961DC" w14:paraId="6A94CE31" w14:textId="77777777" w:rsidTr="000961DC">
        <w:trPr>
          <w:cantSplit/>
          <w:trHeight w:val="461"/>
          <w:jc w:val="center"/>
        </w:trPr>
        <w:tc>
          <w:tcPr>
            <w:tcW w:w="2700" w:type="dxa"/>
            <w:shd w:val="clear" w:color="auto" w:fill="E7F1ED"/>
            <w:tcMar>
              <w:top w:w="48" w:type="dxa"/>
              <w:left w:w="55" w:type="dxa"/>
              <w:bottom w:w="48" w:type="dxa"/>
              <w:right w:w="55" w:type="dxa"/>
            </w:tcMar>
          </w:tcPr>
          <w:p w14:paraId="53400556" w14:textId="77777777" w:rsidR="00EC77B0" w:rsidRPr="000961DC" w:rsidRDefault="009D00D6">
            <w:pPr>
              <w:rPr>
                <w:szCs w:val="20"/>
              </w:rPr>
            </w:pPr>
            <w:r w:rsidRPr="000961DC">
              <w:rPr>
                <w:rFonts w:eastAsia="Arial"/>
                <w:b/>
                <w:color w:val="006747"/>
                <w:szCs w:val="20"/>
              </w:rPr>
              <w:t>Maine Office of State Fire Marshal / Local AHJ</w:t>
            </w:r>
          </w:p>
        </w:tc>
        <w:tc>
          <w:tcPr>
            <w:tcW w:w="2476" w:type="dxa"/>
            <w:tcMar>
              <w:top w:w="48" w:type="dxa"/>
              <w:left w:w="55" w:type="dxa"/>
              <w:bottom w:w="48" w:type="dxa"/>
              <w:right w:w="55" w:type="dxa"/>
            </w:tcMar>
          </w:tcPr>
          <w:p w14:paraId="5A19A169" w14:textId="77777777" w:rsidR="00EC77B0" w:rsidRPr="000961DC" w:rsidRDefault="009D00D6">
            <w:pPr>
              <w:rPr>
                <w:szCs w:val="20"/>
              </w:rPr>
            </w:pPr>
            <w:r w:rsidRPr="000961DC">
              <w:rPr>
                <w:rFonts w:eastAsia="Arial"/>
                <w:i/>
                <w:color w:val="777777"/>
                <w:szCs w:val="20"/>
              </w:rPr>
              <w:t>&lt;Contact / unit&gt;</w:t>
            </w:r>
          </w:p>
        </w:tc>
        <w:tc>
          <w:tcPr>
            <w:tcW w:w="2131" w:type="dxa"/>
            <w:tcMar>
              <w:top w:w="48" w:type="dxa"/>
              <w:left w:w="55" w:type="dxa"/>
              <w:bottom w:w="48" w:type="dxa"/>
              <w:right w:w="55" w:type="dxa"/>
            </w:tcMar>
          </w:tcPr>
          <w:p w14:paraId="24522BF0" w14:textId="77777777" w:rsidR="00EC77B0" w:rsidRPr="000961DC" w:rsidRDefault="009D00D6">
            <w:pPr>
              <w:rPr>
                <w:szCs w:val="20"/>
              </w:rPr>
            </w:pPr>
            <w:r w:rsidRPr="000961DC">
              <w:rPr>
                <w:rFonts w:eastAsia="Arial"/>
                <w:i/>
                <w:color w:val="777777"/>
                <w:szCs w:val="20"/>
              </w:rPr>
              <w:t>&lt;Phone / 24-7&gt;</w:t>
            </w:r>
          </w:p>
        </w:tc>
        <w:tc>
          <w:tcPr>
            <w:tcW w:w="2232" w:type="dxa"/>
            <w:tcMar>
              <w:top w:w="48" w:type="dxa"/>
              <w:left w:w="55" w:type="dxa"/>
              <w:bottom w:w="48" w:type="dxa"/>
              <w:right w:w="55" w:type="dxa"/>
            </w:tcMar>
          </w:tcPr>
          <w:p w14:paraId="7F6C5426" w14:textId="77777777" w:rsidR="00EC77B0" w:rsidRPr="000961DC" w:rsidRDefault="009D00D6">
            <w:pPr>
              <w:rPr>
                <w:szCs w:val="20"/>
              </w:rPr>
            </w:pPr>
            <w:r w:rsidRPr="000961DC">
              <w:rPr>
                <w:rFonts w:eastAsia="Arial"/>
                <w:i/>
                <w:color w:val="777777"/>
                <w:szCs w:val="20"/>
              </w:rPr>
              <w:t>&lt;Email / website&gt;</w:t>
            </w:r>
          </w:p>
        </w:tc>
        <w:tc>
          <w:tcPr>
            <w:tcW w:w="1851" w:type="dxa"/>
            <w:tcMar>
              <w:top w:w="48" w:type="dxa"/>
              <w:left w:w="55" w:type="dxa"/>
              <w:bottom w:w="48" w:type="dxa"/>
              <w:right w:w="55" w:type="dxa"/>
            </w:tcMar>
          </w:tcPr>
          <w:p w14:paraId="79E53E52" w14:textId="77777777" w:rsidR="00EC77B0" w:rsidRPr="000961DC" w:rsidRDefault="009D00D6">
            <w:pPr>
              <w:rPr>
                <w:szCs w:val="20"/>
              </w:rPr>
            </w:pPr>
            <w:r w:rsidRPr="000961DC">
              <w:rPr>
                <w:rFonts w:eastAsia="Arial"/>
                <w:i/>
                <w:color w:val="777777"/>
                <w:szCs w:val="20"/>
              </w:rPr>
              <w:t>&lt;Alternate / notes&gt;</w:t>
            </w:r>
          </w:p>
        </w:tc>
      </w:tr>
      <w:tr w:rsidR="00EC77B0" w:rsidRPr="000961DC" w14:paraId="32C3F740" w14:textId="77777777" w:rsidTr="000961DC">
        <w:trPr>
          <w:cantSplit/>
          <w:trHeight w:val="461"/>
          <w:jc w:val="center"/>
        </w:trPr>
        <w:tc>
          <w:tcPr>
            <w:tcW w:w="2700" w:type="dxa"/>
            <w:shd w:val="clear" w:color="auto" w:fill="F5F8F7"/>
            <w:tcMar>
              <w:top w:w="48" w:type="dxa"/>
              <w:left w:w="55" w:type="dxa"/>
              <w:bottom w:w="48" w:type="dxa"/>
              <w:right w:w="55" w:type="dxa"/>
            </w:tcMar>
          </w:tcPr>
          <w:p w14:paraId="69B7181F" w14:textId="77777777" w:rsidR="00EC77B0" w:rsidRPr="000961DC" w:rsidRDefault="009D00D6">
            <w:pPr>
              <w:rPr>
                <w:szCs w:val="20"/>
              </w:rPr>
            </w:pPr>
            <w:r w:rsidRPr="000961DC">
              <w:rPr>
                <w:rFonts w:eastAsia="Arial"/>
                <w:b/>
                <w:color w:val="006747"/>
                <w:szCs w:val="20"/>
              </w:rPr>
              <w:t>Healthcare Coalition of Maine District Liaison (optional planning resource)</w:t>
            </w:r>
          </w:p>
        </w:tc>
        <w:tc>
          <w:tcPr>
            <w:tcW w:w="2476" w:type="dxa"/>
            <w:tcMar>
              <w:top w:w="48" w:type="dxa"/>
              <w:left w:w="55" w:type="dxa"/>
              <w:bottom w:w="48" w:type="dxa"/>
              <w:right w:w="55" w:type="dxa"/>
            </w:tcMar>
          </w:tcPr>
          <w:p w14:paraId="302553CD" w14:textId="77777777" w:rsidR="00EC77B0" w:rsidRPr="000961DC" w:rsidRDefault="009D00D6">
            <w:pPr>
              <w:rPr>
                <w:szCs w:val="20"/>
              </w:rPr>
            </w:pPr>
            <w:r w:rsidRPr="000961DC">
              <w:rPr>
                <w:rFonts w:eastAsia="Arial"/>
                <w:i/>
                <w:color w:val="777777"/>
                <w:szCs w:val="20"/>
              </w:rPr>
              <w:t>&lt;Contact / unit&gt;</w:t>
            </w:r>
          </w:p>
        </w:tc>
        <w:tc>
          <w:tcPr>
            <w:tcW w:w="2131" w:type="dxa"/>
            <w:tcMar>
              <w:top w:w="48" w:type="dxa"/>
              <w:left w:w="55" w:type="dxa"/>
              <w:bottom w:w="48" w:type="dxa"/>
              <w:right w:w="55" w:type="dxa"/>
            </w:tcMar>
          </w:tcPr>
          <w:p w14:paraId="230CA096" w14:textId="77777777" w:rsidR="00EC77B0" w:rsidRPr="000961DC" w:rsidRDefault="009D00D6">
            <w:pPr>
              <w:rPr>
                <w:szCs w:val="20"/>
              </w:rPr>
            </w:pPr>
            <w:r w:rsidRPr="000961DC">
              <w:rPr>
                <w:rFonts w:eastAsia="Arial"/>
                <w:i/>
                <w:color w:val="777777"/>
                <w:szCs w:val="20"/>
              </w:rPr>
              <w:t>&lt;Phone / 24-7&gt;</w:t>
            </w:r>
          </w:p>
        </w:tc>
        <w:tc>
          <w:tcPr>
            <w:tcW w:w="2232" w:type="dxa"/>
            <w:tcMar>
              <w:top w:w="48" w:type="dxa"/>
              <w:left w:w="55" w:type="dxa"/>
              <w:bottom w:w="48" w:type="dxa"/>
              <w:right w:w="55" w:type="dxa"/>
            </w:tcMar>
          </w:tcPr>
          <w:p w14:paraId="36796E6A" w14:textId="77777777" w:rsidR="00EC77B0" w:rsidRPr="000961DC" w:rsidRDefault="009D00D6">
            <w:pPr>
              <w:rPr>
                <w:szCs w:val="20"/>
              </w:rPr>
            </w:pPr>
            <w:r w:rsidRPr="000961DC">
              <w:rPr>
                <w:rFonts w:eastAsia="Arial"/>
                <w:i/>
                <w:color w:val="777777"/>
                <w:szCs w:val="20"/>
              </w:rPr>
              <w:t>&lt;Email / website&gt;</w:t>
            </w:r>
          </w:p>
        </w:tc>
        <w:tc>
          <w:tcPr>
            <w:tcW w:w="1851" w:type="dxa"/>
            <w:tcMar>
              <w:top w:w="48" w:type="dxa"/>
              <w:left w:w="55" w:type="dxa"/>
              <w:bottom w:w="48" w:type="dxa"/>
              <w:right w:w="55" w:type="dxa"/>
            </w:tcMar>
          </w:tcPr>
          <w:p w14:paraId="6B8D9CC4" w14:textId="77777777" w:rsidR="00EC77B0" w:rsidRPr="000961DC" w:rsidRDefault="009D00D6">
            <w:pPr>
              <w:rPr>
                <w:szCs w:val="20"/>
              </w:rPr>
            </w:pPr>
            <w:r w:rsidRPr="000961DC">
              <w:rPr>
                <w:rFonts w:eastAsia="Arial"/>
                <w:i/>
                <w:color w:val="777777"/>
                <w:szCs w:val="20"/>
              </w:rPr>
              <w:t>&lt;Alternate / notes&gt;</w:t>
            </w:r>
          </w:p>
        </w:tc>
      </w:tr>
      <w:tr w:rsidR="00EC77B0" w:rsidRPr="000961DC" w14:paraId="734341AA" w14:textId="77777777" w:rsidTr="000961DC">
        <w:trPr>
          <w:cantSplit/>
          <w:trHeight w:val="461"/>
          <w:jc w:val="center"/>
        </w:trPr>
        <w:tc>
          <w:tcPr>
            <w:tcW w:w="2700" w:type="dxa"/>
            <w:shd w:val="clear" w:color="auto" w:fill="E7F1ED"/>
            <w:tcMar>
              <w:top w:w="48" w:type="dxa"/>
              <w:left w:w="55" w:type="dxa"/>
              <w:bottom w:w="48" w:type="dxa"/>
              <w:right w:w="55" w:type="dxa"/>
            </w:tcMar>
          </w:tcPr>
          <w:p w14:paraId="22F12965" w14:textId="77777777" w:rsidR="00EC77B0" w:rsidRPr="000961DC" w:rsidRDefault="009D00D6">
            <w:pPr>
              <w:rPr>
                <w:szCs w:val="20"/>
              </w:rPr>
            </w:pPr>
            <w:r w:rsidRPr="000961DC">
              <w:rPr>
                <w:rFonts w:eastAsia="Arial"/>
                <w:b/>
                <w:color w:val="006747"/>
                <w:szCs w:val="20"/>
              </w:rPr>
              <w:t>Local / Regional Hospital or Referral Partner</w:t>
            </w:r>
          </w:p>
        </w:tc>
        <w:tc>
          <w:tcPr>
            <w:tcW w:w="2476" w:type="dxa"/>
            <w:tcMar>
              <w:top w:w="48" w:type="dxa"/>
              <w:left w:w="55" w:type="dxa"/>
              <w:bottom w:w="48" w:type="dxa"/>
              <w:right w:w="55" w:type="dxa"/>
            </w:tcMar>
          </w:tcPr>
          <w:p w14:paraId="18CDC4B0" w14:textId="77777777" w:rsidR="00EC77B0" w:rsidRPr="000961DC" w:rsidRDefault="009D00D6">
            <w:pPr>
              <w:rPr>
                <w:szCs w:val="20"/>
              </w:rPr>
            </w:pPr>
            <w:r w:rsidRPr="000961DC">
              <w:rPr>
                <w:rFonts w:eastAsia="Arial"/>
                <w:i/>
                <w:color w:val="777777"/>
                <w:szCs w:val="20"/>
              </w:rPr>
              <w:t>&lt;Contact / unit&gt;</w:t>
            </w:r>
          </w:p>
        </w:tc>
        <w:tc>
          <w:tcPr>
            <w:tcW w:w="2131" w:type="dxa"/>
            <w:tcMar>
              <w:top w:w="48" w:type="dxa"/>
              <w:left w:w="55" w:type="dxa"/>
              <w:bottom w:w="48" w:type="dxa"/>
              <w:right w:w="55" w:type="dxa"/>
            </w:tcMar>
          </w:tcPr>
          <w:p w14:paraId="28FF41DF" w14:textId="77777777" w:rsidR="00EC77B0" w:rsidRPr="000961DC" w:rsidRDefault="009D00D6">
            <w:pPr>
              <w:rPr>
                <w:szCs w:val="20"/>
              </w:rPr>
            </w:pPr>
            <w:r w:rsidRPr="000961DC">
              <w:rPr>
                <w:rFonts w:eastAsia="Arial"/>
                <w:i/>
                <w:color w:val="777777"/>
                <w:szCs w:val="20"/>
              </w:rPr>
              <w:t>&lt;Phone / 24-7&gt;</w:t>
            </w:r>
          </w:p>
        </w:tc>
        <w:tc>
          <w:tcPr>
            <w:tcW w:w="2232" w:type="dxa"/>
            <w:tcMar>
              <w:top w:w="48" w:type="dxa"/>
              <w:left w:w="55" w:type="dxa"/>
              <w:bottom w:w="48" w:type="dxa"/>
              <w:right w:w="55" w:type="dxa"/>
            </w:tcMar>
          </w:tcPr>
          <w:p w14:paraId="638EC8BF" w14:textId="77777777" w:rsidR="00EC77B0" w:rsidRPr="000961DC" w:rsidRDefault="009D00D6">
            <w:pPr>
              <w:rPr>
                <w:szCs w:val="20"/>
              </w:rPr>
            </w:pPr>
            <w:r w:rsidRPr="000961DC">
              <w:rPr>
                <w:rFonts w:eastAsia="Arial"/>
                <w:i/>
                <w:color w:val="777777"/>
                <w:szCs w:val="20"/>
              </w:rPr>
              <w:t>&lt;Email / website&gt;</w:t>
            </w:r>
          </w:p>
        </w:tc>
        <w:tc>
          <w:tcPr>
            <w:tcW w:w="1851" w:type="dxa"/>
            <w:tcMar>
              <w:top w:w="48" w:type="dxa"/>
              <w:left w:w="55" w:type="dxa"/>
              <w:bottom w:w="48" w:type="dxa"/>
              <w:right w:w="55" w:type="dxa"/>
            </w:tcMar>
          </w:tcPr>
          <w:p w14:paraId="77B84530" w14:textId="77777777" w:rsidR="00EC77B0" w:rsidRPr="000961DC" w:rsidRDefault="009D00D6">
            <w:pPr>
              <w:rPr>
                <w:szCs w:val="20"/>
              </w:rPr>
            </w:pPr>
            <w:r w:rsidRPr="000961DC">
              <w:rPr>
                <w:rFonts w:eastAsia="Arial"/>
                <w:i/>
                <w:color w:val="777777"/>
                <w:szCs w:val="20"/>
              </w:rPr>
              <w:t>&lt;Alternate / notes&gt;</w:t>
            </w:r>
          </w:p>
        </w:tc>
      </w:tr>
      <w:tr w:rsidR="00EC77B0" w:rsidRPr="000961DC" w14:paraId="3D6F7574" w14:textId="77777777" w:rsidTr="000961DC">
        <w:trPr>
          <w:cantSplit/>
          <w:trHeight w:val="461"/>
          <w:jc w:val="center"/>
        </w:trPr>
        <w:tc>
          <w:tcPr>
            <w:tcW w:w="2700" w:type="dxa"/>
            <w:shd w:val="clear" w:color="auto" w:fill="F5F8F7"/>
            <w:tcMar>
              <w:top w:w="48" w:type="dxa"/>
              <w:left w:w="55" w:type="dxa"/>
              <w:bottom w:w="48" w:type="dxa"/>
              <w:right w:w="55" w:type="dxa"/>
            </w:tcMar>
          </w:tcPr>
          <w:p w14:paraId="763B0114" w14:textId="77777777" w:rsidR="00EC77B0" w:rsidRPr="000961DC" w:rsidRDefault="009D00D6">
            <w:pPr>
              <w:rPr>
                <w:szCs w:val="20"/>
              </w:rPr>
            </w:pPr>
            <w:r w:rsidRPr="000961DC">
              <w:rPr>
                <w:rFonts w:eastAsia="Arial"/>
                <w:b/>
                <w:color w:val="006747"/>
                <w:szCs w:val="20"/>
              </w:rPr>
              <w:t>Poison Control / Specialized Emergency Resource</w:t>
            </w:r>
          </w:p>
        </w:tc>
        <w:tc>
          <w:tcPr>
            <w:tcW w:w="2476" w:type="dxa"/>
            <w:tcMar>
              <w:top w:w="48" w:type="dxa"/>
              <w:left w:w="55" w:type="dxa"/>
              <w:bottom w:w="48" w:type="dxa"/>
              <w:right w:w="55" w:type="dxa"/>
            </w:tcMar>
          </w:tcPr>
          <w:p w14:paraId="50A552E0" w14:textId="77777777" w:rsidR="00EC77B0" w:rsidRPr="000961DC" w:rsidRDefault="009D00D6">
            <w:pPr>
              <w:rPr>
                <w:szCs w:val="20"/>
              </w:rPr>
            </w:pPr>
            <w:r w:rsidRPr="000961DC">
              <w:rPr>
                <w:rFonts w:eastAsia="Arial"/>
                <w:i/>
                <w:color w:val="777777"/>
                <w:szCs w:val="20"/>
              </w:rPr>
              <w:t>&lt;Contact / unit&gt;</w:t>
            </w:r>
          </w:p>
        </w:tc>
        <w:tc>
          <w:tcPr>
            <w:tcW w:w="2131" w:type="dxa"/>
            <w:tcMar>
              <w:top w:w="48" w:type="dxa"/>
              <w:left w:w="55" w:type="dxa"/>
              <w:bottom w:w="48" w:type="dxa"/>
              <w:right w:w="55" w:type="dxa"/>
            </w:tcMar>
          </w:tcPr>
          <w:p w14:paraId="716949E4" w14:textId="77777777" w:rsidR="00EC77B0" w:rsidRPr="000961DC" w:rsidRDefault="009D00D6">
            <w:pPr>
              <w:rPr>
                <w:szCs w:val="20"/>
              </w:rPr>
            </w:pPr>
            <w:r w:rsidRPr="000961DC">
              <w:rPr>
                <w:rFonts w:eastAsia="Arial"/>
                <w:i/>
                <w:color w:val="777777"/>
                <w:szCs w:val="20"/>
              </w:rPr>
              <w:t>&lt;Phone / 24-7&gt;</w:t>
            </w:r>
          </w:p>
        </w:tc>
        <w:tc>
          <w:tcPr>
            <w:tcW w:w="2232" w:type="dxa"/>
            <w:tcMar>
              <w:top w:w="48" w:type="dxa"/>
              <w:left w:w="55" w:type="dxa"/>
              <w:bottom w:w="48" w:type="dxa"/>
              <w:right w:w="55" w:type="dxa"/>
            </w:tcMar>
          </w:tcPr>
          <w:p w14:paraId="6F44ACF5" w14:textId="77777777" w:rsidR="00EC77B0" w:rsidRPr="000961DC" w:rsidRDefault="009D00D6">
            <w:pPr>
              <w:rPr>
                <w:szCs w:val="20"/>
              </w:rPr>
            </w:pPr>
            <w:r w:rsidRPr="000961DC">
              <w:rPr>
                <w:rFonts w:eastAsia="Arial"/>
                <w:i/>
                <w:color w:val="777777"/>
                <w:szCs w:val="20"/>
              </w:rPr>
              <w:t>&lt;Email / website&gt;</w:t>
            </w:r>
          </w:p>
        </w:tc>
        <w:tc>
          <w:tcPr>
            <w:tcW w:w="1851" w:type="dxa"/>
            <w:tcMar>
              <w:top w:w="48" w:type="dxa"/>
              <w:left w:w="55" w:type="dxa"/>
              <w:bottom w:w="48" w:type="dxa"/>
              <w:right w:w="55" w:type="dxa"/>
            </w:tcMar>
          </w:tcPr>
          <w:p w14:paraId="38AC1A08" w14:textId="77777777" w:rsidR="00EC77B0" w:rsidRPr="000961DC" w:rsidRDefault="009D00D6">
            <w:pPr>
              <w:rPr>
                <w:szCs w:val="20"/>
              </w:rPr>
            </w:pPr>
            <w:r w:rsidRPr="000961DC">
              <w:rPr>
                <w:rFonts w:eastAsia="Arial"/>
                <w:i/>
                <w:color w:val="777777"/>
                <w:szCs w:val="20"/>
              </w:rPr>
              <w:t>&lt;Alternate / notes&gt;</w:t>
            </w:r>
          </w:p>
        </w:tc>
      </w:tr>
      <w:tr w:rsidR="00EC77B0" w:rsidRPr="000961DC" w14:paraId="352BD5F3" w14:textId="77777777" w:rsidTr="000961DC">
        <w:trPr>
          <w:cantSplit/>
          <w:trHeight w:val="461"/>
          <w:jc w:val="center"/>
        </w:trPr>
        <w:tc>
          <w:tcPr>
            <w:tcW w:w="2700" w:type="dxa"/>
            <w:shd w:val="clear" w:color="auto" w:fill="E7F1ED"/>
            <w:tcMar>
              <w:top w:w="48" w:type="dxa"/>
              <w:left w:w="55" w:type="dxa"/>
              <w:bottom w:w="48" w:type="dxa"/>
              <w:right w:w="55" w:type="dxa"/>
            </w:tcMar>
          </w:tcPr>
          <w:p w14:paraId="77F9C718" w14:textId="77777777" w:rsidR="00EC77B0" w:rsidRPr="000961DC" w:rsidRDefault="009D00D6">
            <w:pPr>
              <w:rPr>
                <w:szCs w:val="20"/>
              </w:rPr>
            </w:pPr>
            <w:r w:rsidRPr="000961DC">
              <w:rPr>
                <w:rFonts w:eastAsia="Arial"/>
                <w:b/>
                <w:color w:val="006747"/>
                <w:szCs w:val="20"/>
              </w:rPr>
              <w:t>Other Government / Community Partner</w:t>
            </w:r>
          </w:p>
        </w:tc>
        <w:tc>
          <w:tcPr>
            <w:tcW w:w="2476" w:type="dxa"/>
            <w:tcMar>
              <w:top w:w="48" w:type="dxa"/>
              <w:left w:w="55" w:type="dxa"/>
              <w:bottom w:w="48" w:type="dxa"/>
              <w:right w:w="55" w:type="dxa"/>
            </w:tcMar>
          </w:tcPr>
          <w:p w14:paraId="4457C966" w14:textId="77777777" w:rsidR="00EC77B0" w:rsidRPr="000961DC" w:rsidRDefault="009D00D6">
            <w:pPr>
              <w:rPr>
                <w:szCs w:val="20"/>
              </w:rPr>
            </w:pPr>
            <w:r w:rsidRPr="000961DC">
              <w:rPr>
                <w:rFonts w:eastAsia="Arial"/>
                <w:i/>
                <w:color w:val="777777"/>
                <w:szCs w:val="20"/>
              </w:rPr>
              <w:t>&lt;Contact / unit&gt;</w:t>
            </w:r>
          </w:p>
        </w:tc>
        <w:tc>
          <w:tcPr>
            <w:tcW w:w="2131" w:type="dxa"/>
            <w:tcMar>
              <w:top w:w="48" w:type="dxa"/>
              <w:left w:w="55" w:type="dxa"/>
              <w:bottom w:w="48" w:type="dxa"/>
              <w:right w:w="55" w:type="dxa"/>
            </w:tcMar>
          </w:tcPr>
          <w:p w14:paraId="76D61442" w14:textId="77777777" w:rsidR="00EC77B0" w:rsidRPr="000961DC" w:rsidRDefault="009D00D6">
            <w:pPr>
              <w:rPr>
                <w:szCs w:val="20"/>
              </w:rPr>
            </w:pPr>
            <w:r w:rsidRPr="000961DC">
              <w:rPr>
                <w:rFonts w:eastAsia="Arial"/>
                <w:i/>
                <w:color w:val="777777"/>
                <w:szCs w:val="20"/>
              </w:rPr>
              <w:t>&lt;Phone / 24-7&gt;</w:t>
            </w:r>
          </w:p>
        </w:tc>
        <w:tc>
          <w:tcPr>
            <w:tcW w:w="2232" w:type="dxa"/>
            <w:tcMar>
              <w:top w:w="48" w:type="dxa"/>
              <w:left w:w="55" w:type="dxa"/>
              <w:bottom w:w="48" w:type="dxa"/>
              <w:right w:w="55" w:type="dxa"/>
            </w:tcMar>
          </w:tcPr>
          <w:p w14:paraId="0DD42FC0" w14:textId="77777777" w:rsidR="00EC77B0" w:rsidRPr="000961DC" w:rsidRDefault="009D00D6">
            <w:pPr>
              <w:rPr>
                <w:szCs w:val="20"/>
              </w:rPr>
            </w:pPr>
            <w:r w:rsidRPr="000961DC">
              <w:rPr>
                <w:rFonts w:eastAsia="Arial"/>
                <w:i/>
                <w:color w:val="777777"/>
                <w:szCs w:val="20"/>
              </w:rPr>
              <w:t>&lt;Email / website&gt;</w:t>
            </w:r>
          </w:p>
        </w:tc>
        <w:tc>
          <w:tcPr>
            <w:tcW w:w="1851" w:type="dxa"/>
            <w:tcMar>
              <w:top w:w="48" w:type="dxa"/>
              <w:left w:w="55" w:type="dxa"/>
              <w:bottom w:w="48" w:type="dxa"/>
              <w:right w:w="55" w:type="dxa"/>
            </w:tcMar>
          </w:tcPr>
          <w:p w14:paraId="20389153" w14:textId="77777777" w:rsidR="00EC77B0" w:rsidRPr="000961DC" w:rsidRDefault="009D00D6">
            <w:pPr>
              <w:rPr>
                <w:szCs w:val="20"/>
              </w:rPr>
            </w:pPr>
            <w:r w:rsidRPr="000961DC">
              <w:rPr>
                <w:rFonts w:eastAsia="Arial"/>
                <w:i/>
                <w:color w:val="777777"/>
                <w:szCs w:val="20"/>
              </w:rPr>
              <w:t>&lt;Alternate / notes&gt;</w:t>
            </w:r>
          </w:p>
        </w:tc>
      </w:tr>
    </w:tbl>
    <w:p w14:paraId="69A17D54" w14:textId="77777777" w:rsidR="000961DC" w:rsidRDefault="000961DC">
      <w:pPr>
        <w:pBdr>
          <w:bottom w:val="single" w:sz="8" w:space="3" w:color="E6532F"/>
        </w:pBdr>
        <w:spacing w:before="120" w:after="60"/>
        <w:rPr>
          <w:rFonts w:eastAsia="Arial"/>
          <w:b/>
          <w:color w:val="006747"/>
          <w:sz w:val="26"/>
        </w:rPr>
      </w:pPr>
    </w:p>
    <w:p w14:paraId="2B7B2F20" w14:textId="77777777" w:rsidR="000961DC" w:rsidRDefault="000961DC">
      <w:pPr>
        <w:pBdr>
          <w:bottom w:val="single" w:sz="8" w:space="3" w:color="E6532F"/>
        </w:pBdr>
        <w:spacing w:before="120" w:after="60"/>
        <w:rPr>
          <w:rFonts w:eastAsia="Arial"/>
          <w:b/>
          <w:color w:val="006747"/>
          <w:sz w:val="26"/>
        </w:rPr>
      </w:pPr>
    </w:p>
    <w:p w14:paraId="35200286" w14:textId="77777777" w:rsidR="000961DC" w:rsidRDefault="000961DC">
      <w:pPr>
        <w:pBdr>
          <w:bottom w:val="single" w:sz="8" w:space="3" w:color="E6532F"/>
        </w:pBdr>
        <w:spacing w:before="120" w:after="60"/>
        <w:rPr>
          <w:rFonts w:eastAsia="Arial"/>
          <w:b/>
          <w:color w:val="006747"/>
          <w:sz w:val="26"/>
        </w:rPr>
      </w:pPr>
    </w:p>
    <w:p w14:paraId="2F010840" w14:textId="77777777" w:rsidR="000961DC" w:rsidRDefault="000961DC">
      <w:pPr>
        <w:pBdr>
          <w:bottom w:val="single" w:sz="8" w:space="3" w:color="E6532F"/>
        </w:pBdr>
        <w:spacing w:before="120" w:after="60"/>
        <w:rPr>
          <w:rFonts w:eastAsia="Arial"/>
          <w:b/>
          <w:color w:val="006747"/>
          <w:sz w:val="26"/>
        </w:rPr>
      </w:pPr>
    </w:p>
    <w:p w14:paraId="651FCDCA" w14:textId="77777777" w:rsidR="000961DC" w:rsidRDefault="000961DC">
      <w:pPr>
        <w:pBdr>
          <w:bottom w:val="single" w:sz="8" w:space="3" w:color="E6532F"/>
        </w:pBdr>
        <w:spacing w:before="120" w:after="60"/>
        <w:rPr>
          <w:rFonts w:eastAsia="Arial"/>
          <w:b/>
          <w:color w:val="006747"/>
          <w:sz w:val="26"/>
        </w:rPr>
      </w:pPr>
    </w:p>
    <w:p w14:paraId="385C1E52" w14:textId="77777777" w:rsidR="000961DC" w:rsidRDefault="000961DC">
      <w:pPr>
        <w:pBdr>
          <w:bottom w:val="single" w:sz="8" w:space="3" w:color="E6532F"/>
        </w:pBdr>
        <w:spacing w:before="120" w:after="60"/>
        <w:rPr>
          <w:rFonts w:eastAsia="Arial"/>
          <w:b/>
          <w:color w:val="006747"/>
          <w:sz w:val="26"/>
        </w:rPr>
      </w:pPr>
    </w:p>
    <w:p w14:paraId="5370B178" w14:textId="77777777" w:rsidR="000961DC" w:rsidRDefault="000961DC">
      <w:pPr>
        <w:pBdr>
          <w:bottom w:val="single" w:sz="8" w:space="3" w:color="E6532F"/>
        </w:pBdr>
        <w:spacing w:before="120" w:after="60"/>
        <w:rPr>
          <w:rFonts w:eastAsia="Arial"/>
          <w:b/>
          <w:color w:val="006747"/>
          <w:sz w:val="26"/>
        </w:rPr>
      </w:pPr>
    </w:p>
    <w:p w14:paraId="6DBB98FA" w14:textId="41040CED" w:rsidR="00EC77B0" w:rsidRDefault="009D00D6">
      <w:pPr>
        <w:pBdr>
          <w:bottom w:val="single" w:sz="8" w:space="3" w:color="E6532F"/>
        </w:pBdr>
        <w:spacing w:before="120" w:after="60"/>
      </w:pPr>
      <w:r>
        <w:rPr>
          <w:rFonts w:eastAsia="Arial"/>
          <w:b/>
          <w:color w:val="006747"/>
          <w:sz w:val="26"/>
        </w:rPr>
        <w:lastRenderedPageBreak/>
        <w:t>C. CONTINUITY &amp; HEALTHCARE PARTNERS</w:t>
      </w:r>
    </w:p>
    <w:tbl>
      <w:tblPr>
        <w:tblW w:w="11257" w:type="dxa"/>
        <w:jc w:val="center"/>
        <w:tblBorders>
          <w:top w:val="single" w:sz="5" w:space="0" w:color="B8C5C0"/>
          <w:left w:val="single" w:sz="5" w:space="0" w:color="B8C5C0"/>
          <w:bottom w:val="single" w:sz="5" w:space="0" w:color="B8C5C0"/>
          <w:right w:val="single" w:sz="5" w:space="0" w:color="B8C5C0"/>
          <w:insideH w:val="single" w:sz="5" w:space="0" w:color="B8C5C0"/>
          <w:insideV w:val="single" w:sz="5" w:space="0" w:color="B8C5C0"/>
        </w:tblBorders>
        <w:tblLayout w:type="fixed"/>
        <w:tblLook w:val="04A0" w:firstRow="1" w:lastRow="0" w:firstColumn="1" w:lastColumn="0" w:noHBand="0" w:noVBand="1"/>
      </w:tblPr>
      <w:tblGrid>
        <w:gridCol w:w="2808"/>
        <w:gridCol w:w="2520"/>
        <w:gridCol w:w="1633"/>
        <w:gridCol w:w="2629"/>
        <w:gridCol w:w="1667"/>
      </w:tblGrid>
      <w:tr w:rsidR="00EC77B0" w:rsidRPr="000961DC" w14:paraId="26C5CF07" w14:textId="77777777" w:rsidTr="000961DC">
        <w:trPr>
          <w:tblHeader/>
          <w:jc w:val="center"/>
        </w:trPr>
        <w:tc>
          <w:tcPr>
            <w:tcW w:w="2808" w:type="dxa"/>
            <w:shd w:val="clear" w:color="auto" w:fill="006747"/>
            <w:tcMar>
              <w:top w:w="55" w:type="dxa"/>
              <w:left w:w="60" w:type="dxa"/>
              <w:bottom w:w="55" w:type="dxa"/>
              <w:right w:w="60" w:type="dxa"/>
            </w:tcMar>
          </w:tcPr>
          <w:p w14:paraId="50E89685" w14:textId="77777777" w:rsidR="00EC77B0" w:rsidRPr="000961DC" w:rsidRDefault="009D00D6">
            <w:pPr>
              <w:jc w:val="center"/>
              <w:rPr>
                <w:szCs w:val="20"/>
              </w:rPr>
            </w:pPr>
            <w:r w:rsidRPr="000961DC">
              <w:rPr>
                <w:rFonts w:eastAsia="Arial"/>
                <w:b/>
                <w:color w:val="FFFFFF"/>
                <w:szCs w:val="20"/>
              </w:rPr>
              <w:t>Function</w:t>
            </w:r>
          </w:p>
        </w:tc>
        <w:tc>
          <w:tcPr>
            <w:tcW w:w="2520" w:type="dxa"/>
            <w:shd w:val="clear" w:color="auto" w:fill="006747"/>
            <w:tcMar>
              <w:top w:w="55" w:type="dxa"/>
              <w:left w:w="60" w:type="dxa"/>
              <w:bottom w:w="55" w:type="dxa"/>
              <w:right w:w="60" w:type="dxa"/>
            </w:tcMar>
          </w:tcPr>
          <w:p w14:paraId="05E35525" w14:textId="77777777" w:rsidR="00EC77B0" w:rsidRPr="000961DC" w:rsidRDefault="009D00D6">
            <w:pPr>
              <w:jc w:val="center"/>
              <w:rPr>
                <w:szCs w:val="20"/>
              </w:rPr>
            </w:pPr>
            <w:r w:rsidRPr="000961DC">
              <w:rPr>
                <w:rFonts w:eastAsia="Arial"/>
                <w:b/>
                <w:color w:val="FFFFFF"/>
                <w:szCs w:val="20"/>
              </w:rPr>
              <w:t>Organization</w:t>
            </w:r>
          </w:p>
        </w:tc>
        <w:tc>
          <w:tcPr>
            <w:tcW w:w="1633" w:type="dxa"/>
            <w:shd w:val="clear" w:color="auto" w:fill="006747"/>
            <w:tcMar>
              <w:top w:w="55" w:type="dxa"/>
              <w:left w:w="60" w:type="dxa"/>
              <w:bottom w:w="55" w:type="dxa"/>
              <w:right w:w="60" w:type="dxa"/>
            </w:tcMar>
          </w:tcPr>
          <w:p w14:paraId="7D462456" w14:textId="77777777" w:rsidR="00EC77B0" w:rsidRPr="000961DC" w:rsidRDefault="009D00D6">
            <w:pPr>
              <w:jc w:val="center"/>
              <w:rPr>
                <w:szCs w:val="20"/>
              </w:rPr>
            </w:pPr>
            <w:r w:rsidRPr="000961DC">
              <w:rPr>
                <w:rFonts w:eastAsia="Arial"/>
                <w:b/>
                <w:color w:val="FFFFFF"/>
                <w:szCs w:val="20"/>
              </w:rPr>
              <w:t>POC</w:t>
            </w:r>
          </w:p>
        </w:tc>
        <w:tc>
          <w:tcPr>
            <w:tcW w:w="2629" w:type="dxa"/>
            <w:shd w:val="clear" w:color="auto" w:fill="006747"/>
            <w:tcMar>
              <w:top w:w="55" w:type="dxa"/>
              <w:left w:w="60" w:type="dxa"/>
              <w:bottom w:w="55" w:type="dxa"/>
              <w:right w:w="60" w:type="dxa"/>
            </w:tcMar>
          </w:tcPr>
          <w:p w14:paraId="06ECE46B" w14:textId="77777777" w:rsidR="00EC77B0" w:rsidRPr="000961DC" w:rsidRDefault="009D00D6">
            <w:pPr>
              <w:jc w:val="center"/>
              <w:rPr>
                <w:szCs w:val="20"/>
              </w:rPr>
            </w:pPr>
            <w:r w:rsidRPr="000961DC">
              <w:rPr>
                <w:rFonts w:eastAsia="Arial"/>
                <w:b/>
                <w:color w:val="FFFFFF"/>
                <w:szCs w:val="20"/>
              </w:rPr>
              <w:t>24/7 Phone</w:t>
            </w:r>
          </w:p>
        </w:tc>
        <w:tc>
          <w:tcPr>
            <w:tcW w:w="1667" w:type="dxa"/>
            <w:shd w:val="clear" w:color="auto" w:fill="006747"/>
            <w:tcMar>
              <w:top w:w="55" w:type="dxa"/>
              <w:left w:w="60" w:type="dxa"/>
              <w:bottom w:w="55" w:type="dxa"/>
              <w:right w:w="60" w:type="dxa"/>
            </w:tcMar>
          </w:tcPr>
          <w:p w14:paraId="49038302" w14:textId="77777777" w:rsidR="00EC77B0" w:rsidRPr="000961DC" w:rsidRDefault="009D00D6">
            <w:pPr>
              <w:jc w:val="center"/>
              <w:rPr>
                <w:szCs w:val="20"/>
              </w:rPr>
            </w:pPr>
            <w:r w:rsidRPr="000961DC">
              <w:rPr>
                <w:rFonts w:eastAsia="Arial"/>
                <w:b/>
                <w:color w:val="FFFFFF"/>
                <w:szCs w:val="20"/>
              </w:rPr>
              <w:t>Alternate / Notes</w:t>
            </w:r>
          </w:p>
        </w:tc>
      </w:tr>
      <w:tr w:rsidR="00EC77B0" w:rsidRPr="000961DC" w14:paraId="2D603F78" w14:textId="77777777" w:rsidTr="000961DC">
        <w:trPr>
          <w:cantSplit/>
          <w:trHeight w:val="461"/>
          <w:jc w:val="center"/>
        </w:trPr>
        <w:tc>
          <w:tcPr>
            <w:tcW w:w="2808" w:type="dxa"/>
            <w:shd w:val="clear" w:color="auto" w:fill="E7F1ED"/>
            <w:tcMar>
              <w:top w:w="48" w:type="dxa"/>
              <w:left w:w="55" w:type="dxa"/>
              <w:bottom w:w="48" w:type="dxa"/>
              <w:right w:w="55" w:type="dxa"/>
            </w:tcMar>
          </w:tcPr>
          <w:p w14:paraId="0DA3F738" w14:textId="77777777" w:rsidR="00EC77B0" w:rsidRPr="000961DC" w:rsidRDefault="009D00D6">
            <w:pPr>
              <w:rPr>
                <w:szCs w:val="20"/>
              </w:rPr>
            </w:pPr>
            <w:r w:rsidRPr="000961DC">
              <w:rPr>
                <w:rFonts w:eastAsia="Arial"/>
                <w:b/>
                <w:color w:val="006747"/>
                <w:szCs w:val="20"/>
              </w:rPr>
              <w:t>Receiving / Referral Facility</w:t>
            </w:r>
          </w:p>
        </w:tc>
        <w:tc>
          <w:tcPr>
            <w:tcW w:w="2520" w:type="dxa"/>
            <w:tcMar>
              <w:top w:w="48" w:type="dxa"/>
              <w:left w:w="55" w:type="dxa"/>
              <w:bottom w:w="48" w:type="dxa"/>
              <w:right w:w="55" w:type="dxa"/>
            </w:tcMar>
          </w:tcPr>
          <w:p w14:paraId="664FD13E" w14:textId="77777777" w:rsidR="00EC77B0" w:rsidRPr="000961DC" w:rsidRDefault="009D00D6">
            <w:pPr>
              <w:rPr>
                <w:szCs w:val="20"/>
              </w:rPr>
            </w:pPr>
            <w:r w:rsidRPr="000961DC">
              <w:rPr>
                <w:rFonts w:eastAsia="Arial"/>
                <w:i/>
                <w:color w:val="777777"/>
                <w:szCs w:val="20"/>
              </w:rPr>
              <w:t>&lt;Organization&gt;</w:t>
            </w:r>
          </w:p>
        </w:tc>
        <w:tc>
          <w:tcPr>
            <w:tcW w:w="1633" w:type="dxa"/>
            <w:tcMar>
              <w:top w:w="48" w:type="dxa"/>
              <w:left w:w="55" w:type="dxa"/>
              <w:bottom w:w="48" w:type="dxa"/>
              <w:right w:w="55" w:type="dxa"/>
            </w:tcMar>
          </w:tcPr>
          <w:p w14:paraId="1F1B36AE" w14:textId="77777777" w:rsidR="00EC77B0" w:rsidRPr="000961DC" w:rsidRDefault="009D00D6">
            <w:pPr>
              <w:rPr>
                <w:szCs w:val="20"/>
              </w:rPr>
            </w:pPr>
            <w:r w:rsidRPr="000961DC">
              <w:rPr>
                <w:rFonts w:eastAsia="Arial"/>
                <w:i/>
                <w:color w:val="777777"/>
                <w:szCs w:val="20"/>
              </w:rPr>
              <w:t>&lt;POC&gt;</w:t>
            </w:r>
          </w:p>
        </w:tc>
        <w:tc>
          <w:tcPr>
            <w:tcW w:w="2629" w:type="dxa"/>
            <w:tcMar>
              <w:top w:w="48" w:type="dxa"/>
              <w:left w:w="55" w:type="dxa"/>
              <w:bottom w:w="48" w:type="dxa"/>
              <w:right w:w="55" w:type="dxa"/>
            </w:tcMar>
          </w:tcPr>
          <w:p w14:paraId="720D6E0D" w14:textId="77777777" w:rsidR="00EC77B0" w:rsidRPr="000961DC" w:rsidRDefault="009D00D6">
            <w:pPr>
              <w:rPr>
                <w:szCs w:val="20"/>
              </w:rPr>
            </w:pPr>
            <w:r w:rsidRPr="000961DC">
              <w:rPr>
                <w:rFonts w:eastAsia="Arial"/>
                <w:i/>
                <w:color w:val="777777"/>
                <w:szCs w:val="20"/>
              </w:rPr>
              <w:t>&lt;24/7 phone&gt;</w:t>
            </w:r>
          </w:p>
        </w:tc>
        <w:tc>
          <w:tcPr>
            <w:tcW w:w="1667" w:type="dxa"/>
            <w:tcMar>
              <w:top w:w="48" w:type="dxa"/>
              <w:left w:w="55" w:type="dxa"/>
              <w:bottom w:w="48" w:type="dxa"/>
              <w:right w:w="55" w:type="dxa"/>
            </w:tcMar>
          </w:tcPr>
          <w:p w14:paraId="0843D573" w14:textId="77777777" w:rsidR="00EC77B0" w:rsidRPr="000961DC" w:rsidRDefault="009D00D6">
            <w:pPr>
              <w:rPr>
                <w:szCs w:val="20"/>
              </w:rPr>
            </w:pPr>
            <w:r w:rsidRPr="000961DC">
              <w:rPr>
                <w:rFonts w:eastAsia="Arial"/>
                <w:i/>
                <w:color w:val="777777"/>
                <w:szCs w:val="20"/>
              </w:rPr>
              <w:t>&lt;Alternate / notes&gt;</w:t>
            </w:r>
          </w:p>
        </w:tc>
      </w:tr>
      <w:tr w:rsidR="00EC77B0" w:rsidRPr="000961DC" w14:paraId="270C8BFF" w14:textId="77777777" w:rsidTr="000961DC">
        <w:trPr>
          <w:cantSplit/>
          <w:trHeight w:val="461"/>
          <w:jc w:val="center"/>
        </w:trPr>
        <w:tc>
          <w:tcPr>
            <w:tcW w:w="2808" w:type="dxa"/>
            <w:shd w:val="clear" w:color="auto" w:fill="F5F8F7"/>
            <w:tcMar>
              <w:top w:w="48" w:type="dxa"/>
              <w:left w:w="55" w:type="dxa"/>
              <w:bottom w:w="48" w:type="dxa"/>
              <w:right w:w="55" w:type="dxa"/>
            </w:tcMar>
          </w:tcPr>
          <w:p w14:paraId="606FBC41" w14:textId="77777777" w:rsidR="00EC77B0" w:rsidRPr="000961DC" w:rsidRDefault="009D00D6">
            <w:pPr>
              <w:rPr>
                <w:szCs w:val="20"/>
              </w:rPr>
            </w:pPr>
            <w:r w:rsidRPr="000961DC">
              <w:rPr>
                <w:rFonts w:eastAsia="Arial"/>
                <w:b/>
                <w:color w:val="006747"/>
                <w:szCs w:val="20"/>
              </w:rPr>
              <w:t>Transportation / Patient Movement</w:t>
            </w:r>
          </w:p>
        </w:tc>
        <w:tc>
          <w:tcPr>
            <w:tcW w:w="2520" w:type="dxa"/>
            <w:tcMar>
              <w:top w:w="48" w:type="dxa"/>
              <w:left w:w="55" w:type="dxa"/>
              <w:bottom w:w="48" w:type="dxa"/>
              <w:right w:w="55" w:type="dxa"/>
            </w:tcMar>
          </w:tcPr>
          <w:p w14:paraId="3995E567" w14:textId="77777777" w:rsidR="00EC77B0" w:rsidRPr="000961DC" w:rsidRDefault="009D00D6">
            <w:pPr>
              <w:rPr>
                <w:szCs w:val="20"/>
              </w:rPr>
            </w:pPr>
            <w:r w:rsidRPr="000961DC">
              <w:rPr>
                <w:rFonts w:eastAsia="Arial"/>
                <w:i/>
                <w:color w:val="777777"/>
                <w:szCs w:val="20"/>
              </w:rPr>
              <w:t>&lt;Organization&gt;</w:t>
            </w:r>
          </w:p>
        </w:tc>
        <w:tc>
          <w:tcPr>
            <w:tcW w:w="1633" w:type="dxa"/>
            <w:tcMar>
              <w:top w:w="48" w:type="dxa"/>
              <w:left w:w="55" w:type="dxa"/>
              <w:bottom w:w="48" w:type="dxa"/>
              <w:right w:w="55" w:type="dxa"/>
            </w:tcMar>
          </w:tcPr>
          <w:p w14:paraId="468E6773" w14:textId="77777777" w:rsidR="00EC77B0" w:rsidRPr="000961DC" w:rsidRDefault="009D00D6">
            <w:pPr>
              <w:rPr>
                <w:szCs w:val="20"/>
              </w:rPr>
            </w:pPr>
            <w:r w:rsidRPr="000961DC">
              <w:rPr>
                <w:rFonts w:eastAsia="Arial"/>
                <w:i/>
                <w:color w:val="777777"/>
                <w:szCs w:val="20"/>
              </w:rPr>
              <w:t>&lt;POC&gt;</w:t>
            </w:r>
          </w:p>
        </w:tc>
        <w:tc>
          <w:tcPr>
            <w:tcW w:w="2629" w:type="dxa"/>
            <w:tcMar>
              <w:top w:w="48" w:type="dxa"/>
              <w:left w:w="55" w:type="dxa"/>
              <w:bottom w:w="48" w:type="dxa"/>
              <w:right w:w="55" w:type="dxa"/>
            </w:tcMar>
          </w:tcPr>
          <w:p w14:paraId="6023881C" w14:textId="77777777" w:rsidR="00EC77B0" w:rsidRPr="000961DC" w:rsidRDefault="009D00D6">
            <w:pPr>
              <w:rPr>
                <w:szCs w:val="20"/>
              </w:rPr>
            </w:pPr>
            <w:r w:rsidRPr="000961DC">
              <w:rPr>
                <w:rFonts w:eastAsia="Arial"/>
                <w:i/>
                <w:color w:val="777777"/>
                <w:szCs w:val="20"/>
              </w:rPr>
              <w:t>&lt;24/7 phone&gt;</w:t>
            </w:r>
          </w:p>
        </w:tc>
        <w:tc>
          <w:tcPr>
            <w:tcW w:w="1667" w:type="dxa"/>
            <w:tcMar>
              <w:top w:w="48" w:type="dxa"/>
              <w:left w:w="55" w:type="dxa"/>
              <w:bottom w:w="48" w:type="dxa"/>
              <w:right w:w="55" w:type="dxa"/>
            </w:tcMar>
          </w:tcPr>
          <w:p w14:paraId="4E297223" w14:textId="77777777" w:rsidR="00EC77B0" w:rsidRPr="000961DC" w:rsidRDefault="009D00D6">
            <w:pPr>
              <w:rPr>
                <w:szCs w:val="20"/>
              </w:rPr>
            </w:pPr>
            <w:r w:rsidRPr="000961DC">
              <w:rPr>
                <w:rFonts w:eastAsia="Arial"/>
                <w:i/>
                <w:color w:val="777777"/>
                <w:szCs w:val="20"/>
              </w:rPr>
              <w:t>&lt;Alternate / notes&gt;</w:t>
            </w:r>
          </w:p>
        </w:tc>
      </w:tr>
      <w:tr w:rsidR="00EC77B0" w:rsidRPr="000961DC" w14:paraId="361BBB93" w14:textId="77777777" w:rsidTr="000961DC">
        <w:trPr>
          <w:cantSplit/>
          <w:trHeight w:val="461"/>
          <w:jc w:val="center"/>
        </w:trPr>
        <w:tc>
          <w:tcPr>
            <w:tcW w:w="2808" w:type="dxa"/>
            <w:shd w:val="clear" w:color="auto" w:fill="E7F1ED"/>
            <w:tcMar>
              <w:top w:w="48" w:type="dxa"/>
              <w:left w:w="55" w:type="dxa"/>
              <w:bottom w:w="48" w:type="dxa"/>
              <w:right w:w="55" w:type="dxa"/>
            </w:tcMar>
          </w:tcPr>
          <w:p w14:paraId="276382F7" w14:textId="77777777" w:rsidR="00EC77B0" w:rsidRPr="000961DC" w:rsidRDefault="009D00D6">
            <w:pPr>
              <w:rPr>
                <w:szCs w:val="20"/>
              </w:rPr>
            </w:pPr>
            <w:r w:rsidRPr="000961DC">
              <w:rPr>
                <w:rFonts w:eastAsia="Arial"/>
                <w:b/>
                <w:color w:val="006747"/>
                <w:szCs w:val="20"/>
              </w:rPr>
              <w:t>Pharmacy / Medication Support</w:t>
            </w:r>
          </w:p>
        </w:tc>
        <w:tc>
          <w:tcPr>
            <w:tcW w:w="2520" w:type="dxa"/>
            <w:tcMar>
              <w:top w:w="48" w:type="dxa"/>
              <w:left w:w="55" w:type="dxa"/>
              <w:bottom w:w="48" w:type="dxa"/>
              <w:right w:w="55" w:type="dxa"/>
            </w:tcMar>
          </w:tcPr>
          <w:p w14:paraId="2FA40297" w14:textId="77777777" w:rsidR="00EC77B0" w:rsidRPr="000961DC" w:rsidRDefault="009D00D6">
            <w:pPr>
              <w:rPr>
                <w:szCs w:val="20"/>
              </w:rPr>
            </w:pPr>
            <w:r w:rsidRPr="000961DC">
              <w:rPr>
                <w:rFonts w:eastAsia="Arial"/>
                <w:i/>
                <w:color w:val="777777"/>
                <w:szCs w:val="20"/>
              </w:rPr>
              <w:t>&lt;Organization&gt;</w:t>
            </w:r>
          </w:p>
        </w:tc>
        <w:tc>
          <w:tcPr>
            <w:tcW w:w="1633" w:type="dxa"/>
            <w:tcMar>
              <w:top w:w="48" w:type="dxa"/>
              <w:left w:w="55" w:type="dxa"/>
              <w:bottom w:w="48" w:type="dxa"/>
              <w:right w:w="55" w:type="dxa"/>
            </w:tcMar>
          </w:tcPr>
          <w:p w14:paraId="420431EC" w14:textId="77777777" w:rsidR="00EC77B0" w:rsidRPr="000961DC" w:rsidRDefault="009D00D6">
            <w:pPr>
              <w:rPr>
                <w:szCs w:val="20"/>
              </w:rPr>
            </w:pPr>
            <w:r w:rsidRPr="000961DC">
              <w:rPr>
                <w:rFonts w:eastAsia="Arial"/>
                <w:i/>
                <w:color w:val="777777"/>
                <w:szCs w:val="20"/>
              </w:rPr>
              <w:t>&lt;POC&gt;</w:t>
            </w:r>
          </w:p>
        </w:tc>
        <w:tc>
          <w:tcPr>
            <w:tcW w:w="2629" w:type="dxa"/>
            <w:tcMar>
              <w:top w:w="48" w:type="dxa"/>
              <w:left w:w="55" w:type="dxa"/>
              <w:bottom w:w="48" w:type="dxa"/>
              <w:right w:w="55" w:type="dxa"/>
            </w:tcMar>
          </w:tcPr>
          <w:p w14:paraId="35FC071F" w14:textId="77777777" w:rsidR="00EC77B0" w:rsidRPr="000961DC" w:rsidRDefault="009D00D6">
            <w:pPr>
              <w:rPr>
                <w:szCs w:val="20"/>
              </w:rPr>
            </w:pPr>
            <w:r w:rsidRPr="000961DC">
              <w:rPr>
                <w:rFonts w:eastAsia="Arial"/>
                <w:i/>
                <w:color w:val="777777"/>
                <w:szCs w:val="20"/>
              </w:rPr>
              <w:t>&lt;24/7 phone&gt;</w:t>
            </w:r>
          </w:p>
        </w:tc>
        <w:tc>
          <w:tcPr>
            <w:tcW w:w="1667" w:type="dxa"/>
            <w:tcMar>
              <w:top w:w="48" w:type="dxa"/>
              <w:left w:w="55" w:type="dxa"/>
              <w:bottom w:w="48" w:type="dxa"/>
              <w:right w:w="55" w:type="dxa"/>
            </w:tcMar>
          </w:tcPr>
          <w:p w14:paraId="20AA08AE" w14:textId="77777777" w:rsidR="00EC77B0" w:rsidRPr="000961DC" w:rsidRDefault="009D00D6">
            <w:pPr>
              <w:rPr>
                <w:szCs w:val="20"/>
              </w:rPr>
            </w:pPr>
            <w:r w:rsidRPr="000961DC">
              <w:rPr>
                <w:rFonts w:eastAsia="Arial"/>
                <w:i/>
                <w:color w:val="777777"/>
                <w:szCs w:val="20"/>
              </w:rPr>
              <w:t>&lt;Alternate / notes&gt;</w:t>
            </w:r>
          </w:p>
        </w:tc>
      </w:tr>
      <w:tr w:rsidR="00EC77B0" w:rsidRPr="000961DC" w14:paraId="25DA11DF" w14:textId="77777777" w:rsidTr="000961DC">
        <w:trPr>
          <w:cantSplit/>
          <w:trHeight w:val="461"/>
          <w:jc w:val="center"/>
        </w:trPr>
        <w:tc>
          <w:tcPr>
            <w:tcW w:w="2808" w:type="dxa"/>
            <w:shd w:val="clear" w:color="auto" w:fill="F5F8F7"/>
            <w:tcMar>
              <w:top w:w="48" w:type="dxa"/>
              <w:left w:w="55" w:type="dxa"/>
              <w:bottom w:w="48" w:type="dxa"/>
              <w:right w:w="55" w:type="dxa"/>
            </w:tcMar>
          </w:tcPr>
          <w:p w14:paraId="60F7D15D" w14:textId="77777777" w:rsidR="00EC77B0" w:rsidRPr="000961DC" w:rsidRDefault="009D00D6">
            <w:pPr>
              <w:rPr>
                <w:szCs w:val="20"/>
              </w:rPr>
            </w:pPr>
            <w:r w:rsidRPr="000961DC">
              <w:rPr>
                <w:rFonts w:eastAsia="Arial"/>
                <w:b/>
                <w:color w:val="006747"/>
                <w:szCs w:val="20"/>
              </w:rPr>
              <w:t>Oxygen / Medical Gas / DME</w:t>
            </w:r>
          </w:p>
        </w:tc>
        <w:tc>
          <w:tcPr>
            <w:tcW w:w="2520" w:type="dxa"/>
            <w:tcMar>
              <w:top w:w="48" w:type="dxa"/>
              <w:left w:w="55" w:type="dxa"/>
              <w:bottom w:w="48" w:type="dxa"/>
              <w:right w:w="55" w:type="dxa"/>
            </w:tcMar>
          </w:tcPr>
          <w:p w14:paraId="1E27CA42" w14:textId="77777777" w:rsidR="00EC77B0" w:rsidRPr="000961DC" w:rsidRDefault="009D00D6">
            <w:pPr>
              <w:rPr>
                <w:szCs w:val="20"/>
              </w:rPr>
            </w:pPr>
            <w:r w:rsidRPr="000961DC">
              <w:rPr>
                <w:rFonts w:eastAsia="Arial"/>
                <w:i/>
                <w:color w:val="777777"/>
                <w:szCs w:val="20"/>
              </w:rPr>
              <w:t>&lt;Organization&gt;</w:t>
            </w:r>
          </w:p>
        </w:tc>
        <w:tc>
          <w:tcPr>
            <w:tcW w:w="1633" w:type="dxa"/>
            <w:tcMar>
              <w:top w:w="48" w:type="dxa"/>
              <w:left w:w="55" w:type="dxa"/>
              <w:bottom w:w="48" w:type="dxa"/>
              <w:right w:w="55" w:type="dxa"/>
            </w:tcMar>
          </w:tcPr>
          <w:p w14:paraId="778707E9" w14:textId="77777777" w:rsidR="00EC77B0" w:rsidRPr="000961DC" w:rsidRDefault="009D00D6">
            <w:pPr>
              <w:rPr>
                <w:szCs w:val="20"/>
              </w:rPr>
            </w:pPr>
            <w:r w:rsidRPr="000961DC">
              <w:rPr>
                <w:rFonts w:eastAsia="Arial"/>
                <w:i/>
                <w:color w:val="777777"/>
                <w:szCs w:val="20"/>
              </w:rPr>
              <w:t>&lt;POC&gt;</w:t>
            </w:r>
          </w:p>
        </w:tc>
        <w:tc>
          <w:tcPr>
            <w:tcW w:w="2629" w:type="dxa"/>
            <w:tcMar>
              <w:top w:w="48" w:type="dxa"/>
              <w:left w:w="55" w:type="dxa"/>
              <w:bottom w:w="48" w:type="dxa"/>
              <w:right w:w="55" w:type="dxa"/>
            </w:tcMar>
          </w:tcPr>
          <w:p w14:paraId="12476FDB" w14:textId="77777777" w:rsidR="00EC77B0" w:rsidRPr="000961DC" w:rsidRDefault="009D00D6">
            <w:pPr>
              <w:rPr>
                <w:szCs w:val="20"/>
              </w:rPr>
            </w:pPr>
            <w:r w:rsidRPr="000961DC">
              <w:rPr>
                <w:rFonts w:eastAsia="Arial"/>
                <w:i/>
                <w:color w:val="777777"/>
                <w:szCs w:val="20"/>
              </w:rPr>
              <w:t>&lt;24/7 phone&gt;</w:t>
            </w:r>
          </w:p>
        </w:tc>
        <w:tc>
          <w:tcPr>
            <w:tcW w:w="1667" w:type="dxa"/>
            <w:tcMar>
              <w:top w:w="48" w:type="dxa"/>
              <w:left w:w="55" w:type="dxa"/>
              <w:bottom w:w="48" w:type="dxa"/>
              <w:right w:w="55" w:type="dxa"/>
            </w:tcMar>
          </w:tcPr>
          <w:p w14:paraId="599AE1EC" w14:textId="77777777" w:rsidR="00EC77B0" w:rsidRPr="000961DC" w:rsidRDefault="009D00D6">
            <w:pPr>
              <w:rPr>
                <w:szCs w:val="20"/>
              </w:rPr>
            </w:pPr>
            <w:r w:rsidRPr="000961DC">
              <w:rPr>
                <w:rFonts w:eastAsia="Arial"/>
                <w:i/>
                <w:color w:val="777777"/>
                <w:szCs w:val="20"/>
              </w:rPr>
              <w:t>&lt;Alternate / notes&gt;</w:t>
            </w:r>
          </w:p>
        </w:tc>
      </w:tr>
      <w:tr w:rsidR="00EC77B0" w:rsidRPr="000961DC" w14:paraId="25E3D712" w14:textId="77777777" w:rsidTr="000961DC">
        <w:trPr>
          <w:cantSplit/>
          <w:trHeight w:val="461"/>
          <w:jc w:val="center"/>
        </w:trPr>
        <w:tc>
          <w:tcPr>
            <w:tcW w:w="2808" w:type="dxa"/>
            <w:shd w:val="clear" w:color="auto" w:fill="E7F1ED"/>
            <w:tcMar>
              <w:top w:w="48" w:type="dxa"/>
              <w:left w:w="55" w:type="dxa"/>
              <w:bottom w:w="48" w:type="dxa"/>
              <w:right w:w="55" w:type="dxa"/>
            </w:tcMar>
          </w:tcPr>
          <w:p w14:paraId="39EC6A82" w14:textId="77777777" w:rsidR="00EC77B0" w:rsidRPr="000961DC" w:rsidRDefault="009D00D6">
            <w:pPr>
              <w:rPr>
                <w:szCs w:val="20"/>
              </w:rPr>
            </w:pPr>
            <w:r w:rsidRPr="000961DC">
              <w:rPr>
                <w:rFonts w:eastAsia="Arial"/>
                <w:b/>
                <w:color w:val="006747"/>
                <w:szCs w:val="20"/>
              </w:rPr>
              <w:t>Laboratory / Diagnostic Services</w:t>
            </w:r>
          </w:p>
        </w:tc>
        <w:tc>
          <w:tcPr>
            <w:tcW w:w="2520" w:type="dxa"/>
            <w:tcMar>
              <w:top w:w="48" w:type="dxa"/>
              <w:left w:w="55" w:type="dxa"/>
              <w:bottom w:w="48" w:type="dxa"/>
              <w:right w:w="55" w:type="dxa"/>
            </w:tcMar>
          </w:tcPr>
          <w:p w14:paraId="3DBED68B" w14:textId="77777777" w:rsidR="00EC77B0" w:rsidRPr="000961DC" w:rsidRDefault="009D00D6">
            <w:pPr>
              <w:rPr>
                <w:szCs w:val="20"/>
              </w:rPr>
            </w:pPr>
            <w:r w:rsidRPr="000961DC">
              <w:rPr>
                <w:rFonts w:eastAsia="Arial"/>
                <w:i/>
                <w:color w:val="777777"/>
                <w:szCs w:val="20"/>
              </w:rPr>
              <w:t>&lt;Organization&gt;</w:t>
            </w:r>
          </w:p>
        </w:tc>
        <w:tc>
          <w:tcPr>
            <w:tcW w:w="1633" w:type="dxa"/>
            <w:tcMar>
              <w:top w:w="48" w:type="dxa"/>
              <w:left w:w="55" w:type="dxa"/>
              <w:bottom w:w="48" w:type="dxa"/>
              <w:right w:w="55" w:type="dxa"/>
            </w:tcMar>
          </w:tcPr>
          <w:p w14:paraId="5D3959C0" w14:textId="77777777" w:rsidR="00EC77B0" w:rsidRPr="000961DC" w:rsidRDefault="009D00D6">
            <w:pPr>
              <w:rPr>
                <w:szCs w:val="20"/>
              </w:rPr>
            </w:pPr>
            <w:r w:rsidRPr="000961DC">
              <w:rPr>
                <w:rFonts w:eastAsia="Arial"/>
                <w:i/>
                <w:color w:val="777777"/>
                <w:szCs w:val="20"/>
              </w:rPr>
              <w:t>&lt;POC&gt;</w:t>
            </w:r>
          </w:p>
        </w:tc>
        <w:tc>
          <w:tcPr>
            <w:tcW w:w="2629" w:type="dxa"/>
            <w:tcMar>
              <w:top w:w="48" w:type="dxa"/>
              <w:left w:w="55" w:type="dxa"/>
              <w:bottom w:w="48" w:type="dxa"/>
              <w:right w:w="55" w:type="dxa"/>
            </w:tcMar>
          </w:tcPr>
          <w:p w14:paraId="7C3510FC" w14:textId="77777777" w:rsidR="00EC77B0" w:rsidRPr="000961DC" w:rsidRDefault="009D00D6">
            <w:pPr>
              <w:rPr>
                <w:szCs w:val="20"/>
              </w:rPr>
            </w:pPr>
            <w:r w:rsidRPr="000961DC">
              <w:rPr>
                <w:rFonts w:eastAsia="Arial"/>
                <w:i/>
                <w:color w:val="777777"/>
                <w:szCs w:val="20"/>
              </w:rPr>
              <w:t>&lt;24/7 phone&gt;</w:t>
            </w:r>
          </w:p>
        </w:tc>
        <w:tc>
          <w:tcPr>
            <w:tcW w:w="1667" w:type="dxa"/>
            <w:tcMar>
              <w:top w:w="48" w:type="dxa"/>
              <w:left w:w="55" w:type="dxa"/>
              <w:bottom w:w="48" w:type="dxa"/>
              <w:right w:w="55" w:type="dxa"/>
            </w:tcMar>
          </w:tcPr>
          <w:p w14:paraId="1AD98584" w14:textId="77777777" w:rsidR="00EC77B0" w:rsidRPr="000961DC" w:rsidRDefault="009D00D6">
            <w:pPr>
              <w:rPr>
                <w:szCs w:val="20"/>
              </w:rPr>
            </w:pPr>
            <w:r w:rsidRPr="000961DC">
              <w:rPr>
                <w:rFonts w:eastAsia="Arial"/>
                <w:i/>
                <w:color w:val="777777"/>
                <w:szCs w:val="20"/>
              </w:rPr>
              <w:t>&lt;Alternate / notes&gt;</w:t>
            </w:r>
          </w:p>
        </w:tc>
      </w:tr>
      <w:tr w:rsidR="00EC77B0" w:rsidRPr="000961DC" w14:paraId="17D3F4EC" w14:textId="77777777" w:rsidTr="000961DC">
        <w:trPr>
          <w:cantSplit/>
          <w:trHeight w:val="461"/>
          <w:jc w:val="center"/>
        </w:trPr>
        <w:tc>
          <w:tcPr>
            <w:tcW w:w="2808" w:type="dxa"/>
            <w:shd w:val="clear" w:color="auto" w:fill="F5F8F7"/>
            <w:tcMar>
              <w:top w:w="48" w:type="dxa"/>
              <w:left w:w="55" w:type="dxa"/>
              <w:bottom w:w="48" w:type="dxa"/>
              <w:right w:w="55" w:type="dxa"/>
            </w:tcMar>
          </w:tcPr>
          <w:p w14:paraId="30BE9745" w14:textId="77777777" w:rsidR="00EC77B0" w:rsidRPr="000961DC" w:rsidRDefault="009D00D6">
            <w:pPr>
              <w:rPr>
                <w:szCs w:val="20"/>
              </w:rPr>
            </w:pPr>
            <w:r w:rsidRPr="000961DC">
              <w:rPr>
                <w:rFonts w:eastAsia="Arial"/>
                <w:b/>
                <w:color w:val="006747"/>
                <w:szCs w:val="20"/>
              </w:rPr>
              <w:t>Behavioral Health / Crisis Services</w:t>
            </w:r>
          </w:p>
        </w:tc>
        <w:tc>
          <w:tcPr>
            <w:tcW w:w="2520" w:type="dxa"/>
            <w:tcMar>
              <w:top w:w="48" w:type="dxa"/>
              <w:left w:w="55" w:type="dxa"/>
              <w:bottom w:w="48" w:type="dxa"/>
              <w:right w:w="55" w:type="dxa"/>
            </w:tcMar>
          </w:tcPr>
          <w:p w14:paraId="1ABE01B8" w14:textId="77777777" w:rsidR="00EC77B0" w:rsidRPr="000961DC" w:rsidRDefault="009D00D6">
            <w:pPr>
              <w:rPr>
                <w:szCs w:val="20"/>
              </w:rPr>
            </w:pPr>
            <w:r w:rsidRPr="000961DC">
              <w:rPr>
                <w:rFonts w:eastAsia="Arial"/>
                <w:i/>
                <w:color w:val="777777"/>
                <w:szCs w:val="20"/>
              </w:rPr>
              <w:t>&lt;Organization&gt;</w:t>
            </w:r>
          </w:p>
        </w:tc>
        <w:tc>
          <w:tcPr>
            <w:tcW w:w="1633" w:type="dxa"/>
            <w:tcMar>
              <w:top w:w="48" w:type="dxa"/>
              <w:left w:w="55" w:type="dxa"/>
              <w:bottom w:w="48" w:type="dxa"/>
              <w:right w:w="55" w:type="dxa"/>
            </w:tcMar>
          </w:tcPr>
          <w:p w14:paraId="0654A68C" w14:textId="77777777" w:rsidR="00EC77B0" w:rsidRPr="000961DC" w:rsidRDefault="009D00D6">
            <w:pPr>
              <w:rPr>
                <w:szCs w:val="20"/>
              </w:rPr>
            </w:pPr>
            <w:r w:rsidRPr="000961DC">
              <w:rPr>
                <w:rFonts w:eastAsia="Arial"/>
                <w:i/>
                <w:color w:val="777777"/>
                <w:szCs w:val="20"/>
              </w:rPr>
              <w:t>&lt;POC&gt;</w:t>
            </w:r>
          </w:p>
        </w:tc>
        <w:tc>
          <w:tcPr>
            <w:tcW w:w="2629" w:type="dxa"/>
            <w:tcMar>
              <w:top w:w="48" w:type="dxa"/>
              <w:left w:w="55" w:type="dxa"/>
              <w:bottom w:w="48" w:type="dxa"/>
              <w:right w:w="55" w:type="dxa"/>
            </w:tcMar>
          </w:tcPr>
          <w:p w14:paraId="7885ECE6" w14:textId="77777777" w:rsidR="00EC77B0" w:rsidRPr="000961DC" w:rsidRDefault="009D00D6">
            <w:pPr>
              <w:rPr>
                <w:szCs w:val="20"/>
              </w:rPr>
            </w:pPr>
            <w:r w:rsidRPr="000961DC">
              <w:rPr>
                <w:rFonts w:eastAsia="Arial"/>
                <w:i/>
                <w:color w:val="777777"/>
                <w:szCs w:val="20"/>
              </w:rPr>
              <w:t>&lt;24/7 phone&gt;</w:t>
            </w:r>
          </w:p>
        </w:tc>
        <w:tc>
          <w:tcPr>
            <w:tcW w:w="1667" w:type="dxa"/>
            <w:tcMar>
              <w:top w:w="48" w:type="dxa"/>
              <w:left w:w="55" w:type="dxa"/>
              <w:bottom w:w="48" w:type="dxa"/>
              <w:right w:w="55" w:type="dxa"/>
            </w:tcMar>
          </w:tcPr>
          <w:p w14:paraId="44DE1B8E" w14:textId="77777777" w:rsidR="00EC77B0" w:rsidRPr="000961DC" w:rsidRDefault="009D00D6">
            <w:pPr>
              <w:rPr>
                <w:szCs w:val="20"/>
              </w:rPr>
            </w:pPr>
            <w:r w:rsidRPr="000961DC">
              <w:rPr>
                <w:rFonts w:eastAsia="Arial"/>
                <w:i/>
                <w:color w:val="777777"/>
                <w:szCs w:val="20"/>
              </w:rPr>
              <w:t>&lt;Alternate / notes&gt;</w:t>
            </w:r>
          </w:p>
        </w:tc>
      </w:tr>
      <w:tr w:rsidR="00EC77B0" w:rsidRPr="000961DC" w14:paraId="505EFC07" w14:textId="77777777" w:rsidTr="000961DC">
        <w:trPr>
          <w:cantSplit/>
          <w:trHeight w:val="461"/>
          <w:jc w:val="center"/>
        </w:trPr>
        <w:tc>
          <w:tcPr>
            <w:tcW w:w="2808" w:type="dxa"/>
            <w:shd w:val="clear" w:color="auto" w:fill="E7F1ED"/>
            <w:tcMar>
              <w:top w:w="48" w:type="dxa"/>
              <w:left w:w="55" w:type="dxa"/>
              <w:bottom w:w="48" w:type="dxa"/>
              <w:right w:w="55" w:type="dxa"/>
            </w:tcMar>
          </w:tcPr>
          <w:p w14:paraId="3967CF83" w14:textId="77777777" w:rsidR="00EC77B0" w:rsidRPr="000961DC" w:rsidRDefault="009D00D6">
            <w:pPr>
              <w:rPr>
                <w:szCs w:val="20"/>
              </w:rPr>
            </w:pPr>
            <w:r w:rsidRPr="000961DC">
              <w:rPr>
                <w:rFonts w:eastAsia="Arial"/>
                <w:b/>
                <w:color w:val="006747"/>
                <w:szCs w:val="20"/>
              </w:rPr>
              <w:t>Staffing / Temporary Personnel</w:t>
            </w:r>
          </w:p>
        </w:tc>
        <w:tc>
          <w:tcPr>
            <w:tcW w:w="2520" w:type="dxa"/>
            <w:tcMar>
              <w:top w:w="48" w:type="dxa"/>
              <w:left w:w="55" w:type="dxa"/>
              <w:bottom w:w="48" w:type="dxa"/>
              <w:right w:w="55" w:type="dxa"/>
            </w:tcMar>
          </w:tcPr>
          <w:p w14:paraId="5E909CE5" w14:textId="77777777" w:rsidR="00EC77B0" w:rsidRPr="000961DC" w:rsidRDefault="009D00D6">
            <w:pPr>
              <w:rPr>
                <w:szCs w:val="20"/>
              </w:rPr>
            </w:pPr>
            <w:r w:rsidRPr="000961DC">
              <w:rPr>
                <w:rFonts w:eastAsia="Arial"/>
                <w:i/>
                <w:color w:val="777777"/>
                <w:szCs w:val="20"/>
              </w:rPr>
              <w:t>&lt;Organization&gt;</w:t>
            </w:r>
          </w:p>
        </w:tc>
        <w:tc>
          <w:tcPr>
            <w:tcW w:w="1633" w:type="dxa"/>
            <w:tcMar>
              <w:top w:w="48" w:type="dxa"/>
              <w:left w:w="55" w:type="dxa"/>
              <w:bottom w:w="48" w:type="dxa"/>
              <w:right w:w="55" w:type="dxa"/>
            </w:tcMar>
          </w:tcPr>
          <w:p w14:paraId="6CDFE1E5" w14:textId="77777777" w:rsidR="00EC77B0" w:rsidRPr="000961DC" w:rsidRDefault="009D00D6">
            <w:pPr>
              <w:rPr>
                <w:szCs w:val="20"/>
              </w:rPr>
            </w:pPr>
            <w:r w:rsidRPr="000961DC">
              <w:rPr>
                <w:rFonts w:eastAsia="Arial"/>
                <w:i/>
                <w:color w:val="777777"/>
                <w:szCs w:val="20"/>
              </w:rPr>
              <w:t>&lt;POC&gt;</w:t>
            </w:r>
          </w:p>
        </w:tc>
        <w:tc>
          <w:tcPr>
            <w:tcW w:w="2629" w:type="dxa"/>
            <w:tcMar>
              <w:top w:w="48" w:type="dxa"/>
              <w:left w:w="55" w:type="dxa"/>
              <w:bottom w:w="48" w:type="dxa"/>
              <w:right w:w="55" w:type="dxa"/>
            </w:tcMar>
          </w:tcPr>
          <w:p w14:paraId="63E9ECD3" w14:textId="77777777" w:rsidR="00EC77B0" w:rsidRPr="000961DC" w:rsidRDefault="009D00D6">
            <w:pPr>
              <w:rPr>
                <w:szCs w:val="20"/>
              </w:rPr>
            </w:pPr>
            <w:r w:rsidRPr="000961DC">
              <w:rPr>
                <w:rFonts w:eastAsia="Arial"/>
                <w:i/>
                <w:color w:val="777777"/>
                <w:szCs w:val="20"/>
              </w:rPr>
              <w:t>&lt;24/7 phone&gt;</w:t>
            </w:r>
          </w:p>
        </w:tc>
        <w:tc>
          <w:tcPr>
            <w:tcW w:w="1667" w:type="dxa"/>
            <w:tcMar>
              <w:top w:w="48" w:type="dxa"/>
              <w:left w:w="55" w:type="dxa"/>
              <w:bottom w:w="48" w:type="dxa"/>
              <w:right w:w="55" w:type="dxa"/>
            </w:tcMar>
          </w:tcPr>
          <w:p w14:paraId="202F4461" w14:textId="77777777" w:rsidR="00EC77B0" w:rsidRPr="000961DC" w:rsidRDefault="009D00D6">
            <w:pPr>
              <w:rPr>
                <w:szCs w:val="20"/>
              </w:rPr>
            </w:pPr>
            <w:r w:rsidRPr="000961DC">
              <w:rPr>
                <w:rFonts w:eastAsia="Arial"/>
                <w:i/>
                <w:color w:val="777777"/>
                <w:szCs w:val="20"/>
              </w:rPr>
              <w:t>&lt;Alternate / notes&gt;</w:t>
            </w:r>
          </w:p>
        </w:tc>
      </w:tr>
      <w:tr w:rsidR="00EC77B0" w:rsidRPr="000961DC" w14:paraId="24FD9D0E" w14:textId="77777777" w:rsidTr="000961DC">
        <w:trPr>
          <w:cantSplit/>
          <w:trHeight w:val="461"/>
          <w:jc w:val="center"/>
        </w:trPr>
        <w:tc>
          <w:tcPr>
            <w:tcW w:w="2808" w:type="dxa"/>
            <w:shd w:val="clear" w:color="auto" w:fill="F5F8F7"/>
            <w:tcMar>
              <w:top w:w="48" w:type="dxa"/>
              <w:left w:w="55" w:type="dxa"/>
              <w:bottom w:w="48" w:type="dxa"/>
              <w:right w:w="55" w:type="dxa"/>
            </w:tcMar>
          </w:tcPr>
          <w:p w14:paraId="66F77A9F" w14:textId="77777777" w:rsidR="00EC77B0" w:rsidRPr="000961DC" w:rsidRDefault="009D00D6">
            <w:pPr>
              <w:rPr>
                <w:szCs w:val="20"/>
              </w:rPr>
            </w:pPr>
            <w:r w:rsidRPr="000961DC">
              <w:rPr>
                <w:rFonts w:eastAsia="Arial"/>
                <w:b/>
                <w:color w:val="006747"/>
                <w:szCs w:val="20"/>
              </w:rPr>
              <w:t>Utilities / Critical Infrastructure</w:t>
            </w:r>
          </w:p>
        </w:tc>
        <w:tc>
          <w:tcPr>
            <w:tcW w:w="2520" w:type="dxa"/>
            <w:tcMar>
              <w:top w:w="48" w:type="dxa"/>
              <w:left w:w="55" w:type="dxa"/>
              <w:bottom w:w="48" w:type="dxa"/>
              <w:right w:w="55" w:type="dxa"/>
            </w:tcMar>
          </w:tcPr>
          <w:p w14:paraId="3F281D0C" w14:textId="77777777" w:rsidR="00EC77B0" w:rsidRPr="000961DC" w:rsidRDefault="009D00D6">
            <w:pPr>
              <w:rPr>
                <w:szCs w:val="20"/>
              </w:rPr>
            </w:pPr>
            <w:r w:rsidRPr="000961DC">
              <w:rPr>
                <w:rFonts w:eastAsia="Arial"/>
                <w:i/>
                <w:color w:val="777777"/>
                <w:szCs w:val="20"/>
              </w:rPr>
              <w:t>&lt;Organization&gt;</w:t>
            </w:r>
          </w:p>
        </w:tc>
        <w:tc>
          <w:tcPr>
            <w:tcW w:w="1633" w:type="dxa"/>
            <w:tcMar>
              <w:top w:w="48" w:type="dxa"/>
              <w:left w:w="55" w:type="dxa"/>
              <w:bottom w:w="48" w:type="dxa"/>
              <w:right w:w="55" w:type="dxa"/>
            </w:tcMar>
          </w:tcPr>
          <w:p w14:paraId="00EF35CC" w14:textId="77777777" w:rsidR="00EC77B0" w:rsidRPr="000961DC" w:rsidRDefault="009D00D6">
            <w:pPr>
              <w:rPr>
                <w:szCs w:val="20"/>
              </w:rPr>
            </w:pPr>
            <w:r w:rsidRPr="000961DC">
              <w:rPr>
                <w:rFonts w:eastAsia="Arial"/>
                <w:i/>
                <w:color w:val="777777"/>
                <w:szCs w:val="20"/>
              </w:rPr>
              <w:t>&lt;POC&gt;</w:t>
            </w:r>
          </w:p>
        </w:tc>
        <w:tc>
          <w:tcPr>
            <w:tcW w:w="2629" w:type="dxa"/>
            <w:tcMar>
              <w:top w:w="48" w:type="dxa"/>
              <w:left w:w="55" w:type="dxa"/>
              <w:bottom w:w="48" w:type="dxa"/>
              <w:right w:w="55" w:type="dxa"/>
            </w:tcMar>
          </w:tcPr>
          <w:p w14:paraId="73EF7DD1" w14:textId="77777777" w:rsidR="00EC77B0" w:rsidRPr="000961DC" w:rsidRDefault="009D00D6">
            <w:pPr>
              <w:rPr>
                <w:szCs w:val="20"/>
              </w:rPr>
            </w:pPr>
            <w:r w:rsidRPr="000961DC">
              <w:rPr>
                <w:rFonts w:eastAsia="Arial"/>
                <w:i/>
                <w:color w:val="777777"/>
                <w:szCs w:val="20"/>
              </w:rPr>
              <w:t>&lt;24/7 phone&gt;</w:t>
            </w:r>
          </w:p>
        </w:tc>
        <w:tc>
          <w:tcPr>
            <w:tcW w:w="1667" w:type="dxa"/>
            <w:tcMar>
              <w:top w:w="48" w:type="dxa"/>
              <w:left w:w="55" w:type="dxa"/>
              <w:bottom w:w="48" w:type="dxa"/>
              <w:right w:w="55" w:type="dxa"/>
            </w:tcMar>
          </w:tcPr>
          <w:p w14:paraId="45BAA94C" w14:textId="77777777" w:rsidR="00EC77B0" w:rsidRPr="000961DC" w:rsidRDefault="009D00D6">
            <w:pPr>
              <w:rPr>
                <w:szCs w:val="20"/>
              </w:rPr>
            </w:pPr>
            <w:r w:rsidRPr="000961DC">
              <w:rPr>
                <w:rFonts w:eastAsia="Arial"/>
                <w:i/>
                <w:color w:val="777777"/>
                <w:szCs w:val="20"/>
              </w:rPr>
              <w:t>&lt;Alternate / notes&gt;</w:t>
            </w:r>
          </w:p>
        </w:tc>
      </w:tr>
      <w:tr w:rsidR="00EC77B0" w:rsidRPr="000961DC" w14:paraId="487E4A5B" w14:textId="77777777" w:rsidTr="000961DC">
        <w:trPr>
          <w:cantSplit/>
          <w:trHeight w:val="461"/>
          <w:jc w:val="center"/>
        </w:trPr>
        <w:tc>
          <w:tcPr>
            <w:tcW w:w="2808" w:type="dxa"/>
            <w:shd w:val="clear" w:color="auto" w:fill="E7F1ED"/>
            <w:tcMar>
              <w:top w:w="48" w:type="dxa"/>
              <w:left w:w="55" w:type="dxa"/>
              <w:bottom w:w="48" w:type="dxa"/>
              <w:right w:w="55" w:type="dxa"/>
            </w:tcMar>
          </w:tcPr>
          <w:p w14:paraId="307EF0C3" w14:textId="77777777" w:rsidR="00EC77B0" w:rsidRPr="000961DC" w:rsidRDefault="009D00D6">
            <w:pPr>
              <w:rPr>
                <w:szCs w:val="20"/>
              </w:rPr>
            </w:pPr>
            <w:r w:rsidRPr="000961DC">
              <w:rPr>
                <w:rFonts w:eastAsia="Arial"/>
                <w:b/>
                <w:color w:val="006747"/>
                <w:szCs w:val="20"/>
              </w:rPr>
              <w:t>Alternate Operating / Care Location</w:t>
            </w:r>
          </w:p>
        </w:tc>
        <w:tc>
          <w:tcPr>
            <w:tcW w:w="2520" w:type="dxa"/>
            <w:tcMar>
              <w:top w:w="48" w:type="dxa"/>
              <w:left w:w="55" w:type="dxa"/>
              <w:bottom w:w="48" w:type="dxa"/>
              <w:right w:w="55" w:type="dxa"/>
            </w:tcMar>
          </w:tcPr>
          <w:p w14:paraId="10E7380B" w14:textId="77777777" w:rsidR="00EC77B0" w:rsidRPr="000961DC" w:rsidRDefault="009D00D6">
            <w:pPr>
              <w:rPr>
                <w:szCs w:val="20"/>
              </w:rPr>
            </w:pPr>
            <w:r w:rsidRPr="000961DC">
              <w:rPr>
                <w:rFonts w:eastAsia="Arial"/>
                <w:i/>
                <w:color w:val="777777"/>
                <w:szCs w:val="20"/>
              </w:rPr>
              <w:t>&lt;Organization&gt;</w:t>
            </w:r>
          </w:p>
        </w:tc>
        <w:tc>
          <w:tcPr>
            <w:tcW w:w="1633" w:type="dxa"/>
            <w:tcMar>
              <w:top w:w="48" w:type="dxa"/>
              <w:left w:w="55" w:type="dxa"/>
              <w:bottom w:w="48" w:type="dxa"/>
              <w:right w:w="55" w:type="dxa"/>
            </w:tcMar>
          </w:tcPr>
          <w:p w14:paraId="115DB140" w14:textId="77777777" w:rsidR="00EC77B0" w:rsidRPr="000961DC" w:rsidRDefault="009D00D6">
            <w:pPr>
              <w:rPr>
                <w:szCs w:val="20"/>
              </w:rPr>
            </w:pPr>
            <w:r w:rsidRPr="000961DC">
              <w:rPr>
                <w:rFonts w:eastAsia="Arial"/>
                <w:i/>
                <w:color w:val="777777"/>
                <w:szCs w:val="20"/>
              </w:rPr>
              <w:t>&lt;POC&gt;</w:t>
            </w:r>
          </w:p>
        </w:tc>
        <w:tc>
          <w:tcPr>
            <w:tcW w:w="2629" w:type="dxa"/>
            <w:tcMar>
              <w:top w:w="48" w:type="dxa"/>
              <w:left w:w="55" w:type="dxa"/>
              <w:bottom w:w="48" w:type="dxa"/>
              <w:right w:w="55" w:type="dxa"/>
            </w:tcMar>
          </w:tcPr>
          <w:p w14:paraId="5265A104" w14:textId="77777777" w:rsidR="00EC77B0" w:rsidRPr="000961DC" w:rsidRDefault="009D00D6">
            <w:pPr>
              <w:rPr>
                <w:szCs w:val="20"/>
              </w:rPr>
            </w:pPr>
            <w:r w:rsidRPr="000961DC">
              <w:rPr>
                <w:rFonts w:eastAsia="Arial"/>
                <w:i/>
                <w:color w:val="777777"/>
                <w:szCs w:val="20"/>
              </w:rPr>
              <w:t>&lt;24/7 phone&gt;</w:t>
            </w:r>
          </w:p>
        </w:tc>
        <w:tc>
          <w:tcPr>
            <w:tcW w:w="1667" w:type="dxa"/>
            <w:tcMar>
              <w:top w:w="48" w:type="dxa"/>
              <w:left w:w="55" w:type="dxa"/>
              <w:bottom w:w="48" w:type="dxa"/>
              <w:right w:w="55" w:type="dxa"/>
            </w:tcMar>
          </w:tcPr>
          <w:p w14:paraId="1FDEFC35" w14:textId="77777777" w:rsidR="00EC77B0" w:rsidRPr="000961DC" w:rsidRDefault="009D00D6">
            <w:pPr>
              <w:rPr>
                <w:szCs w:val="20"/>
              </w:rPr>
            </w:pPr>
            <w:r w:rsidRPr="000961DC">
              <w:rPr>
                <w:rFonts w:eastAsia="Arial"/>
                <w:i/>
                <w:color w:val="777777"/>
                <w:szCs w:val="20"/>
              </w:rPr>
              <w:t>&lt;Alternate / notes&gt;</w:t>
            </w:r>
          </w:p>
        </w:tc>
      </w:tr>
      <w:tr w:rsidR="00EC77B0" w:rsidRPr="000961DC" w14:paraId="0A9D6F56" w14:textId="77777777" w:rsidTr="000961DC">
        <w:trPr>
          <w:cantSplit/>
          <w:trHeight w:val="461"/>
          <w:jc w:val="center"/>
        </w:trPr>
        <w:tc>
          <w:tcPr>
            <w:tcW w:w="2808" w:type="dxa"/>
            <w:shd w:val="clear" w:color="auto" w:fill="F5F8F7"/>
            <w:tcMar>
              <w:top w:w="48" w:type="dxa"/>
              <w:left w:w="55" w:type="dxa"/>
              <w:bottom w:w="48" w:type="dxa"/>
              <w:right w:w="55" w:type="dxa"/>
            </w:tcMar>
          </w:tcPr>
          <w:p w14:paraId="2FF75B61" w14:textId="77777777" w:rsidR="00EC77B0" w:rsidRPr="000961DC" w:rsidRDefault="009D00D6">
            <w:pPr>
              <w:rPr>
                <w:szCs w:val="20"/>
              </w:rPr>
            </w:pPr>
            <w:r w:rsidRPr="000961DC">
              <w:rPr>
                <w:rFonts w:eastAsia="Arial"/>
                <w:b/>
                <w:color w:val="006747"/>
                <w:szCs w:val="20"/>
              </w:rPr>
              <w:t>Other Continuity Partner</w:t>
            </w:r>
          </w:p>
        </w:tc>
        <w:tc>
          <w:tcPr>
            <w:tcW w:w="2520" w:type="dxa"/>
            <w:tcMar>
              <w:top w:w="48" w:type="dxa"/>
              <w:left w:w="55" w:type="dxa"/>
              <w:bottom w:w="48" w:type="dxa"/>
              <w:right w:w="55" w:type="dxa"/>
            </w:tcMar>
          </w:tcPr>
          <w:p w14:paraId="3F79554E" w14:textId="77777777" w:rsidR="00EC77B0" w:rsidRPr="000961DC" w:rsidRDefault="009D00D6">
            <w:pPr>
              <w:rPr>
                <w:szCs w:val="20"/>
              </w:rPr>
            </w:pPr>
            <w:r w:rsidRPr="000961DC">
              <w:rPr>
                <w:rFonts w:eastAsia="Arial"/>
                <w:i/>
                <w:color w:val="777777"/>
                <w:szCs w:val="20"/>
              </w:rPr>
              <w:t>&lt;Organization&gt;</w:t>
            </w:r>
          </w:p>
        </w:tc>
        <w:tc>
          <w:tcPr>
            <w:tcW w:w="1633" w:type="dxa"/>
            <w:tcMar>
              <w:top w:w="48" w:type="dxa"/>
              <w:left w:w="55" w:type="dxa"/>
              <w:bottom w:w="48" w:type="dxa"/>
              <w:right w:w="55" w:type="dxa"/>
            </w:tcMar>
          </w:tcPr>
          <w:p w14:paraId="2CCA6C9A" w14:textId="77777777" w:rsidR="00EC77B0" w:rsidRPr="000961DC" w:rsidRDefault="009D00D6">
            <w:pPr>
              <w:rPr>
                <w:szCs w:val="20"/>
              </w:rPr>
            </w:pPr>
            <w:r w:rsidRPr="000961DC">
              <w:rPr>
                <w:rFonts w:eastAsia="Arial"/>
                <w:i/>
                <w:color w:val="777777"/>
                <w:szCs w:val="20"/>
              </w:rPr>
              <w:t>&lt;POC&gt;</w:t>
            </w:r>
          </w:p>
        </w:tc>
        <w:tc>
          <w:tcPr>
            <w:tcW w:w="2629" w:type="dxa"/>
            <w:tcMar>
              <w:top w:w="48" w:type="dxa"/>
              <w:left w:w="55" w:type="dxa"/>
              <w:bottom w:w="48" w:type="dxa"/>
              <w:right w:w="55" w:type="dxa"/>
            </w:tcMar>
          </w:tcPr>
          <w:p w14:paraId="6CB50C8F" w14:textId="77777777" w:rsidR="00EC77B0" w:rsidRPr="000961DC" w:rsidRDefault="009D00D6">
            <w:pPr>
              <w:rPr>
                <w:szCs w:val="20"/>
              </w:rPr>
            </w:pPr>
            <w:r w:rsidRPr="000961DC">
              <w:rPr>
                <w:rFonts w:eastAsia="Arial"/>
                <w:i/>
                <w:color w:val="777777"/>
                <w:szCs w:val="20"/>
              </w:rPr>
              <w:t>&lt;24/7 phone&gt;</w:t>
            </w:r>
          </w:p>
        </w:tc>
        <w:tc>
          <w:tcPr>
            <w:tcW w:w="1667" w:type="dxa"/>
            <w:tcMar>
              <w:top w:w="48" w:type="dxa"/>
              <w:left w:w="55" w:type="dxa"/>
              <w:bottom w:w="48" w:type="dxa"/>
              <w:right w:w="55" w:type="dxa"/>
            </w:tcMar>
          </w:tcPr>
          <w:p w14:paraId="78AFC820" w14:textId="77777777" w:rsidR="00EC77B0" w:rsidRPr="000961DC" w:rsidRDefault="009D00D6">
            <w:pPr>
              <w:rPr>
                <w:szCs w:val="20"/>
              </w:rPr>
            </w:pPr>
            <w:r w:rsidRPr="000961DC">
              <w:rPr>
                <w:rFonts w:eastAsia="Arial"/>
                <w:i/>
                <w:color w:val="777777"/>
                <w:szCs w:val="20"/>
              </w:rPr>
              <w:t>&lt;Alternate / notes&gt;</w:t>
            </w:r>
          </w:p>
        </w:tc>
      </w:tr>
    </w:tbl>
    <w:p w14:paraId="0AFC80C9" w14:textId="77777777" w:rsidR="00F136CB" w:rsidRDefault="00F136CB">
      <w:pPr>
        <w:pBdr>
          <w:bottom w:val="single" w:sz="8" w:space="3" w:color="E6532F"/>
        </w:pBdr>
        <w:spacing w:before="120" w:after="60"/>
        <w:rPr>
          <w:rFonts w:eastAsia="Arial"/>
          <w:b/>
          <w:color w:val="006747"/>
          <w:sz w:val="26"/>
        </w:rPr>
      </w:pPr>
    </w:p>
    <w:p w14:paraId="5DC33904" w14:textId="77777777" w:rsidR="00F136CB" w:rsidRDefault="00F136CB">
      <w:pPr>
        <w:pBdr>
          <w:bottom w:val="single" w:sz="8" w:space="3" w:color="E6532F"/>
        </w:pBdr>
        <w:spacing w:before="120" w:after="60"/>
        <w:rPr>
          <w:rFonts w:eastAsia="Arial"/>
          <w:b/>
          <w:color w:val="006747"/>
          <w:sz w:val="26"/>
        </w:rPr>
      </w:pPr>
    </w:p>
    <w:p w14:paraId="37E4AED4" w14:textId="77777777" w:rsidR="00F136CB" w:rsidRDefault="00F136CB">
      <w:pPr>
        <w:pBdr>
          <w:bottom w:val="single" w:sz="8" w:space="3" w:color="E6532F"/>
        </w:pBdr>
        <w:spacing w:before="120" w:after="60"/>
        <w:rPr>
          <w:rFonts w:eastAsia="Arial"/>
          <w:b/>
          <w:color w:val="006747"/>
          <w:sz w:val="26"/>
        </w:rPr>
      </w:pPr>
    </w:p>
    <w:p w14:paraId="210DBBED" w14:textId="77777777" w:rsidR="00F136CB" w:rsidRDefault="00F136CB">
      <w:pPr>
        <w:pBdr>
          <w:bottom w:val="single" w:sz="8" w:space="3" w:color="E6532F"/>
        </w:pBdr>
        <w:spacing w:before="120" w:after="60"/>
        <w:rPr>
          <w:rFonts w:eastAsia="Arial"/>
          <w:b/>
          <w:color w:val="006747"/>
          <w:sz w:val="26"/>
        </w:rPr>
      </w:pPr>
    </w:p>
    <w:p w14:paraId="40AA5B6F" w14:textId="77777777" w:rsidR="00F136CB" w:rsidRDefault="00F136CB">
      <w:pPr>
        <w:pBdr>
          <w:bottom w:val="single" w:sz="8" w:space="3" w:color="E6532F"/>
        </w:pBdr>
        <w:spacing w:before="120" w:after="60"/>
        <w:rPr>
          <w:rFonts w:eastAsia="Arial"/>
          <w:b/>
          <w:color w:val="006747"/>
          <w:sz w:val="26"/>
        </w:rPr>
      </w:pPr>
    </w:p>
    <w:p w14:paraId="46F906B8" w14:textId="77777777" w:rsidR="00F136CB" w:rsidRDefault="00F136CB">
      <w:pPr>
        <w:pBdr>
          <w:bottom w:val="single" w:sz="8" w:space="3" w:color="E6532F"/>
        </w:pBdr>
        <w:spacing w:before="120" w:after="60"/>
        <w:rPr>
          <w:rFonts w:eastAsia="Arial"/>
          <w:b/>
          <w:color w:val="006747"/>
          <w:sz w:val="26"/>
        </w:rPr>
      </w:pPr>
    </w:p>
    <w:p w14:paraId="07F424AE" w14:textId="77777777" w:rsidR="00F136CB" w:rsidRDefault="00F136CB">
      <w:pPr>
        <w:pBdr>
          <w:bottom w:val="single" w:sz="8" w:space="3" w:color="E6532F"/>
        </w:pBdr>
        <w:spacing w:before="120" w:after="60"/>
        <w:rPr>
          <w:rFonts w:eastAsia="Arial"/>
          <w:b/>
          <w:color w:val="006747"/>
          <w:sz w:val="26"/>
        </w:rPr>
      </w:pPr>
    </w:p>
    <w:p w14:paraId="10787F8C" w14:textId="77777777" w:rsidR="00F136CB" w:rsidRDefault="00F136CB">
      <w:pPr>
        <w:pBdr>
          <w:bottom w:val="single" w:sz="8" w:space="3" w:color="E6532F"/>
        </w:pBdr>
        <w:spacing w:before="120" w:after="60"/>
        <w:rPr>
          <w:rFonts w:eastAsia="Arial"/>
          <w:b/>
          <w:color w:val="006747"/>
          <w:sz w:val="26"/>
        </w:rPr>
      </w:pPr>
    </w:p>
    <w:p w14:paraId="1CA2553E" w14:textId="77777777" w:rsidR="00F136CB" w:rsidRDefault="00F136CB">
      <w:pPr>
        <w:pBdr>
          <w:bottom w:val="single" w:sz="8" w:space="3" w:color="E6532F"/>
        </w:pBdr>
        <w:spacing w:before="120" w:after="60"/>
        <w:rPr>
          <w:rFonts w:eastAsia="Arial"/>
          <w:b/>
          <w:color w:val="006747"/>
          <w:sz w:val="26"/>
        </w:rPr>
      </w:pPr>
    </w:p>
    <w:p w14:paraId="54C4E585" w14:textId="79C1D8AD" w:rsidR="00EC77B0" w:rsidRDefault="009D00D6">
      <w:pPr>
        <w:pBdr>
          <w:bottom w:val="single" w:sz="8" w:space="3" w:color="E6532F"/>
        </w:pBdr>
        <w:spacing w:before="120" w:after="60"/>
      </w:pPr>
      <w:r>
        <w:rPr>
          <w:rFonts w:eastAsia="Arial"/>
          <w:b/>
          <w:color w:val="006747"/>
          <w:sz w:val="26"/>
        </w:rPr>
        <w:lastRenderedPageBreak/>
        <w:t>D. DIRECTORY VERIFICATION LOG</w:t>
      </w:r>
    </w:p>
    <w:tbl>
      <w:tblPr>
        <w:tblW w:w="11493" w:type="dxa"/>
        <w:jc w:val="center"/>
        <w:tblBorders>
          <w:top w:val="single" w:sz="5" w:space="0" w:color="B8C5C0"/>
          <w:left w:val="single" w:sz="5" w:space="0" w:color="B8C5C0"/>
          <w:bottom w:val="single" w:sz="5" w:space="0" w:color="B8C5C0"/>
          <w:right w:val="single" w:sz="5" w:space="0" w:color="B8C5C0"/>
          <w:insideH w:val="single" w:sz="5" w:space="0" w:color="B8C5C0"/>
          <w:insideV w:val="single" w:sz="5" w:space="0" w:color="B8C5C0"/>
        </w:tblBorders>
        <w:tblLayout w:type="fixed"/>
        <w:tblLook w:val="04A0" w:firstRow="1" w:lastRow="0" w:firstColumn="1" w:lastColumn="0" w:noHBand="0" w:noVBand="1"/>
      </w:tblPr>
      <w:tblGrid>
        <w:gridCol w:w="1413"/>
        <w:gridCol w:w="2664"/>
        <w:gridCol w:w="4752"/>
        <w:gridCol w:w="2664"/>
      </w:tblGrid>
      <w:tr w:rsidR="00EC77B0" w:rsidRPr="000961DC" w14:paraId="2FFCD197" w14:textId="77777777" w:rsidTr="000961DC">
        <w:trPr>
          <w:tblHeader/>
          <w:jc w:val="center"/>
        </w:trPr>
        <w:tc>
          <w:tcPr>
            <w:tcW w:w="1413" w:type="dxa"/>
            <w:shd w:val="clear" w:color="auto" w:fill="006747"/>
            <w:tcMar>
              <w:top w:w="55" w:type="dxa"/>
              <w:left w:w="60" w:type="dxa"/>
              <w:bottom w:w="55" w:type="dxa"/>
              <w:right w:w="60" w:type="dxa"/>
            </w:tcMar>
          </w:tcPr>
          <w:p w14:paraId="20A610C3" w14:textId="77777777" w:rsidR="00EC77B0" w:rsidRPr="000961DC" w:rsidRDefault="009D00D6">
            <w:pPr>
              <w:jc w:val="center"/>
              <w:rPr>
                <w:szCs w:val="20"/>
              </w:rPr>
            </w:pPr>
            <w:r w:rsidRPr="000961DC">
              <w:rPr>
                <w:rFonts w:eastAsia="Arial"/>
                <w:b/>
                <w:color w:val="FFFFFF"/>
                <w:szCs w:val="20"/>
              </w:rPr>
              <w:t>Verification Date</w:t>
            </w:r>
          </w:p>
        </w:tc>
        <w:tc>
          <w:tcPr>
            <w:tcW w:w="2664" w:type="dxa"/>
            <w:shd w:val="clear" w:color="auto" w:fill="006747"/>
            <w:tcMar>
              <w:top w:w="55" w:type="dxa"/>
              <w:left w:w="60" w:type="dxa"/>
              <w:bottom w:w="55" w:type="dxa"/>
              <w:right w:w="60" w:type="dxa"/>
            </w:tcMar>
          </w:tcPr>
          <w:p w14:paraId="1DDDBC78" w14:textId="77777777" w:rsidR="00EC77B0" w:rsidRPr="000961DC" w:rsidRDefault="009D00D6">
            <w:pPr>
              <w:jc w:val="center"/>
              <w:rPr>
                <w:szCs w:val="20"/>
              </w:rPr>
            </w:pPr>
            <w:r w:rsidRPr="000961DC">
              <w:rPr>
                <w:rFonts w:eastAsia="Arial"/>
                <w:b/>
                <w:color w:val="FFFFFF"/>
                <w:szCs w:val="20"/>
              </w:rPr>
              <w:t>Verified By</w:t>
            </w:r>
          </w:p>
        </w:tc>
        <w:tc>
          <w:tcPr>
            <w:tcW w:w="4752" w:type="dxa"/>
            <w:shd w:val="clear" w:color="auto" w:fill="006747"/>
            <w:tcMar>
              <w:top w:w="55" w:type="dxa"/>
              <w:left w:w="60" w:type="dxa"/>
              <w:bottom w:w="55" w:type="dxa"/>
              <w:right w:w="60" w:type="dxa"/>
            </w:tcMar>
          </w:tcPr>
          <w:p w14:paraId="5E9400D6" w14:textId="77777777" w:rsidR="00EC77B0" w:rsidRPr="000961DC" w:rsidRDefault="009D00D6">
            <w:pPr>
              <w:jc w:val="center"/>
              <w:rPr>
                <w:szCs w:val="20"/>
              </w:rPr>
            </w:pPr>
            <w:r w:rsidRPr="000961DC">
              <w:rPr>
                <w:rFonts w:eastAsia="Arial"/>
                <w:b/>
                <w:color w:val="FFFFFF"/>
                <w:szCs w:val="20"/>
              </w:rPr>
              <w:t>Changes / Notes</w:t>
            </w:r>
          </w:p>
        </w:tc>
        <w:tc>
          <w:tcPr>
            <w:tcW w:w="2664" w:type="dxa"/>
            <w:shd w:val="clear" w:color="auto" w:fill="006747"/>
            <w:tcMar>
              <w:top w:w="55" w:type="dxa"/>
              <w:left w:w="60" w:type="dxa"/>
              <w:bottom w:w="55" w:type="dxa"/>
              <w:right w:w="60" w:type="dxa"/>
            </w:tcMar>
          </w:tcPr>
          <w:p w14:paraId="6EF10940" w14:textId="77777777" w:rsidR="00EC77B0" w:rsidRPr="000961DC" w:rsidRDefault="009D00D6">
            <w:pPr>
              <w:jc w:val="center"/>
              <w:rPr>
                <w:szCs w:val="20"/>
              </w:rPr>
            </w:pPr>
            <w:r w:rsidRPr="000961DC">
              <w:rPr>
                <w:rFonts w:eastAsia="Arial"/>
                <w:b/>
                <w:color w:val="FFFFFF"/>
                <w:szCs w:val="20"/>
              </w:rPr>
              <w:t>Next Review</w:t>
            </w:r>
          </w:p>
        </w:tc>
      </w:tr>
      <w:tr w:rsidR="00EC77B0" w:rsidRPr="000961DC" w14:paraId="5289E5A5" w14:textId="77777777" w:rsidTr="000961DC">
        <w:trPr>
          <w:cantSplit/>
          <w:trHeight w:val="490"/>
          <w:jc w:val="center"/>
        </w:trPr>
        <w:tc>
          <w:tcPr>
            <w:tcW w:w="1413" w:type="dxa"/>
            <w:shd w:val="clear" w:color="auto" w:fill="E7F1ED"/>
            <w:tcMar>
              <w:top w:w="48" w:type="dxa"/>
              <w:left w:w="55" w:type="dxa"/>
              <w:bottom w:w="48" w:type="dxa"/>
              <w:right w:w="55" w:type="dxa"/>
            </w:tcMar>
          </w:tcPr>
          <w:p w14:paraId="110152B8" w14:textId="77777777" w:rsidR="00EC77B0" w:rsidRPr="000961DC" w:rsidRDefault="009D00D6">
            <w:pPr>
              <w:rPr>
                <w:szCs w:val="20"/>
              </w:rPr>
            </w:pPr>
            <w:r w:rsidRPr="000961DC">
              <w:rPr>
                <w:rFonts w:eastAsia="Arial"/>
                <w:i/>
                <w:color w:val="777777"/>
                <w:szCs w:val="20"/>
              </w:rPr>
              <w:t>&lt;Date&gt;</w:t>
            </w:r>
          </w:p>
        </w:tc>
        <w:tc>
          <w:tcPr>
            <w:tcW w:w="2664" w:type="dxa"/>
            <w:tcMar>
              <w:top w:w="48" w:type="dxa"/>
              <w:left w:w="55" w:type="dxa"/>
              <w:bottom w:w="48" w:type="dxa"/>
              <w:right w:w="55" w:type="dxa"/>
            </w:tcMar>
          </w:tcPr>
          <w:p w14:paraId="7ACF0D8B" w14:textId="77777777" w:rsidR="00EC77B0" w:rsidRPr="000961DC" w:rsidRDefault="009D00D6">
            <w:pPr>
              <w:rPr>
                <w:szCs w:val="20"/>
              </w:rPr>
            </w:pPr>
            <w:r w:rsidRPr="000961DC">
              <w:rPr>
                <w:rFonts w:eastAsia="Arial"/>
                <w:i/>
                <w:color w:val="777777"/>
                <w:szCs w:val="20"/>
              </w:rPr>
              <w:t>&lt;Verified by&gt;</w:t>
            </w:r>
          </w:p>
        </w:tc>
        <w:tc>
          <w:tcPr>
            <w:tcW w:w="4752" w:type="dxa"/>
            <w:tcMar>
              <w:top w:w="48" w:type="dxa"/>
              <w:left w:w="55" w:type="dxa"/>
              <w:bottom w:w="48" w:type="dxa"/>
              <w:right w:w="55" w:type="dxa"/>
            </w:tcMar>
          </w:tcPr>
          <w:p w14:paraId="7447903E" w14:textId="77777777" w:rsidR="00EC77B0" w:rsidRPr="000961DC" w:rsidRDefault="009D00D6">
            <w:pPr>
              <w:rPr>
                <w:szCs w:val="20"/>
              </w:rPr>
            </w:pPr>
            <w:r w:rsidRPr="000961DC">
              <w:rPr>
                <w:rFonts w:eastAsia="Arial"/>
                <w:i/>
                <w:color w:val="777777"/>
                <w:szCs w:val="20"/>
              </w:rPr>
              <w:t>&lt;Changes / no changes&gt;</w:t>
            </w:r>
          </w:p>
        </w:tc>
        <w:tc>
          <w:tcPr>
            <w:tcW w:w="2664" w:type="dxa"/>
            <w:tcMar>
              <w:top w:w="48" w:type="dxa"/>
              <w:left w:w="55" w:type="dxa"/>
              <w:bottom w:w="48" w:type="dxa"/>
              <w:right w:w="55" w:type="dxa"/>
            </w:tcMar>
          </w:tcPr>
          <w:p w14:paraId="78759960" w14:textId="77777777" w:rsidR="00EC77B0" w:rsidRPr="000961DC" w:rsidRDefault="009D00D6">
            <w:pPr>
              <w:rPr>
                <w:szCs w:val="20"/>
              </w:rPr>
            </w:pPr>
            <w:r w:rsidRPr="000961DC">
              <w:rPr>
                <w:rFonts w:eastAsia="Arial"/>
                <w:i/>
                <w:color w:val="777777"/>
                <w:szCs w:val="20"/>
              </w:rPr>
              <w:t>&lt;Next review&gt;</w:t>
            </w:r>
          </w:p>
        </w:tc>
      </w:tr>
      <w:tr w:rsidR="00EC77B0" w:rsidRPr="000961DC" w14:paraId="3F39DBE8" w14:textId="77777777" w:rsidTr="000961DC">
        <w:trPr>
          <w:cantSplit/>
          <w:trHeight w:val="490"/>
          <w:jc w:val="center"/>
        </w:trPr>
        <w:tc>
          <w:tcPr>
            <w:tcW w:w="1413" w:type="dxa"/>
            <w:shd w:val="clear" w:color="auto" w:fill="F5F8F7"/>
            <w:tcMar>
              <w:top w:w="48" w:type="dxa"/>
              <w:left w:w="55" w:type="dxa"/>
              <w:bottom w:w="48" w:type="dxa"/>
              <w:right w:w="55" w:type="dxa"/>
            </w:tcMar>
          </w:tcPr>
          <w:p w14:paraId="0F3BC8D4" w14:textId="77777777" w:rsidR="00EC77B0" w:rsidRPr="000961DC" w:rsidRDefault="009D00D6">
            <w:pPr>
              <w:rPr>
                <w:szCs w:val="20"/>
              </w:rPr>
            </w:pPr>
            <w:r w:rsidRPr="000961DC">
              <w:rPr>
                <w:rFonts w:eastAsia="Arial"/>
                <w:i/>
                <w:color w:val="777777"/>
                <w:szCs w:val="20"/>
              </w:rPr>
              <w:t>&lt;Date&gt;</w:t>
            </w:r>
          </w:p>
        </w:tc>
        <w:tc>
          <w:tcPr>
            <w:tcW w:w="2664" w:type="dxa"/>
            <w:tcMar>
              <w:top w:w="48" w:type="dxa"/>
              <w:left w:w="55" w:type="dxa"/>
              <w:bottom w:w="48" w:type="dxa"/>
              <w:right w:w="55" w:type="dxa"/>
            </w:tcMar>
          </w:tcPr>
          <w:p w14:paraId="03943759" w14:textId="77777777" w:rsidR="00EC77B0" w:rsidRPr="000961DC" w:rsidRDefault="009D00D6">
            <w:pPr>
              <w:rPr>
                <w:szCs w:val="20"/>
              </w:rPr>
            </w:pPr>
            <w:r w:rsidRPr="000961DC">
              <w:rPr>
                <w:rFonts w:eastAsia="Arial"/>
                <w:i/>
                <w:color w:val="777777"/>
                <w:szCs w:val="20"/>
              </w:rPr>
              <w:t>&lt;Verified by&gt;</w:t>
            </w:r>
          </w:p>
        </w:tc>
        <w:tc>
          <w:tcPr>
            <w:tcW w:w="4752" w:type="dxa"/>
            <w:tcMar>
              <w:top w:w="48" w:type="dxa"/>
              <w:left w:w="55" w:type="dxa"/>
              <w:bottom w:w="48" w:type="dxa"/>
              <w:right w:w="55" w:type="dxa"/>
            </w:tcMar>
          </w:tcPr>
          <w:p w14:paraId="681C0C00" w14:textId="77777777" w:rsidR="00EC77B0" w:rsidRPr="000961DC" w:rsidRDefault="009D00D6">
            <w:pPr>
              <w:rPr>
                <w:szCs w:val="20"/>
              </w:rPr>
            </w:pPr>
            <w:r w:rsidRPr="000961DC">
              <w:rPr>
                <w:rFonts w:eastAsia="Arial"/>
                <w:i/>
                <w:color w:val="777777"/>
                <w:szCs w:val="20"/>
              </w:rPr>
              <w:t>&lt;Changes / no changes&gt;</w:t>
            </w:r>
          </w:p>
        </w:tc>
        <w:tc>
          <w:tcPr>
            <w:tcW w:w="2664" w:type="dxa"/>
            <w:tcMar>
              <w:top w:w="48" w:type="dxa"/>
              <w:left w:w="55" w:type="dxa"/>
              <w:bottom w:w="48" w:type="dxa"/>
              <w:right w:w="55" w:type="dxa"/>
            </w:tcMar>
          </w:tcPr>
          <w:p w14:paraId="17053E75" w14:textId="77777777" w:rsidR="00EC77B0" w:rsidRPr="000961DC" w:rsidRDefault="009D00D6">
            <w:pPr>
              <w:rPr>
                <w:szCs w:val="20"/>
              </w:rPr>
            </w:pPr>
            <w:r w:rsidRPr="000961DC">
              <w:rPr>
                <w:rFonts w:eastAsia="Arial"/>
                <w:i/>
                <w:color w:val="777777"/>
                <w:szCs w:val="20"/>
              </w:rPr>
              <w:t>&lt;Next review&gt;</w:t>
            </w:r>
          </w:p>
        </w:tc>
      </w:tr>
      <w:tr w:rsidR="00EC77B0" w:rsidRPr="000961DC" w14:paraId="3E194C01" w14:textId="77777777" w:rsidTr="000961DC">
        <w:trPr>
          <w:cantSplit/>
          <w:trHeight w:val="490"/>
          <w:jc w:val="center"/>
        </w:trPr>
        <w:tc>
          <w:tcPr>
            <w:tcW w:w="1413" w:type="dxa"/>
            <w:shd w:val="clear" w:color="auto" w:fill="E7F1ED"/>
            <w:tcMar>
              <w:top w:w="48" w:type="dxa"/>
              <w:left w:w="55" w:type="dxa"/>
              <w:bottom w:w="48" w:type="dxa"/>
              <w:right w:w="55" w:type="dxa"/>
            </w:tcMar>
          </w:tcPr>
          <w:p w14:paraId="29B61F1C" w14:textId="77777777" w:rsidR="00EC77B0" w:rsidRPr="000961DC" w:rsidRDefault="009D00D6">
            <w:pPr>
              <w:rPr>
                <w:szCs w:val="20"/>
              </w:rPr>
            </w:pPr>
            <w:r w:rsidRPr="000961DC">
              <w:rPr>
                <w:rFonts w:eastAsia="Arial"/>
                <w:i/>
                <w:color w:val="777777"/>
                <w:szCs w:val="20"/>
              </w:rPr>
              <w:t>&lt;Date&gt;</w:t>
            </w:r>
          </w:p>
        </w:tc>
        <w:tc>
          <w:tcPr>
            <w:tcW w:w="2664" w:type="dxa"/>
            <w:tcMar>
              <w:top w:w="48" w:type="dxa"/>
              <w:left w:w="55" w:type="dxa"/>
              <w:bottom w:w="48" w:type="dxa"/>
              <w:right w:w="55" w:type="dxa"/>
            </w:tcMar>
          </w:tcPr>
          <w:p w14:paraId="4AD4481E" w14:textId="77777777" w:rsidR="00EC77B0" w:rsidRPr="000961DC" w:rsidRDefault="009D00D6">
            <w:pPr>
              <w:rPr>
                <w:szCs w:val="20"/>
              </w:rPr>
            </w:pPr>
            <w:r w:rsidRPr="000961DC">
              <w:rPr>
                <w:rFonts w:eastAsia="Arial"/>
                <w:i/>
                <w:color w:val="777777"/>
                <w:szCs w:val="20"/>
              </w:rPr>
              <w:t>&lt;Verified by&gt;</w:t>
            </w:r>
          </w:p>
        </w:tc>
        <w:tc>
          <w:tcPr>
            <w:tcW w:w="4752" w:type="dxa"/>
            <w:tcMar>
              <w:top w:w="48" w:type="dxa"/>
              <w:left w:w="55" w:type="dxa"/>
              <w:bottom w:w="48" w:type="dxa"/>
              <w:right w:w="55" w:type="dxa"/>
            </w:tcMar>
          </w:tcPr>
          <w:p w14:paraId="4CDF83A9" w14:textId="77777777" w:rsidR="00EC77B0" w:rsidRPr="000961DC" w:rsidRDefault="009D00D6">
            <w:pPr>
              <w:rPr>
                <w:szCs w:val="20"/>
              </w:rPr>
            </w:pPr>
            <w:r w:rsidRPr="000961DC">
              <w:rPr>
                <w:rFonts w:eastAsia="Arial"/>
                <w:i/>
                <w:color w:val="777777"/>
                <w:szCs w:val="20"/>
              </w:rPr>
              <w:t>&lt;Changes / no changes&gt;</w:t>
            </w:r>
          </w:p>
        </w:tc>
        <w:tc>
          <w:tcPr>
            <w:tcW w:w="2664" w:type="dxa"/>
            <w:tcMar>
              <w:top w:w="48" w:type="dxa"/>
              <w:left w:w="55" w:type="dxa"/>
              <w:bottom w:w="48" w:type="dxa"/>
              <w:right w:w="55" w:type="dxa"/>
            </w:tcMar>
          </w:tcPr>
          <w:p w14:paraId="35CABF4A" w14:textId="77777777" w:rsidR="00EC77B0" w:rsidRPr="000961DC" w:rsidRDefault="009D00D6">
            <w:pPr>
              <w:rPr>
                <w:szCs w:val="20"/>
              </w:rPr>
            </w:pPr>
            <w:r w:rsidRPr="000961DC">
              <w:rPr>
                <w:rFonts w:eastAsia="Arial"/>
                <w:i/>
                <w:color w:val="777777"/>
                <w:szCs w:val="20"/>
              </w:rPr>
              <w:t>&lt;Next review&gt;</w:t>
            </w:r>
          </w:p>
        </w:tc>
      </w:tr>
      <w:tr w:rsidR="00EC77B0" w:rsidRPr="000961DC" w14:paraId="10704A15" w14:textId="77777777" w:rsidTr="000961DC">
        <w:trPr>
          <w:cantSplit/>
          <w:trHeight w:val="490"/>
          <w:jc w:val="center"/>
        </w:trPr>
        <w:tc>
          <w:tcPr>
            <w:tcW w:w="1413" w:type="dxa"/>
            <w:shd w:val="clear" w:color="auto" w:fill="F5F8F7"/>
            <w:tcMar>
              <w:top w:w="48" w:type="dxa"/>
              <w:left w:w="55" w:type="dxa"/>
              <w:bottom w:w="48" w:type="dxa"/>
              <w:right w:w="55" w:type="dxa"/>
            </w:tcMar>
          </w:tcPr>
          <w:p w14:paraId="6B859F32" w14:textId="77777777" w:rsidR="00EC77B0" w:rsidRPr="000961DC" w:rsidRDefault="009D00D6">
            <w:pPr>
              <w:rPr>
                <w:szCs w:val="20"/>
              </w:rPr>
            </w:pPr>
            <w:r w:rsidRPr="000961DC">
              <w:rPr>
                <w:rFonts w:eastAsia="Arial"/>
                <w:i/>
                <w:color w:val="777777"/>
                <w:szCs w:val="20"/>
              </w:rPr>
              <w:t>&lt;Date&gt;</w:t>
            </w:r>
          </w:p>
        </w:tc>
        <w:tc>
          <w:tcPr>
            <w:tcW w:w="2664" w:type="dxa"/>
            <w:tcMar>
              <w:top w:w="48" w:type="dxa"/>
              <w:left w:w="55" w:type="dxa"/>
              <w:bottom w:w="48" w:type="dxa"/>
              <w:right w:w="55" w:type="dxa"/>
            </w:tcMar>
          </w:tcPr>
          <w:p w14:paraId="00394365" w14:textId="77777777" w:rsidR="00EC77B0" w:rsidRPr="000961DC" w:rsidRDefault="009D00D6">
            <w:pPr>
              <w:rPr>
                <w:szCs w:val="20"/>
              </w:rPr>
            </w:pPr>
            <w:r w:rsidRPr="000961DC">
              <w:rPr>
                <w:rFonts w:eastAsia="Arial"/>
                <w:i/>
                <w:color w:val="777777"/>
                <w:szCs w:val="20"/>
              </w:rPr>
              <w:t>&lt;Verified by&gt;</w:t>
            </w:r>
          </w:p>
        </w:tc>
        <w:tc>
          <w:tcPr>
            <w:tcW w:w="4752" w:type="dxa"/>
            <w:tcMar>
              <w:top w:w="48" w:type="dxa"/>
              <w:left w:w="55" w:type="dxa"/>
              <w:bottom w:w="48" w:type="dxa"/>
              <w:right w:w="55" w:type="dxa"/>
            </w:tcMar>
          </w:tcPr>
          <w:p w14:paraId="2FDB217B" w14:textId="77777777" w:rsidR="00EC77B0" w:rsidRPr="000961DC" w:rsidRDefault="009D00D6">
            <w:pPr>
              <w:rPr>
                <w:szCs w:val="20"/>
              </w:rPr>
            </w:pPr>
            <w:r w:rsidRPr="000961DC">
              <w:rPr>
                <w:rFonts w:eastAsia="Arial"/>
                <w:i/>
                <w:color w:val="777777"/>
                <w:szCs w:val="20"/>
              </w:rPr>
              <w:t>&lt;Changes / no changes&gt;</w:t>
            </w:r>
          </w:p>
        </w:tc>
        <w:tc>
          <w:tcPr>
            <w:tcW w:w="2664" w:type="dxa"/>
            <w:tcMar>
              <w:top w:w="48" w:type="dxa"/>
              <w:left w:w="55" w:type="dxa"/>
              <w:bottom w:w="48" w:type="dxa"/>
              <w:right w:w="55" w:type="dxa"/>
            </w:tcMar>
          </w:tcPr>
          <w:p w14:paraId="04A03079" w14:textId="77777777" w:rsidR="00EC77B0" w:rsidRPr="000961DC" w:rsidRDefault="009D00D6">
            <w:pPr>
              <w:rPr>
                <w:szCs w:val="20"/>
              </w:rPr>
            </w:pPr>
            <w:r w:rsidRPr="000961DC">
              <w:rPr>
                <w:rFonts w:eastAsia="Arial"/>
                <w:i/>
                <w:color w:val="777777"/>
                <w:szCs w:val="20"/>
              </w:rPr>
              <w:t>&lt;Next review&gt;</w:t>
            </w:r>
          </w:p>
        </w:tc>
      </w:tr>
      <w:tr w:rsidR="00EC77B0" w:rsidRPr="000961DC" w14:paraId="717FF4F7" w14:textId="77777777" w:rsidTr="000961DC">
        <w:trPr>
          <w:cantSplit/>
          <w:trHeight w:val="490"/>
          <w:jc w:val="center"/>
        </w:trPr>
        <w:tc>
          <w:tcPr>
            <w:tcW w:w="1413" w:type="dxa"/>
            <w:shd w:val="clear" w:color="auto" w:fill="E7F1ED"/>
            <w:tcMar>
              <w:top w:w="48" w:type="dxa"/>
              <w:left w:w="55" w:type="dxa"/>
              <w:bottom w:w="48" w:type="dxa"/>
              <w:right w:w="55" w:type="dxa"/>
            </w:tcMar>
          </w:tcPr>
          <w:p w14:paraId="3ED6BCFA" w14:textId="77777777" w:rsidR="00EC77B0" w:rsidRPr="000961DC" w:rsidRDefault="009D00D6">
            <w:pPr>
              <w:rPr>
                <w:szCs w:val="20"/>
              </w:rPr>
            </w:pPr>
            <w:r w:rsidRPr="000961DC">
              <w:rPr>
                <w:rFonts w:eastAsia="Arial"/>
                <w:i/>
                <w:color w:val="777777"/>
                <w:szCs w:val="20"/>
              </w:rPr>
              <w:t>&lt;Date&gt;</w:t>
            </w:r>
          </w:p>
        </w:tc>
        <w:tc>
          <w:tcPr>
            <w:tcW w:w="2664" w:type="dxa"/>
            <w:tcMar>
              <w:top w:w="48" w:type="dxa"/>
              <w:left w:w="55" w:type="dxa"/>
              <w:bottom w:w="48" w:type="dxa"/>
              <w:right w:w="55" w:type="dxa"/>
            </w:tcMar>
          </w:tcPr>
          <w:p w14:paraId="4F1CA93F" w14:textId="77777777" w:rsidR="00EC77B0" w:rsidRPr="000961DC" w:rsidRDefault="009D00D6">
            <w:pPr>
              <w:rPr>
                <w:szCs w:val="20"/>
              </w:rPr>
            </w:pPr>
            <w:r w:rsidRPr="000961DC">
              <w:rPr>
                <w:rFonts w:eastAsia="Arial"/>
                <w:i/>
                <w:color w:val="777777"/>
                <w:szCs w:val="20"/>
              </w:rPr>
              <w:t>&lt;Verified by&gt;</w:t>
            </w:r>
          </w:p>
        </w:tc>
        <w:tc>
          <w:tcPr>
            <w:tcW w:w="4752" w:type="dxa"/>
            <w:tcMar>
              <w:top w:w="48" w:type="dxa"/>
              <w:left w:w="55" w:type="dxa"/>
              <w:bottom w:w="48" w:type="dxa"/>
              <w:right w:w="55" w:type="dxa"/>
            </w:tcMar>
          </w:tcPr>
          <w:p w14:paraId="1995BB58" w14:textId="77777777" w:rsidR="00EC77B0" w:rsidRPr="000961DC" w:rsidRDefault="009D00D6">
            <w:pPr>
              <w:rPr>
                <w:szCs w:val="20"/>
              </w:rPr>
            </w:pPr>
            <w:r w:rsidRPr="000961DC">
              <w:rPr>
                <w:rFonts w:eastAsia="Arial"/>
                <w:i/>
                <w:color w:val="777777"/>
                <w:szCs w:val="20"/>
              </w:rPr>
              <w:t>&lt;Changes / no changes&gt;</w:t>
            </w:r>
          </w:p>
        </w:tc>
        <w:tc>
          <w:tcPr>
            <w:tcW w:w="2664" w:type="dxa"/>
            <w:tcMar>
              <w:top w:w="48" w:type="dxa"/>
              <w:left w:w="55" w:type="dxa"/>
              <w:bottom w:w="48" w:type="dxa"/>
              <w:right w:w="55" w:type="dxa"/>
            </w:tcMar>
          </w:tcPr>
          <w:p w14:paraId="2040D033" w14:textId="77777777" w:rsidR="00EC77B0" w:rsidRPr="000961DC" w:rsidRDefault="009D00D6">
            <w:pPr>
              <w:rPr>
                <w:szCs w:val="20"/>
              </w:rPr>
            </w:pPr>
            <w:r w:rsidRPr="000961DC">
              <w:rPr>
                <w:rFonts w:eastAsia="Arial"/>
                <w:i/>
                <w:color w:val="777777"/>
                <w:szCs w:val="20"/>
              </w:rPr>
              <w:t>&lt;Next review&gt;</w:t>
            </w:r>
          </w:p>
        </w:tc>
      </w:tr>
    </w:tbl>
    <w:p w14:paraId="3863659B" w14:textId="77777777" w:rsidR="009D00D6" w:rsidRDefault="009D00D6"/>
    <w:sectPr w:rsidR="009D00D6" w:rsidSect="00034616">
      <w:headerReference w:type="default" r:id="rId9"/>
      <w:footerReference w:type="default" r:id="rId10"/>
      <w:pgSz w:w="12240" w:h="15840"/>
      <w:pgMar w:top="648" w:right="792" w:bottom="691" w:left="7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AD68F0" w14:textId="77777777" w:rsidR="009D00D6" w:rsidRDefault="009D00D6">
      <w:pPr>
        <w:spacing w:after="0" w:line="240" w:lineRule="auto"/>
      </w:pPr>
      <w:r>
        <w:separator/>
      </w:r>
    </w:p>
  </w:endnote>
  <w:endnote w:type="continuationSeparator" w:id="0">
    <w:p w14:paraId="2E73B694" w14:textId="77777777" w:rsidR="009D00D6" w:rsidRDefault="009D00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853F3" w14:textId="32F35034" w:rsidR="00EC77B0" w:rsidRDefault="009D00D6">
    <w:pPr>
      <w:pStyle w:val="Footer"/>
      <w:jc w:val="center"/>
    </w:pPr>
    <w:r>
      <w:rPr>
        <w:rFonts w:eastAsia="Arial"/>
        <w:color w:val="666666"/>
        <w:sz w:val="15"/>
      </w:rPr>
      <w:t xml:space="preserve">Healthcare Coalition of Maine | www.mainehccs.org | Planning Resource | Page </w:t>
    </w:r>
    <w:r>
      <w:rPr>
        <w:rFonts w:eastAsia="Arial"/>
        <w:color w:val="666666"/>
        <w:sz w:val="16"/>
      </w:rPr>
      <w:fldChar w:fldCharType="begin"/>
    </w:r>
    <w:r>
      <w:rPr>
        <w:rFonts w:eastAsia="Arial"/>
        <w:color w:val="666666"/>
        <w:sz w:val="16"/>
      </w:rPr>
      <w:instrText xml:space="preserve"> PAGE </w:instrText>
    </w:r>
    <w:r w:rsidR="000961DC">
      <w:rPr>
        <w:rFonts w:eastAsia="Arial"/>
        <w:color w:val="666666"/>
        <w:sz w:val="16"/>
      </w:rPr>
      <w:fldChar w:fldCharType="separate"/>
    </w:r>
    <w:r w:rsidR="000961DC">
      <w:rPr>
        <w:rFonts w:eastAsia="Arial"/>
        <w:noProof/>
        <w:color w:val="666666"/>
        <w:sz w:val="16"/>
      </w:rPr>
      <w:t>1</w:t>
    </w:r>
    <w:r>
      <w:rPr>
        <w:rFonts w:eastAsia="Arial"/>
        <w:color w:val="666666"/>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83DC24" w14:textId="77777777" w:rsidR="009D00D6" w:rsidRDefault="009D00D6">
      <w:pPr>
        <w:spacing w:after="0" w:line="240" w:lineRule="auto"/>
      </w:pPr>
      <w:r>
        <w:separator/>
      </w:r>
    </w:p>
  </w:footnote>
  <w:footnote w:type="continuationSeparator" w:id="0">
    <w:p w14:paraId="0145F305" w14:textId="77777777" w:rsidR="009D00D6" w:rsidRDefault="009D00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7EF1B" w14:textId="77777777" w:rsidR="00EC77B0" w:rsidRDefault="009D00D6">
    <w:pPr>
      <w:pStyle w:val="Header"/>
      <w:pBdr>
        <w:bottom w:val="single" w:sz="6" w:space="3" w:color="E6532F"/>
      </w:pBdr>
      <w:spacing w:after="20"/>
      <w:jc w:val="right"/>
    </w:pPr>
    <w:r>
      <w:rPr>
        <w:rFonts w:eastAsia="Arial"/>
        <w:b/>
        <w:color w:val="006747"/>
        <w:sz w:val="16"/>
      </w:rPr>
      <w:t>HEALTHCARE COALITION OF MAINE | UNIVERSAL EMERGENCY CONTACT DIRECTORY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33821236">
    <w:abstractNumId w:val="8"/>
  </w:num>
  <w:num w:numId="2" w16cid:durableId="195899073">
    <w:abstractNumId w:val="6"/>
  </w:num>
  <w:num w:numId="3" w16cid:durableId="2024739311">
    <w:abstractNumId w:val="5"/>
  </w:num>
  <w:num w:numId="4" w16cid:durableId="1982464876">
    <w:abstractNumId w:val="4"/>
  </w:num>
  <w:num w:numId="5" w16cid:durableId="292756602">
    <w:abstractNumId w:val="7"/>
  </w:num>
  <w:num w:numId="6" w16cid:durableId="1477606813">
    <w:abstractNumId w:val="3"/>
  </w:num>
  <w:num w:numId="7" w16cid:durableId="936327746">
    <w:abstractNumId w:val="2"/>
  </w:num>
  <w:num w:numId="8" w16cid:durableId="1783916695">
    <w:abstractNumId w:val="1"/>
  </w:num>
  <w:num w:numId="9" w16cid:durableId="12939457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961DC"/>
    <w:rsid w:val="0015074B"/>
    <w:rsid w:val="0029639D"/>
    <w:rsid w:val="00326F90"/>
    <w:rsid w:val="009D00D6"/>
    <w:rsid w:val="00AA1D8D"/>
    <w:rsid w:val="00B47730"/>
    <w:rsid w:val="00CB0664"/>
    <w:rsid w:val="00DE1AB6"/>
    <w:rsid w:val="00EC77B0"/>
    <w:rsid w:val="00F136C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64CD9269-7EFC-4091-A8BA-AE6F759E8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778</Words>
  <Characters>4438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5206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Dieterich, Hannah</cp:lastModifiedBy>
  <cp:revision>3</cp:revision>
  <dcterms:created xsi:type="dcterms:W3CDTF">2013-12-23T23:15:00Z</dcterms:created>
  <dcterms:modified xsi:type="dcterms:W3CDTF">2026-09-08T17:49:00Z</dcterms:modified>
  <cp:category/>
</cp:coreProperties>
</file>