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980"/>
        <w:gridCol w:w="12564"/>
      </w:tblGrid>
      <w:tr w:rsidR="001650F9" w14:paraId="708D0D3D" w14:textId="77777777" w:rsidTr="00DD6981">
        <w:trPr>
          <w:jc w:val="center"/>
        </w:trPr>
        <w:tc>
          <w:tcPr>
            <w:tcW w:w="19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B409E3" w14:textId="77777777" w:rsidR="001650F9" w:rsidRDefault="00A8318B">
            <w:r>
              <w:rPr>
                <w:noProof/>
              </w:rPr>
              <w:drawing>
                <wp:inline distT="0" distB="0" distL="0" distR="0" wp14:anchorId="6F008573" wp14:editId="5087EA06">
                  <wp:extent cx="1085850" cy="957261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CC-ME Logo(20260914-115001)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0070" cy="9609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6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C02F47" w14:textId="77777777" w:rsidR="00DD6981" w:rsidRDefault="00DD6981">
            <w:pPr>
              <w:rPr>
                <w:b/>
                <w:color w:val="006747"/>
                <w:sz w:val="40"/>
              </w:rPr>
            </w:pPr>
          </w:p>
          <w:p w14:paraId="1DEC07CF" w14:textId="1A1D367E" w:rsidR="001650F9" w:rsidRDefault="00A8318B">
            <w:r>
              <w:rPr>
                <w:b/>
                <w:color w:val="006747"/>
                <w:sz w:val="40"/>
              </w:rPr>
              <w:t>MAINE LTC/SNF 12-DRILL TRACKER</w:t>
            </w:r>
          </w:p>
          <w:p w14:paraId="02F44879" w14:textId="77777777" w:rsidR="001650F9" w:rsidRDefault="00A8318B">
            <w:pPr>
              <w:spacing w:before="20"/>
            </w:pPr>
            <w:r>
              <w:rPr>
                <w:b/>
                <w:color w:val="E65300"/>
                <w:sz w:val="22"/>
              </w:rPr>
              <w:t>Training, Drills &amp; Exercises Toolkit</w:t>
            </w:r>
          </w:p>
        </w:tc>
      </w:tr>
    </w:tbl>
    <w:p w14:paraId="6E41E1B5" w14:textId="77777777" w:rsidR="001650F9" w:rsidRDefault="001650F9">
      <w:pPr>
        <w:pBdr>
          <w:bottom w:val="single" w:sz="18" w:space="1" w:color="E65300"/>
        </w:pBdr>
        <w:spacing w:after="12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4400"/>
      </w:tblGrid>
      <w:tr w:rsidR="001650F9" w14:paraId="3FCC3E8E" w14:textId="77777777">
        <w:trPr>
          <w:jc w:val="center"/>
        </w:trPr>
        <w:tc>
          <w:tcPr>
            <w:tcW w:w="14400" w:type="dxa"/>
            <w:tcBorders>
              <w:top w:val="single" w:sz="8" w:space="0" w:color="E7B8A6"/>
              <w:left w:val="single" w:sz="8" w:space="0" w:color="E7B8A6"/>
              <w:bottom w:val="single" w:sz="8" w:space="0" w:color="E7B8A6"/>
              <w:right w:val="single" w:sz="8" w:space="0" w:color="E7B8A6"/>
            </w:tcBorders>
            <w:shd w:val="clear" w:color="auto" w:fill="FDEDE6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707CD9F5" w14:textId="77777777" w:rsidR="001650F9" w:rsidRDefault="00A8318B">
            <w:pPr>
              <w:spacing w:after="40"/>
            </w:pPr>
            <w:r>
              <w:rPr>
                <w:b/>
                <w:color w:val="E65300"/>
              </w:rPr>
              <w:t xml:space="preserve">MAINE REQUIREMENT  </w:t>
            </w:r>
            <w:r>
              <w:rPr>
                <w:color w:val="000000"/>
              </w:rPr>
              <w:t>10-144 CMR Ch. 110 §20.D.2(e) requires disaster-plan rehearsal drills at irregular intervals 12 times each year, with at least three drills per year for each shift. Records must document the date/time, staff performance, results, and corrective measures.</w:t>
            </w:r>
          </w:p>
          <w:p w14:paraId="00C279EE" w14:textId="77777777" w:rsidR="001650F9" w:rsidRDefault="00A8318B">
            <w:pPr>
              <w:spacing w:before="20"/>
            </w:pPr>
            <w:r>
              <w:rPr>
                <w:b/>
                <w:color w:val="4B4B4B"/>
                <w:sz w:val="16"/>
              </w:rPr>
              <w:t xml:space="preserve">Use note: </w:t>
            </w:r>
            <w:r>
              <w:rPr>
                <w:i/>
                <w:color w:val="4B4B4B"/>
                <w:sz w:val="16"/>
              </w:rPr>
              <w:t>This tracker is for the Maine Chapter 110 disaster-plan rehearsal requirement. It does not replace separate CMS emergency preparedness exercise documentation or CMS Life Safety Code fire-drill records.</w:t>
            </w:r>
          </w:p>
        </w:tc>
      </w:tr>
    </w:tbl>
    <w:p w14:paraId="1988B60A" w14:textId="77777777" w:rsidR="001650F9" w:rsidRDefault="001650F9">
      <w:pPr>
        <w:spacing w:after="8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903"/>
        <w:gridCol w:w="3024"/>
        <w:gridCol w:w="5472"/>
      </w:tblGrid>
      <w:tr w:rsidR="001650F9" w14:paraId="5581D5AA" w14:textId="77777777">
        <w:trPr>
          <w:trHeight w:val="390"/>
          <w:jc w:val="center"/>
        </w:trPr>
        <w:tc>
          <w:tcPr>
            <w:tcW w:w="5903" w:type="dxa"/>
            <w:tcBorders>
              <w:top w:val="single" w:sz="6" w:space="0" w:color="B8C7C1"/>
              <w:left w:val="single" w:sz="6" w:space="0" w:color="B8C7C1"/>
              <w:bottom w:val="single" w:sz="6" w:space="0" w:color="B8C7C1"/>
              <w:right w:val="single" w:sz="6" w:space="0" w:color="B8C7C1"/>
            </w:tcBorders>
            <w:shd w:val="clear" w:color="auto" w:fill="EAF2E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CBC6484" w14:textId="77777777" w:rsidR="001650F9" w:rsidRDefault="00A8318B">
            <w:r>
              <w:rPr>
                <w:b/>
                <w:color w:val="006747"/>
              </w:rPr>
              <w:t>Facility / Organization:</w:t>
            </w:r>
            <w:r>
              <w:rPr>
                <w:i/>
                <w:color w:val="777777"/>
                <w:sz w:val="20"/>
              </w:rPr>
              <w:t xml:space="preserve">  ____________________________</w:t>
            </w:r>
          </w:p>
        </w:tc>
        <w:tc>
          <w:tcPr>
            <w:tcW w:w="3024" w:type="dxa"/>
            <w:tcBorders>
              <w:top w:val="single" w:sz="6" w:space="0" w:color="B8C7C1"/>
              <w:left w:val="single" w:sz="6" w:space="0" w:color="B8C7C1"/>
              <w:bottom w:val="single" w:sz="6" w:space="0" w:color="B8C7C1"/>
              <w:right w:val="single" w:sz="6" w:space="0" w:color="B8C7C1"/>
            </w:tcBorders>
            <w:shd w:val="clear" w:color="auto" w:fill="EAF2E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268EF59" w14:textId="77777777" w:rsidR="001650F9" w:rsidRDefault="00A8318B">
            <w:r>
              <w:rPr>
                <w:b/>
                <w:color w:val="006747"/>
              </w:rPr>
              <w:t>Calendar Year:</w:t>
            </w:r>
            <w:r>
              <w:rPr>
                <w:i/>
                <w:color w:val="777777"/>
                <w:sz w:val="20"/>
              </w:rPr>
              <w:t xml:space="preserve">  ________</w:t>
            </w:r>
          </w:p>
        </w:tc>
        <w:tc>
          <w:tcPr>
            <w:tcW w:w="5472" w:type="dxa"/>
            <w:tcBorders>
              <w:top w:val="single" w:sz="6" w:space="0" w:color="B8C7C1"/>
              <w:left w:val="single" w:sz="6" w:space="0" w:color="B8C7C1"/>
              <w:bottom w:val="single" w:sz="6" w:space="0" w:color="B8C7C1"/>
              <w:right w:val="single" w:sz="6" w:space="0" w:color="B8C7C1"/>
            </w:tcBorders>
            <w:shd w:val="clear" w:color="auto" w:fill="EAF2E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EB3098B" w14:textId="77777777" w:rsidR="001650F9" w:rsidRDefault="00A8318B">
            <w:r>
              <w:rPr>
                <w:b/>
                <w:color w:val="006747"/>
              </w:rPr>
              <w:t>Responsible Lead:</w:t>
            </w:r>
            <w:r>
              <w:rPr>
                <w:i/>
                <w:color w:val="777777"/>
                <w:sz w:val="20"/>
              </w:rPr>
              <w:t xml:space="preserve">  ________________________</w:t>
            </w:r>
          </w:p>
        </w:tc>
      </w:tr>
      <w:tr w:rsidR="001650F9" w14:paraId="1D494BA9" w14:textId="77777777">
        <w:trPr>
          <w:trHeight w:val="390"/>
          <w:jc w:val="center"/>
        </w:trPr>
        <w:tc>
          <w:tcPr>
            <w:tcW w:w="5903" w:type="dxa"/>
            <w:tcBorders>
              <w:top w:val="single" w:sz="6" w:space="0" w:color="B8C7C1"/>
              <w:left w:val="single" w:sz="6" w:space="0" w:color="B8C7C1"/>
              <w:bottom w:val="single" w:sz="6" w:space="0" w:color="B8C7C1"/>
              <w:right w:val="single" w:sz="6" w:space="0" w:color="B8C7C1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0EEAF20" w14:textId="77777777" w:rsidR="001650F9" w:rsidRDefault="00A8318B">
            <w:r>
              <w:rPr>
                <w:b/>
                <w:color w:val="006747"/>
              </w:rPr>
              <w:t>Disaster Plan / EOP Location:</w:t>
            </w:r>
            <w:r>
              <w:rPr>
                <w:i/>
                <w:color w:val="777777"/>
                <w:sz w:val="20"/>
              </w:rPr>
              <w:t xml:space="preserve">  ____________________________</w:t>
            </w:r>
          </w:p>
        </w:tc>
        <w:tc>
          <w:tcPr>
            <w:tcW w:w="3024" w:type="dxa"/>
            <w:tcBorders>
              <w:top w:val="single" w:sz="6" w:space="0" w:color="B8C7C1"/>
              <w:left w:val="single" w:sz="6" w:space="0" w:color="B8C7C1"/>
              <w:bottom w:val="single" w:sz="6" w:space="0" w:color="B8C7C1"/>
              <w:right w:val="single" w:sz="6" w:space="0" w:color="B8C7C1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FC14CB3" w14:textId="77777777" w:rsidR="001650F9" w:rsidRDefault="00A8318B">
            <w:r>
              <w:rPr>
                <w:b/>
                <w:color w:val="006747"/>
              </w:rPr>
              <w:t>Maine License #:</w:t>
            </w:r>
            <w:r>
              <w:rPr>
                <w:i/>
                <w:color w:val="777777"/>
                <w:sz w:val="20"/>
              </w:rPr>
              <w:t xml:space="preserve">  ____________</w:t>
            </w:r>
          </w:p>
        </w:tc>
        <w:tc>
          <w:tcPr>
            <w:tcW w:w="5472" w:type="dxa"/>
            <w:tcBorders>
              <w:top w:val="single" w:sz="6" w:space="0" w:color="B8C7C1"/>
              <w:left w:val="single" w:sz="6" w:space="0" w:color="B8C7C1"/>
              <w:bottom w:val="single" w:sz="6" w:space="0" w:color="B8C7C1"/>
              <w:right w:val="single" w:sz="6" w:space="0" w:color="B8C7C1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5A81C10" w14:textId="77777777" w:rsidR="001650F9" w:rsidRDefault="00A8318B">
            <w:r>
              <w:rPr>
                <w:b/>
                <w:color w:val="006747"/>
              </w:rPr>
              <w:t>Record Storage Location:</w:t>
            </w:r>
            <w:r>
              <w:rPr>
                <w:i/>
                <w:color w:val="777777"/>
                <w:sz w:val="20"/>
              </w:rPr>
              <w:t xml:space="preserve">  ________________________</w:t>
            </w:r>
          </w:p>
        </w:tc>
      </w:tr>
    </w:tbl>
    <w:p w14:paraId="1FE84E90" w14:textId="77777777" w:rsidR="001650F9" w:rsidRDefault="00A8318B">
      <w:pPr>
        <w:spacing w:before="120" w:after="60"/>
      </w:pPr>
      <w:r>
        <w:rPr>
          <w:b/>
          <w:color w:val="006747"/>
          <w:sz w:val="22"/>
        </w:rPr>
        <w:t>DRILL RECORDS 1-6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48"/>
        <w:gridCol w:w="1080"/>
        <w:gridCol w:w="864"/>
        <w:gridCol w:w="936"/>
        <w:gridCol w:w="2088"/>
        <w:gridCol w:w="2736"/>
        <w:gridCol w:w="2520"/>
        <w:gridCol w:w="3311"/>
      </w:tblGrid>
      <w:tr w:rsidR="001650F9" w14:paraId="01135915" w14:textId="77777777">
        <w:trPr>
          <w:trHeight w:val="420"/>
          <w:tblHeader/>
          <w:jc w:val="center"/>
        </w:trPr>
        <w:tc>
          <w:tcPr>
            <w:tcW w:w="648" w:type="dxa"/>
            <w:tcBorders>
              <w:top w:val="single" w:sz="6" w:space="0" w:color="B8C7C1"/>
              <w:left w:val="single" w:sz="6" w:space="0" w:color="B8C7C1"/>
              <w:bottom w:val="single" w:sz="6" w:space="0" w:color="B8C7C1"/>
              <w:right w:val="single" w:sz="6" w:space="0" w:color="B8C7C1"/>
            </w:tcBorders>
            <w:shd w:val="clear" w:color="auto" w:fill="006747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E1ABEAF" w14:textId="77777777" w:rsidR="001650F9" w:rsidRDefault="00A8318B">
            <w:pPr>
              <w:jc w:val="center"/>
            </w:pPr>
            <w:r>
              <w:rPr>
                <w:b/>
                <w:color w:val="FFFFFF"/>
                <w:sz w:val="16"/>
              </w:rPr>
              <w:t>#</w:t>
            </w:r>
          </w:p>
        </w:tc>
        <w:tc>
          <w:tcPr>
            <w:tcW w:w="1080" w:type="dxa"/>
            <w:tcBorders>
              <w:top w:val="single" w:sz="6" w:space="0" w:color="B8C7C1"/>
              <w:left w:val="single" w:sz="6" w:space="0" w:color="B8C7C1"/>
              <w:bottom w:val="single" w:sz="6" w:space="0" w:color="B8C7C1"/>
              <w:right w:val="single" w:sz="6" w:space="0" w:color="B8C7C1"/>
            </w:tcBorders>
            <w:shd w:val="clear" w:color="auto" w:fill="006747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3120748" w14:textId="77777777" w:rsidR="001650F9" w:rsidRDefault="00A8318B">
            <w:pPr>
              <w:jc w:val="center"/>
            </w:pPr>
            <w:r>
              <w:rPr>
                <w:b/>
                <w:color w:val="FFFFFF"/>
                <w:sz w:val="16"/>
              </w:rPr>
              <w:t>Date</w:t>
            </w:r>
          </w:p>
        </w:tc>
        <w:tc>
          <w:tcPr>
            <w:tcW w:w="864" w:type="dxa"/>
            <w:tcBorders>
              <w:top w:val="single" w:sz="6" w:space="0" w:color="B8C7C1"/>
              <w:left w:val="single" w:sz="6" w:space="0" w:color="B8C7C1"/>
              <w:bottom w:val="single" w:sz="6" w:space="0" w:color="B8C7C1"/>
              <w:right w:val="single" w:sz="6" w:space="0" w:color="B8C7C1"/>
            </w:tcBorders>
            <w:shd w:val="clear" w:color="auto" w:fill="006747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5AE2879" w14:textId="77777777" w:rsidR="001650F9" w:rsidRDefault="00A8318B">
            <w:pPr>
              <w:jc w:val="center"/>
            </w:pPr>
            <w:r>
              <w:rPr>
                <w:b/>
                <w:color w:val="FFFFFF"/>
                <w:sz w:val="16"/>
              </w:rPr>
              <w:t>Time</w:t>
            </w:r>
          </w:p>
        </w:tc>
        <w:tc>
          <w:tcPr>
            <w:tcW w:w="936" w:type="dxa"/>
            <w:tcBorders>
              <w:top w:val="single" w:sz="6" w:space="0" w:color="B8C7C1"/>
              <w:left w:val="single" w:sz="6" w:space="0" w:color="B8C7C1"/>
              <w:bottom w:val="single" w:sz="6" w:space="0" w:color="B8C7C1"/>
              <w:right w:val="single" w:sz="6" w:space="0" w:color="B8C7C1"/>
            </w:tcBorders>
            <w:shd w:val="clear" w:color="auto" w:fill="006747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553A990" w14:textId="77777777" w:rsidR="001650F9" w:rsidRDefault="00A8318B">
            <w:pPr>
              <w:jc w:val="center"/>
            </w:pPr>
            <w:r>
              <w:rPr>
                <w:b/>
                <w:color w:val="FFFFFF"/>
                <w:sz w:val="16"/>
              </w:rPr>
              <w:t>Shift</w:t>
            </w:r>
          </w:p>
        </w:tc>
        <w:tc>
          <w:tcPr>
            <w:tcW w:w="2088" w:type="dxa"/>
            <w:tcBorders>
              <w:top w:val="single" w:sz="6" w:space="0" w:color="B8C7C1"/>
              <w:left w:val="single" w:sz="6" w:space="0" w:color="B8C7C1"/>
              <w:bottom w:val="single" w:sz="6" w:space="0" w:color="B8C7C1"/>
              <w:right w:val="single" w:sz="6" w:space="0" w:color="B8C7C1"/>
            </w:tcBorders>
            <w:shd w:val="clear" w:color="auto" w:fill="006747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59CB9AD" w14:textId="77777777" w:rsidR="001650F9" w:rsidRDefault="00A8318B">
            <w:pPr>
              <w:jc w:val="center"/>
            </w:pPr>
            <w:r>
              <w:rPr>
                <w:b/>
                <w:color w:val="FFFFFF"/>
                <w:sz w:val="16"/>
              </w:rPr>
              <w:t>Scenario / Drill Focus</w:t>
            </w:r>
          </w:p>
        </w:tc>
        <w:tc>
          <w:tcPr>
            <w:tcW w:w="2736" w:type="dxa"/>
            <w:tcBorders>
              <w:top w:val="single" w:sz="6" w:space="0" w:color="B8C7C1"/>
              <w:left w:val="single" w:sz="6" w:space="0" w:color="B8C7C1"/>
              <w:bottom w:val="single" w:sz="6" w:space="0" w:color="B8C7C1"/>
              <w:right w:val="single" w:sz="6" w:space="0" w:color="B8C7C1"/>
            </w:tcBorders>
            <w:shd w:val="clear" w:color="auto" w:fill="006747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88BFCCF" w14:textId="77777777" w:rsidR="001650F9" w:rsidRDefault="00A8318B">
            <w:pPr>
              <w:jc w:val="center"/>
            </w:pPr>
            <w:r>
              <w:rPr>
                <w:b/>
                <w:color w:val="FFFFFF"/>
                <w:sz w:val="16"/>
              </w:rPr>
              <w:t>Staff Performance</w:t>
            </w:r>
          </w:p>
        </w:tc>
        <w:tc>
          <w:tcPr>
            <w:tcW w:w="2520" w:type="dxa"/>
            <w:tcBorders>
              <w:top w:val="single" w:sz="6" w:space="0" w:color="B8C7C1"/>
              <w:left w:val="single" w:sz="6" w:space="0" w:color="B8C7C1"/>
              <w:bottom w:val="single" w:sz="6" w:space="0" w:color="B8C7C1"/>
              <w:right w:val="single" w:sz="6" w:space="0" w:color="B8C7C1"/>
            </w:tcBorders>
            <w:shd w:val="clear" w:color="auto" w:fill="006747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D6E7EAC" w14:textId="77777777" w:rsidR="001650F9" w:rsidRDefault="00A8318B">
            <w:pPr>
              <w:jc w:val="center"/>
            </w:pPr>
            <w:r>
              <w:rPr>
                <w:b/>
                <w:color w:val="FFFFFF"/>
                <w:sz w:val="16"/>
              </w:rPr>
              <w:t>Results / Findings</w:t>
            </w:r>
          </w:p>
        </w:tc>
        <w:tc>
          <w:tcPr>
            <w:tcW w:w="3311" w:type="dxa"/>
            <w:tcBorders>
              <w:top w:val="single" w:sz="6" w:space="0" w:color="B8C7C1"/>
              <w:left w:val="single" w:sz="6" w:space="0" w:color="B8C7C1"/>
              <w:bottom w:val="single" w:sz="6" w:space="0" w:color="B8C7C1"/>
              <w:right w:val="single" w:sz="6" w:space="0" w:color="B8C7C1"/>
            </w:tcBorders>
            <w:shd w:val="clear" w:color="auto" w:fill="006747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2FE4E6C" w14:textId="77777777" w:rsidR="001650F9" w:rsidRDefault="00A8318B">
            <w:pPr>
              <w:jc w:val="center"/>
            </w:pPr>
            <w:r>
              <w:rPr>
                <w:b/>
                <w:color w:val="FFFFFF"/>
                <w:sz w:val="16"/>
              </w:rPr>
              <w:t>Corrective Measures / Follow-Up</w:t>
            </w:r>
          </w:p>
        </w:tc>
      </w:tr>
      <w:tr w:rsidR="001650F9" w14:paraId="321B4AC2" w14:textId="77777777">
        <w:trPr>
          <w:trHeight w:val="720"/>
          <w:jc w:val="center"/>
        </w:trPr>
        <w:tc>
          <w:tcPr>
            <w:tcW w:w="648" w:type="dxa"/>
            <w:tcBorders>
              <w:top w:val="single" w:sz="6" w:space="0" w:color="B8C7C1"/>
              <w:left w:val="single" w:sz="6" w:space="0" w:color="B8C7C1"/>
              <w:bottom w:val="single" w:sz="6" w:space="0" w:color="B8C7C1"/>
              <w:right w:val="single" w:sz="6" w:space="0" w:color="B8C7C1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E4D37EB" w14:textId="77777777" w:rsidR="001650F9" w:rsidRDefault="00A8318B">
            <w:pPr>
              <w:jc w:val="center"/>
            </w:pPr>
            <w:r>
              <w:rPr>
                <w:b/>
                <w:color w:val="006747"/>
                <w:sz w:val="20"/>
              </w:rPr>
              <w:t>1</w:t>
            </w:r>
          </w:p>
        </w:tc>
        <w:tc>
          <w:tcPr>
            <w:tcW w:w="1080" w:type="dxa"/>
            <w:tcBorders>
              <w:top w:val="single" w:sz="6" w:space="0" w:color="B8C7C1"/>
              <w:left w:val="single" w:sz="6" w:space="0" w:color="B8C7C1"/>
              <w:bottom w:val="single" w:sz="6" w:space="0" w:color="B8C7C1"/>
              <w:right w:val="single" w:sz="6" w:space="0" w:color="B8C7C1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367228A" w14:textId="77777777" w:rsidR="001650F9" w:rsidRDefault="001650F9"/>
        </w:tc>
        <w:tc>
          <w:tcPr>
            <w:tcW w:w="864" w:type="dxa"/>
            <w:tcBorders>
              <w:top w:val="single" w:sz="6" w:space="0" w:color="B8C7C1"/>
              <w:left w:val="single" w:sz="6" w:space="0" w:color="B8C7C1"/>
              <w:bottom w:val="single" w:sz="6" w:space="0" w:color="B8C7C1"/>
              <w:right w:val="single" w:sz="6" w:space="0" w:color="B8C7C1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6A4EA37" w14:textId="77777777" w:rsidR="001650F9" w:rsidRDefault="001650F9"/>
        </w:tc>
        <w:tc>
          <w:tcPr>
            <w:tcW w:w="936" w:type="dxa"/>
            <w:tcBorders>
              <w:top w:val="single" w:sz="6" w:space="0" w:color="B8C7C1"/>
              <w:left w:val="single" w:sz="6" w:space="0" w:color="B8C7C1"/>
              <w:bottom w:val="single" w:sz="6" w:space="0" w:color="B8C7C1"/>
              <w:right w:val="single" w:sz="6" w:space="0" w:color="B8C7C1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FBA10E7" w14:textId="77777777" w:rsidR="001650F9" w:rsidRDefault="001650F9"/>
        </w:tc>
        <w:tc>
          <w:tcPr>
            <w:tcW w:w="2088" w:type="dxa"/>
            <w:tcBorders>
              <w:top w:val="single" w:sz="6" w:space="0" w:color="B8C7C1"/>
              <w:left w:val="single" w:sz="6" w:space="0" w:color="B8C7C1"/>
              <w:bottom w:val="single" w:sz="6" w:space="0" w:color="B8C7C1"/>
              <w:right w:val="single" w:sz="6" w:space="0" w:color="B8C7C1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0274E5A" w14:textId="77777777" w:rsidR="001650F9" w:rsidRDefault="001650F9"/>
        </w:tc>
        <w:tc>
          <w:tcPr>
            <w:tcW w:w="2736" w:type="dxa"/>
            <w:tcBorders>
              <w:top w:val="single" w:sz="6" w:space="0" w:color="B8C7C1"/>
              <w:left w:val="single" w:sz="6" w:space="0" w:color="B8C7C1"/>
              <w:bottom w:val="single" w:sz="6" w:space="0" w:color="B8C7C1"/>
              <w:right w:val="single" w:sz="6" w:space="0" w:color="B8C7C1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EF5A3D9" w14:textId="77777777" w:rsidR="001650F9" w:rsidRDefault="001650F9"/>
        </w:tc>
        <w:tc>
          <w:tcPr>
            <w:tcW w:w="2520" w:type="dxa"/>
            <w:tcBorders>
              <w:top w:val="single" w:sz="6" w:space="0" w:color="B8C7C1"/>
              <w:left w:val="single" w:sz="6" w:space="0" w:color="B8C7C1"/>
              <w:bottom w:val="single" w:sz="6" w:space="0" w:color="B8C7C1"/>
              <w:right w:val="single" w:sz="6" w:space="0" w:color="B8C7C1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09B6473" w14:textId="77777777" w:rsidR="001650F9" w:rsidRDefault="001650F9"/>
        </w:tc>
        <w:tc>
          <w:tcPr>
            <w:tcW w:w="3311" w:type="dxa"/>
            <w:tcBorders>
              <w:top w:val="single" w:sz="6" w:space="0" w:color="B8C7C1"/>
              <w:left w:val="single" w:sz="6" w:space="0" w:color="B8C7C1"/>
              <w:bottom w:val="single" w:sz="6" w:space="0" w:color="B8C7C1"/>
              <w:right w:val="single" w:sz="6" w:space="0" w:color="B8C7C1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4692E1F" w14:textId="77777777" w:rsidR="001650F9" w:rsidRDefault="001650F9"/>
        </w:tc>
      </w:tr>
      <w:tr w:rsidR="001650F9" w14:paraId="3D33DED5" w14:textId="77777777">
        <w:trPr>
          <w:trHeight w:val="720"/>
          <w:jc w:val="center"/>
        </w:trPr>
        <w:tc>
          <w:tcPr>
            <w:tcW w:w="648" w:type="dxa"/>
            <w:tcBorders>
              <w:top w:val="single" w:sz="6" w:space="0" w:color="B8C7C1"/>
              <w:left w:val="single" w:sz="6" w:space="0" w:color="B8C7C1"/>
              <w:bottom w:val="single" w:sz="6" w:space="0" w:color="B8C7C1"/>
              <w:right w:val="single" w:sz="6" w:space="0" w:color="B8C7C1"/>
            </w:tcBorders>
            <w:shd w:val="clear" w:color="auto" w:fill="F7FAF9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C0FBE34" w14:textId="77777777" w:rsidR="001650F9" w:rsidRDefault="00A8318B">
            <w:pPr>
              <w:jc w:val="center"/>
            </w:pPr>
            <w:r>
              <w:rPr>
                <w:b/>
                <w:color w:val="006747"/>
                <w:sz w:val="20"/>
              </w:rPr>
              <w:t>2</w:t>
            </w:r>
          </w:p>
        </w:tc>
        <w:tc>
          <w:tcPr>
            <w:tcW w:w="1080" w:type="dxa"/>
            <w:tcBorders>
              <w:top w:val="single" w:sz="6" w:space="0" w:color="B8C7C1"/>
              <w:left w:val="single" w:sz="6" w:space="0" w:color="B8C7C1"/>
              <w:bottom w:val="single" w:sz="6" w:space="0" w:color="B8C7C1"/>
              <w:right w:val="single" w:sz="6" w:space="0" w:color="B8C7C1"/>
            </w:tcBorders>
            <w:shd w:val="clear" w:color="auto" w:fill="F7FAF9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300C6E7" w14:textId="77777777" w:rsidR="001650F9" w:rsidRDefault="001650F9"/>
        </w:tc>
        <w:tc>
          <w:tcPr>
            <w:tcW w:w="864" w:type="dxa"/>
            <w:tcBorders>
              <w:top w:val="single" w:sz="6" w:space="0" w:color="B8C7C1"/>
              <w:left w:val="single" w:sz="6" w:space="0" w:color="B8C7C1"/>
              <w:bottom w:val="single" w:sz="6" w:space="0" w:color="B8C7C1"/>
              <w:right w:val="single" w:sz="6" w:space="0" w:color="B8C7C1"/>
            </w:tcBorders>
            <w:shd w:val="clear" w:color="auto" w:fill="F7FAF9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FDB68FB" w14:textId="77777777" w:rsidR="001650F9" w:rsidRDefault="001650F9"/>
        </w:tc>
        <w:tc>
          <w:tcPr>
            <w:tcW w:w="936" w:type="dxa"/>
            <w:tcBorders>
              <w:top w:val="single" w:sz="6" w:space="0" w:color="B8C7C1"/>
              <w:left w:val="single" w:sz="6" w:space="0" w:color="B8C7C1"/>
              <w:bottom w:val="single" w:sz="6" w:space="0" w:color="B8C7C1"/>
              <w:right w:val="single" w:sz="6" w:space="0" w:color="B8C7C1"/>
            </w:tcBorders>
            <w:shd w:val="clear" w:color="auto" w:fill="F7FAF9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F572F97" w14:textId="77777777" w:rsidR="001650F9" w:rsidRDefault="001650F9"/>
        </w:tc>
        <w:tc>
          <w:tcPr>
            <w:tcW w:w="2088" w:type="dxa"/>
            <w:tcBorders>
              <w:top w:val="single" w:sz="6" w:space="0" w:color="B8C7C1"/>
              <w:left w:val="single" w:sz="6" w:space="0" w:color="B8C7C1"/>
              <w:bottom w:val="single" w:sz="6" w:space="0" w:color="B8C7C1"/>
              <w:right w:val="single" w:sz="6" w:space="0" w:color="B8C7C1"/>
            </w:tcBorders>
            <w:shd w:val="clear" w:color="auto" w:fill="F7FAF9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EC9757F" w14:textId="77777777" w:rsidR="001650F9" w:rsidRDefault="001650F9"/>
        </w:tc>
        <w:tc>
          <w:tcPr>
            <w:tcW w:w="2736" w:type="dxa"/>
            <w:tcBorders>
              <w:top w:val="single" w:sz="6" w:space="0" w:color="B8C7C1"/>
              <w:left w:val="single" w:sz="6" w:space="0" w:color="B8C7C1"/>
              <w:bottom w:val="single" w:sz="6" w:space="0" w:color="B8C7C1"/>
              <w:right w:val="single" w:sz="6" w:space="0" w:color="B8C7C1"/>
            </w:tcBorders>
            <w:shd w:val="clear" w:color="auto" w:fill="F7FAF9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1AD411C" w14:textId="77777777" w:rsidR="001650F9" w:rsidRDefault="001650F9"/>
        </w:tc>
        <w:tc>
          <w:tcPr>
            <w:tcW w:w="2520" w:type="dxa"/>
            <w:tcBorders>
              <w:top w:val="single" w:sz="6" w:space="0" w:color="B8C7C1"/>
              <w:left w:val="single" w:sz="6" w:space="0" w:color="B8C7C1"/>
              <w:bottom w:val="single" w:sz="6" w:space="0" w:color="B8C7C1"/>
              <w:right w:val="single" w:sz="6" w:space="0" w:color="B8C7C1"/>
            </w:tcBorders>
            <w:shd w:val="clear" w:color="auto" w:fill="F7FAF9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EA79CF2" w14:textId="77777777" w:rsidR="001650F9" w:rsidRDefault="001650F9"/>
        </w:tc>
        <w:tc>
          <w:tcPr>
            <w:tcW w:w="3311" w:type="dxa"/>
            <w:tcBorders>
              <w:top w:val="single" w:sz="6" w:space="0" w:color="B8C7C1"/>
              <w:left w:val="single" w:sz="6" w:space="0" w:color="B8C7C1"/>
              <w:bottom w:val="single" w:sz="6" w:space="0" w:color="B8C7C1"/>
              <w:right w:val="single" w:sz="6" w:space="0" w:color="B8C7C1"/>
            </w:tcBorders>
            <w:shd w:val="clear" w:color="auto" w:fill="F7FAF9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F3CDE95" w14:textId="77777777" w:rsidR="001650F9" w:rsidRDefault="001650F9"/>
        </w:tc>
      </w:tr>
      <w:tr w:rsidR="001650F9" w14:paraId="76BB35E7" w14:textId="77777777">
        <w:trPr>
          <w:trHeight w:val="720"/>
          <w:jc w:val="center"/>
        </w:trPr>
        <w:tc>
          <w:tcPr>
            <w:tcW w:w="648" w:type="dxa"/>
            <w:tcBorders>
              <w:top w:val="single" w:sz="6" w:space="0" w:color="B8C7C1"/>
              <w:left w:val="single" w:sz="6" w:space="0" w:color="B8C7C1"/>
              <w:bottom w:val="single" w:sz="6" w:space="0" w:color="B8C7C1"/>
              <w:right w:val="single" w:sz="6" w:space="0" w:color="B8C7C1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9F87004" w14:textId="77777777" w:rsidR="001650F9" w:rsidRDefault="00A8318B">
            <w:pPr>
              <w:jc w:val="center"/>
            </w:pPr>
            <w:r>
              <w:rPr>
                <w:b/>
                <w:color w:val="006747"/>
                <w:sz w:val="20"/>
              </w:rPr>
              <w:t>3</w:t>
            </w:r>
          </w:p>
        </w:tc>
        <w:tc>
          <w:tcPr>
            <w:tcW w:w="1080" w:type="dxa"/>
            <w:tcBorders>
              <w:top w:val="single" w:sz="6" w:space="0" w:color="B8C7C1"/>
              <w:left w:val="single" w:sz="6" w:space="0" w:color="B8C7C1"/>
              <w:bottom w:val="single" w:sz="6" w:space="0" w:color="B8C7C1"/>
              <w:right w:val="single" w:sz="6" w:space="0" w:color="B8C7C1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AEE0CBE" w14:textId="77777777" w:rsidR="001650F9" w:rsidRDefault="001650F9"/>
        </w:tc>
        <w:tc>
          <w:tcPr>
            <w:tcW w:w="864" w:type="dxa"/>
            <w:tcBorders>
              <w:top w:val="single" w:sz="6" w:space="0" w:color="B8C7C1"/>
              <w:left w:val="single" w:sz="6" w:space="0" w:color="B8C7C1"/>
              <w:bottom w:val="single" w:sz="6" w:space="0" w:color="B8C7C1"/>
              <w:right w:val="single" w:sz="6" w:space="0" w:color="B8C7C1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96B8CD9" w14:textId="77777777" w:rsidR="001650F9" w:rsidRDefault="001650F9"/>
        </w:tc>
        <w:tc>
          <w:tcPr>
            <w:tcW w:w="936" w:type="dxa"/>
            <w:tcBorders>
              <w:top w:val="single" w:sz="6" w:space="0" w:color="B8C7C1"/>
              <w:left w:val="single" w:sz="6" w:space="0" w:color="B8C7C1"/>
              <w:bottom w:val="single" w:sz="6" w:space="0" w:color="B8C7C1"/>
              <w:right w:val="single" w:sz="6" w:space="0" w:color="B8C7C1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E0720AB" w14:textId="77777777" w:rsidR="001650F9" w:rsidRDefault="001650F9"/>
        </w:tc>
        <w:tc>
          <w:tcPr>
            <w:tcW w:w="2088" w:type="dxa"/>
            <w:tcBorders>
              <w:top w:val="single" w:sz="6" w:space="0" w:color="B8C7C1"/>
              <w:left w:val="single" w:sz="6" w:space="0" w:color="B8C7C1"/>
              <w:bottom w:val="single" w:sz="6" w:space="0" w:color="B8C7C1"/>
              <w:right w:val="single" w:sz="6" w:space="0" w:color="B8C7C1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27D3709" w14:textId="77777777" w:rsidR="001650F9" w:rsidRDefault="001650F9"/>
        </w:tc>
        <w:tc>
          <w:tcPr>
            <w:tcW w:w="2736" w:type="dxa"/>
            <w:tcBorders>
              <w:top w:val="single" w:sz="6" w:space="0" w:color="B8C7C1"/>
              <w:left w:val="single" w:sz="6" w:space="0" w:color="B8C7C1"/>
              <w:bottom w:val="single" w:sz="6" w:space="0" w:color="B8C7C1"/>
              <w:right w:val="single" w:sz="6" w:space="0" w:color="B8C7C1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8B511F0" w14:textId="77777777" w:rsidR="001650F9" w:rsidRDefault="001650F9"/>
        </w:tc>
        <w:tc>
          <w:tcPr>
            <w:tcW w:w="2520" w:type="dxa"/>
            <w:tcBorders>
              <w:top w:val="single" w:sz="6" w:space="0" w:color="B8C7C1"/>
              <w:left w:val="single" w:sz="6" w:space="0" w:color="B8C7C1"/>
              <w:bottom w:val="single" w:sz="6" w:space="0" w:color="B8C7C1"/>
              <w:right w:val="single" w:sz="6" w:space="0" w:color="B8C7C1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57DEA79" w14:textId="77777777" w:rsidR="001650F9" w:rsidRDefault="001650F9"/>
        </w:tc>
        <w:tc>
          <w:tcPr>
            <w:tcW w:w="3311" w:type="dxa"/>
            <w:tcBorders>
              <w:top w:val="single" w:sz="6" w:space="0" w:color="B8C7C1"/>
              <w:left w:val="single" w:sz="6" w:space="0" w:color="B8C7C1"/>
              <w:bottom w:val="single" w:sz="6" w:space="0" w:color="B8C7C1"/>
              <w:right w:val="single" w:sz="6" w:space="0" w:color="B8C7C1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A98E5F9" w14:textId="77777777" w:rsidR="001650F9" w:rsidRDefault="001650F9"/>
        </w:tc>
      </w:tr>
      <w:tr w:rsidR="001650F9" w14:paraId="1CB3247B" w14:textId="77777777">
        <w:trPr>
          <w:trHeight w:val="720"/>
          <w:jc w:val="center"/>
        </w:trPr>
        <w:tc>
          <w:tcPr>
            <w:tcW w:w="648" w:type="dxa"/>
            <w:tcBorders>
              <w:top w:val="single" w:sz="6" w:space="0" w:color="B8C7C1"/>
              <w:left w:val="single" w:sz="6" w:space="0" w:color="B8C7C1"/>
              <w:bottom w:val="single" w:sz="6" w:space="0" w:color="B8C7C1"/>
              <w:right w:val="single" w:sz="6" w:space="0" w:color="B8C7C1"/>
            </w:tcBorders>
            <w:shd w:val="clear" w:color="auto" w:fill="F7FAF9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70FE4D2" w14:textId="77777777" w:rsidR="001650F9" w:rsidRDefault="00A8318B">
            <w:pPr>
              <w:jc w:val="center"/>
            </w:pPr>
            <w:r>
              <w:rPr>
                <w:b/>
                <w:color w:val="006747"/>
                <w:sz w:val="20"/>
              </w:rPr>
              <w:t>4</w:t>
            </w:r>
          </w:p>
        </w:tc>
        <w:tc>
          <w:tcPr>
            <w:tcW w:w="1080" w:type="dxa"/>
            <w:tcBorders>
              <w:top w:val="single" w:sz="6" w:space="0" w:color="B8C7C1"/>
              <w:left w:val="single" w:sz="6" w:space="0" w:color="B8C7C1"/>
              <w:bottom w:val="single" w:sz="6" w:space="0" w:color="B8C7C1"/>
              <w:right w:val="single" w:sz="6" w:space="0" w:color="B8C7C1"/>
            </w:tcBorders>
            <w:shd w:val="clear" w:color="auto" w:fill="F7FAF9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7C9F02F" w14:textId="77777777" w:rsidR="001650F9" w:rsidRDefault="001650F9"/>
        </w:tc>
        <w:tc>
          <w:tcPr>
            <w:tcW w:w="864" w:type="dxa"/>
            <w:tcBorders>
              <w:top w:val="single" w:sz="6" w:space="0" w:color="B8C7C1"/>
              <w:left w:val="single" w:sz="6" w:space="0" w:color="B8C7C1"/>
              <w:bottom w:val="single" w:sz="6" w:space="0" w:color="B8C7C1"/>
              <w:right w:val="single" w:sz="6" w:space="0" w:color="B8C7C1"/>
            </w:tcBorders>
            <w:shd w:val="clear" w:color="auto" w:fill="F7FAF9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90FEEC6" w14:textId="77777777" w:rsidR="001650F9" w:rsidRDefault="001650F9"/>
        </w:tc>
        <w:tc>
          <w:tcPr>
            <w:tcW w:w="936" w:type="dxa"/>
            <w:tcBorders>
              <w:top w:val="single" w:sz="6" w:space="0" w:color="B8C7C1"/>
              <w:left w:val="single" w:sz="6" w:space="0" w:color="B8C7C1"/>
              <w:bottom w:val="single" w:sz="6" w:space="0" w:color="B8C7C1"/>
              <w:right w:val="single" w:sz="6" w:space="0" w:color="B8C7C1"/>
            </w:tcBorders>
            <w:shd w:val="clear" w:color="auto" w:fill="F7FAF9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3480882" w14:textId="77777777" w:rsidR="001650F9" w:rsidRDefault="001650F9"/>
        </w:tc>
        <w:tc>
          <w:tcPr>
            <w:tcW w:w="2088" w:type="dxa"/>
            <w:tcBorders>
              <w:top w:val="single" w:sz="6" w:space="0" w:color="B8C7C1"/>
              <w:left w:val="single" w:sz="6" w:space="0" w:color="B8C7C1"/>
              <w:bottom w:val="single" w:sz="6" w:space="0" w:color="B8C7C1"/>
              <w:right w:val="single" w:sz="6" w:space="0" w:color="B8C7C1"/>
            </w:tcBorders>
            <w:shd w:val="clear" w:color="auto" w:fill="F7FAF9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D7B3041" w14:textId="77777777" w:rsidR="001650F9" w:rsidRDefault="001650F9"/>
        </w:tc>
        <w:tc>
          <w:tcPr>
            <w:tcW w:w="2736" w:type="dxa"/>
            <w:tcBorders>
              <w:top w:val="single" w:sz="6" w:space="0" w:color="B8C7C1"/>
              <w:left w:val="single" w:sz="6" w:space="0" w:color="B8C7C1"/>
              <w:bottom w:val="single" w:sz="6" w:space="0" w:color="B8C7C1"/>
              <w:right w:val="single" w:sz="6" w:space="0" w:color="B8C7C1"/>
            </w:tcBorders>
            <w:shd w:val="clear" w:color="auto" w:fill="F7FAF9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9F6FCF7" w14:textId="77777777" w:rsidR="001650F9" w:rsidRDefault="001650F9"/>
        </w:tc>
        <w:tc>
          <w:tcPr>
            <w:tcW w:w="2520" w:type="dxa"/>
            <w:tcBorders>
              <w:top w:val="single" w:sz="6" w:space="0" w:color="B8C7C1"/>
              <w:left w:val="single" w:sz="6" w:space="0" w:color="B8C7C1"/>
              <w:bottom w:val="single" w:sz="6" w:space="0" w:color="B8C7C1"/>
              <w:right w:val="single" w:sz="6" w:space="0" w:color="B8C7C1"/>
            </w:tcBorders>
            <w:shd w:val="clear" w:color="auto" w:fill="F7FAF9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35350EB" w14:textId="77777777" w:rsidR="001650F9" w:rsidRDefault="001650F9"/>
        </w:tc>
        <w:tc>
          <w:tcPr>
            <w:tcW w:w="3311" w:type="dxa"/>
            <w:tcBorders>
              <w:top w:val="single" w:sz="6" w:space="0" w:color="B8C7C1"/>
              <w:left w:val="single" w:sz="6" w:space="0" w:color="B8C7C1"/>
              <w:bottom w:val="single" w:sz="6" w:space="0" w:color="B8C7C1"/>
              <w:right w:val="single" w:sz="6" w:space="0" w:color="B8C7C1"/>
            </w:tcBorders>
            <w:shd w:val="clear" w:color="auto" w:fill="F7FAF9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E542243" w14:textId="77777777" w:rsidR="001650F9" w:rsidRDefault="001650F9"/>
        </w:tc>
      </w:tr>
      <w:tr w:rsidR="001650F9" w14:paraId="248F9676" w14:textId="77777777">
        <w:trPr>
          <w:trHeight w:val="720"/>
          <w:jc w:val="center"/>
        </w:trPr>
        <w:tc>
          <w:tcPr>
            <w:tcW w:w="648" w:type="dxa"/>
            <w:tcBorders>
              <w:top w:val="single" w:sz="6" w:space="0" w:color="B8C7C1"/>
              <w:left w:val="single" w:sz="6" w:space="0" w:color="B8C7C1"/>
              <w:bottom w:val="single" w:sz="6" w:space="0" w:color="B8C7C1"/>
              <w:right w:val="single" w:sz="6" w:space="0" w:color="B8C7C1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F8B48BE" w14:textId="77777777" w:rsidR="001650F9" w:rsidRDefault="00A8318B">
            <w:pPr>
              <w:jc w:val="center"/>
            </w:pPr>
            <w:r>
              <w:rPr>
                <w:b/>
                <w:color w:val="006747"/>
                <w:sz w:val="20"/>
              </w:rPr>
              <w:t>5</w:t>
            </w:r>
          </w:p>
        </w:tc>
        <w:tc>
          <w:tcPr>
            <w:tcW w:w="1080" w:type="dxa"/>
            <w:tcBorders>
              <w:top w:val="single" w:sz="6" w:space="0" w:color="B8C7C1"/>
              <w:left w:val="single" w:sz="6" w:space="0" w:color="B8C7C1"/>
              <w:bottom w:val="single" w:sz="6" w:space="0" w:color="B8C7C1"/>
              <w:right w:val="single" w:sz="6" w:space="0" w:color="B8C7C1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D72747E" w14:textId="77777777" w:rsidR="001650F9" w:rsidRDefault="001650F9"/>
        </w:tc>
        <w:tc>
          <w:tcPr>
            <w:tcW w:w="864" w:type="dxa"/>
            <w:tcBorders>
              <w:top w:val="single" w:sz="6" w:space="0" w:color="B8C7C1"/>
              <w:left w:val="single" w:sz="6" w:space="0" w:color="B8C7C1"/>
              <w:bottom w:val="single" w:sz="6" w:space="0" w:color="B8C7C1"/>
              <w:right w:val="single" w:sz="6" w:space="0" w:color="B8C7C1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AEBECF3" w14:textId="77777777" w:rsidR="001650F9" w:rsidRDefault="001650F9"/>
        </w:tc>
        <w:tc>
          <w:tcPr>
            <w:tcW w:w="936" w:type="dxa"/>
            <w:tcBorders>
              <w:top w:val="single" w:sz="6" w:space="0" w:color="B8C7C1"/>
              <w:left w:val="single" w:sz="6" w:space="0" w:color="B8C7C1"/>
              <w:bottom w:val="single" w:sz="6" w:space="0" w:color="B8C7C1"/>
              <w:right w:val="single" w:sz="6" w:space="0" w:color="B8C7C1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7EE04AF" w14:textId="77777777" w:rsidR="001650F9" w:rsidRDefault="001650F9"/>
        </w:tc>
        <w:tc>
          <w:tcPr>
            <w:tcW w:w="2088" w:type="dxa"/>
            <w:tcBorders>
              <w:top w:val="single" w:sz="6" w:space="0" w:color="B8C7C1"/>
              <w:left w:val="single" w:sz="6" w:space="0" w:color="B8C7C1"/>
              <w:bottom w:val="single" w:sz="6" w:space="0" w:color="B8C7C1"/>
              <w:right w:val="single" w:sz="6" w:space="0" w:color="B8C7C1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136A8B0" w14:textId="77777777" w:rsidR="001650F9" w:rsidRDefault="001650F9"/>
        </w:tc>
        <w:tc>
          <w:tcPr>
            <w:tcW w:w="2736" w:type="dxa"/>
            <w:tcBorders>
              <w:top w:val="single" w:sz="6" w:space="0" w:color="B8C7C1"/>
              <w:left w:val="single" w:sz="6" w:space="0" w:color="B8C7C1"/>
              <w:bottom w:val="single" w:sz="6" w:space="0" w:color="B8C7C1"/>
              <w:right w:val="single" w:sz="6" w:space="0" w:color="B8C7C1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8F205D6" w14:textId="77777777" w:rsidR="001650F9" w:rsidRDefault="001650F9"/>
        </w:tc>
        <w:tc>
          <w:tcPr>
            <w:tcW w:w="2520" w:type="dxa"/>
            <w:tcBorders>
              <w:top w:val="single" w:sz="6" w:space="0" w:color="B8C7C1"/>
              <w:left w:val="single" w:sz="6" w:space="0" w:color="B8C7C1"/>
              <w:bottom w:val="single" w:sz="6" w:space="0" w:color="B8C7C1"/>
              <w:right w:val="single" w:sz="6" w:space="0" w:color="B8C7C1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7D6A86D" w14:textId="77777777" w:rsidR="001650F9" w:rsidRDefault="001650F9"/>
        </w:tc>
        <w:tc>
          <w:tcPr>
            <w:tcW w:w="3311" w:type="dxa"/>
            <w:tcBorders>
              <w:top w:val="single" w:sz="6" w:space="0" w:color="B8C7C1"/>
              <w:left w:val="single" w:sz="6" w:space="0" w:color="B8C7C1"/>
              <w:bottom w:val="single" w:sz="6" w:space="0" w:color="B8C7C1"/>
              <w:right w:val="single" w:sz="6" w:space="0" w:color="B8C7C1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1084018" w14:textId="77777777" w:rsidR="001650F9" w:rsidRDefault="001650F9"/>
        </w:tc>
      </w:tr>
      <w:tr w:rsidR="001650F9" w14:paraId="41BCC62B" w14:textId="77777777">
        <w:trPr>
          <w:trHeight w:val="720"/>
          <w:jc w:val="center"/>
        </w:trPr>
        <w:tc>
          <w:tcPr>
            <w:tcW w:w="648" w:type="dxa"/>
            <w:tcBorders>
              <w:top w:val="single" w:sz="6" w:space="0" w:color="B8C7C1"/>
              <w:left w:val="single" w:sz="6" w:space="0" w:color="B8C7C1"/>
              <w:bottom w:val="single" w:sz="6" w:space="0" w:color="B8C7C1"/>
              <w:right w:val="single" w:sz="6" w:space="0" w:color="B8C7C1"/>
            </w:tcBorders>
            <w:shd w:val="clear" w:color="auto" w:fill="F7FAF9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38BFA1F" w14:textId="77777777" w:rsidR="001650F9" w:rsidRDefault="00A8318B">
            <w:pPr>
              <w:jc w:val="center"/>
            </w:pPr>
            <w:r>
              <w:rPr>
                <w:b/>
                <w:color w:val="006747"/>
                <w:sz w:val="20"/>
              </w:rPr>
              <w:t>6</w:t>
            </w:r>
          </w:p>
        </w:tc>
        <w:tc>
          <w:tcPr>
            <w:tcW w:w="1080" w:type="dxa"/>
            <w:tcBorders>
              <w:top w:val="single" w:sz="6" w:space="0" w:color="B8C7C1"/>
              <w:left w:val="single" w:sz="6" w:space="0" w:color="B8C7C1"/>
              <w:bottom w:val="single" w:sz="6" w:space="0" w:color="B8C7C1"/>
              <w:right w:val="single" w:sz="6" w:space="0" w:color="B8C7C1"/>
            </w:tcBorders>
            <w:shd w:val="clear" w:color="auto" w:fill="F7FAF9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C073528" w14:textId="77777777" w:rsidR="001650F9" w:rsidRDefault="001650F9"/>
        </w:tc>
        <w:tc>
          <w:tcPr>
            <w:tcW w:w="864" w:type="dxa"/>
            <w:tcBorders>
              <w:top w:val="single" w:sz="6" w:space="0" w:color="B8C7C1"/>
              <w:left w:val="single" w:sz="6" w:space="0" w:color="B8C7C1"/>
              <w:bottom w:val="single" w:sz="6" w:space="0" w:color="B8C7C1"/>
              <w:right w:val="single" w:sz="6" w:space="0" w:color="B8C7C1"/>
            </w:tcBorders>
            <w:shd w:val="clear" w:color="auto" w:fill="F7FAF9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B8EF45B" w14:textId="77777777" w:rsidR="001650F9" w:rsidRDefault="001650F9"/>
        </w:tc>
        <w:tc>
          <w:tcPr>
            <w:tcW w:w="936" w:type="dxa"/>
            <w:tcBorders>
              <w:top w:val="single" w:sz="6" w:space="0" w:color="B8C7C1"/>
              <w:left w:val="single" w:sz="6" w:space="0" w:color="B8C7C1"/>
              <w:bottom w:val="single" w:sz="6" w:space="0" w:color="B8C7C1"/>
              <w:right w:val="single" w:sz="6" w:space="0" w:color="B8C7C1"/>
            </w:tcBorders>
            <w:shd w:val="clear" w:color="auto" w:fill="F7FAF9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6412313" w14:textId="77777777" w:rsidR="001650F9" w:rsidRDefault="001650F9"/>
        </w:tc>
        <w:tc>
          <w:tcPr>
            <w:tcW w:w="2088" w:type="dxa"/>
            <w:tcBorders>
              <w:top w:val="single" w:sz="6" w:space="0" w:color="B8C7C1"/>
              <w:left w:val="single" w:sz="6" w:space="0" w:color="B8C7C1"/>
              <w:bottom w:val="single" w:sz="6" w:space="0" w:color="B8C7C1"/>
              <w:right w:val="single" w:sz="6" w:space="0" w:color="B8C7C1"/>
            </w:tcBorders>
            <w:shd w:val="clear" w:color="auto" w:fill="F7FAF9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BEB457A" w14:textId="77777777" w:rsidR="001650F9" w:rsidRDefault="001650F9"/>
        </w:tc>
        <w:tc>
          <w:tcPr>
            <w:tcW w:w="2736" w:type="dxa"/>
            <w:tcBorders>
              <w:top w:val="single" w:sz="6" w:space="0" w:color="B8C7C1"/>
              <w:left w:val="single" w:sz="6" w:space="0" w:color="B8C7C1"/>
              <w:bottom w:val="single" w:sz="6" w:space="0" w:color="B8C7C1"/>
              <w:right w:val="single" w:sz="6" w:space="0" w:color="B8C7C1"/>
            </w:tcBorders>
            <w:shd w:val="clear" w:color="auto" w:fill="F7FAF9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BD52E49" w14:textId="77777777" w:rsidR="001650F9" w:rsidRDefault="001650F9"/>
        </w:tc>
        <w:tc>
          <w:tcPr>
            <w:tcW w:w="2520" w:type="dxa"/>
            <w:tcBorders>
              <w:top w:val="single" w:sz="6" w:space="0" w:color="B8C7C1"/>
              <w:left w:val="single" w:sz="6" w:space="0" w:color="B8C7C1"/>
              <w:bottom w:val="single" w:sz="6" w:space="0" w:color="B8C7C1"/>
              <w:right w:val="single" w:sz="6" w:space="0" w:color="B8C7C1"/>
            </w:tcBorders>
            <w:shd w:val="clear" w:color="auto" w:fill="F7FAF9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C5DA5F8" w14:textId="77777777" w:rsidR="001650F9" w:rsidRDefault="001650F9"/>
        </w:tc>
        <w:tc>
          <w:tcPr>
            <w:tcW w:w="3311" w:type="dxa"/>
            <w:tcBorders>
              <w:top w:val="single" w:sz="6" w:space="0" w:color="B8C7C1"/>
              <w:left w:val="single" w:sz="6" w:space="0" w:color="B8C7C1"/>
              <w:bottom w:val="single" w:sz="6" w:space="0" w:color="B8C7C1"/>
              <w:right w:val="single" w:sz="6" w:space="0" w:color="B8C7C1"/>
            </w:tcBorders>
            <w:shd w:val="clear" w:color="auto" w:fill="F7FAF9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FB51A3F" w14:textId="77777777" w:rsidR="001650F9" w:rsidRDefault="001650F9"/>
        </w:tc>
      </w:tr>
    </w:tbl>
    <w:p w14:paraId="020B2CF4" w14:textId="6BF24D49" w:rsidR="001650F9" w:rsidRDefault="001650F9"/>
    <w:p w14:paraId="01C82B24" w14:textId="77777777" w:rsidR="001650F9" w:rsidRDefault="00A8318B">
      <w:pPr>
        <w:spacing w:after="40"/>
      </w:pPr>
      <w:r>
        <w:rPr>
          <w:b/>
          <w:color w:val="006747"/>
          <w:sz w:val="30"/>
        </w:rPr>
        <w:t>MAINE LTC/SNF 12-DRILL TRACKER - CONTINUED</w:t>
      </w:r>
    </w:p>
    <w:p w14:paraId="772BB4C8" w14:textId="77777777" w:rsidR="001650F9" w:rsidRDefault="00A8318B">
      <w:pPr>
        <w:spacing w:after="100"/>
      </w:pPr>
      <w:r>
        <w:rPr>
          <w:color w:val="4B4B4B"/>
        </w:rPr>
        <w:t>Facility / Organization: ________________________________    Calendar Year: __________</w:t>
      </w:r>
    </w:p>
    <w:p w14:paraId="62C3500A" w14:textId="77777777" w:rsidR="001650F9" w:rsidRDefault="00A8318B">
      <w:pPr>
        <w:spacing w:before="120" w:after="60"/>
      </w:pPr>
      <w:r>
        <w:rPr>
          <w:b/>
          <w:color w:val="006747"/>
          <w:sz w:val="22"/>
        </w:rPr>
        <w:t>DRILL RECORDS 7-12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48"/>
        <w:gridCol w:w="1080"/>
        <w:gridCol w:w="864"/>
        <w:gridCol w:w="936"/>
        <w:gridCol w:w="2088"/>
        <w:gridCol w:w="2736"/>
        <w:gridCol w:w="2520"/>
        <w:gridCol w:w="3311"/>
      </w:tblGrid>
      <w:tr w:rsidR="001650F9" w14:paraId="3F7C925F" w14:textId="77777777">
        <w:trPr>
          <w:trHeight w:val="420"/>
          <w:tblHeader/>
          <w:jc w:val="center"/>
        </w:trPr>
        <w:tc>
          <w:tcPr>
            <w:tcW w:w="648" w:type="dxa"/>
            <w:tcBorders>
              <w:top w:val="single" w:sz="6" w:space="0" w:color="B8C7C1"/>
              <w:left w:val="single" w:sz="6" w:space="0" w:color="B8C7C1"/>
              <w:bottom w:val="single" w:sz="6" w:space="0" w:color="B8C7C1"/>
              <w:right w:val="single" w:sz="6" w:space="0" w:color="B8C7C1"/>
            </w:tcBorders>
            <w:shd w:val="clear" w:color="auto" w:fill="006747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9E27DD9" w14:textId="77777777" w:rsidR="001650F9" w:rsidRDefault="00A8318B">
            <w:pPr>
              <w:jc w:val="center"/>
            </w:pPr>
            <w:r>
              <w:rPr>
                <w:b/>
                <w:color w:val="FFFFFF"/>
                <w:sz w:val="16"/>
              </w:rPr>
              <w:t>#</w:t>
            </w:r>
          </w:p>
        </w:tc>
        <w:tc>
          <w:tcPr>
            <w:tcW w:w="1080" w:type="dxa"/>
            <w:tcBorders>
              <w:top w:val="single" w:sz="6" w:space="0" w:color="B8C7C1"/>
              <w:left w:val="single" w:sz="6" w:space="0" w:color="B8C7C1"/>
              <w:bottom w:val="single" w:sz="6" w:space="0" w:color="B8C7C1"/>
              <w:right w:val="single" w:sz="6" w:space="0" w:color="B8C7C1"/>
            </w:tcBorders>
            <w:shd w:val="clear" w:color="auto" w:fill="006747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102F575" w14:textId="77777777" w:rsidR="001650F9" w:rsidRDefault="00A8318B">
            <w:pPr>
              <w:jc w:val="center"/>
            </w:pPr>
            <w:r>
              <w:rPr>
                <w:b/>
                <w:color w:val="FFFFFF"/>
                <w:sz w:val="16"/>
              </w:rPr>
              <w:t>Date</w:t>
            </w:r>
          </w:p>
        </w:tc>
        <w:tc>
          <w:tcPr>
            <w:tcW w:w="864" w:type="dxa"/>
            <w:tcBorders>
              <w:top w:val="single" w:sz="6" w:space="0" w:color="B8C7C1"/>
              <w:left w:val="single" w:sz="6" w:space="0" w:color="B8C7C1"/>
              <w:bottom w:val="single" w:sz="6" w:space="0" w:color="B8C7C1"/>
              <w:right w:val="single" w:sz="6" w:space="0" w:color="B8C7C1"/>
            </w:tcBorders>
            <w:shd w:val="clear" w:color="auto" w:fill="006747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98F3449" w14:textId="77777777" w:rsidR="001650F9" w:rsidRDefault="00A8318B">
            <w:pPr>
              <w:jc w:val="center"/>
            </w:pPr>
            <w:r>
              <w:rPr>
                <w:b/>
                <w:color w:val="FFFFFF"/>
                <w:sz w:val="16"/>
              </w:rPr>
              <w:t>Time</w:t>
            </w:r>
          </w:p>
        </w:tc>
        <w:tc>
          <w:tcPr>
            <w:tcW w:w="936" w:type="dxa"/>
            <w:tcBorders>
              <w:top w:val="single" w:sz="6" w:space="0" w:color="B8C7C1"/>
              <w:left w:val="single" w:sz="6" w:space="0" w:color="B8C7C1"/>
              <w:bottom w:val="single" w:sz="6" w:space="0" w:color="B8C7C1"/>
              <w:right w:val="single" w:sz="6" w:space="0" w:color="B8C7C1"/>
            </w:tcBorders>
            <w:shd w:val="clear" w:color="auto" w:fill="006747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5D5C9DC" w14:textId="77777777" w:rsidR="001650F9" w:rsidRDefault="00A8318B">
            <w:pPr>
              <w:jc w:val="center"/>
            </w:pPr>
            <w:r>
              <w:rPr>
                <w:b/>
                <w:color w:val="FFFFFF"/>
                <w:sz w:val="16"/>
              </w:rPr>
              <w:t>Shift</w:t>
            </w:r>
          </w:p>
        </w:tc>
        <w:tc>
          <w:tcPr>
            <w:tcW w:w="2088" w:type="dxa"/>
            <w:tcBorders>
              <w:top w:val="single" w:sz="6" w:space="0" w:color="B8C7C1"/>
              <w:left w:val="single" w:sz="6" w:space="0" w:color="B8C7C1"/>
              <w:bottom w:val="single" w:sz="6" w:space="0" w:color="B8C7C1"/>
              <w:right w:val="single" w:sz="6" w:space="0" w:color="B8C7C1"/>
            </w:tcBorders>
            <w:shd w:val="clear" w:color="auto" w:fill="006747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5ADCD18" w14:textId="77777777" w:rsidR="001650F9" w:rsidRDefault="00A8318B">
            <w:pPr>
              <w:jc w:val="center"/>
            </w:pPr>
            <w:r>
              <w:rPr>
                <w:b/>
                <w:color w:val="FFFFFF"/>
                <w:sz w:val="16"/>
              </w:rPr>
              <w:t>Scenario / Drill Focus</w:t>
            </w:r>
          </w:p>
        </w:tc>
        <w:tc>
          <w:tcPr>
            <w:tcW w:w="2736" w:type="dxa"/>
            <w:tcBorders>
              <w:top w:val="single" w:sz="6" w:space="0" w:color="B8C7C1"/>
              <w:left w:val="single" w:sz="6" w:space="0" w:color="B8C7C1"/>
              <w:bottom w:val="single" w:sz="6" w:space="0" w:color="B8C7C1"/>
              <w:right w:val="single" w:sz="6" w:space="0" w:color="B8C7C1"/>
            </w:tcBorders>
            <w:shd w:val="clear" w:color="auto" w:fill="006747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7A1F932" w14:textId="77777777" w:rsidR="001650F9" w:rsidRDefault="00A8318B">
            <w:pPr>
              <w:jc w:val="center"/>
            </w:pPr>
            <w:r>
              <w:rPr>
                <w:b/>
                <w:color w:val="FFFFFF"/>
                <w:sz w:val="16"/>
              </w:rPr>
              <w:t>Staff Performance</w:t>
            </w:r>
          </w:p>
        </w:tc>
        <w:tc>
          <w:tcPr>
            <w:tcW w:w="2520" w:type="dxa"/>
            <w:tcBorders>
              <w:top w:val="single" w:sz="6" w:space="0" w:color="B8C7C1"/>
              <w:left w:val="single" w:sz="6" w:space="0" w:color="B8C7C1"/>
              <w:bottom w:val="single" w:sz="6" w:space="0" w:color="B8C7C1"/>
              <w:right w:val="single" w:sz="6" w:space="0" w:color="B8C7C1"/>
            </w:tcBorders>
            <w:shd w:val="clear" w:color="auto" w:fill="006747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BE1C715" w14:textId="77777777" w:rsidR="001650F9" w:rsidRDefault="00A8318B">
            <w:pPr>
              <w:jc w:val="center"/>
            </w:pPr>
            <w:r>
              <w:rPr>
                <w:b/>
                <w:color w:val="FFFFFF"/>
                <w:sz w:val="16"/>
              </w:rPr>
              <w:t>Results / Findings</w:t>
            </w:r>
          </w:p>
        </w:tc>
        <w:tc>
          <w:tcPr>
            <w:tcW w:w="3311" w:type="dxa"/>
            <w:tcBorders>
              <w:top w:val="single" w:sz="6" w:space="0" w:color="B8C7C1"/>
              <w:left w:val="single" w:sz="6" w:space="0" w:color="B8C7C1"/>
              <w:bottom w:val="single" w:sz="6" w:space="0" w:color="B8C7C1"/>
              <w:right w:val="single" w:sz="6" w:space="0" w:color="B8C7C1"/>
            </w:tcBorders>
            <w:shd w:val="clear" w:color="auto" w:fill="006747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F9F5B41" w14:textId="77777777" w:rsidR="001650F9" w:rsidRDefault="00A8318B">
            <w:pPr>
              <w:jc w:val="center"/>
            </w:pPr>
            <w:r>
              <w:rPr>
                <w:b/>
                <w:color w:val="FFFFFF"/>
                <w:sz w:val="16"/>
              </w:rPr>
              <w:t>Corrective Measures / Follow-Up</w:t>
            </w:r>
          </w:p>
        </w:tc>
      </w:tr>
      <w:tr w:rsidR="001650F9" w14:paraId="66F8D5CC" w14:textId="77777777">
        <w:trPr>
          <w:trHeight w:val="720"/>
          <w:jc w:val="center"/>
        </w:trPr>
        <w:tc>
          <w:tcPr>
            <w:tcW w:w="648" w:type="dxa"/>
            <w:tcBorders>
              <w:top w:val="single" w:sz="6" w:space="0" w:color="B8C7C1"/>
              <w:left w:val="single" w:sz="6" w:space="0" w:color="B8C7C1"/>
              <w:bottom w:val="single" w:sz="6" w:space="0" w:color="B8C7C1"/>
              <w:right w:val="single" w:sz="6" w:space="0" w:color="B8C7C1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9082479" w14:textId="77777777" w:rsidR="001650F9" w:rsidRDefault="00A8318B">
            <w:pPr>
              <w:jc w:val="center"/>
            </w:pPr>
            <w:r>
              <w:rPr>
                <w:b/>
                <w:color w:val="006747"/>
                <w:sz w:val="20"/>
              </w:rPr>
              <w:t>7</w:t>
            </w:r>
          </w:p>
        </w:tc>
        <w:tc>
          <w:tcPr>
            <w:tcW w:w="1080" w:type="dxa"/>
            <w:tcBorders>
              <w:top w:val="single" w:sz="6" w:space="0" w:color="B8C7C1"/>
              <w:left w:val="single" w:sz="6" w:space="0" w:color="B8C7C1"/>
              <w:bottom w:val="single" w:sz="6" w:space="0" w:color="B8C7C1"/>
              <w:right w:val="single" w:sz="6" w:space="0" w:color="B8C7C1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86C0741" w14:textId="77777777" w:rsidR="001650F9" w:rsidRDefault="001650F9"/>
        </w:tc>
        <w:tc>
          <w:tcPr>
            <w:tcW w:w="864" w:type="dxa"/>
            <w:tcBorders>
              <w:top w:val="single" w:sz="6" w:space="0" w:color="B8C7C1"/>
              <w:left w:val="single" w:sz="6" w:space="0" w:color="B8C7C1"/>
              <w:bottom w:val="single" w:sz="6" w:space="0" w:color="B8C7C1"/>
              <w:right w:val="single" w:sz="6" w:space="0" w:color="B8C7C1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35F2587" w14:textId="77777777" w:rsidR="001650F9" w:rsidRDefault="001650F9"/>
        </w:tc>
        <w:tc>
          <w:tcPr>
            <w:tcW w:w="936" w:type="dxa"/>
            <w:tcBorders>
              <w:top w:val="single" w:sz="6" w:space="0" w:color="B8C7C1"/>
              <w:left w:val="single" w:sz="6" w:space="0" w:color="B8C7C1"/>
              <w:bottom w:val="single" w:sz="6" w:space="0" w:color="B8C7C1"/>
              <w:right w:val="single" w:sz="6" w:space="0" w:color="B8C7C1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42F6883" w14:textId="77777777" w:rsidR="001650F9" w:rsidRDefault="001650F9"/>
        </w:tc>
        <w:tc>
          <w:tcPr>
            <w:tcW w:w="2088" w:type="dxa"/>
            <w:tcBorders>
              <w:top w:val="single" w:sz="6" w:space="0" w:color="B8C7C1"/>
              <w:left w:val="single" w:sz="6" w:space="0" w:color="B8C7C1"/>
              <w:bottom w:val="single" w:sz="6" w:space="0" w:color="B8C7C1"/>
              <w:right w:val="single" w:sz="6" w:space="0" w:color="B8C7C1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9C93377" w14:textId="77777777" w:rsidR="001650F9" w:rsidRDefault="001650F9"/>
        </w:tc>
        <w:tc>
          <w:tcPr>
            <w:tcW w:w="2736" w:type="dxa"/>
            <w:tcBorders>
              <w:top w:val="single" w:sz="6" w:space="0" w:color="B8C7C1"/>
              <w:left w:val="single" w:sz="6" w:space="0" w:color="B8C7C1"/>
              <w:bottom w:val="single" w:sz="6" w:space="0" w:color="B8C7C1"/>
              <w:right w:val="single" w:sz="6" w:space="0" w:color="B8C7C1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6C8602E" w14:textId="77777777" w:rsidR="001650F9" w:rsidRDefault="001650F9"/>
        </w:tc>
        <w:tc>
          <w:tcPr>
            <w:tcW w:w="2520" w:type="dxa"/>
            <w:tcBorders>
              <w:top w:val="single" w:sz="6" w:space="0" w:color="B8C7C1"/>
              <w:left w:val="single" w:sz="6" w:space="0" w:color="B8C7C1"/>
              <w:bottom w:val="single" w:sz="6" w:space="0" w:color="B8C7C1"/>
              <w:right w:val="single" w:sz="6" w:space="0" w:color="B8C7C1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01E999B" w14:textId="77777777" w:rsidR="001650F9" w:rsidRDefault="001650F9"/>
        </w:tc>
        <w:tc>
          <w:tcPr>
            <w:tcW w:w="3311" w:type="dxa"/>
            <w:tcBorders>
              <w:top w:val="single" w:sz="6" w:space="0" w:color="B8C7C1"/>
              <w:left w:val="single" w:sz="6" w:space="0" w:color="B8C7C1"/>
              <w:bottom w:val="single" w:sz="6" w:space="0" w:color="B8C7C1"/>
              <w:right w:val="single" w:sz="6" w:space="0" w:color="B8C7C1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0F7A16D" w14:textId="77777777" w:rsidR="001650F9" w:rsidRDefault="001650F9"/>
        </w:tc>
      </w:tr>
      <w:tr w:rsidR="001650F9" w14:paraId="293453E6" w14:textId="77777777">
        <w:trPr>
          <w:trHeight w:val="720"/>
          <w:jc w:val="center"/>
        </w:trPr>
        <w:tc>
          <w:tcPr>
            <w:tcW w:w="648" w:type="dxa"/>
            <w:tcBorders>
              <w:top w:val="single" w:sz="6" w:space="0" w:color="B8C7C1"/>
              <w:left w:val="single" w:sz="6" w:space="0" w:color="B8C7C1"/>
              <w:bottom w:val="single" w:sz="6" w:space="0" w:color="B8C7C1"/>
              <w:right w:val="single" w:sz="6" w:space="0" w:color="B8C7C1"/>
            </w:tcBorders>
            <w:shd w:val="clear" w:color="auto" w:fill="F7FAF9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32ECF0B" w14:textId="77777777" w:rsidR="001650F9" w:rsidRDefault="00A8318B">
            <w:pPr>
              <w:jc w:val="center"/>
            </w:pPr>
            <w:r>
              <w:rPr>
                <w:b/>
                <w:color w:val="006747"/>
                <w:sz w:val="20"/>
              </w:rPr>
              <w:t>8</w:t>
            </w:r>
          </w:p>
        </w:tc>
        <w:tc>
          <w:tcPr>
            <w:tcW w:w="1080" w:type="dxa"/>
            <w:tcBorders>
              <w:top w:val="single" w:sz="6" w:space="0" w:color="B8C7C1"/>
              <w:left w:val="single" w:sz="6" w:space="0" w:color="B8C7C1"/>
              <w:bottom w:val="single" w:sz="6" w:space="0" w:color="B8C7C1"/>
              <w:right w:val="single" w:sz="6" w:space="0" w:color="B8C7C1"/>
            </w:tcBorders>
            <w:shd w:val="clear" w:color="auto" w:fill="F7FAF9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5C9D453" w14:textId="77777777" w:rsidR="001650F9" w:rsidRDefault="001650F9"/>
        </w:tc>
        <w:tc>
          <w:tcPr>
            <w:tcW w:w="864" w:type="dxa"/>
            <w:tcBorders>
              <w:top w:val="single" w:sz="6" w:space="0" w:color="B8C7C1"/>
              <w:left w:val="single" w:sz="6" w:space="0" w:color="B8C7C1"/>
              <w:bottom w:val="single" w:sz="6" w:space="0" w:color="B8C7C1"/>
              <w:right w:val="single" w:sz="6" w:space="0" w:color="B8C7C1"/>
            </w:tcBorders>
            <w:shd w:val="clear" w:color="auto" w:fill="F7FAF9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AE373C2" w14:textId="77777777" w:rsidR="001650F9" w:rsidRDefault="001650F9"/>
        </w:tc>
        <w:tc>
          <w:tcPr>
            <w:tcW w:w="936" w:type="dxa"/>
            <w:tcBorders>
              <w:top w:val="single" w:sz="6" w:space="0" w:color="B8C7C1"/>
              <w:left w:val="single" w:sz="6" w:space="0" w:color="B8C7C1"/>
              <w:bottom w:val="single" w:sz="6" w:space="0" w:color="B8C7C1"/>
              <w:right w:val="single" w:sz="6" w:space="0" w:color="B8C7C1"/>
            </w:tcBorders>
            <w:shd w:val="clear" w:color="auto" w:fill="F7FAF9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2DC99C4" w14:textId="77777777" w:rsidR="001650F9" w:rsidRDefault="001650F9"/>
        </w:tc>
        <w:tc>
          <w:tcPr>
            <w:tcW w:w="2088" w:type="dxa"/>
            <w:tcBorders>
              <w:top w:val="single" w:sz="6" w:space="0" w:color="B8C7C1"/>
              <w:left w:val="single" w:sz="6" w:space="0" w:color="B8C7C1"/>
              <w:bottom w:val="single" w:sz="6" w:space="0" w:color="B8C7C1"/>
              <w:right w:val="single" w:sz="6" w:space="0" w:color="B8C7C1"/>
            </w:tcBorders>
            <w:shd w:val="clear" w:color="auto" w:fill="F7FAF9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403C832" w14:textId="77777777" w:rsidR="001650F9" w:rsidRDefault="001650F9"/>
        </w:tc>
        <w:tc>
          <w:tcPr>
            <w:tcW w:w="2736" w:type="dxa"/>
            <w:tcBorders>
              <w:top w:val="single" w:sz="6" w:space="0" w:color="B8C7C1"/>
              <w:left w:val="single" w:sz="6" w:space="0" w:color="B8C7C1"/>
              <w:bottom w:val="single" w:sz="6" w:space="0" w:color="B8C7C1"/>
              <w:right w:val="single" w:sz="6" w:space="0" w:color="B8C7C1"/>
            </w:tcBorders>
            <w:shd w:val="clear" w:color="auto" w:fill="F7FAF9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02417C1" w14:textId="77777777" w:rsidR="001650F9" w:rsidRDefault="001650F9"/>
        </w:tc>
        <w:tc>
          <w:tcPr>
            <w:tcW w:w="2520" w:type="dxa"/>
            <w:tcBorders>
              <w:top w:val="single" w:sz="6" w:space="0" w:color="B8C7C1"/>
              <w:left w:val="single" w:sz="6" w:space="0" w:color="B8C7C1"/>
              <w:bottom w:val="single" w:sz="6" w:space="0" w:color="B8C7C1"/>
              <w:right w:val="single" w:sz="6" w:space="0" w:color="B8C7C1"/>
            </w:tcBorders>
            <w:shd w:val="clear" w:color="auto" w:fill="F7FAF9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3B02F0B" w14:textId="77777777" w:rsidR="001650F9" w:rsidRDefault="001650F9"/>
        </w:tc>
        <w:tc>
          <w:tcPr>
            <w:tcW w:w="3311" w:type="dxa"/>
            <w:tcBorders>
              <w:top w:val="single" w:sz="6" w:space="0" w:color="B8C7C1"/>
              <w:left w:val="single" w:sz="6" w:space="0" w:color="B8C7C1"/>
              <w:bottom w:val="single" w:sz="6" w:space="0" w:color="B8C7C1"/>
              <w:right w:val="single" w:sz="6" w:space="0" w:color="B8C7C1"/>
            </w:tcBorders>
            <w:shd w:val="clear" w:color="auto" w:fill="F7FAF9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90969FF" w14:textId="77777777" w:rsidR="001650F9" w:rsidRDefault="001650F9"/>
        </w:tc>
      </w:tr>
      <w:tr w:rsidR="001650F9" w14:paraId="435201A2" w14:textId="77777777">
        <w:trPr>
          <w:trHeight w:val="720"/>
          <w:jc w:val="center"/>
        </w:trPr>
        <w:tc>
          <w:tcPr>
            <w:tcW w:w="648" w:type="dxa"/>
            <w:tcBorders>
              <w:top w:val="single" w:sz="6" w:space="0" w:color="B8C7C1"/>
              <w:left w:val="single" w:sz="6" w:space="0" w:color="B8C7C1"/>
              <w:bottom w:val="single" w:sz="6" w:space="0" w:color="B8C7C1"/>
              <w:right w:val="single" w:sz="6" w:space="0" w:color="B8C7C1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783667C" w14:textId="77777777" w:rsidR="001650F9" w:rsidRDefault="00A8318B">
            <w:pPr>
              <w:jc w:val="center"/>
            </w:pPr>
            <w:r>
              <w:rPr>
                <w:b/>
                <w:color w:val="006747"/>
                <w:sz w:val="20"/>
              </w:rPr>
              <w:t>9</w:t>
            </w:r>
          </w:p>
        </w:tc>
        <w:tc>
          <w:tcPr>
            <w:tcW w:w="1080" w:type="dxa"/>
            <w:tcBorders>
              <w:top w:val="single" w:sz="6" w:space="0" w:color="B8C7C1"/>
              <w:left w:val="single" w:sz="6" w:space="0" w:color="B8C7C1"/>
              <w:bottom w:val="single" w:sz="6" w:space="0" w:color="B8C7C1"/>
              <w:right w:val="single" w:sz="6" w:space="0" w:color="B8C7C1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6FF8B45" w14:textId="77777777" w:rsidR="001650F9" w:rsidRDefault="001650F9"/>
        </w:tc>
        <w:tc>
          <w:tcPr>
            <w:tcW w:w="864" w:type="dxa"/>
            <w:tcBorders>
              <w:top w:val="single" w:sz="6" w:space="0" w:color="B8C7C1"/>
              <w:left w:val="single" w:sz="6" w:space="0" w:color="B8C7C1"/>
              <w:bottom w:val="single" w:sz="6" w:space="0" w:color="B8C7C1"/>
              <w:right w:val="single" w:sz="6" w:space="0" w:color="B8C7C1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48EC94E" w14:textId="77777777" w:rsidR="001650F9" w:rsidRDefault="001650F9"/>
        </w:tc>
        <w:tc>
          <w:tcPr>
            <w:tcW w:w="936" w:type="dxa"/>
            <w:tcBorders>
              <w:top w:val="single" w:sz="6" w:space="0" w:color="B8C7C1"/>
              <w:left w:val="single" w:sz="6" w:space="0" w:color="B8C7C1"/>
              <w:bottom w:val="single" w:sz="6" w:space="0" w:color="B8C7C1"/>
              <w:right w:val="single" w:sz="6" w:space="0" w:color="B8C7C1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4CD9D1D" w14:textId="77777777" w:rsidR="001650F9" w:rsidRDefault="001650F9"/>
        </w:tc>
        <w:tc>
          <w:tcPr>
            <w:tcW w:w="2088" w:type="dxa"/>
            <w:tcBorders>
              <w:top w:val="single" w:sz="6" w:space="0" w:color="B8C7C1"/>
              <w:left w:val="single" w:sz="6" w:space="0" w:color="B8C7C1"/>
              <w:bottom w:val="single" w:sz="6" w:space="0" w:color="B8C7C1"/>
              <w:right w:val="single" w:sz="6" w:space="0" w:color="B8C7C1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F112B09" w14:textId="77777777" w:rsidR="001650F9" w:rsidRDefault="001650F9"/>
        </w:tc>
        <w:tc>
          <w:tcPr>
            <w:tcW w:w="2736" w:type="dxa"/>
            <w:tcBorders>
              <w:top w:val="single" w:sz="6" w:space="0" w:color="B8C7C1"/>
              <w:left w:val="single" w:sz="6" w:space="0" w:color="B8C7C1"/>
              <w:bottom w:val="single" w:sz="6" w:space="0" w:color="B8C7C1"/>
              <w:right w:val="single" w:sz="6" w:space="0" w:color="B8C7C1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0ACFFBD" w14:textId="77777777" w:rsidR="001650F9" w:rsidRDefault="001650F9"/>
        </w:tc>
        <w:tc>
          <w:tcPr>
            <w:tcW w:w="2520" w:type="dxa"/>
            <w:tcBorders>
              <w:top w:val="single" w:sz="6" w:space="0" w:color="B8C7C1"/>
              <w:left w:val="single" w:sz="6" w:space="0" w:color="B8C7C1"/>
              <w:bottom w:val="single" w:sz="6" w:space="0" w:color="B8C7C1"/>
              <w:right w:val="single" w:sz="6" w:space="0" w:color="B8C7C1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7DBDF16" w14:textId="77777777" w:rsidR="001650F9" w:rsidRDefault="001650F9"/>
        </w:tc>
        <w:tc>
          <w:tcPr>
            <w:tcW w:w="3311" w:type="dxa"/>
            <w:tcBorders>
              <w:top w:val="single" w:sz="6" w:space="0" w:color="B8C7C1"/>
              <w:left w:val="single" w:sz="6" w:space="0" w:color="B8C7C1"/>
              <w:bottom w:val="single" w:sz="6" w:space="0" w:color="B8C7C1"/>
              <w:right w:val="single" w:sz="6" w:space="0" w:color="B8C7C1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90A1845" w14:textId="77777777" w:rsidR="001650F9" w:rsidRDefault="001650F9"/>
        </w:tc>
      </w:tr>
      <w:tr w:rsidR="001650F9" w14:paraId="40B462D8" w14:textId="77777777">
        <w:trPr>
          <w:trHeight w:val="720"/>
          <w:jc w:val="center"/>
        </w:trPr>
        <w:tc>
          <w:tcPr>
            <w:tcW w:w="648" w:type="dxa"/>
            <w:tcBorders>
              <w:top w:val="single" w:sz="6" w:space="0" w:color="B8C7C1"/>
              <w:left w:val="single" w:sz="6" w:space="0" w:color="B8C7C1"/>
              <w:bottom w:val="single" w:sz="6" w:space="0" w:color="B8C7C1"/>
              <w:right w:val="single" w:sz="6" w:space="0" w:color="B8C7C1"/>
            </w:tcBorders>
            <w:shd w:val="clear" w:color="auto" w:fill="F7FAF9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C157347" w14:textId="77777777" w:rsidR="001650F9" w:rsidRDefault="00A8318B">
            <w:pPr>
              <w:jc w:val="center"/>
            </w:pPr>
            <w:r>
              <w:rPr>
                <w:b/>
                <w:color w:val="006747"/>
                <w:sz w:val="20"/>
              </w:rPr>
              <w:t>10</w:t>
            </w:r>
          </w:p>
        </w:tc>
        <w:tc>
          <w:tcPr>
            <w:tcW w:w="1080" w:type="dxa"/>
            <w:tcBorders>
              <w:top w:val="single" w:sz="6" w:space="0" w:color="B8C7C1"/>
              <w:left w:val="single" w:sz="6" w:space="0" w:color="B8C7C1"/>
              <w:bottom w:val="single" w:sz="6" w:space="0" w:color="B8C7C1"/>
              <w:right w:val="single" w:sz="6" w:space="0" w:color="B8C7C1"/>
            </w:tcBorders>
            <w:shd w:val="clear" w:color="auto" w:fill="F7FAF9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DF432F4" w14:textId="77777777" w:rsidR="001650F9" w:rsidRDefault="001650F9"/>
        </w:tc>
        <w:tc>
          <w:tcPr>
            <w:tcW w:w="864" w:type="dxa"/>
            <w:tcBorders>
              <w:top w:val="single" w:sz="6" w:space="0" w:color="B8C7C1"/>
              <w:left w:val="single" w:sz="6" w:space="0" w:color="B8C7C1"/>
              <w:bottom w:val="single" w:sz="6" w:space="0" w:color="B8C7C1"/>
              <w:right w:val="single" w:sz="6" w:space="0" w:color="B8C7C1"/>
            </w:tcBorders>
            <w:shd w:val="clear" w:color="auto" w:fill="F7FAF9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C536B0B" w14:textId="77777777" w:rsidR="001650F9" w:rsidRDefault="001650F9"/>
        </w:tc>
        <w:tc>
          <w:tcPr>
            <w:tcW w:w="936" w:type="dxa"/>
            <w:tcBorders>
              <w:top w:val="single" w:sz="6" w:space="0" w:color="B8C7C1"/>
              <w:left w:val="single" w:sz="6" w:space="0" w:color="B8C7C1"/>
              <w:bottom w:val="single" w:sz="6" w:space="0" w:color="B8C7C1"/>
              <w:right w:val="single" w:sz="6" w:space="0" w:color="B8C7C1"/>
            </w:tcBorders>
            <w:shd w:val="clear" w:color="auto" w:fill="F7FAF9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73E6BDF" w14:textId="77777777" w:rsidR="001650F9" w:rsidRDefault="001650F9"/>
        </w:tc>
        <w:tc>
          <w:tcPr>
            <w:tcW w:w="2088" w:type="dxa"/>
            <w:tcBorders>
              <w:top w:val="single" w:sz="6" w:space="0" w:color="B8C7C1"/>
              <w:left w:val="single" w:sz="6" w:space="0" w:color="B8C7C1"/>
              <w:bottom w:val="single" w:sz="6" w:space="0" w:color="B8C7C1"/>
              <w:right w:val="single" w:sz="6" w:space="0" w:color="B8C7C1"/>
            </w:tcBorders>
            <w:shd w:val="clear" w:color="auto" w:fill="F7FAF9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0BD32E9" w14:textId="77777777" w:rsidR="001650F9" w:rsidRDefault="001650F9"/>
        </w:tc>
        <w:tc>
          <w:tcPr>
            <w:tcW w:w="2736" w:type="dxa"/>
            <w:tcBorders>
              <w:top w:val="single" w:sz="6" w:space="0" w:color="B8C7C1"/>
              <w:left w:val="single" w:sz="6" w:space="0" w:color="B8C7C1"/>
              <w:bottom w:val="single" w:sz="6" w:space="0" w:color="B8C7C1"/>
              <w:right w:val="single" w:sz="6" w:space="0" w:color="B8C7C1"/>
            </w:tcBorders>
            <w:shd w:val="clear" w:color="auto" w:fill="F7FAF9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556F9DF" w14:textId="77777777" w:rsidR="001650F9" w:rsidRDefault="001650F9"/>
        </w:tc>
        <w:tc>
          <w:tcPr>
            <w:tcW w:w="2520" w:type="dxa"/>
            <w:tcBorders>
              <w:top w:val="single" w:sz="6" w:space="0" w:color="B8C7C1"/>
              <w:left w:val="single" w:sz="6" w:space="0" w:color="B8C7C1"/>
              <w:bottom w:val="single" w:sz="6" w:space="0" w:color="B8C7C1"/>
              <w:right w:val="single" w:sz="6" w:space="0" w:color="B8C7C1"/>
            </w:tcBorders>
            <w:shd w:val="clear" w:color="auto" w:fill="F7FAF9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4BCC911" w14:textId="77777777" w:rsidR="001650F9" w:rsidRDefault="001650F9"/>
        </w:tc>
        <w:tc>
          <w:tcPr>
            <w:tcW w:w="3311" w:type="dxa"/>
            <w:tcBorders>
              <w:top w:val="single" w:sz="6" w:space="0" w:color="B8C7C1"/>
              <w:left w:val="single" w:sz="6" w:space="0" w:color="B8C7C1"/>
              <w:bottom w:val="single" w:sz="6" w:space="0" w:color="B8C7C1"/>
              <w:right w:val="single" w:sz="6" w:space="0" w:color="B8C7C1"/>
            </w:tcBorders>
            <w:shd w:val="clear" w:color="auto" w:fill="F7FAF9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97A379D" w14:textId="77777777" w:rsidR="001650F9" w:rsidRDefault="001650F9"/>
        </w:tc>
      </w:tr>
      <w:tr w:rsidR="001650F9" w14:paraId="1E385923" w14:textId="77777777">
        <w:trPr>
          <w:trHeight w:val="720"/>
          <w:jc w:val="center"/>
        </w:trPr>
        <w:tc>
          <w:tcPr>
            <w:tcW w:w="648" w:type="dxa"/>
            <w:tcBorders>
              <w:top w:val="single" w:sz="6" w:space="0" w:color="B8C7C1"/>
              <w:left w:val="single" w:sz="6" w:space="0" w:color="B8C7C1"/>
              <w:bottom w:val="single" w:sz="6" w:space="0" w:color="B8C7C1"/>
              <w:right w:val="single" w:sz="6" w:space="0" w:color="B8C7C1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340C605" w14:textId="77777777" w:rsidR="001650F9" w:rsidRDefault="00A8318B">
            <w:pPr>
              <w:jc w:val="center"/>
            </w:pPr>
            <w:r>
              <w:rPr>
                <w:b/>
                <w:color w:val="006747"/>
                <w:sz w:val="20"/>
              </w:rPr>
              <w:t>11</w:t>
            </w:r>
          </w:p>
        </w:tc>
        <w:tc>
          <w:tcPr>
            <w:tcW w:w="1080" w:type="dxa"/>
            <w:tcBorders>
              <w:top w:val="single" w:sz="6" w:space="0" w:color="B8C7C1"/>
              <w:left w:val="single" w:sz="6" w:space="0" w:color="B8C7C1"/>
              <w:bottom w:val="single" w:sz="6" w:space="0" w:color="B8C7C1"/>
              <w:right w:val="single" w:sz="6" w:space="0" w:color="B8C7C1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6F98795" w14:textId="77777777" w:rsidR="001650F9" w:rsidRDefault="001650F9"/>
        </w:tc>
        <w:tc>
          <w:tcPr>
            <w:tcW w:w="864" w:type="dxa"/>
            <w:tcBorders>
              <w:top w:val="single" w:sz="6" w:space="0" w:color="B8C7C1"/>
              <w:left w:val="single" w:sz="6" w:space="0" w:color="B8C7C1"/>
              <w:bottom w:val="single" w:sz="6" w:space="0" w:color="B8C7C1"/>
              <w:right w:val="single" w:sz="6" w:space="0" w:color="B8C7C1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DD329D4" w14:textId="77777777" w:rsidR="001650F9" w:rsidRDefault="001650F9"/>
        </w:tc>
        <w:tc>
          <w:tcPr>
            <w:tcW w:w="936" w:type="dxa"/>
            <w:tcBorders>
              <w:top w:val="single" w:sz="6" w:space="0" w:color="B8C7C1"/>
              <w:left w:val="single" w:sz="6" w:space="0" w:color="B8C7C1"/>
              <w:bottom w:val="single" w:sz="6" w:space="0" w:color="B8C7C1"/>
              <w:right w:val="single" w:sz="6" w:space="0" w:color="B8C7C1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8F8ADE3" w14:textId="77777777" w:rsidR="001650F9" w:rsidRDefault="001650F9"/>
        </w:tc>
        <w:tc>
          <w:tcPr>
            <w:tcW w:w="2088" w:type="dxa"/>
            <w:tcBorders>
              <w:top w:val="single" w:sz="6" w:space="0" w:color="B8C7C1"/>
              <w:left w:val="single" w:sz="6" w:space="0" w:color="B8C7C1"/>
              <w:bottom w:val="single" w:sz="6" w:space="0" w:color="B8C7C1"/>
              <w:right w:val="single" w:sz="6" w:space="0" w:color="B8C7C1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733D1AD" w14:textId="77777777" w:rsidR="001650F9" w:rsidRDefault="001650F9"/>
        </w:tc>
        <w:tc>
          <w:tcPr>
            <w:tcW w:w="2736" w:type="dxa"/>
            <w:tcBorders>
              <w:top w:val="single" w:sz="6" w:space="0" w:color="B8C7C1"/>
              <w:left w:val="single" w:sz="6" w:space="0" w:color="B8C7C1"/>
              <w:bottom w:val="single" w:sz="6" w:space="0" w:color="B8C7C1"/>
              <w:right w:val="single" w:sz="6" w:space="0" w:color="B8C7C1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9FFCF7B" w14:textId="77777777" w:rsidR="001650F9" w:rsidRDefault="001650F9"/>
        </w:tc>
        <w:tc>
          <w:tcPr>
            <w:tcW w:w="2520" w:type="dxa"/>
            <w:tcBorders>
              <w:top w:val="single" w:sz="6" w:space="0" w:color="B8C7C1"/>
              <w:left w:val="single" w:sz="6" w:space="0" w:color="B8C7C1"/>
              <w:bottom w:val="single" w:sz="6" w:space="0" w:color="B8C7C1"/>
              <w:right w:val="single" w:sz="6" w:space="0" w:color="B8C7C1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5C7A8A1" w14:textId="77777777" w:rsidR="001650F9" w:rsidRDefault="001650F9"/>
        </w:tc>
        <w:tc>
          <w:tcPr>
            <w:tcW w:w="3311" w:type="dxa"/>
            <w:tcBorders>
              <w:top w:val="single" w:sz="6" w:space="0" w:color="B8C7C1"/>
              <w:left w:val="single" w:sz="6" w:space="0" w:color="B8C7C1"/>
              <w:bottom w:val="single" w:sz="6" w:space="0" w:color="B8C7C1"/>
              <w:right w:val="single" w:sz="6" w:space="0" w:color="B8C7C1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79D0793" w14:textId="77777777" w:rsidR="001650F9" w:rsidRDefault="001650F9"/>
        </w:tc>
      </w:tr>
      <w:tr w:rsidR="001650F9" w14:paraId="5152D207" w14:textId="77777777">
        <w:trPr>
          <w:trHeight w:val="720"/>
          <w:jc w:val="center"/>
        </w:trPr>
        <w:tc>
          <w:tcPr>
            <w:tcW w:w="648" w:type="dxa"/>
            <w:tcBorders>
              <w:top w:val="single" w:sz="6" w:space="0" w:color="B8C7C1"/>
              <w:left w:val="single" w:sz="6" w:space="0" w:color="B8C7C1"/>
              <w:bottom w:val="single" w:sz="6" w:space="0" w:color="B8C7C1"/>
              <w:right w:val="single" w:sz="6" w:space="0" w:color="B8C7C1"/>
            </w:tcBorders>
            <w:shd w:val="clear" w:color="auto" w:fill="F7FAF9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2C0592C" w14:textId="77777777" w:rsidR="001650F9" w:rsidRDefault="00A8318B">
            <w:pPr>
              <w:jc w:val="center"/>
            </w:pPr>
            <w:r>
              <w:rPr>
                <w:b/>
                <w:color w:val="006747"/>
                <w:sz w:val="20"/>
              </w:rPr>
              <w:t>12</w:t>
            </w:r>
          </w:p>
        </w:tc>
        <w:tc>
          <w:tcPr>
            <w:tcW w:w="1080" w:type="dxa"/>
            <w:tcBorders>
              <w:top w:val="single" w:sz="6" w:space="0" w:color="B8C7C1"/>
              <w:left w:val="single" w:sz="6" w:space="0" w:color="B8C7C1"/>
              <w:bottom w:val="single" w:sz="6" w:space="0" w:color="B8C7C1"/>
              <w:right w:val="single" w:sz="6" w:space="0" w:color="B8C7C1"/>
            </w:tcBorders>
            <w:shd w:val="clear" w:color="auto" w:fill="F7FAF9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829D56F" w14:textId="77777777" w:rsidR="001650F9" w:rsidRDefault="001650F9"/>
        </w:tc>
        <w:tc>
          <w:tcPr>
            <w:tcW w:w="864" w:type="dxa"/>
            <w:tcBorders>
              <w:top w:val="single" w:sz="6" w:space="0" w:color="B8C7C1"/>
              <w:left w:val="single" w:sz="6" w:space="0" w:color="B8C7C1"/>
              <w:bottom w:val="single" w:sz="6" w:space="0" w:color="B8C7C1"/>
              <w:right w:val="single" w:sz="6" w:space="0" w:color="B8C7C1"/>
            </w:tcBorders>
            <w:shd w:val="clear" w:color="auto" w:fill="F7FAF9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7EDE541" w14:textId="77777777" w:rsidR="001650F9" w:rsidRDefault="001650F9"/>
        </w:tc>
        <w:tc>
          <w:tcPr>
            <w:tcW w:w="936" w:type="dxa"/>
            <w:tcBorders>
              <w:top w:val="single" w:sz="6" w:space="0" w:color="B8C7C1"/>
              <w:left w:val="single" w:sz="6" w:space="0" w:color="B8C7C1"/>
              <w:bottom w:val="single" w:sz="6" w:space="0" w:color="B8C7C1"/>
              <w:right w:val="single" w:sz="6" w:space="0" w:color="B8C7C1"/>
            </w:tcBorders>
            <w:shd w:val="clear" w:color="auto" w:fill="F7FAF9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C80D7F6" w14:textId="77777777" w:rsidR="001650F9" w:rsidRDefault="001650F9"/>
        </w:tc>
        <w:tc>
          <w:tcPr>
            <w:tcW w:w="2088" w:type="dxa"/>
            <w:tcBorders>
              <w:top w:val="single" w:sz="6" w:space="0" w:color="B8C7C1"/>
              <w:left w:val="single" w:sz="6" w:space="0" w:color="B8C7C1"/>
              <w:bottom w:val="single" w:sz="6" w:space="0" w:color="B8C7C1"/>
              <w:right w:val="single" w:sz="6" w:space="0" w:color="B8C7C1"/>
            </w:tcBorders>
            <w:shd w:val="clear" w:color="auto" w:fill="F7FAF9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5E9E10A" w14:textId="77777777" w:rsidR="001650F9" w:rsidRDefault="001650F9"/>
        </w:tc>
        <w:tc>
          <w:tcPr>
            <w:tcW w:w="2736" w:type="dxa"/>
            <w:tcBorders>
              <w:top w:val="single" w:sz="6" w:space="0" w:color="B8C7C1"/>
              <w:left w:val="single" w:sz="6" w:space="0" w:color="B8C7C1"/>
              <w:bottom w:val="single" w:sz="6" w:space="0" w:color="B8C7C1"/>
              <w:right w:val="single" w:sz="6" w:space="0" w:color="B8C7C1"/>
            </w:tcBorders>
            <w:shd w:val="clear" w:color="auto" w:fill="F7FAF9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86B3353" w14:textId="77777777" w:rsidR="001650F9" w:rsidRDefault="001650F9"/>
        </w:tc>
        <w:tc>
          <w:tcPr>
            <w:tcW w:w="2520" w:type="dxa"/>
            <w:tcBorders>
              <w:top w:val="single" w:sz="6" w:space="0" w:color="B8C7C1"/>
              <w:left w:val="single" w:sz="6" w:space="0" w:color="B8C7C1"/>
              <w:bottom w:val="single" w:sz="6" w:space="0" w:color="B8C7C1"/>
              <w:right w:val="single" w:sz="6" w:space="0" w:color="B8C7C1"/>
            </w:tcBorders>
            <w:shd w:val="clear" w:color="auto" w:fill="F7FAF9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39C9FD7" w14:textId="77777777" w:rsidR="001650F9" w:rsidRDefault="001650F9"/>
        </w:tc>
        <w:tc>
          <w:tcPr>
            <w:tcW w:w="3311" w:type="dxa"/>
            <w:tcBorders>
              <w:top w:val="single" w:sz="6" w:space="0" w:color="B8C7C1"/>
              <w:left w:val="single" w:sz="6" w:space="0" w:color="B8C7C1"/>
              <w:bottom w:val="single" w:sz="6" w:space="0" w:color="B8C7C1"/>
              <w:right w:val="single" w:sz="6" w:space="0" w:color="B8C7C1"/>
            </w:tcBorders>
            <w:shd w:val="clear" w:color="auto" w:fill="F7FAF9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AACC6C8" w14:textId="77777777" w:rsidR="001650F9" w:rsidRDefault="001650F9"/>
        </w:tc>
      </w:tr>
    </w:tbl>
    <w:p w14:paraId="6C09882E" w14:textId="77777777" w:rsidR="00DD6981" w:rsidRDefault="00DD6981">
      <w:pPr>
        <w:spacing w:before="160" w:after="60"/>
        <w:rPr>
          <w:b/>
          <w:color w:val="006747"/>
          <w:sz w:val="22"/>
        </w:rPr>
      </w:pPr>
    </w:p>
    <w:p w14:paraId="389047FE" w14:textId="77777777" w:rsidR="00DD6981" w:rsidRDefault="00DD6981">
      <w:pPr>
        <w:spacing w:before="160" w:after="60"/>
        <w:rPr>
          <w:b/>
          <w:color w:val="006747"/>
          <w:sz w:val="22"/>
        </w:rPr>
      </w:pPr>
    </w:p>
    <w:p w14:paraId="7274C5E7" w14:textId="77777777" w:rsidR="00DD6981" w:rsidRDefault="00DD6981">
      <w:pPr>
        <w:spacing w:before="160" w:after="60"/>
        <w:rPr>
          <w:b/>
          <w:color w:val="006747"/>
          <w:sz w:val="22"/>
        </w:rPr>
      </w:pPr>
    </w:p>
    <w:p w14:paraId="188D45A2" w14:textId="77777777" w:rsidR="00DD6981" w:rsidRDefault="00DD6981">
      <w:pPr>
        <w:spacing w:before="160" w:after="60"/>
        <w:rPr>
          <w:b/>
          <w:color w:val="006747"/>
          <w:sz w:val="22"/>
        </w:rPr>
      </w:pPr>
    </w:p>
    <w:p w14:paraId="03D677CD" w14:textId="77777777" w:rsidR="00DD6981" w:rsidRDefault="00DD6981">
      <w:pPr>
        <w:spacing w:before="160" w:after="60"/>
        <w:rPr>
          <w:b/>
          <w:color w:val="006747"/>
          <w:sz w:val="22"/>
        </w:rPr>
      </w:pPr>
    </w:p>
    <w:p w14:paraId="0F483C3E" w14:textId="77777777" w:rsidR="00DD6981" w:rsidRDefault="00DD6981">
      <w:pPr>
        <w:spacing w:before="160" w:after="60"/>
        <w:rPr>
          <w:b/>
          <w:color w:val="006747"/>
          <w:sz w:val="22"/>
        </w:rPr>
      </w:pPr>
    </w:p>
    <w:p w14:paraId="51368BD7" w14:textId="77777777" w:rsidR="00DD6981" w:rsidRDefault="00DD6981">
      <w:pPr>
        <w:spacing w:before="160" w:after="60"/>
        <w:rPr>
          <w:b/>
          <w:color w:val="006747"/>
          <w:sz w:val="22"/>
        </w:rPr>
      </w:pPr>
    </w:p>
    <w:p w14:paraId="67F8AC0D" w14:textId="77777777" w:rsidR="00DD6981" w:rsidRDefault="00DD6981">
      <w:pPr>
        <w:spacing w:before="160" w:after="60"/>
        <w:rPr>
          <w:b/>
          <w:color w:val="006747"/>
          <w:sz w:val="22"/>
        </w:rPr>
      </w:pPr>
    </w:p>
    <w:p w14:paraId="31167631" w14:textId="77777777" w:rsidR="00DD6981" w:rsidRDefault="00DD6981">
      <w:pPr>
        <w:spacing w:before="160" w:after="60"/>
        <w:rPr>
          <w:b/>
          <w:color w:val="006747"/>
          <w:sz w:val="22"/>
        </w:rPr>
      </w:pPr>
    </w:p>
    <w:p w14:paraId="71503B9E" w14:textId="49ED5659" w:rsidR="001650F9" w:rsidRDefault="00A8318B">
      <w:pPr>
        <w:spacing w:before="160" w:after="60"/>
      </w:pPr>
      <w:r>
        <w:rPr>
          <w:b/>
          <w:color w:val="006747"/>
          <w:sz w:val="22"/>
        </w:rPr>
        <w:t>SHIFT DISTRIBUTION SUMMARY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304"/>
        <w:gridCol w:w="3600"/>
        <w:gridCol w:w="2015"/>
        <w:gridCol w:w="2015"/>
        <w:gridCol w:w="4464"/>
      </w:tblGrid>
      <w:tr w:rsidR="001650F9" w14:paraId="3D09F8FC" w14:textId="77777777">
        <w:trPr>
          <w:jc w:val="center"/>
        </w:trPr>
        <w:tc>
          <w:tcPr>
            <w:tcW w:w="2304" w:type="dxa"/>
            <w:tcBorders>
              <w:top w:val="single" w:sz="6" w:space="0" w:color="B8C7C1"/>
              <w:left w:val="single" w:sz="6" w:space="0" w:color="B8C7C1"/>
              <w:bottom w:val="single" w:sz="6" w:space="0" w:color="B8C7C1"/>
              <w:right w:val="single" w:sz="6" w:space="0" w:color="B8C7C1"/>
            </w:tcBorders>
            <w:shd w:val="clear" w:color="auto" w:fill="006747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E0C1DE0" w14:textId="77777777" w:rsidR="001650F9" w:rsidRDefault="00A8318B">
            <w:pPr>
              <w:jc w:val="center"/>
            </w:pPr>
            <w:r>
              <w:rPr>
                <w:b/>
                <w:color w:val="FFFFFF"/>
                <w:sz w:val="16"/>
              </w:rPr>
              <w:t>Shift</w:t>
            </w:r>
          </w:p>
        </w:tc>
        <w:tc>
          <w:tcPr>
            <w:tcW w:w="3600" w:type="dxa"/>
            <w:tcBorders>
              <w:top w:val="single" w:sz="6" w:space="0" w:color="B8C7C1"/>
              <w:left w:val="single" w:sz="6" w:space="0" w:color="B8C7C1"/>
              <w:bottom w:val="single" w:sz="6" w:space="0" w:color="B8C7C1"/>
              <w:right w:val="single" w:sz="6" w:space="0" w:color="B8C7C1"/>
            </w:tcBorders>
            <w:shd w:val="clear" w:color="auto" w:fill="006747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1E2EF6C" w14:textId="77777777" w:rsidR="001650F9" w:rsidRDefault="00A8318B">
            <w:pPr>
              <w:jc w:val="center"/>
            </w:pPr>
            <w:r>
              <w:rPr>
                <w:b/>
                <w:color w:val="FFFFFF"/>
                <w:sz w:val="16"/>
              </w:rPr>
              <w:t>Facility Shift Name / Hours</w:t>
            </w:r>
          </w:p>
        </w:tc>
        <w:tc>
          <w:tcPr>
            <w:tcW w:w="2015" w:type="dxa"/>
            <w:tcBorders>
              <w:top w:val="single" w:sz="6" w:space="0" w:color="B8C7C1"/>
              <w:left w:val="single" w:sz="6" w:space="0" w:color="B8C7C1"/>
              <w:bottom w:val="single" w:sz="6" w:space="0" w:color="B8C7C1"/>
              <w:right w:val="single" w:sz="6" w:space="0" w:color="B8C7C1"/>
            </w:tcBorders>
            <w:shd w:val="clear" w:color="auto" w:fill="006747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A07BBEF" w14:textId="77777777" w:rsidR="001650F9" w:rsidRDefault="00A8318B">
            <w:pPr>
              <w:jc w:val="center"/>
            </w:pPr>
            <w:r>
              <w:rPr>
                <w:b/>
                <w:color w:val="FFFFFF"/>
                <w:sz w:val="16"/>
              </w:rPr>
              <w:t>Minimum Required</w:t>
            </w:r>
          </w:p>
        </w:tc>
        <w:tc>
          <w:tcPr>
            <w:tcW w:w="2015" w:type="dxa"/>
            <w:tcBorders>
              <w:top w:val="single" w:sz="6" w:space="0" w:color="B8C7C1"/>
              <w:left w:val="single" w:sz="6" w:space="0" w:color="B8C7C1"/>
              <w:bottom w:val="single" w:sz="6" w:space="0" w:color="B8C7C1"/>
              <w:right w:val="single" w:sz="6" w:space="0" w:color="B8C7C1"/>
            </w:tcBorders>
            <w:shd w:val="clear" w:color="auto" w:fill="006747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5C16E0E" w14:textId="77777777" w:rsidR="001650F9" w:rsidRDefault="00A8318B">
            <w:pPr>
              <w:jc w:val="center"/>
            </w:pPr>
            <w:r>
              <w:rPr>
                <w:b/>
                <w:color w:val="FFFFFF"/>
                <w:sz w:val="16"/>
              </w:rPr>
              <w:t>Completed</w:t>
            </w:r>
          </w:p>
        </w:tc>
        <w:tc>
          <w:tcPr>
            <w:tcW w:w="4464" w:type="dxa"/>
            <w:tcBorders>
              <w:top w:val="single" w:sz="6" w:space="0" w:color="B8C7C1"/>
              <w:left w:val="single" w:sz="6" w:space="0" w:color="B8C7C1"/>
              <w:bottom w:val="single" w:sz="6" w:space="0" w:color="B8C7C1"/>
              <w:right w:val="single" w:sz="6" w:space="0" w:color="B8C7C1"/>
            </w:tcBorders>
            <w:shd w:val="clear" w:color="auto" w:fill="006747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8A7EBB2" w14:textId="77777777" w:rsidR="001650F9" w:rsidRDefault="00A8318B">
            <w:pPr>
              <w:jc w:val="center"/>
            </w:pPr>
            <w:r>
              <w:rPr>
                <w:b/>
                <w:color w:val="FFFFFF"/>
                <w:sz w:val="16"/>
              </w:rPr>
              <w:t>Notes / Remaining Need</w:t>
            </w:r>
          </w:p>
        </w:tc>
      </w:tr>
      <w:tr w:rsidR="001650F9" w14:paraId="355B6A01" w14:textId="77777777">
        <w:trPr>
          <w:trHeight w:val="420"/>
          <w:jc w:val="center"/>
        </w:trPr>
        <w:tc>
          <w:tcPr>
            <w:tcW w:w="2304" w:type="dxa"/>
            <w:tcBorders>
              <w:top w:val="single" w:sz="6" w:space="0" w:color="B8C7C1"/>
              <w:left w:val="single" w:sz="6" w:space="0" w:color="B8C7C1"/>
              <w:bottom w:val="single" w:sz="6" w:space="0" w:color="B8C7C1"/>
              <w:right w:val="single" w:sz="6" w:space="0" w:color="B8C7C1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2A1B5E9" w14:textId="77777777" w:rsidR="001650F9" w:rsidRDefault="00A8318B">
            <w:r>
              <w:rPr>
                <w:b/>
                <w:color w:val="006747"/>
              </w:rPr>
              <w:t>Shift 1</w:t>
            </w:r>
          </w:p>
        </w:tc>
        <w:tc>
          <w:tcPr>
            <w:tcW w:w="3600" w:type="dxa"/>
            <w:tcBorders>
              <w:top w:val="single" w:sz="6" w:space="0" w:color="B8C7C1"/>
              <w:left w:val="single" w:sz="6" w:space="0" w:color="B8C7C1"/>
              <w:bottom w:val="single" w:sz="6" w:space="0" w:color="B8C7C1"/>
              <w:right w:val="single" w:sz="6" w:space="0" w:color="B8C7C1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0CC87BB" w14:textId="77777777" w:rsidR="001650F9" w:rsidRDefault="001650F9"/>
        </w:tc>
        <w:tc>
          <w:tcPr>
            <w:tcW w:w="2015" w:type="dxa"/>
            <w:tcBorders>
              <w:top w:val="single" w:sz="6" w:space="0" w:color="B8C7C1"/>
              <w:left w:val="single" w:sz="6" w:space="0" w:color="B8C7C1"/>
              <w:bottom w:val="single" w:sz="6" w:space="0" w:color="B8C7C1"/>
              <w:right w:val="single" w:sz="6" w:space="0" w:color="B8C7C1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17FF3D7" w14:textId="77777777" w:rsidR="001650F9" w:rsidRDefault="00A8318B">
            <w:pPr>
              <w:jc w:val="center"/>
            </w:pPr>
            <w:r>
              <w:rPr>
                <w:b/>
                <w:color w:val="000000"/>
              </w:rPr>
              <w:t>3</w:t>
            </w:r>
          </w:p>
        </w:tc>
        <w:tc>
          <w:tcPr>
            <w:tcW w:w="2015" w:type="dxa"/>
            <w:tcBorders>
              <w:top w:val="single" w:sz="6" w:space="0" w:color="B8C7C1"/>
              <w:left w:val="single" w:sz="6" w:space="0" w:color="B8C7C1"/>
              <w:bottom w:val="single" w:sz="6" w:space="0" w:color="B8C7C1"/>
              <w:right w:val="single" w:sz="6" w:space="0" w:color="B8C7C1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4BA4FF4" w14:textId="77777777" w:rsidR="001650F9" w:rsidRDefault="001650F9"/>
        </w:tc>
        <w:tc>
          <w:tcPr>
            <w:tcW w:w="4464" w:type="dxa"/>
            <w:tcBorders>
              <w:top w:val="single" w:sz="6" w:space="0" w:color="B8C7C1"/>
              <w:left w:val="single" w:sz="6" w:space="0" w:color="B8C7C1"/>
              <w:bottom w:val="single" w:sz="6" w:space="0" w:color="B8C7C1"/>
              <w:right w:val="single" w:sz="6" w:space="0" w:color="B8C7C1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A9A1D1A" w14:textId="77777777" w:rsidR="001650F9" w:rsidRDefault="001650F9"/>
        </w:tc>
      </w:tr>
      <w:tr w:rsidR="001650F9" w14:paraId="20E20CC1" w14:textId="77777777">
        <w:trPr>
          <w:trHeight w:val="420"/>
          <w:jc w:val="center"/>
        </w:trPr>
        <w:tc>
          <w:tcPr>
            <w:tcW w:w="2304" w:type="dxa"/>
            <w:tcBorders>
              <w:top w:val="single" w:sz="6" w:space="0" w:color="B8C7C1"/>
              <w:left w:val="single" w:sz="6" w:space="0" w:color="B8C7C1"/>
              <w:bottom w:val="single" w:sz="6" w:space="0" w:color="B8C7C1"/>
              <w:right w:val="single" w:sz="6" w:space="0" w:color="B8C7C1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EFE7000" w14:textId="77777777" w:rsidR="001650F9" w:rsidRDefault="00A8318B">
            <w:r>
              <w:rPr>
                <w:b/>
                <w:color w:val="006747"/>
              </w:rPr>
              <w:t>Shift 2</w:t>
            </w:r>
          </w:p>
        </w:tc>
        <w:tc>
          <w:tcPr>
            <w:tcW w:w="3600" w:type="dxa"/>
            <w:tcBorders>
              <w:top w:val="single" w:sz="6" w:space="0" w:color="B8C7C1"/>
              <w:left w:val="single" w:sz="6" w:space="0" w:color="B8C7C1"/>
              <w:bottom w:val="single" w:sz="6" w:space="0" w:color="B8C7C1"/>
              <w:right w:val="single" w:sz="6" w:space="0" w:color="B8C7C1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21B55FD" w14:textId="77777777" w:rsidR="001650F9" w:rsidRDefault="001650F9"/>
        </w:tc>
        <w:tc>
          <w:tcPr>
            <w:tcW w:w="2015" w:type="dxa"/>
            <w:tcBorders>
              <w:top w:val="single" w:sz="6" w:space="0" w:color="B8C7C1"/>
              <w:left w:val="single" w:sz="6" w:space="0" w:color="B8C7C1"/>
              <w:bottom w:val="single" w:sz="6" w:space="0" w:color="B8C7C1"/>
              <w:right w:val="single" w:sz="6" w:space="0" w:color="B8C7C1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DBEA844" w14:textId="77777777" w:rsidR="001650F9" w:rsidRDefault="00A8318B">
            <w:pPr>
              <w:jc w:val="center"/>
            </w:pPr>
            <w:r>
              <w:rPr>
                <w:b/>
                <w:color w:val="000000"/>
              </w:rPr>
              <w:t>3</w:t>
            </w:r>
          </w:p>
        </w:tc>
        <w:tc>
          <w:tcPr>
            <w:tcW w:w="2015" w:type="dxa"/>
            <w:tcBorders>
              <w:top w:val="single" w:sz="6" w:space="0" w:color="B8C7C1"/>
              <w:left w:val="single" w:sz="6" w:space="0" w:color="B8C7C1"/>
              <w:bottom w:val="single" w:sz="6" w:space="0" w:color="B8C7C1"/>
              <w:right w:val="single" w:sz="6" w:space="0" w:color="B8C7C1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64A4559" w14:textId="77777777" w:rsidR="001650F9" w:rsidRDefault="001650F9"/>
        </w:tc>
        <w:tc>
          <w:tcPr>
            <w:tcW w:w="4464" w:type="dxa"/>
            <w:tcBorders>
              <w:top w:val="single" w:sz="6" w:space="0" w:color="B8C7C1"/>
              <w:left w:val="single" w:sz="6" w:space="0" w:color="B8C7C1"/>
              <w:bottom w:val="single" w:sz="6" w:space="0" w:color="B8C7C1"/>
              <w:right w:val="single" w:sz="6" w:space="0" w:color="B8C7C1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A531890" w14:textId="77777777" w:rsidR="001650F9" w:rsidRDefault="001650F9"/>
        </w:tc>
      </w:tr>
      <w:tr w:rsidR="001650F9" w14:paraId="0AB0FDB2" w14:textId="77777777">
        <w:trPr>
          <w:trHeight w:val="420"/>
          <w:jc w:val="center"/>
        </w:trPr>
        <w:tc>
          <w:tcPr>
            <w:tcW w:w="2304" w:type="dxa"/>
            <w:tcBorders>
              <w:top w:val="single" w:sz="6" w:space="0" w:color="B8C7C1"/>
              <w:left w:val="single" w:sz="6" w:space="0" w:color="B8C7C1"/>
              <w:bottom w:val="single" w:sz="6" w:space="0" w:color="B8C7C1"/>
              <w:right w:val="single" w:sz="6" w:space="0" w:color="B8C7C1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B1003AF" w14:textId="77777777" w:rsidR="001650F9" w:rsidRDefault="00A8318B">
            <w:r>
              <w:rPr>
                <w:b/>
                <w:color w:val="006747"/>
              </w:rPr>
              <w:t>Shift 3</w:t>
            </w:r>
          </w:p>
        </w:tc>
        <w:tc>
          <w:tcPr>
            <w:tcW w:w="3600" w:type="dxa"/>
            <w:tcBorders>
              <w:top w:val="single" w:sz="6" w:space="0" w:color="B8C7C1"/>
              <w:left w:val="single" w:sz="6" w:space="0" w:color="B8C7C1"/>
              <w:bottom w:val="single" w:sz="6" w:space="0" w:color="B8C7C1"/>
              <w:right w:val="single" w:sz="6" w:space="0" w:color="B8C7C1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06A138F" w14:textId="77777777" w:rsidR="001650F9" w:rsidRDefault="001650F9"/>
        </w:tc>
        <w:tc>
          <w:tcPr>
            <w:tcW w:w="2015" w:type="dxa"/>
            <w:tcBorders>
              <w:top w:val="single" w:sz="6" w:space="0" w:color="B8C7C1"/>
              <w:left w:val="single" w:sz="6" w:space="0" w:color="B8C7C1"/>
              <w:bottom w:val="single" w:sz="6" w:space="0" w:color="B8C7C1"/>
              <w:right w:val="single" w:sz="6" w:space="0" w:color="B8C7C1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07D3DA1" w14:textId="77777777" w:rsidR="001650F9" w:rsidRDefault="00A8318B">
            <w:pPr>
              <w:jc w:val="center"/>
            </w:pPr>
            <w:r>
              <w:rPr>
                <w:b/>
                <w:color w:val="000000"/>
              </w:rPr>
              <w:t>3</w:t>
            </w:r>
          </w:p>
        </w:tc>
        <w:tc>
          <w:tcPr>
            <w:tcW w:w="2015" w:type="dxa"/>
            <w:tcBorders>
              <w:top w:val="single" w:sz="6" w:space="0" w:color="B8C7C1"/>
              <w:left w:val="single" w:sz="6" w:space="0" w:color="B8C7C1"/>
              <w:bottom w:val="single" w:sz="6" w:space="0" w:color="B8C7C1"/>
              <w:right w:val="single" w:sz="6" w:space="0" w:color="B8C7C1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FB1F373" w14:textId="77777777" w:rsidR="001650F9" w:rsidRDefault="001650F9"/>
        </w:tc>
        <w:tc>
          <w:tcPr>
            <w:tcW w:w="4464" w:type="dxa"/>
            <w:tcBorders>
              <w:top w:val="single" w:sz="6" w:space="0" w:color="B8C7C1"/>
              <w:left w:val="single" w:sz="6" w:space="0" w:color="B8C7C1"/>
              <w:bottom w:val="single" w:sz="6" w:space="0" w:color="B8C7C1"/>
              <w:right w:val="single" w:sz="6" w:space="0" w:color="B8C7C1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8D551D3" w14:textId="77777777" w:rsidR="001650F9" w:rsidRDefault="001650F9"/>
        </w:tc>
      </w:tr>
    </w:tbl>
    <w:p w14:paraId="43015AAC" w14:textId="77777777" w:rsidR="001650F9" w:rsidRDefault="00A8318B">
      <w:pPr>
        <w:spacing w:before="100"/>
      </w:pPr>
      <w:r>
        <w:rPr>
          <w:b/>
          <w:color w:val="006747"/>
        </w:rPr>
        <w:t xml:space="preserve">Annual completion check:  </w:t>
      </w:r>
      <w:r>
        <w:rPr>
          <w:color w:val="4B4B4B"/>
        </w:rPr>
        <w:t>☐</w:t>
      </w:r>
      <w:r>
        <w:rPr>
          <w:color w:val="4B4B4B"/>
        </w:rPr>
        <w:t xml:space="preserve"> 12 total drills documented    ☐ At least 3 drills completed for each shift    ☐ Corrective measures tracked to completion</w:t>
      </w:r>
    </w:p>
    <w:p w14:paraId="26005D7D" w14:textId="77777777" w:rsidR="001650F9" w:rsidRDefault="00A8318B">
      <w:pPr>
        <w:spacing w:before="140" w:after="60"/>
      </w:pPr>
      <w:r>
        <w:rPr>
          <w:b/>
          <w:color w:val="006747"/>
          <w:sz w:val="22"/>
        </w:rPr>
        <w:t>ANNUAL REVIEW / SIGN-OFF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760"/>
        <w:gridCol w:w="4320"/>
        <w:gridCol w:w="4320"/>
      </w:tblGrid>
      <w:tr w:rsidR="001650F9" w14:paraId="5F3A032E" w14:textId="77777777">
        <w:trPr>
          <w:jc w:val="center"/>
        </w:trPr>
        <w:tc>
          <w:tcPr>
            <w:tcW w:w="5760" w:type="dxa"/>
            <w:tcBorders>
              <w:top w:val="single" w:sz="6" w:space="0" w:color="B8C7C1"/>
              <w:left w:val="single" w:sz="6" w:space="0" w:color="B8C7C1"/>
              <w:bottom w:val="single" w:sz="6" w:space="0" w:color="B8C7C1"/>
              <w:right w:val="single" w:sz="6" w:space="0" w:color="B8C7C1"/>
            </w:tcBorders>
            <w:shd w:val="clear" w:color="auto" w:fill="006747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70F588D" w14:textId="77777777" w:rsidR="001650F9" w:rsidRDefault="00A8318B">
            <w:pPr>
              <w:jc w:val="center"/>
            </w:pPr>
            <w:r>
              <w:rPr>
                <w:b/>
                <w:color w:val="FFFFFF"/>
                <w:sz w:val="16"/>
              </w:rPr>
              <w:t>Reviewer / Title</w:t>
            </w:r>
          </w:p>
        </w:tc>
        <w:tc>
          <w:tcPr>
            <w:tcW w:w="4320" w:type="dxa"/>
            <w:tcBorders>
              <w:top w:val="single" w:sz="6" w:space="0" w:color="B8C7C1"/>
              <w:left w:val="single" w:sz="6" w:space="0" w:color="B8C7C1"/>
              <w:bottom w:val="single" w:sz="6" w:space="0" w:color="B8C7C1"/>
              <w:right w:val="single" w:sz="6" w:space="0" w:color="B8C7C1"/>
            </w:tcBorders>
            <w:shd w:val="clear" w:color="auto" w:fill="006747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2C518C1" w14:textId="77777777" w:rsidR="001650F9" w:rsidRDefault="00A8318B">
            <w:pPr>
              <w:jc w:val="center"/>
            </w:pPr>
            <w:r>
              <w:rPr>
                <w:b/>
                <w:color w:val="FFFFFF"/>
                <w:sz w:val="16"/>
              </w:rPr>
              <w:t>Signature / Approval</w:t>
            </w:r>
          </w:p>
        </w:tc>
        <w:tc>
          <w:tcPr>
            <w:tcW w:w="4320" w:type="dxa"/>
            <w:tcBorders>
              <w:top w:val="single" w:sz="6" w:space="0" w:color="B8C7C1"/>
              <w:left w:val="single" w:sz="6" w:space="0" w:color="B8C7C1"/>
              <w:bottom w:val="single" w:sz="6" w:space="0" w:color="B8C7C1"/>
              <w:right w:val="single" w:sz="6" w:space="0" w:color="B8C7C1"/>
            </w:tcBorders>
            <w:shd w:val="clear" w:color="auto" w:fill="006747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E535D94" w14:textId="77777777" w:rsidR="001650F9" w:rsidRDefault="00A8318B">
            <w:pPr>
              <w:jc w:val="center"/>
            </w:pPr>
            <w:r>
              <w:rPr>
                <w:b/>
                <w:color w:val="FFFFFF"/>
                <w:sz w:val="16"/>
              </w:rPr>
              <w:t>Date</w:t>
            </w:r>
          </w:p>
        </w:tc>
      </w:tr>
      <w:tr w:rsidR="001650F9" w14:paraId="0B0678B9" w14:textId="77777777">
        <w:trPr>
          <w:trHeight w:val="560"/>
          <w:jc w:val="center"/>
        </w:trPr>
        <w:tc>
          <w:tcPr>
            <w:tcW w:w="5760" w:type="dxa"/>
            <w:tcBorders>
              <w:top w:val="single" w:sz="6" w:space="0" w:color="B8C7C1"/>
              <w:left w:val="single" w:sz="6" w:space="0" w:color="B8C7C1"/>
              <w:bottom w:val="single" w:sz="6" w:space="0" w:color="B8C7C1"/>
              <w:right w:val="single" w:sz="6" w:space="0" w:color="B8C7C1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F98E4D6" w14:textId="77777777" w:rsidR="001650F9" w:rsidRDefault="001650F9"/>
        </w:tc>
        <w:tc>
          <w:tcPr>
            <w:tcW w:w="4320" w:type="dxa"/>
            <w:tcBorders>
              <w:top w:val="single" w:sz="6" w:space="0" w:color="B8C7C1"/>
              <w:left w:val="single" w:sz="6" w:space="0" w:color="B8C7C1"/>
              <w:bottom w:val="single" w:sz="6" w:space="0" w:color="B8C7C1"/>
              <w:right w:val="single" w:sz="6" w:space="0" w:color="B8C7C1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78FB983" w14:textId="77777777" w:rsidR="001650F9" w:rsidRDefault="001650F9"/>
        </w:tc>
        <w:tc>
          <w:tcPr>
            <w:tcW w:w="4320" w:type="dxa"/>
            <w:tcBorders>
              <w:top w:val="single" w:sz="6" w:space="0" w:color="B8C7C1"/>
              <w:left w:val="single" w:sz="6" w:space="0" w:color="B8C7C1"/>
              <w:bottom w:val="single" w:sz="6" w:space="0" w:color="B8C7C1"/>
              <w:right w:val="single" w:sz="6" w:space="0" w:color="B8C7C1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FCCB347" w14:textId="77777777" w:rsidR="001650F9" w:rsidRDefault="001650F9"/>
        </w:tc>
      </w:tr>
    </w:tbl>
    <w:p w14:paraId="12520117" w14:textId="77777777" w:rsidR="00513C7C" w:rsidRDefault="00513C7C"/>
    <w:sectPr w:rsidR="00513C7C" w:rsidSect="00034616">
      <w:headerReference w:type="default" r:id="rId9"/>
      <w:footerReference w:type="default" r:id="rId10"/>
      <w:pgSz w:w="15840" w:h="12240" w:orient="landscape"/>
      <w:pgMar w:top="547" w:right="648" w:bottom="605" w:left="648" w:header="216" w:footer="25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9F6FE1" w14:textId="77777777" w:rsidR="00A8318B" w:rsidRDefault="00A8318B">
      <w:pPr>
        <w:spacing w:line="240" w:lineRule="auto"/>
      </w:pPr>
      <w:r>
        <w:separator/>
      </w:r>
    </w:p>
  </w:endnote>
  <w:endnote w:type="continuationSeparator" w:id="0">
    <w:p w14:paraId="4AF02BD0" w14:textId="77777777" w:rsidR="00A8318B" w:rsidRDefault="00A8318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2A7EF7" w14:textId="77777777" w:rsidR="001650F9" w:rsidRDefault="00A8318B">
    <w:pPr>
      <w:pStyle w:val="Footer"/>
      <w:jc w:val="center"/>
    </w:pPr>
    <w:r>
      <w:rPr>
        <w:color w:val="777777"/>
        <w:sz w:val="16"/>
      </w:rPr>
      <w:t>Healthcare Coalition of Maine | Maine LTC/SNF 12-Drill Tracker | Planning Resource</w:t>
    </w:r>
  </w:p>
  <w:p w14:paraId="005587C6" w14:textId="77777777" w:rsidR="001650F9" w:rsidRDefault="00A8318B">
    <w:pPr>
      <w:jc w:val="right"/>
    </w:pPr>
    <w:r>
      <w:rPr>
        <w:color w:val="777777"/>
        <w:sz w:val="16"/>
      </w:rPr>
      <w:t xml:space="preserve">Page </w:t>
    </w:r>
    <w:r>
      <w:rPr>
        <w:color w:val="777777"/>
        <w:sz w:val="16"/>
      </w:rPr>
      <w:fldChar w:fldCharType="begin"/>
    </w:r>
    <w:r>
      <w:rPr>
        <w:color w:val="777777"/>
        <w:sz w:val="16"/>
      </w:rPr>
      <w:instrText xml:space="preserve"> PAGE </w:instrText>
    </w:r>
    <w:r>
      <w:rPr>
        <w:color w:val="777777"/>
        <w:sz w:val="16"/>
      </w:rPr>
      <w:fldChar w:fldCharType="separate"/>
    </w:r>
    <w:r w:rsidR="00DD6981">
      <w:rPr>
        <w:noProof/>
        <w:color w:val="777777"/>
        <w:sz w:val="16"/>
      </w:rPr>
      <w:t>1</w:t>
    </w:r>
    <w:r>
      <w:rPr>
        <w:color w:val="777777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E1B326" w14:textId="77777777" w:rsidR="00A8318B" w:rsidRDefault="00A8318B">
      <w:pPr>
        <w:spacing w:line="240" w:lineRule="auto"/>
      </w:pPr>
      <w:r>
        <w:separator/>
      </w:r>
    </w:p>
  </w:footnote>
  <w:footnote w:type="continuationSeparator" w:id="0">
    <w:p w14:paraId="095E8D66" w14:textId="77777777" w:rsidR="00A8318B" w:rsidRDefault="00A8318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23451C" w14:textId="77777777" w:rsidR="001650F9" w:rsidRDefault="00A8318B">
    <w:pPr>
      <w:pStyle w:val="Header"/>
      <w:jc w:val="right"/>
    </w:pPr>
    <w:r>
      <w:rPr>
        <w:b/>
        <w:color w:val="006747"/>
        <w:sz w:val="16"/>
      </w:rPr>
      <w:t>HEALTHCARE COALITION OF MAINE | LTC/SNF TOOLKIT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53780760">
    <w:abstractNumId w:val="8"/>
  </w:num>
  <w:num w:numId="2" w16cid:durableId="1579094432">
    <w:abstractNumId w:val="6"/>
  </w:num>
  <w:num w:numId="3" w16cid:durableId="1319070742">
    <w:abstractNumId w:val="5"/>
  </w:num>
  <w:num w:numId="4" w16cid:durableId="1326713618">
    <w:abstractNumId w:val="4"/>
  </w:num>
  <w:num w:numId="5" w16cid:durableId="1170214262">
    <w:abstractNumId w:val="7"/>
  </w:num>
  <w:num w:numId="6" w16cid:durableId="1979651073">
    <w:abstractNumId w:val="3"/>
  </w:num>
  <w:num w:numId="7" w16cid:durableId="1247232160">
    <w:abstractNumId w:val="2"/>
  </w:num>
  <w:num w:numId="8" w16cid:durableId="1302612988">
    <w:abstractNumId w:val="1"/>
  </w:num>
  <w:num w:numId="9" w16cid:durableId="12370586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11E0"/>
    <w:rsid w:val="0015074B"/>
    <w:rsid w:val="001650F9"/>
    <w:rsid w:val="0029639D"/>
    <w:rsid w:val="00326F90"/>
    <w:rsid w:val="003A6C33"/>
    <w:rsid w:val="00513C7C"/>
    <w:rsid w:val="00A8318B"/>
    <w:rsid w:val="00AA1D8D"/>
    <w:rsid w:val="00B47730"/>
    <w:rsid w:val="00CB0664"/>
    <w:rsid w:val="00DD6981"/>
    <w:rsid w:val="00F511F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61A4F22"/>
  <w14:defaultImageDpi w14:val="300"/>
  <w15:docId w15:val="{E0B5B800-C601-4B3F-9FE9-0C13FE438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/>
    </w:pPr>
    <w:rPr>
      <w:rFonts w:ascii="Arial" w:eastAsia="Arial" w:hAnsi="Arial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Maine LTC/SNF 12-Drill Tracker</dc:title>
  <dc:subject>Healthcare Coalition of Maine LTC/SNF Training, Drills &amp; Exercises Toolkit</dc:subject>
  <dc:creator>Healthcare Coalition of Maine</dc:creator>
  <cp:keywords>LTC, SNF, emergency preparedness, Maine Chapter 110, drills, tracker</cp:keywords>
  <dc:description>generated by python-docx</dc:description>
  <cp:lastModifiedBy>Dieterich, Hannah</cp:lastModifiedBy>
  <cp:revision>2</cp:revision>
  <dcterms:created xsi:type="dcterms:W3CDTF">2026-09-14T13:45:00Z</dcterms:created>
  <dcterms:modified xsi:type="dcterms:W3CDTF">2026-09-14T13:45:00Z</dcterms:modified>
  <cp:category/>
</cp:coreProperties>
</file>