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6704" w14:textId="77777777" w:rsidR="00BC42E8" w:rsidRDefault="00DC1705">
      <w:pPr>
        <w:spacing w:before="240" w:after="240"/>
        <w:jc w:val="center"/>
      </w:pPr>
      <w:r>
        <w:rPr>
          <w:noProof/>
        </w:rPr>
        <w:drawing>
          <wp:inline distT="0" distB="0" distL="0" distR="0" wp14:anchorId="50C0E310" wp14:editId="12D3CC4F">
            <wp:extent cx="3063240" cy="27004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3063240" cy="2700488"/>
                    </a:xfrm>
                    <a:prstGeom prst="rect">
                      <a:avLst/>
                    </a:prstGeom>
                  </pic:spPr>
                </pic:pic>
              </a:graphicData>
            </a:graphic>
          </wp:inline>
        </w:drawing>
      </w:r>
    </w:p>
    <w:p w14:paraId="44DFE6AF" w14:textId="77777777" w:rsidR="00BC42E8" w:rsidRDefault="00DC1705">
      <w:pPr>
        <w:pStyle w:val="Title"/>
        <w:jc w:val="center"/>
      </w:pPr>
      <w:r>
        <w:t>ACUTE CARE HOSPITAL</w:t>
      </w:r>
      <w:r>
        <w:br/>
        <w:t>EMERGENCY OPERATIONS PLAN</w:t>
      </w:r>
      <w:r>
        <w:br/>
        <w:t>COMPLIANCE CHECKLIST</w:t>
      </w:r>
    </w:p>
    <w:p w14:paraId="5CA1A66F" w14:textId="77777777" w:rsidR="00BC42E8" w:rsidRDefault="00DC1705">
      <w:pPr>
        <w:pStyle w:val="Subtitle"/>
        <w:jc w:val="center"/>
      </w:pPr>
      <w:r>
        <w:t>CMS Emergency Preparedness  •  Maine Requirements</w:t>
      </w:r>
      <w:r>
        <w:br/>
        <w:t>Fire and Life Safety  •  Acute Care Hospital Specific</w:t>
      </w:r>
    </w:p>
    <w:p w14:paraId="407AC884" w14:textId="77777777" w:rsidR="00BC42E8" w:rsidRDefault="00BC42E8">
      <w:pPr>
        <w:pBdr>
          <w:bottom w:val="single" w:sz="28" w:space="0" w:color="E43A0A"/>
        </w:pBdr>
        <w:spacing w:after="360"/>
      </w:pPr>
    </w:p>
    <w:tbl>
      <w:tblPr>
        <w:tblW w:w="0" w:type="auto"/>
        <w:jc w:val="center"/>
        <w:tblLayout w:type="fixed"/>
        <w:tblLook w:val="04A0" w:firstRow="1" w:lastRow="0" w:firstColumn="1" w:lastColumn="0" w:noHBand="0" w:noVBand="1"/>
      </w:tblPr>
      <w:tblGrid>
        <w:gridCol w:w="2592"/>
        <w:gridCol w:w="8266"/>
      </w:tblGrid>
      <w:tr w:rsidR="00BC42E8" w14:paraId="569319F5" w14:textId="77777777">
        <w:trPr>
          <w:cantSplit/>
          <w:tblHeade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416B41C6" w14:textId="77777777" w:rsidR="00BC42E8" w:rsidRDefault="00DC1705">
            <w:pPr>
              <w:keepNext/>
              <w:spacing w:after="20" w:line="257" w:lineRule="auto"/>
            </w:pPr>
            <w:r>
              <w:rPr>
                <w:b/>
                <w:sz w:val="20"/>
              </w:rPr>
              <w:t>Facility / Organization</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C73041" w14:textId="77777777" w:rsidR="00BC42E8" w:rsidRDefault="00BC42E8">
            <w:pPr>
              <w:keepNext/>
              <w:spacing w:after="20" w:line="257" w:lineRule="auto"/>
            </w:pPr>
          </w:p>
        </w:tc>
      </w:tr>
      <w:tr w:rsidR="00BC42E8" w14:paraId="281C62F3"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6457BEDE" w14:textId="77777777" w:rsidR="00BC42E8" w:rsidRDefault="00DC1705">
            <w:pPr>
              <w:spacing w:after="20" w:line="257" w:lineRule="auto"/>
            </w:pPr>
            <w:r>
              <w:rPr>
                <w:b/>
                <w:sz w:val="20"/>
              </w:rPr>
              <w:t>Provider Type</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4235F3" w14:textId="77777777" w:rsidR="00BC42E8" w:rsidRDefault="00DC1705">
            <w:pPr>
              <w:spacing w:after="20" w:line="257" w:lineRule="auto"/>
            </w:pPr>
            <w:r>
              <w:rPr>
                <w:sz w:val="20"/>
              </w:rPr>
              <w:t>Acute Care Hospital</w:t>
            </w:r>
          </w:p>
        </w:tc>
      </w:tr>
      <w:tr w:rsidR="00BC42E8" w14:paraId="268668BA"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640CDC8A" w14:textId="77777777" w:rsidR="00BC42E8" w:rsidRDefault="00DC1705">
            <w:pPr>
              <w:spacing w:after="20" w:line="257" w:lineRule="auto"/>
            </w:pPr>
            <w:r>
              <w:rPr>
                <w:b/>
                <w:sz w:val="20"/>
              </w:rPr>
              <w:t>Prepared By</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759949" w14:textId="77777777" w:rsidR="00BC42E8" w:rsidRDefault="00BC42E8">
            <w:pPr>
              <w:spacing w:after="20" w:line="257" w:lineRule="auto"/>
            </w:pPr>
          </w:p>
        </w:tc>
      </w:tr>
      <w:tr w:rsidR="00BC42E8" w14:paraId="166421BF"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AF3EF"/>
            <w:tcMar>
              <w:top w:w="90" w:type="dxa"/>
              <w:left w:w="85" w:type="dxa"/>
              <w:bottom w:w="90" w:type="dxa"/>
              <w:right w:w="85" w:type="dxa"/>
            </w:tcMar>
            <w:vAlign w:val="center"/>
          </w:tcPr>
          <w:p w14:paraId="0D6C6DEE" w14:textId="77777777" w:rsidR="00BC42E8" w:rsidRDefault="00DC1705">
            <w:pPr>
              <w:spacing w:after="20" w:line="257" w:lineRule="auto"/>
            </w:pPr>
            <w:r>
              <w:rPr>
                <w:b/>
                <w:sz w:val="20"/>
              </w:rPr>
              <w:t>Review Date</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C20C72" w14:textId="77777777" w:rsidR="00BC42E8" w:rsidRDefault="00BC42E8">
            <w:pPr>
              <w:spacing w:after="20" w:line="257" w:lineRule="auto"/>
            </w:pPr>
          </w:p>
        </w:tc>
      </w:tr>
    </w:tbl>
    <w:p w14:paraId="1A6F55EF" w14:textId="77777777" w:rsidR="00BC42E8" w:rsidRDefault="00DC1705">
      <w:pPr>
        <w:jc w:val="center"/>
      </w:pPr>
      <w:r>
        <w:t>Designed for Maine acute care hospitals. Includes provider-specific CMS emergency preparedness, the full 124-category CMS-2786R review, Maine hospital requirements, and the supplied Fire Marshal documentation crosswalk.</w:t>
      </w:r>
    </w:p>
    <w:p w14:paraId="25B05C12" w14:textId="77777777" w:rsidR="00A67A07" w:rsidRDefault="00A67A07">
      <w:pPr>
        <w:jc w:val="center"/>
      </w:pPr>
      <w:r w:rsidRPr="00A67A07">
        <w:rPr>
          <w:b/>
          <w:bCs/>
        </w:rPr>
        <w:t>The Healthcare Coalition of Maine (HCC-ME) is not a regulatory agency.</w:t>
      </w:r>
      <w:r w:rsidRPr="00A67A07">
        <w:t xml:space="preserve"> This checklist is a preparedness and planning resource. It does not constitute regulatory approval or guarantee compliance. Facilities remain responsible for meeting applicable federal, state, and local requirements and should consult the appropriate regulatory authorities for official guidance.</w:t>
      </w:r>
    </w:p>
    <w:p w14:paraId="3C40787B" w14:textId="46E3A150" w:rsidR="00BC42E8" w:rsidRDefault="00DC1705">
      <w:pPr>
        <w:jc w:val="center"/>
      </w:pPr>
      <w:r>
        <w:t>Format updated October 8 2026  •  Regulatory review October 5 2026</w:t>
      </w:r>
    </w:p>
    <w:p w14:paraId="105AEB8A"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62A05C06"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B0AD358" w14:textId="77777777" w:rsidR="00BC42E8" w:rsidRDefault="00DC1705">
            <w:pPr>
              <w:keepNext/>
            </w:pPr>
            <w:r>
              <w:rPr>
                <w:b/>
                <w:color w:val="FFFFFF"/>
                <w:sz w:val="28"/>
              </w:rPr>
              <w:t>HOW TO USE THIS CHECKLIST</w:t>
            </w:r>
          </w:p>
          <w:p w14:paraId="395A9203" w14:textId="77777777" w:rsidR="00BC42E8" w:rsidRDefault="00DC1705">
            <w:pPr>
              <w:keepNext/>
              <w:spacing w:after="60"/>
            </w:pPr>
            <w:r>
              <w:rPr>
                <w:color w:val="DDEBE6"/>
                <w:sz w:val="18"/>
              </w:rPr>
              <w:t>A survey readiness and plan development crosswalk for Maine acute care hospitals</w:t>
            </w:r>
          </w:p>
        </w:tc>
      </w:tr>
    </w:tbl>
    <w:p w14:paraId="3CF73157" w14:textId="77777777" w:rsidR="00BC42E8" w:rsidRDefault="00DC1705">
      <w:pPr>
        <w:pStyle w:val="Heading2"/>
        <w:pBdr>
          <w:bottom w:val="single" w:sz="10" w:space="5" w:color="E43A0A"/>
        </w:pBdr>
      </w:pPr>
      <w:r>
        <w:t>Purpose</w:t>
      </w:r>
    </w:p>
    <w:p w14:paraId="722CA44E" w14:textId="77777777" w:rsidR="00BC42E8" w:rsidRDefault="00DC1705">
      <w:r>
        <w:t>Review the Emergency Operations Plan and its supporting policies, records, training, exercises, and physical safety systems. This checklist covers emergency preparedness and related safety requirements; it is a facility review tool and does not replace complete clinical Conditions of Participation, the applicable NFPA codes, accreditation standards, or an onsite CMS or Fire Marshal survey.</w:t>
      </w:r>
    </w:p>
    <w:tbl>
      <w:tblPr>
        <w:tblW w:w="0" w:type="auto"/>
        <w:jc w:val="center"/>
        <w:tblLayout w:type="fixed"/>
        <w:tblLook w:val="04A0" w:firstRow="1" w:lastRow="0" w:firstColumn="1" w:lastColumn="0" w:noHBand="0" w:noVBand="1"/>
      </w:tblPr>
      <w:tblGrid>
        <w:gridCol w:w="576"/>
        <w:gridCol w:w="1944"/>
        <w:gridCol w:w="8338"/>
      </w:tblGrid>
      <w:tr w:rsidR="00BC42E8" w14:paraId="1745EFFE" w14:textId="77777777">
        <w:trPr>
          <w:cantSplit/>
          <w:tblHeader/>
          <w:jc w:val="center"/>
        </w:trPr>
        <w:tc>
          <w:tcPr>
            <w:tcW w:w="57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5A82C0A" w14:textId="77777777" w:rsidR="00BC42E8" w:rsidRDefault="00DC1705">
            <w:pPr>
              <w:keepNext/>
              <w:spacing w:after="20" w:line="257" w:lineRule="auto"/>
            </w:pPr>
            <w:r>
              <w:rPr>
                <w:b/>
                <w:color w:val="FFFFFF"/>
                <w:sz w:val="18"/>
              </w:rPr>
              <w:t>Step</w:t>
            </w:r>
          </w:p>
        </w:tc>
        <w:tc>
          <w:tcPr>
            <w:tcW w:w="194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FAE3E19" w14:textId="77777777" w:rsidR="00BC42E8" w:rsidRDefault="00DC1705">
            <w:pPr>
              <w:keepNext/>
              <w:spacing w:after="20" w:line="257" w:lineRule="auto"/>
            </w:pPr>
            <w:r>
              <w:rPr>
                <w:b/>
                <w:color w:val="FFFFFF"/>
                <w:sz w:val="18"/>
              </w:rPr>
              <w:t>Action</w:t>
            </w:r>
          </w:p>
        </w:tc>
        <w:tc>
          <w:tcPr>
            <w:tcW w:w="833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A90FCFB" w14:textId="77777777" w:rsidR="00BC42E8" w:rsidRDefault="00DC1705">
            <w:pPr>
              <w:keepNext/>
              <w:spacing w:after="20" w:line="257" w:lineRule="auto"/>
            </w:pPr>
            <w:r>
              <w:rPr>
                <w:b/>
                <w:color w:val="FFFFFF"/>
                <w:sz w:val="18"/>
              </w:rPr>
              <w:t>What to do</w:t>
            </w:r>
          </w:p>
        </w:tc>
      </w:tr>
      <w:tr w:rsidR="00BC42E8" w14:paraId="2BE160BE"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14AFB3" w14:textId="77777777" w:rsidR="00BC42E8" w:rsidRDefault="00DC1705">
            <w:pPr>
              <w:spacing w:after="20" w:line="257" w:lineRule="auto"/>
            </w:pPr>
            <w:r>
              <w:rPr>
                <w:sz w:val="18"/>
              </w:rPr>
              <w:t>1</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A54A5B" w14:textId="77777777" w:rsidR="00BC42E8" w:rsidRDefault="00DC1705">
            <w:pPr>
              <w:spacing w:after="20" w:line="257" w:lineRule="auto"/>
            </w:pPr>
            <w:r>
              <w:rPr>
                <w:sz w:val="18"/>
              </w:rPr>
              <w:t>Identify applicability</w:t>
            </w:r>
          </w:p>
        </w:tc>
        <w:tc>
          <w:tcPr>
            <w:tcW w:w="83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226749" w14:textId="77777777" w:rsidR="00BC42E8" w:rsidRDefault="00DC1705">
            <w:pPr>
              <w:spacing w:after="20" w:line="257" w:lineRule="auto"/>
            </w:pPr>
            <w:r>
              <w:rPr>
                <w:sz w:val="18"/>
              </w:rPr>
              <w:t>Complete the facility profile for every campus, building, distinct part, and separately certified site. Confirm occupancy, services, and survey jurisdiction.</w:t>
            </w:r>
          </w:p>
        </w:tc>
      </w:tr>
      <w:tr w:rsidR="00BC42E8" w14:paraId="0D88AC3B"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49315E" w14:textId="77777777" w:rsidR="00BC42E8" w:rsidRDefault="00DC1705">
            <w:pPr>
              <w:spacing w:after="20" w:line="257" w:lineRule="auto"/>
            </w:pPr>
            <w:r>
              <w:rPr>
                <w:sz w:val="18"/>
              </w:rPr>
              <w:t>2</w:t>
            </w:r>
          </w:p>
        </w:tc>
        <w:tc>
          <w:tcPr>
            <w:tcW w:w="194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F79C8C" w14:textId="77777777" w:rsidR="00BC42E8" w:rsidRDefault="00DC1705">
            <w:pPr>
              <w:spacing w:after="20" w:line="257" w:lineRule="auto"/>
            </w:pPr>
            <w:r>
              <w:rPr>
                <w:sz w:val="18"/>
              </w:rPr>
              <w:t>Review CMS EP</w:t>
            </w:r>
          </w:p>
        </w:tc>
        <w:tc>
          <w:tcPr>
            <w:tcW w:w="83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3D5F95" w14:textId="77777777" w:rsidR="00BC42E8" w:rsidRDefault="00DC1705">
            <w:pPr>
              <w:spacing w:after="20" w:line="257" w:lineRule="auto"/>
            </w:pPr>
            <w:r>
              <w:rPr>
                <w:sz w:val="18"/>
              </w:rPr>
              <w:t>Complete Part I using 42 CFR 482.15 and Appendix Z. Record the exact EOP, policy, attachment, or record location.</w:t>
            </w:r>
          </w:p>
        </w:tc>
      </w:tr>
      <w:tr w:rsidR="00BC42E8" w14:paraId="44B66F21"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441BF7" w14:textId="77777777" w:rsidR="00BC42E8" w:rsidRDefault="00DC1705">
            <w:pPr>
              <w:spacing w:after="20" w:line="257" w:lineRule="auto"/>
            </w:pPr>
            <w:r>
              <w:rPr>
                <w:sz w:val="18"/>
              </w:rPr>
              <w:t>3</w:t>
            </w:r>
          </w:p>
        </w:tc>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F1A5FB" w14:textId="77777777" w:rsidR="00BC42E8" w:rsidRDefault="00DC1705">
            <w:pPr>
              <w:spacing w:after="20" w:line="257" w:lineRule="auto"/>
            </w:pPr>
            <w:r>
              <w:rPr>
                <w:sz w:val="18"/>
              </w:rPr>
              <w:t>Review other layers</w:t>
            </w:r>
          </w:p>
        </w:tc>
        <w:tc>
          <w:tcPr>
            <w:tcW w:w="83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793A18" w14:textId="77777777" w:rsidR="00BC42E8" w:rsidRDefault="00DC1705">
            <w:pPr>
              <w:spacing w:after="20" w:line="257" w:lineRule="auto"/>
            </w:pPr>
            <w:r>
              <w:rPr>
                <w:sz w:val="18"/>
              </w:rPr>
              <w:t>Complete Part II fire and life safety, Part III clinical and Maine requirements, and the legislative watchlist.</w:t>
            </w:r>
          </w:p>
        </w:tc>
      </w:tr>
      <w:tr w:rsidR="00BC42E8" w14:paraId="7D1BB16C" w14:textId="77777777">
        <w:trPr>
          <w:cantSplit/>
          <w:jc w:val="center"/>
        </w:trPr>
        <w:tc>
          <w:tcPr>
            <w:tcW w:w="5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5D22F9B" w14:textId="77777777" w:rsidR="00BC42E8" w:rsidRDefault="00DC1705">
            <w:pPr>
              <w:spacing w:after="20" w:line="257" w:lineRule="auto"/>
            </w:pPr>
            <w:r>
              <w:rPr>
                <w:sz w:val="18"/>
              </w:rPr>
              <w:t>4</w:t>
            </w:r>
          </w:p>
        </w:tc>
        <w:tc>
          <w:tcPr>
            <w:tcW w:w="194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7903B6" w14:textId="77777777" w:rsidR="00BC42E8" w:rsidRDefault="00DC1705">
            <w:pPr>
              <w:spacing w:after="20" w:line="257" w:lineRule="auto"/>
            </w:pPr>
            <w:r>
              <w:rPr>
                <w:sz w:val="18"/>
              </w:rPr>
              <w:t>Close gaps</w:t>
            </w:r>
          </w:p>
        </w:tc>
        <w:tc>
          <w:tcPr>
            <w:tcW w:w="83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900BA6" w14:textId="77777777" w:rsidR="00BC42E8" w:rsidRDefault="00DC1705">
            <w:pPr>
              <w:spacing w:after="20" w:line="257" w:lineRule="auto"/>
            </w:pPr>
            <w:r>
              <w:rPr>
                <w:sz w:val="18"/>
              </w:rPr>
              <w:t>Assign corrective actions, owners, and due dates. Document changes, staff training, retesting, and closure.</w:t>
            </w:r>
          </w:p>
        </w:tc>
      </w:tr>
    </w:tbl>
    <w:p w14:paraId="2A727F6F" w14:textId="77777777" w:rsidR="00BC42E8" w:rsidRDefault="00DC1705">
      <w:pPr>
        <w:pStyle w:val="Heading2"/>
        <w:pBdr>
          <w:bottom w:val="single" w:sz="10" w:space="5" w:color="E43A0A"/>
        </w:pBdr>
      </w:pPr>
      <w:r>
        <w:t>Identifier key</w:t>
      </w:r>
    </w:p>
    <w:tbl>
      <w:tblPr>
        <w:tblW w:w="0" w:type="auto"/>
        <w:jc w:val="center"/>
        <w:tblLayout w:type="fixed"/>
        <w:tblLook w:val="04A0" w:firstRow="1" w:lastRow="0" w:firstColumn="1" w:lastColumn="0" w:noHBand="0" w:noVBand="1"/>
      </w:tblPr>
      <w:tblGrid>
        <w:gridCol w:w="2304"/>
        <w:gridCol w:w="8554"/>
      </w:tblGrid>
      <w:tr w:rsidR="00BC42E8" w14:paraId="5E241BCA" w14:textId="77777777">
        <w:trPr>
          <w:cantSplit/>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58FA144" w14:textId="77777777" w:rsidR="00BC42E8" w:rsidRDefault="00DC1705">
            <w:pPr>
              <w:keepNext/>
              <w:spacing w:after="20" w:line="257" w:lineRule="auto"/>
            </w:pPr>
            <w:r>
              <w:rPr>
                <w:b/>
                <w:color w:val="FFFFFF"/>
                <w:sz w:val="18"/>
              </w:rPr>
              <w:t>Identifier</w:t>
            </w:r>
          </w:p>
        </w:tc>
        <w:tc>
          <w:tcPr>
            <w:tcW w:w="855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22A5C4E" w14:textId="77777777" w:rsidR="00BC42E8" w:rsidRDefault="00DC1705">
            <w:pPr>
              <w:keepNext/>
              <w:spacing w:after="20" w:line="257" w:lineRule="auto"/>
            </w:pPr>
            <w:r>
              <w:rPr>
                <w:b/>
                <w:color w:val="FFFFFF"/>
                <w:sz w:val="18"/>
              </w:rPr>
              <w:t>Meaning</w:t>
            </w:r>
          </w:p>
        </w:tc>
      </w:tr>
      <w:tr w:rsidR="00BC42E8" w14:paraId="2E36E229"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4AED2D" w14:textId="77777777" w:rsidR="00BC42E8" w:rsidRDefault="00DC1705">
            <w:pPr>
              <w:spacing w:after="20" w:line="257" w:lineRule="auto"/>
            </w:pPr>
            <w:r>
              <w:rPr>
                <w:sz w:val="18"/>
              </w:rPr>
              <w:t>EP01 to EP47</w:t>
            </w:r>
          </w:p>
        </w:tc>
        <w:tc>
          <w:tcPr>
            <w:tcW w:w="85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799431" w14:textId="77777777" w:rsidR="00BC42E8" w:rsidRDefault="00DC1705">
            <w:pPr>
              <w:spacing w:after="20" w:line="257" w:lineRule="auto"/>
            </w:pPr>
            <w:r>
              <w:rPr>
                <w:sz w:val="18"/>
              </w:rPr>
              <w:t>Review identifiers from the combined hospital checklist; only applicable rows are included here. E-tags identify Appendix Z survey guidance.</w:t>
            </w:r>
          </w:p>
        </w:tc>
      </w:tr>
      <w:tr w:rsidR="00BC42E8" w14:paraId="79D2B315"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8F07E1" w14:textId="77777777" w:rsidR="00BC42E8" w:rsidRDefault="00DC1705">
            <w:pPr>
              <w:spacing w:after="20" w:line="257" w:lineRule="auto"/>
            </w:pPr>
            <w:r>
              <w:rPr>
                <w:sz w:val="18"/>
              </w:rPr>
              <w:t>CL and hospital items</w:t>
            </w:r>
          </w:p>
        </w:tc>
        <w:tc>
          <w:tcPr>
            <w:tcW w:w="855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2DF312" w14:textId="77777777" w:rsidR="00BC42E8" w:rsidRDefault="00DC1705">
            <w:pPr>
              <w:spacing w:after="20" w:line="257" w:lineRule="auto"/>
            </w:pPr>
            <w:r>
              <w:rPr>
                <w:sz w:val="18"/>
              </w:rPr>
              <w:t>Emergency-related clinical and continuity requirements for this hospital type.</w:t>
            </w:r>
          </w:p>
        </w:tc>
      </w:tr>
      <w:tr w:rsidR="00BC42E8" w14:paraId="23E9FCF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2D19A7" w14:textId="77777777" w:rsidR="00BC42E8" w:rsidRDefault="00DC1705">
            <w:pPr>
              <w:spacing w:after="20" w:line="257" w:lineRule="auto"/>
            </w:pPr>
            <w:r>
              <w:rPr>
                <w:sz w:val="18"/>
              </w:rPr>
              <w:t>K tags</w:t>
            </w:r>
          </w:p>
        </w:tc>
        <w:tc>
          <w:tcPr>
            <w:tcW w:w="85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3DDA3C" w14:textId="77777777" w:rsidR="00BC42E8" w:rsidRDefault="00DC1705">
            <w:pPr>
              <w:spacing w:after="20" w:line="257" w:lineRule="auto"/>
            </w:pPr>
            <w:r>
              <w:rPr>
                <w:sz w:val="18"/>
              </w:rPr>
              <w:t>CMS-2786R federal fire and health care facilities survey categories; not Maine FMO identifiers.</w:t>
            </w:r>
          </w:p>
        </w:tc>
      </w:tr>
      <w:tr w:rsidR="00BC42E8" w14:paraId="493ED184"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29AB9BE" w14:textId="77777777" w:rsidR="00BC42E8" w:rsidRDefault="00DC1705">
            <w:pPr>
              <w:spacing w:after="20" w:line="257" w:lineRule="auto"/>
            </w:pPr>
            <w:r>
              <w:rPr>
                <w:sz w:val="18"/>
              </w:rPr>
              <w:t>ME and AH items</w:t>
            </w:r>
          </w:p>
        </w:tc>
        <w:tc>
          <w:tcPr>
            <w:tcW w:w="855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D48D55" w14:textId="77777777" w:rsidR="00BC42E8" w:rsidRDefault="00DC1705">
            <w:pPr>
              <w:spacing w:after="20" w:line="257" w:lineRule="auto"/>
            </w:pPr>
            <w:r>
              <w:rPr>
                <w:sz w:val="18"/>
              </w:rPr>
              <w:t>Maine hospital statutes and rules, code applicability, permits, and AHJ verification.</w:t>
            </w:r>
          </w:p>
        </w:tc>
      </w:tr>
      <w:tr w:rsidR="00BC42E8" w14:paraId="7A7E8F0F"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F8946A" w14:textId="77777777" w:rsidR="00BC42E8" w:rsidRDefault="00DC1705">
            <w:pPr>
              <w:spacing w:after="20" w:line="257" w:lineRule="auto"/>
            </w:pPr>
            <w:r>
              <w:rPr>
                <w:sz w:val="18"/>
              </w:rPr>
              <w:t>FM items</w:t>
            </w:r>
          </w:p>
        </w:tc>
        <w:tc>
          <w:tcPr>
            <w:tcW w:w="85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6269B9" w14:textId="77777777" w:rsidR="00BC42E8" w:rsidRDefault="00DC1705">
            <w:pPr>
              <w:spacing w:after="20" w:line="257" w:lineRule="auto"/>
            </w:pPr>
            <w:r>
              <w:rPr>
                <w:sz w:val="18"/>
              </w:rPr>
              <w:t>Every numbered item in the supplied Fire Marshal documentation list dated December 18 2024.</w:t>
            </w:r>
          </w:p>
        </w:tc>
      </w:tr>
      <w:tr w:rsidR="00BC42E8" w14:paraId="7047B4C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431CC5" w14:textId="77777777" w:rsidR="00BC42E8" w:rsidRDefault="00DC1705">
            <w:pPr>
              <w:spacing w:after="20" w:line="257" w:lineRule="auto"/>
            </w:pPr>
            <w:r>
              <w:rPr>
                <w:sz w:val="18"/>
              </w:rPr>
              <w:t>S source numbers</w:t>
            </w:r>
          </w:p>
        </w:tc>
        <w:tc>
          <w:tcPr>
            <w:tcW w:w="855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B3A82D" w14:textId="77777777" w:rsidR="00BC42E8" w:rsidRDefault="00DC1705">
            <w:pPr>
              <w:spacing w:after="20" w:line="257" w:lineRule="auto"/>
            </w:pPr>
            <w:r>
              <w:rPr>
                <w:sz w:val="18"/>
              </w:rPr>
              <w:t>Linked primary sources in the source register. Source numbers retain the combined checklist numbering.</w:t>
            </w:r>
          </w:p>
        </w:tc>
      </w:tr>
    </w:tbl>
    <w:p w14:paraId="09EF9FB3" w14:textId="77777777" w:rsidR="00BC42E8" w:rsidRDefault="00DC1705">
      <w:pPr>
        <w:pStyle w:val="Heading2"/>
        <w:pBdr>
          <w:bottom w:val="single" w:sz="10" w:space="5" w:color="E43A0A"/>
        </w:pBdr>
      </w:pPr>
      <w:r>
        <w:t>Checklist status definitions</w:t>
      </w:r>
    </w:p>
    <w:p w14:paraId="48CE424F" w14:textId="77777777" w:rsidR="00BC42E8" w:rsidRDefault="00DC1705">
      <w:r>
        <w:t>Met: complete and supported by evidence. Partial: incomplete, outdated, or unsupported in part. Not Met: absent or deficient. N/A: does not apply; record the reason. A written policy alone does not establish implementation. Interview staff and observe systems as appropriate.</w:t>
      </w:r>
    </w:p>
    <w:p w14:paraId="2BD2B7F4" w14:textId="77777777" w:rsidR="00BC42E8" w:rsidRDefault="00DC1705">
      <w:r>
        <w:t>Source review and legislative status are retained as of October 5 2026. This October 8 edition separates provider types and changes the format. Recheck legal status and adopted editions when the facility completes its review.</w:t>
      </w:r>
    </w:p>
    <w:p w14:paraId="4DE7CAA8"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2880"/>
        <w:gridCol w:w="7978"/>
      </w:tblGrid>
      <w:tr w:rsidR="00BC42E8" w14:paraId="52A5A669" w14:textId="77777777">
        <w:trPr>
          <w:cantSplit/>
          <w:tblHeader/>
          <w:jc w:val="center"/>
        </w:trPr>
        <w:tc>
          <w:tcPr>
            <w:tcW w:w="10858" w:type="dxa"/>
            <w:gridSpan w:val="2"/>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0565FA7" w14:textId="77777777" w:rsidR="00BC42E8" w:rsidRDefault="00DC1705">
            <w:pPr>
              <w:keepNext/>
            </w:pPr>
            <w:r>
              <w:rPr>
                <w:b/>
                <w:color w:val="FFFFFF"/>
                <w:sz w:val="28"/>
              </w:rPr>
              <w:t>FACILITY APPLICABILITY PROFILE</w:t>
            </w:r>
          </w:p>
          <w:p w14:paraId="1CA07498" w14:textId="77777777" w:rsidR="00BC42E8" w:rsidRDefault="00DC1705">
            <w:pPr>
              <w:keepNext/>
              <w:spacing w:after="60"/>
            </w:pPr>
            <w:r>
              <w:rPr>
                <w:color w:val="DDEBE6"/>
                <w:sz w:val="18"/>
              </w:rPr>
              <w:t>Complete before using the compliance tables</w:t>
            </w:r>
          </w:p>
        </w:tc>
      </w:tr>
      <w:tr w:rsidR="00BC42E8" w14:paraId="4FCEA9F6"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7EDF704" w14:textId="77777777" w:rsidR="00BC42E8" w:rsidRDefault="00DC1705">
            <w:pPr>
              <w:keepNext/>
              <w:spacing w:after="20" w:line="257" w:lineRule="auto"/>
            </w:pPr>
            <w:r>
              <w:rPr>
                <w:b/>
                <w:color w:val="FFFFFF"/>
                <w:sz w:val="18"/>
              </w:rPr>
              <w:t>Field</w:t>
            </w:r>
          </w:p>
        </w:tc>
        <w:tc>
          <w:tcPr>
            <w:tcW w:w="797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F2A2B5F" w14:textId="77777777" w:rsidR="00BC42E8" w:rsidRDefault="00DC1705">
            <w:pPr>
              <w:keepNext/>
              <w:spacing w:after="20" w:line="257" w:lineRule="auto"/>
            </w:pPr>
            <w:r>
              <w:rPr>
                <w:b/>
                <w:color w:val="FFFFFF"/>
                <w:sz w:val="18"/>
              </w:rPr>
              <w:t>Facility entry or determination</w:t>
            </w:r>
          </w:p>
        </w:tc>
      </w:tr>
      <w:tr w:rsidR="00BC42E8" w14:paraId="1EC3778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5B2306" w14:textId="77777777" w:rsidR="00BC42E8" w:rsidRDefault="00DC1705">
            <w:pPr>
              <w:spacing w:after="20" w:line="257" w:lineRule="auto"/>
            </w:pPr>
            <w:r>
              <w:rPr>
                <w:sz w:val="18"/>
              </w:rPr>
              <w:t>Facility legal name and campus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5B8329" w14:textId="77777777" w:rsidR="00BC42E8" w:rsidRDefault="00BC42E8">
            <w:pPr>
              <w:spacing w:after="20" w:line="257" w:lineRule="auto"/>
            </w:pPr>
          </w:p>
        </w:tc>
      </w:tr>
      <w:tr w:rsidR="00BC42E8" w14:paraId="45CBC68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CDB316" w14:textId="77777777" w:rsidR="00BC42E8" w:rsidRDefault="00DC1705">
            <w:pPr>
              <w:spacing w:after="20" w:line="257" w:lineRule="auto"/>
            </w:pPr>
            <w:r>
              <w:rPr>
                <w:sz w:val="18"/>
              </w:rPr>
              <w:t>Maine license and CMS CCN</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5C378C" w14:textId="77777777" w:rsidR="00BC42E8" w:rsidRDefault="00BC42E8">
            <w:pPr>
              <w:spacing w:after="20" w:line="257" w:lineRule="auto"/>
            </w:pPr>
          </w:p>
        </w:tc>
      </w:tr>
      <w:tr w:rsidR="00BC42E8" w14:paraId="6F96E95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8D277A" w14:textId="77777777" w:rsidR="00BC42E8" w:rsidRDefault="00DC1705">
            <w:pPr>
              <w:spacing w:after="20" w:line="257" w:lineRule="auto"/>
            </w:pPr>
            <w:r>
              <w:rPr>
                <w:sz w:val="18"/>
              </w:rPr>
              <w:t>Provider type</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3050C3" w14:textId="77777777" w:rsidR="00BC42E8" w:rsidRDefault="00DC1705">
            <w:pPr>
              <w:spacing w:after="20" w:line="257" w:lineRule="auto"/>
            </w:pPr>
            <w:r>
              <w:rPr>
                <w:sz w:val="18"/>
              </w:rPr>
              <w:t>Acute Care Hospital  |  CMS Part 482</w:t>
            </w:r>
          </w:p>
        </w:tc>
      </w:tr>
      <w:tr w:rsidR="00BC42E8" w14:paraId="7D09A62D"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8341D3" w14:textId="77777777" w:rsidR="00BC42E8" w:rsidRDefault="00DC1705">
            <w:pPr>
              <w:spacing w:after="20" w:line="257" w:lineRule="auto"/>
            </w:pPr>
            <w:r>
              <w:rPr>
                <w:sz w:val="18"/>
              </w:rPr>
              <w:t>EOP version and approval date</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80E623" w14:textId="77777777" w:rsidR="00BC42E8" w:rsidRDefault="00BC42E8">
            <w:pPr>
              <w:spacing w:after="20" w:line="257" w:lineRule="auto"/>
            </w:pPr>
          </w:p>
        </w:tc>
      </w:tr>
      <w:tr w:rsidR="00BC42E8" w14:paraId="300BBB4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3907E7" w14:textId="77777777" w:rsidR="00BC42E8" w:rsidRDefault="00DC1705">
            <w:pPr>
              <w:spacing w:after="20" w:line="257" w:lineRule="auto"/>
            </w:pPr>
            <w:r>
              <w:rPr>
                <w:sz w:val="18"/>
              </w:rPr>
              <w:t>Emergency preparedness lead</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F116FE" w14:textId="77777777" w:rsidR="00BC42E8" w:rsidRDefault="00BC42E8">
            <w:pPr>
              <w:spacing w:after="20" w:line="257" w:lineRule="auto"/>
            </w:pPr>
          </w:p>
        </w:tc>
      </w:tr>
      <w:tr w:rsidR="00BC42E8" w14:paraId="0B6312E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1D7F8B" w14:textId="77777777" w:rsidR="00BC42E8" w:rsidRDefault="00DC1705">
            <w:pPr>
              <w:spacing w:after="20" w:line="257" w:lineRule="auto"/>
            </w:pPr>
            <w:r>
              <w:rPr>
                <w:sz w:val="18"/>
              </w:rPr>
              <w:t>Facilities and life safety lead</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B2DA06" w14:textId="77777777" w:rsidR="00BC42E8" w:rsidRDefault="00BC42E8">
            <w:pPr>
              <w:spacing w:after="20" w:line="257" w:lineRule="auto"/>
            </w:pPr>
          </w:p>
        </w:tc>
      </w:tr>
      <w:tr w:rsidR="00BC42E8" w14:paraId="16B93AA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D962DC" w14:textId="77777777" w:rsidR="00BC42E8" w:rsidRDefault="00DC1705">
            <w:pPr>
              <w:spacing w:after="20" w:line="257" w:lineRule="auto"/>
            </w:pPr>
            <w:r>
              <w:rPr>
                <w:sz w:val="18"/>
              </w:rPr>
              <w:t>Accreditation and survey authority</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B2998B" w14:textId="77777777" w:rsidR="00BC42E8" w:rsidRDefault="00DC1705">
            <w:pPr>
              <w:spacing w:after="20" w:line="257" w:lineRule="auto"/>
            </w:pPr>
            <w:r>
              <w:rPr>
                <w:sz w:val="18"/>
              </w:rPr>
              <w:t>CMS State agency or accreditor; Maine DLC; Maine FMO; local fire and code officials.</w:t>
            </w:r>
          </w:p>
        </w:tc>
      </w:tr>
      <w:tr w:rsidR="00BC42E8" w14:paraId="0DB464C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0B9AEA" w14:textId="77777777" w:rsidR="00BC42E8" w:rsidRDefault="00DC1705">
            <w:pPr>
              <w:spacing w:after="20" w:line="257" w:lineRule="auto"/>
            </w:pPr>
            <w:r>
              <w:rPr>
                <w:sz w:val="18"/>
              </w:rPr>
              <w:t>Buildings and occupancies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42EE14" w14:textId="77777777" w:rsidR="00BC42E8" w:rsidRDefault="00DC1705">
            <w:pPr>
              <w:spacing w:after="20" w:line="257" w:lineRule="auto"/>
            </w:pPr>
            <w:r>
              <w:rPr>
                <w:sz w:val="18"/>
              </w:rPr>
              <w:t>List construction date, new or existing classification, floors, smoke compartments, suites, sprinklers, and any mixed occupancies.</w:t>
            </w:r>
          </w:p>
        </w:tc>
      </w:tr>
      <w:tr w:rsidR="00BC42E8" w14:paraId="28E769B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8A4B1B" w14:textId="77777777" w:rsidR="00BC42E8" w:rsidRDefault="00DC1705">
            <w:pPr>
              <w:spacing w:after="20" w:line="257" w:lineRule="auto"/>
            </w:pPr>
            <w:r>
              <w:rPr>
                <w:sz w:val="18"/>
              </w:rPr>
              <w:t>Clinical services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70227A" w14:textId="77777777" w:rsidR="00BC42E8" w:rsidRDefault="00DC1705">
            <w:pPr>
              <w:spacing w:after="20" w:line="257" w:lineRule="auto"/>
            </w:pPr>
            <w:r>
              <w:rPr>
                <w:sz w:val="18"/>
              </w:rPr>
              <w:t>☐</w:t>
            </w:r>
            <w:r>
              <w:rPr>
                <w:sz w:val="18"/>
              </w:rPr>
              <w:t xml:space="preserve"> ED  ☐ ICU  ☐ Surgery  ☐ Maternity  ☐ Newborn care</w:t>
            </w:r>
            <w:r>
              <w:rPr>
                <w:sz w:val="18"/>
              </w:rPr>
              <w:br/>
              <w:t>☐ Behavioral health  ☐ Pediatrics  ☐ Dialysis</w:t>
            </w:r>
            <w:r>
              <w:rPr>
                <w:sz w:val="18"/>
              </w:rPr>
              <w:br/>
              <w:t>☐ Transplant  ☐ Distinct parts  ☐ Offsite services</w:t>
            </w:r>
          </w:p>
        </w:tc>
      </w:tr>
      <w:tr w:rsidR="00BC42E8" w14:paraId="12289E86"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CFE261" w14:textId="77777777" w:rsidR="00BC42E8" w:rsidRDefault="00DC1705">
            <w:pPr>
              <w:spacing w:after="20" w:line="257" w:lineRule="auto"/>
            </w:pPr>
            <w:r>
              <w:rPr>
                <w:sz w:val="18"/>
              </w:rPr>
              <w:t>Patient needs and vulnerabilities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2C8CF6" w14:textId="77777777" w:rsidR="00BC42E8" w:rsidRDefault="00DC1705">
            <w:pPr>
              <w:spacing w:after="20" w:line="257" w:lineRule="auto"/>
            </w:pPr>
            <w:r>
              <w:rPr>
                <w:sz w:val="18"/>
              </w:rPr>
              <w:t>Mobility, oxygen or ventilator dependence, pregnancy, age, language, cognitive or sensory needs, and behavioral support.</w:t>
            </w:r>
          </w:p>
        </w:tc>
      </w:tr>
      <w:tr w:rsidR="00BC42E8" w14:paraId="26ABD241"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563666" w14:textId="77777777" w:rsidR="00BC42E8" w:rsidRDefault="00DC1705">
            <w:pPr>
              <w:spacing w:after="20" w:line="257" w:lineRule="auto"/>
            </w:pPr>
            <w:r>
              <w:rPr>
                <w:sz w:val="18"/>
              </w:rPr>
              <w:t>Emergency capacity</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71B7F9" w14:textId="77777777" w:rsidR="00BC42E8" w:rsidRDefault="00DC1705">
            <w:pPr>
              <w:spacing w:after="20" w:line="257" w:lineRule="auto"/>
            </w:pPr>
            <w:r>
              <w:rPr>
                <w:sz w:val="18"/>
              </w:rPr>
              <w:t>Licensed beds, surge assumptions, receiving capacity, transport, accessible evacuation, and utility endurance.</w:t>
            </w:r>
          </w:p>
        </w:tc>
      </w:tr>
      <w:tr w:rsidR="00BC42E8" w14:paraId="277139A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ADD8C3" w14:textId="77777777" w:rsidR="00BC42E8" w:rsidRDefault="00DC1705">
            <w:pPr>
              <w:spacing w:after="20" w:line="257" w:lineRule="auto"/>
            </w:pPr>
            <w:r>
              <w:rPr>
                <w:sz w:val="18"/>
              </w:rPr>
              <w:t>Power and fire systems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617FD1" w14:textId="77777777" w:rsidR="00BC42E8" w:rsidRDefault="00DC1705">
            <w:pPr>
              <w:spacing w:after="20" w:line="257" w:lineRule="auto"/>
            </w:pPr>
            <w:r>
              <w:rPr>
                <w:sz w:val="18"/>
              </w:rPr>
              <w:t>Generators, fuel, transfer switches, UPS, medical gases, alarms, sprinklers, fire pumps, HVAC, dampers, elevators, and shutoffs.</w:t>
            </w:r>
          </w:p>
        </w:tc>
      </w:tr>
      <w:tr w:rsidR="00BC42E8" w14:paraId="1A688C4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BCEB58" w14:textId="77777777" w:rsidR="00BC42E8" w:rsidRDefault="00DC1705">
            <w:pPr>
              <w:spacing w:after="20" w:line="257" w:lineRule="auto"/>
            </w:pPr>
            <w:r>
              <w:rPr>
                <w:sz w:val="18"/>
              </w:rPr>
              <w:t>Waivers and approvals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9D739A" w14:textId="77777777" w:rsidR="00BC42E8" w:rsidRDefault="00DC1705">
            <w:pPr>
              <w:spacing w:after="20" w:line="257" w:lineRule="auto"/>
            </w:pPr>
            <w:r>
              <w:rPr>
                <w:sz w:val="18"/>
              </w:rPr>
              <w:t>Record authority, conditions, dates, expiry, permits, approved plans, and equivalencies.</w:t>
            </w:r>
          </w:p>
        </w:tc>
      </w:tr>
      <w:tr w:rsidR="00BC42E8" w14:paraId="1CDB4DD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D93AA8" w14:textId="77777777" w:rsidR="00BC42E8" w:rsidRDefault="00DC1705">
            <w:pPr>
              <w:spacing w:after="20" w:line="257" w:lineRule="auto"/>
            </w:pPr>
            <w:r>
              <w:rPr>
                <w:sz w:val="18"/>
              </w:rPr>
              <w:t>Separate certified providers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3AC1CD8" w14:textId="77777777" w:rsidR="00BC42E8" w:rsidRDefault="00DC1705">
            <w:pPr>
              <w:spacing w:after="20" w:line="257" w:lineRule="auto"/>
            </w:pPr>
            <w:r>
              <w:rPr>
                <w:sz w:val="18"/>
              </w:rPr>
              <w:t>Onsite RHC, FQHC, ESRD, SNF, ASC, and other separately certified providers need their own applicable review.</w:t>
            </w:r>
          </w:p>
        </w:tc>
      </w:tr>
    </w:tbl>
    <w:p w14:paraId="2445A32C" w14:textId="77777777" w:rsidR="00BC42E8" w:rsidRDefault="00DC1705">
      <w:pPr>
        <w:pStyle w:val="Heading2"/>
        <w:pBdr>
          <w:bottom w:val="single" w:sz="10" w:space="5" w:color="E43A0A"/>
        </w:pBdr>
      </w:pPr>
      <w:r>
        <w:t>Applicable fire and life safety layer</w:t>
      </w:r>
    </w:p>
    <w:p w14:paraId="1E918AB4" w14:textId="77777777" w:rsidR="00BC42E8" w:rsidRDefault="00DC1705">
      <w:r>
        <w:t>☐</w:t>
      </w:r>
      <w:r>
        <w:t xml:space="preserve"> CMS-2786R health care occupancy  ☐ Ambulatory health care occupancy</w:t>
      </w:r>
      <w:r>
        <w:br/>
        <w:t>☐ Other applicable CMS form __________  ☐ Maine FMO and local AHJ requirements</w:t>
      </w:r>
      <w:r>
        <w:br/>
        <w:t>Record the applicable form and code for every separate occupancy. Hospital outpatient surgical departments require the applicable ambulatory health care review.</w:t>
      </w:r>
    </w:p>
    <w:p w14:paraId="5082EC50"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1379D5A0"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9B0997F" w14:textId="77777777" w:rsidR="00BC42E8" w:rsidRDefault="00DC1705">
            <w:pPr>
              <w:keepNext/>
            </w:pPr>
            <w:r>
              <w:rPr>
                <w:b/>
                <w:color w:val="FFFFFF"/>
                <w:sz w:val="28"/>
              </w:rPr>
              <w:t>PART I ACUTE CARE HOSPITAL CMS EMERGENCY PREPAREDNESS</w:t>
            </w:r>
          </w:p>
          <w:p w14:paraId="16FD6E36" w14:textId="77777777" w:rsidR="00BC42E8" w:rsidRDefault="00DC1705">
            <w:pPr>
              <w:keepNext/>
              <w:spacing w:after="60"/>
            </w:pPr>
            <w:r>
              <w:rPr>
                <w:color w:val="DDEBE6"/>
                <w:sz w:val="18"/>
              </w:rPr>
              <w:t>42 CFR 482.15  |  CMS Appendix Z</w:t>
            </w:r>
          </w:p>
        </w:tc>
      </w:tr>
    </w:tbl>
    <w:p w14:paraId="440523F5" w14:textId="77777777" w:rsidR="00BC42E8" w:rsidRDefault="00DC1705">
      <w:pPr>
        <w:pStyle w:val="Heading2"/>
        <w:pBdr>
          <w:bottom w:val="single" w:sz="10" w:space="5" w:color="E43A0A"/>
        </w:pBdr>
      </w:pPr>
      <w:r>
        <w:t>Program governance and risk assessment</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5280B7A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44136C3"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DE98A1"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A921E66"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2A4F497"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D480DE9"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04A814E"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54F6921" w14:textId="77777777" w:rsidR="00BC42E8" w:rsidRDefault="00DC1705">
            <w:pPr>
              <w:keepNext/>
              <w:spacing w:after="20" w:line="257" w:lineRule="auto"/>
            </w:pPr>
            <w:r>
              <w:rPr>
                <w:b/>
                <w:color w:val="FFFFFF"/>
                <w:sz w:val="15"/>
              </w:rPr>
              <w:t>EOP Location / Evidence / Notes</w:t>
            </w:r>
          </w:p>
        </w:tc>
      </w:tr>
      <w:tr w:rsidR="00BC42E8" w14:paraId="6BC9096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12895D" w14:textId="77777777" w:rsidR="00BC42E8" w:rsidRDefault="00DC1705">
            <w:pPr>
              <w:spacing w:after="20" w:line="257" w:lineRule="auto"/>
            </w:pPr>
            <w:r>
              <w:rPr>
                <w:b/>
                <w:color w:val="00543B"/>
                <w:sz w:val="18"/>
              </w:rPr>
              <w:t>EP01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2C8CC0" w14:textId="77777777" w:rsidR="00BC42E8" w:rsidRDefault="00DC1705">
            <w:pPr>
              <w:spacing w:after="20" w:line="257" w:lineRule="auto"/>
            </w:pPr>
            <w:r>
              <w:rPr>
                <w:sz w:val="18"/>
              </w:rPr>
              <w:t>Maintain a comprehensive all-hazards program with a plan, policies and procedures, communication plan, and training and testing. Verify leadership can describe its implementation and applicable federal, state, and local requirements.</w:t>
            </w:r>
            <w:r>
              <w:rPr>
                <w:sz w:val="18"/>
              </w:rPr>
              <w:br/>
              <w:t>Authority: E0001; 42 CFR 482.15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20850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9C514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E80F8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A880F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6946AD" w14:textId="77777777" w:rsidR="00BC42E8" w:rsidRDefault="00BC42E8">
            <w:pPr>
              <w:spacing w:after="20" w:line="257" w:lineRule="auto"/>
            </w:pPr>
          </w:p>
        </w:tc>
      </w:tr>
      <w:tr w:rsidR="00BC42E8" w14:paraId="1B7D6FD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79A05D" w14:textId="77777777" w:rsidR="00BC42E8" w:rsidRDefault="00DC1705">
            <w:pPr>
              <w:spacing w:after="20" w:line="257" w:lineRule="auto"/>
            </w:pPr>
            <w:r>
              <w:rPr>
                <w:b/>
                <w:color w:val="00543B"/>
                <w:sz w:val="18"/>
              </w:rPr>
              <w:t>EP02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09C642" w14:textId="77777777" w:rsidR="00BC42E8" w:rsidRDefault="00DC1705">
            <w:pPr>
              <w:spacing w:after="20" w:line="257" w:lineRule="auto"/>
            </w:pPr>
            <w:r>
              <w:rPr>
                <w:sz w:val="18"/>
              </w:rPr>
              <w:t>Review and update the emergency plan at least every 2 years. Retain dated review evidence, approvals, change history, and accessible current copies.</w:t>
            </w:r>
            <w:r>
              <w:rPr>
                <w:sz w:val="18"/>
              </w:rPr>
              <w:br/>
              <w:t>Authority: E0004; 42 CFR 482.15 (a)</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07ADD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A4DF1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0FEC0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DE542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4F625D" w14:textId="77777777" w:rsidR="00BC42E8" w:rsidRDefault="00BC42E8">
            <w:pPr>
              <w:spacing w:after="20" w:line="257" w:lineRule="auto"/>
            </w:pPr>
          </w:p>
        </w:tc>
      </w:tr>
      <w:tr w:rsidR="00BC42E8" w14:paraId="0B73895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384DB8" w14:textId="77777777" w:rsidR="00BC42E8" w:rsidRDefault="00DC1705">
            <w:pPr>
              <w:spacing w:after="20" w:line="257" w:lineRule="auto"/>
            </w:pPr>
            <w:r>
              <w:rPr>
                <w:b/>
                <w:color w:val="00543B"/>
                <w:sz w:val="18"/>
              </w:rPr>
              <w:t>EP03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0A51AE" w14:textId="77777777" w:rsidR="00BC42E8" w:rsidRDefault="00DC1705">
            <w:pPr>
              <w:spacing w:after="20" w:line="257" w:lineRule="auto"/>
            </w:pPr>
            <w:r>
              <w:rPr>
                <w:sz w:val="18"/>
              </w:rPr>
              <w:t>Include documented facility-based and community-based risk assessments. Record hazards, likelihood, impacts, vulnerabilities, and available community resources.</w:t>
            </w:r>
            <w:r>
              <w:rPr>
                <w:sz w:val="18"/>
              </w:rPr>
              <w:br/>
              <w:t>Authority: E0006; 42 CFR 482.15 (a)(1)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EC3EC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31257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7749E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5A1C0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F2DF77" w14:textId="77777777" w:rsidR="00BC42E8" w:rsidRDefault="00BC42E8">
            <w:pPr>
              <w:spacing w:after="20" w:line="257" w:lineRule="auto"/>
            </w:pPr>
          </w:p>
        </w:tc>
      </w:tr>
      <w:tr w:rsidR="00BC42E8" w14:paraId="6D73738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677490" w14:textId="77777777" w:rsidR="00BC42E8" w:rsidRDefault="00DC1705">
            <w:pPr>
              <w:spacing w:after="20" w:line="257" w:lineRule="auto"/>
            </w:pPr>
            <w:r>
              <w:rPr>
                <w:b/>
                <w:color w:val="00543B"/>
                <w:sz w:val="18"/>
              </w:rPr>
              <w:t>EP04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EFA27D" w14:textId="77777777" w:rsidR="00BC42E8" w:rsidRDefault="00DC1705">
            <w:pPr>
              <w:spacing w:after="20" w:line="257" w:lineRule="auto"/>
            </w:pPr>
            <w:r>
              <w:rPr>
                <w:sz w:val="18"/>
              </w:rPr>
              <w:t>Link response strategies to identified hazards, including natural, human-caused, care-related, facility, utility, supply, communication, cyber, and emerging infectious disease events.</w:t>
            </w:r>
            <w:r>
              <w:rPr>
                <w:sz w:val="18"/>
              </w:rPr>
              <w:br/>
              <w:t>Authority: E0006; 42 CFR 482.15 (a)(2)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3957A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E444A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2ADA9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0FB82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17A074" w14:textId="77777777" w:rsidR="00BC42E8" w:rsidRDefault="00BC42E8">
            <w:pPr>
              <w:spacing w:after="20" w:line="257" w:lineRule="auto"/>
            </w:pPr>
          </w:p>
        </w:tc>
      </w:tr>
      <w:tr w:rsidR="00BC42E8" w14:paraId="5088F94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231540" w14:textId="77777777" w:rsidR="00BC42E8" w:rsidRDefault="00DC1705">
            <w:pPr>
              <w:spacing w:after="20" w:line="257" w:lineRule="auto"/>
            </w:pPr>
            <w:r>
              <w:rPr>
                <w:b/>
                <w:color w:val="00543B"/>
                <w:sz w:val="18"/>
              </w:rPr>
              <w:t>EP05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F2F59E" w14:textId="77777777" w:rsidR="00BC42E8" w:rsidRDefault="00DC1705">
            <w:pPr>
              <w:spacing w:after="20" w:line="257" w:lineRule="auto"/>
            </w:pPr>
            <w:r>
              <w:rPr>
                <w:sz w:val="18"/>
              </w:rPr>
              <w:t>Address the actual patient population and people at risk. Show arrangements for their care, access, communication, mobility, clinical equipment, and support needs.</w:t>
            </w:r>
            <w:r>
              <w:rPr>
                <w:sz w:val="18"/>
              </w:rPr>
              <w:br/>
              <w:t>Authority: E0007; 42 CFR 482.15 (a)(3)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8C57F2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AC98F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744D3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C2ED8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1F36E0" w14:textId="77777777" w:rsidR="00BC42E8" w:rsidRDefault="00BC42E8">
            <w:pPr>
              <w:spacing w:after="20" w:line="257" w:lineRule="auto"/>
            </w:pPr>
          </w:p>
        </w:tc>
      </w:tr>
      <w:tr w:rsidR="00BC42E8" w14:paraId="52749C7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CF1033" w14:textId="77777777" w:rsidR="00BC42E8" w:rsidRDefault="00DC1705">
            <w:pPr>
              <w:spacing w:after="20" w:line="257" w:lineRule="auto"/>
            </w:pPr>
            <w:r>
              <w:rPr>
                <w:b/>
                <w:color w:val="00543B"/>
                <w:sz w:val="18"/>
              </w:rPr>
              <w:t>EP06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AD4958" w14:textId="77777777" w:rsidR="00BC42E8" w:rsidRDefault="00DC1705">
            <w:pPr>
              <w:spacing w:after="20" w:line="257" w:lineRule="auto"/>
            </w:pPr>
            <w:r>
              <w:rPr>
                <w:sz w:val="18"/>
              </w:rPr>
              <w:t>Identify services the facility can provide during an emergency and arrangements for essential services that cannot continue onsite. Include continuity of operations.</w:t>
            </w:r>
            <w:r>
              <w:rPr>
                <w:sz w:val="18"/>
              </w:rPr>
              <w:br/>
              <w:t>Authority: E0007; 42 CFR 482.15 (a)(3)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E3A67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976C41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4D15B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47279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C75780" w14:textId="77777777" w:rsidR="00BC42E8" w:rsidRDefault="00BC42E8">
            <w:pPr>
              <w:spacing w:after="20" w:line="257" w:lineRule="auto"/>
            </w:pPr>
          </w:p>
        </w:tc>
      </w:tr>
      <w:tr w:rsidR="00BC42E8" w14:paraId="441630A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A29E2C" w14:textId="77777777" w:rsidR="00BC42E8" w:rsidRDefault="00DC1705">
            <w:pPr>
              <w:spacing w:after="20" w:line="257" w:lineRule="auto"/>
            </w:pPr>
            <w:r>
              <w:rPr>
                <w:b/>
                <w:color w:val="00543B"/>
                <w:sz w:val="18"/>
              </w:rPr>
              <w:t>EP07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9AF93E" w14:textId="77777777" w:rsidR="00BC42E8" w:rsidRDefault="00DC1705">
            <w:pPr>
              <w:spacing w:after="20" w:line="257" w:lineRule="auto"/>
            </w:pPr>
            <w:r>
              <w:rPr>
                <w:sz w:val="18"/>
              </w:rPr>
              <w:t>Document delegations of authority, succession, activation, decision authority, and responsibilities when usual leadership is unavailable.</w:t>
            </w:r>
            <w:r>
              <w:rPr>
                <w:sz w:val="18"/>
              </w:rPr>
              <w:br/>
              <w:t>Authority: E0007; 42 CFR 482.15 (a)(3)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5891A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D843C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AD052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AB9D8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C747B1" w14:textId="77777777" w:rsidR="00BC42E8" w:rsidRDefault="00BC42E8">
            <w:pPr>
              <w:spacing w:after="20" w:line="257" w:lineRule="auto"/>
            </w:pPr>
          </w:p>
        </w:tc>
      </w:tr>
      <w:tr w:rsidR="00BC42E8" w14:paraId="680261D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568C2F" w14:textId="77777777" w:rsidR="00BC42E8" w:rsidRDefault="00DC1705">
            <w:pPr>
              <w:spacing w:after="20" w:line="257" w:lineRule="auto"/>
            </w:pPr>
            <w:r>
              <w:rPr>
                <w:b/>
                <w:color w:val="00543B"/>
                <w:sz w:val="18"/>
              </w:rPr>
              <w:t>EP08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4C9C0C" w14:textId="77777777" w:rsidR="00BC42E8" w:rsidRDefault="00DC1705">
            <w:pPr>
              <w:spacing w:after="20" w:line="257" w:lineRule="auto"/>
            </w:pPr>
            <w:r>
              <w:rPr>
                <w:sz w:val="18"/>
              </w:rPr>
              <w:t>Describe cooperation with local, tribal, regional, state, and federal preparedness officials. Verify the facility can integrate with emergency management, public health, EMS, receiving providers, and HCC partners.</w:t>
            </w:r>
            <w:r>
              <w:rPr>
                <w:sz w:val="18"/>
              </w:rPr>
              <w:br/>
              <w:t>Authority: E0009; 42 CFR 482.15 (a)(4)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0B624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C7448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9D6C2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4ADDF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327013" w14:textId="77777777" w:rsidR="00BC42E8" w:rsidRDefault="00BC42E8">
            <w:pPr>
              <w:spacing w:after="20" w:line="257" w:lineRule="auto"/>
            </w:pPr>
          </w:p>
        </w:tc>
      </w:tr>
    </w:tbl>
    <w:p w14:paraId="3E70663F" w14:textId="77777777" w:rsidR="00BC42E8" w:rsidRDefault="00DC1705">
      <w:pPr>
        <w:pStyle w:val="Heading2"/>
        <w:pBdr>
          <w:bottom w:val="single" w:sz="10" w:space="5" w:color="E43A0A"/>
        </w:pBdr>
      </w:pPr>
      <w:r>
        <w:lastRenderedPageBreak/>
        <w:t>Subsistence and essential utilities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4E45C5BE"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90F635D"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E63D6E0"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7374563"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E6DC406"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4060AF3"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6DECDEA"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C8E6859" w14:textId="77777777" w:rsidR="00BC42E8" w:rsidRDefault="00DC1705">
            <w:pPr>
              <w:keepNext/>
              <w:spacing w:after="20" w:line="257" w:lineRule="auto"/>
            </w:pPr>
            <w:r>
              <w:rPr>
                <w:b/>
                <w:color w:val="FFFFFF"/>
                <w:sz w:val="15"/>
              </w:rPr>
              <w:t>EOP Location / Evidence / Notes</w:t>
            </w:r>
          </w:p>
        </w:tc>
      </w:tr>
      <w:tr w:rsidR="00BC42E8" w14:paraId="3563E47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BFF8B1" w14:textId="77777777" w:rsidR="00BC42E8" w:rsidRDefault="00DC1705">
            <w:pPr>
              <w:spacing w:after="20" w:line="257" w:lineRule="auto"/>
            </w:pPr>
            <w:r>
              <w:rPr>
                <w:b/>
                <w:color w:val="00543B"/>
                <w:sz w:val="18"/>
              </w:rPr>
              <w:t>EP09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B48302" w14:textId="77777777" w:rsidR="00BC42E8" w:rsidRDefault="00DC1705">
            <w:pPr>
              <w:spacing w:after="20" w:line="257" w:lineRule="auto"/>
            </w:pPr>
            <w:r>
              <w:rPr>
                <w:sz w:val="18"/>
              </w:rPr>
              <w:t>Implement policies based on the plan, risk assessment, and communication plan. Review and update them at least every 2 years and maintain implementation evidence.</w:t>
            </w:r>
            <w:r>
              <w:rPr>
                <w:sz w:val="18"/>
              </w:rPr>
              <w:br/>
              <w:t>Authority: E0013; 42 CFR 482.15 (b)</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129BF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F76F4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7521D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A09C6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9D376C" w14:textId="77777777" w:rsidR="00BC42E8" w:rsidRDefault="00BC42E8">
            <w:pPr>
              <w:spacing w:after="20" w:line="257" w:lineRule="auto"/>
            </w:pPr>
          </w:p>
        </w:tc>
      </w:tr>
      <w:tr w:rsidR="00BC42E8" w14:paraId="73DC6D8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401526" w14:textId="77777777" w:rsidR="00BC42E8" w:rsidRDefault="00DC1705">
            <w:pPr>
              <w:spacing w:after="20" w:line="257" w:lineRule="auto"/>
            </w:pPr>
            <w:r>
              <w:rPr>
                <w:b/>
                <w:color w:val="00543B"/>
                <w:sz w:val="18"/>
              </w:rPr>
              <w:t>EP10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7838EF" w14:textId="77777777" w:rsidR="00BC42E8" w:rsidRDefault="00DC1705">
            <w:pPr>
              <w:spacing w:after="20" w:line="257" w:lineRule="auto"/>
            </w:pPr>
            <w:r>
              <w:rPr>
                <w:sz w:val="18"/>
              </w:rPr>
              <w:t>Provide food and water for patients and staff during evacuation and sheltering. Verify demand calculations, dietary needs, inventories, resupply arrangements, and contingency sources.</w:t>
            </w:r>
            <w:r>
              <w:rPr>
                <w:sz w:val="18"/>
              </w:rPr>
              <w:br/>
              <w:t>Authority: E0015; 42 CFR 482.15 (b)(1)(i)</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2CF26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5C417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49641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911CE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0F527D" w14:textId="77777777" w:rsidR="00BC42E8" w:rsidRDefault="00BC42E8">
            <w:pPr>
              <w:spacing w:after="20" w:line="257" w:lineRule="auto"/>
            </w:pPr>
          </w:p>
        </w:tc>
      </w:tr>
      <w:tr w:rsidR="00BC42E8" w14:paraId="57C4393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63F35E" w14:textId="77777777" w:rsidR="00BC42E8" w:rsidRDefault="00DC1705">
            <w:pPr>
              <w:spacing w:after="20" w:line="257" w:lineRule="auto"/>
            </w:pPr>
            <w:r>
              <w:rPr>
                <w:b/>
                <w:color w:val="00543B"/>
                <w:sz w:val="18"/>
              </w:rPr>
              <w:t>EP11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7C570F" w14:textId="77777777" w:rsidR="00BC42E8" w:rsidRDefault="00DC1705">
            <w:pPr>
              <w:spacing w:after="20" w:line="257" w:lineRule="auto"/>
            </w:pPr>
            <w:r>
              <w:rPr>
                <w:sz w:val="18"/>
              </w:rPr>
              <w:t>Provide medical and pharmaceutical supplies, including clinically required gases, equipment, consumables, and PPE. Verify alternate suppliers and safe storage.</w:t>
            </w:r>
            <w:r>
              <w:rPr>
                <w:sz w:val="18"/>
              </w:rPr>
              <w:br/>
              <w:t>Authority: E0015; 42 CFR 482.15 (b)(1)(i)</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24A23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708BB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AD0D5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E5102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AA852E" w14:textId="77777777" w:rsidR="00BC42E8" w:rsidRDefault="00BC42E8">
            <w:pPr>
              <w:spacing w:after="20" w:line="257" w:lineRule="auto"/>
            </w:pPr>
          </w:p>
        </w:tc>
      </w:tr>
      <w:tr w:rsidR="00BC42E8" w14:paraId="40C1C0E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D39E11" w14:textId="77777777" w:rsidR="00BC42E8" w:rsidRDefault="00DC1705">
            <w:pPr>
              <w:spacing w:after="20" w:line="257" w:lineRule="auto"/>
            </w:pPr>
            <w:r>
              <w:rPr>
                <w:b/>
                <w:color w:val="00543B"/>
                <w:sz w:val="18"/>
              </w:rPr>
              <w:t>EP12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63B6A9" w14:textId="77777777" w:rsidR="00BC42E8" w:rsidRDefault="00DC1705">
            <w:pPr>
              <w:spacing w:after="20" w:line="257" w:lineRule="auto"/>
            </w:pPr>
            <w:r>
              <w:rPr>
                <w:sz w:val="18"/>
              </w:rPr>
              <w:t>Provide alternate energy to maintain safe patient temperatures and safe, sanitary storage of provisions. Verify loads, supported areas, temperature monitoring, and unsafe-condition response.</w:t>
            </w:r>
            <w:r>
              <w:rPr>
                <w:sz w:val="18"/>
              </w:rPr>
              <w:br/>
              <w:t>Authority: E0015; 42 CFR 482.15 (b)(1)(ii)(A)</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634BF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66CD2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DA0DE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53B5C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725F5F" w14:textId="77777777" w:rsidR="00BC42E8" w:rsidRDefault="00BC42E8">
            <w:pPr>
              <w:spacing w:after="20" w:line="257" w:lineRule="auto"/>
            </w:pPr>
          </w:p>
        </w:tc>
      </w:tr>
      <w:tr w:rsidR="00BC42E8" w14:paraId="77141B4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129F15" w14:textId="77777777" w:rsidR="00BC42E8" w:rsidRDefault="00DC1705">
            <w:pPr>
              <w:spacing w:after="20" w:line="257" w:lineRule="auto"/>
            </w:pPr>
            <w:r>
              <w:rPr>
                <w:b/>
                <w:color w:val="00543B"/>
                <w:sz w:val="18"/>
              </w:rPr>
              <w:t>EP13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6DCCCF" w14:textId="77777777" w:rsidR="00BC42E8" w:rsidRDefault="00DC1705">
            <w:pPr>
              <w:spacing w:after="20" w:line="257" w:lineRule="auto"/>
            </w:pPr>
            <w:r>
              <w:rPr>
                <w:sz w:val="18"/>
              </w:rPr>
              <w:t>Provide alternate energy for emergency lighting and fire detection, extinguishing, and alarms. Verify capacity, transfer, duration, and system operation.</w:t>
            </w:r>
            <w:r>
              <w:rPr>
                <w:sz w:val="18"/>
              </w:rPr>
              <w:br/>
              <w:t>Authority: E0015; 42 CFR 482.15 (b)(1)(ii)(B–C)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56F56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11EA0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4B03E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E2739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792F30" w14:textId="77777777" w:rsidR="00BC42E8" w:rsidRDefault="00BC42E8">
            <w:pPr>
              <w:spacing w:after="20" w:line="257" w:lineRule="auto"/>
            </w:pPr>
          </w:p>
        </w:tc>
      </w:tr>
      <w:tr w:rsidR="00BC42E8" w14:paraId="1FD3FE3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6760A3" w14:textId="77777777" w:rsidR="00BC42E8" w:rsidRDefault="00DC1705">
            <w:pPr>
              <w:spacing w:after="20" w:line="257" w:lineRule="auto"/>
            </w:pPr>
            <w:r>
              <w:rPr>
                <w:b/>
                <w:color w:val="00543B"/>
                <w:sz w:val="18"/>
              </w:rPr>
              <w:t>EP14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F33224" w14:textId="77777777" w:rsidR="00BC42E8" w:rsidRDefault="00DC1705">
            <w:pPr>
              <w:spacing w:after="20" w:line="257" w:lineRule="auto"/>
            </w:pPr>
            <w:r>
              <w:rPr>
                <w:sz w:val="18"/>
              </w:rPr>
              <w:t>Provide sewage and waste disposal during interruptions. Verify sanitation, storage, removal, backup energy where needed, and limits for continued occupancy.</w:t>
            </w:r>
            <w:r>
              <w:rPr>
                <w:sz w:val="18"/>
              </w:rPr>
              <w:br/>
              <w:t>Authority: E0015; 42 CFR 482.15 (b)(1)(ii)(D)</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D7829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BAC4D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1E0CA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D7298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60B387" w14:textId="77777777" w:rsidR="00BC42E8" w:rsidRDefault="00BC42E8">
            <w:pPr>
              <w:spacing w:after="20" w:line="257" w:lineRule="auto"/>
            </w:pPr>
          </w:p>
        </w:tc>
      </w:tr>
    </w:tbl>
    <w:p w14:paraId="22CC31FD" w14:textId="77777777" w:rsidR="00BC42E8" w:rsidRDefault="00DC1705">
      <w:pPr>
        <w:pStyle w:val="Heading2"/>
        <w:pBdr>
          <w:bottom w:val="single" w:sz="10" w:space="5" w:color="E43A0A"/>
        </w:pBdr>
      </w:pPr>
      <w:r>
        <w:t>Tracking evacuation and continuity</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0DBA3FA9"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EA67E9F"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5446B9"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029DA15"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0A03E47"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E822426" w14:textId="77777777" w:rsidR="00BC42E8" w:rsidRDefault="00DC1705">
            <w:pPr>
              <w:keepNext/>
              <w:spacing w:after="20" w:line="257" w:lineRule="auto"/>
              <w:jc w:val="center"/>
            </w:pPr>
            <w:r>
              <w:rPr>
                <w:b/>
                <w:color w:val="FFFFFF"/>
                <w:sz w:val="15"/>
              </w:rPr>
              <w:t>Not</w:t>
            </w:r>
            <w:r>
              <w:rPr>
                <w:b/>
                <w:color w:val="FFFFFF"/>
                <w:sz w:val="15"/>
              </w:rPr>
              <w:br/>
            </w:r>
            <w:r>
              <w:rPr>
                <w:b/>
                <w:color w:val="FFFFFF"/>
                <w:sz w:val="15"/>
              </w:rP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1B1B778"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9D8657D" w14:textId="77777777" w:rsidR="00BC42E8" w:rsidRDefault="00DC1705">
            <w:pPr>
              <w:keepNext/>
              <w:spacing w:after="20" w:line="257" w:lineRule="auto"/>
            </w:pPr>
            <w:r>
              <w:rPr>
                <w:b/>
                <w:color w:val="FFFFFF"/>
                <w:sz w:val="15"/>
              </w:rPr>
              <w:t>EOP Location / Evidence / Notes</w:t>
            </w:r>
          </w:p>
        </w:tc>
      </w:tr>
      <w:tr w:rsidR="00BC42E8" w14:paraId="07CAD45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28E24E" w14:textId="77777777" w:rsidR="00BC42E8" w:rsidRDefault="00DC1705">
            <w:pPr>
              <w:spacing w:after="20" w:line="257" w:lineRule="auto"/>
            </w:pPr>
            <w:r>
              <w:rPr>
                <w:b/>
                <w:color w:val="00543B"/>
                <w:sz w:val="18"/>
              </w:rPr>
              <w:t>EP15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7E8EBE" w14:textId="77777777" w:rsidR="00BC42E8" w:rsidRDefault="00DC1705">
            <w:pPr>
              <w:spacing w:after="20" w:line="257" w:lineRule="auto"/>
            </w:pPr>
            <w:r>
              <w:rPr>
                <w:sz w:val="18"/>
              </w:rPr>
              <w:t>Track on-duty staff and sheltered patients during an emergency. If relocated, document the specific receiving facility or other destination name and location. Demonstrate a usable downtime method.</w:t>
            </w:r>
            <w:r>
              <w:rPr>
                <w:sz w:val="18"/>
              </w:rPr>
              <w:br/>
              <w:t>Authority: E0018; 42 CFR 482.15 (b)(2)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37090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61607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BEFE7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35D6E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823F80" w14:textId="77777777" w:rsidR="00BC42E8" w:rsidRDefault="00BC42E8">
            <w:pPr>
              <w:spacing w:after="20" w:line="257" w:lineRule="auto"/>
            </w:pPr>
          </w:p>
        </w:tc>
      </w:tr>
      <w:tr w:rsidR="00BC42E8" w14:paraId="1C58041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40C1FC" w14:textId="77777777" w:rsidR="00BC42E8" w:rsidRDefault="00DC1705">
            <w:pPr>
              <w:spacing w:after="20" w:line="257" w:lineRule="auto"/>
            </w:pPr>
            <w:r>
              <w:rPr>
                <w:b/>
                <w:color w:val="00543B"/>
                <w:sz w:val="18"/>
              </w:rPr>
              <w:t>EP16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5E92C0" w14:textId="77777777" w:rsidR="00BC42E8" w:rsidRDefault="00DC1705">
            <w:pPr>
              <w:spacing w:after="20" w:line="257" w:lineRule="auto"/>
            </w:pPr>
            <w:r>
              <w:rPr>
                <w:sz w:val="18"/>
              </w:rPr>
              <w:t>Plan safe evacuation around care and treatment needs, staff responsibilities, transport, destinations, and primary and alternate external communications. Verify accessible routes, patient movement resources, and refusal-to-evacuate response.</w:t>
            </w:r>
            <w:r>
              <w:rPr>
                <w:sz w:val="18"/>
              </w:rPr>
              <w:br/>
              <w:t>Authority: E0020; 42 CFR 482.15 (b)(3)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309E0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2C2B7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8B7C4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2B446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EBD506" w14:textId="77777777" w:rsidR="00BC42E8" w:rsidRDefault="00BC42E8">
            <w:pPr>
              <w:spacing w:after="20" w:line="257" w:lineRule="auto"/>
            </w:pPr>
          </w:p>
        </w:tc>
      </w:tr>
      <w:tr w:rsidR="00BC42E8" w14:paraId="3F64858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A20068" w14:textId="77777777" w:rsidR="00BC42E8" w:rsidRDefault="00DC1705">
            <w:pPr>
              <w:spacing w:after="20" w:line="257" w:lineRule="auto"/>
            </w:pPr>
            <w:r>
              <w:rPr>
                <w:b/>
                <w:color w:val="00543B"/>
                <w:sz w:val="18"/>
              </w:rPr>
              <w:t>EP17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F68102" w14:textId="77777777" w:rsidR="00BC42E8" w:rsidRDefault="00DC1705">
            <w:pPr>
              <w:spacing w:after="20" w:line="257" w:lineRule="auto"/>
            </w:pPr>
            <w:r>
              <w:rPr>
                <w:sz w:val="18"/>
              </w:rPr>
              <w:t>Provide sheltering for patients, staff, and volunteers who remain. Confirm alignment with hazards, protected areas, subsistence, utility capability, and relocation triggers.</w:t>
            </w:r>
            <w:r>
              <w:rPr>
                <w:sz w:val="18"/>
              </w:rPr>
              <w:br/>
            </w:r>
            <w:r>
              <w:rPr>
                <w:sz w:val="18"/>
              </w:rPr>
              <w:t>Authority: E0022; 42 CFR 482.15 (b)(4)</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BFDA8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2E6A3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ADBAA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DDE65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D988DF" w14:textId="77777777" w:rsidR="00BC42E8" w:rsidRDefault="00BC42E8">
            <w:pPr>
              <w:spacing w:after="20" w:line="257" w:lineRule="auto"/>
            </w:pPr>
          </w:p>
        </w:tc>
      </w:tr>
      <w:tr w:rsidR="00BC42E8" w14:paraId="39FE53E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62DCC4" w14:textId="77777777" w:rsidR="00BC42E8" w:rsidRDefault="00DC1705">
            <w:pPr>
              <w:spacing w:after="20" w:line="257" w:lineRule="auto"/>
            </w:pPr>
            <w:r>
              <w:rPr>
                <w:b/>
                <w:color w:val="00543B"/>
                <w:sz w:val="18"/>
              </w:rPr>
              <w:lastRenderedPageBreak/>
              <w:t>EP18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BC0D72" w14:textId="77777777" w:rsidR="00BC42E8" w:rsidRDefault="00DC1705">
            <w:pPr>
              <w:spacing w:after="20" w:line="257" w:lineRule="auto"/>
            </w:pPr>
            <w:r>
              <w:rPr>
                <w:sz w:val="18"/>
              </w:rPr>
              <w:t>Preserve medical documentation, confidentiality, security, and availability. Verify backups, accessible downtime records, transfer packets, and recovery of clinical data.</w:t>
            </w:r>
            <w:r>
              <w:rPr>
                <w:sz w:val="18"/>
              </w:rPr>
              <w:br/>
              <w:t>Authority: E0023; 42 CFR 482.15 (b)(5)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5C716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7775F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F4F3F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3F70B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D4FD18" w14:textId="77777777" w:rsidR="00BC42E8" w:rsidRDefault="00BC42E8">
            <w:pPr>
              <w:spacing w:after="20" w:line="257" w:lineRule="auto"/>
            </w:pPr>
          </w:p>
        </w:tc>
      </w:tr>
      <w:tr w:rsidR="00BC42E8" w14:paraId="3D5CB4F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E61BCF" w14:textId="77777777" w:rsidR="00BC42E8" w:rsidRDefault="00DC1705">
            <w:pPr>
              <w:spacing w:after="20" w:line="257" w:lineRule="auto"/>
            </w:pPr>
            <w:r>
              <w:rPr>
                <w:b/>
                <w:color w:val="00543B"/>
                <w:sz w:val="18"/>
              </w:rPr>
              <w:t>EP19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C5D24D" w14:textId="77777777" w:rsidR="00BC42E8" w:rsidRDefault="00DC1705">
            <w:pPr>
              <w:spacing w:after="20" w:line="257" w:lineRule="auto"/>
            </w:pPr>
            <w:r>
              <w:rPr>
                <w:sz w:val="18"/>
              </w:rPr>
              <w:t>Address emergency staffing, volunteers, and integration of state or federally designated healthcare professionals for surge. Verify role assignment, credential verification, supervision, and personnel accountability.</w:t>
            </w:r>
            <w:r>
              <w:rPr>
                <w:sz w:val="18"/>
              </w:rPr>
              <w:br/>
            </w:r>
            <w:r>
              <w:rPr>
                <w:sz w:val="18"/>
              </w:rPr>
              <w:t>Authority: E0024; 42 CFR 482.15 (b)(6)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21C8C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20A7A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CD7DD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60E9A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F0C259" w14:textId="77777777" w:rsidR="00BC42E8" w:rsidRDefault="00BC42E8">
            <w:pPr>
              <w:spacing w:after="20" w:line="257" w:lineRule="auto"/>
            </w:pPr>
          </w:p>
        </w:tc>
      </w:tr>
      <w:tr w:rsidR="00BC42E8" w14:paraId="66742CF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971909" w14:textId="77777777" w:rsidR="00BC42E8" w:rsidRDefault="00DC1705">
            <w:pPr>
              <w:spacing w:after="20" w:line="257" w:lineRule="auto"/>
            </w:pPr>
            <w:r>
              <w:rPr>
                <w:b/>
                <w:color w:val="00543B"/>
                <w:sz w:val="18"/>
              </w:rPr>
              <w:t>EP20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A835AD" w14:textId="77777777" w:rsidR="00BC42E8" w:rsidRDefault="00DC1705">
            <w:pPr>
              <w:spacing w:after="20" w:line="257" w:lineRule="auto"/>
            </w:pPr>
            <w:r>
              <w:rPr>
                <w:sz w:val="18"/>
              </w:rPr>
              <w:t>Maintain arrangements with other hospitals, CAHs, and providers to receive patients during service limitation or cessation. Verify care capabilities, acceptance process, transport, and backup receiving options.</w:t>
            </w:r>
            <w:r>
              <w:rPr>
                <w:sz w:val="18"/>
              </w:rPr>
              <w:br/>
              <w:t>Authority: E0025; 42 CFR 482.15 (b)(7)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200BA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6C15C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8B724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AB7CC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DEFBF1" w14:textId="77777777" w:rsidR="00BC42E8" w:rsidRDefault="00BC42E8">
            <w:pPr>
              <w:spacing w:after="20" w:line="257" w:lineRule="auto"/>
            </w:pPr>
          </w:p>
        </w:tc>
      </w:tr>
      <w:tr w:rsidR="00BC42E8" w14:paraId="322E478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EE909F" w14:textId="77777777" w:rsidR="00BC42E8" w:rsidRDefault="00DC1705">
            <w:pPr>
              <w:spacing w:after="20" w:line="257" w:lineRule="auto"/>
            </w:pPr>
            <w:r>
              <w:rPr>
                <w:b/>
                <w:color w:val="00543B"/>
                <w:sz w:val="18"/>
              </w:rPr>
              <w:t>EP21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2EEBC6" w14:textId="77777777" w:rsidR="00BC42E8" w:rsidRDefault="00DC1705">
            <w:pPr>
              <w:spacing w:after="20" w:line="257" w:lineRule="auto"/>
            </w:pPr>
            <w:r>
              <w:rPr>
                <w:sz w:val="18"/>
              </w:rPr>
              <w:t>Describe the facility role at an alternate care site identified by emergency management under a Section 1135 waiver. Verify authorization, permitted services, personnel, supplies, records, transport, coordination, and termination of the arrangement.</w:t>
            </w:r>
            <w:r>
              <w:rPr>
                <w:sz w:val="18"/>
              </w:rPr>
              <w:br/>
              <w:t>Authority: E0026; 42 CFR 482.15 (b)(8)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17AD6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63EAD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33EF5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72159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B3A0D8" w14:textId="77777777" w:rsidR="00BC42E8" w:rsidRDefault="00BC42E8">
            <w:pPr>
              <w:spacing w:after="20" w:line="257" w:lineRule="auto"/>
            </w:pPr>
          </w:p>
        </w:tc>
      </w:tr>
    </w:tbl>
    <w:p w14:paraId="347ABD57" w14:textId="77777777" w:rsidR="00BC42E8" w:rsidRDefault="00DC1705">
      <w:pPr>
        <w:pStyle w:val="Heading2"/>
        <w:pBdr>
          <w:bottom w:val="single" w:sz="10" w:space="5" w:color="E43A0A"/>
        </w:pBdr>
      </w:pPr>
      <w:r>
        <w:t>Communication plan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708070C1"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3BE8E64"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0697FBA"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A55BD8B"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6552F1A"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CFCB55C"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5C67E1C"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AE0E366" w14:textId="77777777" w:rsidR="00BC42E8" w:rsidRDefault="00DC1705">
            <w:pPr>
              <w:keepNext/>
              <w:spacing w:after="20" w:line="257" w:lineRule="auto"/>
            </w:pPr>
            <w:r>
              <w:rPr>
                <w:b/>
                <w:color w:val="FFFFFF"/>
                <w:sz w:val="15"/>
              </w:rPr>
              <w:t>EOP Location / Evidence / Notes</w:t>
            </w:r>
          </w:p>
        </w:tc>
      </w:tr>
      <w:tr w:rsidR="00BC42E8" w14:paraId="66AEB30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729EDE" w14:textId="77777777" w:rsidR="00BC42E8" w:rsidRDefault="00DC1705">
            <w:pPr>
              <w:spacing w:after="20" w:line="257" w:lineRule="auto"/>
            </w:pPr>
            <w:r>
              <w:rPr>
                <w:b/>
                <w:color w:val="00543B"/>
                <w:sz w:val="18"/>
              </w:rPr>
              <w:t>EP22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455CC6" w14:textId="77777777" w:rsidR="00BC42E8" w:rsidRDefault="00DC1705">
            <w:pPr>
              <w:spacing w:after="20" w:line="257" w:lineRule="auto"/>
            </w:pPr>
            <w:r>
              <w:rPr>
                <w:sz w:val="18"/>
              </w:rPr>
              <w:t>Maintain a written communication plan consistent with federal, state, and local law. Review and update at least every 2 years; retain evidence of the review.</w:t>
            </w:r>
            <w:r>
              <w:rPr>
                <w:sz w:val="18"/>
              </w:rPr>
              <w:br/>
              <w:t>Authority: E0029; 42 CFR 482.15 (c)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0505A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B5A1F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136E9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885F93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B55C9D" w14:textId="77777777" w:rsidR="00BC42E8" w:rsidRDefault="00BC42E8">
            <w:pPr>
              <w:spacing w:after="20" w:line="257" w:lineRule="auto"/>
            </w:pPr>
          </w:p>
        </w:tc>
      </w:tr>
      <w:tr w:rsidR="00BC42E8" w14:paraId="0384ED0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16CBAA" w14:textId="77777777" w:rsidR="00BC42E8" w:rsidRDefault="00DC1705">
            <w:pPr>
              <w:spacing w:after="20" w:line="257" w:lineRule="auto"/>
            </w:pPr>
            <w:r>
              <w:rPr>
                <w:b/>
                <w:color w:val="00543B"/>
                <w:sz w:val="18"/>
              </w:rPr>
              <w:t>EP23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901479" w14:textId="77777777" w:rsidR="00BC42E8" w:rsidRDefault="00DC1705">
            <w:pPr>
              <w:spacing w:after="20" w:line="257" w:lineRule="auto"/>
            </w:pPr>
            <w:r>
              <w:rPr>
                <w:sz w:val="18"/>
              </w:rPr>
              <w:t>Maintain names and contact information for staff, entities providing services under arrangement, patient physicians, other hospitals and CAHs, and volunteers.</w:t>
            </w:r>
            <w:r>
              <w:rPr>
                <w:sz w:val="18"/>
              </w:rPr>
              <w:br/>
              <w:t>Authority: E0030; 42 CFR 482.15 (c)(1)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6E260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B5734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13F5A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C414D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60114F" w14:textId="77777777" w:rsidR="00BC42E8" w:rsidRDefault="00BC42E8">
            <w:pPr>
              <w:spacing w:after="20" w:line="257" w:lineRule="auto"/>
            </w:pPr>
          </w:p>
        </w:tc>
      </w:tr>
      <w:tr w:rsidR="00BC42E8" w14:paraId="3436F8C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86CE09" w14:textId="77777777" w:rsidR="00BC42E8" w:rsidRDefault="00DC1705">
            <w:pPr>
              <w:spacing w:after="20" w:line="257" w:lineRule="auto"/>
            </w:pPr>
            <w:r>
              <w:rPr>
                <w:b/>
                <w:color w:val="00543B"/>
                <w:sz w:val="18"/>
              </w:rPr>
              <w:t>EP24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9AFF97" w14:textId="77777777" w:rsidR="00BC42E8" w:rsidRDefault="00DC1705">
            <w:pPr>
              <w:spacing w:after="20" w:line="257" w:lineRule="auto"/>
            </w:pPr>
            <w:r>
              <w:rPr>
                <w:sz w:val="18"/>
              </w:rPr>
              <w:t>Maintain contacts for federal, state, tribal, regional, and local preparedness staff and other assistance, including the State survey agency and public health.</w:t>
            </w:r>
            <w:r>
              <w:rPr>
                <w:sz w:val="18"/>
              </w:rPr>
              <w:br/>
              <w:t>Authority: E0031; 42 CFR 482.15 (c)(2)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4C394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3DD7B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8A7F8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4BEA7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6D9698" w14:textId="77777777" w:rsidR="00BC42E8" w:rsidRDefault="00BC42E8">
            <w:pPr>
              <w:spacing w:after="20" w:line="257" w:lineRule="auto"/>
            </w:pPr>
          </w:p>
        </w:tc>
      </w:tr>
      <w:tr w:rsidR="00BC42E8" w14:paraId="42B2423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F27635" w14:textId="77777777" w:rsidR="00BC42E8" w:rsidRDefault="00DC1705">
            <w:pPr>
              <w:spacing w:after="20" w:line="257" w:lineRule="auto"/>
            </w:pPr>
            <w:r>
              <w:rPr>
                <w:b/>
                <w:color w:val="00543B"/>
                <w:sz w:val="18"/>
              </w:rPr>
              <w:t>EP25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ADA485" w14:textId="77777777" w:rsidR="00BC42E8" w:rsidRDefault="00DC1705">
            <w:pPr>
              <w:spacing w:after="20" w:line="257" w:lineRule="auto"/>
            </w:pPr>
            <w:r>
              <w:rPr>
                <w:sz w:val="18"/>
              </w:rPr>
              <w:t>Identify and demonstrate primary and alternate communication with staff and emergency management agencies. Verify access to equipment, directories, charging, and outage methods.</w:t>
            </w:r>
            <w:r>
              <w:rPr>
                <w:sz w:val="18"/>
              </w:rPr>
              <w:br/>
              <w:t>Authority: E0032; 42 CFR 482.15 (c)(3)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38D774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25CD6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452CB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6D0B1C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412EEE" w14:textId="77777777" w:rsidR="00BC42E8" w:rsidRDefault="00BC42E8">
            <w:pPr>
              <w:spacing w:after="20" w:line="257" w:lineRule="auto"/>
            </w:pPr>
          </w:p>
        </w:tc>
      </w:tr>
      <w:tr w:rsidR="00BC42E8" w14:paraId="7CD03C2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A41FF0" w14:textId="77777777" w:rsidR="00BC42E8" w:rsidRDefault="00DC1705">
            <w:pPr>
              <w:spacing w:after="20" w:line="257" w:lineRule="auto"/>
            </w:pPr>
            <w:r>
              <w:rPr>
                <w:b/>
                <w:color w:val="00543B"/>
                <w:sz w:val="18"/>
              </w:rPr>
              <w:t>EP26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6A04BD" w14:textId="77777777" w:rsidR="00BC42E8" w:rsidRDefault="00DC1705">
            <w:pPr>
              <w:spacing w:after="20" w:line="257" w:lineRule="auto"/>
            </w:pPr>
            <w:r>
              <w:rPr>
                <w:sz w:val="18"/>
              </w:rPr>
              <w:t>Share necessary patient information and medical documentation with other providers to maintain continuity. Verify sending, receiving, confidentiality, and downtime processes.</w:t>
            </w:r>
            <w:r>
              <w:rPr>
                <w:sz w:val="18"/>
              </w:rPr>
              <w:br/>
              <w:t>Authority: E0033; 42 CFR 482.15 (c)(4)</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44BC9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040FD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DFEE1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BEADE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22F2F9" w14:textId="77777777" w:rsidR="00BC42E8" w:rsidRDefault="00BC42E8">
            <w:pPr>
              <w:spacing w:after="20" w:line="257" w:lineRule="auto"/>
            </w:pPr>
          </w:p>
        </w:tc>
      </w:tr>
      <w:tr w:rsidR="00BC42E8" w14:paraId="5AF7052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A0B47A" w14:textId="77777777" w:rsidR="00BC42E8" w:rsidRDefault="00DC1705">
            <w:pPr>
              <w:spacing w:after="20" w:line="257" w:lineRule="auto"/>
            </w:pPr>
            <w:r>
              <w:rPr>
                <w:b/>
                <w:color w:val="00543B"/>
                <w:sz w:val="18"/>
              </w:rPr>
              <w:lastRenderedPageBreak/>
              <w:t>EP27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38A687" w14:textId="77777777" w:rsidR="00BC42E8" w:rsidRDefault="00DC1705">
            <w:pPr>
              <w:spacing w:after="20" w:line="257" w:lineRule="auto"/>
            </w:pPr>
            <w:r>
              <w:rPr>
                <w:sz w:val="18"/>
              </w:rPr>
              <w:t>Provide a means to release evacuation-related patient information as allowed by 45 CFR 164.510(b)(1)(ii). Verify authorized roles and documentation.</w:t>
            </w:r>
            <w:r>
              <w:rPr>
                <w:sz w:val="18"/>
              </w:rPr>
              <w:br/>
              <w:t>Authority: E0033; 42 CFR 482.15 (c)(5)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B596CB2"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ABD8D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AA3A1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82A47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EB9670" w14:textId="77777777" w:rsidR="00BC42E8" w:rsidRDefault="00BC42E8">
            <w:pPr>
              <w:spacing w:after="20" w:line="257" w:lineRule="auto"/>
            </w:pPr>
          </w:p>
        </w:tc>
      </w:tr>
      <w:tr w:rsidR="00BC42E8" w14:paraId="12637D1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8E7BEB" w14:textId="77777777" w:rsidR="00BC42E8" w:rsidRDefault="00DC1705">
            <w:pPr>
              <w:spacing w:after="20" w:line="257" w:lineRule="auto"/>
            </w:pPr>
            <w:r>
              <w:rPr>
                <w:b/>
                <w:color w:val="00543B"/>
                <w:sz w:val="18"/>
              </w:rPr>
              <w:t>EP28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34C7C7" w14:textId="77777777" w:rsidR="00BC42E8" w:rsidRDefault="00DC1705">
            <w:pPr>
              <w:spacing w:after="20" w:line="257" w:lineRule="auto"/>
            </w:pPr>
            <w:r>
              <w:rPr>
                <w:sz w:val="18"/>
              </w:rPr>
              <w:t>Provide general patient condition and location information as allowed by 45 CFR 164.510(b)(4), including coordination with disaster relief and family notification.</w:t>
            </w:r>
            <w:r>
              <w:rPr>
                <w:sz w:val="18"/>
              </w:rPr>
              <w:br/>
              <w:t>Authority: E0033; 42 CFR 482.15 (c)(6)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E0FC3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391C3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8FCD12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EFED0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65F48B" w14:textId="77777777" w:rsidR="00BC42E8" w:rsidRDefault="00BC42E8">
            <w:pPr>
              <w:spacing w:after="20" w:line="257" w:lineRule="auto"/>
            </w:pPr>
          </w:p>
        </w:tc>
      </w:tr>
      <w:tr w:rsidR="00BC42E8" w14:paraId="317A6EC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C3D539" w14:textId="77777777" w:rsidR="00BC42E8" w:rsidRDefault="00DC1705">
            <w:pPr>
              <w:spacing w:after="20" w:line="257" w:lineRule="auto"/>
            </w:pPr>
            <w:r>
              <w:rPr>
                <w:b/>
                <w:color w:val="00543B"/>
                <w:sz w:val="18"/>
              </w:rPr>
              <w:t>EP29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D79FB5" w14:textId="77777777" w:rsidR="00BC42E8" w:rsidRDefault="00DC1705">
            <w:pPr>
              <w:spacing w:after="20" w:line="257" w:lineRule="auto"/>
            </w:pPr>
            <w:r>
              <w:rPr>
                <w:sz w:val="18"/>
              </w:rPr>
              <w:t>Report occupancy, needs, and ability to assist to the AHJ, incident command, or designee. Verify the reporting process, designated staff, and usable forms or platforms.</w:t>
            </w:r>
            <w:r>
              <w:rPr>
                <w:sz w:val="18"/>
              </w:rPr>
              <w:br/>
              <w:t>Authority: E0034; 42 CFR 482.15 (c)(7)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16BED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A4210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9340F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2F10B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A18BBB" w14:textId="77777777" w:rsidR="00BC42E8" w:rsidRDefault="00BC42E8">
            <w:pPr>
              <w:spacing w:after="20" w:line="257" w:lineRule="auto"/>
            </w:pPr>
          </w:p>
        </w:tc>
      </w:tr>
    </w:tbl>
    <w:p w14:paraId="40F9C7ED" w14:textId="77777777" w:rsidR="00BC42E8" w:rsidRDefault="00DC1705">
      <w:pPr>
        <w:pStyle w:val="Heading2"/>
        <w:pBdr>
          <w:bottom w:val="single" w:sz="10" w:space="5" w:color="E43A0A"/>
        </w:pBdr>
      </w:pPr>
      <w:r>
        <w:t>Training and exercise program</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35E3191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977A8F0"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E98D0DD"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7916150"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F4F084A"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5FDCAA2" w14:textId="77777777" w:rsidR="00BC42E8" w:rsidRDefault="00DC1705">
            <w:pPr>
              <w:keepNext/>
              <w:spacing w:after="20" w:line="257" w:lineRule="auto"/>
              <w:jc w:val="center"/>
            </w:pPr>
            <w:r>
              <w:rPr>
                <w:b/>
                <w:color w:val="FFFFFF"/>
                <w:sz w:val="15"/>
              </w:rPr>
              <w:t>Not</w:t>
            </w:r>
            <w:r>
              <w:rPr>
                <w:b/>
                <w:color w:val="FFFFFF"/>
                <w:sz w:val="15"/>
              </w:rPr>
              <w:br/>
            </w:r>
            <w:r>
              <w:rPr>
                <w:b/>
                <w:color w:val="FFFFFF"/>
                <w:sz w:val="15"/>
              </w:rP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4539B32"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67587B0" w14:textId="77777777" w:rsidR="00BC42E8" w:rsidRDefault="00DC1705">
            <w:pPr>
              <w:keepNext/>
              <w:spacing w:after="20" w:line="257" w:lineRule="auto"/>
            </w:pPr>
            <w:r>
              <w:rPr>
                <w:b/>
                <w:color w:val="FFFFFF"/>
                <w:sz w:val="15"/>
              </w:rPr>
              <w:t>EOP Location / Evidence / Notes</w:t>
            </w:r>
          </w:p>
        </w:tc>
      </w:tr>
      <w:tr w:rsidR="00BC42E8" w14:paraId="13DCC06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46835C" w14:textId="77777777" w:rsidR="00BC42E8" w:rsidRDefault="00DC1705">
            <w:pPr>
              <w:spacing w:after="20" w:line="257" w:lineRule="auto"/>
            </w:pPr>
            <w:r>
              <w:rPr>
                <w:b/>
                <w:color w:val="00543B"/>
                <w:sz w:val="18"/>
              </w:rPr>
              <w:t>EP30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2A51DE" w14:textId="77777777" w:rsidR="00BC42E8" w:rsidRDefault="00DC1705">
            <w:pPr>
              <w:spacing w:after="20" w:line="257" w:lineRule="auto"/>
            </w:pPr>
            <w:r>
              <w:rPr>
                <w:sz w:val="18"/>
              </w:rPr>
              <w:t>Maintain a training and testing program tied to the plan, HVA, policies, and communication plan. Review and update at least every 2 years.</w:t>
            </w:r>
            <w:r>
              <w:rPr>
                <w:sz w:val="18"/>
              </w:rPr>
              <w:br/>
              <w:t>Authority: E0036; 42 CFR 482.15 (d)</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93654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A10E0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A4752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2FBCC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6AD791" w14:textId="77777777" w:rsidR="00BC42E8" w:rsidRDefault="00BC42E8">
            <w:pPr>
              <w:spacing w:after="20" w:line="257" w:lineRule="auto"/>
            </w:pPr>
          </w:p>
        </w:tc>
      </w:tr>
      <w:tr w:rsidR="00BC42E8" w14:paraId="0A767F0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CCEF88" w14:textId="77777777" w:rsidR="00BC42E8" w:rsidRDefault="00DC1705">
            <w:pPr>
              <w:spacing w:after="20" w:line="257" w:lineRule="auto"/>
            </w:pPr>
            <w:r>
              <w:rPr>
                <w:b/>
                <w:color w:val="00543B"/>
                <w:sz w:val="18"/>
              </w:rPr>
              <w:t>EP31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0DE0EA" w14:textId="77777777" w:rsidR="00BC42E8" w:rsidRDefault="00DC1705">
            <w:pPr>
              <w:spacing w:after="20" w:line="257" w:lineRule="auto"/>
            </w:pPr>
            <w:r>
              <w:rPr>
                <w:sz w:val="18"/>
              </w:rPr>
              <w:t>Train all new and existing staff, contracted personnel, and volunteers initially and at least every 2 years, consistent with their expected roles. Retain individual or roster evidence and demonstrate staff knowledge.</w:t>
            </w:r>
            <w:r>
              <w:rPr>
                <w:sz w:val="18"/>
              </w:rPr>
              <w:br/>
              <w:t>Authority: E0037; 42 CFR 482.15 (d)(1)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7A46C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FAFF7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28302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CC4EE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3FB4AEE" w14:textId="77777777" w:rsidR="00BC42E8" w:rsidRDefault="00BC42E8">
            <w:pPr>
              <w:spacing w:after="20" w:line="257" w:lineRule="auto"/>
            </w:pPr>
          </w:p>
        </w:tc>
      </w:tr>
      <w:tr w:rsidR="00BC42E8" w14:paraId="060AB0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F3FF0A" w14:textId="77777777" w:rsidR="00BC42E8" w:rsidRDefault="00DC1705">
            <w:pPr>
              <w:spacing w:after="20" w:line="257" w:lineRule="auto"/>
            </w:pPr>
            <w:r>
              <w:rPr>
                <w:b/>
                <w:color w:val="00543B"/>
                <w:sz w:val="18"/>
              </w:rPr>
              <w:t>EP33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8C181E" w14:textId="77777777" w:rsidR="00BC42E8" w:rsidRDefault="00DC1705">
            <w:pPr>
              <w:spacing w:after="20" w:line="257" w:lineRule="auto"/>
            </w:pPr>
            <w:r>
              <w:rPr>
                <w:sz w:val="18"/>
              </w:rPr>
              <w:t>When EP policies and procedures are significantly updated, train on the changes. Verify affected personnel, completion records, and knowledge of the revised procedure.</w:t>
            </w:r>
            <w:r>
              <w:rPr>
                <w:sz w:val="18"/>
              </w:rPr>
              <w:br/>
              <w:t>Authority: E0037; 42 CFR 482.15 (d)(1)(v)</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862FE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E8BE9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E52CA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EEF58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4E4DC6" w14:textId="77777777" w:rsidR="00BC42E8" w:rsidRDefault="00BC42E8">
            <w:pPr>
              <w:spacing w:after="20" w:line="257" w:lineRule="auto"/>
            </w:pPr>
          </w:p>
        </w:tc>
      </w:tr>
      <w:tr w:rsidR="00BC42E8" w14:paraId="7195E60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1A27C1" w14:textId="77777777" w:rsidR="00BC42E8" w:rsidRDefault="00DC1705">
            <w:pPr>
              <w:spacing w:after="20" w:line="257" w:lineRule="auto"/>
            </w:pPr>
            <w:r>
              <w:rPr>
                <w:b/>
                <w:color w:val="00543B"/>
                <w:sz w:val="18"/>
              </w:rPr>
              <w:t>EP34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73F046" w14:textId="77777777" w:rsidR="00BC42E8" w:rsidRDefault="00DC1705">
            <w:pPr>
              <w:spacing w:after="20" w:line="257" w:lineRule="auto"/>
            </w:pPr>
            <w:r>
              <w:rPr>
                <w:sz w:val="18"/>
              </w:rPr>
              <w:t>Participate in an annual community full-scale exercise. If unavailable, conduct an annual individual facility functional exercise. Retain evidence of community exercise availability review and participation or the qualifying fallback.</w:t>
            </w:r>
            <w:r>
              <w:rPr>
                <w:sz w:val="18"/>
              </w:rPr>
              <w:br/>
            </w:r>
            <w:r>
              <w:rPr>
                <w:sz w:val="18"/>
              </w:rPr>
              <w:t>Authority: E0039; 42 CFR 482.15 (d)(2)(i)</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D5B37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53278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1F9E6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0D097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312CF0" w14:textId="77777777" w:rsidR="00BC42E8" w:rsidRDefault="00BC42E8">
            <w:pPr>
              <w:spacing w:after="20" w:line="257" w:lineRule="auto"/>
            </w:pPr>
          </w:p>
        </w:tc>
      </w:tr>
      <w:tr w:rsidR="00BC42E8" w14:paraId="2BE16E4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A76C06" w14:textId="77777777" w:rsidR="00BC42E8" w:rsidRDefault="00DC1705">
            <w:pPr>
              <w:spacing w:after="20" w:line="257" w:lineRule="auto"/>
            </w:pPr>
            <w:r>
              <w:rPr>
                <w:b/>
                <w:color w:val="00543B"/>
                <w:sz w:val="18"/>
              </w:rPr>
              <w:t>EP35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E7D9DB" w14:textId="77777777" w:rsidR="00BC42E8" w:rsidRDefault="00DC1705">
            <w:pPr>
              <w:spacing w:after="20" w:line="257" w:lineRule="auto"/>
            </w:pPr>
            <w:r>
              <w:rPr>
                <w:sz w:val="18"/>
              </w:rPr>
              <w:t>Conduct an additional exercise every year: another full-scale or functional exercise, a mock disaster drill, or a facilitated clinically relevant tabletop or workshop using a scenario and problem statements or questions.</w:t>
            </w:r>
            <w:r>
              <w:rPr>
                <w:sz w:val="18"/>
              </w:rPr>
              <w:br/>
              <w:t>Authority: E0039; 42 CFR 482.15 (d)(2)(ii)</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9D587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577FA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C9333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BF718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72C44B" w14:textId="77777777" w:rsidR="00BC42E8" w:rsidRDefault="00BC42E8">
            <w:pPr>
              <w:spacing w:after="20" w:line="257" w:lineRule="auto"/>
            </w:pPr>
          </w:p>
        </w:tc>
      </w:tr>
      <w:tr w:rsidR="00BC42E8" w14:paraId="01F4099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515FF6" w14:textId="77777777" w:rsidR="00BC42E8" w:rsidRDefault="00DC1705">
            <w:pPr>
              <w:spacing w:after="20" w:line="257" w:lineRule="auto"/>
            </w:pPr>
            <w:r>
              <w:rPr>
                <w:b/>
                <w:color w:val="00543B"/>
                <w:sz w:val="18"/>
              </w:rPr>
              <w:t>EP36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DB07A2" w14:textId="77777777" w:rsidR="00BC42E8" w:rsidRDefault="00DC1705">
            <w:pPr>
              <w:spacing w:after="20" w:line="257" w:lineRule="auto"/>
            </w:pPr>
            <w:r>
              <w:rPr>
                <w:sz w:val="18"/>
              </w:rPr>
              <w:t>If claiming an actual-event exemption, document a natural or human-caused emergency requiring EOP activation. It replaces only the next required full-scale or functional exercise, not the additional annual exercise.</w:t>
            </w:r>
            <w:r>
              <w:rPr>
                <w:sz w:val="18"/>
              </w:rPr>
              <w:br/>
              <w:t>Authority: E0039; 42 CFR 482.15 (d)(2)(i)(B)</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C08C3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D0444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D86A1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6AD41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583B9F" w14:textId="77777777" w:rsidR="00BC42E8" w:rsidRDefault="00BC42E8">
            <w:pPr>
              <w:spacing w:after="20" w:line="257" w:lineRule="auto"/>
            </w:pPr>
          </w:p>
        </w:tc>
      </w:tr>
      <w:tr w:rsidR="00BC42E8" w14:paraId="060FAE9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1FF278" w14:textId="77777777" w:rsidR="00BC42E8" w:rsidRDefault="00DC1705">
            <w:pPr>
              <w:spacing w:after="20" w:line="257" w:lineRule="auto"/>
            </w:pPr>
            <w:r>
              <w:rPr>
                <w:b/>
                <w:color w:val="00543B"/>
                <w:sz w:val="18"/>
              </w:rPr>
              <w:lastRenderedPageBreak/>
              <w:t>EP37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6A5A391" w14:textId="77777777" w:rsidR="00BC42E8" w:rsidRDefault="00DC1705">
            <w:pPr>
              <w:spacing w:after="20" w:line="257" w:lineRule="auto"/>
            </w:pPr>
            <w:r>
              <w:rPr>
                <w:sz w:val="18"/>
              </w:rPr>
              <w:t>Analyze exercises and actual emergencies, retain documentation, and revise the plan as needed. Verify participation, objectives, AAR findings, assigned improvements, and evidence that changes were implemented.</w:t>
            </w:r>
            <w:r>
              <w:rPr>
                <w:sz w:val="18"/>
              </w:rPr>
              <w:br/>
            </w:r>
            <w:r>
              <w:rPr>
                <w:sz w:val="18"/>
              </w:rPr>
              <w:t>Authority: E0039; 42 CFR 482.15 (d)(2)(iii)</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809E1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3E0B0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39548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6D4C4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13722A" w14:textId="77777777" w:rsidR="00BC42E8" w:rsidRDefault="00BC42E8">
            <w:pPr>
              <w:spacing w:after="20" w:line="257" w:lineRule="auto"/>
            </w:pPr>
          </w:p>
        </w:tc>
      </w:tr>
    </w:tbl>
    <w:p w14:paraId="22A8CD84" w14:textId="77777777" w:rsidR="00BC42E8" w:rsidRDefault="00DC1705">
      <w:pPr>
        <w:pStyle w:val="Heading2"/>
        <w:pBdr>
          <w:bottom w:val="single" w:sz="10" w:space="5" w:color="E43A0A"/>
        </w:pBdr>
      </w:pPr>
      <w:r>
        <w:t>Emergency and standby power</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0C48D45D"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0E0F674"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15B8E25"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068D84B"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13E6739"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20AD577"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4AC23B3"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AE27253" w14:textId="77777777" w:rsidR="00BC42E8" w:rsidRDefault="00DC1705">
            <w:pPr>
              <w:keepNext/>
              <w:spacing w:after="20" w:line="257" w:lineRule="auto"/>
            </w:pPr>
            <w:r>
              <w:rPr>
                <w:b/>
                <w:color w:val="FFFFFF"/>
                <w:sz w:val="15"/>
              </w:rPr>
              <w:t>EOP Location / Evidence / Notes</w:t>
            </w:r>
          </w:p>
        </w:tc>
      </w:tr>
      <w:tr w:rsidR="00BC42E8" w14:paraId="4364941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07B126" w14:textId="77777777" w:rsidR="00BC42E8" w:rsidRDefault="00DC1705">
            <w:pPr>
              <w:spacing w:after="20" w:line="257" w:lineRule="auto"/>
            </w:pPr>
            <w:r>
              <w:rPr>
                <w:b/>
                <w:color w:val="00543B"/>
                <w:sz w:val="18"/>
              </w:rPr>
              <w:t>EP38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F23F5F0" w14:textId="77777777" w:rsidR="00BC42E8" w:rsidRDefault="00DC1705">
            <w:pPr>
              <w:spacing w:after="20" w:line="257" w:lineRule="auto"/>
            </w:pPr>
            <w:r>
              <w:rPr>
                <w:sz w:val="18"/>
              </w:rPr>
              <w:t>Implement emergency and standby power based on the plan and subsistence policies. Verify essential loads, critical care, utility systems, sheltering needs, and evacuation contingencies.</w:t>
            </w:r>
            <w:r>
              <w:rPr>
                <w:sz w:val="18"/>
              </w:rPr>
              <w:br/>
              <w:t>Authority: E0041; 42 CFR 482.15 (e)</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9EF10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9232B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8B1BDF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D1EB9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473262" w14:textId="77777777" w:rsidR="00BC42E8" w:rsidRDefault="00BC42E8">
            <w:pPr>
              <w:spacing w:after="20" w:line="257" w:lineRule="auto"/>
            </w:pPr>
          </w:p>
        </w:tc>
      </w:tr>
      <w:tr w:rsidR="00BC42E8" w14:paraId="1160BF0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933DC9" w14:textId="77777777" w:rsidR="00BC42E8" w:rsidRDefault="00DC1705">
            <w:pPr>
              <w:spacing w:after="20" w:line="257" w:lineRule="auto"/>
            </w:pPr>
            <w:r>
              <w:rPr>
                <w:b/>
                <w:color w:val="00543B"/>
                <w:sz w:val="18"/>
              </w:rPr>
              <w:t>EP39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B5F74D" w14:textId="77777777" w:rsidR="00BC42E8" w:rsidRDefault="00DC1705">
            <w:pPr>
              <w:spacing w:after="20" w:line="257" w:lineRule="auto"/>
            </w:pPr>
            <w:r>
              <w:rPr>
                <w:sz w:val="18"/>
              </w:rPr>
              <w:t>For new construction or renovation, verify generator location meets the federally incorporated NFPA 99, NFPA 101, TIAs, and NFPA 110 provisions. Retain drawings and design acceptance.</w:t>
            </w:r>
            <w:r>
              <w:rPr>
                <w:sz w:val="18"/>
              </w:rPr>
              <w:br/>
              <w:t>Authority: 42 CFR 482.15 (e)(1)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DD100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BD9CB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31D1B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479DB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7A6AD2" w14:textId="77777777" w:rsidR="00BC42E8" w:rsidRDefault="00BC42E8">
            <w:pPr>
              <w:spacing w:after="20" w:line="257" w:lineRule="auto"/>
            </w:pPr>
          </w:p>
        </w:tc>
      </w:tr>
      <w:tr w:rsidR="00BC42E8" w14:paraId="770FE25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8C2C21" w14:textId="77777777" w:rsidR="00BC42E8" w:rsidRDefault="00DC1705">
            <w:pPr>
              <w:spacing w:after="20" w:line="257" w:lineRule="auto"/>
            </w:pPr>
            <w:r>
              <w:rPr>
                <w:b/>
                <w:color w:val="00543B"/>
                <w:sz w:val="18"/>
              </w:rPr>
              <w:t>EP40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85D29D" w14:textId="77777777" w:rsidR="00BC42E8" w:rsidRDefault="00DC1705">
            <w:pPr>
              <w:spacing w:after="20" w:line="257" w:lineRule="auto"/>
            </w:pPr>
            <w:r>
              <w:rPr>
                <w:sz w:val="18"/>
              </w:rPr>
              <w:t>Implement EPSS inspections, tests, and maintenance. Verify generator and transfer switch logs, service intervals, failures, corrective actions, and retained records against the applicable code editions.</w:t>
            </w:r>
            <w:r>
              <w:rPr>
                <w:sz w:val="18"/>
              </w:rPr>
              <w:br/>
              <w:t>Authority: 42 CFR 482.15 (e)(2); K918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EDCF1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2D869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90DFF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EBE3E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9346CC" w14:textId="77777777" w:rsidR="00BC42E8" w:rsidRDefault="00BC42E8">
            <w:pPr>
              <w:spacing w:after="20" w:line="257" w:lineRule="auto"/>
            </w:pPr>
          </w:p>
        </w:tc>
      </w:tr>
      <w:tr w:rsidR="00BC42E8" w14:paraId="0030E81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6B0277" w14:textId="77777777" w:rsidR="00BC42E8" w:rsidRDefault="00DC1705">
            <w:pPr>
              <w:spacing w:after="20" w:line="257" w:lineRule="auto"/>
            </w:pPr>
            <w:r>
              <w:rPr>
                <w:b/>
                <w:color w:val="00543B"/>
                <w:sz w:val="18"/>
              </w:rPr>
              <w:t>EP41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4A6793" w14:textId="77777777" w:rsidR="00BC42E8" w:rsidRDefault="00DC1705">
            <w:pPr>
              <w:spacing w:after="20" w:line="257" w:lineRule="auto"/>
            </w:pPr>
            <w:r>
              <w:rPr>
                <w:sz w:val="18"/>
              </w:rPr>
              <w:t>For onsite generator fuel, document how power will remain operational during the emergency unless evacuating. Verify fuel condition, supply endurance, deliveries, access, vendor limitations, and contingencies.</w:t>
            </w:r>
            <w:r>
              <w:rPr>
                <w:sz w:val="18"/>
              </w:rPr>
              <w:br/>
              <w:t>Authority: 42 CFR 482.15 (e)(3)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742BC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C1103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9714E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09810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A7388A" w14:textId="77777777" w:rsidR="00BC42E8" w:rsidRDefault="00BC42E8">
            <w:pPr>
              <w:spacing w:after="20" w:line="257" w:lineRule="auto"/>
            </w:pPr>
          </w:p>
        </w:tc>
      </w:tr>
      <w:tr w:rsidR="00BC42E8" w14:paraId="2A9C1B2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439729" w14:textId="77777777" w:rsidR="00BC42E8" w:rsidRDefault="00DC1705">
            <w:pPr>
              <w:spacing w:after="20" w:line="257" w:lineRule="auto"/>
            </w:pPr>
            <w:r>
              <w:rPr>
                <w:b/>
                <w:color w:val="00543B"/>
                <w:sz w:val="18"/>
              </w:rPr>
              <w:t>EP42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0AE893" w14:textId="77777777" w:rsidR="00BC42E8" w:rsidRDefault="00DC1705">
            <w:pPr>
              <w:spacing w:after="20" w:line="257" w:lineRule="auto"/>
            </w:pPr>
            <w:r>
              <w:rPr>
                <w:sz w:val="18"/>
              </w:rPr>
              <w:t>Identify unsafe-temperature, lighting, fire protection, sanitation, and power thresholds requiring relocation or evacuation. Verify decisions are tied to actual loads and available resources.</w:t>
            </w:r>
            <w:r>
              <w:rPr>
                <w:sz w:val="18"/>
              </w:rPr>
              <w:br/>
              <w:t>Authority: E0015; E0041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8907D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FDFAE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8E395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39BF6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6FB5BD" w14:textId="77777777" w:rsidR="00BC42E8" w:rsidRDefault="00BC42E8">
            <w:pPr>
              <w:spacing w:after="20" w:line="257" w:lineRule="auto"/>
            </w:pPr>
          </w:p>
        </w:tc>
      </w:tr>
      <w:tr w:rsidR="00BC42E8" w14:paraId="57A1840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C9AA6A" w14:textId="77777777" w:rsidR="00BC42E8" w:rsidRDefault="00DC1705">
            <w:pPr>
              <w:spacing w:after="20" w:line="257" w:lineRule="auto"/>
            </w:pPr>
            <w:r>
              <w:rPr>
                <w:b/>
                <w:color w:val="00543B"/>
                <w:sz w:val="18"/>
              </w:rPr>
              <w:t>EP43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9B6DC9" w14:textId="77777777" w:rsidR="00BC42E8" w:rsidRDefault="00DC1705">
            <w:pPr>
              <w:spacing w:after="20" w:line="257" w:lineRule="auto"/>
            </w:pPr>
            <w:r>
              <w:rPr>
                <w:sz w:val="18"/>
              </w:rPr>
              <w:t>If using a healthcare microgrid categorical waiver, document election and eligibility, compliant design and references, and survey disclosure. Do not assume a microgrid or portable generator satisfies all EES requirements.</w:t>
            </w:r>
            <w:r>
              <w:rPr>
                <w:sz w:val="18"/>
              </w:rPr>
              <w:br/>
              <w:t>Authority: QSO-23-11-LSC; S27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CFAA9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D00BF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68DE6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28C1B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9BD75A" w14:textId="77777777" w:rsidR="00BC42E8" w:rsidRDefault="00BC42E8">
            <w:pPr>
              <w:spacing w:after="20" w:line="257" w:lineRule="auto"/>
            </w:pPr>
          </w:p>
        </w:tc>
      </w:tr>
    </w:tbl>
    <w:p w14:paraId="6A53667F" w14:textId="77777777" w:rsidR="00BC42E8" w:rsidRDefault="00DC1705">
      <w:pPr>
        <w:pStyle w:val="Heading2"/>
        <w:pBdr>
          <w:bottom w:val="single" w:sz="10" w:space="5" w:color="E43A0A"/>
        </w:pBdr>
      </w:pPr>
      <w:r>
        <w:lastRenderedPageBreak/>
        <w:t>Integrated systems and transplant programs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75116625"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C900170"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B93DD5C"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29FEAB0"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BFB3ABA"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008D4C6"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DD79CA6"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3A17BA6" w14:textId="77777777" w:rsidR="00BC42E8" w:rsidRDefault="00DC1705">
            <w:pPr>
              <w:keepNext/>
              <w:spacing w:after="20" w:line="257" w:lineRule="auto"/>
            </w:pPr>
            <w:r>
              <w:rPr>
                <w:b/>
                <w:color w:val="FFFFFF"/>
                <w:sz w:val="15"/>
              </w:rPr>
              <w:t>EOP Location / Evidence / Notes</w:t>
            </w:r>
          </w:p>
        </w:tc>
      </w:tr>
      <w:tr w:rsidR="00BC42E8" w14:paraId="6F37B51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88874A" w14:textId="77777777" w:rsidR="00BC42E8" w:rsidRDefault="00DC1705">
            <w:pPr>
              <w:spacing w:after="20" w:line="257" w:lineRule="auto"/>
            </w:pPr>
            <w:r>
              <w:rPr>
                <w:b/>
                <w:color w:val="00543B"/>
                <w:sz w:val="18"/>
              </w:rPr>
              <w:t>EP44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BAE074" w14:textId="77777777" w:rsidR="00BC42E8" w:rsidRDefault="00DC1705">
            <w:pPr>
              <w:spacing w:after="20" w:line="257" w:lineRule="auto"/>
            </w:pPr>
            <w:r>
              <w:rPr>
                <w:sz w:val="18"/>
              </w:rPr>
              <w:t>If in a unified program, verify active participation by every separately certified facility, unique populations and services, individual facility HVAs, community HVA, and ability to use the system plan.</w:t>
            </w:r>
            <w:r>
              <w:rPr>
                <w:sz w:val="18"/>
              </w:rPr>
              <w:br/>
              <w:t>Authority: E0042; 42 CFR 482.15 (f)</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4168F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6435E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75A46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31056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A9B955" w14:textId="77777777" w:rsidR="00BC42E8" w:rsidRDefault="00BC42E8">
            <w:pPr>
              <w:spacing w:after="20" w:line="257" w:lineRule="auto"/>
            </w:pPr>
          </w:p>
        </w:tc>
      </w:tr>
      <w:tr w:rsidR="00BC42E8" w14:paraId="51660C3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2B0A92" w14:textId="77777777" w:rsidR="00BC42E8" w:rsidRDefault="00DC1705">
            <w:pPr>
              <w:spacing w:after="20" w:line="257" w:lineRule="auto"/>
            </w:pPr>
            <w:r>
              <w:rPr>
                <w:b/>
                <w:color w:val="00543B"/>
                <w:sz w:val="18"/>
              </w:rPr>
              <w:t>EP45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416D5C" w14:textId="77777777" w:rsidR="00BC42E8" w:rsidRDefault="00DC1705">
            <w:pPr>
              <w:spacing w:after="20" w:line="257" w:lineRule="auto"/>
            </w:pPr>
            <w:r>
              <w:rPr>
                <w:sz w:val="18"/>
              </w:rPr>
              <w:t>Verify integrated policies, coordinated communications, and training and testing satisfy the requirements for each participating provider and site. Maintain controlled access and site-specific implementation evidence.</w:t>
            </w:r>
            <w:r>
              <w:rPr>
                <w:sz w:val="18"/>
              </w:rPr>
              <w:br/>
            </w:r>
            <w:r>
              <w:rPr>
                <w:sz w:val="18"/>
              </w:rPr>
              <w:t>Authority: E0042; 42 CFR 482.15 (f)(5)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0D58F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1A967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0BC09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E8BE9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E3ACB8" w14:textId="77777777" w:rsidR="00BC42E8" w:rsidRDefault="00BC42E8">
            <w:pPr>
              <w:spacing w:after="20" w:line="257" w:lineRule="auto"/>
            </w:pPr>
          </w:p>
        </w:tc>
      </w:tr>
      <w:tr w:rsidR="00BC42E8" w14:paraId="185DEBA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EED605" w14:textId="77777777" w:rsidR="00BC42E8" w:rsidRDefault="00DC1705">
            <w:pPr>
              <w:spacing w:after="20" w:line="257" w:lineRule="auto"/>
            </w:pPr>
            <w:r>
              <w:rPr>
                <w:b/>
                <w:color w:val="00543B"/>
                <w:sz w:val="18"/>
              </w:rPr>
              <w:t>EP46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956153" w14:textId="77777777" w:rsidR="00BC42E8" w:rsidRDefault="00DC1705">
            <w:pPr>
              <w:spacing w:after="20" w:line="257" w:lineRule="auto"/>
            </w:pPr>
            <w:r>
              <w:rPr>
                <w:sz w:val="18"/>
              </w:rPr>
              <w:t>If the hospital has transplant programs, include a representative from each in program development and maintenance. Verify hospital, transplant, and OPO emergency duties and mutually agreed protocols.</w:t>
            </w:r>
            <w:r>
              <w:rPr>
                <w:sz w:val="18"/>
              </w:rPr>
              <w:br/>
              <w:t>Authority: 482.15(g); E0002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C3690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A0C3A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7F9C0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91FD7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B53277" w14:textId="77777777" w:rsidR="00BC42E8" w:rsidRDefault="00BC42E8">
            <w:pPr>
              <w:spacing w:after="20" w:line="257" w:lineRule="auto"/>
            </w:pPr>
          </w:p>
        </w:tc>
      </w:tr>
      <w:tr w:rsidR="00BC42E8" w14:paraId="2F78169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263923" w14:textId="77777777" w:rsidR="00BC42E8" w:rsidRDefault="00DC1705">
            <w:pPr>
              <w:spacing w:after="20" w:line="257" w:lineRule="auto"/>
            </w:pPr>
            <w:r>
              <w:rPr>
                <w:b/>
                <w:color w:val="00543B"/>
                <w:sz w:val="18"/>
              </w:rPr>
              <w:t>EP47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6ADAE4" w14:textId="77777777" w:rsidR="00BC42E8" w:rsidRDefault="00DC1705">
            <w:pPr>
              <w:spacing w:after="20" w:line="257" w:lineRule="auto"/>
            </w:pPr>
            <w:r>
              <w:rPr>
                <w:sz w:val="18"/>
              </w:rPr>
              <w:t>For each transplant program, maintain emergency policies within the hospital program and arrangements to transfer transplant patients to other Medicare-approved transplant programs when services cease or are limited.</w:t>
            </w:r>
            <w:r>
              <w:rPr>
                <w:sz w:val="18"/>
              </w:rPr>
              <w:br/>
              <w:t>Authority: 482.78(a)–(b); E0005; E0021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5C3B3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5967E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F3F37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7D0014F"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CF0ECF" w14:textId="77777777" w:rsidR="00BC42E8" w:rsidRDefault="00BC42E8">
            <w:pPr>
              <w:spacing w:after="20" w:line="257" w:lineRule="auto"/>
            </w:pPr>
          </w:p>
        </w:tc>
      </w:tr>
    </w:tbl>
    <w:p w14:paraId="2D081871" w14:textId="77777777" w:rsidR="00BC42E8" w:rsidRDefault="00DC1705">
      <w:r>
        <w:t>Two exercises are required each year: an annual community full-scale exercise or qualifying facility functional fallback, plus an additional qualifying exercise. Routine quarterly fire drills do not automatically satisfy Appendix Z. Any actual-event exemption replaces only the next required full-scale or functional exercise.</w:t>
      </w:r>
    </w:p>
    <w:p w14:paraId="2A9E829D"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37BF14B8"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E059987" w14:textId="77777777" w:rsidR="00BC42E8" w:rsidRDefault="00DC1705">
            <w:pPr>
              <w:keepNext/>
            </w:pPr>
            <w:r>
              <w:rPr>
                <w:b/>
                <w:color w:val="FFFFFF"/>
                <w:sz w:val="28"/>
              </w:rPr>
              <w:t>PART II FIRE AND LIFE SAFETY COMPLIANCE LAYERS</w:t>
            </w:r>
          </w:p>
          <w:p w14:paraId="57DF9760" w14:textId="77777777" w:rsidR="00BC42E8" w:rsidRDefault="00DC1705">
            <w:pPr>
              <w:keepNext/>
              <w:spacing w:after="60"/>
            </w:pPr>
            <w:r>
              <w:rPr>
                <w:color w:val="DDEBE6"/>
                <w:sz w:val="18"/>
              </w:rPr>
              <w:t>CMS Life Safety Code review and Maine FMO or local AHJ requirements</w:t>
            </w:r>
          </w:p>
        </w:tc>
      </w:tr>
    </w:tbl>
    <w:p w14:paraId="388A9E53" w14:textId="77777777" w:rsidR="00BC42E8" w:rsidRDefault="00DC1705">
      <w:pPr>
        <w:pStyle w:val="Heading2"/>
        <w:pBdr>
          <w:bottom w:val="single" w:sz="10" w:space="5" w:color="E43A0A"/>
        </w:pBdr>
      </w:pPr>
      <w:r>
        <w:t>Federal and Maine code editions</w:t>
      </w:r>
    </w:p>
    <w:p w14:paraId="38E8BAEF" w14:textId="77777777" w:rsidR="00BC42E8" w:rsidRDefault="00DC1705">
      <w:r>
        <w:t>Federal and Maine code editions are separate layers. Verify each building’s occupancy, new or existing classification, referenced standards, installation dates, permits, and waivers. Maine approval does not itself grant a CMS waiver. Federal NFPA 99 adoption excludes Chapters 7, 8, 12, and 13; Appendix Z still applies.</w:t>
      </w:r>
    </w:p>
    <w:tbl>
      <w:tblPr>
        <w:tblW w:w="0" w:type="auto"/>
        <w:jc w:val="center"/>
        <w:tblLayout w:type="fixed"/>
        <w:tblLook w:val="04A0" w:firstRow="1" w:lastRow="0" w:firstColumn="1" w:lastColumn="0" w:noHBand="0" w:noVBand="1"/>
      </w:tblPr>
      <w:tblGrid>
        <w:gridCol w:w="2448"/>
        <w:gridCol w:w="5328"/>
        <w:gridCol w:w="3082"/>
      </w:tblGrid>
      <w:tr w:rsidR="00BC42E8" w14:paraId="4B960316" w14:textId="77777777">
        <w:trPr>
          <w:cantSplit/>
          <w:tblHeader/>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3582210" w14:textId="77777777" w:rsidR="00BC42E8" w:rsidRDefault="00DC1705">
            <w:pPr>
              <w:keepNext/>
              <w:spacing w:after="20" w:line="257" w:lineRule="auto"/>
            </w:pPr>
            <w:r>
              <w:rPr>
                <w:b/>
                <w:color w:val="FFFFFF"/>
                <w:sz w:val="18"/>
              </w:rPr>
              <w:t>Standard</w:t>
            </w:r>
          </w:p>
        </w:tc>
        <w:tc>
          <w:tcPr>
            <w:tcW w:w="532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71FA556" w14:textId="77777777" w:rsidR="00BC42E8" w:rsidRDefault="00DC1705">
            <w:pPr>
              <w:keepNext/>
              <w:spacing w:after="20" w:line="257" w:lineRule="auto"/>
            </w:pPr>
            <w:r>
              <w:rPr>
                <w:b/>
                <w:color w:val="FFFFFF"/>
                <w:sz w:val="18"/>
              </w:rPr>
              <w:t>Federal survey baseline</w:t>
            </w:r>
          </w:p>
        </w:tc>
        <w:tc>
          <w:tcPr>
            <w:tcW w:w="308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416D92B" w14:textId="77777777" w:rsidR="00BC42E8" w:rsidRDefault="00DC1705">
            <w:pPr>
              <w:keepNext/>
              <w:spacing w:after="20" w:line="257" w:lineRule="auto"/>
            </w:pPr>
            <w:r>
              <w:rPr>
                <w:b/>
                <w:color w:val="FFFFFF"/>
                <w:sz w:val="18"/>
              </w:rPr>
              <w:t>Maine posted edition</w:t>
            </w:r>
          </w:p>
        </w:tc>
      </w:tr>
      <w:tr w:rsidR="00BC42E8" w14:paraId="706A8063"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01533C" w14:textId="77777777" w:rsidR="00BC42E8" w:rsidRDefault="00DC1705">
            <w:pPr>
              <w:spacing w:after="20" w:line="257" w:lineRule="auto"/>
            </w:pPr>
            <w:r>
              <w:rPr>
                <w:sz w:val="18"/>
              </w:rPr>
              <w:t>NFPA 101</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E30262" w14:textId="77777777" w:rsidR="00BC42E8" w:rsidRDefault="00DC1705">
            <w:pPr>
              <w:spacing w:after="20" w:line="257" w:lineRule="auto"/>
            </w:pPr>
            <w:r>
              <w:rPr>
                <w:sz w:val="18"/>
              </w:rPr>
              <w:t>2012 and incorporated TIAs</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DF3E6B" w14:textId="77777777" w:rsidR="00BC42E8" w:rsidRDefault="00DC1705">
            <w:pPr>
              <w:spacing w:after="20" w:line="257" w:lineRule="auto"/>
            </w:pPr>
            <w:r>
              <w:rPr>
                <w:sz w:val="18"/>
              </w:rPr>
              <w:t>2018</w:t>
            </w:r>
          </w:p>
        </w:tc>
      </w:tr>
      <w:tr w:rsidR="00BC42E8" w14:paraId="442BB1D1"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CC36EC" w14:textId="77777777" w:rsidR="00BC42E8" w:rsidRDefault="00DC1705">
            <w:pPr>
              <w:spacing w:after="20" w:line="257" w:lineRule="auto"/>
            </w:pPr>
            <w:r>
              <w:rPr>
                <w:sz w:val="18"/>
              </w:rPr>
              <w:t>NFPA 99</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63D75E" w14:textId="77777777" w:rsidR="00BC42E8" w:rsidRDefault="00DC1705">
            <w:pPr>
              <w:spacing w:after="20" w:line="257" w:lineRule="auto"/>
            </w:pPr>
            <w:r>
              <w:rPr>
                <w:sz w:val="18"/>
              </w:rPr>
              <w:t>2012 and incorporated TIAs</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4A36F9" w14:textId="77777777" w:rsidR="00BC42E8" w:rsidRDefault="00DC1705">
            <w:pPr>
              <w:spacing w:after="20" w:line="257" w:lineRule="auto"/>
            </w:pPr>
            <w:r>
              <w:rPr>
                <w:sz w:val="18"/>
              </w:rPr>
              <w:t>2021</w:t>
            </w:r>
          </w:p>
        </w:tc>
      </w:tr>
      <w:tr w:rsidR="00BC42E8" w14:paraId="70AD060B"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518414" w14:textId="77777777" w:rsidR="00BC42E8" w:rsidRDefault="00DC1705">
            <w:pPr>
              <w:spacing w:after="20" w:line="257" w:lineRule="auto"/>
            </w:pPr>
            <w:r>
              <w:rPr>
                <w:sz w:val="18"/>
              </w:rPr>
              <w:t>NFPA 110</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44D558" w14:textId="77777777" w:rsidR="00BC42E8" w:rsidRDefault="00DC1705">
            <w:pPr>
              <w:spacing w:after="20" w:line="257" w:lineRule="auto"/>
            </w:pPr>
            <w:r>
              <w:rPr>
                <w:sz w:val="18"/>
              </w:rPr>
              <w:t>2010 and applicable references</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B98842" w14:textId="77777777" w:rsidR="00BC42E8" w:rsidRDefault="00DC1705">
            <w:pPr>
              <w:spacing w:after="20" w:line="257" w:lineRule="auto"/>
            </w:pPr>
            <w:r>
              <w:rPr>
                <w:sz w:val="18"/>
              </w:rPr>
              <w:t>2022</w:t>
            </w:r>
          </w:p>
        </w:tc>
      </w:tr>
      <w:tr w:rsidR="00BC42E8" w14:paraId="64AF64A7"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CDCB6F" w14:textId="77777777" w:rsidR="00BC42E8" w:rsidRDefault="00DC1705">
            <w:pPr>
              <w:spacing w:after="20" w:line="257" w:lineRule="auto"/>
            </w:pPr>
            <w:r>
              <w:rPr>
                <w:sz w:val="18"/>
              </w:rPr>
              <w:t>NFPA 72</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02297B" w14:textId="77777777" w:rsidR="00BC42E8" w:rsidRDefault="00DC1705">
            <w:pPr>
              <w:spacing w:after="20" w:line="257" w:lineRule="auto"/>
            </w:pPr>
            <w:r>
              <w:rPr>
                <w:sz w:val="18"/>
              </w:rPr>
              <w:t>2010 in supplied federal checklist</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FE2A73" w14:textId="77777777" w:rsidR="00BC42E8" w:rsidRDefault="00DC1705">
            <w:pPr>
              <w:spacing w:after="20" w:line="257" w:lineRule="auto"/>
            </w:pPr>
            <w:r>
              <w:rPr>
                <w:sz w:val="18"/>
              </w:rPr>
              <w:t>2019</w:t>
            </w:r>
          </w:p>
        </w:tc>
      </w:tr>
      <w:tr w:rsidR="00BC42E8" w14:paraId="73CDCAE4"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B54392" w14:textId="77777777" w:rsidR="00BC42E8" w:rsidRDefault="00DC1705">
            <w:pPr>
              <w:spacing w:after="20" w:line="257" w:lineRule="auto"/>
            </w:pPr>
            <w:r>
              <w:rPr>
                <w:sz w:val="18"/>
              </w:rPr>
              <w:t>NFPA 25</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EDF6E7" w14:textId="77777777" w:rsidR="00BC42E8" w:rsidRDefault="00DC1705">
            <w:pPr>
              <w:spacing w:after="20" w:line="257" w:lineRule="auto"/>
            </w:pPr>
            <w:r>
              <w:rPr>
                <w:sz w:val="18"/>
              </w:rPr>
              <w:t>2011 in 2012 LSC framework</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725E4F8" w14:textId="77777777" w:rsidR="00BC42E8" w:rsidRDefault="00DC1705">
            <w:pPr>
              <w:spacing w:after="20" w:line="257" w:lineRule="auto"/>
            </w:pPr>
            <w:r>
              <w:rPr>
                <w:sz w:val="18"/>
              </w:rPr>
              <w:t>2014</w:t>
            </w:r>
          </w:p>
        </w:tc>
      </w:tr>
      <w:tr w:rsidR="00BC42E8" w14:paraId="59505F9D"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ED9400" w14:textId="77777777" w:rsidR="00BC42E8" w:rsidRDefault="00DC1705">
            <w:pPr>
              <w:spacing w:after="20" w:line="257" w:lineRule="auto"/>
            </w:pPr>
            <w:r>
              <w:rPr>
                <w:sz w:val="18"/>
              </w:rPr>
              <w:t>NFPA 13</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53918E" w14:textId="77777777" w:rsidR="00BC42E8" w:rsidRDefault="00DC1705">
            <w:pPr>
              <w:spacing w:after="20" w:line="257" w:lineRule="auto"/>
            </w:pPr>
            <w:r>
              <w:rPr>
                <w:sz w:val="18"/>
              </w:rPr>
              <w:t>2010 in 2012 LSC framework</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03A7FC" w14:textId="77777777" w:rsidR="00BC42E8" w:rsidRDefault="00DC1705">
            <w:pPr>
              <w:spacing w:after="20" w:line="257" w:lineRule="auto"/>
            </w:pPr>
            <w:r>
              <w:rPr>
                <w:sz w:val="18"/>
              </w:rPr>
              <w:t>2016</w:t>
            </w:r>
          </w:p>
        </w:tc>
      </w:tr>
      <w:tr w:rsidR="00BC42E8" w14:paraId="64A6E8C8"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70E78B" w14:textId="77777777" w:rsidR="00BC42E8" w:rsidRDefault="00DC1705">
            <w:pPr>
              <w:spacing w:after="20" w:line="257" w:lineRule="auto"/>
            </w:pPr>
            <w:r>
              <w:rPr>
                <w:sz w:val="18"/>
              </w:rPr>
              <w:t>NFPA 80</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6FB3B6" w14:textId="77777777" w:rsidR="00BC42E8" w:rsidRDefault="00DC1705">
            <w:pPr>
              <w:spacing w:after="20" w:line="257" w:lineRule="auto"/>
            </w:pPr>
            <w:r>
              <w:rPr>
                <w:sz w:val="18"/>
              </w:rPr>
              <w:t>2010 in supplied federal checklist</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4E1C78" w14:textId="77777777" w:rsidR="00BC42E8" w:rsidRDefault="00DC1705">
            <w:pPr>
              <w:spacing w:after="20" w:line="257" w:lineRule="auto"/>
            </w:pPr>
            <w:r>
              <w:rPr>
                <w:sz w:val="18"/>
              </w:rPr>
              <w:t>2019</w:t>
            </w:r>
          </w:p>
        </w:tc>
      </w:tr>
      <w:tr w:rsidR="00BC42E8" w14:paraId="46EB5AEB"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3D1B8B" w14:textId="77777777" w:rsidR="00BC42E8" w:rsidRDefault="00DC1705">
            <w:pPr>
              <w:spacing w:after="20" w:line="257" w:lineRule="auto"/>
            </w:pPr>
            <w:r>
              <w:rPr>
                <w:sz w:val="18"/>
              </w:rPr>
              <w:t>NFPA 10</w:t>
            </w:r>
          </w:p>
        </w:tc>
        <w:tc>
          <w:tcPr>
            <w:tcW w:w="53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568A00" w14:textId="77777777" w:rsidR="00BC42E8" w:rsidRDefault="00DC1705">
            <w:pPr>
              <w:spacing w:after="20" w:line="257" w:lineRule="auto"/>
            </w:pPr>
            <w:r>
              <w:rPr>
                <w:sz w:val="18"/>
              </w:rPr>
              <w:t>2010 in 2012 LSC framework</w:t>
            </w:r>
          </w:p>
        </w:tc>
        <w:tc>
          <w:tcPr>
            <w:tcW w:w="308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F8E80E" w14:textId="77777777" w:rsidR="00BC42E8" w:rsidRDefault="00DC1705">
            <w:pPr>
              <w:spacing w:after="20" w:line="257" w:lineRule="auto"/>
            </w:pPr>
            <w:r>
              <w:rPr>
                <w:sz w:val="18"/>
              </w:rPr>
              <w:t>2018</w:t>
            </w:r>
          </w:p>
        </w:tc>
      </w:tr>
      <w:tr w:rsidR="00BC42E8" w14:paraId="4C14A027"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0BD0B2" w14:textId="77777777" w:rsidR="00BC42E8" w:rsidRDefault="00DC1705">
            <w:pPr>
              <w:spacing w:after="20" w:line="257" w:lineRule="auto"/>
            </w:pPr>
            <w:r>
              <w:rPr>
                <w:sz w:val="18"/>
              </w:rPr>
              <w:t>NFPA 96</w:t>
            </w:r>
          </w:p>
        </w:tc>
        <w:tc>
          <w:tcPr>
            <w:tcW w:w="53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522903" w14:textId="77777777" w:rsidR="00BC42E8" w:rsidRDefault="00DC1705">
            <w:pPr>
              <w:spacing w:after="20" w:line="257" w:lineRule="auto"/>
            </w:pPr>
            <w:r>
              <w:rPr>
                <w:sz w:val="18"/>
              </w:rPr>
              <w:t>2011 in supplied federal checklist</w:t>
            </w:r>
          </w:p>
        </w:tc>
        <w:tc>
          <w:tcPr>
            <w:tcW w:w="308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FC2498" w14:textId="77777777" w:rsidR="00BC42E8" w:rsidRDefault="00DC1705">
            <w:pPr>
              <w:spacing w:after="20" w:line="257" w:lineRule="auto"/>
            </w:pPr>
            <w:r>
              <w:rPr>
                <w:sz w:val="18"/>
              </w:rPr>
              <w:t>2021</w:t>
            </w:r>
          </w:p>
        </w:tc>
      </w:tr>
    </w:tbl>
    <w:p w14:paraId="4E50D634" w14:textId="77777777" w:rsidR="00BC42E8" w:rsidRDefault="00DC1705">
      <w:pPr>
        <w:pStyle w:val="Heading2"/>
        <w:pBdr>
          <w:bottom w:val="single" w:sz="10" w:space="5" w:color="E43A0A"/>
        </w:pBdr>
      </w:pPr>
      <w:r>
        <w:t>Code and jurisdiction verification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51A1A024"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E366129"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73A1452"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A2A70FE"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93DACFE"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E227B9E"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BED333E"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5D39901" w14:textId="77777777" w:rsidR="00BC42E8" w:rsidRDefault="00DC1705">
            <w:pPr>
              <w:keepNext/>
              <w:spacing w:after="20" w:line="257" w:lineRule="auto"/>
            </w:pPr>
            <w:r>
              <w:rPr>
                <w:b/>
                <w:color w:val="FFFFFF"/>
                <w:sz w:val="15"/>
              </w:rPr>
              <w:t>EOP Location / Evidence / Notes</w:t>
            </w:r>
          </w:p>
        </w:tc>
      </w:tr>
      <w:tr w:rsidR="00BC42E8" w14:paraId="7C4D0CE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896AC2" w14:textId="77777777" w:rsidR="00BC42E8" w:rsidRDefault="00DC1705">
            <w:pPr>
              <w:spacing w:after="20" w:line="257" w:lineRule="auto"/>
            </w:pPr>
            <w:r>
              <w:rPr>
                <w:b/>
                <w:color w:val="00543B"/>
                <w:sz w:val="18"/>
              </w:rPr>
              <w:t>AH01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D15A9B" w14:textId="77777777" w:rsidR="00BC42E8" w:rsidRDefault="00DC1705">
            <w:pPr>
              <w:spacing w:after="20" w:line="257" w:lineRule="auto"/>
            </w:pPr>
            <w:r>
              <w:rPr>
                <w:sz w:val="18"/>
              </w:rPr>
              <w:t>Record the classification and governing code for each inpatient, outpatient, business, assembly, and other occupancy. Apply separate survey forms or occupancy chapters where appropriate.</w:t>
            </w:r>
            <w:r>
              <w:rPr>
                <w:sz w:val="18"/>
              </w:rPr>
              <w:br/>
              <w:t>Authority: CMS; Maine FMO; local AHJ</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8DED1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CE2E4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7D325B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5B1DA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8E25CE" w14:textId="77777777" w:rsidR="00BC42E8" w:rsidRDefault="00BC42E8">
            <w:pPr>
              <w:spacing w:after="20" w:line="257" w:lineRule="auto"/>
            </w:pPr>
          </w:p>
        </w:tc>
      </w:tr>
      <w:tr w:rsidR="00BC42E8" w14:paraId="1DF36EE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F4D52F" w14:textId="77777777" w:rsidR="00BC42E8" w:rsidRDefault="00DC1705">
            <w:pPr>
              <w:spacing w:after="20" w:line="257" w:lineRule="auto"/>
            </w:pPr>
            <w:r>
              <w:rPr>
                <w:b/>
                <w:color w:val="00543B"/>
                <w:sz w:val="18"/>
              </w:rPr>
              <w:t>AH02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A328D7" w14:textId="77777777" w:rsidR="00BC42E8" w:rsidRDefault="00DC1705">
            <w:pPr>
              <w:spacing w:after="20" w:line="257" w:lineRule="auto"/>
            </w:pPr>
            <w:r>
              <w:rPr>
                <w:sz w:val="18"/>
              </w:rPr>
              <w:t>Record existing versus new occupancy, alterations, construction type, approved plans, sprinkler coverage, rated barriers, and permits. Verify all approval conditions.</w:t>
            </w:r>
            <w:r>
              <w:rPr>
                <w:sz w:val="18"/>
              </w:rPr>
              <w:br/>
              <w:t>Authority: S09; S12; permits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62A5D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81B62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369A3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EC7F15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82BF58" w14:textId="77777777" w:rsidR="00BC42E8" w:rsidRDefault="00BC42E8">
            <w:pPr>
              <w:spacing w:after="20" w:line="257" w:lineRule="auto"/>
            </w:pPr>
          </w:p>
        </w:tc>
      </w:tr>
      <w:tr w:rsidR="00BC42E8" w14:paraId="3710FCF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F28F41" w14:textId="77777777" w:rsidR="00BC42E8" w:rsidRDefault="00DC1705">
            <w:pPr>
              <w:spacing w:after="20" w:line="257" w:lineRule="auto"/>
            </w:pPr>
            <w:r>
              <w:rPr>
                <w:b/>
                <w:color w:val="00543B"/>
                <w:sz w:val="18"/>
              </w:rPr>
              <w:t>AH03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6E6357" w14:textId="77777777" w:rsidR="00BC42E8" w:rsidRDefault="00DC1705">
            <w:pPr>
              <w:spacing w:after="20" w:line="257" w:lineRule="auto"/>
            </w:pPr>
            <w:r>
              <w:rPr>
                <w:sz w:val="18"/>
              </w:rPr>
              <w:t>Retain written waiver or equivalency scope, conditions, dates, and authority. Validate continuing applicability and corrective actions; do not treat a recommended waiver as granted.</w:t>
            </w:r>
            <w:r>
              <w:rPr>
                <w:sz w:val="18"/>
              </w:rPr>
              <w:br/>
              <w:t>Authority: CMS waiver; FMO equivalency</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E5D952"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CEFB0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81060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D0DCC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B2E53C" w14:textId="77777777" w:rsidR="00BC42E8" w:rsidRDefault="00BC42E8">
            <w:pPr>
              <w:spacing w:after="20" w:line="257" w:lineRule="auto"/>
            </w:pPr>
          </w:p>
        </w:tc>
      </w:tr>
    </w:tbl>
    <w:p w14:paraId="21C4BB10"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1392B336"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34924EA" w14:textId="77777777" w:rsidR="00BC42E8" w:rsidRDefault="00DC1705">
            <w:pPr>
              <w:keepNext/>
            </w:pPr>
            <w:r>
              <w:rPr>
                <w:b/>
                <w:color w:val="FFFFFF"/>
                <w:sz w:val="28"/>
              </w:rPr>
              <w:t>PART II A FULL CMS K TAG REVIEW</w:t>
            </w:r>
          </w:p>
          <w:p w14:paraId="7819DF26" w14:textId="77777777" w:rsidR="00BC42E8" w:rsidRDefault="00DC1705">
            <w:pPr>
              <w:keepNext/>
              <w:spacing w:after="60"/>
            </w:pPr>
            <w:r>
              <w:rPr>
                <w:color w:val="DDEBE6"/>
                <w:sz w:val="18"/>
              </w:rPr>
              <w:t>All 124 unique categories in the supplied CMS-2786R healthcare form</w:t>
            </w:r>
          </w:p>
        </w:tc>
      </w:tr>
    </w:tbl>
    <w:p w14:paraId="7DF1E293" w14:textId="77777777" w:rsidR="00BC42E8" w:rsidRDefault="00DC1705">
      <w:r>
        <w:t>Each row is a review prompt. Use the linked official form and applicable codes for exact measurements, exceptions, permitted alternatives, and testing conditions before marking Met. Retain plans, measurements, inventories, test reports, approvals, observed operation, and staff interview evidence. Other categories capture provisions not otherwise listed. Additional occupancy forms may apply.</w:t>
      </w:r>
    </w:p>
    <w:p w14:paraId="438E17F0" w14:textId="77777777" w:rsidR="00BC42E8" w:rsidRDefault="00DC1705">
      <w:pPr>
        <w:pStyle w:val="Heading2"/>
        <w:pBdr>
          <w:bottom w:val="single" w:sz="10" w:space="5" w:color="E43A0A"/>
        </w:pBdr>
      </w:pPr>
      <w:r>
        <w:t>Construction and occupancy</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19FB3CD5"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D3939D0"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76BC26B"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C0E6540"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F4F350C"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CB2DD50"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4E0F245"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4BB215A" w14:textId="77777777" w:rsidR="00BC42E8" w:rsidRDefault="00DC1705">
            <w:pPr>
              <w:keepNext/>
              <w:spacing w:after="20" w:line="257" w:lineRule="auto"/>
            </w:pPr>
            <w:r>
              <w:rPr>
                <w:b/>
                <w:color w:val="FFFFFF"/>
                <w:sz w:val="15"/>
              </w:rPr>
              <w:t>EOP Location / Evidence / Notes</w:t>
            </w:r>
          </w:p>
        </w:tc>
      </w:tr>
      <w:tr w:rsidR="00BC42E8" w14:paraId="1F42E8D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5987A0" w14:textId="77777777" w:rsidR="00BC42E8" w:rsidRDefault="00DC1705">
            <w:pPr>
              <w:spacing w:after="20" w:line="257" w:lineRule="auto"/>
            </w:pPr>
            <w:r>
              <w:rPr>
                <w:b/>
                <w:color w:val="00543B"/>
                <w:sz w:val="18"/>
              </w:rPr>
              <w:t>K100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3B4F392" w14:textId="77777777" w:rsidR="00BC42E8" w:rsidRDefault="00DC1705">
            <w:pPr>
              <w:spacing w:after="20" w:line="257" w:lineRule="auto"/>
            </w:pPr>
            <w:r>
              <w:rPr>
                <w:sz w:val="18"/>
              </w:rPr>
              <w:t>General Requirements – Other. Review all remaining general LSC provisions, approved equivalencies, and building documentation; record any requirement not captured by another K-tag.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F0F7D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60B7B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75B62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DB11D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47A2F1" w14:textId="77777777" w:rsidR="00BC42E8" w:rsidRDefault="00BC42E8">
            <w:pPr>
              <w:spacing w:after="20" w:line="257" w:lineRule="auto"/>
            </w:pPr>
          </w:p>
        </w:tc>
      </w:tr>
      <w:tr w:rsidR="00BC42E8" w14:paraId="2915CB1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EB7285" w14:textId="77777777" w:rsidR="00BC42E8" w:rsidRDefault="00DC1705">
            <w:pPr>
              <w:spacing w:after="20" w:line="257" w:lineRule="auto"/>
            </w:pPr>
            <w:r>
              <w:rPr>
                <w:b/>
                <w:color w:val="00543B"/>
                <w:sz w:val="18"/>
              </w:rPr>
              <w:t>K111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95402B" w14:textId="77777777" w:rsidR="00BC42E8" w:rsidRDefault="00DC1705">
            <w:pPr>
              <w:spacing w:after="20" w:line="257" w:lineRule="auto"/>
            </w:pPr>
            <w:r>
              <w:rPr>
                <w:sz w:val="18"/>
              </w:rPr>
              <w:t>Building Rehabilitation. Classify rehabilitation work and verify the applicable NFPA 101 Chapter 43 pathway, permits, construction protections, and acceptance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CB820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147CFD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FD0C4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CDAB5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33A38B" w14:textId="77777777" w:rsidR="00BC42E8" w:rsidRDefault="00BC42E8">
            <w:pPr>
              <w:spacing w:after="20" w:line="257" w:lineRule="auto"/>
            </w:pPr>
          </w:p>
        </w:tc>
      </w:tr>
      <w:tr w:rsidR="00BC42E8" w14:paraId="1434624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1DD32E" w14:textId="77777777" w:rsidR="00BC42E8" w:rsidRDefault="00DC1705">
            <w:pPr>
              <w:spacing w:after="20" w:line="257" w:lineRule="auto"/>
            </w:pPr>
            <w:r>
              <w:rPr>
                <w:b/>
                <w:color w:val="00543B"/>
                <w:sz w:val="18"/>
              </w:rPr>
              <w:t>K112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3B55AA" w14:textId="77777777" w:rsidR="00BC42E8" w:rsidRDefault="00DC1705">
            <w:pPr>
              <w:spacing w:after="20" w:line="257" w:lineRule="auto"/>
            </w:pPr>
            <w:r>
              <w:rPr>
                <w:sz w:val="18"/>
              </w:rPr>
              <w:t>Sprinkler Requirements for Major Rehabilitation. For major rehabilitation, verify required sprinkler coverage and limits of affected areas against approved plans and applicable new-occupancy rules.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523F5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53B0C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B0F45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9B979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131C60" w14:textId="77777777" w:rsidR="00BC42E8" w:rsidRDefault="00BC42E8">
            <w:pPr>
              <w:spacing w:after="20" w:line="257" w:lineRule="auto"/>
            </w:pPr>
          </w:p>
        </w:tc>
      </w:tr>
      <w:tr w:rsidR="00BC42E8" w14:paraId="4011251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AAD146" w14:textId="77777777" w:rsidR="00BC42E8" w:rsidRDefault="00DC1705">
            <w:pPr>
              <w:spacing w:after="20" w:line="257" w:lineRule="auto"/>
            </w:pPr>
            <w:r>
              <w:rPr>
                <w:b/>
                <w:color w:val="00543B"/>
                <w:sz w:val="18"/>
              </w:rPr>
              <w:t>K131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2B4CF7" w14:textId="77777777" w:rsidR="00BC42E8" w:rsidRDefault="00DC1705">
            <w:pPr>
              <w:spacing w:after="20" w:line="257" w:lineRule="auto"/>
            </w:pPr>
            <w:r>
              <w:rPr>
                <w:sz w:val="18"/>
              </w:rPr>
              <w:t>Multiple Occupancies – Sections of Health Care Facilities. Verify health care occupancy classification and permitted mixed uses; confirm the correct chapters apply to each part of the facility.</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344DB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97135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CED08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C2344B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0F8FED" w14:textId="77777777" w:rsidR="00BC42E8" w:rsidRDefault="00BC42E8">
            <w:pPr>
              <w:spacing w:after="20" w:line="257" w:lineRule="auto"/>
            </w:pPr>
          </w:p>
        </w:tc>
      </w:tr>
      <w:tr w:rsidR="00BC42E8" w14:paraId="5BD840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C94483" w14:textId="77777777" w:rsidR="00BC42E8" w:rsidRDefault="00DC1705">
            <w:pPr>
              <w:spacing w:after="20" w:line="257" w:lineRule="auto"/>
            </w:pPr>
            <w:r>
              <w:rPr>
                <w:b/>
                <w:color w:val="00543B"/>
                <w:sz w:val="18"/>
              </w:rPr>
              <w:t>K132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564F47" w14:textId="77777777" w:rsidR="00BC42E8" w:rsidRDefault="00DC1705">
            <w:pPr>
              <w:spacing w:after="20" w:line="257" w:lineRule="auto"/>
            </w:pPr>
            <w:r>
              <w:rPr>
                <w:sz w:val="18"/>
              </w:rPr>
              <w:t>Multiple Occupancies – Contiguous Non-Health Care Occupancies. Verify separation or permitted treatment of contiguous non-healthcare occupancies; inspect barriers, openings, and shared egress.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2C09A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7BCBC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454D4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B3607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8942E5" w14:textId="77777777" w:rsidR="00BC42E8" w:rsidRDefault="00BC42E8">
            <w:pPr>
              <w:spacing w:after="20" w:line="257" w:lineRule="auto"/>
            </w:pPr>
          </w:p>
        </w:tc>
      </w:tr>
      <w:tr w:rsidR="00BC42E8" w14:paraId="4CC12F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3BE5C0" w14:textId="77777777" w:rsidR="00BC42E8" w:rsidRDefault="00DC1705">
            <w:pPr>
              <w:spacing w:after="20" w:line="257" w:lineRule="auto"/>
            </w:pPr>
            <w:r>
              <w:rPr>
                <w:b/>
                <w:color w:val="00543B"/>
                <w:sz w:val="18"/>
              </w:rPr>
              <w:t>K133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E9BD56" w14:textId="77777777" w:rsidR="00BC42E8" w:rsidRDefault="00DC1705">
            <w:pPr>
              <w:spacing w:after="20" w:line="257" w:lineRule="auto"/>
            </w:pPr>
            <w:r>
              <w:rPr>
                <w:sz w:val="18"/>
              </w:rPr>
              <w:t>Multiple Occupancies – Construction Type. Verify construction requirements where multiple occupancies share the building; retain approved construction and separation determinations.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1143C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61808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8CC27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0C252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F9C9D8" w14:textId="77777777" w:rsidR="00BC42E8" w:rsidRDefault="00BC42E8">
            <w:pPr>
              <w:spacing w:after="20" w:line="257" w:lineRule="auto"/>
            </w:pPr>
          </w:p>
        </w:tc>
      </w:tr>
      <w:tr w:rsidR="00BC42E8" w14:paraId="5B88F64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40498F" w14:textId="77777777" w:rsidR="00BC42E8" w:rsidRDefault="00DC1705">
            <w:pPr>
              <w:spacing w:after="20" w:line="257" w:lineRule="auto"/>
            </w:pPr>
            <w:r>
              <w:rPr>
                <w:b/>
                <w:color w:val="00543B"/>
                <w:sz w:val="18"/>
              </w:rPr>
              <w:t>K161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F52A958" w14:textId="77777777" w:rsidR="00BC42E8" w:rsidRDefault="00DC1705">
            <w:pPr>
              <w:spacing w:after="20" w:line="257" w:lineRule="auto"/>
            </w:pPr>
            <w:r>
              <w:rPr>
                <w:sz w:val="18"/>
              </w:rPr>
              <w:t>Building Construction Type and Height. Verify permitted construction type and height for new or existing occupancy; retain building certification and inspect rated structural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37903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A4D34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49BB8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AB41F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0E9578" w14:textId="77777777" w:rsidR="00BC42E8" w:rsidRDefault="00BC42E8">
            <w:pPr>
              <w:spacing w:after="20" w:line="257" w:lineRule="auto"/>
            </w:pPr>
          </w:p>
        </w:tc>
      </w:tr>
      <w:tr w:rsidR="00BC42E8" w14:paraId="5EF7CD3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5D1DB8" w14:textId="77777777" w:rsidR="00BC42E8" w:rsidRDefault="00DC1705">
            <w:pPr>
              <w:spacing w:after="20" w:line="257" w:lineRule="auto"/>
            </w:pPr>
            <w:r>
              <w:rPr>
                <w:b/>
                <w:color w:val="00543B"/>
                <w:sz w:val="18"/>
              </w:rPr>
              <w:t>K162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49F574" w14:textId="77777777" w:rsidR="00BC42E8" w:rsidRDefault="00DC1705">
            <w:pPr>
              <w:spacing w:after="20" w:line="257" w:lineRule="auto"/>
            </w:pPr>
            <w:r>
              <w:rPr>
                <w:sz w:val="18"/>
              </w:rPr>
              <w:t>Roofing Systems Involving Combustibles. Verify permitted combustible roofing and supports, including applicable protection, separation, and existing or new provisions.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5A6CA2"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0668A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EAAF4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532F5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4C7381" w14:textId="77777777" w:rsidR="00BC42E8" w:rsidRDefault="00BC42E8">
            <w:pPr>
              <w:spacing w:after="20" w:line="257" w:lineRule="auto"/>
            </w:pPr>
          </w:p>
        </w:tc>
      </w:tr>
      <w:tr w:rsidR="00BC42E8" w14:paraId="32EB6FC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8991E6" w14:textId="77777777" w:rsidR="00BC42E8" w:rsidRDefault="00DC1705">
            <w:pPr>
              <w:spacing w:after="20" w:line="257" w:lineRule="auto"/>
            </w:pPr>
            <w:r>
              <w:rPr>
                <w:b/>
                <w:color w:val="00543B"/>
                <w:sz w:val="18"/>
              </w:rPr>
              <w:lastRenderedPageBreak/>
              <w:t>K163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AEFE3F" w14:textId="77777777" w:rsidR="00BC42E8" w:rsidRDefault="00DC1705">
            <w:pPr>
              <w:spacing w:after="20" w:line="257" w:lineRule="auto"/>
            </w:pPr>
            <w:r>
              <w:rPr>
                <w:sz w:val="18"/>
              </w:rPr>
              <w:t>Interior Nonbearing Wall Construction. Verify nonbearing interior walls and partitions meet applicable construction and fire protection requirements.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5C7A9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D9076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FD7B2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6AF36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091EB3" w14:textId="77777777" w:rsidR="00BC42E8" w:rsidRDefault="00BC42E8">
            <w:pPr>
              <w:spacing w:after="20" w:line="257" w:lineRule="auto"/>
            </w:pPr>
          </w:p>
        </w:tc>
      </w:tr>
    </w:tbl>
    <w:p w14:paraId="0D2CDCDA" w14:textId="77777777" w:rsidR="00BC42E8" w:rsidRDefault="00DC1705">
      <w:pPr>
        <w:pStyle w:val="Heading2"/>
        <w:pBdr>
          <w:bottom w:val="single" w:sz="10" w:space="5" w:color="E43A0A"/>
        </w:pBdr>
      </w:pPr>
      <w:r>
        <w:t>Means of egress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445D6BFA"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D21455B"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06E6356"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5E5CBAF"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BC3D290"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271BDEC"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08FD7E2"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959C814" w14:textId="77777777" w:rsidR="00BC42E8" w:rsidRDefault="00DC1705">
            <w:pPr>
              <w:keepNext/>
              <w:spacing w:after="20" w:line="257" w:lineRule="auto"/>
            </w:pPr>
            <w:r>
              <w:rPr>
                <w:b/>
                <w:color w:val="FFFFFF"/>
                <w:sz w:val="15"/>
              </w:rPr>
              <w:t>EOP Location / Evidence / Notes</w:t>
            </w:r>
          </w:p>
        </w:tc>
      </w:tr>
      <w:tr w:rsidR="00BC42E8" w14:paraId="0CA41DF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041EF3" w14:textId="77777777" w:rsidR="00BC42E8" w:rsidRDefault="00DC1705">
            <w:pPr>
              <w:spacing w:after="20" w:line="257" w:lineRule="auto"/>
            </w:pPr>
            <w:r>
              <w:rPr>
                <w:b/>
                <w:color w:val="00543B"/>
                <w:sz w:val="18"/>
              </w:rPr>
              <w:t>K200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2434E7" w14:textId="77777777" w:rsidR="00BC42E8" w:rsidRDefault="00DC1705">
            <w:pPr>
              <w:spacing w:after="20" w:line="257" w:lineRule="auto"/>
            </w:pPr>
            <w:r>
              <w:rPr>
                <w:sz w:val="18"/>
              </w:rPr>
              <w:t>Means of Egress Requirements – Other. Review additional means-of-egress provisions, accessibility, and unusual configurations not otherwise captured.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0E7FF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4F54D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765B2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92BC4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4CFD75" w14:textId="77777777" w:rsidR="00BC42E8" w:rsidRDefault="00BC42E8">
            <w:pPr>
              <w:spacing w:after="20" w:line="257" w:lineRule="auto"/>
            </w:pPr>
          </w:p>
        </w:tc>
      </w:tr>
      <w:tr w:rsidR="00BC42E8" w14:paraId="3BE21C0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1D4F04" w14:textId="77777777" w:rsidR="00BC42E8" w:rsidRDefault="00DC1705">
            <w:pPr>
              <w:spacing w:after="20" w:line="257" w:lineRule="auto"/>
            </w:pPr>
            <w:r>
              <w:rPr>
                <w:b/>
                <w:color w:val="00543B"/>
                <w:sz w:val="18"/>
              </w:rPr>
              <w:t>K211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6D0339" w14:textId="77777777" w:rsidR="00BC42E8" w:rsidRDefault="00DC1705">
            <w:pPr>
              <w:spacing w:after="20" w:line="257" w:lineRule="auto"/>
            </w:pPr>
            <w:r>
              <w:rPr>
                <w:sz w:val="18"/>
              </w:rPr>
              <w:t>Means of Egress – General. Keep required egress continuously usable and unobstructed. Verify arrangement, furnishings, projections, and permitted wheeled equipment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21997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08681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8DB3E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3BDA0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27CCA1" w14:textId="77777777" w:rsidR="00BC42E8" w:rsidRDefault="00BC42E8">
            <w:pPr>
              <w:spacing w:after="20" w:line="257" w:lineRule="auto"/>
            </w:pPr>
          </w:p>
        </w:tc>
      </w:tr>
      <w:tr w:rsidR="00BC42E8" w14:paraId="4D402AC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59DC5B" w14:textId="77777777" w:rsidR="00BC42E8" w:rsidRDefault="00DC1705">
            <w:pPr>
              <w:spacing w:after="20" w:line="257" w:lineRule="auto"/>
            </w:pPr>
            <w:r>
              <w:rPr>
                <w:b/>
                <w:color w:val="00543B"/>
                <w:sz w:val="18"/>
              </w:rPr>
              <w:t>K221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678884" w14:textId="77777777" w:rsidR="00BC42E8" w:rsidRDefault="00DC1705">
            <w:pPr>
              <w:spacing w:after="20" w:line="257" w:lineRule="auto"/>
            </w:pPr>
            <w:r>
              <w:rPr>
                <w:sz w:val="18"/>
              </w:rPr>
              <w:t>Patient Sleeping Room Doors. Verify sleeping-room doors, permitted locking, latching, and emergency opening arrangements do not prevent rapid rescue or relocation.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ED1AB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27253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CA978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24D26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A81BD1" w14:textId="77777777" w:rsidR="00BC42E8" w:rsidRDefault="00BC42E8">
            <w:pPr>
              <w:spacing w:after="20" w:line="257" w:lineRule="auto"/>
            </w:pPr>
          </w:p>
        </w:tc>
      </w:tr>
      <w:tr w:rsidR="00BC42E8" w14:paraId="699C3E1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B68FFA" w14:textId="77777777" w:rsidR="00BC42E8" w:rsidRDefault="00DC1705">
            <w:pPr>
              <w:spacing w:after="20" w:line="257" w:lineRule="auto"/>
            </w:pPr>
            <w:r>
              <w:rPr>
                <w:b/>
                <w:color w:val="00543B"/>
                <w:sz w:val="18"/>
              </w:rPr>
              <w:t>K222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3BE48AE" w14:textId="77777777" w:rsidR="00BC42E8" w:rsidRDefault="00DC1705">
            <w:pPr>
              <w:spacing w:after="20" w:line="257" w:lineRule="auto"/>
            </w:pPr>
            <w:r>
              <w:rPr>
                <w:sz w:val="18"/>
              </w:rPr>
              <w:t>Egress Doors. Inspect egress door locks and releases, including clinical or security locking, special-needs locking, delayed egress, and access control; test all required release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F7136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B0283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04937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9AE86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D23732" w14:textId="77777777" w:rsidR="00BC42E8" w:rsidRDefault="00BC42E8">
            <w:pPr>
              <w:spacing w:after="20" w:line="257" w:lineRule="auto"/>
            </w:pPr>
          </w:p>
        </w:tc>
      </w:tr>
      <w:tr w:rsidR="00BC42E8" w14:paraId="331F35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07231E" w14:textId="77777777" w:rsidR="00BC42E8" w:rsidRDefault="00DC1705">
            <w:pPr>
              <w:spacing w:after="20" w:line="257" w:lineRule="auto"/>
            </w:pPr>
            <w:r>
              <w:rPr>
                <w:b/>
                <w:color w:val="00543B"/>
                <w:sz w:val="18"/>
              </w:rPr>
              <w:t>K223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DB0E29" w14:textId="77777777" w:rsidR="00BC42E8" w:rsidRDefault="00DC1705">
            <w:pPr>
              <w:spacing w:after="20" w:line="257" w:lineRule="auto"/>
            </w:pPr>
            <w:r>
              <w:rPr>
                <w:sz w:val="18"/>
              </w:rPr>
              <w:t>Doors with Self-Closing Devices. Verify required self-closing doors and approved hold-open releases; inspect operation during alarm and power interruption.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BB3A0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AEC1A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477DE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B5F22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172626" w14:textId="77777777" w:rsidR="00BC42E8" w:rsidRDefault="00BC42E8">
            <w:pPr>
              <w:spacing w:after="20" w:line="257" w:lineRule="auto"/>
            </w:pPr>
          </w:p>
        </w:tc>
      </w:tr>
      <w:tr w:rsidR="00BC42E8" w14:paraId="304D49D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60DE6E" w14:textId="77777777" w:rsidR="00BC42E8" w:rsidRDefault="00DC1705">
            <w:pPr>
              <w:spacing w:after="20" w:line="257" w:lineRule="auto"/>
            </w:pPr>
            <w:r>
              <w:rPr>
                <w:b/>
                <w:color w:val="00543B"/>
                <w:sz w:val="18"/>
              </w:rPr>
              <w:t>K224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4208B0" w14:textId="77777777" w:rsidR="00BC42E8" w:rsidRDefault="00DC1705">
            <w:pPr>
              <w:spacing w:after="20" w:line="257" w:lineRule="auto"/>
            </w:pPr>
            <w:r>
              <w:rPr>
                <w:sz w:val="18"/>
              </w:rPr>
              <w:t>Horizontal-Sliding Doors. Verify any horizontal sliding doors meet permitted use, supervision, opening, and release requirements.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5422E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CBBF0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6C317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B30F8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6791B2" w14:textId="77777777" w:rsidR="00BC42E8" w:rsidRDefault="00BC42E8">
            <w:pPr>
              <w:spacing w:after="20" w:line="257" w:lineRule="auto"/>
            </w:pPr>
          </w:p>
        </w:tc>
      </w:tr>
      <w:tr w:rsidR="00BC42E8" w14:paraId="5855D09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164700" w14:textId="77777777" w:rsidR="00BC42E8" w:rsidRDefault="00DC1705">
            <w:pPr>
              <w:spacing w:after="20" w:line="257" w:lineRule="auto"/>
            </w:pPr>
            <w:r>
              <w:rPr>
                <w:b/>
                <w:color w:val="00543B"/>
                <w:sz w:val="18"/>
              </w:rPr>
              <w:t>K225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AE7D94" w14:textId="77777777" w:rsidR="00BC42E8" w:rsidRDefault="00DC1705">
            <w:pPr>
              <w:spacing w:after="20" w:line="257" w:lineRule="auto"/>
            </w:pPr>
            <w:r>
              <w:rPr>
                <w:sz w:val="18"/>
              </w:rPr>
              <w:t>Stairways and Smokeproof Enclosures. Inspect stairs and smokeproof enclosures for required protection, dimensions, continuity, and door operation.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14618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EEF5F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5F41A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656DB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2FEAF6" w14:textId="77777777" w:rsidR="00BC42E8" w:rsidRDefault="00BC42E8">
            <w:pPr>
              <w:spacing w:after="20" w:line="257" w:lineRule="auto"/>
            </w:pPr>
          </w:p>
        </w:tc>
      </w:tr>
      <w:tr w:rsidR="00BC42E8" w14:paraId="18444AA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2FCF93" w14:textId="77777777" w:rsidR="00BC42E8" w:rsidRDefault="00DC1705">
            <w:pPr>
              <w:spacing w:after="20" w:line="257" w:lineRule="auto"/>
            </w:pPr>
            <w:r>
              <w:rPr>
                <w:b/>
                <w:color w:val="00543B"/>
                <w:sz w:val="18"/>
              </w:rPr>
              <w:t>K226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3B2660" w14:textId="77777777" w:rsidR="00BC42E8" w:rsidRDefault="00DC1705">
            <w:pPr>
              <w:spacing w:after="20" w:line="257" w:lineRule="auto"/>
            </w:pPr>
            <w:r>
              <w:rPr>
                <w:sz w:val="18"/>
              </w:rPr>
              <w:t>Horizontal Exits. Verify horizontal exit barriers, openings, refuge capacity, and egress from both sides; align with relocation routes.</w:t>
            </w:r>
            <w:r>
              <w:rPr>
                <w:sz w:val="18"/>
              </w:rPr>
              <w:br/>
            </w:r>
            <w:r>
              <w:rPr>
                <w:sz w:val="18"/>
              </w:rP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3C00F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FE30F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A94BC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CCAED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5B5122" w14:textId="77777777" w:rsidR="00BC42E8" w:rsidRDefault="00BC42E8">
            <w:pPr>
              <w:spacing w:after="20" w:line="257" w:lineRule="auto"/>
            </w:pPr>
          </w:p>
        </w:tc>
      </w:tr>
      <w:tr w:rsidR="00BC42E8" w14:paraId="4689BFB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F10FE9" w14:textId="77777777" w:rsidR="00BC42E8" w:rsidRDefault="00DC1705">
            <w:pPr>
              <w:spacing w:after="20" w:line="257" w:lineRule="auto"/>
            </w:pPr>
            <w:r>
              <w:rPr>
                <w:b/>
                <w:color w:val="00543B"/>
                <w:sz w:val="18"/>
              </w:rPr>
              <w:t>K227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FC214E" w14:textId="77777777" w:rsidR="00BC42E8" w:rsidRDefault="00DC1705">
            <w:pPr>
              <w:spacing w:after="20" w:line="257" w:lineRule="auto"/>
            </w:pPr>
            <w:r>
              <w:rPr>
                <w:sz w:val="18"/>
              </w:rPr>
              <w:t>Ramps and Other Exits. Inspect ramps and other exits for compliant construction, slope, guards, and usable discharge.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9687F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EC399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6A751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1A59A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EE5041" w14:textId="77777777" w:rsidR="00BC42E8" w:rsidRDefault="00BC42E8">
            <w:pPr>
              <w:spacing w:after="20" w:line="257" w:lineRule="auto"/>
            </w:pPr>
          </w:p>
        </w:tc>
      </w:tr>
      <w:tr w:rsidR="00BC42E8" w14:paraId="53DD77C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8D34FD" w14:textId="77777777" w:rsidR="00BC42E8" w:rsidRDefault="00DC1705">
            <w:pPr>
              <w:spacing w:after="20" w:line="257" w:lineRule="auto"/>
            </w:pPr>
            <w:r>
              <w:rPr>
                <w:b/>
                <w:color w:val="00543B"/>
                <w:sz w:val="18"/>
              </w:rPr>
              <w:lastRenderedPageBreak/>
              <w:t>K231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368F66" w14:textId="77777777" w:rsidR="00BC42E8" w:rsidRDefault="00DC1705">
            <w:pPr>
              <w:spacing w:after="20" w:line="257" w:lineRule="auto"/>
            </w:pPr>
            <w:r>
              <w:rPr>
                <w:sz w:val="18"/>
              </w:rPr>
              <w:t>Means of Egress Capacity. Verify egress capacity calculations for the actual patient and occupant loads, including surge and relocation assumptions.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280C7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72942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AAB07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40178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D35129" w14:textId="77777777" w:rsidR="00BC42E8" w:rsidRDefault="00BC42E8">
            <w:pPr>
              <w:spacing w:after="20" w:line="257" w:lineRule="auto"/>
            </w:pPr>
          </w:p>
        </w:tc>
      </w:tr>
      <w:tr w:rsidR="00BC42E8" w14:paraId="1AC7310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49A825" w14:textId="77777777" w:rsidR="00BC42E8" w:rsidRDefault="00DC1705">
            <w:pPr>
              <w:spacing w:after="20" w:line="257" w:lineRule="auto"/>
            </w:pPr>
            <w:r>
              <w:rPr>
                <w:b/>
                <w:color w:val="00543B"/>
                <w:sz w:val="18"/>
              </w:rPr>
              <w:t>K232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C487E2" w14:textId="77777777" w:rsidR="00BC42E8" w:rsidRDefault="00DC1705">
            <w:pPr>
              <w:spacing w:after="20" w:line="257" w:lineRule="auto"/>
            </w:pPr>
            <w:r>
              <w:rPr>
                <w:sz w:val="18"/>
              </w:rPr>
              <w:t>Aisle, Corridor or Ramp Width. Measure clear aisle, corridor, and ramp widths; verify permitted obstructions against the applicable occupancy provisions.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9DA712"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1F195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1BA9C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4CC6E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76772F" w14:textId="77777777" w:rsidR="00BC42E8" w:rsidRDefault="00BC42E8">
            <w:pPr>
              <w:spacing w:after="20" w:line="257" w:lineRule="auto"/>
            </w:pPr>
          </w:p>
        </w:tc>
      </w:tr>
      <w:tr w:rsidR="00BC42E8" w14:paraId="694CD05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AF8831" w14:textId="77777777" w:rsidR="00BC42E8" w:rsidRDefault="00DC1705">
            <w:pPr>
              <w:spacing w:after="20" w:line="257" w:lineRule="auto"/>
            </w:pPr>
            <w:r>
              <w:rPr>
                <w:b/>
                <w:color w:val="00543B"/>
                <w:sz w:val="18"/>
              </w:rPr>
              <w:t>K233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08ACAB" w14:textId="77777777" w:rsidR="00BC42E8" w:rsidRDefault="00DC1705">
            <w:pPr>
              <w:spacing w:after="20" w:line="257" w:lineRule="auto"/>
            </w:pPr>
            <w:r>
              <w:rPr>
                <w:sz w:val="18"/>
              </w:rPr>
              <w:t>Clear Width of Exit and Exit Access Doors. Measure clear exit and exit-access door widths and verify the correct new or existing requirements and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D5196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3C52D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43EF4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40695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150425" w14:textId="77777777" w:rsidR="00BC42E8" w:rsidRDefault="00BC42E8">
            <w:pPr>
              <w:spacing w:after="20" w:line="257" w:lineRule="auto"/>
            </w:pPr>
          </w:p>
        </w:tc>
      </w:tr>
      <w:tr w:rsidR="00BC42E8" w14:paraId="662947E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E26038" w14:textId="77777777" w:rsidR="00BC42E8" w:rsidRDefault="00DC1705">
            <w:pPr>
              <w:spacing w:after="20" w:line="257" w:lineRule="auto"/>
            </w:pPr>
            <w:r>
              <w:rPr>
                <w:b/>
                <w:color w:val="00543B"/>
                <w:sz w:val="18"/>
              </w:rPr>
              <w:t>K241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92156C" w14:textId="77777777" w:rsidR="00BC42E8" w:rsidRDefault="00DC1705">
            <w:pPr>
              <w:spacing w:after="20" w:line="257" w:lineRule="auto"/>
            </w:pPr>
            <w:r>
              <w:rPr>
                <w:sz w:val="18"/>
              </w:rPr>
              <w:t>Number of Exits – Story and Compartment. Verify the required number and separation of exits for every story and compartment.</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4C71E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B98D9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78EE4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593A1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171FBB" w14:textId="77777777" w:rsidR="00BC42E8" w:rsidRDefault="00BC42E8">
            <w:pPr>
              <w:spacing w:after="20" w:line="257" w:lineRule="auto"/>
            </w:pPr>
          </w:p>
        </w:tc>
      </w:tr>
      <w:tr w:rsidR="00BC42E8" w14:paraId="2813EEA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B99774" w14:textId="77777777" w:rsidR="00BC42E8" w:rsidRDefault="00DC1705">
            <w:pPr>
              <w:spacing w:after="20" w:line="257" w:lineRule="auto"/>
            </w:pPr>
            <w:r>
              <w:rPr>
                <w:b/>
                <w:color w:val="00543B"/>
                <w:sz w:val="18"/>
              </w:rPr>
              <w:t>K251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2F4321A" w14:textId="77777777" w:rsidR="00BC42E8" w:rsidRDefault="00DC1705">
            <w:pPr>
              <w:spacing w:after="20" w:line="257" w:lineRule="auto"/>
            </w:pPr>
            <w:r>
              <w:rPr>
                <w:sz w:val="18"/>
              </w:rPr>
              <w:t>Dead-End Corridors and Common Path of Travel. Measure dead ends and common paths of travel; verify applicable limits, sprinkler conditions, and permitted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D32FE0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848A35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B02FE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2A9A3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6A2B81" w14:textId="77777777" w:rsidR="00BC42E8" w:rsidRDefault="00BC42E8">
            <w:pPr>
              <w:spacing w:after="20" w:line="257" w:lineRule="auto"/>
            </w:pPr>
          </w:p>
        </w:tc>
      </w:tr>
      <w:tr w:rsidR="00BC42E8" w14:paraId="59015DD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B80B3C" w14:textId="77777777" w:rsidR="00BC42E8" w:rsidRDefault="00DC1705">
            <w:pPr>
              <w:spacing w:after="20" w:line="257" w:lineRule="auto"/>
            </w:pPr>
            <w:r>
              <w:rPr>
                <w:b/>
                <w:color w:val="00543B"/>
                <w:sz w:val="18"/>
              </w:rPr>
              <w:t>K252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93D2F6" w14:textId="77777777" w:rsidR="00BC42E8" w:rsidRDefault="00DC1705">
            <w:pPr>
              <w:spacing w:after="20" w:line="257" w:lineRule="auto"/>
            </w:pPr>
            <w:r>
              <w:rPr>
                <w:sz w:val="18"/>
              </w:rPr>
              <w:t>Number of Exits – Corridors. Verify corridor exit arrangements and access to appropriately separated exits.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11233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881254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804AB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BF4F9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5CDFC4" w14:textId="77777777" w:rsidR="00BC42E8" w:rsidRDefault="00BC42E8">
            <w:pPr>
              <w:spacing w:after="20" w:line="257" w:lineRule="auto"/>
            </w:pPr>
          </w:p>
        </w:tc>
      </w:tr>
      <w:tr w:rsidR="00BC42E8" w14:paraId="2916000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79A97E" w14:textId="77777777" w:rsidR="00BC42E8" w:rsidRDefault="00DC1705">
            <w:pPr>
              <w:spacing w:after="20" w:line="257" w:lineRule="auto"/>
            </w:pPr>
            <w:r>
              <w:rPr>
                <w:b/>
                <w:color w:val="00543B"/>
                <w:sz w:val="18"/>
              </w:rPr>
              <w:t>K253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681CF0" w14:textId="77777777" w:rsidR="00BC42E8" w:rsidRDefault="00DC1705">
            <w:pPr>
              <w:spacing w:after="20" w:line="257" w:lineRule="auto"/>
            </w:pPr>
            <w:r>
              <w:rPr>
                <w:sz w:val="18"/>
              </w:rPr>
              <w:t>Number of Exits – Patient Sleeping and Non-Sleeping Rooms. Verify exit numbers and arrangements for patient sleeping and nonsleeping rooms, including room size and occupancy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2B1F0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52CC8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7C2CB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CCE0C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D8A3F1" w14:textId="77777777" w:rsidR="00BC42E8" w:rsidRDefault="00BC42E8">
            <w:pPr>
              <w:spacing w:after="20" w:line="257" w:lineRule="auto"/>
            </w:pPr>
          </w:p>
        </w:tc>
      </w:tr>
      <w:tr w:rsidR="00BC42E8" w14:paraId="3E8D165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0B340D" w14:textId="77777777" w:rsidR="00BC42E8" w:rsidRDefault="00DC1705">
            <w:pPr>
              <w:spacing w:after="20" w:line="257" w:lineRule="auto"/>
            </w:pPr>
            <w:r>
              <w:rPr>
                <w:b/>
                <w:color w:val="00543B"/>
                <w:sz w:val="18"/>
              </w:rPr>
              <w:t>K254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D8C311" w14:textId="77777777" w:rsidR="00BC42E8" w:rsidRDefault="00DC1705">
            <w:pPr>
              <w:spacing w:after="20" w:line="257" w:lineRule="auto"/>
            </w:pPr>
            <w:r>
              <w:rPr>
                <w:sz w:val="18"/>
              </w:rPr>
              <w:t>Corridor Access. Verify room-to-corridor access, permitted intervening rooms, and clinical arrangements against approved plans.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AC0560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B1A8E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AA908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76307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2E9814" w14:textId="77777777" w:rsidR="00BC42E8" w:rsidRDefault="00BC42E8">
            <w:pPr>
              <w:spacing w:after="20" w:line="257" w:lineRule="auto"/>
            </w:pPr>
          </w:p>
        </w:tc>
      </w:tr>
      <w:tr w:rsidR="00BC42E8" w14:paraId="2BFB246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9F416D" w14:textId="77777777" w:rsidR="00BC42E8" w:rsidRDefault="00DC1705">
            <w:pPr>
              <w:spacing w:after="20" w:line="257" w:lineRule="auto"/>
            </w:pPr>
            <w:r>
              <w:rPr>
                <w:b/>
                <w:color w:val="00543B"/>
                <w:sz w:val="18"/>
              </w:rPr>
              <w:t>K255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9DDE6C" w14:textId="77777777" w:rsidR="00BC42E8" w:rsidRDefault="00DC1705">
            <w:pPr>
              <w:spacing w:after="20" w:line="257" w:lineRule="auto"/>
            </w:pPr>
            <w:r>
              <w:rPr>
                <w:sz w:val="18"/>
              </w:rPr>
              <w:t>Suite Separation, Hazardous Content, and Subdivision. Verify suite boundaries, separation, hazardous contents, and subdivision; confirm approved suite configuration matches use.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6A975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C3C069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D4EA7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332EB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93323C" w14:textId="77777777" w:rsidR="00BC42E8" w:rsidRDefault="00BC42E8">
            <w:pPr>
              <w:spacing w:after="20" w:line="257" w:lineRule="auto"/>
            </w:pPr>
          </w:p>
        </w:tc>
      </w:tr>
      <w:tr w:rsidR="00BC42E8" w14:paraId="5753D62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B05FE1" w14:textId="77777777" w:rsidR="00BC42E8" w:rsidRDefault="00DC1705">
            <w:pPr>
              <w:spacing w:after="20" w:line="257" w:lineRule="auto"/>
            </w:pPr>
            <w:r>
              <w:rPr>
                <w:b/>
                <w:color w:val="00543B"/>
                <w:sz w:val="18"/>
              </w:rPr>
              <w:t>K256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5B1A1E" w14:textId="77777777" w:rsidR="00BC42E8" w:rsidRDefault="00DC1705">
            <w:pPr>
              <w:spacing w:after="20" w:line="257" w:lineRule="auto"/>
            </w:pPr>
            <w:r>
              <w:rPr>
                <w:sz w:val="18"/>
              </w:rPr>
              <w:t>Sleeping Suites. Verify sleeping-suite area, patient supervision, exits, and internal travel distances. Record suite areas on life safety drawings.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05F9D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4F94F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13717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F5E8D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F20918" w14:textId="77777777" w:rsidR="00BC42E8" w:rsidRDefault="00BC42E8">
            <w:pPr>
              <w:spacing w:after="20" w:line="257" w:lineRule="auto"/>
            </w:pPr>
          </w:p>
        </w:tc>
      </w:tr>
      <w:tr w:rsidR="00BC42E8" w14:paraId="72571AD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4A85DB" w14:textId="77777777" w:rsidR="00BC42E8" w:rsidRDefault="00DC1705">
            <w:pPr>
              <w:spacing w:after="20" w:line="257" w:lineRule="auto"/>
            </w:pPr>
            <w:r>
              <w:rPr>
                <w:b/>
                <w:color w:val="00543B"/>
                <w:sz w:val="18"/>
              </w:rPr>
              <w:t>K257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FE028B" w14:textId="77777777" w:rsidR="00BC42E8" w:rsidRDefault="00DC1705">
            <w:pPr>
              <w:spacing w:after="20" w:line="257" w:lineRule="auto"/>
            </w:pPr>
            <w:r>
              <w:rPr>
                <w:sz w:val="18"/>
              </w:rPr>
              <w:t>Non-Sleeping Suites. Verify nonsleeping-suite area, exits, internal travel, and any sprinkler or special-protection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B45C1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3EF1F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D68A3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81643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EEF5C4" w14:textId="77777777" w:rsidR="00BC42E8" w:rsidRDefault="00BC42E8">
            <w:pPr>
              <w:spacing w:after="20" w:line="257" w:lineRule="auto"/>
            </w:pPr>
          </w:p>
        </w:tc>
      </w:tr>
      <w:tr w:rsidR="00BC42E8" w14:paraId="51E6A1C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AEBF78" w14:textId="77777777" w:rsidR="00BC42E8" w:rsidRDefault="00DC1705">
            <w:pPr>
              <w:spacing w:after="20" w:line="257" w:lineRule="auto"/>
            </w:pPr>
            <w:r>
              <w:rPr>
                <w:b/>
                <w:color w:val="00543B"/>
                <w:sz w:val="18"/>
              </w:rPr>
              <w:lastRenderedPageBreak/>
              <w:t>K261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F42C25" w14:textId="77777777" w:rsidR="00BC42E8" w:rsidRDefault="00DC1705">
            <w:pPr>
              <w:spacing w:after="20" w:line="257" w:lineRule="auto"/>
            </w:pPr>
            <w:r>
              <w:rPr>
                <w:sz w:val="18"/>
              </w:rPr>
              <w:t>Travel Distance to Exits. Measure travel distances from rooms and suites to exits using actual routes and the applicable sprinkler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4E613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F3F8F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A2AC8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C111C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D4DB1D" w14:textId="77777777" w:rsidR="00BC42E8" w:rsidRDefault="00BC42E8">
            <w:pPr>
              <w:spacing w:after="20" w:line="257" w:lineRule="auto"/>
            </w:pPr>
          </w:p>
        </w:tc>
      </w:tr>
      <w:tr w:rsidR="00BC42E8" w14:paraId="5490931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D84820" w14:textId="77777777" w:rsidR="00BC42E8" w:rsidRDefault="00DC1705">
            <w:pPr>
              <w:spacing w:after="20" w:line="257" w:lineRule="auto"/>
            </w:pPr>
            <w:r>
              <w:rPr>
                <w:b/>
                <w:color w:val="00543B"/>
                <w:sz w:val="18"/>
              </w:rPr>
              <w:t>K271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53B363" w14:textId="77777777" w:rsidR="00BC42E8" w:rsidRDefault="00DC1705">
            <w:pPr>
              <w:spacing w:after="20" w:line="257" w:lineRule="auto"/>
            </w:pPr>
            <w:r>
              <w:rPr>
                <w:sz w:val="18"/>
              </w:rPr>
              <w:t>Discharge from Exits. Verify exits discharge safely to a public way, with usable walking surfaces, weather maintenance, and compliant intervening spaces.</w:t>
            </w:r>
            <w:r>
              <w:rPr>
                <w:sz w:val="18"/>
              </w:rPr>
              <w:br/>
            </w:r>
            <w:r>
              <w:rPr>
                <w:sz w:val="18"/>
              </w:rP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15CCE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62C85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CAD305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25297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B39CBC" w14:textId="77777777" w:rsidR="00BC42E8" w:rsidRDefault="00BC42E8">
            <w:pPr>
              <w:spacing w:after="20" w:line="257" w:lineRule="auto"/>
            </w:pPr>
          </w:p>
        </w:tc>
      </w:tr>
      <w:tr w:rsidR="00BC42E8" w14:paraId="7847B42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68AFED" w14:textId="77777777" w:rsidR="00BC42E8" w:rsidRDefault="00DC1705">
            <w:pPr>
              <w:spacing w:after="20" w:line="257" w:lineRule="auto"/>
            </w:pPr>
            <w:r>
              <w:rPr>
                <w:b/>
                <w:color w:val="00543B"/>
                <w:sz w:val="18"/>
              </w:rPr>
              <w:t>K281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32029E" w14:textId="77777777" w:rsidR="00BC42E8" w:rsidRDefault="00DC1705">
            <w:pPr>
              <w:spacing w:after="20" w:line="257" w:lineRule="auto"/>
            </w:pPr>
            <w:r>
              <w:rPr>
                <w:sz w:val="18"/>
              </w:rPr>
              <w:t>Illumination of Means of Egress. Verify normal means-of-egress illumination throughout required routes and discharge areas.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9B5A5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E5878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8C602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511DB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EDF11D" w14:textId="77777777" w:rsidR="00BC42E8" w:rsidRDefault="00BC42E8">
            <w:pPr>
              <w:spacing w:after="20" w:line="257" w:lineRule="auto"/>
            </w:pPr>
          </w:p>
        </w:tc>
      </w:tr>
      <w:tr w:rsidR="00BC42E8" w14:paraId="46FABD0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D66AF1" w14:textId="77777777" w:rsidR="00BC42E8" w:rsidRDefault="00DC1705">
            <w:pPr>
              <w:spacing w:after="20" w:line="257" w:lineRule="auto"/>
            </w:pPr>
            <w:r>
              <w:rPr>
                <w:b/>
                <w:color w:val="00543B"/>
                <w:sz w:val="18"/>
              </w:rPr>
              <w:t>K291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D1A3A6" w14:textId="77777777" w:rsidR="00BC42E8" w:rsidRDefault="00DC1705">
            <w:pPr>
              <w:spacing w:after="20" w:line="257" w:lineRule="auto"/>
            </w:pPr>
            <w:r>
              <w:rPr>
                <w:sz w:val="18"/>
              </w:rPr>
              <w:t>Emergency Lighting. Inspect and test emergency lighting, batteries, power supply, duration, and records against the applicable code.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7FFA2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AABDA9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EDD6C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5671A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53052E" w14:textId="77777777" w:rsidR="00BC42E8" w:rsidRDefault="00BC42E8">
            <w:pPr>
              <w:spacing w:after="20" w:line="257" w:lineRule="auto"/>
            </w:pPr>
          </w:p>
        </w:tc>
      </w:tr>
      <w:tr w:rsidR="00BC42E8" w14:paraId="50273D3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32B78C" w14:textId="77777777" w:rsidR="00BC42E8" w:rsidRDefault="00DC1705">
            <w:pPr>
              <w:spacing w:after="20" w:line="257" w:lineRule="auto"/>
            </w:pPr>
            <w:r>
              <w:rPr>
                <w:b/>
                <w:color w:val="00543B"/>
                <w:sz w:val="18"/>
              </w:rPr>
              <w:t>K292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B82EF4" w14:textId="77777777" w:rsidR="00BC42E8" w:rsidRDefault="00DC1705">
            <w:pPr>
              <w:spacing w:after="20" w:line="257" w:lineRule="auto"/>
            </w:pPr>
            <w:r>
              <w:rPr>
                <w:sz w:val="18"/>
              </w:rPr>
              <w:t>Life Support Means of Egress. For life-support areas, verify required egress and emergency lighting supply; do not rely on an unsupported single route.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EE303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BC853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B4EB97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2EC09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9EFB9B" w14:textId="77777777" w:rsidR="00BC42E8" w:rsidRDefault="00BC42E8">
            <w:pPr>
              <w:spacing w:after="20" w:line="257" w:lineRule="auto"/>
            </w:pPr>
          </w:p>
        </w:tc>
      </w:tr>
      <w:tr w:rsidR="00BC42E8" w14:paraId="64EF254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64C4B2" w14:textId="77777777" w:rsidR="00BC42E8" w:rsidRDefault="00DC1705">
            <w:pPr>
              <w:spacing w:after="20" w:line="257" w:lineRule="auto"/>
            </w:pPr>
            <w:r>
              <w:rPr>
                <w:b/>
                <w:color w:val="00543B"/>
                <w:sz w:val="18"/>
              </w:rPr>
              <w:t>K293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DAA65A" w14:textId="77777777" w:rsidR="00BC42E8" w:rsidRDefault="00DC1705">
            <w:pPr>
              <w:spacing w:after="20" w:line="257" w:lineRule="auto"/>
            </w:pPr>
            <w:r>
              <w:rPr>
                <w:sz w:val="18"/>
              </w:rPr>
              <w:t>Exit Signage. Verify required exit signs, direction, visibility, illumination, and backup power.</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2C7B5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83F49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4A619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8E2AC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0B0C9A" w14:textId="77777777" w:rsidR="00BC42E8" w:rsidRDefault="00BC42E8">
            <w:pPr>
              <w:spacing w:after="20" w:line="257" w:lineRule="auto"/>
            </w:pPr>
          </w:p>
        </w:tc>
      </w:tr>
    </w:tbl>
    <w:p w14:paraId="457694AC" w14:textId="77777777" w:rsidR="00BC42E8" w:rsidRDefault="00DC1705">
      <w:pPr>
        <w:pStyle w:val="Heading2"/>
        <w:pBdr>
          <w:bottom w:val="single" w:sz="10" w:space="5" w:color="E43A0A"/>
        </w:pBdr>
      </w:pPr>
      <w:r>
        <w:t>Protection and alarm systems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4DB2651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1326FEF"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6FD21C8"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805B62C"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E2A7884"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E5E6B8C"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7509C9F"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A955387" w14:textId="77777777" w:rsidR="00BC42E8" w:rsidRDefault="00DC1705">
            <w:pPr>
              <w:keepNext/>
              <w:spacing w:after="20" w:line="257" w:lineRule="auto"/>
            </w:pPr>
            <w:r>
              <w:rPr>
                <w:b/>
                <w:color w:val="FFFFFF"/>
                <w:sz w:val="15"/>
              </w:rPr>
              <w:t>EOP Location / Evidence / Notes</w:t>
            </w:r>
          </w:p>
        </w:tc>
      </w:tr>
      <w:tr w:rsidR="00BC42E8" w14:paraId="068156A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DD17B8" w14:textId="77777777" w:rsidR="00BC42E8" w:rsidRDefault="00DC1705">
            <w:pPr>
              <w:spacing w:after="20" w:line="257" w:lineRule="auto"/>
            </w:pPr>
            <w:r>
              <w:rPr>
                <w:b/>
                <w:color w:val="00543B"/>
                <w:sz w:val="18"/>
              </w:rPr>
              <w:t>K300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E3CB0D" w14:textId="77777777" w:rsidR="00BC42E8" w:rsidRDefault="00DC1705">
            <w:pPr>
              <w:spacing w:after="20" w:line="257" w:lineRule="auto"/>
            </w:pPr>
            <w:r>
              <w:rPr>
                <w:sz w:val="18"/>
              </w:rPr>
              <w:t>Protection – Other. Review other fire protection provisions and record unlisted hazards or deficiencies with the controlling citation.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F1B06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0A256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4AD30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8E031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186903" w14:textId="77777777" w:rsidR="00BC42E8" w:rsidRDefault="00BC42E8">
            <w:pPr>
              <w:spacing w:after="20" w:line="257" w:lineRule="auto"/>
            </w:pPr>
          </w:p>
        </w:tc>
      </w:tr>
      <w:tr w:rsidR="00BC42E8" w14:paraId="0A87CCE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AE63836" w14:textId="77777777" w:rsidR="00BC42E8" w:rsidRDefault="00DC1705">
            <w:pPr>
              <w:spacing w:after="20" w:line="257" w:lineRule="auto"/>
            </w:pPr>
            <w:r>
              <w:rPr>
                <w:b/>
                <w:color w:val="00543B"/>
                <w:sz w:val="18"/>
              </w:rPr>
              <w:t>K311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07268A" w14:textId="77777777" w:rsidR="00BC42E8" w:rsidRDefault="00DC1705">
            <w:pPr>
              <w:spacing w:after="20" w:line="257" w:lineRule="auto"/>
            </w:pPr>
            <w:r>
              <w:rPr>
                <w:sz w:val="18"/>
              </w:rPr>
              <w:t>Vertical Openings – Enclosure. Verify enclosure of vertical openings, penetrations, shafts, stairs, and permitted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65E5B7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CE6D9B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3A147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30302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B381D0" w14:textId="77777777" w:rsidR="00BC42E8" w:rsidRDefault="00BC42E8">
            <w:pPr>
              <w:spacing w:after="20" w:line="257" w:lineRule="auto"/>
            </w:pPr>
          </w:p>
        </w:tc>
      </w:tr>
      <w:tr w:rsidR="00BC42E8" w14:paraId="13306F3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CC6036" w14:textId="77777777" w:rsidR="00BC42E8" w:rsidRDefault="00DC1705">
            <w:pPr>
              <w:spacing w:after="20" w:line="257" w:lineRule="auto"/>
            </w:pPr>
            <w:r>
              <w:rPr>
                <w:b/>
                <w:color w:val="00543B"/>
                <w:sz w:val="18"/>
              </w:rPr>
              <w:t>K321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93A420" w14:textId="77777777" w:rsidR="00BC42E8" w:rsidRDefault="00DC1705">
            <w:pPr>
              <w:spacing w:after="20" w:line="257" w:lineRule="auto"/>
            </w:pPr>
            <w:r>
              <w:rPr>
                <w:sz w:val="18"/>
              </w:rPr>
              <w:t>Hazardous Areas – Enclosure. Verify hazardous areas, including storage, soiled linen, waste, fuel, and mechanical areas, have the required separation, doors, or sprinkler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0C356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6A22E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C9303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4B67F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E0ABED" w14:textId="77777777" w:rsidR="00BC42E8" w:rsidRDefault="00BC42E8">
            <w:pPr>
              <w:spacing w:after="20" w:line="257" w:lineRule="auto"/>
            </w:pPr>
          </w:p>
        </w:tc>
      </w:tr>
      <w:tr w:rsidR="00BC42E8" w14:paraId="7DFB925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27CC87" w14:textId="77777777" w:rsidR="00BC42E8" w:rsidRDefault="00DC1705">
            <w:pPr>
              <w:spacing w:after="20" w:line="257" w:lineRule="auto"/>
            </w:pPr>
            <w:r>
              <w:rPr>
                <w:b/>
                <w:color w:val="00543B"/>
                <w:sz w:val="18"/>
              </w:rPr>
              <w:t>K322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DE2352" w14:textId="77777777" w:rsidR="00BC42E8" w:rsidRDefault="00DC1705">
            <w:pPr>
              <w:spacing w:after="20" w:line="257" w:lineRule="auto"/>
            </w:pPr>
            <w:r>
              <w:rPr>
                <w:sz w:val="18"/>
              </w:rPr>
              <w:t>Laboratories. Verify laboratory hazard classification and required fire protection, flammable-liquid controls, separation, and NFPA 45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FDD72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34EA1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060B5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ECDF6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343E02B" w14:textId="77777777" w:rsidR="00BC42E8" w:rsidRDefault="00BC42E8">
            <w:pPr>
              <w:spacing w:after="20" w:line="257" w:lineRule="auto"/>
            </w:pPr>
          </w:p>
        </w:tc>
      </w:tr>
      <w:tr w:rsidR="00BC42E8" w14:paraId="1215327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2AAADD" w14:textId="77777777" w:rsidR="00BC42E8" w:rsidRDefault="00DC1705">
            <w:pPr>
              <w:spacing w:after="20" w:line="257" w:lineRule="auto"/>
            </w:pPr>
            <w:r>
              <w:rPr>
                <w:b/>
                <w:color w:val="00543B"/>
                <w:sz w:val="18"/>
              </w:rPr>
              <w:lastRenderedPageBreak/>
              <w:t>K323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E9B939" w14:textId="77777777" w:rsidR="00BC42E8" w:rsidRDefault="00DC1705">
            <w:pPr>
              <w:spacing w:after="20" w:line="257" w:lineRule="auto"/>
            </w:pPr>
            <w:r>
              <w:rPr>
                <w:sz w:val="18"/>
              </w:rPr>
              <w:t>Anesthetizing Locations. Verify anesthetizing-area medical gas valves and alarms, essential power, ventilation, temperature and humidity conditions, and applicable equipment instructions.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73B0D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854597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F8DB9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0DBE0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40AC0C" w14:textId="77777777" w:rsidR="00BC42E8" w:rsidRDefault="00BC42E8">
            <w:pPr>
              <w:spacing w:after="20" w:line="257" w:lineRule="auto"/>
            </w:pPr>
          </w:p>
        </w:tc>
      </w:tr>
      <w:tr w:rsidR="00BC42E8" w14:paraId="59AA18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3D9422" w14:textId="77777777" w:rsidR="00BC42E8" w:rsidRDefault="00DC1705">
            <w:pPr>
              <w:spacing w:after="20" w:line="257" w:lineRule="auto"/>
            </w:pPr>
            <w:r>
              <w:rPr>
                <w:b/>
                <w:color w:val="00543B"/>
                <w:sz w:val="18"/>
              </w:rPr>
              <w:t>K324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68D031" w14:textId="77777777" w:rsidR="00BC42E8" w:rsidRDefault="00DC1705">
            <w:pPr>
              <w:spacing w:after="20" w:line="257" w:lineRule="auto"/>
            </w:pPr>
            <w:r>
              <w:rPr>
                <w:sz w:val="18"/>
              </w:rPr>
              <w:t>Cooking Facilities. Inspect cooking protection, exhaust and hood systems, extinguishing equipment, fuel shutoff, and permitted residential cooking arrangements.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307BA9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A8E4E6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62C8E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C2B0B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034CE7" w14:textId="77777777" w:rsidR="00BC42E8" w:rsidRDefault="00BC42E8">
            <w:pPr>
              <w:spacing w:after="20" w:line="257" w:lineRule="auto"/>
            </w:pPr>
          </w:p>
        </w:tc>
      </w:tr>
      <w:tr w:rsidR="00BC42E8" w14:paraId="5DC829F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7FA2BD" w14:textId="77777777" w:rsidR="00BC42E8" w:rsidRDefault="00DC1705">
            <w:pPr>
              <w:spacing w:after="20" w:line="257" w:lineRule="auto"/>
            </w:pPr>
            <w:r>
              <w:rPr>
                <w:b/>
                <w:color w:val="00543B"/>
                <w:sz w:val="18"/>
              </w:rPr>
              <w:t>K325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932D16" w14:textId="77777777" w:rsidR="00BC42E8" w:rsidRDefault="00DC1705">
            <w:pPr>
              <w:spacing w:after="20" w:line="257" w:lineRule="auto"/>
            </w:pPr>
            <w:r>
              <w:rPr>
                <w:sz w:val="18"/>
              </w:rPr>
              <w:t>Alcohol Based Hand Rub Dispenser (ABHR). Verify alcohol hand-rub dispenser locations, spacing, capacity, ignition-source clearance, storage, and protection against inappropriate access.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358BB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3DECC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B2884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2400B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3C20EE" w14:textId="77777777" w:rsidR="00BC42E8" w:rsidRDefault="00BC42E8">
            <w:pPr>
              <w:spacing w:after="20" w:line="257" w:lineRule="auto"/>
            </w:pPr>
          </w:p>
        </w:tc>
      </w:tr>
      <w:tr w:rsidR="00BC42E8" w14:paraId="74E3C97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2FFE5D0" w14:textId="77777777" w:rsidR="00BC42E8" w:rsidRDefault="00DC1705">
            <w:pPr>
              <w:spacing w:after="20" w:line="257" w:lineRule="auto"/>
            </w:pPr>
            <w:r>
              <w:rPr>
                <w:b/>
                <w:color w:val="00543B"/>
                <w:sz w:val="18"/>
              </w:rPr>
              <w:t>K331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205606" w14:textId="77777777" w:rsidR="00BC42E8" w:rsidRDefault="00DC1705">
            <w:pPr>
              <w:spacing w:after="20" w:line="257" w:lineRule="auto"/>
            </w:pPr>
            <w:r>
              <w:rPr>
                <w:sz w:val="18"/>
              </w:rPr>
              <w:t>Interior Wall and Ceiling Finish. Verify interior wall and ceiling finish classifications and testing or product evidence for installed materials.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990E88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34DC9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1FFF92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072F8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B640E2" w14:textId="77777777" w:rsidR="00BC42E8" w:rsidRDefault="00BC42E8">
            <w:pPr>
              <w:spacing w:after="20" w:line="257" w:lineRule="auto"/>
            </w:pPr>
          </w:p>
        </w:tc>
      </w:tr>
      <w:tr w:rsidR="00BC42E8" w14:paraId="219300A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B57A67" w14:textId="77777777" w:rsidR="00BC42E8" w:rsidRDefault="00DC1705">
            <w:pPr>
              <w:spacing w:after="20" w:line="257" w:lineRule="auto"/>
            </w:pPr>
            <w:r>
              <w:rPr>
                <w:b/>
                <w:color w:val="00543B"/>
                <w:sz w:val="18"/>
              </w:rPr>
              <w:t>K332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25B20A" w14:textId="77777777" w:rsidR="00BC42E8" w:rsidRDefault="00DC1705">
            <w:pPr>
              <w:spacing w:after="20" w:line="257" w:lineRule="auto"/>
            </w:pPr>
            <w:r>
              <w:rPr>
                <w:sz w:val="18"/>
              </w:rPr>
              <w:t>Interior Floor Finish. Verify interior floor finish classifications for corridors, exits, and other regulated areas.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2BDD5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D6EC7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3A118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2BF5DC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7C9CAB" w14:textId="77777777" w:rsidR="00BC42E8" w:rsidRDefault="00BC42E8">
            <w:pPr>
              <w:spacing w:after="20" w:line="257" w:lineRule="auto"/>
            </w:pPr>
          </w:p>
        </w:tc>
      </w:tr>
      <w:tr w:rsidR="00BC42E8" w14:paraId="58B0BB6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8CA072" w14:textId="77777777" w:rsidR="00BC42E8" w:rsidRDefault="00DC1705">
            <w:pPr>
              <w:spacing w:after="20" w:line="257" w:lineRule="auto"/>
            </w:pPr>
            <w:r>
              <w:rPr>
                <w:b/>
                <w:color w:val="00543B"/>
                <w:sz w:val="18"/>
              </w:rPr>
              <w:t>K341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F3FB78" w14:textId="77777777" w:rsidR="00BC42E8" w:rsidRDefault="00DC1705">
            <w:pPr>
              <w:spacing w:after="20" w:line="257" w:lineRule="auto"/>
            </w:pPr>
            <w:r>
              <w:rPr>
                <w:sz w:val="18"/>
              </w:rPr>
              <w:t>Fire Alarm System – Installation. Verify alarm installation, required system coverage, power supplies, initiating devices, monitoring, and acceptance documents.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03246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9950E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C25A1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06A42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D3715C" w14:textId="77777777" w:rsidR="00BC42E8" w:rsidRDefault="00BC42E8">
            <w:pPr>
              <w:spacing w:after="20" w:line="257" w:lineRule="auto"/>
            </w:pPr>
          </w:p>
        </w:tc>
      </w:tr>
      <w:tr w:rsidR="00BC42E8" w14:paraId="4A85507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1318BF" w14:textId="77777777" w:rsidR="00BC42E8" w:rsidRDefault="00DC1705">
            <w:pPr>
              <w:spacing w:after="20" w:line="257" w:lineRule="auto"/>
            </w:pPr>
            <w:r>
              <w:rPr>
                <w:b/>
                <w:color w:val="00543B"/>
                <w:sz w:val="18"/>
              </w:rPr>
              <w:t>K342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A90A30" w14:textId="77777777" w:rsidR="00BC42E8" w:rsidRDefault="00DC1705">
            <w:pPr>
              <w:spacing w:after="20" w:line="257" w:lineRule="auto"/>
            </w:pPr>
            <w:r>
              <w:rPr>
                <w:sz w:val="18"/>
              </w:rPr>
              <w:t>Fire Alarm System – Initiation. Verify required manual and automatic alarm initiation, device location, accessibility, and alarm transmission.</w:t>
            </w:r>
            <w:r>
              <w:rPr>
                <w:sz w:val="18"/>
              </w:rPr>
              <w:br/>
            </w:r>
            <w:r>
              <w:rPr>
                <w:sz w:val="18"/>
              </w:rP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F8B31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FC846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6F481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2D85E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75D551" w14:textId="77777777" w:rsidR="00BC42E8" w:rsidRDefault="00BC42E8">
            <w:pPr>
              <w:spacing w:after="20" w:line="257" w:lineRule="auto"/>
            </w:pPr>
          </w:p>
        </w:tc>
      </w:tr>
      <w:tr w:rsidR="00BC42E8" w14:paraId="1AB985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6D402B" w14:textId="77777777" w:rsidR="00BC42E8" w:rsidRDefault="00DC1705">
            <w:pPr>
              <w:spacing w:after="20" w:line="257" w:lineRule="auto"/>
            </w:pPr>
            <w:r>
              <w:rPr>
                <w:b/>
                <w:color w:val="00543B"/>
                <w:sz w:val="18"/>
              </w:rPr>
              <w:t>K343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43A862" w14:textId="77777777" w:rsidR="00BC42E8" w:rsidRDefault="00DC1705">
            <w:pPr>
              <w:spacing w:after="20" w:line="257" w:lineRule="auto"/>
            </w:pPr>
            <w:r>
              <w:rPr>
                <w:sz w:val="18"/>
              </w:rPr>
              <w:t>Fire Alarm – Notification. Verify occupant and staff notification, required signals, annunciation, and response arrangements.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9F8DB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70BB43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0C7D1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26B0A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547281" w14:textId="77777777" w:rsidR="00BC42E8" w:rsidRDefault="00BC42E8">
            <w:pPr>
              <w:spacing w:after="20" w:line="257" w:lineRule="auto"/>
            </w:pPr>
          </w:p>
        </w:tc>
      </w:tr>
      <w:tr w:rsidR="00BC42E8" w14:paraId="12332FF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3B848E" w14:textId="77777777" w:rsidR="00BC42E8" w:rsidRDefault="00DC1705">
            <w:pPr>
              <w:spacing w:after="20" w:line="257" w:lineRule="auto"/>
            </w:pPr>
            <w:r>
              <w:rPr>
                <w:b/>
                <w:color w:val="00543B"/>
                <w:sz w:val="18"/>
              </w:rPr>
              <w:t>K344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593485" w14:textId="77777777" w:rsidR="00BC42E8" w:rsidRDefault="00DC1705">
            <w:pPr>
              <w:spacing w:after="20" w:line="257" w:lineRule="auto"/>
            </w:pPr>
            <w:r>
              <w:rPr>
                <w:sz w:val="18"/>
              </w:rPr>
              <w:t>Fire Alarm – Control Functions. Test required alarm controls, including door release, HVAC interfaces, smoke control, elevator recall, and other linked systems.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40B29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10811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34D2E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8AC9D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6D4D17" w14:textId="77777777" w:rsidR="00BC42E8" w:rsidRDefault="00BC42E8">
            <w:pPr>
              <w:spacing w:after="20" w:line="257" w:lineRule="auto"/>
            </w:pPr>
          </w:p>
        </w:tc>
      </w:tr>
      <w:tr w:rsidR="00BC42E8" w14:paraId="505B701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C4E56F" w14:textId="77777777" w:rsidR="00BC42E8" w:rsidRDefault="00DC1705">
            <w:pPr>
              <w:spacing w:after="20" w:line="257" w:lineRule="auto"/>
            </w:pPr>
            <w:r>
              <w:rPr>
                <w:b/>
                <w:color w:val="00543B"/>
                <w:sz w:val="18"/>
              </w:rPr>
              <w:t>K345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A2BC13" w14:textId="77777777" w:rsidR="00BC42E8" w:rsidRDefault="00DC1705">
            <w:pPr>
              <w:spacing w:after="20" w:line="257" w:lineRule="auto"/>
            </w:pPr>
            <w:r>
              <w:rPr>
                <w:sz w:val="18"/>
              </w:rPr>
              <w:t>Fire Alarm System – Testing and Maintenance. Maintain approved fire alarm inspection, testing, and maintenance records, including annual functional testing and applicable device-specific intervals.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15FC3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878D51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93C5C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16FE6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2B1F45" w14:textId="77777777" w:rsidR="00BC42E8" w:rsidRDefault="00BC42E8">
            <w:pPr>
              <w:spacing w:after="20" w:line="257" w:lineRule="auto"/>
            </w:pPr>
          </w:p>
        </w:tc>
      </w:tr>
      <w:tr w:rsidR="00BC42E8" w14:paraId="3121790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E7C38C" w14:textId="77777777" w:rsidR="00BC42E8" w:rsidRDefault="00DC1705">
            <w:pPr>
              <w:spacing w:after="20" w:line="257" w:lineRule="auto"/>
            </w:pPr>
            <w:r>
              <w:rPr>
                <w:b/>
                <w:color w:val="00543B"/>
                <w:sz w:val="18"/>
              </w:rPr>
              <w:t>K346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45BD9A" w14:textId="77777777" w:rsidR="00BC42E8" w:rsidRDefault="00DC1705">
            <w:pPr>
              <w:spacing w:after="20" w:line="257" w:lineRule="auto"/>
            </w:pPr>
            <w:r>
              <w:rPr>
                <w:sz w:val="18"/>
              </w:rPr>
              <w:t>Fire Alarm – Out of Service. For required alarms unavailable over 4 hours in 24 hours, notify the AHJ and evacuate or provide an approved fire watch; record coverage, patrols, restoration, and earlier AHJ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87C4C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955F5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782E6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99FBE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622490" w14:textId="77777777" w:rsidR="00BC42E8" w:rsidRDefault="00BC42E8">
            <w:pPr>
              <w:spacing w:after="20" w:line="257" w:lineRule="auto"/>
            </w:pPr>
          </w:p>
        </w:tc>
      </w:tr>
      <w:tr w:rsidR="00BC42E8" w14:paraId="64790C0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2C339D" w14:textId="77777777" w:rsidR="00BC42E8" w:rsidRDefault="00DC1705">
            <w:pPr>
              <w:spacing w:after="20" w:line="257" w:lineRule="auto"/>
            </w:pPr>
            <w:r>
              <w:rPr>
                <w:b/>
                <w:color w:val="00543B"/>
                <w:sz w:val="18"/>
              </w:rPr>
              <w:lastRenderedPageBreak/>
              <w:t>K347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C511D5" w14:textId="77777777" w:rsidR="00BC42E8" w:rsidRDefault="00DC1705">
            <w:pPr>
              <w:spacing w:after="20" w:line="257" w:lineRule="auto"/>
            </w:pPr>
            <w:r>
              <w:rPr>
                <w:sz w:val="18"/>
              </w:rPr>
              <w:t>Smoke Detection. Verify required smoke detection and sensitivity testing, including alarm-control locations and permitted detection arrangements.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14A05B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C97E7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0057E4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DCAA0CF"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87DEBE" w14:textId="77777777" w:rsidR="00BC42E8" w:rsidRDefault="00BC42E8">
            <w:pPr>
              <w:spacing w:after="20" w:line="257" w:lineRule="auto"/>
            </w:pPr>
          </w:p>
        </w:tc>
      </w:tr>
      <w:tr w:rsidR="00BC42E8" w14:paraId="54D48BA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CFE6DA" w14:textId="77777777" w:rsidR="00BC42E8" w:rsidRDefault="00DC1705">
            <w:pPr>
              <w:spacing w:after="20" w:line="257" w:lineRule="auto"/>
            </w:pPr>
            <w:r>
              <w:rPr>
                <w:b/>
                <w:color w:val="00543B"/>
                <w:sz w:val="18"/>
              </w:rPr>
              <w:t>K351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D7FF67" w14:textId="77777777" w:rsidR="00BC42E8" w:rsidRDefault="00DC1705">
            <w:pPr>
              <w:spacing w:after="20" w:line="257" w:lineRule="auto"/>
            </w:pPr>
            <w:r>
              <w:rPr>
                <w:sz w:val="18"/>
              </w:rPr>
              <w:t>Sprinkler System – Installation. Verify required sprinkler coverage, system design, permitted exceptions, exterior canopies, obstruction clearance, and spare components.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6DF3D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2FC49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958DA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680D5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D5B6D9" w14:textId="77777777" w:rsidR="00BC42E8" w:rsidRDefault="00BC42E8">
            <w:pPr>
              <w:spacing w:after="20" w:line="257" w:lineRule="auto"/>
            </w:pPr>
          </w:p>
        </w:tc>
      </w:tr>
      <w:tr w:rsidR="00BC42E8" w14:paraId="0DA4171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FE8A4A" w14:textId="77777777" w:rsidR="00BC42E8" w:rsidRDefault="00DC1705">
            <w:pPr>
              <w:spacing w:after="20" w:line="257" w:lineRule="auto"/>
            </w:pPr>
            <w:r>
              <w:rPr>
                <w:b/>
                <w:color w:val="00543B"/>
                <w:sz w:val="18"/>
              </w:rPr>
              <w:t>K352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0C260D" w14:textId="77777777" w:rsidR="00BC42E8" w:rsidRDefault="00DC1705">
            <w:pPr>
              <w:spacing w:after="20" w:line="257" w:lineRule="auto"/>
            </w:pPr>
            <w:r>
              <w:rPr>
                <w:sz w:val="18"/>
              </w:rPr>
              <w:t>Sprinkler System – Supervisory Signals. Verify sprinkler supervisory signals, valve supervision, waterflow detection, and annunciation.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1CB39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226CC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B45F6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BD642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B76B81" w14:textId="77777777" w:rsidR="00BC42E8" w:rsidRDefault="00BC42E8">
            <w:pPr>
              <w:spacing w:after="20" w:line="257" w:lineRule="auto"/>
            </w:pPr>
          </w:p>
        </w:tc>
      </w:tr>
      <w:tr w:rsidR="00BC42E8" w14:paraId="61CA670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15D3E5" w14:textId="77777777" w:rsidR="00BC42E8" w:rsidRDefault="00DC1705">
            <w:pPr>
              <w:spacing w:after="20" w:line="257" w:lineRule="auto"/>
            </w:pPr>
            <w:r>
              <w:rPr>
                <w:b/>
                <w:color w:val="00543B"/>
                <w:sz w:val="18"/>
              </w:rPr>
              <w:t>K353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6EE789" w14:textId="77777777" w:rsidR="00BC42E8" w:rsidRDefault="00DC1705">
            <w:pPr>
              <w:spacing w:after="20" w:line="257" w:lineRule="auto"/>
            </w:pPr>
            <w:r>
              <w:rPr>
                <w:sz w:val="18"/>
              </w:rPr>
              <w:t>Sprinkler System – Maintenance and Testing. Maintain sprinkler and standpipe inspection, testing, maintenance, deficiency corrections, and records, including relevant quarterly, annual, 3-year, and 5-year tasks.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B5499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D5D38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2053B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39129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8BD72A" w14:textId="77777777" w:rsidR="00BC42E8" w:rsidRDefault="00BC42E8">
            <w:pPr>
              <w:spacing w:after="20" w:line="257" w:lineRule="auto"/>
            </w:pPr>
          </w:p>
        </w:tc>
      </w:tr>
      <w:tr w:rsidR="00BC42E8" w14:paraId="2BCB5FA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E08D95" w14:textId="77777777" w:rsidR="00BC42E8" w:rsidRDefault="00DC1705">
            <w:pPr>
              <w:spacing w:after="20" w:line="257" w:lineRule="auto"/>
            </w:pPr>
            <w:r>
              <w:rPr>
                <w:b/>
                <w:color w:val="00543B"/>
                <w:sz w:val="18"/>
              </w:rPr>
              <w:t>K354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A44C85" w14:textId="77777777" w:rsidR="00BC42E8" w:rsidRDefault="00DC1705">
            <w:pPr>
              <w:spacing w:after="20" w:line="257" w:lineRule="auto"/>
            </w:pPr>
            <w:r>
              <w:rPr>
                <w:sz w:val="18"/>
              </w:rPr>
              <w:t>Sprinkler System – Out of Service. For sprinkler impairment, determine scope and risks and notify required authorities. Over 10 hours in 24 hours, evacuate the affected area or provide an approved fire watch until restored.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18576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DE7A3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0266D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312DE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BB26C6" w14:textId="77777777" w:rsidR="00BC42E8" w:rsidRDefault="00BC42E8">
            <w:pPr>
              <w:spacing w:after="20" w:line="257" w:lineRule="auto"/>
            </w:pPr>
          </w:p>
        </w:tc>
      </w:tr>
      <w:tr w:rsidR="00BC42E8" w14:paraId="23C8652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2289AD" w14:textId="77777777" w:rsidR="00BC42E8" w:rsidRDefault="00DC1705">
            <w:pPr>
              <w:spacing w:after="20" w:line="257" w:lineRule="auto"/>
            </w:pPr>
            <w:r>
              <w:rPr>
                <w:b/>
                <w:color w:val="00543B"/>
                <w:sz w:val="18"/>
              </w:rPr>
              <w:t>K355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08882B" w14:textId="77777777" w:rsidR="00BC42E8" w:rsidRDefault="00DC1705">
            <w:pPr>
              <w:spacing w:after="20" w:line="257" w:lineRule="auto"/>
            </w:pPr>
            <w:r>
              <w:rPr>
                <w:sz w:val="18"/>
              </w:rPr>
              <w:t>Portable Fire Extinguishers. Verify appropriate extinguishers, placement, access, inspections, maintenance, and applicable internal service or hydrostatic test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5C96B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0DB93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86BC8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FA9F0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B43E57" w14:textId="77777777" w:rsidR="00BC42E8" w:rsidRDefault="00BC42E8">
            <w:pPr>
              <w:spacing w:after="20" w:line="257" w:lineRule="auto"/>
            </w:pPr>
          </w:p>
        </w:tc>
      </w:tr>
    </w:tbl>
    <w:p w14:paraId="59DE3375" w14:textId="77777777" w:rsidR="00BC42E8" w:rsidRDefault="00DC1705">
      <w:pPr>
        <w:pStyle w:val="Heading2"/>
        <w:pBdr>
          <w:bottom w:val="single" w:sz="10" w:space="5" w:color="E43A0A"/>
        </w:pBdr>
      </w:pPr>
      <w:r>
        <w:t>Corridor and compartment protection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290AFA3E"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C68ED9D"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0707F45"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6CF4EBD"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A0C65E1"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8AD2B93"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66D8123"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2001AA6" w14:textId="77777777" w:rsidR="00BC42E8" w:rsidRDefault="00DC1705">
            <w:pPr>
              <w:keepNext/>
              <w:spacing w:after="20" w:line="257" w:lineRule="auto"/>
            </w:pPr>
            <w:r>
              <w:rPr>
                <w:b/>
                <w:color w:val="FFFFFF"/>
                <w:sz w:val="15"/>
              </w:rPr>
              <w:t>EOP Location / Evidence / Notes</w:t>
            </w:r>
          </w:p>
        </w:tc>
      </w:tr>
      <w:tr w:rsidR="00BC42E8" w14:paraId="1D7FEA7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52EEF3F" w14:textId="77777777" w:rsidR="00BC42E8" w:rsidRDefault="00DC1705">
            <w:pPr>
              <w:spacing w:after="20" w:line="257" w:lineRule="auto"/>
            </w:pPr>
            <w:r>
              <w:rPr>
                <w:b/>
                <w:color w:val="00543B"/>
                <w:sz w:val="18"/>
              </w:rPr>
              <w:t>K361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9D0BBF" w14:textId="77777777" w:rsidR="00BC42E8" w:rsidRDefault="00DC1705">
            <w:pPr>
              <w:spacing w:after="20" w:line="257" w:lineRule="auto"/>
            </w:pPr>
            <w:r>
              <w:rPr>
                <w:sz w:val="18"/>
              </w:rPr>
              <w:t>Corridors – Areas Open to Corridor. Verify conditions for areas open to corridors, including permitted waiting, nursing, treatment, and other spaces.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D8594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E5F02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3AEF9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0580F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3258A7" w14:textId="77777777" w:rsidR="00BC42E8" w:rsidRDefault="00BC42E8">
            <w:pPr>
              <w:spacing w:after="20" w:line="257" w:lineRule="auto"/>
            </w:pPr>
          </w:p>
        </w:tc>
      </w:tr>
      <w:tr w:rsidR="00BC42E8" w14:paraId="37B55DD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53A5DC" w14:textId="77777777" w:rsidR="00BC42E8" w:rsidRDefault="00DC1705">
            <w:pPr>
              <w:spacing w:after="20" w:line="257" w:lineRule="auto"/>
            </w:pPr>
            <w:r>
              <w:rPr>
                <w:b/>
                <w:color w:val="00543B"/>
                <w:sz w:val="18"/>
              </w:rPr>
              <w:t>K362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0ECAB4" w14:textId="77777777" w:rsidR="00BC42E8" w:rsidRDefault="00DC1705">
            <w:pPr>
              <w:spacing w:after="20" w:line="257" w:lineRule="auto"/>
            </w:pPr>
            <w:r>
              <w:rPr>
                <w:sz w:val="18"/>
              </w:rPr>
              <w:t>Corridors – Construction of Walls. Verify corridor wall construction, continuity, rated or permitted nonrated conditions, and penetrations.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8336C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DA476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F196F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39D1E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359582" w14:textId="77777777" w:rsidR="00BC42E8" w:rsidRDefault="00BC42E8">
            <w:pPr>
              <w:spacing w:after="20" w:line="257" w:lineRule="auto"/>
            </w:pPr>
          </w:p>
        </w:tc>
      </w:tr>
      <w:tr w:rsidR="00BC42E8" w14:paraId="707B6C6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3DEC59F" w14:textId="77777777" w:rsidR="00BC42E8" w:rsidRDefault="00DC1705">
            <w:pPr>
              <w:spacing w:after="20" w:line="257" w:lineRule="auto"/>
            </w:pPr>
            <w:r>
              <w:rPr>
                <w:b/>
                <w:color w:val="00543B"/>
                <w:sz w:val="18"/>
              </w:rPr>
              <w:t>K363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503289" w14:textId="77777777" w:rsidR="00BC42E8" w:rsidRDefault="00DC1705">
            <w:pPr>
              <w:spacing w:after="20" w:line="257" w:lineRule="auto"/>
            </w:pPr>
            <w:r>
              <w:rPr>
                <w:sz w:val="18"/>
              </w:rPr>
              <w:t>Corridor – Doors. Verify corridor doors close and latch as required, fit openings, resist smoke passage, and have only permitted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AFA07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AACD6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A9653F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1FEE0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FAEDA3" w14:textId="77777777" w:rsidR="00BC42E8" w:rsidRDefault="00BC42E8">
            <w:pPr>
              <w:spacing w:after="20" w:line="257" w:lineRule="auto"/>
            </w:pPr>
          </w:p>
        </w:tc>
      </w:tr>
      <w:tr w:rsidR="00BC42E8" w14:paraId="0A80DA0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FB156B" w14:textId="77777777" w:rsidR="00BC42E8" w:rsidRDefault="00DC1705">
            <w:pPr>
              <w:spacing w:after="20" w:line="257" w:lineRule="auto"/>
            </w:pPr>
            <w:r>
              <w:rPr>
                <w:b/>
                <w:color w:val="00543B"/>
                <w:sz w:val="18"/>
              </w:rPr>
              <w:t>K364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718DE7" w14:textId="77777777" w:rsidR="00BC42E8" w:rsidRDefault="00DC1705">
            <w:pPr>
              <w:spacing w:after="20" w:line="257" w:lineRule="auto"/>
            </w:pPr>
            <w:r>
              <w:rPr>
                <w:sz w:val="18"/>
              </w:rPr>
              <w:t>Corridor – Openings. Verify corridor openings and transfer grilles comply with the applicable limitations and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5D9D3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6495E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D799B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317A7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3417C7" w14:textId="77777777" w:rsidR="00BC42E8" w:rsidRDefault="00BC42E8">
            <w:pPr>
              <w:spacing w:after="20" w:line="257" w:lineRule="auto"/>
            </w:pPr>
          </w:p>
        </w:tc>
      </w:tr>
      <w:tr w:rsidR="00BC42E8" w14:paraId="2A16BCC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3902E2" w14:textId="77777777" w:rsidR="00BC42E8" w:rsidRDefault="00DC1705">
            <w:pPr>
              <w:spacing w:after="20" w:line="257" w:lineRule="auto"/>
            </w:pPr>
            <w:r>
              <w:rPr>
                <w:b/>
                <w:color w:val="00543B"/>
                <w:sz w:val="18"/>
              </w:rPr>
              <w:lastRenderedPageBreak/>
              <w:t>K371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303E65" w14:textId="77777777" w:rsidR="00BC42E8" w:rsidRDefault="00DC1705">
            <w:pPr>
              <w:spacing w:after="20" w:line="257" w:lineRule="auto"/>
            </w:pPr>
            <w:r>
              <w:rPr>
                <w:sz w:val="18"/>
              </w:rPr>
              <w:t>Subdivision of Building Spaces – Smoke Compartments. Verify required smoke compartment number, size, arrangement, travel distance, and separation by approved drawings and observation.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D6553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8F5B5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AF48C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88F5E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4D99EC" w14:textId="77777777" w:rsidR="00BC42E8" w:rsidRDefault="00BC42E8">
            <w:pPr>
              <w:spacing w:after="20" w:line="257" w:lineRule="auto"/>
            </w:pPr>
          </w:p>
        </w:tc>
      </w:tr>
      <w:tr w:rsidR="00BC42E8" w14:paraId="7A870D8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54705D" w14:textId="77777777" w:rsidR="00BC42E8" w:rsidRDefault="00DC1705">
            <w:pPr>
              <w:spacing w:after="20" w:line="257" w:lineRule="auto"/>
            </w:pPr>
            <w:r>
              <w:rPr>
                <w:b/>
                <w:color w:val="00543B"/>
                <w:sz w:val="18"/>
              </w:rPr>
              <w:t>K372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676C5C" w14:textId="77777777" w:rsidR="00BC42E8" w:rsidRDefault="00DC1705">
            <w:pPr>
              <w:spacing w:after="20" w:line="257" w:lineRule="auto"/>
            </w:pPr>
            <w:r>
              <w:rPr>
                <w:sz w:val="18"/>
              </w:rPr>
              <w:t>Subdivision of Building Spaces – Smoke Barrier Construction. Inspect smoke barrier continuity and penetrations, including concealed spaces, ducts, dampers, and firestop systems.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B4F7B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8EF4D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55427D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89120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84CBB0" w14:textId="77777777" w:rsidR="00BC42E8" w:rsidRDefault="00BC42E8">
            <w:pPr>
              <w:spacing w:after="20" w:line="257" w:lineRule="auto"/>
            </w:pPr>
          </w:p>
        </w:tc>
      </w:tr>
      <w:tr w:rsidR="00BC42E8" w14:paraId="06E10EC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1EF825" w14:textId="77777777" w:rsidR="00BC42E8" w:rsidRDefault="00DC1705">
            <w:pPr>
              <w:spacing w:after="20" w:line="257" w:lineRule="auto"/>
            </w:pPr>
            <w:r>
              <w:rPr>
                <w:b/>
                <w:color w:val="00543B"/>
                <w:sz w:val="18"/>
              </w:rPr>
              <w:t>K373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225FEA" w14:textId="77777777" w:rsidR="00BC42E8" w:rsidRDefault="00DC1705">
            <w:pPr>
              <w:spacing w:after="20" w:line="257" w:lineRule="auto"/>
            </w:pPr>
            <w:r>
              <w:rPr>
                <w:sz w:val="18"/>
              </w:rPr>
              <w:t>Subdivision of Building Spaces – Accumulation Space. Verify sufficient accumulation or refuge space on both sides of smoke barriers for relocated patients and other occupants.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C6378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4CED4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372A0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5401F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DCDB96" w14:textId="77777777" w:rsidR="00BC42E8" w:rsidRDefault="00BC42E8">
            <w:pPr>
              <w:spacing w:after="20" w:line="257" w:lineRule="auto"/>
            </w:pPr>
          </w:p>
        </w:tc>
      </w:tr>
      <w:tr w:rsidR="00BC42E8" w14:paraId="488D5B0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013A9F" w14:textId="77777777" w:rsidR="00BC42E8" w:rsidRDefault="00DC1705">
            <w:pPr>
              <w:spacing w:after="20" w:line="257" w:lineRule="auto"/>
            </w:pPr>
            <w:r>
              <w:rPr>
                <w:b/>
                <w:color w:val="00543B"/>
                <w:sz w:val="18"/>
              </w:rPr>
              <w:t>K374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329411" w14:textId="77777777" w:rsidR="00BC42E8" w:rsidRDefault="00DC1705">
            <w:pPr>
              <w:spacing w:after="20" w:line="257" w:lineRule="auto"/>
            </w:pPr>
            <w:r>
              <w:rPr>
                <w:sz w:val="18"/>
              </w:rPr>
              <w:t>Subdivision of Building Spaces – Smoke Barrier Doors. Inspect smoke barrier doors, closing and latching where required, glazing, clearance, meeting edges, and permitted configurations.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C6733C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E39735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09BC2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84C45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6D2E14" w14:textId="77777777" w:rsidR="00BC42E8" w:rsidRDefault="00BC42E8">
            <w:pPr>
              <w:spacing w:after="20" w:line="257" w:lineRule="auto"/>
            </w:pPr>
          </w:p>
        </w:tc>
      </w:tr>
      <w:tr w:rsidR="00BC42E8" w14:paraId="71CC34B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EA0A5C" w14:textId="77777777" w:rsidR="00BC42E8" w:rsidRDefault="00DC1705">
            <w:pPr>
              <w:spacing w:after="20" w:line="257" w:lineRule="auto"/>
            </w:pPr>
            <w:r>
              <w:rPr>
                <w:b/>
                <w:color w:val="00543B"/>
                <w:sz w:val="18"/>
              </w:rPr>
              <w:t>K379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9C5E10" w14:textId="77777777" w:rsidR="00BC42E8" w:rsidRDefault="00DC1705">
            <w:pPr>
              <w:spacing w:after="20" w:line="257" w:lineRule="auto"/>
            </w:pPr>
            <w:r>
              <w:rPr>
                <w:sz w:val="18"/>
              </w:rPr>
              <w:t>Smoke Barrier Door Glazing. Verify glazing in smoke barrier doors has the required ratings or protection and is correctly installed.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D1625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B70F0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C874C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35E6F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E978CE" w14:textId="77777777" w:rsidR="00BC42E8" w:rsidRDefault="00BC42E8">
            <w:pPr>
              <w:spacing w:after="20" w:line="257" w:lineRule="auto"/>
            </w:pPr>
          </w:p>
        </w:tc>
      </w:tr>
      <w:tr w:rsidR="00BC42E8" w14:paraId="61C6B6F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0F9EC2" w14:textId="77777777" w:rsidR="00BC42E8" w:rsidRDefault="00DC1705">
            <w:pPr>
              <w:spacing w:after="20" w:line="257" w:lineRule="auto"/>
            </w:pPr>
            <w:r>
              <w:rPr>
                <w:b/>
                <w:color w:val="00543B"/>
                <w:sz w:val="18"/>
              </w:rPr>
              <w:t>K381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4A5490" w14:textId="77777777" w:rsidR="00BC42E8" w:rsidRDefault="00DC1705">
            <w:pPr>
              <w:spacing w:after="20" w:line="257" w:lineRule="auto"/>
            </w:pPr>
            <w:r>
              <w:rPr>
                <w:sz w:val="18"/>
              </w:rPr>
              <w:t>Sleeping Room Outside Windows and Doors. Verify outside sleeping-room windows or doors, with applicable sill height and exceptions; apply hospital statutory and regulatory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9AFB3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A4643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A4855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9C36C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EDE714" w14:textId="77777777" w:rsidR="00BC42E8" w:rsidRDefault="00BC42E8">
            <w:pPr>
              <w:spacing w:after="20" w:line="257" w:lineRule="auto"/>
            </w:pPr>
          </w:p>
        </w:tc>
      </w:tr>
    </w:tbl>
    <w:p w14:paraId="1F67081D" w14:textId="77777777" w:rsidR="00BC42E8" w:rsidRDefault="00DC1705">
      <w:pPr>
        <w:pStyle w:val="Heading2"/>
        <w:pBdr>
          <w:bottom w:val="single" w:sz="10" w:space="5" w:color="E43A0A"/>
        </w:pBdr>
      </w:pPr>
      <w:r>
        <w:t>Special provisions and building services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7885FF0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EAF1235"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D5A54A5"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D6E0C2A"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1D59961"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A69C3ED"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68E42F3"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AAB4BC1" w14:textId="77777777" w:rsidR="00BC42E8" w:rsidRDefault="00DC1705">
            <w:pPr>
              <w:keepNext/>
              <w:spacing w:after="20" w:line="257" w:lineRule="auto"/>
            </w:pPr>
            <w:r>
              <w:rPr>
                <w:b/>
                <w:color w:val="FFFFFF"/>
                <w:sz w:val="15"/>
              </w:rPr>
              <w:t>EOP Location / Evidence / Notes</w:t>
            </w:r>
          </w:p>
        </w:tc>
      </w:tr>
      <w:tr w:rsidR="00BC42E8" w14:paraId="09BF980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95C087" w14:textId="77777777" w:rsidR="00BC42E8" w:rsidRDefault="00DC1705">
            <w:pPr>
              <w:spacing w:after="20" w:line="257" w:lineRule="auto"/>
            </w:pPr>
            <w:r>
              <w:rPr>
                <w:b/>
                <w:color w:val="00543B"/>
                <w:sz w:val="18"/>
              </w:rPr>
              <w:t>K400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07E72A" w14:textId="77777777" w:rsidR="00BC42E8" w:rsidRDefault="00DC1705">
            <w:pPr>
              <w:spacing w:after="20" w:line="257" w:lineRule="auto"/>
            </w:pPr>
            <w:r>
              <w:rPr>
                <w:sz w:val="18"/>
              </w:rPr>
              <w:t>Special Provisions – Other. Review additional special provisions and identify any Chapter 18 or 19 conditions not otherwise captured.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3C143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E079A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A7657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ED4F3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05C767" w14:textId="77777777" w:rsidR="00BC42E8" w:rsidRDefault="00BC42E8">
            <w:pPr>
              <w:spacing w:after="20" w:line="257" w:lineRule="auto"/>
            </w:pPr>
          </w:p>
        </w:tc>
      </w:tr>
      <w:tr w:rsidR="00BC42E8" w14:paraId="7FB593F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37332F" w14:textId="77777777" w:rsidR="00BC42E8" w:rsidRDefault="00DC1705">
            <w:pPr>
              <w:spacing w:after="20" w:line="257" w:lineRule="auto"/>
            </w:pPr>
            <w:r>
              <w:rPr>
                <w:b/>
                <w:color w:val="00543B"/>
                <w:sz w:val="18"/>
              </w:rPr>
              <w:t>K421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B35D3A" w14:textId="77777777" w:rsidR="00BC42E8" w:rsidRDefault="00DC1705">
            <w:pPr>
              <w:spacing w:after="20" w:line="257" w:lineRule="auto"/>
            </w:pPr>
            <w:r>
              <w:rPr>
                <w:sz w:val="18"/>
              </w:rPr>
              <w:t>High-Rise Buildings. For high-rise buildings, verify required sprinkler, alarm, smoke control, egress, and emergency provisions and their inspection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0C5B0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0CF70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6DBF6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055AA6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777AFA" w14:textId="77777777" w:rsidR="00BC42E8" w:rsidRDefault="00BC42E8">
            <w:pPr>
              <w:spacing w:after="20" w:line="257" w:lineRule="auto"/>
            </w:pPr>
          </w:p>
        </w:tc>
      </w:tr>
      <w:tr w:rsidR="00BC42E8" w14:paraId="225932C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FA9869" w14:textId="77777777" w:rsidR="00BC42E8" w:rsidRDefault="00DC1705">
            <w:pPr>
              <w:spacing w:after="20" w:line="257" w:lineRule="auto"/>
            </w:pPr>
            <w:r>
              <w:rPr>
                <w:b/>
                <w:color w:val="00543B"/>
                <w:sz w:val="18"/>
              </w:rPr>
              <w:t>K500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B5F624" w14:textId="77777777" w:rsidR="00BC42E8" w:rsidRDefault="00DC1705">
            <w:pPr>
              <w:spacing w:after="20" w:line="257" w:lineRule="auto"/>
            </w:pPr>
            <w:r>
              <w:rPr>
                <w:sz w:val="18"/>
              </w:rPr>
              <w:t>Building Services – Other. Review remaining building-service requirements and link service failures to utility response procedures.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B0C8F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1AE91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6C57F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77854F"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41F4CC" w14:textId="77777777" w:rsidR="00BC42E8" w:rsidRDefault="00BC42E8">
            <w:pPr>
              <w:spacing w:after="20" w:line="257" w:lineRule="auto"/>
            </w:pPr>
          </w:p>
        </w:tc>
      </w:tr>
      <w:tr w:rsidR="00BC42E8" w14:paraId="5B3F6A7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FE52D0" w14:textId="77777777" w:rsidR="00BC42E8" w:rsidRDefault="00DC1705">
            <w:pPr>
              <w:spacing w:after="20" w:line="257" w:lineRule="auto"/>
            </w:pPr>
            <w:r>
              <w:rPr>
                <w:b/>
                <w:color w:val="00543B"/>
                <w:sz w:val="18"/>
              </w:rPr>
              <w:lastRenderedPageBreak/>
              <w:t>K511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BBD0D4" w14:textId="77777777" w:rsidR="00BC42E8" w:rsidRDefault="00DC1705">
            <w:pPr>
              <w:spacing w:after="20" w:line="257" w:lineRule="auto"/>
            </w:pPr>
            <w:r>
              <w:rPr>
                <w:sz w:val="18"/>
              </w:rPr>
              <w:t>Utilities – Gas and Electric. Verify gas and electrical utility installations, shutoffs, labeling, protection, and code compliance.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4711A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7C4BA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6FCB7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DD871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948F05" w14:textId="77777777" w:rsidR="00BC42E8" w:rsidRDefault="00BC42E8">
            <w:pPr>
              <w:spacing w:after="20" w:line="257" w:lineRule="auto"/>
            </w:pPr>
          </w:p>
        </w:tc>
      </w:tr>
      <w:tr w:rsidR="00BC42E8" w14:paraId="489EA64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E515AD" w14:textId="77777777" w:rsidR="00BC42E8" w:rsidRDefault="00DC1705">
            <w:pPr>
              <w:spacing w:after="20" w:line="257" w:lineRule="auto"/>
            </w:pPr>
            <w:r>
              <w:rPr>
                <w:b/>
                <w:color w:val="00543B"/>
                <w:sz w:val="18"/>
              </w:rPr>
              <w:t>K521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7D66A4" w14:textId="77777777" w:rsidR="00BC42E8" w:rsidRDefault="00DC1705">
            <w:pPr>
              <w:spacing w:after="20" w:line="257" w:lineRule="auto"/>
            </w:pPr>
            <w:r>
              <w:rPr>
                <w:sz w:val="18"/>
              </w:rPr>
              <w:t>HVAC. Verify HVAC installation, shutoffs, fire and smoke dampers, inspections, testing, and maintenance.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D75E6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4E1B9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855F3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DA1FE3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A28A40" w14:textId="77777777" w:rsidR="00BC42E8" w:rsidRDefault="00BC42E8">
            <w:pPr>
              <w:spacing w:after="20" w:line="257" w:lineRule="auto"/>
            </w:pPr>
          </w:p>
        </w:tc>
      </w:tr>
      <w:tr w:rsidR="00BC42E8" w14:paraId="681B90F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5D8A00" w14:textId="77777777" w:rsidR="00BC42E8" w:rsidRDefault="00DC1705">
            <w:pPr>
              <w:spacing w:after="20" w:line="257" w:lineRule="auto"/>
            </w:pPr>
            <w:r>
              <w:rPr>
                <w:b/>
                <w:color w:val="00543B"/>
                <w:sz w:val="18"/>
              </w:rPr>
              <w:t>K522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83C8D0" w14:textId="77777777" w:rsidR="00BC42E8" w:rsidRDefault="00DC1705">
            <w:pPr>
              <w:spacing w:after="20" w:line="257" w:lineRule="auto"/>
            </w:pPr>
            <w:r>
              <w:rPr>
                <w:sz w:val="18"/>
              </w:rPr>
              <w:t>HVAC – Any Heating Device. Verify heating devices meet required installation, location, combustion, and protection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BBB0D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17C542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B4C4B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6EB800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9AE3A3" w14:textId="77777777" w:rsidR="00BC42E8" w:rsidRDefault="00BC42E8">
            <w:pPr>
              <w:spacing w:after="20" w:line="257" w:lineRule="auto"/>
            </w:pPr>
          </w:p>
        </w:tc>
      </w:tr>
      <w:tr w:rsidR="00BC42E8" w14:paraId="4A42B8F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947E9E" w14:textId="77777777" w:rsidR="00BC42E8" w:rsidRDefault="00DC1705">
            <w:pPr>
              <w:spacing w:after="20" w:line="257" w:lineRule="auto"/>
            </w:pPr>
            <w:r>
              <w:rPr>
                <w:b/>
                <w:color w:val="00543B"/>
                <w:sz w:val="18"/>
              </w:rPr>
              <w:t>K523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CA19B0" w14:textId="77777777" w:rsidR="00BC42E8" w:rsidRDefault="00DC1705">
            <w:pPr>
              <w:spacing w:after="20" w:line="257" w:lineRule="auto"/>
            </w:pPr>
            <w:r>
              <w:rPr>
                <w:sz w:val="18"/>
              </w:rPr>
              <w:t>HVAC – Suspended Unit Heaters. Inspect suspended unit heaters for permitted locations and protections, including separation from patient and combustible hazards.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4847D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F7A5F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A7DA4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6E1AA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0072D9" w14:textId="77777777" w:rsidR="00BC42E8" w:rsidRDefault="00BC42E8">
            <w:pPr>
              <w:spacing w:after="20" w:line="257" w:lineRule="auto"/>
            </w:pPr>
          </w:p>
        </w:tc>
      </w:tr>
      <w:tr w:rsidR="00BC42E8" w14:paraId="5F59D9F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BD9B50" w14:textId="77777777" w:rsidR="00BC42E8" w:rsidRDefault="00DC1705">
            <w:pPr>
              <w:spacing w:after="20" w:line="257" w:lineRule="auto"/>
            </w:pPr>
            <w:r>
              <w:rPr>
                <w:b/>
                <w:color w:val="00543B"/>
                <w:sz w:val="18"/>
              </w:rPr>
              <w:t>K524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FC3AE2" w14:textId="77777777" w:rsidR="00BC42E8" w:rsidRDefault="00DC1705">
            <w:pPr>
              <w:spacing w:after="20" w:line="257" w:lineRule="auto"/>
            </w:pPr>
            <w:r>
              <w:rPr>
                <w:sz w:val="18"/>
              </w:rPr>
              <w:t>HVAC – Direct-Vent Gas Fireplaces. For direct-vent gas fireplaces, verify permitted locations, barriers, equipment, and safeguards.</w:t>
            </w:r>
            <w:r>
              <w:rPr>
                <w:sz w:val="18"/>
              </w:rPr>
              <w:br/>
            </w:r>
            <w:r>
              <w:rPr>
                <w:sz w:val="18"/>
              </w:rP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6BBC7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298B8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D993C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0710D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1CB508" w14:textId="77777777" w:rsidR="00BC42E8" w:rsidRDefault="00BC42E8">
            <w:pPr>
              <w:spacing w:after="20" w:line="257" w:lineRule="auto"/>
            </w:pPr>
          </w:p>
        </w:tc>
      </w:tr>
      <w:tr w:rsidR="00BC42E8" w14:paraId="6098CA2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0B74FB" w14:textId="77777777" w:rsidR="00BC42E8" w:rsidRDefault="00DC1705">
            <w:pPr>
              <w:spacing w:after="20" w:line="257" w:lineRule="auto"/>
            </w:pPr>
            <w:r>
              <w:rPr>
                <w:b/>
                <w:color w:val="00543B"/>
                <w:sz w:val="18"/>
              </w:rPr>
              <w:t>K525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938704" w14:textId="77777777" w:rsidR="00BC42E8" w:rsidRDefault="00DC1705">
            <w:pPr>
              <w:spacing w:after="20" w:line="257" w:lineRule="auto"/>
            </w:pPr>
            <w:r>
              <w:rPr>
                <w:sz w:val="18"/>
              </w:rPr>
              <w:t>HVAC – Solid Fuel-Burning Fireplaces. For solid-fuel fireplaces, verify separation from sleeping areas, compliant enclosure, heat resistance, and required carbon monoxide detection.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AF896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3641D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892C8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7DF2D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D9D3A3" w14:textId="77777777" w:rsidR="00BC42E8" w:rsidRDefault="00BC42E8">
            <w:pPr>
              <w:spacing w:after="20" w:line="257" w:lineRule="auto"/>
            </w:pPr>
          </w:p>
        </w:tc>
      </w:tr>
      <w:tr w:rsidR="00BC42E8" w14:paraId="162611D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907EB4" w14:textId="77777777" w:rsidR="00BC42E8" w:rsidRDefault="00DC1705">
            <w:pPr>
              <w:spacing w:after="20" w:line="257" w:lineRule="auto"/>
            </w:pPr>
            <w:r>
              <w:rPr>
                <w:b/>
                <w:color w:val="00543B"/>
                <w:sz w:val="18"/>
              </w:rPr>
              <w:t>K531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59AA3E" w14:textId="77777777" w:rsidR="00BC42E8" w:rsidRDefault="00DC1705">
            <w:pPr>
              <w:spacing w:after="20" w:line="257" w:lineRule="auto"/>
            </w:pPr>
            <w:r>
              <w:rPr>
                <w:sz w:val="18"/>
              </w:rPr>
              <w:t>Elevators. Verify elevator fire service operation, recall, hoistway protection, inspection records, and evacuation restrictions.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E4C0B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6C3506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EF6FC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A01DA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9D788A" w14:textId="77777777" w:rsidR="00BC42E8" w:rsidRDefault="00BC42E8">
            <w:pPr>
              <w:spacing w:after="20" w:line="257" w:lineRule="auto"/>
            </w:pPr>
          </w:p>
        </w:tc>
      </w:tr>
      <w:tr w:rsidR="00BC42E8" w14:paraId="3D40BA2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861D92" w14:textId="77777777" w:rsidR="00BC42E8" w:rsidRDefault="00DC1705">
            <w:pPr>
              <w:spacing w:after="20" w:line="257" w:lineRule="auto"/>
            </w:pPr>
            <w:r>
              <w:rPr>
                <w:b/>
                <w:color w:val="00543B"/>
                <w:sz w:val="18"/>
              </w:rPr>
              <w:t>K532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294F0B" w14:textId="77777777" w:rsidR="00BC42E8" w:rsidRDefault="00DC1705">
            <w:pPr>
              <w:spacing w:after="20" w:line="257" w:lineRule="auto"/>
            </w:pPr>
            <w:r>
              <w:rPr>
                <w:sz w:val="18"/>
              </w:rPr>
              <w:t>Escalators, Dumbwaiters, and Moving Walks. Verify protection and permitted use of escalators, dumbwaiters, and moving walks, including opening enclosures.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CA2D2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32973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E1053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919A7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DED93C" w14:textId="77777777" w:rsidR="00BC42E8" w:rsidRDefault="00BC42E8">
            <w:pPr>
              <w:spacing w:after="20" w:line="257" w:lineRule="auto"/>
            </w:pPr>
          </w:p>
        </w:tc>
      </w:tr>
      <w:tr w:rsidR="00BC42E8" w14:paraId="1F0A1F5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31239B" w14:textId="77777777" w:rsidR="00BC42E8" w:rsidRDefault="00DC1705">
            <w:pPr>
              <w:spacing w:after="20" w:line="257" w:lineRule="auto"/>
            </w:pPr>
            <w:r>
              <w:rPr>
                <w:b/>
                <w:color w:val="00543B"/>
                <w:sz w:val="18"/>
              </w:rPr>
              <w:t>K541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2FE42D" w14:textId="77777777" w:rsidR="00BC42E8" w:rsidRDefault="00DC1705">
            <w:pPr>
              <w:spacing w:after="20" w:line="257" w:lineRule="auto"/>
            </w:pPr>
            <w:r>
              <w:rPr>
                <w:sz w:val="18"/>
              </w:rPr>
              <w:t>Rubbish Chutes, Incinerators, and Laundry Chutes. Verify chute, incinerator, and laundry-shaft protection, discharge rooms, sprinklers, and door operation.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51575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91230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FAF0F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FAC03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ADF12E" w14:textId="77777777" w:rsidR="00BC42E8" w:rsidRDefault="00BC42E8">
            <w:pPr>
              <w:spacing w:after="20" w:line="257" w:lineRule="auto"/>
            </w:pPr>
          </w:p>
        </w:tc>
      </w:tr>
    </w:tbl>
    <w:p w14:paraId="62613E32" w14:textId="77777777" w:rsidR="00BC42E8" w:rsidRDefault="00DC1705">
      <w:pPr>
        <w:pStyle w:val="Heading2"/>
        <w:pBdr>
          <w:bottom w:val="single" w:sz="10" w:space="5" w:color="E43A0A"/>
        </w:pBdr>
      </w:pPr>
      <w:r>
        <w:t>Operating features and fire response</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0A851A13"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79BEC17"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3BD05B9"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5915C1B"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4873FBD"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3A51DE4"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0785A6A"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4318340" w14:textId="77777777" w:rsidR="00BC42E8" w:rsidRDefault="00DC1705">
            <w:pPr>
              <w:keepNext/>
              <w:spacing w:after="20" w:line="257" w:lineRule="auto"/>
            </w:pPr>
            <w:r>
              <w:rPr>
                <w:b/>
                <w:color w:val="FFFFFF"/>
                <w:sz w:val="15"/>
              </w:rPr>
              <w:t>EOP Location / Evidence / Notes</w:t>
            </w:r>
          </w:p>
        </w:tc>
      </w:tr>
      <w:tr w:rsidR="00BC42E8" w14:paraId="3A9EC95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460CFE" w14:textId="77777777" w:rsidR="00BC42E8" w:rsidRDefault="00DC1705">
            <w:pPr>
              <w:spacing w:after="20" w:line="257" w:lineRule="auto"/>
            </w:pPr>
            <w:r>
              <w:rPr>
                <w:b/>
                <w:color w:val="00543B"/>
                <w:sz w:val="18"/>
              </w:rPr>
              <w:t>K700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6D27B1" w14:textId="77777777" w:rsidR="00BC42E8" w:rsidRDefault="00DC1705">
            <w:pPr>
              <w:spacing w:after="20" w:line="257" w:lineRule="auto"/>
            </w:pPr>
            <w:r>
              <w:rPr>
                <w:sz w:val="18"/>
              </w:rPr>
              <w:t>Operating Features – Other. Review additional operating features and staffing practices not covered by another K-tag.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988CB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5B130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F60FD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CAA79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8B0DD7" w14:textId="77777777" w:rsidR="00BC42E8" w:rsidRDefault="00BC42E8">
            <w:pPr>
              <w:spacing w:after="20" w:line="257" w:lineRule="auto"/>
            </w:pPr>
          </w:p>
        </w:tc>
      </w:tr>
      <w:tr w:rsidR="00BC42E8" w14:paraId="23A7BCD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A01A4C" w14:textId="77777777" w:rsidR="00BC42E8" w:rsidRDefault="00DC1705">
            <w:pPr>
              <w:spacing w:after="20" w:line="257" w:lineRule="auto"/>
            </w:pPr>
            <w:r>
              <w:rPr>
                <w:b/>
                <w:color w:val="00543B"/>
                <w:sz w:val="18"/>
              </w:rPr>
              <w:lastRenderedPageBreak/>
              <w:t>K711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1DDF2E" w14:textId="77777777" w:rsidR="00BC42E8" w:rsidRDefault="00DC1705">
            <w:pPr>
              <w:spacing w:after="20" w:line="257" w:lineRule="auto"/>
            </w:pPr>
            <w:r>
              <w:rPr>
                <w:sz w:val="18"/>
              </w:rPr>
              <w:t>Evacuation and Relocation Plan. Maintain a written fire protection, relocation, and evacuation plan with prompt reporting, alarm activation, containment, extinguishment, rescue, staff duties, and fire-department cooperation; verify accessibility and staff instruction.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07AE1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ADB18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80120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3FB6A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4E51DF" w14:textId="77777777" w:rsidR="00BC42E8" w:rsidRDefault="00BC42E8">
            <w:pPr>
              <w:spacing w:after="20" w:line="257" w:lineRule="auto"/>
            </w:pPr>
          </w:p>
        </w:tc>
      </w:tr>
      <w:tr w:rsidR="00BC42E8" w14:paraId="10B382C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0556DA" w14:textId="77777777" w:rsidR="00BC42E8" w:rsidRDefault="00DC1705">
            <w:pPr>
              <w:spacing w:after="20" w:line="257" w:lineRule="auto"/>
            </w:pPr>
            <w:r>
              <w:rPr>
                <w:b/>
                <w:color w:val="00543B"/>
                <w:sz w:val="18"/>
              </w:rPr>
              <w:t>K712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E1F0F7" w14:textId="77777777" w:rsidR="00BC42E8" w:rsidRDefault="00DC1705">
            <w:pPr>
              <w:spacing w:after="20" w:line="257" w:lineRule="auto"/>
            </w:pPr>
            <w:r>
              <w:rPr>
                <w:sz w:val="18"/>
              </w:rPr>
              <w:t>Fire Drills. Conduct fire drills at least quarterly on each shift, at varied expected and unexpected times, with alarm transmission and simulated fire conditions. Retain shift, scenario, response, and improvement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E612A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66E2E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1C1F1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E0DD3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9455FB" w14:textId="77777777" w:rsidR="00BC42E8" w:rsidRDefault="00BC42E8">
            <w:pPr>
              <w:spacing w:after="20" w:line="257" w:lineRule="auto"/>
            </w:pPr>
          </w:p>
        </w:tc>
      </w:tr>
      <w:tr w:rsidR="00BC42E8" w14:paraId="0289D85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AE0628" w14:textId="77777777" w:rsidR="00BC42E8" w:rsidRDefault="00DC1705">
            <w:pPr>
              <w:spacing w:after="20" w:line="257" w:lineRule="auto"/>
            </w:pPr>
            <w:r>
              <w:rPr>
                <w:b/>
                <w:color w:val="00543B"/>
                <w:sz w:val="18"/>
              </w:rPr>
              <w:t>K741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C2F06E6" w14:textId="77777777" w:rsidR="00BC42E8" w:rsidRDefault="00DC1705">
            <w:pPr>
              <w:spacing w:after="20" w:line="257" w:lineRule="auto"/>
            </w:pPr>
            <w:r>
              <w:rPr>
                <w:sz w:val="18"/>
              </w:rPr>
              <w:t>Smoking Regulations. Maintain smoking restrictions, supervision where needed, ash disposal, signs, and permitted metal containers; verify ignition-risk controls.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285B4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E4295B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75C4D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0E9ED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F07372" w14:textId="77777777" w:rsidR="00BC42E8" w:rsidRDefault="00BC42E8">
            <w:pPr>
              <w:spacing w:after="20" w:line="257" w:lineRule="auto"/>
            </w:pPr>
          </w:p>
        </w:tc>
      </w:tr>
      <w:tr w:rsidR="00BC42E8" w14:paraId="6090EC3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3D9297" w14:textId="77777777" w:rsidR="00BC42E8" w:rsidRDefault="00DC1705">
            <w:pPr>
              <w:spacing w:after="20" w:line="257" w:lineRule="auto"/>
            </w:pPr>
            <w:r>
              <w:rPr>
                <w:b/>
                <w:color w:val="00543B"/>
                <w:sz w:val="18"/>
              </w:rPr>
              <w:t>K751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2D96E8" w14:textId="77777777" w:rsidR="00BC42E8" w:rsidRDefault="00DC1705">
            <w:pPr>
              <w:spacing w:after="20" w:line="257" w:lineRule="auto"/>
            </w:pPr>
            <w:r>
              <w:rPr>
                <w:sz w:val="18"/>
              </w:rPr>
              <w:t>Draperies, Curtains, and Loosely Hanging Fabrics. Verify flame-resistance evidence and permitted use of drapes, curtains, and hanging fabrics.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0309F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DA3023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996AA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9E2F3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860594" w14:textId="77777777" w:rsidR="00BC42E8" w:rsidRDefault="00BC42E8">
            <w:pPr>
              <w:spacing w:after="20" w:line="257" w:lineRule="auto"/>
            </w:pPr>
          </w:p>
        </w:tc>
      </w:tr>
      <w:tr w:rsidR="00BC42E8" w14:paraId="21CAAC2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C3A22C" w14:textId="77777777" w:rsidR="00BC42E8" w:rsidRDefault="00DC1705">
            <w:pPr>
              <w:spacing w:after="20" w:line="257" w:lineRule="auto"/>
            </w:pPr>
            <w:r>
              <w:rPr>
                <w:b/>
                <w:color w:val="00543B"/>
                <w:sz w:val="18"/>
              </w:rPr>
              <w:t>K752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314CCD" w14:textId="77777777" w:rsidR="00BC42E8" w:rsidRDefault="00DC1705">
            <w:pPr>
              <w:spacing w:after="20" w:line="257" w:lineRule="auto"/>
            </w:pPr>
            <w:r>
              <w:rPr>
                <w:sz w:val="18"/>
              </w:rPr>
              <w:t>Upholstered Furniture and Mattresses. Verify applicable testing, product evidence, and protection for upholstered furniture and mattresses.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C5C0DA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843D1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29A18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25CA9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D934C8" w14:textId="77777777" w:rsidR="00BC42E8" w:rsidRDefault="00BC42E8">
            <w:pPr>
              <w:spacing w:after="20" w:line="257" w:lineRule="auto"/>
            </w:pPr>
          </w:p>
        </w:tc>
      </w:tr>
      <w:tr w:rsidR="00BC42E8" w14:paraId="3894B58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3B49A7" w14:textId="77777777" w:rsidR="00BC42E8" w:rsidRDefault="00DC1705">
            <w:pPr>
              <w:spacing w:after="20" w:line="257" w:lineRule="auto"/>
            </w:pPr>
            <w:r>
              <w:rPr>
                <w:b/>
                <w:color w:val="00543B"/>
                <w:sz w:val="18"/>
              </w:rPr>
              <w:t>K753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8584AE" w14:textId="77777777" w:rsidR="00BC42E8" w:rsidRDefault="00DC1705">
            <w:pPr>
              <w:spacing w:after="20" w:line="257" w:lineRule="auto"/>
            </w:pPr>
            <w:r>
              <w:rPr>
                <w:sz w:val="18"/>
              </w:rPr>
              <w:t>Combustible Decorations. Verify decoration combustibility, limits, locations, and documentation of allowed materials.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53FC82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EF2C5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84858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03854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1CCA96" w14:textId="77777777" w:rsidR="00BC42E8" w:rsidRDefault="00BC42E8">
            <w:pPr>
              <w:spacing w:after="20" w:line="257" w:lineRule="auto"/>
            </w:pPr>
          </w:p>
        </w:tc>
      </w:tr>
      <w:tr w:rsidR="00BC42E8" w14:paraId="147C765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040DF9" w14:textId="77777777" w:rsidR="00BC42E8" w:rsidRDefault="00DC1705">
            <w:pPr>
              <w:spacing w:after="20" w:line="257" w:lineRule="auto"/>
            </w:pPr>
            <w:r>
              <w:rPr>
                <w:b/>
                <w:color w:val="00543B"/>
                <w:sz w:val="18"/>
              </w:rPr>
              <w:t>K761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98E9D2" w14:textId="77777777" w:rsidR="00BC42E8" w:rsidRDefault="00DC1705">
            <w:pPr>
              <w:spacing w:after="20" w:line="257" w:lineRule="auto"/>
            </w:pPr>
            <w:r>
              <w:rPr>
                <w:sz w:val="18"/>
              </w:rPr>
              <w:t>Maintenance, Inspection &amp; Testing - Doors. Inspect and test required fire door assemblies annually using qualified personnel and written records. Routinely inspect other corridor and smoke barrier doors; do not automatically treat every door as an annual NFPA 80 fire door.</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4EC10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501C0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5064B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6351D2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ABEBA9" w14:textId="77777777" w:rsidR="00BC42E8" w:rsidRDefault="00BC42E8">
            <w:pPr>
              <w:spacing w:after="20" w:line="257" w:lineRule="auto"/>
            </w:pPr>
          </w:p>
        </w:tc>
      </w:tr>
      <w:tr w:rsidR="00BC42E8" w14:paraId="2197793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D5513C" w14:textId="77777777" w:rsidR="00BC42E8" w:rsidRDefault="00DC1705">
            <w:pPr>
              <w:spacing w:after="20" w:line="257" w:lineRule="auto"/>
            </w:pPr>
            <w:r>
              <w:rPr>
                <w:b/>
                <w:color w:val="00543B"/>
                <w:sz w:val="18"/>
              </w:rPr>
              <w:t>K754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9A2BE8" w14:textId="77777777" w:rsidR="00BC42E8" w:rsidRDefault="00DC1705">
            <w:pPr>
              <w:spacing w:after="20" w:line="257" w:lineRule="auto"/>
            </w:pPr>
            <w:r>
              <w:rPr>
                <w:sz w:val="18"/>
              </w:rPr>
              <w:t>Soiled Linen and Trash Containers. Verify linen and trash container capacity, density, hazardous-area storage, and applicable recycling exceptions.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935D9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7947F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C987D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6E4D0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8CF4C9" w14:textId="77777777" w:rsidR="00BC42E8" w:rsidRDefault="00BC42E8">
            <w:pPr>
              <w:spacing w:after="20" w:line="257" w:lineRule="auto"/>
            </w:pPr>
          </w:p>
        </w:tc>
      </w:tr>
      <w:tr w:rsidR="00BC42E8" w14:paraId="5A7EC30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113327" w14:textId="77777777" w:rsidR="00BC42E8" w:rsidRDefault="00DC1705">
            <w:pPr>
              <w:spacing w:after="20" w:line="257" w:lineRule="auto"/>
            </w:pPr>
            <w:r>
              <w:rPr>
                <w:b/>
                <w:color w:val="00543B"/>
                <w:sz w:val="18"/>
              </w:rPr>
              <w:t>K771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E43DA6" w14:textId="77777777" w:rsidR="00BC42E8" w:rsidRDefault="00DC1705">
            <w:pPr>
              <w:spacing w:after="20" w:line="257" w:lineRule="auto"/>
            </w:pPr>
            <w:r>
              <w:rPr>
                <w:sz w:val="18"/>
              </w:rPr>
              <w:t>Engineer Smoke Control Systems. For engineered smoke control, maintain operational testing, maintenance, trained staff, and system documentation.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81E0B6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A76EA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4D553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CAD03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A2680D" w14:textId="77777777" w:rsidR="00BC42E8" w:rsidRDefault="00BC42E8">
            <w:pPr>
              <w:spacing w:after="20" w:line="257" w:lineRule="auto"/>
            </w:pPr>
          </w:p>
        </w:tc>
      </w:tr>
      <w:tr w:rsidR="00BC42E8" w14:paraId="071C019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0C59E0" w14:textId="77777777" w:rsidR="00BC42E8" w:rsidRDefault="00DC1705">
            <w:pPr>
              <w:spacing w:after="20" w:line="257" w:lineRule="auto"/>
            </w:pPr>
            <w:r>
              <w:rPr>
                <w:b/>
                <w:color w:val="00543B"/>
                <w:sz w:val="18"/>
              </w:rPr>
              <w:t>K781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E0D605" w14:textId="77777777" w:rsidR="00BC42E8" w:rsidRDefault="00DC1705">
            <w:pPr>
              <w:spacing w:after="20" w:line="257" w:lineRule="auto"/>
            </w:pPr>
            <w:r>
              <w:rPr>
                <w:sz w:val="18"/>
              </w:rPr>
              <w:t>Portable Space Heaters. Verify restrictions on portable space heaters and any permitted use, including element temperature and approved location.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7F4A0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47713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D01FA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85C2CF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3659B2" w14:textId="77777777" w:rsidR="00BC42E8" w:rsidRDefault="00BC42E8">
            <w:pPr>
              <w:spacing w:after="20" w:line="257" w:lineRule="auto"/>
            </w:pPr>
          </w:p>
        </w:tc>
      </w:tr>
      <w:tr w:rsidR="00BC42E8" w14:paraId="7A0556C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74F3E9" w14:textId="77777777" w:rsidR="00BC42E8" w:rsidRDefault="00DC1705">
            <w:pPr>
              <w:spacing w:after="20" w:line="257" w:lineRule="auto"/>
            </w:pPr>
            <w:r>
              <w:rPr>
                <w:b/>
                <w:color w:val="00543B"/>
                <w:sz w:val="18"/>
              </w:rPr>
              <w:lastRenderedPageBreak/>
              <w:t>K791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BE227D" w14:textId="77777777" w:rsidR="00BC42E8" w:rsidRDefault="00DC1705">
            <w:pPr>
              <w:spacing w:after="20" w:line="257" w:lineRule="auto"/>
            </w:pPr>
            <w:r>
              <w:rPr>
                <w:sz w:val="18"/>
              </w:rPr>
              <w:t>Construction, Repair, and Improvement Operations. Maintain construction, repair, and renovation safeguards, temporary egress, fire protection, hot-work controls, and NFPA 241 protections.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3DDE0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7B19A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94834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7CD93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A5E314" w14:textId="77777777" w:rsidR="00BC42E8" w:rsidRDefault="00BC42E8">
            <w:pPr>
              <w:spacing w:after="20" w:line="257" w:lineRule="auto"/>
            </w:pPr>
          </w:p>
        </w:tc>
      </w:tr>
    </w:tbl>
    <w:p w14:paraId="39DEC1F9" w14:textId="77777777" w:rsidR="00BC42E8" w:rsidRDefault="00DC1705">
      <w:pPr>
        <w:pStyle w:val="Heading2"/>
        <w:pBdr>
          <w:bottom w:val="single" w:sz="10" w:space="5" w:color="E43A0A"/>
        </w:pBdr>
      </w:pPr>
      <w:r>
        <w:t>Health care facilities code and gas systems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35293D1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1C4316B"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EA8A60B"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6F6DB79"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74E84E1"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A4C6FFF"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17175AF"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8BC9191" w14:textId="77777777" w:rsidR="00BC42E8" w:rsidRDefault="00DC1705">
            <w:pPr>
              <w:keepNext/>
              <w:spacing w:after="20" w:line="257" w:lineRule="auto"/>
            </w:pPr>
            <w:r>
              <w:rPr>
                <w:b/>
                <w:color w:val="FFFFFF"/>
                <w:sz w:val="15"/>
              </w:rPr>
              <w:t>EOP Location / Evidence / Notes</w:t>
            </w:r>
          </w:p>
        </w:tc>
      </w:tr>
      <w:tr w:rsidR="00BC42E8" w14:paraId="4005CC4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199E42" w14:textId="77777777" w:rsidR="00BC42E8" w:rsidRDefault="00DC1705">
            <w:pPr>
              <w:spacing w:after="20" w:line="257" w:lineRule="auto"/>
            </w:pPr>
            <w:r>
              <w:rPr>
                <w:b/>
                <w:color w:val="00543B"/>
                <w:sz w:val="18"/>
              </w:rPr>
              <w:t>K900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D909F8" w14:textId="77777777" w:rsidR="00BC42E8" w:rsidRDefault="00DC1705">
            <w:pPr>
              <w:spacing w:after="20" w:line="257" w:lineRule="auto"/>
            </w:pPr>
            <w:r>
              <w:rPr>
                <w:sz w:val="18"/>
              </w:rPr>
              <w:t>Health Care Facilities Code - Other. Review other applicable NFPA 99 requirements. Record federal exclusions of Chapters 7, 8, 12, and 13 separately from Maine obligations.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60273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CD44B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CD120B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E1651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F04EA5" w14:textId="77777777" w:rsidR="00BC42E8" w:rsidRDefault="00BC42E8">
            <w:pPr>
              <w:spacing w:after="20" w:line="257" w:lineRule="auto"/>
            </w:pPr>
          </w:p>
        </w:tc>
      </w:tr>
      <w:tr w:rsidR="00BC42E8" w14:paraId="2E91DED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79E249" w14:textId="77777777" w:rsidR="00BC42E8" w:rsidRDefault="00DC1705">
            <w:pPr>
              <w:spacing w:after="20" w:line="257" w:lineRule="auto"/>
            </w:pPr>
            <w:r>
              <w:rPr>
                <w:b/>
                <w:color w:val="00543B"/>
                <w:sz w:val="18"/>
              </w:rPr>
              <w:t>K901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3EAC9FD" w14:textId="77777777" w:rsidR="00BC42E8" w:rsidRDefault="00DC1705">
            <w:pPr>
              <w:spacing w:after="20" w:line="257" w:lineRule="auto"/>
            </w:pPr>
            <w:r>
              <w:rPr>
                <w:sz w:val="18"/>
              </w:rPr>
              <w:t>Fundamentals – Building System Categories. Maintain formal, documented risk assessments assigning building-system Categories 1 through 4; qualified personnel determine the risk of system failure.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539C9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AC2B9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114A0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519FE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70EF1C" w14:textId="77777777" w:rsidR="00BC42E8" w:rsidRDefault="00BC42E8">
            <w:pPr>
              <w:spacing w:after="20" w:line="257" w:lineRule="auto"/>
            </w:pPr>
          </w:p>
        </w:tc>
      </w:tr>
      <w:tr w:rsidR="00BC42E8" w14:paraId="0043C1B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1F8806" w14:textId="77777777" w:rsidR="00BC42E8" w:rsidRDefault="00DC1705">
            <w:pPr>
              <w:spacing w:after="20" w:line="257" w:lineRule="auto"/>
            </w:pPr>
            <w:r>
              <w:rPr>
                <w:b/>
                <w:color w:val="00543B"/>
                <w:sz w:val="18"/>
              </w:rPr>
              <w:t>K902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B20973" w14:textId="77777777" w:rsidR="00BC42E8" w:rsidRDefault="00DC1705">
            <w:pPr>
              <w:spacing w:after="20" w:line="257" w:lineRule="auto"/>
            </w:pPr>
            <w:r>
              <w:rPr>
                <w:sz w:val="18"/>
              </w:rPr>
              <w:t>Gas and Vacuum Piped Systems – Other. Review remaining medical gas and vacuum Chapter 5 provisions not addressed by specific tags.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2214E4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C3E66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6B18F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7A9BF3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1A0BCF" w14:textId="77777777" w:rsidR="00BC42E8" w:rsidRDefault="00BC42E8">
            <w:pPr>
              <w:spacing w:after="20" w:line="257" w:lineRule="auto"/>
            </w:pPr>
          </w:p>
        </w:tc>
      </w:tr>
      <w:tr w:rsidR="00BC42E8" w14:paraId="1A5F076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6B6831" w14:textId="77777777" w:rsidR="00BC42E8" w:rsidRDefault="00DC1705">
            <w:pPr>
              <w:spacing w:after="20" w:line="257" w:lineRule="auto"/>
            </w:pPr>
            <w:r>
              <w:rPr>
                <w:b/>
                <w:color w:val="00543B"/>
                <w:sz w:val="18"/>
              </w:rPr>
              <w:t>K903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88EA0F" w14:textId="77777777" w:rsidR="00BC42E8" w:rsidRDefault="00DC1705">
            <w:pPr>
              <w:spacing w:after="20" w:line="257" w:lineRule="auto"/>
            </w:pPr>
            <w:r>
              <w:rPr>
                <w:sz w:val="18"/>
              </w:rPr>
              <w:t>Gas and Vacuum Piped Systems – Categories. Verify medical gas, vacuum, WAGD, and air system categories match clinical risk and permitted sedation or anesthesia use.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88038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FC808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DC7CB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A923A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C91609" w14:textId="77777777" w:rsidR="00BC42E8" w:rsidRDefault="00BC42E8">
            <w:pPr>
              <w:spacing w:after="20" w:line="257" w:lineRule="auto"/>
            </w:pPr>
          </w:p>
        </w:tc>
      </w:tr>
      <w:tr w:rsidR="00BC42E8" w14:paraId="63D6B90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AAB8E1" w14:textId="77777777" w:rsidR="00BC42E8" w:rsidRDefault="00DC1705">
            <w:pPr>
              <w:spacing w:after="20" w:line="257" w:lineRule="auto"/>
            </w:pPr>
            <w:r>
              <w:rPr>
                <w:b/>
                <w:color w:val="00543B"/>
                <w:sz w:val="18"/>
              </w:rPr>
              <w:t>K904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8379C4" w14:textId="77777777" w:rsidR="00BC42E8" w:rsidRDefault="00DC1705">
            <w:pPr>
              <w:spacing w:after="20" w:line="257" w:lineRule="auto"/>
            </w:pPr>
            <w:r>
              <w:rPr>
                <w:sz w:val="18"/>
              </w:rPr>
              <w:t>Gas and Vacuum Piped Systems – Warning Systems. Verify required medical gas and vacuum master, area, and local warning systems and staff response to abnormal conditions.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E3088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CA0E7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99974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4DC43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6DD6CF" w14:textId="77777777" w:rsidR="00BC42E8" w:rsidRDefault="00BC42E8">
            <w:pPr>
              <w:spacing w:after="20" w:line="257" w:lineRule="auto"/>
            </w:pPr>
          </w:p>
        </w:tc>
      </w:tr>
      <w:tr w:rsidR="00BC42E8" w14:paraId="7DC55D1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866A03" w14:textId="77777777" w:rsidR="00BC42E8" w:rsidRDefault="00DC1705">
            <w:pPr>
              <w:spacing w:after="20" w:line="257" w:lineRule="auto"/>
            </w:pPr>
            <w:r>
              <w:rPr>
                <w:b/>
                <w:color w:val="00543B"/>
                <w:sz w:val="18"/>
              </w:rPr>
              <w:t>K905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9DCEB5" w14:textId="77777777" w:rsidR="00BC42E8" w:rsidRDefault="00DC1705">
            <w:pPr>
              <w:spacing w:after="20" w:line="257" w:lineRule="auto"/>
            </w:pPr>
            <w:r>
              <w:rPr>
                <w:sz w:val="18"/>
              </w:rPr>
              <w:t>Gas and Vacuum Piped Systems – Central Supply System. Verify central supply design, source equipment, reserve supply, access, separation, and protection.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0FB28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407E1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3145A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497AE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FC86A0" w14:textId="77777777" w:rsidR="00BC42E8" w:rsidRDefault="00BC42E8">
            <w:pPr>
              <w:spacing w:after="20" w:line="257" w:lineRule="auto"/>
            </w:pPr>
          </w:p>
        </w:tc>
      </w:tr>
      <w:tr w:rsidR="00BC42E8" w14:paraId="6BB514B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917209" w14:textId="77777777" w:rsidR="00BC42E8" w:rsidRDefault="00DC1705">
            <w:pPr>
              <w:spacing w:after="20" w:line="257" w:lineRule="auto"/>
            </w:pPr>
            <w:r>
              <w:rPr>
                <w:b/>
                <w:color w:val="00543B"/>
                <w:sz w:val="18"/>
              </w:rPr>
              <w:t>K906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D070C0" w14:textId="77777777" w:rsidR="00BC42E8" w:rsidRDefault="00DC1705">
            <w:pPr>
              <w:spacing w:after="20" w:line="257" w:lineRule="auto"/>
            </w:pPr>
            <w:r>
              <w:rPr>
                <w:sz w:val="18"/>
              </w:rPr>
              <w:t>Gas and Vacuum Piped Systems – Central Supply System Operations. Verify safe central supply operations and continuity under source failure, maintenance, and reserve depletion.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82596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ACB49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98B52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86BABF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B1A934" w14:textId="77777777" w:rsidR="00BC42E8" w:rsidRDefault="00BC42E8">
            <w:pPr>
              <w:spacing w:after="20" w:line="257" w:lineRule="auto"/>
            </w:pPr>
          </w:p>
        </w:tc>
      </w:tr>
      <w:tr w:rsidR="00BC42E8" w14:paraId="6A8B5F7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CE9A999" w14:textId="77777777" w:rsidR="00BC42E8" w:rsidRDefault="00DC1705">
            <w:pPr>
              <w:spacing w:after="20" w:line="257" w:lineRule="auto"/>
            </w:pPr>
            <w:r>
              <w:rPr>
                <w:b/>
                <w:color w:val="00543B"/>
                <w:sz w:val="18"/>
              </w:rPr>
              <w:t>K907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1C0DB3" w14:textId="77777777" w:rsidR="00BC42E8" w:rsidRDefault="00DC1705">
            <w:pPr>
              <w:spacing w:after="20" w:line="257" w:lineRule="auto"/>
            </w:pPr>
            <w:r>
              <w:rPr>
                <w:sz w:val="18"/>
              </w:rPr>
              <w:t>Gas and Vacuum Piped Systems – Maintenance Program. Maintain medical gas and vacuum maintenance policies, equipment inventories, schedules, qualified personnel, and service records.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4671E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8D928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3A069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1B199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B13D59" w14:textId="77777777" w:rsidR="00BC42E8" w:rsidRDefault="00BC42E8">
            <w:pPr>
              <w:spacing w:after="20" w:line="257" w:lineRule="auto"/>
            </w:pPr>
          </w:p>
        </w:tc>
      </w:tr>
      <w:tr w:rsidR="00BC42E8" w14:paraId="2805CA9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FDA33CA" w14:textId="77777777" w:rsidR="00BC42E8" w:rsidRDefault="00DC1705">
            <w:pPr>
              <w:spacing w:after="20" w:line="257" w:lineRule="auto"/>
            </w:pPr>
            <w:r>
              <w:rPr>
                <w:b/>
                <w:color w:val="00543B"/>
                <w:sz w:val="18"/>
              </w:rPr>
              <w:lastRenderedPageBreak/>
              <w:t>K908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01CB3C" w14:textId="77777777" w:rsidR="00BC42E8" w:rsidRDefault="00DC1705">
            <w:pPr>
              <w:spacing w:after="20" w:line="257" w:lineRule="auto"/>
            </w:pPr>
            <w:r>
              <w:rPr>
                <w:sz w:val="18"/>
              </w:rPr>
              <w:t>Gas and Vacuum Piped Systems – Inspection and Testing Operations. Verify inspection and testing of medical gas and vacuum components, alarms, safety devices, and corrective actions.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DEAA9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425A9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9910B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23247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3B6104" w14:textId="77777777" w:rsidR="00BC42E8" w:rsidRDefault="00BC42E8">
            <w:pPr>
              <w:spacing w:after="20" w:line="257" w:lineRule="auto"/>
            </w:pPr>
          </w:p>
        </w:tc>
      </w:tr>
      <w:tr w:rsidR="00BC42E8" w14:paraId="649AF9D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39F187" w14:textId="77777777" w:rsidR="00BC42E8" w:rsidRDefault="00DC1705">
            <w:pPr>
              <w:spacing w:after="20" w:line="257" w:lineRule="auto"/>
            </w:pPr>
            <w:r>
              <w:rPr>
                <w:b/>
                <w:color w:val="00543B"/>
                <w:sz w:val="18"/>
              </w:rPr>
              <w:t>K909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F38663" w14:textId="77777777" w:rsidR="00BC42E8" w:rsidRDefault="00DC1705">
            <w:pPr>
              <w:spacing w:after="20" w:line="257" w:lineRule="auto"/>
            </w:pPr>
            <w:r>
              <w:rPr>
                <w:sz w:val="18"/>
              </w:rPr>
              <w:t>Gas and Vacuum Piped Systems – Information and Warning Signs. Verify medical gas and vacuum warning signs, instructions, and required information at sources, valves, and outlets.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773C3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4EBEF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0036B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3FB41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EBC2BE" w14:textId="77777777" w:rsidR="00BC42E8" w:rsidRDefault="00BC42E8">
            <w:pPr>
              <w:spacing w:after="20" w:line="257" w:lineRule="auto"/>
            </w:pPr>
          </w:p>
        </w:tc>
      </w:tr>
      <w:tr w:rsidR="00BC42E8" w14:paraId="30DF570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6EBE70" w14:textId="77777777" w:rsidR="00BC42E8" w:rsidRDefault="00DC1705">
            <w:pPr>
              <w:spacing w:after="20" w:line="257" w:lineRule="auto"/>
            </w:pPr>
            <w:r>
              <w:rPr>
                <w:b/>
                <w:color w:val="00543B"/>
                <w:sz w:val="18"/>
              </w:rPr>
              <w:t>K910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8C9DAA" w14:textId="77777777" w:rsidR="00BC42E8" w:rsidRDefault="00DC1705">
            <w:pPr>
              <w:spacing w:after="20" w:line="257" w:lineRule="auto"/>
            </w:pPr>
            <w:r>
              <w:rPr>
                <w:sz w:val="18"/>
              </w:rPr>
              <w:t>Gas and Vacuum Piped Systems – Modifications. For medical gas modifications, retain permits, qualified installer and verifier records, testing, and acceptance before clinical use.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89477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9878FB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A190D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3E396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2D388E" w14:textId="77777777" w:rsidR="00BC42E8" w:rsidRDefault="00BC42E8">
            <w:pPr>
              <w:spacing w:after="20" w:line="257" w:lineRule="auto"/>
            </w:pPr>
          </w:p>
        </w:tc>
      </w:tr>
    </w:tbl>
    <w:p w14:paraId="031AB7A2" w14:textId="77777777" w:rsidR="00BC42E8" w:rsidRDefault="00DC1705">
      <w:pPr>
        <w:pStyle w:val="Heading2"/>
        <w:pBdr>
          <w:bottom w:val="single" w:sz="10" w:space="5" w:color="E43A0A"/>
        </w:pBdr>
      </w:pPr>
      <w:r>
        <w:t>Electrical systems and equipment</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514EF4F6"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30380A5"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86AF5AA"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A5F3C52"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299ED28"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62BE96F"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DA6E8E4"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7415B0D" w14:textId="77777777" w:rsidR="00BC42E8" w:rsidRDefault="00DC1705">
            <w:pPr>
              <w:keepNext/>
              <w:spacing w:after="20" w:line="257" w:lineRule="auto"/>
            </w:pPr>
            <w:r>
              <w:rPr>
                <w:b/>
                <w:color w:val="FFFFFF"/>
                <w:sz w:val="15"/>
              </w:rPr>
              <w:t>EOP Location / Evidence / Notes</w:t>
            </w:r>
          </w:p>
        </w:tc>
      </w:tr>
      <w:tr w:rsidR="00BC42E8" w14:paraId="21F8A78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186924" w14:textId="77777777" w:rsidR="00BC42E8" w:rsidRDefault="00DC1705">
            <w:pPr>
              <w:spacing w:after="20" w:line="257" w:lineRule="auto"/>
            </w:pPr>
            <w:r>
              <w:rPr>
                <w:b/>
                <w:color w:val="00543B"/>
                <w:sz w:val="18"/>
              </w:rPr>
              <w:t>K911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8679E0" w14:textId="77777777" w:rsidR="00BC42E8" w:rsidRDefault="00DC1705">
            <w:pPr>
              <w:spacing w:after="20" w:line="257" w:lineRule="auto"/>
            </w:pPr>
            <w:r>
              <w:rPr>
                <w:sz w:val="18"/>
              </w:rPr>
              <w:t>Electrical Systems – Other. Review remaining electrical system Chapter 6 provisions, protections, and required electrical system documentation.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FE3A2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09B15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E5929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35EDA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EB9D27" w14:textId="77777777" w:rsidR="00BC42E8" w:rsidRDefault="00BC42E8">
            <w:pPr>
              <w:spacing w:after="20" w:line="257" w:lineRule="auto"/>
            </w:pPr>
          </w:p>
        </w:tc>
      </w:tr>
      <w:tr w:rsidR="00BC42E8" w14:paraId="2C9AAD4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3FAF06" w14:textId="77777777" w:rsidR="00BC42E8" w:rsidRDefault="00DC1705">
            <w:pPr>
              <w:spacing w:after="20" w:line="257" w:lineRule="auto"/>
            </w:pPr>
            <w:r>
              <w:rPr>
                <w:b/>
                <w:color w:val="00543B"/>
                <w:sz w:val="18"/>
              </w:rPr>
              <w:t>K912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2A4FDF" w14:textId="77777777" w:rsidR="00BC42E8" w:rsidRDefault="00DC1705">
            <w:pPr>
              <w:spacing w:after="20" w:line="257" w:lineRule="auto"/>
            </w:pPr>
            <w:r>
              <w:rPr>
                <w:sz w:val="18"/>
              </w:rPr>
              <w:t>Electrical Systems – Receptacles. Verify correct receptacle type, location, grounding, and identification at patient beds and anesthetizing locations.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46FDE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5880D6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769A2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05C34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21828F" w14:textId="77777777" w:rsidR="00BC42E8" w:rsidRDefault="00BC42E8">
            <w:pPr>
              <w:spacing w:after="20" w:line="257" w:lineRule="auto"/>
            </w:pPr>
          </w:p>
        </w:tc>
      </w:tr>
      <w:tr w:rsidR="00BC42E8" w14:paraId="6B7B242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F5291F" w14:textId="77777777" w:rsidR="00BC42E8" w:rsidRDefault="00DC1705">
            <w:pPr>
              <w:spacing w:after="20" w:line="257" w:lineRule="auto"/>
            </w:pPr>
            <w:r>
              <w:rPr>
                <w:b/>
                <w:color w:val="00543B"/>
                <w:sz w:val="18"/>
              </w:rPr>
              <w:t>K913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375EEF" w14:textId="77777777" w:rsidR="00BC42E8" w:rsidRDefault="00DC1705">
            <w:pPr>
              <w:spacing w:after="20" w:line="257" w:lineRule="auto"/>
            </w:pPr>
            <w:r>
              <w:rPr>
                <w:sz w:val="18"/>
              </w:rPr>
              <w:t>Electrical Systems – Wet Procedure Locations. Maintain wet-procedure location risk determinations and required isolated power or ground-fault protection, including tests.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41B40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A4CCD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F52E21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B9717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42B087" w14:textId="77777777" w:rsidR="00BC42E8" w:rsidRDefault="00BC42E8">
            <w:pPr>
              <w:spacing w:after="20" w:line="257" w:lineRule="auto"/>
            </w:pPr>
          </w:p>
        </w:tc>
      </w:tr>
      <w:tr w:rsidR="00BC42E8" w14:paraId="55E6DB5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25CDD8" w14:textId="77777777" w:rsidR="00BC42E8" w:rsidRDefault="00DC1705">
            <w:pPr>
              <w:spacing w:after="20" w:line="257" w:lineRule="auto"/>
            </w:pPr>
            <w:r>
              <w:rPr>
                <w:b/>
                <w:color w:val="00543B"/>
                <w:sz w:val="18"/>
              </w:rPr>
              <w:t>K914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56B8CD" w14:textId="77777777" w:rsidR="00BC42E8" w:rsidRDefault="00DC1705">
            <w:pPr>
              <w:spacing w:after="20" w:line="257" w:lineRule="auto"/>
            </w:pPr>
            <w:r>
              <w:rPr>
                <w:sz w:val="18"/>
              </w:rPr>
              <w:t>Electrical Systems – Maintenance and Testing. Test receptacles after installation or repair and at applicable intervals. Nonhospital-grade patient-bed and anesthetizing-location receptacles require intervals not exceeding 12 months; document hospital-grade schedules.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FC688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4253D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97284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F24A4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191927" w14:textId="77777777" w:rsidR="00BC42E8" w:rsidRDefault="00BC42E8">
            <w:pPr>
              <w:spacing w:after="20" w:line="257" w:lineRule="auto"/>
            </w:pPr>
          </w:p>
        </w:tc>
      </w:tr>
      <w:tr w:rsidR="00BC42E8" w14:paraId="6AB980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78665B" w14:textId="77777777" w:rsidR="00BC42E8" w:rsidRDefault="00DC1705">
            <w:pPr>
              <w:spacing w:after="20" w:line="257" w:lineRule="auto"/>
            </w:pPr>
            <w:r>
              <w:rPr>
                <w:b/>
                <w:color w:val="00543B"/>
                <w:sz w:val="18"/>
              </w:rPr>
              <w:t>K915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FB5FD0" w14:textId="77777777" w:rsidR="00BC42E8" w:rsidRDefault="00DC1705">
            <w:pPr>
              <w:spacing w:after="20" w:line="257" w:lineRule="auto"/>
            </w:pPr>
            <w:r>
              <w:rPr>
                <w:sz w:val="18"/>
              </w:rPr>
              <w:t>Electrical Systems – Essential Electric System Categories. Verify essential electric system type and branches match clinical use, life-support needs, and formal risk categorization.</w:t>
            </w:r>
            <w:r>
              <w:rPr>
                <w:sz w:val="18"/>
              </w:rPr>
              <w:br/>
            </w:r>
            <w:r>
              <w:rPr>
                <w:sz w:val="18"/>
              </w:rP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97959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52925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C47DA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15410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6D0083" w14:textId="77777777" w:rsidR="00BC42E8" w:rsidRDefault="00BC42E8">
            <w:pPr>
              <w:spacing w:after="20" w:line="257" w:lineRule="auto"/>
            </w:pPr>
          </w:p>
        </w:tc>
      </w:tr>
      <w:tr w:rsidR="00BC42E8" w14:paraId="77AA8D7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7BD439" w14:textId="77777777" w:rsidR="00BC42E8" w:rsidRDefault="00DC1705">
            <w:pPr>
              <w:spacing w:after="20" w:line="257" w:lineRule="auto"/>
            </w:pPr>
            <w:r>
              <w:rPr>
                <w:b/>
                <w:color w:val="00543B"/>
                <w:sz w:val="18"/>
              </w:rPr>
              <w:t>K916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898F22" w14:textId="77777777" w:rsidR="00BC42E8" w:rsidRDefault="00DC1705">
            <w:pPr>
              <w:spacing w:after="20" w:line="257" w:lineRule="auto"/>
            </w:pPr>
            <w:r>
              <w:rPr>
                <w:sz w:val="18"/>
              </w:rPr>
              <w:t>Electrical Systems – Essential Electric System Alarm Annunciator. Verify essential-power alarm annunciation, monitoring location, staffed response, and system testing.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44F1E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602047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72FEC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A4400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39276E" w14:textId="77777777" w:rsidR="00BC42E8" w:rsidRDefault="00BC42E8">
            <w:pPr>
              <w:spacing w:after="20" w:line="257" w:lineRule="auto"/>
            </w:pPr>
          </w:p>
        </w:tc>
      </w:tr>
      <w:tr w:rsidR="00BC42E8" w14:paraId="37A0317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01D449" w14:textId="77777777" w:rsidR="00BC42E8" w:rsidRDefault="00DC1705">
            <w:pPr>
              <w:spacing w:after="20" w:line="257" w:lineRule="auto"/>
            </w:pPr>
            <w:r>
              <w:rPr>
                <w:b/>
                <w:color w:val="00543B"/>
                <w:sz w:val="18"/>
              </w:rPr>
              <w:lastRenderedPageBreak/>
              <w:t>K917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39EE6E" w14:textId="77777777" w:rsidR="00BC42E8" w:rsidRDefault="00DC1705">
            <w:pPr>
              <w:spacing w:after="20" w:line="257" w:lineRule="auto"/>
            </w:pPr>
            <w:r>
              <w:rPr>
                <w:sz w:val="18"/>
              </w:rPr>
              <w:t>Electrical Systems – Essential Electric System Receptacles. Distinctively mark receptacles or cover plates supplied from life safety and critical branches; verify patient-care staff can identify them.</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7CB9B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EE884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F03A2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F4DDB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EB6C22" w14:textId="77777777" w:rsidR="00BC42E8" w:rsidRDefault="00BC42E8">
            <w:pPr>
              <w:spacing w:after="20" w:line="257" w:lineRule="auto"/>
            </w:pPr>
          </w:p>
        </w:tc>
      </w:tr>
      <w:tr w:rsidR="00BC42E8" w14:paraId="420DF8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9759C9" w14:textId="77777777" w:rsidR="00BC42E8" w:rsidRDefault="00DC1705">
            <w:pPr>
              <w:spacing w:after="20" w:line="257" w:lineRule="auto"/>
            </w:pPr>
            <w:r>
              <w:rPr>
                <w:b/>
                <w:color w:val="00543B"/>
                <w:sz w:val="18"/>
              </w:rPr>
              <w:t>K918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5C318A" w14:textId="77777777" w:rsidR="00BC42E8" w:rsidRDefault="00DC1705">
            <w:pPr>
              <w:spacing w:after="20" w:line="257" w:lineRule="auto"/>
            </w:pPr>
            <w:r>
              <w:rPr>
                <w:sz w:val="18"/>
              </w:rPr>
              <w:t>Essential electrical system maintenance and testing. Verify life safety and critical branch power within 10 seconds; annually confirm when monthly tests do not demonstrate it. Record weekly generator inspections, 30-minute load tests 12 times annually at 20–40-day intervals, applicable 36-month 4-hour and supplemental load tests, transfer-switch tests, annual main/feeder breaker inspections, NFPA 111 stored-energy tests, and circuit identification.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E5337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F4BFF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743453"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0841B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CD38EF" w14:textId="77777777" w:rsidR="00BC42E8" w:rsidRDefault="00BC42E8">
            <w:pPr>
              <w:spacing w:after="20" w:line="257" w:lineRule="auto"/>
            </w:pPr>
          </w:p>
        </w:tc>
      </w:tr>
      <w:tr w:rsidR="00BC42E8" w14:paraId="4C0494F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07D6C3" w14:textId="77777777" w:rsidR="00BC42E8" w:rsidRDefault="00DC1705">
            <w:pPr>
              <w:spacing w:after="20" w:line="257" w:lineRule="auto"/>
            </w:pPr>
            <w:r>
              <w:rPr>
                <w:b/>
                <w:color w:val="00543B"/>
                <w:sz w:val="18"/>
              </w:rPr>
              <w:t>K919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C6B901" w14:textId="77777777" w:rsidR="00BC42E8" w:rsidRDefault="00DC1705">
            <w:pPr>
              <w:spacing w:after="20" w:line="257" w:lineRule="auto"/>
            </w:pPr>
            <w:r>
              <w:rPr>
                <w:sz w:val="18"/>
              </w:rPr>
              <w:t>Electrical Equipment – Other. Review other electrical equipment Chapter 10 requirements and electrical safety controls.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B41DC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E6260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4E3EE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D0ED2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26CFF3" w14:textId="77777777" w:rsidR="00BC42E8" w:rsidRDefault="00BC42E8">
            <w:pPr>
              <w:spacing w:after="20" w:line="257" w:lineRule="auto"/>
            </w:pPr>
          </w:p>
        </w:tc>
      </w:tr>
      <w:tr w:rsidR="00BC42E8" w14:paraId="6D3641D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D29819" w14:textId="77777777" w:rsidR="00BC42E8" w:rsidRDefault="00DC1705">
            <w:pPr>
              <w:spacing w:after="20" w:line="257" w:lineRule="auto"/>
            </w:pPr>
            <w:r>
              <w:rPr>
                <w:b/>
                <w:color w:val="00543B"/>
                <w:sz w:val="18"/>
              </w:rPr>
              <w:t>K920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21D9EA" w14:textId="77777777" w:rsidR="00BC42E8" w:rsidRDefault="00DC1705">
            <w:pPr>
              <w:spacing w:after="20" w:line="257" w:lineRule="auto"/>
            </w:pPr>
            <w:r>
              <w:rPr>
                <w:sz w:val="18"/>
              </w:rPr>
              <w:t>Electrical Equipment – Power Cords and Extension Cords. Inspect power strips, special-purpose relocatable power taps, extension cords, and power cords for listing, permitted use, rating, grounding, damage, and prohibited daisy chaining.</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B1AFE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B5750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58488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E3C7A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6F0C44" w14:textId="77777777" w:rsidR="00BC42E8" w:rsidRDefault="00BC42E8">
            <w:pPr>
              <w:spacing w:after="20" w:line="257" w:lineRule="auto"/>
            </w:pPr>
          </w:p>
        </w:tc>
      </w:tr>
      <w:tr w:rsidR="00BC42E8" w14:paraId="5D49B10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883389" w14:textId="77777777" w:rsidR="00BC42E8" w:rsidRDefault="00DC1705">
            <w:pPr>
              <w:spacing w:after="20" w:line="257" w:lineRule="auto"/>
            </w:pPr>
            <w:r>
              <w:rPr>
                <w:b/>
                <w:color w:val="00543B"/>
                <w:sz w:val="18"/>
              </w:rPr>
              <w:t>K921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2E0095" w14:textId="77777777" w:rsidR="00BC42E8" w:rsidRDefault="00DC1705">
            <w:pPr>
              <w:spacing w:after="20" w:line="257" w:lineRule="auto"/>
            </w:pPr>
            <w:r>
              <w:rPr>
                <w:sz w:val="18"/>
              </w:rPr>
              <w:t>Electrical Equipment – Testing and Maintenance Requirements. Maintain electrical equipment inspections and tests, inventories, qualified staff, records, and safe removal of defective equipment.</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D950F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03B85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C4E78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F3302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8A7F7C" w14:textId="77777777" w:rsidR="00BC42E8" w:rsidRDefault="00BC42E8">
            <w:pPr>
              <w:spacing w:after="20" w:line="257" w:lineRule="auto"/>
            </w:pPr>
          </w:p>
        </w:tc>
      </w:tr>
    </w:tbl>
    <w:p w14:paraId="6F1A4D69" w14:textId="77777777" w:rsidR="00BC42E8" w:rsidRDefault="00DC1705">
      <w:pPr>
        <w:pStyle w:val="Heading2"/>
        <w:pBdr>
          <w:bottom w:val="single" w:sz="10" w:space="5" w:color="E43A0A"/>
        </w:pBdr>
      </w:pPr>
      <w:r>
        <w:t>Gas equipment and special fire protection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775D0464"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F18A17D"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EF82B6D"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1A6C778"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63F1C64"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E30DAFC"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34DA0EF"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423AAD1" w14:textId="77777777" w:rsidR="00BC42E8" w:rsidRDefault="00DC1705">
            <w:pPr>
              <w:keepNext/>
              <w:spacing w:after="20" w:line="257" w:lineRule="auto"/>
            </w:pPr>
            <w:r>
              <w:rPr>
                <w:b/>
                <w:color w:val="FFFFFF"/>
                <w:sz w:val="15"/>
              </w:rPr>
              <w:t>EOP Location / Evidence / Notes</w:t>
            </w:r>
          </w:p>
        </w:tc>
      </w:tr>
      <w:tr w:rsidR="00BC42E8" w14:paraId="16F791E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7E79D2" w14:textId="77777777" w:rsidR="00BC42E8" w:rsidRDefault="00DC1705">
            <w:pPr>
              <w:spacing w:after="20" w:line="257" w:lineRule="auto"/>
            </w:pPr>
            <w:r>
              <w:rPr>
                <w:b/>
                <w:color w:val="00543B"/>
                <w:sz w:val="18"/>
              </w:rPr>
              <w:t>K922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14531D" w14:textId="77777777" w:rsidR="00BC42E8" w:rsidRDefault="00DC1705">
            <w:pPr>
              <w:spacing w:after="20" w:line="257" w:lineRule="auto"/>
            </w:pPr>
            <w:r>
              <w:rPr>
                <w:sz w:val="18"/>
              </w:rPr>
              <w:t>Gas Equipment – Other. Review remaining gas equipment Chapter 11 provisions, safe handling, and emergency response.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C579F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E4F17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0F476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34167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4E7BFF" w14:textId="77777777" w:rsidR="00BC42E8" w:rsidRDefault="00BC42E8">
            <w:pPr>
              <w:spacing w:after="20" w:line="257" w:lineRule="auto"/>
            </w:pPr>
          </w:p>
        </w:tc>
      </w:tr>
      <w:tr w:rsidR="00BC42E8" w14:paraId="40BE2ED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A5CBA0" w14:textId="77777777" w:rsidR="00BC42E8" w:rsidRDefault="00DC1705">
            <w:pPr>
              <w:spacing w:after="20" w:line="257" w:lineRule="auto"/>
            </w:pPr>
            <w:r>
              <w:rPr>
                <w:b/>
                <w:color w:val="00543B"/>
                <w:sz w:val="18"/>
              </w:rPr>
              <w:t>K923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817824" w14:textId="77777777" w:rsidR="00BC42E8" w:rsidRDefault="00DC1705">
            <w:pPr>
              <w:spacing w:after="20" w:line="257" w:lineRule="auto"/>
            </w:pPr>
            <w:r>
              <w:rPr>
                <w:sz w:val="18"/>
              </w:rPr>
              <w:t>Gas Equipment – Cylinder and Container Storage. Verify medical gas cylinder quantities, secure storage, separation, ventilation, signs, ignition precautions, and empty versus full identification.</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EACDB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CE236F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62E9D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B17D6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2496E9" w14:textId="77777777" w:rsidR="00BC42E8" w:rsidRDefault="00BC42E8">
            <w:pPr>
              <w:spacing w:after="20" w:line="257" w:lineRule="auto"/>
            </w:pPr>
          </w:p>
        </w:tc>
      </w:tr>
      <w:tr w:rsidR="00BC42E8" w14:paraId="5166BF7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18429A" w14:textId="77777777" w:rsidR="00BC42E8" w:rsidRDefault="00DC1705">
            <w:pPr>
              <w:spacing w:after="20" w:line="257" w:lineRule="auto"/>
            </w:pPr>
            <w:r>
              <w:rPr>
                <w:b/>
                <w:color w:val="00543B"/>
                <w:sz w:val="18"/>
              </w:rPr>
              <w:t>K924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BFECE1" w14:textId="77777777" w:rsidR="00BC42E8" w:rsidRDefault="00DC1705">
            <w:pPr>
              <w:spacing w:after="20" w:line="257" w:lineRule="auto"/>
            </w:pPr>
            <w:r>
              <w:rPr>
                <w:sz w:val="18"/>
              </w:rPr>
              <w:t>Gas Equipment – Testing and Maintenance Requirements. Inspect and maintain gas equipment according to the required program and manufacturer guidance; retain records and qualified-service evidence.</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EF52E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D4C0F4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F2186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9E7DD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4E357D" w14:textId="77777777" w:rsidR="00BC42E8" w:rsidRDefault="00BC42E8">
            <w:pPr>
              <w:spacing w:after="20" w:line="257" w:lineRule="auto"/>
            </w:pPr>
          </w:p>
        </w:tc>
      </w:tr>
      <w:tr w:rsidR="00BC42E8" w14:paraId="69194CE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CC4E3C" w14:textId="77777777" w:rsidR="00BC42E8" w:rsidRDefault="00DC1705">
            <w:pPr>
              <w:spacing w:after="20" w:line="257" w:lineRule="auto"/>
            </w:pPr>
            <w:r>
              <w:rPr>
                <w:b/>
                <w:color w:val="00543B"/>
                <w:sz w:val="18"/>
              </w:rPr>
              <w:lastRenderedPageBreak/>
              <w:t>K925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E2465D" w14:textId="77777777" w:rsidR="00BC42E8" w:rsidRDefault="00DC1705">
            <w:pPr>
              <w:spacing w:after="20" w:line="257" w:lineRule="auto"/>
            </w:pPr>
            <w:r>
              <w:rPr>
                <w:sz w:val="18"/>
              </w:rPr>
              <w:t>Gas Equipment – Respiratory Therapy Sources of Ignition. Control ignition sources where respiratory therapy and oxygen equipment are used.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0B22D4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8018A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33E449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DA15D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83DF47" w14:textId="77777777" w:rsidR="00BC42E8" w:rsidRDefault="00BC42E8">
            <w:pPr>
              <w:spacing w:after="20" w:line="257" w:lineRule="auto"/>
            </w:pPr>
          </w:p>
        </w:tc>
      </w:tr>
      <w:tr w:rsidR="00BC42E8" w14:paraId="378BF9C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A931C3" w14:textId="77777777" w:rsidR="00BC42E8" w:rsidRDefault="00DC1705">
            <w:pPr>
              <w:spacing w:after="20" w:line="257" w:lineRule="auto"/>
            </w:pPr>
            <w:r>
              <w:rPr>
                <w:b/>
                <w:color w:val="00543B"/>
                <w:sz w:val="18"/>
              </w:rPr>
              <w:t>K926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E6BD84" w14:textId="77777777" w:rsidR="00BC42E8" w:rsidRDefault="00DC1705">
            <w:pPr>
              <w:spacing w:after="20" w:line="257" w:lineRule="auto"/>
            </w:pPr>
            <w:r>
              <w:rPr>
                <w:sz w:val="18"/>
              </w:rPr>
              <w:t>Gas Equipment – Qualifications and Training of Personnel. Verify qualifications and training of staff handling gas equipment and emergency shutoffs.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0122D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A30459"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EAAD8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104D7D"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79A3C1" w14:textId="77777777" w:rsidR="00BC42E8" w:rsidRDefault="00BC42E8">
            <w:pPr>
              <w:spacing w:after="20" w:line="257" w:lineRule="auto"/>
            </w:pPr>
          </w:p>
        </w:tc>
      </w:tr>
      <w:tr w:rsidR="00BC42E8" w14:paraId="7819068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FB33BF" w14:textId="77777777" w:rsidR="00BC42E8" w:rsidRDefault="00DC1705">
            <w:pPr>
              <w:spacing w:after="20" w:line="257" w:lineRule="auto"/>
            </w:pPr>
            <w:r>
              <w:rPr>
                <w:b/>
                <w:color w:val="00543B"/>
                <w:sz w:val="18"/>
              </w:rPr>
              <w:t>K927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FCED0C" w14:textId="77777777" w:rsidR="00BC42E8" w:rsidRDefault="00DC1705">
            <w:pPr>
              <w:spacing w:after="20" w:line="257" w:lineRule="auto"/>
            </w:pPr>
            <w:r>
              <w:rPr>
                <w:sz w:val="18"/>
              </w:rPr>
              <w:t>Gas Equipment – Transfilling Cylinders. Where cylinders are transfilled, verify approved room, ventilation, equipment, signage, separation, and qualified personnel.</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C1EA3D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80A86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C958D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61759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E8DAA6" w14:textId="77777777" w:rsidR="00BC42E8" w:rsidRDefault="00BC42E8">
            <w:pPr>
              <w:spacing w:after="20" w:line="257" w:lineRule="auto"/>
            </w:pPr>
          </w:p>
        </w:tc>
      </w:tr>
      <w:tr w:rsidR="00BC42E8" w14:paraId="4F1F3BB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1BEB96" w14:textId="77777777" w:rsidR="00BC42E8" w:rsidRDefault="00DC1705">
            <w:pPr>
              <w:spacing w:after="20" w:line="257" w:lineRule="auto"/>
            </w:pPr>
            <w:r>
              <w:rPr>
                <w:b/>
                <w:color w:val="00543B"/>
                <w:sz w:val="18"/>
              </w:rPr>
              <w:t>K928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29E097" w14:textId="77777777" w:rsidR="00BC42E8" w:rsidRDefault="00DC1705">
            <w:pPr>
              <w:spacing w:after="20" w:line="257" w:lineRule="auto"/>
            </w:pPr>
            <w:r>
              <w:rPr>
                <w:sz w:val="18"/>
              </w:rPr>
              <w:t>Gas Equipment – Labeling Equipment and Cylinders. Verify required equipment and cylinder labeling, identification, and legibility.</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99C78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C87D17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7AC89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6F5D2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56198E" w14:textId="77777777" w:rsidR="00BC42E8" w:rsidRDefault="00BC42E8">
            <w:pPr>
              <w:spacing w:after="20" w:line="257" w:lineRule="auto"/>
            </w:pPr>
          </w:p>
        </w:tc>
      </w:tr>
      <w:tr w:rsidR="00BC42E8" w14:paraId="6740B29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43DC16" w14:textId="77777777" w:rsidR="00BC42E8" w:rsidRDefault="00DC1705">
            <w:pPr>
              <w:spacing w:after="20" w:line="257" w:lineRule="auto"/>
            </w:pPr>
            <w:r>
              <w:rPr>
                <w:b/>
                <w:color w:val="00543B"/>
                <w:sz w:val="18"/>
              </w:rPr>
              <w:t>K929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5F1FB1" w14:textId="77777777" w:rsidR="00BC42E8" w:rsidRDefault="00DC1705">
            <w:pPr>
              <w:spacing w:after="20" w:line="257" w:lineRule="auto"/>
            </w:pPr>
            <w:r>
              <w:rPr>
                <w:sz w:val="18"/>
              </w:rPr>
              <w:t>Oxygen cylinder handling precautions. Verify safe cylinder handling, transport, securement, connections, valve practices, and oxygen precautions.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4FB22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7153E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ABF24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7A33D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243CE2" w14:textId="77777777" w:rsidR="00BC42E8" w:rsidRDefault="00BC42E8">
            <w:pPr>
              <w:spacing w:after="20" w:line="257" w:lineRule="auto"/>
            </w:pPr>
          </w:p>
        </w:tc>
      </w:tr>
      <w:tr w:rsidR="00BC42E8" w14:paraId="3AF26C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1155CE" w14:textId="77777777" w:rsidR="00BC42E8" w:rsidRDefault="00DC1705">
            <w:pPr>
              <w:spacing w:after="20" w:line="257" w:lineRule="auto"/>
            </w:pPr>
            <w:r>
              <w:rPr>
                <w:b/>
                <w:color w:val="00543B"/>
                <w:sz w:val="18"/>
              </w:rPr>
              <w:t>K930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1583B9" w14:textId="77777777" w:rsidR="00BC42E8" w:rsidRDefault="00DC1705">
            <w:pPr>
              <w:spacing w:after="20" w:line="257" w:lineRule="auto"/>
            </w:pPr>
            <w:r>
              <w:rPr>
                <w:sz w:val="18"/>
              </w:rPr>
              <w:t>Gas Equipment – Liquid Oxygen Equipment. For liquid oxygen, verify installation, transfer and storage safeguards, trained staff, and emergency procedures.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6B196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BABCB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E7989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D4E0D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C1B2BA" w14:textId="77777777" w:rsidR="00BC42E8" w:rsidRDefault="00BC42E8">
            <w:pPr>
              <w:spacing w:after="20" w:line="257" w:lineRule="auto"/>
            </w:pPr>
          </w:p>
        </w:tc>
      </w:tr>
      <w:tr w:rsidR="00BC42E8" w14:paraId="0BBF72E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3E1510" w14:textId="77777777" w:rsidR="00BC42E8" w:rsidRDefault="00DC1705">
            <w:pPr>
              <w:spacing w:after="20" w:line="257" w:lineRule="auto"/>
            </w:pPr>
            <w:r>
              <w:rPr>
                <w:b/>
                <w:color w:val="00543B"/>
                <w:sz w:val="18"/>
              </w:rPr>
              <w:t>K931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BABF9C" w14:textId="77777777" w:rsidR="00BC42E8" w:rsidRDefault="00DC1705">
            <w:pPr>
              <w:spacing w:after="20" w:line="257" w:lineRule="auto"/>
            </w:pPr>
            <w:r>
              <w:rPr>
                <w:sz w:val="18"/>
              </w:rPr>
              <w:t>Hyperbaric Facilities. If hyperbaric services are offered, verify applicable NFPA 99 Chapter 14 safeguards, operation, training, and emergency measures.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55916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B6DCA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3CB9A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AB2F9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4D40E6" w14:textId="77777777" w:rsidR="00BC42E8" w:rsidRDefault="00BC42E8">
            <w:pPr>
              <w:spacing w:after="20" w:line="257" w:lineRule="auto"/>
            </w:pPr>
          </w:p>
        </w:tc>
      </w:tr>
      <w:tr w:rsidR="00BC42E8" w14:paraId="285C2B7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A7B600" w14:textId="77777777" w:rsidR="00BC42E8" w:rsidRDefault="00DC1705">
            <w:pPr>
              <w:spacing w:after="20" w:line="257" w:lineRule="auto"/>
            </w:pPr>
            <w:r>
              <w:rPr>
                <w:b/>
                <w:color w:val="00543B"/>
                <w:sz w:val="18"/>
              </w:rPr>
              <w:t>K932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FDF82E" w14:textId="77777777" w:rsidR="00BC42E8" w:rsidRDefault="00DC1705">
            <w:pPr>
              <w:spacing w:after="20" w:line="257" w:lineRule="auto"/>
            </w:pPr>
            <w:r>
              <w:rPr>
                <w:sz w:val="18"/>
              </w:rPr>
              <w:t>Features of Fire Protection – Other. Review remaining NFPA 99 fire protection provisions not otherwise captured.</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26B42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DA4C4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AC3EC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F0C74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1A0C71" w14:textId="77777777" w:rsidR="00BC42E8" w:rsidRDefault="00BC42E8">
            <w:pPr>
              <w:spacing w:after="20" w:line="257" w:lineRule="auto"/>
            </w:pPr>
          </w:p>
        </w:tc>
      </w:tr>
      <w:tr w:rsidR="00BC42E8" w14:paraId="2D5870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FD051E" w14:textId="77777777" w:rsidR="00BC42E8" w:rsidRDefault="00DC1705">
            <w:pPr>
              <w:spacing w:after="20" w:line="257" w:lineRule="auto"/>
            </w:pPr>
            <w:r>
              <w:rPr>
                <w:b/>
                <w:color w:val="00543B"/>
                <w:sz w:val="18"/>
              </w:rPr>
              <w:t>K933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BA3E44" w14:textId="77777777" w:rsidR="00BC42E8" w:rsidRDefault="00DC1705">
            <w:pPr>
              <w:spacing w:after="20" w:line="257" w:lineRule="auto"/>
            </w:pPr>
            <w:r>
              <w:rPr>
                <w:sz w:val="18"/>
              </w:rPr>
              <w:t>Features of Fire Protection – Fire Loss Prevention in Operating Rooms. Maintain operating-room fire prevention, staff training, ignition and oxygen controls, fire-response procedures, and required periodic reviews and evaluations.</w:t>
            </w:r>
            <w:r>
              <w:rPr>
                <w:sz w:val="18"/>
              </w:rPr>
              <w:br/>
              <w:t>Authority: CMS-2786R</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F3A5F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33114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29D59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F4AA3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3228E9" w14:textId="77777777" w:rsidR="00BC42E8" w:rsidRDefault="00BC42E8">
            <w:pPr>
              <w:spacing w:after="20" w:line="257" w:lineRule="auto"/>
            </w:pPr>
          </w:p>
        </w:tc>
      </w:tr>
    </w:tbl>
    <w:p w14:paraId="34D904E7"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7A02C64F"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49DDDF9" w14:textId="77777777" w:rsidR="00BC42E8" w:rsidRDefault="00DC1705">
            <w:pPr>
              <w:keepNext/>
            </w:pPr>
            <w:r>
              <w:rPr>
                <w:b/>
                <w:color w:val="FFFFFF"/>
                <w:sz w:val="28"/>
              </w:rPr>
              <w:t>PART II B FIRE MARSHAL DOCUMENTATION READINESS</w:t>
            </w:r>
          </w:p>
          <w:p w14:paraId="37595AF2" w14:textId="77777777" w:rsidR="00BC42E8" w:rsidRDefault="00DC1705">
            <w:pPr>
              <w:keepNext/>
              <w:spacing w:after="60"/>
            </w:pPr>
            <w:r>
              <w:rPr>
                <w:color w:val="DDEBE6"/>
                <w:sz w:val="18"/>
              </w:rPr>
              <w:t>Crosswalk of all 21 items in the supplied December 18 2024 documentation list</w:t>
            </w:r>
          </w:p>
        </w:tc>
      </w:tr>
    </w:tbl>
    <w:p w14:paraId="577EC114" w14:textId="77777777" w:rsidR="00BC42E8" w:rsidRDefault="00DC1705">
      <w:r>
        <w:t>Apply current Maine editions and permit conditions in addition to the federal survey framework. The supplied list uses some older federal referenced editions. The NFPA 66 typographic reference in that list should be checked against the relevant NFPA 99 electrical requirement.</w:t>
      </w:r>
    </w:p>
    <w:p w14:paraId="34C20A30" w14:textId="77777777" w:rsidR="00BC42E8" w:rsidRDefault="00DC1705">
      <w:pPr>
        <w:pStyle w:val="Heading2"/>
        <w:pBdr>
          <w:bottom w:val="single" w:sz="10" w:space="5" w:color="E43A0A"/>
        </w:pBdr>
      </w:pPr>
      <w:r>
        <w:t>Required evidence packet</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1C9D356E"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30D98D3"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BAC91C6"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6611877"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5F48EA3"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210AB01"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47D0A26"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BFB23E7" w14:textId="77777777" w:rsidR="00BC42E8" w:rsidRDefault="00DC1705">
            <w:pPr>
              <w:keepNext/>
              <w:spacing w:after="20" w:line="257" w:lineRule="auto"/>
            </w:pPr>
            <w:r>
              <w:rPr>
                <w:b/>
                <w:color w:val="FFFFFF"/>
                <w:sz w:val="15"/>
              </w:rPr>
              <w:t>EOP Location / Evidence / Notes</w:t>
            </w:r>
          </w:p>
        </w:tc>
      </w:tr>
      <w:tr w:rsidR="00BC42E8" w14:paraId="32600A3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176EA3" w14:textId="77777777" w:rsidR="00BC42E8" w:rsidRDefault="00DC1705">
            <w:pPr>
              <w:spacing w:after="20" w:line="257" w:lineRule="auto"/>
            </w:pPr>
            <w:r>
              <w:rPr>
                <w:b/>
                <w:color w:val="00543B"/>
                <w:sz w:val="18"/>
              </w:rPr>
              <w:t>FM01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FC4D76" w14:textId="77777777" w:rsidR="00BC42E8" w:rsidRDefault="00DC1705">
            <w:pPr>
              <w:spacing w:after="20" w:line="257" w:lineRule="auto"/>
            </w:pPr>
            <w:r>
              <w:rPr>
                <w:sz w:val="18"/>
              </w:rPr>
              <w:t>Life safety drawings show exits, 1-hour and 2-hour barriers, horizontal exits, smoke barriers and compartments, suites, and travel distances. Verify current as-built accuracy. Cross reference K161; K226; K255–257; K261; K371–374.</w:t>
            </w:r>
            <w:r>
              <w:rPr>
                <w:sz w:val="18"/>
              </w:rPr>
              <w:br/>
              <w:t>Authority: Original item 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34976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A268E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9FF94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2B070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B8DF6C" w14:textId="77777777" w:rsidR="00BC42E8" w:rsidRDefault="00BC42E8">
            <w:pPr>
              <w:spacing w:after="20" w:line="257" w:lineRule="auto"/>
            </w:pPr>
          </w:p>
        </w:tc>
      </w:tr>
      <w:tr w:rsidR="00BC42E8" w14:paraId="452AF36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7429CF" w14:textId="77777777" w:rsidR="00BC42E8" w:rsidRDefault="00DC1705">
            <w:pPr>
              <w:spacing w:after="20" w:line="257" w:lineRule="auto"/>
            </w:pPr>
            <w:r>
              <w:rPr>
                <w:b/>
                <w:color w:val="00543B"/>
                <w:sz w:val="18"/>
              </w:rPr>
              <w:t>FM02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74B786" w14:textId="77777777" w:rsidR="00BC42E8" w:rsidRDefault="00DC1705">
            <w:pPr>
              <w:spacing w:after="20" w:line="257" w:lineRule="auto"/>
            </w:pPr>
            <w:r>
              <w:rPr>
                <w:sz w:val="18"/>
              </w:rPr>
              <w:t>Sprinkler reports cover applicable quarterly, 3-year, and 5-year tasks and other required NFPA 25 component intervals. Retain repairs, acceptance, and system design records. Cross reference K351–354.</w:t>
            </w:r>
            <w:r>
              <w:rPr>
                <w:sz w:val="18"/>
              </w:rPr>
              <w:br/>
              <w:t>Authority: Original item 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B17AE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3C4C6F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128DE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5DBE23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8324E3" w14:textId="77777777" w:rsidR="00BC42E8" w:rsidRDefault="00BC42E8">
            <w:pPr>
              <w:spacing w:after="20" w:line="257" w:lineRule="auto"/>
            </w:pPr>
          </w:p>
        </w:tc>
      </w:tr>
      <w:tr w:rsidR="00BC42E8" w14:paraId="470E6E7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C98A12" w14:textId="77777777" w:rsidR="00BC42E8" w:rsidRDefault="00DC1705">
            <w:pPr>
              <w:spacing w:after="20" w:line="257" w:lineRule="auto"/>
            </w:pPr>
            <w:r>
              <w:rPr>
                <w:b/>
                <w:color w:val="00543B"/>
                <w:sz w:val="18"/>
              </w:rPr>
              <w:t>FM03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C2967A" w14:textId="77777777" w:rsidR="00BC42E8" w:rsidRDefault="00DC1705">
            <w:pPr>
              <w:spacing w:after="20" w:line="257" w:lineRule="auto"/>
            </w:pPr>
            <w:r>
              <w:rPr>
                <w:sz w:val="18"/>
              </w:rPr>
              <w:t>Annual fire alarm functional reports and all other applicable device inspection and test intervals; record component inventory, deficiencies, and closure. Cross reference K341–346.</w:t>
            </w:r>
            <w:r>
              <w:rPr>
                <w:sz w:val="18"/>
              </w:rPr>
              <w:br/>
              <w:t>Authority: Original item 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139A2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0E20E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117AD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A1542F"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2741A6" w14:textId="77777777" w:rsidR="00BC42E8" w:rsidRDefault="00BC42E8">
            <w:pPr>
              <w:spacing w:after="20" w:line="257" w:lineRule="auto"/>
            </w:pPr>
          </w:p>
        </w:tc>
      </w:tr>
      <w:tr w:rsidR="00BC42E8" w14:paraId="213C1D7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AFEFE5" w14:textId="77777777" w:rsidR="00BC42E8" w:rsidRDefault="00DC1705">
            <w:pPr>
              <w:spacing w:after="20" w:line="257" w:lineRule="auto"/>
            </w:pPr>
            <w:r>
              <w:rPr>
                <w:b/>
                <w:color w:val="00543B"/>
                <w:sz w:val="18"/>
              </w:rPr>
              <w:t>FM04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92EDEB" w14:textId="77777777" w:rsidR="00BC42E8" w:rsidRDefault="00DC1705">
            <w:pPr>
              <w:spacing w:after="20" w:line="257" w:lineRule="auto"/>
            </w:pPr>
            <w:r>
              <w:rPr>
                <w:sz w:val="18"/>
              </w:rPr>
              <w:t>Smoke detector sensitivity testing at the required intervals and accepted method; identify device locations and due dates. Cross reference K347; NFPA 72.</w:t>
            </w:r>
            <w:r>
              <w:rPr>
                <w:sz w:val="18"/>
              </w:rPr>
              <w:br/>
              <w:t>Authority: Original item 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BE4661"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9EFAB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205F61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BF54A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1F8B9F" w14:textId="77777777" w:rsidR="00BC42E8" w:rsidRDefault="00BC42E8">
            <w:pPr>
              <w:spacing w:after="20" w:line="257" w:lineRule="auto"/>
            </w:pPr>
          </w:p>
        </w:tc>
      </w:tr>
      <w:tr w:rsidR="00BC42E8" w14:paraId="08C16E1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433BBE" w14:textId="77777777" w:rsidR="00BC42E8" w:rsidRDefault="00DC1705">
            <w:pPr>
              <w:spacing w:after="20" w:line="257" w:lineRule="auto"/>
            </w:pPr>
            <w:r>
              <w:rPr>
                <w:b/>
                <w:color w:val="00543B"/>
                <w:sz w:val="18"/>
              </w:rPr>
              <w:t>FM05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57B5E0" w14:textId="77777777" w:rsidR="00BC42E8" w:rsidRDefault="00DC1705">
            <w:pPr>
              <w:spacing w:after="20" w:line="257" w:lineRule="auto"/>
            </w:pPr>
            <w:r>
              <w:rPr>
                <w:sz w:val="18"/>
              </w:rPr>
              <w:t>Fire damper inventory, access, initial testing, and recurring test records; hospital interval generally 6 years after the first-year test. Cross reference K521; NFPA 80.</w:t>
            </w:r>
            <w:r>
              <w:rPr>
                <w:sz w:val="18"/>
              </w:rPr>
              <w:br/>
              <w:t>Authority: Original item 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E921A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BCBDE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CD8C7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92E41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44E992" w14:textId="77777777" w:rsidR="00BC42E8" w:rsidRDefault="00BC42E8">
            <w:pPr>
              <w:spacing w:after="20" w:line="257" w:lineRule="auto"/>
            </w:pPr>
          </w:p>
        </w:tc>
      </w:tr>
      <w:tr w:rsidR="00BC42E8" w14:paraId="0A1FB96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AA33D6" w14:textId="77777777" w:rsidR="00BC42E8" w:rsidRDefault="00DC1705">
            <w:pPr>
              <w:spacing w:after="20" w:line="257" w:lineRule="auto"/>
            </w:pPr>
            <w:r>
              <w:rPr>
                <w:b/>
                <w:color w:val="00543B"/>
                <w:sz w:val="18"/>
              </w:rPr>
              <w:t>FM06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9388C3" w14:textId="77777777" w:rsidR="00BC42E8" w:rsidRDefault="00DC1705">
            <w:pPr>
              <w:spacing w:after="20" w:line="257" w:lineRule="auto"/>
            </w:pPr>
            <w:r>
              <w:rPr>
                <w:sz w:val="18"/>
              </w:rPr>
              <w:t>Smoke damper inventory, initial testing, and recurring test records; hospital interval generally 6 years after the first-year test. Cross reference K521; NFPA 105.</w:t>
            </w:r>
            <w:r>
              <w:rPr>
                <w:sz w:val="18"/>
              </w:rPr>
              <w:br/>
              <w:t>Authority: Original item 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F2699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C9D46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0E5066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3422C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26A89E" w14:textId="77777777" w:rsidR="00BC42E8" w:rsidRDefault="00BC42E8">
            <w:pPr>
              <w:spacing w:after="20" w:line="257" w:lineRule="auto"/>
            </w:pPr>
          </w:p>
        </w:tc>
      </w:tr>
      <w:tr w:rsidR="00BC42E8" w14:paraId="4573FB8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19402B" w14:textId="77777777" w:rsidR="00BC42E8" w:rsidRDefault="00DC1705">
            <w:pPr>
              <w:spacing w:after="20" w:line="257" w:lineRule="auto"/>
            </w:pPr>
            <w:r>
              <w:rPr>
                <w:b/>
                <w:color w:val="00543B"/>
                <w:sz w:val="18"/>
              </w:rPr>
              <w:t>FM07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BFACF4" w14:textId="77777777" w:rsidR="00BC42E8" w:rsidRDefault="00DC1705">
            <w:pPr>
              <w:spacing w:after="20" w:line="257" w:lineRule="auto"/>
            </w:pPr>
            <w:r>
              <w:rPr>
                <w:sz w:val="18"/>
              </w:rPr>
              <w:t>Medical gas inspection and test reports, including annual report requested by the checklist, component maintenance, alarm tests, and corrections. Cross reference K903–910.</w:t>
            </w:r>
            <w:r>
              <w:rPr>
                <w:sz w:val="18"/>
              </w:rPr>
              <w:br/>
              <w:t>Authority: Original item 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5AE5E2"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31CF6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EE035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02527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221B08" w14:textId="77777777" w:rsidR="00BC42E8" w:rsidRDefault="00BC42E8">
            <w:pPr>
              <w:spacing w:after="20" w:line="257" w:lineRule="auto"/>
            </w:pPr>
          </w:p>
        </w:tc>
      </w:tr>
      <w:tr w:rsidR="00BC42E8" w14:paraId="3D94D0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84C93A" w14:textId="77777777" w:rsidR="00BC42E8" w:rsidRDefault="00DC1705">
            <w:pPr>
              <w:spacing w:after="20" w:line="257" w:lineRule="auto"/>
            </w:pPr>
            <w:r>
              <w:rPr>
                <w:b/>
                <w:color w:val="00543B"/>
                <w:sz w:val="18"/>
              </w:rPr>
              <w:t>FM08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287A7B" w14:textId="77777777" w:rsidR="00BC42E8" w:rsidRDefault="00DC1705">
            <w:pPr>
              <w:spacing w:after="20" w:line="257" w:lineRule="auto"/>
            </w:pPr>
            <w:r>
              <w:rPr>
                <w:sz w:val="18"/>
              </w:rPr>
              <w:t>Annual required fire-door inspection and testing records; inspector qualification or training evidence; repair closure; routine other-door inspection. Cross reference K761.</w:t>
            </w:r>
            <w:r>
              <w:rPr>
                <w:sz w:val="18"/>
              </w:rPr>
              <w:br/>
              <w:t>Authority: Original item 8</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EF944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19431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2F792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47EF6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B78C7A" w14:textId="77777777" w:rsidR="00BC42E8" w:rsidRDefault="00BC42E8">
            <w:pPr>
              <w:spacing w:after="20" w:line="257" w:lineRule="auto"/>
            </w:pPr>
          </w:p>
        </w:tc>
      </w:tr>
      <w:tr w:rsidR="00BC42E8" w14:paraId="104C6C9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1C2AD0" w14:textId="77777777" w:rsidR="00BC42E8" w:rsidRDefault="00DC1705">
            <w:pPr>
              <w:spacing w:after="20" w:line="257" w:lineRule="auto"/>
            </w:pPr>
            <w:r>
              <w:rPr>
                <w:b/>
                <w:color w:val="00543B"/>
                <w:sz w:val="18"/>
              </w:rPr>
              <w:lastRenderedPageBreak/>
              <w:t>FM09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A32038" w14:textId="77777777" w:rsidR="00BC42E8" w:rsidRDefault="00DC1705">
            <w:pPr>
              <w:spacing w:after="20" w:line="257" w:lineRule="auto"/>
            </w:pPr>
            <w:r>
              <w:rPr>
                <w:sz w:val="18"/>
              </w:rPr>
              <w:t>Generator weekly, monthly, and applicable annual inspection reports; transfer switches, fuel, load tests, supplemental tests, and applicable 36-month test. Cross reference E0041; K918.</w:t>
            </w:r>
            <w:r>
              <w:rPr>
                <w:sz w:val="18"/>
              </w:rPr>
              <w:br/>
              <w:t>Authority: Original item 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17AFB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BD52E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234A1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DD48F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45F172" w14:textId="77777777" w:rsidR="00BC42E8" w:rsidRDefault="00BC42E8">
            <w:pPr>
              <w:spacing w:after="20" w:line="257" w:lineRule="auto"/>
            </w:pPr>
          </w:p>
        </w:tc>
      </w:tr>
      <w:tr w:rsidR="00BC42E8" w14:paraId="64BD258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EED650" w14:textId="77777777" w:rsidR="00BC42E8" w:rsidRDefault="00DC1705">
            <w:pPr>
              <w:spacing w:after="20" w:line="257" w:lineRule="auto"/>
            </w:pPr>
            <w:r>
              <w:rPr>
                <w:b/>
                <w:color w:val="00543B"/>
                <w:sz w:val="18"/>
              </w:rPr>
              <w:t>FM10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A0A5C4" w14:textId="77777777" w:rsidR="00BC42E8" w:rsidRDefault="00DC1705">
            <w:pPr>
              <w:spacing w:after="20" w:line="257" w:lineRule="auto"/>
            </w:pPr>
            <w:r>
              <w:rPr>
                <w:sz w:val="18"/>
              </w:rPr>
              <w:t>Nonhospital-grade patient-bed receptacle tests at intervals no greater than 12 months; identify applicable anesthetizing locations and documented schedules for other receptacles. Cross reference K914.</w:t>
            </w:r>
            <w:r>
              <w:rPr>
                <w:sz w:val="18"/>
              </w:rPr>
              <w:br/>
              <w:t>Authority: Original item 10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D03F67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1412A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1C19B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141A5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4240D0" w14:textId="77777777" w:rsidR="00BC42E8" w:rsidRDefault="00BC42E8">
            <w:pPr>
              <w:spacing w:after="20" w:line="257" w:lineRule="auto"/>
            </w:pPr>
          </w:p>
        </w:tc>
      </w:tr>
      <w:tr w:rsidR="00BC42E8" w14:paraId="2337D22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56A90E" w14:textId="77777777" w:rsidR="00BC42E8" w:rsidRDefault="00DC1705">
            <w:pPr>
              <w:spacing w:after="20" w:line="257" w:lineRule="auto"/>
            </w:pPr>
            <w:r>
              <w:rPr>
                <w:b/>
                <w:color w:val="00543B"/>
                <w:sz w:val="18"/>
              </w:rPr>
              <w:t>FM11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A04A36" w14:textId="77777777" w:rsidR="00BC42E8" w:rsidRDefault="00DC1705">
            <w:pPr>
              <w:spacing w:after="20" w:line="257" w:lineRule="auto"/>
            </w:pPr>
            <w:r>
              <w:rPr>
                <w:sz w:val="18"/>
              </w:rPr>
              <w:t>Smoking policy and safe ash-disposal or self-closing metal-container arrangements where smoking is allowed; observe implementation. Cross reference K741.</w:t>
            </w:r>
            <w:r>
              <w:rPr>
                <w:sz w:val="18"/>
              </w:rPr>
              <w:br/>
              <w:t>Authority: Original item 11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4BE87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20DCF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C9C62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C27DA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5B938A" w14:textId="77777777" w:rsidR="00BC42E8" w:rsidRDefault="00BC42E8">
            <w:pPr>
              <w:spacing w:after="20" w:line="257" w:lineRule="auto"/>
            </w:pPr>
          </w:p>
        </w:tc>
      </w:tr>
      <w:tr w:rsidR="00BC42E8" w14:paraId="5DB58ED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84E9EC" w14:textId="77777777" w:rsidR="00BC42E8" w:rsidRDefault="00DC1705">
            <w:pPr>
              <w:spacing w:after="20" w:line="257" w:lineRule="auto"/>
            </w:pPr>
            <w:r>
              <w:rPr>
                <w:b/>
                <w:color w:val="00543B"/>
                <w:sz w:val="18"/>
              </w:rPr>
              <w:t>FM12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0EC37A" w14:textId="77777777" w:rsidR="00BC42E8" w:rsidRDefault="00DC1705">
            <w:pPr>
              <w:spacing w:after="20" w:line="257" w:lineRule="auto"/>
            </w:pPr>
            <w:r>
              <w:rPr>
                <w:sz w:val="18"/>
              </w:rPr>
              <w:t>Quarterly fire drill records for each shift, varied conditions, alarm transmission, evaluations, and corrective actions. Cross reference K712.</w:t>
            </w:r>
            <w:r>
              <w:rPr>
                <w:sz w:val="18"/>
              </w:rPr>
              <w:br/>
              <w:t>Authority: Original item 12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6DD06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E0B1E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166E8B"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79BB31A"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328F6F" w14:textId="77777777" w:rsidR="00BC42E8" w:rsidRDefault="00BC42E8">
            <w:pPr>
              <w:spacing w:after="20" w:line="257" w:lineRule="auto"/>
            </w:pPr>
          </w:p>
        </w:tc>
      </w:tr>
      <w:tr w:rsidR="00BC42E8" w14:paraId="062A2C2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365961" w14:textId="77777777" w:rsidR="00BC42E8" w:rsidRDefault="00DC1705">
            <w:pPr>
              <w:spacing w:after="20" w:line="257" w:lineRule="auto"/>
            </w:pPr>
            <w:r>
              <w:rPr>
                <w:b/>
                <w:color w:val="00543B"/>
                <w:sz w:val="18"/>
              </w:rPr>
              <w:t>FM13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0F8E57" w14:textId="77777777" w:rsidR="00BC42E8" w:rsidRDefault="00DC1705">
            <w:pPr>
              <w:spacing w:after="20" w:line="257" w:lineRule="auto"/>
            </w:pPr>
            <w:r>
              <w:rPr>
                <w:sz w:val="18"/>
              </w:rPr>
              <w:t>Kitchen hood, exhaust, and suppression inspection and service reports at system-specific intervals; include cleaning and fuel shutoff. Cross reference K324; NFPA 96.</w:t>
            </w:r>
            <w:r>
              <w:rPr>
                <w:sz w:val="18"/>
              </w:rPr>
              <w:br/>
              <w:t>Authority: Original item 13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D490F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CA737B"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BCF30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C50A7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307CA2" w14:textId="77777777" w:rsidR="00BC42E8" w:rsidRDefault="00BC42E8">
            <w:pPr>
              <w:spacing w:after="20" w:line="257" w:lineRule="auto"/>
            </w:pPr>
          </w:p>
        </w:tc>
      </w:tr>
      <w:tr w:rsidR="00BC42E8" w14:paraId="208B593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ED34E1" w14:textId="77777777" w:rsidR="00BC42E8" w:rsidRDefault="00DC1705">
            <w:pPr>
              <w:spacing w:after="20" w:line="257" w:lineRule="auto"/>
            </w:pPr>
            <w:r>
              <w:rPr>
                <w:b/>
                <w:color w:val="00543B"/>
                <w:sz w:val="18"/>
              </w:rPr>
              <w:t>FM14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126B9D" w14:textId="77777777" w:rsidR="00BC42E8" w:rsidRDefault="00DC1705">
            <w:pPr>
              <w:spacing w:after="20" w:line="257" w:lineRule="auto"/>
            </w:pPr>
            <w:r>
              <w:rPr>
                <w:sz w:val="18"/>
              </w:rPr>
              <w:t>Portable extinguisher inspections, annual maintenance, and applicable internal-service and hydrostatic test records. Cross reference K355; NFPA 10.</w:t>
            </w:r>
            <w:r>
              <w:rPr>
                <w:sz w:val="18"/>
              </w:rPr>
              <w:br/>
              <w:t>Authority: Original item 14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B731A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F81E9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1BB7C8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0A4F48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459C57" w14:textId="77777777" w:rsidR="00BC42E8" w:rsidRDefault="00BC42E8">
            <w:pPr>
              <w:spacing w:after="20" w:line="257" w:lineRule="auto"/>
            </w:pPr>
          </w:p>
        </w:tc>
      </w:tr>
      <w:tr w:rsidR="00BC42E8" w14:paraId="06A2B4F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E9B7B9" w14:textId="77777777" w:rsidR="00BC42E8" w:rsidRDefault="00DC1705">
            <w:pPr>
              <w:spacing w:after="20" w:line="257" w:lineRule="auto"/>
            </w:pPr>
            <w:r>
              <w:rPr>
                <w:b/>
                <w:color w:val="00543B"/>
                <w:sz w:val="18"/>
              </w:rPr>
              <w:t>FM15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39F58B" w14:textId="77777777" w:rsidR="00BC42E8" w:rsidRDefault="00DC1705">
            <w:pPr>
              <w:spacing w:after="20" w:line="257" w:lineRule="auto"/>
            </w:pPr>
            <w:r>
              <w:rPr>
                <w:sz w:val="18"/>
              </w:rPr>
              <w:t>If hyperbaric services are present, maintain system, operational, training, and emergency evidence for the applicable code. Cross reference K931.</w:t>
            </w:r>
            <w:r>
              <w:rPr>
                <w:sz w:val="18"/>
              </w:rPr>
              <w:br/>
              <w:t>Authority: Original item 15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8DBE52"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FCB2E0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B26F8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6D80D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F44FB6" w14:textId="77777777" w:rsidR="00BC42E8" w:rsidRDefault="00BC42E8">
            <w:pPr>
              <w:spacing w:after="20" w:line="257" w:lineRule="auto"/>
            </w:pPr>
          </w:p>
        </w:tc>
      </w:tr>
      <w:tr w:rsidR="00BC42E8" w14:paraId="6D76195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060668" w14:textId="77777777" w:rsidR="00BC42E8" w:rsidRDefault="00DC1705">
            <w:pPr>
              <w:spacing w:after="20" w:line="257" w:lineRule="auto"/>
            </w:pPr>
            <w:r>
              <w:rPr>
                <w:b/>
                <w:color w:val="00543B"/>
                <w:sz w:val="18"/>
              </w:rPr>
              <w:t>FM16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309BF9" w14:textId="77777777" w:rsidR="00BC42E8" w:rsidRDefault="00DC1705">
            <w:pPr>
              <w:spacing w:after="20" w:line="257" w:lineRule="auto"/>
            </w:pPr>
            <w:r>
              <w:rPr>
                <w:sz w:val="18"/>
              </w:rPr>
              <w:t>Complete EP program and Appendix Z evidence: HVA, plan, policies, communications, training, exercises, agreements, power plan, and corrections. Cross reference Part One.</w:t>
            </w:r>
            <w:r>
              <w:rPr>
                <w:sz w:val="18"/>
              </w:rPr>
              <w:br/>
              <w:t>Authority: Original item 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DC714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3F2982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C2A34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FD746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366E544" w14:textId="77777777" w:rsidR="00BC42E8" w:rsidRDefault="00BC42E8">
            <w:pPr>
              <w:spacing w:after="20" w:line="257" w:lineRule="auto"/>
            </w:pPr>
          </w:p>
        </w:tc>
      </w:tr>
      <w:tr w:rsidR="00BC42E8" w14:paraId="20A6AB7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B85023" w14:textId="77777777" w:rsidR="00BC42E8" w:rsidRDefault="00DC1705">
            <w:pPr>
              <w:spacing w:after="20" w:line="257" w:lineRule="auto"/>
            </w:pPr>
            <w:r>
              <w:rPr>
                <w:b/>
                <w:color w:val="00543B"/>
                <w:sz w:val="18"/>
              </w:rPr>
              <w:t>FM17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E74E05" w14:textId="77777777" w:rsidR="00BC42E8" w:rsidRDefault="00DC1705">
            <w:pPr>
              <w:spacing w:after="20" w:line="257" w:lineRule="auto"/>
            </w:pPr>
            <w:r>
              <w:rPr>
                <w:sz w:val="18"/>
              </w:rPr>
              <w:t>Verify required detection protecting fire alarm equipment or control locations; retain detector locations and the approved system design. Cross reference K341; K347.</w:t>
            </w:r>
            <w:r>
              <w:rPr>
                <w:sz w:val="18"/>
              </w:rPr>
              <w:br/>
              <w:t>Authority: Original item 17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A8E09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BD0BB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769BC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42311F"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6375B0" w14:textId="77777777" w:rsidR="00BC42E8" w:rsidRDefault="00BC42E8">
            <w:pPr>
              <w:spacing w:after="20" w:line="257" w:lineRule="auto"/>
            </w:pPr>
          </w:p>
        </w:tc>
      </w:tr>
      <w:tr w:rsidR="00BC42E8" w14:paraId="1F32D89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0DD059" w14:textId="77777777" w:rsidR="00BC42E8" w:rsidRDefault="00DC1705">
            <w:pPr>
              <w:spacing w:after="20" w:line="257" w:lineRule="auto"/>
            </w:pPr>
            <w:r>
              <w:rPr>
                <w:b/>
                <w:color w:val="00543B"/>
                <w:sz w:val="18"/>
              </w:rPr>
              <w:t>FM18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FEBC6C" w14:textId="77777777" w:rsidR="00BC42E8" w:rsidRDefault="00DC1705">
            <w:pPr>
              <w:spacing w:after="20" w:line="257" w:lineRule="auto"/>
            </w:pPr>
            <w:r>
              <w:rPr>
                <w:sz w:val="18"/>
              </w:rPr>
              <w:t>Walkways and exit discharge are flat, usable, maintained, and continuous to the public way; inspect holes, ice, and obstructions. Cross reference K271.</w:t>
            </w:r>
            <w:r>
              <w:rPr>
                <w:sz w:val="18"/>
              </w:rPr>
              <w:br/>
              <w:t>Authority: Original item 18</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8F701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CD3CE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A5B25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B6D65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48DC28" w14:textId="77777777" w:rsidR="00BC42E8" w:rsidRDefault="00BC42E8">
            <w:pPr>
              <w:spacing w:after="20" w:line="257" w:lineRule="auto"/>
            </w:pPr>
          </w:p>
        </w:tc>
      </w:tr>
      <w:tr w:rsidR="00BC42E8" w14:paraId="2C5A595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AC5F56" w14:textId="77777777" w:rsidR="00BC42E8" w:rsidRDefault="00DC1705">
            <w:pPr>
              <w:spacing w:after="20" w:line="257" w:lineRule="auto"/>
            </w:pPr>
            <w:r>
              <w:rPr>
                <w:b/>
                <w:color w:val="00543B"/>
                <w:sz w:val="18"/>
              </w:rPr>
              <w:t>FM19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D26CCF" w14:textId="77777777" w:rsidR="00BC42E8" w:rsidRDefault="00DC1705">
            <w:pPr>
              <w:spacing w:after="20" w:line="257" w:lineRule="auto"/>
            </w:pPr>
            <w:r>
              <w:rPr>
                <w:sz w:val="18"/>
              </w:rPr>
              <w:t>Evaluate exterior overhangs and canopies, including those wider than 4 feet, for required sprinkler coverage and permitted construction or protection exceptions. Cross reference K351; NFPA 13.</w:t>
            </w:r>
            <w:r>
              <w:rPr>
                <w:sz w:val="18"/>
              </w:rPr>
              <w:br/>
              <w:t>Authority: Original item 19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A54A1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184F2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A1CCF0"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3FBC0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1D0BCC" w14:textId="77777777" w:rsidR="00BC42E8" w:rsidRDefault="00BC42E8">
            <w:pPr>
              <w:spacing w:after="20" w:line="257" w:lineRule="auto"/>
            </w:pPr>
          </w:p>
        </w:tc>
      </w:tr>
      <w:tr w:rsidR="00BC42E8" w14:paraId="5B591CC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223C58" w14:textId="77777777" w:rsidR="00BC42E8" w:rsidRDefault="00DC1705">
            <w:pPr>
              <w:spacing w:after="20" w:line="257" w:lineRule="auto"/>
            </w:pPr>
            <w:r>
              <w:rPr>
                <w:b/>
                <w:color w:val="00543B"/>
                <w:sz w:val="18"/>
              </w:rPr>
              <w:lastRenderedPageBreak/>
              <w:t>FM20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71B85D" w14:textId="77777777" w:rsidR="00BC42E8" w:rsidRDefault="00DC1705">
            <w:pPr>
              <w:spacing w:after="20" w:line="257" w:lineRule="auto"/>
            </w:pPr>
            <w:r>
              <w:rPr>
                <w:sz w:val="18"/>
              </w:rPr>
              <w:t>Sleeping and nonsleeping suite areas, dimensions, boundaries, exits, and use are identified and verified on current floor plans. Cross reference K255–257.</w:t>
            </w:r>
            <w:r>
              <w:rPr>
                <w:sz w:val="18"/>
              </w:rPr>
              <w:br/>
              <w:t>Authority: Original item 20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BA8AB2"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67B05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E600F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BF85AE"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783369" w14:textId="77777777" w:rsidR="00BC42E8" w:rsidRDefault="00BC42E8">
            <w:pPr>
              <w:spacing w:after="20" w:line="257" w:lineRule="auto"/>
            </w:pPr>
          </w:p>
        </w:tc>
      </w:tr>
      <w:tr w:rsidR="00BC42E8" w14:paraId="600FED9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B1219C" w14:textId="77777777" w:rsidR="00BC42E8" w:rsidRDefault="00DC1705">
            <w:pPr>
              <w:spacing w:after="20" w:line="257" w:lineRule="auto"/>
            </w:pPr>
            <w:r>
              <w:rPr>
                <w:b/>
                <w:color w:val="00543B"/>
                <w:sz w:val="18"/>
              </w:rPr>
              <w:t>FM21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631D10" w14:textId="77777777" w:rsidR="00BC42E8" w:rsidRDefault="00DC1705">
            <w:pPr>
              <w:spacing w:after="20" w:line="257" w:lineRule="auto"/>
            </w:pPr>
            <w:r>
              <w:rPr>
                <w:sz w:val="18"/>
              </w:rPr>
              <w:t>Smoke compartment number, location, square footage, travel distances, and refuge capacity are shown on plans and verified onsite. Cross reference K371–374.</w:t>
            </w:r>
            <w:r>
              <w:rPr>
                <w:sz w:val="18"/>
              </w:rPr>
              <w:br/>
              <w:t>Authority: Original item 21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5EBBE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85BD65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3A119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C15C6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024B4F" w14:textId="77777777" w:rsidR="00BC42E8" w:rsidRDefault="00BC42E8">
            <w:pPr>
              <w:spacing w:after="20" w:line="257" w:lineRule="auto"/>
            </w:pPr>
          </w:p>
        </w:tc>
      </w:tr>
    </w:tbl>
    <w:p w14:paraId="5E1A962A" w14:textId="77777777" w:rsidR="00BC42E8" w:rsidRDefault="00DC1705">
      <w:pPr>
        <w:pStyle w:val="Heading2"/>
        <w:pBdr>
          <w:bottom w:val="single" w:sz="10" w:space="5" w:color="E43A0A"/>
        </w:pBdr>
      </w:pPr>
      <w:r>
        <w:t>Drills training and testing schedule</w:t>
      </w:r>
    </w:p>
    <w:p w14:paraId="3CFFC112" w14:textId="77777777" w:rsidR="00BC42E8" w:rsidRDefault="00DC1705">
      <w:r>
        <w:t>This schedule summarizes minimum or component-specific duties. Enter the adopted edition, task, last completion, and next due date in the facility maintenance system. One vendor report does not establish completion of every required interval.</w:t>
      </w:r>
    </w:p>
    <w:tbl>
      <w:tblPr>
        <w:tblW w:w="0" w:type="auto"/>
        <w:jc w:val="center"/>
        <w:tblLayout w:type="fixed"/>
        <w:tblLook w:val="04A0" w:firstRow="1" w:lastRow="0" w:firstColumn="1" w:lastColumn="0" w:noHBand="0" w:noVBand="1"/>
      </w:tblPr>
      <w:tblGrid>
        <w:gridCol w:w="2880"/>
        <w:gridCol w:w="4392"/>
        <w:gridCol w:w="3586"/>
      </w:tblGrid>
      <w:tr w:rsidR="00BC42E8" w14:paraId="6A9808B4"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A9E9406" w14:textId="77777777" w:rsidR="00BC42E8" w:rsidRDefault="00DC1705">
            <w:pPr>
              <w:keepNext/>
              <w:spacing w:after="20" w:line="257" w:lineRule="auto"/>
            </w:pPr>
            <w:r>
              <w:rPr>
                <w:b/>
                <w:color w:val="FFFFFF"/>
                <w:sz w:val="18"/>
              </w:rPr>
              <w:t>Task</w:t>
            </w:r>
          </w:p>
        </w:tc>
        <w:tc>
          <w:tcPr>
            <w:tcW w:w="439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0A184C4" w14:textId="77777777" w:rsidR="00BC42E8" w:rsidRDefault="00DC1705">
            <w:pPr>
              <w:keepNext/>
              <w:spacing w:after="20" w:line="257" w:lineRule="auto"/>
            </w:pPr>
            <w:r>
              <w:rPr>
                <w:b/>
                <w:color w:val="FFFFFF"/>
                <w:sz w:val="18"/>
              </w:rPr>
              <w:t>Minimum or applicable interval</w:t>
            </w:r>
          </w:p>
        </w:tc>
        <w:tc>
          <w:tcPr>
            <w:tcW w:w="358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F6F4431" w14:textId="77777777" w:rsidR="00BC42E8" w:rsidRDefault="00DC1705">
            <w:pPr>
              <w:keepNext/>
              <w:spacing w:after="20" w:line="257" w:lineRule="auto"/>
            </w:pPr>
            <w:r>
              <w:rPr>
                <w:b/>
                <w:color w:val="FFFFFF"/>
                <w:sz w:val="18"/>
              </w:rPr>
              <w:t>Evidence and authority</w:t>
            </w:r>
          </w:p>
        </w:tc>
      </w:tr>
      <w:tr w:rsidR="00BC42E8" w14:paraId="4B91CE7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92D9CC" w14:textId="77777777" w:rsidR="00BC42E8" w:rsidRDefault="00DC1705">
            <w:pPr>
              <w:spacing w:after="20" w:line="257" w:lineRule="auto"/>
            </w:pPr>
            <w:r>
              <w:rPr>
                <w:sz w:val="18"/>
              </w:rPr>
              <w:t>EP plan, policies, communications, training program</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BA6357" w14:textId="77777777" w:rsidR="00BC42E8" w:rsidRDefault="00DC1705">
            <w:pPr>
              <w:spacing w:after="20" w:line="257" w:lineRule="auto"/>
            </w:pPr>
            <w:r>
              <w:rPr>
                <w:sz w:val="18"/>
              </w:rPr>
              <w:t>At least every 2 years; interim changes as needed</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81E098" w14:textId="77777777" w:rsidR="00BC42E8" w:rsidRDefault="00DC1705">
            <w:pPr>
              <w:spacing w:after="20" w:line="257" w:lineRule="auto"/>
            </w:pPr>
            <w:r>
              <w:rPr>
                <w:sz w:val="18"/>
              </w:rPr>
              <w:t>Dated review and revisions; Part One</w:t>
            </w:r>
          </w:p>
        </w:tc>
      </w:tr>
      <w:tr w:rsidR="00BC42E8" w14:paraId="66AD534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AB256B" w14:textId="77777777" w:rsidR="00BC42E8" w:rsidRDefault="00DC1705">
            <w:pPr>
              <w:spacing w:after="20" w:line="257" w:lineRule="auto"/>
            </w:pPr>
            <w:r>
              <w:rPr>
                <w:sz w:val="18"/>
              </w:rPr>
              <w:t>General EP staff training</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C75775" w14:textId="77777777" w:rsidR="00BC42E8" w:rsidRDefault="00DC1705">
            <w:pPr>
              <w:spacing w:after="20" w:line="257" w:lineRule="auto"/>
            </w:pPr>
            <w:r>
              <w:rPr>
                <w:sz w:val="18"/>
              </w:rPr>
              <w:t>Initial and at least every 2 years; significant changes</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72F853" w14:textId="77777777" w:rsidR="00BC42E8" w:rsidRDefault="00DC1705">
            <w:pPr>
              <w:spacing w:after="20" w:line="257" w:lineRule="auto"/>
            </w:pPr>
            <w:r>
              <w:rPr>
                <w:sz w:val="18"/>
              </w:rPr>
              <w:t>Completion and knowledge; E0037</w:t>
            </w:r>
          </w:p>
        </w:tc>
      </w:tr>
      <w:tr w:rsidR="00BC42E8" w14:paraId="31E99CB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61B84C" w14:textId="77777777" w:rsidR="00BC42E8" w:rsidRDefault="00DC1705">
            <w:pPr>
              <w:spacing w:after="20" w:line="257" w:lineRule="auto"/>
            </w:pPr>
            <w:r>
              <w:rPr>
                <w:sz w:val="18"/>
              </w:rPr>
              <w:t>Emergency services protocols and provisions training</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E7F0BC" w14:textId="77777777" w:rsidR="00BC42E8" w:rsidRDefault="00DC1705">
            <w:pPr>
              <w:spacing w:after="20" w:line="257" w:lineRule="auto"/>
            </w:pPr>
            <w:r>
              <w:rPr>
                <w:sz w:val="18"/>
              </w:rPr>
              <w:t>Annually for applicable staff</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0B2DD1" w14:textId="77777777" w:rsidR="00BC42E8" w:rsidRDefault="00DC1705">
            <w:pPr>
              <w:spacing w:after="20" w:line="257" w:lineRule="auto"/>
            </w:pPr>
            <w:r>
              <w:rPr>
                <w:sz w:val="18"/>
              </w:rPr>
              <w:t>Personnel record; 482.55(c)(3)</w:t>
            </w:r>
          </w:p>
        </w:tc>
      </w:tr>
      <w:tr w:rsidR="00BC42E8" w14:paraId="7B3E14F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2EFB90" w14:textId="77777777" w:rsidR="00BC42E8" w:rsidRDefault="00DC1705">
            <w:pPr>
              <w:spacing w:after="20" w:line="257" w:lineRule="auto"/>
            </w:pPr>
            <w:r>
              <w:rPr>
                <w:sz w:val="18"/>
              </w:rPr>
              <w:t>Hospital transfer-policy training</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75BBA6" w14:textId="77777777" w:rsidR="00BC42E8" w:rsidRDefault="00DC1705">
            <w:pPr>
              <w:spacing w:after="20" w:line="257" w:lineRule="auto"/>
            </w:pPr>
            <w:r>
              <w:rPr>
                <w:sz w:val="18"/>
              </w:rPr>
              <w:t>Annually for relevant Part 482 hospital staff</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AC9E34" w14:textId="77777777" w:rsidR="00BC42E8" w:rsidRDefault="00DC1705">
            <w:pPr>
              <w:spacing w:after="20" w:line="257" w:lineRule="auto"/>
            </w:pPr>
            <w:r>
              <w:rPr>
                <w:sz w:val="18"/>
              </w:rPr>
              <w:t>482.43(c); hospital-specific</w:t>
            </w:r>
          </w:p>
        </w:tc>
      </w:tr>
      <w:tr w:rsidR="00BC42E8" w14:paraId="6B85F9C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B847E4" w14:textId="77777777" w:rsidR="00BC42E8" w:rsidRDefault="00DC1705">
            <w:pPr>
              <w:spacing w:after="20" w:line="257" w:lineRule="auto"/>
            </w:pPr>
            <w:r>
              <w:rPr>
                <w:sz w:val="18"/>
              </w:rPr>
              <w:t>EP exercises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AAB3CC" w14:textId="77777777" w:rsidR="00BC42E8" w:rsidRDefault="00DC1705">
            <w:pPr>
              <w:spacing w:after="20" w:line="257" w:lineRule="auto"/>
            </w:pPr>
            <w:r>
              <w:rPr>
                <w:sz w:val="18"/>
              </w:rPr>
              <w:t>Two every year</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C054E8" w14:textId="77777777" w:rsidR="00BC42E8" w:rsidRDefault="00DC1705">
            <w:pPr>
              <w:spacing w:after="20" w:line="257" w:lineRule="auto"/>
            </w:pPr>
            <w:r>
              <w:rPr>
                <w:sz w:val="18"/>
              </w:rPr>
              <w:t>Annual full-scale or qualifying functional plus additional exercise; E0039</w:t>
            </w:r>
          </w:p>
        </w:tc>
      </w:tr>
      <w:tr w:rsidR="00BC42E8" w14:paraId="2DEC067D"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CD5684" w14:textId="77777777" w:rsidR="00BC42E8" w:rsidRDefault="00DC1705">
            <w:pPr>
              <w:spacing w:after="20" w:line="257" w:lineRule="auto"/>
            </w:pPr>
            <w:r>
              <w:rPr>
                <w:sz w:val="18"/>
              </w:rPr>
              <w:t>Fire drills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7CB10A" w14:textId="77777777" w:rsidR="00BC42E8" w:rsidRDefault="00DC1705">
            <w:pPr>
              <w:spacing w:after="20" w:line="257" w:lineRule="auto"/>
            </w:pPr>
            <w:r>
              <w:rPr>
                <w:sz w:val="18"/>
              </w:rPr>
              <w:t>At least quarterly on each shift</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A0911E" w14:textId="77777777" w:rsidR="00BC42E8" w:rsidRDefault="00DC1705">
            <w:pPr>
              <w:spacing w:after="20" w:line="257" w:lineRule="auto"/>
            </w:pPr>
            <w:r>
              <w:rPr>
                <w:sz w:val="18"/>
              </w:rPr>
              <w:t>Alarm transmission and evaluation; K712</w:t>
            </w:r>
          </w:p>
        </w:tc>
      </w:tr>
      <w:tr w:rsidR="00BC42E8" w14:paraId="24BC72D7"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C1B40A" w14:textId="77777777" w:rsidR="00BC42E8" w:rsidRDefault="00DC1705">
            <w:pPr>
              <w:spacing w:after="20" w:line="257" w:lineRule="auto"/>
            </w:pPr>
            <w:r>
              <w:rPr>
                <w:sz w:val="18"/>
              </w:rPr>
              <w:t>Maine hospital security plan</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24BA2C" w14:textId="77777777" w:rsidR="00BC42E8" w:rsidRDefault="00DC1705">
            <w:pPr>
              <w:spacing w:after="20" w:line="257" w:lineRule="auto"/>
            </w:pPr>
            <w:r>
              <w:rPr>
                <w:sz w:val="18"/>
              </w:rPr>
              <w:t>Annual adoption</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072251" w14:textId="77777777" w:rsidR="00BC42E8" w:rsidRDefault="00DC1705">
            <w:pPr>
              <w:spacing w:after="20" w:line="257" w:lineRule="auto"/>
            </w:pPr>
            <w:r>
              <w:rPr>
                <w:sz w:val="18"/>
              </w:rPr>
              <w:t>22 MRS 1832; ME07</w:t>
            </w:r>
          </w:p>
        </w:tc>
      </w:tr>
      <w:tr w:rsidR="00BC42E8" w14:paraId="56EC60E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8E6DC8" w14:textId="77777777" w:rsidR="00BC42E8" w:rsidRDefault="00DC1705">
            <w:pPr>
              <w:spacing w:after="20" w:line="257" w:lineRule="auto"/>
            </w:pPr>
            <w:r>
              <w:rPr>
                <w:sz w:val="18"/>
              </w:rPr>
              <w:t>State fire compliance evidence</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167D08" w14:textId="77777777" w:rsidR="00BC42E8" w:rsidRDefault="00DC1705">
            <w:pPr>
              <w:spacing w:after="20" w:line="257" w:lineRule="auto"/>
            </w:pPr>
            <w:r>
              <w:rPr>
                <w:sz w:val="18"/>
              </w:rPr>
              <w:t>Before license and annually under posted Ch 112</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C75AA0" w14:textId="77777777" w:rsidR="00BC42E8" w:rsidRDefault="00DC1705">
            <w:pPr>
              <w:spacing w:after="20" w:line="257" w:lineRule="auto"/>
            </w:pPr>
            <w:r>
              <w:rPr>
                <w:sz w:val="18"/>
              </w:rPr>
              <w:t>Signed statement and corrections; ME02</w:t>
            </w:r>
          </w:p>
        </w:tc>
      </w:tr>
      <w:tr w:rsidR="00BC42E8" w14:paraId="52B39EB2"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4D466B" w14:textId="77777777" w:rsidR="00BC42E8" w:rsidRDefault="00DC1705">
            <w:pPr>
              <w:spacing w:after="20" w:line="257" w:lineRule="auto"/>
            </w:pPr>
            <w:r>
              <w:rPr>
                <w:sz w:val="18"/>
              </w:rPr>
              <w:t>Generator inspections and exercise</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9356EE" w14:textId="77777777" w:rsidR="00BC42E8" w:rsidRDefault="00DC1705">
            <w:pPr>
              <w:spacing w:after="20" w:line="257" w:lineRule="auto"/>
            </w:pPr>
            <w:r>
              <w:rPr>
                <w:sz w:val="18"/>
              </w:rPr>
              <w:t>Weekly inspection; monthly load test per applicable criteria</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7ABD0D" w14:textId="77777777" w:rsidR="00BC42E8" w:rsidRDefault="00DC1705">
            <w:pPr>
              <w:spacing w:after="20" w:line="257" w:lineRule="auto"/>
            </w:pPr>
            <w:r>
              <w:rPr>
                <w:sz w:val="18"/>
              </w:rPr>
              <w:t>K918; generator and ATS logs</w:t>
            </w:r>
          </w:p>
        </w:tc>
      </w:tr>
      <w:tr w:rsidR="00BC42E8" w14:paraId="0A1216D8"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DBFFFC" w14:textId="77777777" w:rsidR="00BC42E8" w:rsidRDefault="00DC1705">
            <w:pPr>
              <w:spacing w:after="20" w:line="257" w:lineRule="auto"/>
            </w:pPr>
            <w:r>
              <w:rPr>
                <w:sz w:val="18"/>
              </w:rPr>
              <w:t>Extended generator test</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F840E9" w14:textId="77777777" w:rsidR="00BC42E8" w:rsidRDefault="00DC1705">
            <w:pPr>
              <w:spacing w:after="20" w:line="257" w:lineRule="auto"/>
            </w:pPr>
            <w:r>
              <w:rPr>
                <w:sz w:val="18"/>
              </w:rPr>
              <w:t>Applicable Level 1 EPSS every 36 months for 4 hours</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DF06BB" w14:textId="77777777" w:rsidR="00BC42E8" w:rsidRDefault="00DC1705">
            <w:pPr>
              <w:spacing w:after="20" w:line="257" w:lineRule="auto"/>
            </w:pPr>
            <w:r>
              <w:rPr>
                <w:sz w:val="18"/>
              </w:rPr>
              <w:t>K918; NFPA 110 test method and load</w:t>
            </w:r>
          </w:p>
        </w:tc>
      </w:tr>
      <w:tr w:rsidR="00BC42E8" w14:paraId="6A67C2BC"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0306F3" w14:textId="77777777" w:rsidR="00BC42E8" w:rsidRDefault="00DC1705">
            <w:pPr>
              <w:spacing w:after="20" w:line="257" w:lineRule="auto"/>
            </w:pPr>
            <w:r>
              <w:rPr>
                <w:sz w:val="18"/>
              </w:rPr>
              <w:t>Sprinklers and standpipes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2E981B" w14:textId="77777777" w:rsidR="00BC42E8" w:rsidRDefault="00DC1705">
            <w:pPr>
              <w:spacing w:after="20" w:line="257" w:lineRule="auto"/>
            </w:pPr>
            <w:r>
              <w:rPr>
                <w:sz w:val="18"/>
              </w:rPr>
              <w:t>Component schedule including quarterly, annual, 3-year and 5-year tasks</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8E1927" w14:textId="77777777" w:rsidR="00BC42E8" w:rsidRDefault="00DC1705">
            <w:pPr>
              <w:spacing w:after="20" w:line="257" w:lineRule="auto"/>
            </w:pPr>
            <w:r>
              <w:rPr>
                <w:sz w:val="18"/>
              </w:rPr>
              <w:t>K353; NFPA 25; no single universal interval</w:t>
            </w:r>
          </w:p>
        </w:tc>
      </w:tr>
      <w:tr w:rsidR="00BC42E8" w14:paraId="578FA15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A690C6" w14:textId="77777777" w:rsidR="00BC42E8" w:rsidRDefault="00DC1705">
            <w:pPr>
              <w:spacing w:after="20" w:line="257" w:lineRule="auto"/>
            </w:pPr>
            <w:r>
              <w:rPr>
                <w:sz w:val="18"/>
              </w:rPr>
              <w:t>Fire alarm and sensitivity tests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0CB3AC" w14:textId="77777777" w:rsidR="00BC42E8" w:rsidRDefault="00DC1705">
            <w:pPr>
              <w:spacing w:after="20" w:line="257" w:lineRule="auto"/>
            </w:pPr>
            <w:r>
              <w:rPr>
                <w:sz w:val="18"/>
              </w:rPr>
              <w:t>Annual functional report plus device-specific intervals</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55D314" w14:textId="77777777" w:rsidR="00BC42E8" w:rsidRDefault="00DC1705">
            <w:pPr>
              <w:spacing w:after="20" w:line="257" w:lineRule="auto"/>
            </w:pPr>
            <w:r>
              <w:rPr>
                <w:sz w:val="18"/>
              </w:rPr>
              <w:t>K345; K347; NFPA 72</w:t>
            </w:r>
          </w:p>
        </w:tc>
      </w:tr>
      <w:tr w:rsidR="00BC42E8" w14:paraId="70DC4992"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2EA40F" w14:textId="77777777" w:rsidR="00BC42E8" w:rsidRDefault="00DC1705">
            <w:pPr>
              <w:spacing w:after="20" w:line="257" w:lineRule="auto"/>
            </w:pPr>
            <w:r>
              <w:rPr>
                <w:sz w:val="18"/>
              </w:rPr>
              <w:t>Required fire doors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58B887" w14:textId="77777777" w:rsidR="00BC42E8" w:rsidRDefault="00DC1705">
            <w:pPr>
              <w:spacing w:after="20" w:line="257" w:lineRule="auto"/>
            </w:pPr>
            <w:r>
              <w:rPr>
                <w:sz w:val="18"/>
              </w:rPr>
              <w:t>Annual inspection and testing</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ABEE28" w14:textId="77777777" w:rsidR="00BC42E8" w:rsidRDefault="00DC1705">
            <w:pPr>
              <w:spacing w:after="20" w:line="257" w:lineRule="auto"/>
            </w:pPr>
            <w:r>
              <w:rPr>
                <w:sz w:val="18"/>
              </w:rPr>
              <w:t>K761; NFPA 80; qualified inspector</w:t>
            </w:r>
          </w:p>
        </w:tc>
      </w:tr>
      <w:tr w:rsidR="00BC42E8" w14:paraId="7F6F7F6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FF6C76" w14:textId="77777777" w:rsidR="00BC42E8" w:rsidRDefault="00DC1705">
            <w:pPr>
              <w:spacing w:after="20" w:line="257" w:lineRule="auto"/>
            </w:pPr>
            <w:r>
              <w:rPr>
                <w:sz w:val="18"/>
              </w:rPr>
              <w:t>Fire and smoke dampers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F0BF9C" w14:textId="77777777" w:rsidR="00BC42E8" w:rsidRDefault="00DC1705">
            <w:pPr>
              <w:spacing w:after="20" w:line="257" w:lineRule="auto"/>
            </w:pPr>
            <w:r>
              <w:rPr>
                <w:sz w:val="18"/>
              </w:rPr>
              <w:t>One year after installation; then hospital interval generally 6 years</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F3AE38" w14:textId="77777777" w:rsidR="00BC42E8" w:rsidRDefault="00DC1705">
            <w:pPr>
              <w:spacing w:after="20" w:line="257" w:lineRule="auto"/>
            </w:pPr>
            <w:r>
              <w:rPr>
                <w:sz w:val="18"/>
              </w:rPr>
              <w:t>K521; applicable NFPA 80 and 105</w:t>
            </w:r>
          </w:p>
        </w:tc>
      </w:tr>
      <w:tr w:rsidR="00BC42E8" w14:paraId="69B22349"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782D58" w14:textId="77777777" w:rsidR="00BC42E8" w:rsidRDefault="00DC1705">
            <w:pPr>
              <w:spacing w:after="20" w:line="257" w:lineRule="auto"/>
            </w:pPr>
            <w:r>
              <w:rPr>
                <w:sz w:val="18"/>
              </w:rPr>
              <w:t>Medical gas systems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708460" w14:textId="77777777" w:rsidR="00BC42E8" w:rsidRDefault="00DC1705">
            <w:pPr>
              <w:spacing w:after="20" w:line="257" w:lineRule="auto"/>
            </w:pPr>
            <w:r>
              <w:rPr>
                <w:sz w:val="18"/>
              </w:rPr>
              <w:t>Annual report requested; component-specific maintenance and testing</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933702" w14:textId="77777777" w:rsidR="00BC42E8" w:rsidRDefault="00DC1705">
            <w:pPr>
              <w:spacing w:after="20" w:line="257" w:lineRule="auto"/>
            </w:pPr>
            <w:r>
              <w:rPr>
                <w:sz w:val="18"/>
              </w:rPr>
              <w:t>K907–908; applicable NFPA 99</w:t>
            </w:r>
          </w:p>
        </w:tc>
      </w:tr>
      <w:tr w:rsidR="00BC42E8" w14:paraId="41566690"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00A65F" w14:textId="77777777" w:rsidR="00BC42E8" w:rsidRDefault="00DC1705">
            <w:pPr>
              <w:spacing w:after="20" w:line="257" w:lineRule="auto"/>
            </w:pPr>
            <w:r>
              <w:rPr>
                <w:sz w:val="18"/>
              </w:rPr>
              <w:t>Specified nonhospital-grade receptacles</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FB7836" w14:textId="77777777" w:rsidR="00BC42E8" w:rsidRDefault="00DC1705">
            <w:pPr>
              <w:spacing w:after="20" w:line="257" w:lineRule="auto"/>
            </w:pPr>
            <w:r>
              <w:rPr>
                <w:sz w:val="18"/>
              </w:rPr>
              <w:t>Intervals not exceeding 12 months</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3F6018" w14:textId="77777777" w:rsidR="00BC42E8" w:rsidRDefault="00DC1705">
            <w:pPr>
              <w:spacing w:after="20" w:line="257" w:lineRule="auto"/>
            </w:pPr>
            <w:r>
              <w:rPr>
                <w:sz w:val="18"/>
              </w:rPr>
              <w:t>K914; patient-bed and applicable anesthetizing locations</w:t>
            </w:r>
          </w:p>
        </w:tc>
      </w:tr>
      <w:tr w:rsidR="00BC42E8" w14:paraId="1E25DDF8"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A98718" w14:textId="77777777" w:rsidR="00BC42E8" w:rsidRDefault="00DC1705">
            <w:pPr>
              <w:spacing w:after="20" w:line="257" w:lineRule="auto"/>
            </w:pPr>
            <w:r>
              <w:rPr>
                <w:sz w:val="18"/>
              </w:rPr>
              <w:lastRenderedPageBreak/>
              <w:t>Portable extinguishers</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B062F5" w14:textId="77777777" w:rsidR="00BC42E8" w:rsidRDefault="00DC1705">
            <w:pPr>
              <w:spacing w:after="20" w:line="257" w:lineRule="auto"/>
            </w:pPr>
            <w:r>
              <w:rPr>
                <w:sz w:val="18"/>
              </w:rPr>
              <w:t>Monthly visual; annual maintenance; internal and hydrostatic as applicable</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D13688" w14:textId="77777777" w:rsidR="00BC42E8" w:rsidRDefault="00DC1705">
            <w:pPr>
              <w:spacing w:after="20" w:line="257" w:lineRule="auto"/>
            </w:pPr>
            <w:r>
              <w:rPr>
                <w:sz w:val="18"/>
              </w:rPr>
              <w:t>K355; NFPA 10</w:t>
            </w:r>
          </w:p>
        </w:tc>
      </w:tr>
      <w:tr w:rsidR="00BC42E8" w14:paraId="48980461"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C12F6A" w14:textId="77777777" w:rsidR="00BC42E8" w:rsidRDefault="00DC1705">
            <w:pPr>
              <w:spacing w:after="20" w:line="257" w:lineRule="auto"/>
            </w:pPr>
            <w:r>
              <w:rPr>
                <w:sz w:val="18"/>
              </w:rPr>
              <w:t>Kitchen suppression and exhaust</w:t>
            </w:r>
          </w:p>
        </w:tc>
        <w:tc>
          <w:tcPr>
            <w:tcW w:w="43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44B173" w14:textId="77777777" w:rsidR="00BC42E8" w:rsidRDefault="00DC1705">
            <w:pPr>
              <w:spacing w:after="20" w:line="257" w:lineRule="auto"/>
            </w:pPr>
            <w:r>
              <w:rPr>
                <w:sz w:val="18"/>
              </w:rPr>
              <w:t>System and cooking-operation-specific inspection, service and cleaning</w:t>
            </w:r>
          </w:p>
        </w:tc>
        <w:tc>
          <w:tcPr>
            <w:tcW w:w="35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586E9B" w14:textId="77777777" w:rsidR="00BC42E8" w:rsidRDefault="00DC1705">
            <w:pPr>
              <w:spacing w:after="20" w:line="257" w:lineRule="auto"/>
            </w:pPr>
            <w:r>
              <w:rPr>
                <w:sz w:val="18"/>
              </w:rPr>
              <w:t>K324; do not assume one annual task covers all</w:t>
            </w:r>
          </w:p>
        </w:tc>
      </w:tr>
      <w:tr w:rsidR="00BC42E8" w14:paraId="79E91A4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ECCF70" w14:textId="77777777" w:rsidR="00BC42E8" w:rsidRDefault="00DC1705">
            <w:pPr>
              <w:spacing w:after="20" w:line="257" w:lineRule="auto"/>
            </w:pPr>
            <w:r>
              <w:rPr>
                <w:sz w:val="18"/>
              </w:rPr>
              <w:t>Battery emergency lighting</w:t>
            </w:r>
          </w:p>
        </w:tc>
        <w:tc>
          <w:tcPr>
            <w:tcW w:w="43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DEB921" w14:textId="77777777" w:rsidR="00BC42E8" w:rsidRDefault="00DC1705">
            <w:pPr>
              <w:spacing w:after="20" w:line="257" w:lineRule="auto"/>
            </w:pPr>
            <w:r>
              <w:rPr>
                <w:sz w:val="18"/>
              </w:rPr>
              <w:t>Generally monthly 30-second and annual 90-minute tests or approved equivalent</w:t>
            </w:r>
          </w:p>
        </w:tc>
        <w:tc>
          <w:tcPr>
            <w:tcW w:w="35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70FEBB" w14:textId="77777777" w:rsidR="00BC42E8" w:rsidRDefault="00DC1705">
            <w:pPr>
              <w:spacing w:after="20" w:line="257" w:lineRule="auto"/>
            </w:pPr>
            <w:r>
              <w:rPr>
                <w:sz w:val="18"/>
              </w:rPr>
              <w:t>K291; distinguish EES-fed lighting and self-testing alternatives</w:t>
            </w:r>
          </w:p>
        </w:tc>
      </w:tr>
    </w:tbl>
    <w:p w14:paraId="7EA32263" w14:textId="77777777" w:rsidR="00BC42E8" w:rsidRDefault="00DC1705">
      <w:r>
        <w:t>CMS Appendix Z does not impose a universal 72-hour stock quantity. Calculate risk-based resources and evacuation thresholds and apply separate code, license, accreditation, or AHJ duration requirements. Retain records demonstrating multi-year testing and exercise improvement cycles under the facility retention policy.</w:t>
      </w:r>
    </w:p>
    <w:p w14:paraId="536B1A23"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10FA12B8"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ED69964" w14:textId="77777777" w:rsidR="00BC42E8" w:rsidRDefault="00DC1705">
            <w:pPr>
              <w:keepNext/>
            </w:pPr>
            <w:r>
              <w:rPr>
                <w:b/>
                <w:color w:val="FFFFFF"/>
                <w:sz w:val="28"/>
              </w:rPr>
              <w:t>PART III ACUTE CARE HOSPITAL SPECIFIC REQUIREMENTS</w:t>
            </w:r>
          </w:p>
          <w:p w14:paraId="19C761A7" w14:textId="77777777" w:rsidR="00BC42E8" w:rsidRDefault="00DC1705">
            <w:pPr>
              <w:keepNext/>
              <w:spacing w:after="60"/>
            </w:pPr>
            <w:r>
              <w:rPr>
                <w:color w:val="DDEBE6"/>
                <w:sz w:val="18"/>
              </w:rPr>
              <w:t>Emergency clinical readiness and Maine hospital licensing or statutory duties</w:t>
            </w:r>
          </w:p>
        </w:tc>
      </w:tr>
    </w:tbl>
    <w:p w14:paraId="64ACE885" w14:textId="77777777" w:rsidR="00BC42E8" w:rsidRDefault="00DC1705">
      <w:pPr>
        <w:pStyle w:val="Heading2"/>
        <w:pBdr>
          <w:bottom w:val="single" w:sz="10" w:space="5" w:color="E43A0A"/>
        </w:pBdr>
      </w:pPr>
      <w:r>
        <w:t>Emergency services readiness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2636E8B2"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86121B0"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15641F1"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52C8EB3"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96B1BD5"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D1773B3" w14:textId="77777777" w:rsidR="00BC42E8" w:rsidRDefault="00DC1705">
            <w:pPr>
              <w:keepNext/>
              <w:spacing w:after="20" w:line="257" w:lineRule="auto"/>
              <w:jc w:val="center"/>
            </w:pPr>
            <w:r>
              <w:rPr>
                <w:b/>
                <w:color w:val="FFFFFF"/>
                <w:sz w:val="15"/>
              </w:rPr>
              <w:t>Not</w:t>
            </w:r>
            <w:r>
              <w:rPr>
                <w:b/>
                <w:color w:val="FFFFFF"/>
                <w:sz w:val="15"/>
              </w:rPr>
              <w:br/>
            </w:r>
            <w:r>
              <w:rPr>
                <w:b/>
                <w:color w:val="FFFFFF"/>
                <w:sz w:val="15"/>
              </w:rP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7BE7225"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02DC04B" w14:textId="77777777" w:rsidR="00BC42E8" w:rsidRDefault="00DC1705">
            <w:pPr>
              <w:keepNext/>
              <w:spacing w:after="20" w:line="257" w:lineRule="auto"/>
            </w:pPr>
            <w:r>
              <w:rPr>
                <w:b/>
                <w:color w:val="FFFFFF"/>
                <w:sz w:val="15"/>
              </w:rPr>
              <w:t>EOP Location / Evidence / Notes</w:t>
            </w:r>
          </w:p>
        </w:tc>
      </w:tr>
      <w:tr w:rsidR="00BC42E8" w14:paraId="26AFBCF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89BA6D" w14:textId="77777777" w:rsidR="00BC42E8" w:rsidRDefault="00DC1705">
            <w:pPr>
              <w:spacing w:after="20" w:line="257" w:lineRule="auto"/>
            </w:pPr>
            <w:r>
              <w:rPr>
                <w:b/>
                <w:color w:val="00543B"/>
                <w:sz w:val="18"/>
              </w:rPr>
              <w:t>CL01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C19F31" w14:textId="77777777" w:rsidR="00BC42E8" w:rsidRDefault="00DC1705">
            <w:pPr>
              <w:spacing w:after="20" w:line="257" w:lineRule="auto"/>
            </w:pPr>
            <w:r>
              <w:rPr>
                <w:sz w:val="18"/>
              </w:rPr>
              <w:t>Maintain evidence-based emergency protocols appropriate to scope, including medical, surgical, obstetrical, and immediate post-delivery emergencies. Include the response when needs exceed facility capability, even where routine obstetrical services are not offered.</w:t>
            </w:r>
            <w:r>
              <w:rPr>
                <w:sz w:val="18"/>
              </w:rPr>
              <w:br/>
              <w:t>Authority: 482.55(c)(1)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05127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A215DA"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2D35F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7D3D65"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A929A6" w14:textId="77777777" w:rsidR="00BC42E8" w:rsidRDefault="00BC42E8">
            <w:pPr>
              <w:spacing w:after="20" w:line="257" w:lineRule="auto"/>
            </w:pPr>
          </w:p>
        </w:tc>
      </w:tr>
      <w:tr w:rsidR="00BC42E8" w14:paraId="200F563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F12CA4" w14:textId="77777777" w:rsidR="00BC42E8" w:rsidRDefault="00DC1705">
            <w:pPr>
              <w:spacing w:after="20" w:line="257" w:lineRule="auto"/>
            </w:pPr>
            <w:r>
              <w:rPr>
                <w:b/>
                <w:color w:val="00543B"/>
                <w:sz w:val="18"/>
              </w:rPr>
              <w:t>CL02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4A7269" w14:textId="77777777" w:rsidR="00BC42E8" w:rsidRDefault="00DC1705">
            <w:pPr>
              <w:spacing w:after="20" w:line="257" w:lineRule="auto"/>
            </w:pPr>
            <w:r>
              <w:rPr>
                <w:sz w:val="18"/>
              </w:rPr>
              <w:t>Verify medical staff and governing body approval, current protocol references, accessible copies, staff use, and relevant patient-record evidence. September 18 2026 guidance addresses acute care hospitals.</w:t>
            </w:r>
            <w:r>
              <w:rPr>
                <w:sz w:val="18"/>
              </w:rPr>
              <w:br/>
              <w:t>Authority: S25; A1114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13F006"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EBF3C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5F37B0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C3605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537DD5" w14:textId="77777777" w:rsidR="00BC42E8" w:rsidRDefault="00BC42E8">
            <w:pPr>
              <w:spacing w:after="20" w:line="257" w:lineRule="auto"/>
            </w:pPr>
          </w:p>
        </w:tc>
      </w:tr>
      <w:tr w:rsidR="00BC42E8" w14:paraId="1521BDE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6BE6F6" w14:textId="77777777" w:rsidR="00BC42E8" w:rsidRDefault="00DC1705">
            <w:pPr>
              <w:spacing w:after="20" w:line="257" w:lineRule="auto"/>
            </w:pPr>
            <w:r>
              <w:rPr>
                <w:b/>
                <w:color w:val="00543B"/>
                <w:sz w:val="18"/>
              </w:rPr>
              <w:t>CL03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881075" w14:textId="77777777" w:rsidR="00BC42E8" w:rsidRDefault="00DC1705">
            <w:pPr>
              <w:spacing w:after="20" w:line="257" w:lineRule="auto"/>
            </w:pPr>
            <w:r>
              <w:rPr>
                <w:sz w:val="18"/>
              </w:rPr>
              <w:t>Keep necessary emergency medications, equipment, supplies, and blood capability available for the facility population. Check stock, expiration, maintenance, access, and ability to use emergency equipment.</w:t>
            </w:r>
            <w:r>
              <w:rPr>
                <w:sz w:val="18"/>
              </w:rPr>
              <w:br/>
              <w:t>Authority: 482.55(c)(2); 482.27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EC2EF8"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D2D175"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BA6EF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33FBE1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F6B5ED4" w14:textId="77777777" w:rsidR="00BC42E8" w:rsidRDefault="00BC42E8">
            <w:pPr>
              <w:spacing w:after="20" w:line="257" w:lineRule="auto"/>
            </w:pPr>
          </w:p>
        </w:tc>
      </w:tr>
      <w:tr w:rsidR="00BC42E8" w14:paraId="62D1ED1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7E9A43" w14:textId="77777777" w:rsidR="00BC42E8" w:rsidRDefault="00DC1705">
            <w:pPr>
              <w:spacing w:after="20" w:line="257" w:lineRule="auto"/>
            </w:pPr>
            <w:r>
              <w:rPr>
                <w:b/>
                <w:color w:val="00543B"/>
                <w:sz w:val="18"/>
              </w:rPr>
              <w:t>CL04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F0CC49" w14:textId="77777777" w:rsidR="00BC42E8" w:rsidRDefault="00DC1705">
            <w:pPr>
              <w:spacing w:after="20" w:line="257" w:lineRule="auto"/>
            </w:pPr>
            <w:r>
              <w:rPr>
                <w:sz w:val="18"/>
              </w:rPr>
              <w:t>Each emergency treatment area has a patient call system. Test operation and accessibility and verify the response when the system fails.</w:t>
            </w:r>
            <w:r>
              <w:rPr>
                <w:sz w:val="18"/>
              </w:rPr>
              <w:br/>
              <w:t>Authority: 482.55(c)(2)(iii)</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DA057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10139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7CBBF79"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7D7353"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BE2658" w14:textId="77777777" w:rsidR="00BC42E8" w:rsidRDefault="00BC42E8">
            <w:pPr>
              <w:spacing w:after="20" w:line="257" w:lineRule="auto"/>
            </w:pPr>
          </w:p>
        </w:tc>
      </w:tr>
      <w:tr w:rsidR="00BC42E8" w14:paraId="446C7B6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814D25" w14:textId="77777777" w:rsidR="00BC42E8" w:rsidRDefault="00DC1705">
            <w:pPr>
              <w:spacing w:after="20" w:line="257" w:lineRule="auto"/>
            </w:pPr>
            <w:r>
              <w:rPr>
                <w:b/>
                <w:color w:val="00543B"/>
                <w:sz w:val="18"/>
              </w:rPr>
              <w:t>CL05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794A5A" w14:textId="77777777" w:rsidR="00BC42E8" w:rsidRDefault="00DC1705">
            <w:pPr>
              <w:spacing w:after="20" w:line="257" w:lineRule="auto"/>
            </w:pPr>
            <w:r>
              <w:rPr>
                <w:sz w:val="18"/>
              </w:rPr>
              <w:t>Train applicable staff annually on emergency protocols and provisions. Governing body identifies staff; personnel records show completion; staff demonstrate knowledge; QAPI findings inform updates.</w:t>
            </w:r>
            <w:r>
              <w:rPr>
                <w:sz w:val="18"/>
              </w:rPr>
              <w:br/>
              <w:t>Authority: 482.55(c)(3)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26243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48B47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340FD2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3C573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EA0270" w14:textId="77777777" w:rsidR="00BC42E8" w:rsidRDefault="00BC42E8">
            <w:pPr>
              <w:spacing w:after="20" w:line="257" w:lineRule="auto"/>
            </w:pPr>
          </w:p>
        </w:tc>
      </w:tr>
      <w:tr w:rsidR="00BC42E8" w14:paraId="68C91EB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C6C383" w14:textId="77777777" w:rsidR="00BC42E8" w:rsidRDefault="00DC1705">
            <w:pPr>
              <w:spacing w:after="20" w:line="257" w:lineRule="auto"/>
            </w:pPr>
            <w:r>
              <w:rPr>
                <w:b/>
                <w:color w:val="00543B"/>
                <w:sz w:val="18"/>
              </w:rPr>
              <w:t>CL06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4728B2" w14:textId="77777777" w:rsidR="00BC42E8" w:rsidRDefault="00DC1705">
            <w:pPr>
              <w:spacing w:after="20" w:line="257" w:lineRule="auto"/>
            </w:pPr>
            <w:r>
              <w:rPr>
                <w:sz w:val="18"/>
              </w:rPr>
              <w:t>Maintain written transfer procedures, including inpatient transfers to the required level of care, and provide annual training to relevant staff. Effective July 1 2025; this annual duty is separate from biennial EP training.</w:t>
            </w:r>
            <w:r>
              <w:rPr>
                <w:sz w:val="18"/>
              </w:rPr>
              <w:br/>
              <w:t>Authority: 482.43(c)</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F0FFA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08D1624"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9746C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98443F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307A1B" w14:textId="77777777" w:rsidR="00BC42E8" w:rsidRDefault="00BC42E8">
            <w:pPr>
              <w:spacing w:after="20" w:line="257" w:lineRule="auto"/>
            </w:pPr>
          </w:p>
        </w:tc>
      </w:tr>
    </w:tbl>
    <w:p w14:paraId="06AB780C" w14:textId="77777777" w:rsidR="00BC42E8" w:rsidRDefault="00DC1705">
      <w:pPr>
        <w:pStyle w:val="Heading2"/>
        <w:pBdr>
          <w:bottom w:val="single" w:sz="10" w:space="5" w:color="E43A0A"/>
        </w:pBdr>
      </w:pPr>
      <w:r>
        <w:t>Emergency care and continuity controls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6EB60479"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B290E9E"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122AE52"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A86616B"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05439C8"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A39ADC8"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1CCC2E0"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75CD075" w14:textId="77777777" w:rsidR="00BC42E8" w:rsidRDefault="00DC1705">
            <w:pPr>
              <w:keepNext/>
              <w:spacing w:after="20" w:line="257" w:lineRule="auto"/>
            </w:pPr>
            <w:r>
              <w:rPr>
                <w:b/>
                <w:color w:val="FFFFFF"/>
                <w:sz w:val="15"/>
              </w:rPr>
              <w:t>EOP Location / Evidence / Notes</w:t>
            </w:r>
          </w:p>
        </w:tc>
      </w:tr>
      <w:tr w:rsidR="00BC42E8" w14:paraId="035E88B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D68C58" w14:textId="77777777" w:rsidR="00BC42E8" w:rsidRDefault="00DC1705">
            <w:pPr>
              <w:spacing w:after="20" w:line="257" w:lineRule="auto"/>
            </w:pPr>
            <w:r>
              <w:rPr>
                <w:b/>
                <w:color w:val="00543B"/>
                <w:sz w:val="18"/>
              </w:rPr>
              <w:t>CL07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D2E582" w14:textId="77777777" w:rsidR="00BC42E8" w:rsidRDefault="00DC1705">
            <w:pPr>
              <w:spacing w:after="20" w:line="257" w:lineRule="auto"/>
            </w:pPr>
            <w:r>
              <w:rPr>
                <w:sz w:val="18"/>
              </w:rPr>
              <w:t>Address medical screening, stabilizing treatment, appropriate transfer, receiving capability and acceptance, qualified transport, records, on-call coverage, and applicable EMTALA obligations during disruption or surge.</w:t>
            </w:r>
            <w:r>
              <w:rPr>
                <w:sz w:val="18"/>
              </w:rPr>
              <w:br/>
              <w:t>Authority: 489.20; 489.24; S28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BB8864"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6C27D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412FD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D4D83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77AE17" w14:textId="77777777" w:rsidR="00BC42E8" w:rsidRDefault="00BC42E8">
            <w:pPr>
              <w:spacing w:after="20" w:line="257" w:lineRule="auto"/>
            </w:pPr>
          </w:p>
        </w:tc>
      </w:tr>
      <w:tr w:rsidR="00BC42E8" w14:paraId="21B9EAB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AF9E95" w14:textId="77777777" w:rsidR="00BC42E8" w:rsidRDefault="00DC1705">
            <w:pPr>
              <w:spacing w:after="20" w:line="257" w:lineRule="auto"/>
            </w:pPr>
            <w:r>
              <w:rPr>
                <w:b/>
                <w:color w:val="00543B"/>
                <w:sz w:val="18"/>
              </w:rPr>
              <w:lastRenderedPageBreak/>
              <w:t>CL08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63AC9E" w14:textId="77777777" w:rsidR="00BC42E8" w:rsidRDefault="00DC1705">
            <w:pPr>
              <w:spacing w:after="20" w:line="257" w:lineRule="auto"/>
            </w:pPr>
            <w:r>
              <w:rPr>
                <w:sz w:val="18"/>
              </w:rPr>
              <w:t>Maintain fire control and evacuation procedures; state or local inspection evidence; safe equipment and facilities; ventilation and temperature controls; and continued care during utility failures.</w:t>
            </w:r>
            <w:r>
              <w:rPr>
                <w:sz w:val="18"/>
              </w:rPr>
              <w:br/>
              <w:t>Authority: 482.41; K711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E2183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6C7E89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33F22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DDC39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A4861D" w14:textId="77777777" w:rsidR="00BC42E8" w:rsidRDefault="00BC42E8">
            <w:pPr>
              <w:spacing w:after="20" w:line="257" w:lineRule="auto"/>
            </w:pPr>
          </w:p>
        </w:tc>
      </w:tr>
      <w:tr w:rsidR="00BC42E8" w14:paraId="07C56D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6E42C6" w14:textId="77777777" w:rsidR="00BC42E8" w:rsidRDefault="00DC1705">
            <w:pPr>
              <w:spacing w:after="20" w:line="257" w:lineRule="auto"/>
            </w:pPr>
            <w:r>
              <w:rPr>
                <w:b/>
                <w:color w:val="00543B"/>
                <w:sz w:val="18"/>
              </w:rPr>
              <w:t>CL09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048D08" w14:textId="77777777" w:rsidR="00BC42E8" w:rsidRDefault="00DC1705">
            <w:pPr>
              <w:spacing w:after="20" w:line="257" w:lineRule="auto"/>
            </w:pPr>
            <w:r>
              <w:rPr>
                <w:sz w:val="18"/>
              </w:rPr>
              <w:t>Coordinate outbreak recognition, isolation, PPE, cleaning, staffing, laboratory access, and public health reporting with the infection prevention program and HVA.</w:t>
            </w:r>
            <w:r>
              <w:rPr>
                <w:sz w:val="18"/>
              </w:rPr>
              <w:br/>
              <w:t>Authority: 482.42; S29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A34359"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5B863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381657"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BDC9D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F52CD2" w14:textId="77777777" w:rsidR="00BC42E8" w:rsidRDefault="00BC42E8">
            <w:pPr>
              <w:spacing w:after="20" w:line="257" w:lineRule="auto"/>
            </w:pPr>
          </w:p>
        </w:tc>
      </w:tr>
      <w:tr w:rsidR="00BC42E8" w14:paraId="4B24CD8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13031B" w14:textId="77777777" w:rsidR="00BC42E8" w:rsidRDefault="00DC1705">
            <w:pPr>
              <w:spacing w:after="20" w:line="257" w:lineRule="auto"/>
            </w:pPr>
            <w:r>
              <w:rPr>
                <w:b/>
                <w:color w:val="00543B"/>
                <w:sz w:val="18"/>
              </w:rPr>
              <w:t>CL10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6AF947" w14:textId="77777777" w:rsidR="00BC42E8" w:rsidRDefault="00DC1705">
            <w:pPr>
              <w:spacing w:after="20" w:line="257" w:lineRule="auto"/>
            </w:pPr>
            <w:r>
              <w:rPr>
                <w:sz w:val="18"/>
              </w:rPr>
              <w:t>Preserve and retrieve clinical records during outages and transfers. Maintain identification, orders, medication information, allergies, treatment needs, confidentiality, and system restoration procedures.</w:t>
            </w:r>
            <w:r>
              <w:rPr>
                <w:sz w:val="18"/>
              </w:rPr>
              <w:br/>
              <w:t>Authority: 482.24; 482.15(b)(5)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E9E3CB"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D4DC21"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0DC1B8"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CD809F"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CBFFE5" w14:textId="77777777" w:rsidR="00BC42E8" w:rsidRDefault="00BC42E8">
            <w:pPr>
              <w:spacing w:after="20" w:line="257" w:lineRule="auto"/>
            </w:pPr>
          </w:p>
        </w:tc>
      </w:tr>
      <w:tr w:rsidR="00BC42E8" w14:paraId="2C44CEF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ECBB7B" w14:textId="77777777" w:rsidR="00BC42E8" w:rsidRDefault="00DC1705">
            <w:pPr>
              <w:spacing w:after="20" w:line="257" w:lineRule="auto"/>
            </w:pPr>
            <w:r>
              <w:rPr>
                <w:b/>
                <w:color w:val="00543B"/>
                <w:sz w:val="18"/>
              </w:rPr>
              <w:t>CL11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E153EB" w14:textId="77777777" w:rsidR="00BC42E8" w:rsidRDefault="00DC1705">
            <w:pPr>
              <w:spacing w:after="20" w:line="257" w:lineRule="auto"/>
            </w:pPr>
            <w:r>
              <w:rPr>
                <w:sz w:val="18"/>
              </w:rPr>
              <w:t>Address pharmacy, controlled drugs, cold storage, laboratory testing, blood handling, and backup services. Verify applicable CLIA and state licensure, technical policies, and outage arrangements.</w:t>
            </w:r>
            <w:r>
              <w:rPr>
                <w:sz w:val="18"/>
              </w:rPr>
              <w:br/>
              <w:t>Authority: 482.25; 482.27; S30</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85D505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DFD7A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60BE1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6865F1"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1BD19A" w14:textId="77777777" w:rsidR="00BC42E8" w:rsidRDefault="00BC42E8">
            <w:pPr>
              <w:spacing w:after="20" w:line="257" w:lineRule="auto"/>
            </w:pPr>
          </w:p>
        </w:tc>
      </w:tr>
      <w:tr w:rsidR="00BC42E8" w14:paraId="3B8000A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C3F71F" w14:textId="77777777" w:rsidR="00BC42E8" w:rsidRDefault="00DC1705">
            <w:pPr>
              <w:spacing w:after="20" w:line="257" w:lineRule="auto"/>
            </w:pPr>
            <w:r>
              <w:rPr>
                <w:b/>
                <w:color w:val="00543B"/>
                <w:sz w:val="18"/>
              </w:rPr>
              <w:t>CL12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EC5EF8" w14:textId="77777777" w:rsidR="00BC42E8" w:rsidRDefault="00DC1705">
            <w:pPr>
              <w:spacing w:after="20" w:line="257" w:lineRule="auto"/>
            </w:pPr>
            <w:r>
              <w:rPr>
                <w:sz w:val="18"/>
              </w:rPr>
              <w:t>Integrate emergency performance, patient safety events, staffing and supply failures, and corrective actions into QAPI; maintain leadership review and evidence of effectiveness.</w:t>
            </w:r>
            <w:r>
              <w:rPr>
                <w:sz w:val="18"/>
              </w:rPr>
              <w:br/>
              <w:t>Authority: 482.21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04097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6ECDF7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46D1DE"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EE1D78"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ED6D1E" w14:textId="77777777" w:rsidR="00BC42E8" w:rsidRDefault="00BC42E8">
            <w:pPr>
              <w:spacing w:after="20" w:line="257" w:lineRule="auto"/>
            </w:pPr>
          </w:p>
        </w:tc>
      </w:tr>
      <w:tr w:rsidR="00BC42E8" w14:paraId="41843FE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A5B7BF" w14:textId="77777777" w:rsidR="00BC42E8" w:rsidRDefault="00DC1705">
            <w:pPr>
              <w:spacing w:after="20" w:line="257" w:lineRule="auto"/>
            </w:pPr>
            <w:r>
              <w:rPr>
                <w:b/>
                <w:color w:val="00543B"/>
                <w:sz w:val="18"/>
              </w:rPr>
              <w:t>CL13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86F340" w14:textId="77777777" w:rsidR="00BC42E8" w:rsidRDefault="00DC1705">
            <w:pPr>
              <w:spacing w:after="20" w:line="257" w:lineRule="auto"/>
            </w:pPr>
            <w:r>
              <w:rPr>
                <w:sz w:val="18"/>
              </w:rPr>
              <w:t>Assess risks of violence, self-harm, and unsafe environments; provide appropriate staffing and training, de-escalation, protective measures, and reporting. Coordinate behavioral safety with safe egress and evacuation.</w:t>
            </w:r>
            <w:r>
              <w:rPr>
                <w:sz w:val="18"/>
              </w:rPr>
              <w:br/>
              <w:t>Authority: 482.13(c)(2); S31; 482.15(a)(3)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2EC86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CBBFD6"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8B3E1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DA1840"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E140EB" w14:textId="77777777" w:rsidR="00BC42E8" w:rsidRDefault="00BC42E8">
            <w:pPr>
              <w:spacing w:after="20" w:line="257" w:lineRule="auto"/>
            </w:pPr>
          </w:p>
        </w:tc>
      </w:tr>
      <w:tr w:rsidR="00BC42E8" w14:paraId="10BA0C1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94542B" w14:textId="77777777" w:rsidR="00BC42E8" w:rsidRDefault="00DC1705">
            <w:pPr>
              <w:spacing w:after="20" w:line="257" w:lineRule="auto"/>
            </w:pPr>
            <w:r>
              <w:rPr>
                <w:b/>
                <w:color w:val="00543B"/>
                <w:sz w:val="18"/>
              </w:rPr>
              <w:t>CL14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6DA188" w14:textId="77777777" w:rsidR="00BC42E8" w:rsidRDefault="00DC1705">
            <w:pPr>
              <w:spacing w:after="20" w:line="257" w:lineRule="auto"/>
            </w:pPr>
            <w:r>
              <w:rPr>
                <w:sz w:val="18"/>
              </w:rPr>
              <w:t>Emergency staffing preserves required qualifications, scope, supervision, and nursing coverage. Verify primary and backup rosters, credentialing, and response to unavailable personnel.</w:t>
            </w:r>
            <w:r>
              <w:rPr>
                <w:sz w:val="18"/>
              </w:rPr>
              <w:br/>
              <w:t>Authority: 482.23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DAA2D0"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A4FF8C"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EC6C9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0F72D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B5779A" w14:textId="77777777" w:rsidR="00BC42E8" w:rsidRDefault="00BC42E8">
            <w:pPr>
              <w:spacing w:after="20" w:line="257" w:lineRule="auto"/>
            </w:pPr>
          </w:p>
        </w:tc>
      </w:tr>
    </w:tbl>
    <w:p w14:paraId="4C6E8A39" w14:textId="77777777" w:rsidR="00BC42E8" w:rsidRDefault="00DC1705">
      <w:pPr>
        <w:pStyle w:val="Heading2"/>
        <w:pBdr>
          <w:bottom w:val="single" w:sz="10" w:space="5" w:color="E43A0A"/>
        </w:pBdr>
      </w:pPr>
      <w:r>
        <w:t>Hospital licensing and incident reporting</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55EF93E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7B98B91"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42C11DE"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9B64379"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04739ED"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785D8B8"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4D7D758"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76D44A8" w14:textId="77777777" w:rsidR="00BC42E8" w:rsidRDefault="00DC1705">
            <w:pPr>
              <w:keepNext/>
              <w:spacing w:after="20" w:line="257" w:lineRule="auto"/>
            </w:pPr>
            <w:r>
              <w:rPr>
                <w:b/>
                <w:color w:val="FFFFFF"/>
                <w:sz w:val="15"/>
              </w:rPr>
              <w:t>EOP Location / Evidence / Notes</w:t>
            </w:r>
          </w:p>
        </w:tc>
      </w:tr>
      <w:tr w:rsidR="00BC42E8" w14:paraId="17DC7F9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30A11EE" w14:textId="77777777" w:rsidR="00BC42E8" w:rsidRDefault="00DC1705">
            <w:pPr>
              <w:spacing w:after="20" w:line="257" w:lineRule="auto"/>
            </w:pPr>
            <w:r>
              <w:rPr>
                <w:b/>
                <w:color w:val="00543B"/>
                <w:sz w:val="18"/>
              </w:rPr>
              <w:t>ME01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5ED1D2" w14:textId="77777777" w:rsidR="00BC42E8" w:rsidRDefault="00DC1705">
            <w:pPr>
              <w:spacing w:after="20" w:line="257" w:lineRule="auto"/>
            </w:pPr>
            <w:r>
              <w:rPr>
                <w:sz w:val="18"/>
              </w:rPr>
              <w:t>Maintain the applicable hospital license, site and service scope, renewal, and required change notices.</w:t>
            </w:r>
            <w:r>
              <w:rPr>
                <w:sz w:val="18"/>
              </w:rPr>
              <w:br/>
              <w:t>Authority: Ch 112 2.2, 2.5; S10–S11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A43085"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E61FE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61D21C"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C627D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F3D26E" w14:textId="77777777" w:rsidR="00BC42E8" w:rsidRDefault="00BC42E8">
            <w:pPr>
              <w:spacing w:after="20" w:line="257" w:lineRule="auto"/>
            </w:pPr>
          </w:p>
        </w:tc>
      </w:tr>
      <w:tr w:rsidR="00BC42E8" w14:paraId="0BE91E5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1744C2" w14:textId="77777777" w:rsidR="00BC42E8" w:rsidRDefault="00DC1705">
            <w:pPr>
              <w:spacing w:after="20" w:line="257" w:lineRule="auto"/>
            </w:pPr>
            <w:r>
              <w:rPr>
                <w:b/>
                <w:color w:val="00543B"/>
                <w:sz w:val="18"/>
              </w:rPr>
              <w:t>ME02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B580D8" w14:textId="77777777" w:rsidR="00BC42E8" w:rsidRDefault="00DC1705">
            <w:pPr>
              <w:spacing w:after="20" w:line="257" w:lineRule="auto"/>
            </w:pPr>
            <w:r>
              <w:rPr>
                <w:sz w:val="18"/>
              </w:rPr>
              <w:t>Maintain required fire compliance statements before licensure and annually under the posted rule; retain survey and correction records. Accreditation does not exempt separate fire or complaint inspections.</w:t>
            </w:r>
            <w:r>
              <w:rPr>
                <w:sz w:val="18"/>
              </w:rPr>
              <w:br/>
            </w:r>
            <w:r>
              <w:rPr>
                <w:sz w:val="18"/>
              </w:rPr>
              <w:t>Authority: Ch 112 2.5.5; 22 MRS 1816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1CCB6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B48AEE"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42BC2F"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3A03E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B3C067" w14:textId="77777777" w:rsidR="00BC42E8" w:rsidRDefault="00BC42E8">
            <w:pPr>
              <w:spacing w:after="20" w:line="257" w:lineRule="auto"/>
            </w:pPr>
          </w:p>
        </w:tc>
      </w:tr>
      <w:tr w:rsidR="00BC42E8" w14:paraId="0940ABB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3CB650" w14:textId="77777777" w:rsidR="00BC42E8" w:rsidRDefault="00DC1705">
            <w:pPr>
              <w:spacing w:after="20" w:line="257" w:lineRule="auto"/>
            </w:pPr>
            <w:r>
              <w:rPr>
                <w:b/>
                <w:color w:val="00543B"/>
                <w:sz w:val="18"/>
              </w:rPr>
              <w:lastRenderedPageBreak/>
              <w:t>ME03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2AC6F8" w14:textId="77777777" w:rsidR="00BC42E8" w:rsidRDefault="00DC1705">
            <w:pPr>
              <w:spacing w:after="20" w:line="257" w:lineRule="auto"/>
            </w:pPr>
            <w:r>
              <w:rPr>
                <w:sz w:val="18"/>
              </w:rPr>
              <w:t>Report qualifying fires and emergency evacuation within 24 hours. Fires requiring patient movement, evacuation, or causing patient injury are reportable.</w:t>
            </w:r>
            <w:r>
              <w:rPr>
                <w:sz w:val="18"/>
              </w:rPr>
              <w:br/>
              <w:t>Authority: Ch 112 1.6.2–1.6.3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2002D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1AD25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044FC4"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74C4DB"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B0D74E" w14:textId="77777777" w:rsidR="00BC42E8" w:rsidRDefault="00BC42E8">
            <w:pPr>
              <w:spacing w:after="20" w:line="257" w:lineRule="auto"/>
            </w:pPr>
          </w:p>
        </w:tc>
      </w:tr>
      <w:tr w:rsidR="00BC42E8" w14:paraId="78E88D8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0795C5" w14:textId="77777777" w:rsidR="00BC42E8" w:rsidRDefault="00DC1705">
            <w:pPr>
              <w:spacing w:after="20" w:line="257" w:lineRule="auto"/>
            </w:pPr>
            <w:r>
              <w:rPr>
                <w:b/>
                <w:color w:val="00543B"/>
                <w:sz w:val="18"/>
              </w:rPr>
              <w:t>ME04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0972B1" w14:textId="77777777" w:rsidR="00BC42E8" w:rsidRDefault="00DC1705">
            <w:pPr>
              <w:spacing w:after="20" w:line="257" w:lineRule="auto"/>
            </w:pPr>
            <w:r>
              <w:rPr>
                <w:sz w:val="18"/>
              </w:rPr>
              <w:t>Report suspected EMTALA violations within 72 hours using the department process.</w:t>
            </w:r>
            <w:r>
              <w:rPr>
                <w:sz w:val="18"/>
              </w:rPr>
              <w:br/>
              <w:t>Authority: Ch 112 1.6.1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81DF1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59749D"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DB886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0C70F9"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56B19C" w14:textId="77777777" w:rsidR="00BC42E8" w:rsidRDefault="00BC42E8">
            <w:pPr>
              <w:spacing w:after="20" w:line="257" w:lineRule="auto"/>
            </w:pPr>
          </w:p>
        </w:tc>
      </w:tr>
      <w:tr w:rsidR="00BC42E8" w14:paraId="375AD5F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8973EB" w14:textId="77777777" w:rsidR="00BC42E8" w:rsidRDefault="00DC1705">
            <w:pPr>
              <w:spacing w:after="20" w:line="257" w:lineRule="auto"/>
            </w:pPr>
            <w:r>
              <w:rPr>
                <w:b/>
                <w:color w:val="00543B"/>
                <w:sz w:val="18"/>
              </w:rPr>
              <w:t>ME05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30C123" w14:textId="77777777" w:rsidR="00BC42E8" w:rsidRDefault="00DC1705">
            <w:pPr>
              <w:spacing w:after="20" w:line="257" w:lineRule="auto"/>
            </w:pPr>
            <w:r>
              <w:rPr>
                <w:sz w:val="18"/>
              </w:rPr>
              <w:t>Report suspected abuse, neglect, or exploitation within 24 hours under this licensing rule; assess any additional mandatory reporting duties.</w:t>
            </w:r>
            <w:r>
              <w:rPr>
                <w:sz w:val="18"/>
              </w:rPr>
              <w:br/>
              <w:t>Authority: Ch 112 1.6.4</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6E091F"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60C6F3"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BD2635"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6F6F2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0747D0" w14:textId="77777777" w:rsidR="00BC42E8" w:rsidRDefault="00BC42E8">
            <w:pPr>
              <w:spacing w:after="20" w:line="257" w:lineRule="auto"/>
            </w:pPr>
          </w:p>
        </w:tc>
      </w:tr>
      <w:tr w:rsidR="00BC42E8" w14:paraId="55A82A3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CE8785" w14:textId="77777777" w:rsidR="00BC42E8" w:rsidRDefault="00DC1705">
            <w:pPr>
              <w:spacing w:after="20" w:line="257" w:lineRule="auto"/>
            </w:pPr>
            <w:r>
              <w:rPr>
                <w:b/>
                <w:color w:val="00543B"/>
                <w:sz w:val="18"/>
              </w:rPr>
              <w:t>ME06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31D4A8" w14:textId="77777777" w:rsidR="00BC42E8" w:rsidRDefault="00DC1705">
            <w:pPr>
              <w:spacing w:after="20" w:line="257" w:lineRule="auto"/>
            </w:pPr>
            <w:r>
              <w:rPr>
                <w:sz w:val="18"/>
              </w:rPr>
              <w:t>Verify required building and utility plans, plumbing, water, sewer compliance, project approvals, architect certification, and FMO approval before occupancy.</w:t>
            </w:r>
            <w:r>
              <w:rPr>
                <w:sz w:val="18"/>
              </w:rPr>
              <w:br/>
              <w:t>Authority: Ch 112 2.5.3, 2.5.7, 2.21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AB7F49D"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30251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0BDF7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879DB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BB0B2A" w14:textId="77777777" w:rsidR="00BC42E8" w:rsidRDefault="00BC42E8">
            <w:pPr>
              <w:spacing w:after="20" w:line="257" w:lineRule="auto"/>
            </w:pPr>
          </w:p>
        </w:tc>
      </w:tr>
    </w:tbl>
    <w:p w14:paraId="2F695A27" w14:textId="77777777" w:rsidR="00BC42E8" w:rsidRDefault="00DC1705">
      <w:pPr>
        <w:pStyle w:val="Heading2"/>
        <w:pBdr>
          <w:bottom w:val="single" w:sz="10" w:space="5" w:color="E43A0A"/>
        </w:pBdr>
      </w:pPr>
      <w:r>
        <w:t>Maine safety public health and service changes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BC42E8" w14:paraId="14ADD1AF"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7B44489" w14:textId="77777777" w:rsidR="00BC42E8" w:rsidRDefault="00DC1705">
            <w:pPr>
              <w:keepNext/>
              <w:spacing w:after="20" w:line="257" w:lineRule="auto"/>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9B628B7" w14:textId="77777777" w:rsidR="00BC42E8" w:rsidRDefault="00DC1705">
            <w:pPr>
              <w:keepNext/>
              <w:spacing w:after="20" w:line="257" w:lineRule="auto"/>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C44D284" w14:textId="77777777" w:rsidR="00BC42E8" w:rsidRDefault="00DC1705">
            <w:pPr>
              <w:keepNext/>
              <w:spacing w:after="20" w:line="257" w:lineRule="auto"/>
              <w:jc w:val="cente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74CEA38" w14:textId="77777777" w:rsidR="00BC42E8" w:rsidRDefault="00DC1705">
            <w:pPr>
              <w:keepNext/>
              <w:spacing w:after="20" w:line="257" w:lineRule="auto"/>
              <w:jc w:val="cente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CC23F23" w14:textId="77777777" w:rsidR="00BC42E8" w:rsidRDefault="00DC1705">
            <w:pPr>
              <w:keepNext/>
              <w:spacing w:after="20" w:line="257" w:lineRule="auto"/>
              <w:jc w:val="cente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2FCDE8E" w14:textId="77777777" w:rsidR="00BC42E8" w:rsidRDefault="00DC1705">
            <w:pPr>
              <w:keepNext/>
              <w:spacing w:after="20" w:line="257" w:lineRule="auto"/>
              <w:jc w:val="cente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9F2DA4F" w14:textId="77777777" w:rsidR="00BC42E8" w:rsidRDefault="00DC1705">
            <w:pPr>
              <w:keepNext/>
              <w:spacing w:after="20" w:line="257" w:lineRule="auto"/>
            </w:pPr>
            <w:r>
              <w:rPr>
                <w:b/>
                <w:color w:val="FFFFFF"/>
                <w:sz w:val="15"/>
              </w:rPr>
              <w:t>EOP Location / Evidence / Notes</w:t>
            </w:r>
          </w:p>
        </w:tc>
      </w:tr>
      <w:tr w:rsidR="00BC42E8" w14:paraId="34DEB4C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51D6E7" w14:textId="77777777" w:rsidR="00BC42E8" w:rsidRDefault="00DC1705">
            <w:pPr>
              <w:spacing w:after="20" w:line="257" w:lineRule="auto"/>
            </w:pPr>
            <w:r>
              <w:rPr>
                <w:b/>
                <w:color w:val="00543B"/>
                <w:sz w:val="18"/>
              </w:rPr>
              <w:t>ME07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AE3BD4" w14:textId="77777777" w:rsidR="00BC42E8" w:rsidRDefault="00DC1705">
            <w:pPr>
              <w:spacing w:after="20" w:line="257" w:lineRule="auto"/>
            </w:pPr>
            <w:r>
              <w:rPr>
                <w:sz w:val="18"/>
              </w:rPr>
              <w:t>Annually adopt a hospital safety and security plan protecting patients, visitors, and employees from aggressive or violent behavior. Provide incident and threat reporting and recording; prohibit interference with reports.</w:t>
            </w:r>
            <w:r>
              <w:rPr>
                <w:sz w:val="18"/>
              </w:rPr>
              <w:br/>
              <w:t>Authority: 22 MRS 1832; S13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39FAA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B527D5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9F38D1"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55364F7"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555D08" w14:textId="77777777" w:rsidR="00BC42E8" w:rsidRDefault="00BC42E8">
            <w:pPr>
              <w:spacing w:after="20" w:line="257" w:lineRule="auto"/>
            </w:pPr>
          </w:p>
        </w:tc>
      </w:tr>
      <w:tr w:rsidR="00BC42E8" w14:paraId="4690B2B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CA0AF6" w14:textId="77777777" w:rsidR="00BC42E8" w:rsidRDefault="00DC1705">
            <w:pPr>
              <w:spacing w:after="20" w:line="257" w:lineRule="auto"/>
            </w:pPr>
            <w:r>
              <w:rPr>
                <w:b/>
                <w:color w:val="00543B"/>
                <w:sz w:val="18"/>
              </w:rPr>
              <w:t>ME08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1362F3" w14:textId="77777777" w:rsidR="00BC42E8" w:rsidRDefault="00DC1705">
            <w:pPr>
              <w:spacing w:after="20" w:line="257" w:lineRule="auto"/>
            </w:pPr>
            <w:r>
              <w:rPr>
                <w:sz w:val="18"/>
              </w:rPr>
              <w:t>Notify DLC of a sentinel event within 3 business days after discovery. File the CEO-signed written report within 45 days after notification, with required event details, root cause analysis, and actions. Check the effective statute against older rule text.</w:t>
            </w:r>
            <w:r>
              <w:rPr>
                <w:sz w:val="18"/>
              </w:rPr>
              <w:br/>
              <w:t>Authority: 22 MRS 8753; S14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AC7C71C"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2E7E47"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AF1C12"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D4B3CF"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02DACC" w14:textId="77777777" w:rsidR="00BC42E8" w:rsidRDefault="00BC42E8">
            <w:pPr>
              <w:spacing w:after="20" w:line="257" w:lineRule="auto"/>
            </w:pPr>
          </w:p>
        </w:tc>
      </w:tr>
      <w:tr w:rsidR="00BC42E8" w14:paraId="0DE39F9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248120" w14:textId="77777777" w:rsidR="00BC42E8" w:rsidRDefault="00DC1705">
            <w:pPr>
              <w:spacing w:after="20" w:line="257" w:lineRule="auto"/>
            </w:pPr>
            <w:r>
              <w:rPr>
                <w:b/>
                <w:color w:val="00543B"/>
                <w:sz w:val="18"/>
              </w:rPr>
              <w:t>ME09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7A8B61" w14:textId="77777777" w:rsidR="00BC42E8" w:rsidRDefault="00DC1705">
            <w:pPr>
              <w:spacing w:after="20" w:line="257" w:lineRule="auto"/>
            </w:pPr>
            <w:r>
              <w:rPr>
                <w:sz w:val="18"/>
              </w:rPr>
              <w:t>Maintain current notifiable disease and outbreak reporting procedures, event-specific deadlines, contacts, and after-hours reporting. The amended rule became effective June 4 2025.</w:t>
            </w:r>
            <w:r>
              <w:rPr>
                <w:sz w:val="18"/>
              </w:rPr>
              <w:br/>
              <w:t>Authority: Ch 258; S15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41F183"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DB1060"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0FE7ED"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4139A6"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4D8B3D" w14:textId="77777777" w:rsidR="00BC42E8" w:rsidRDefault="00BC42E8">
            <w:pPr>
              <w:spacing w:after="20" w:line="257" w:lineRule="auto"/>
            </w:pPr>
          </w:p>
        </w:tc>
      </w:tr>
      <w:tr w:rsidR="00BC42E8" w14:paraId="574232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6F3EEC" w14:textId="77777777" w:rsidR="00BC42E8" w:rsidRDefault="00DC1705">
            <w:pPr>
              <w:spacing w:after="20" w:line="257" w:lineRule="auto"/>
            </w:pPr>
            <w:r>
              <w:rPr>
                <w:b/>
                <w:color w:val="00543B"/>
                <w:sz w:val="18"/>
              </w:rPr>
              <w:t>ME10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CDCB5B" w14:textId="77777777" w:rsidR="00BC42E8" w:rsidRDefault="00DC1705">
            <w:pPr>
              <w:spacing w:after="20" w:line="257" w:lineRule="auto"/>
            </w:pPr>
            <w:r>
              <w:rPr>
                <w:sz w:val="18"/>
              </w:rPr>
              <w:t>For covered business, mercantile, assembly, residential, or mixed occupancies with fuel-burning gas appliances, verify detector applicability and required installation, testing, and response. Business, mercantile, and assembly provisions began January 1 2026; determine each building occupancy.</w:t>
            </w:r>
            <w:r>
              <w:rPr>
                <w:sz w:val="18"/>
              </w:rPr>
              <w:br/>
              <w:t>Authority: 25 MRS 2469; S16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FF6A5A"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9FE81F"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98B68A"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E9FBEB2"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63A874" w14:textId="77777777" w:rsidR="00BC42E8" w:rsidRDefault="00BC42E8">
            <w:pPr>
              <w:spacing w:after="20" w:line="257" w:lineRule="auto"/>
            </w:pPr>
          </w:p>
        </w:tc>
      </w:tr>
      <w:tr w:rsidR="00BC42E8" w14:paraId="263F543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906461" w14:textId="77777777" w:rsidR="00BC42E8" w:rsidRDefault="00DC1705">
            <w:pPr>
              <w:spacing w:after="20" w:line="257" w:lineRule="auto"/>
            </w:pPr>
            <w:r>
              <w:rPr>
                <w:b/>
                <w:color w:val="00543B"/>
                <w:sz w:val="18"/>
              </w:rPr>
              <w:t>ME11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679DC1" w14:textId="77777777" w:rsidR="00BC42E8" w:rsidRDefault="00DC1705">
            <w:pPr>
              <w:spacing w:after="20" w:line="257" w:lineRule="auto"/>
            </w:pPr>
            <w:r>
              <w:rPr>
                <w:sz w:val="18"/>
              </w:rPr>
              <w:t>Before terminating maternity or newborn services or changing the level of care, file the required notice at least 120 days in advance. Document required hospital, nursery, emergency-service, patient, and public notices. For termination, include the emergency-care plan and maternity-emergency training.</w:t>
            </w:r>
            <w:r>
              <w:rPr>
                <w:sz w:val="18"/>
              </w:rPr>
              <w:br/>
              <w:t>Authority: PL 2025 c606; 22 MRS 1822-B; S17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1BB7A7"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614088"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F58A7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CD7774"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6C8BE2" w14:textId="77777777" w:rsidR="00BC42E8" w:rsidRDefault="00BC42E8">
            <w:pPr>
              <w:spacing w:after="20" w:line="257" w:lineRule="auto"/>
            </w:pPr>
          </w:p>
        </w:tc>
      </w:tr>
      <w:tr w:rsidR="00BC42E8" w14:paraId="66F2FEC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8F7ACE" w14:textId="77777777" w:rsidR="00BC42E8" w:rsidRDefault="00DC1705">
            <w:pPr>
              <w:spacing w:after="20" w:line="257" w:lineRule="auto"/>
            </w:pPr>
            <w:r>
              <w:rPr>
                <w:b/>
                <w:color w:val="00543B"/>
                <w:sz w:val="18"/>
              </w:rPr>
              <w:lastRenderedPageBreak/>
              <w:t>ME12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671817" w14:textId="77777777" w:rsidR="00BC42E8" w:rsidRDefault="00DC1705">
            <w:pPr>
              <w:spacing w:after="20" w:line="257" w:lineRule="auto"/>
            </w:pPr>
            <w:r>
              <w:rPr>
                <w:sz w:val="18"/>
              </w:rPr>
              <w:t>For voluntary facility closure, follow the applicable advance notice and resident or patient protection process. Distinguish planned closure from emergency evacuation and consult DLC for the relevant procedure.</w:t>
            </w:r>
            <w:r>
              <w:rPr>
                <w:sz w:val="18"/>
              </w:rPr>
              <w:br/>
              <w:t>Authority: 22 MRS 1822; S18</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13E95E" w14:textId="77777777" w:rsidR="00BC42E8" w:rsidRDefault="00DC1705">
            <w:pPr>
              <w:spacing w:after="20" w:line="257" w:lineRule="auto"/>
              <w:jc w:val="cente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ECB222" w14:textId="77777777" w:rsidR="00BC42E8" w:rsidRDefault="00DC1705">
            <w:pPr>
              <w:spacing w:after="20" w:line="257" w:lineRule="auto"/>
              <w:jc w:val="cente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7AAD46" w14:textId="77777777" w:rsidR="00BC42E8" w:rsidRDefault="00DC1705">
            <w:pPr>
              <w:spacing w:after="20" w:line="257" w:lineRule="auto"/>
              <w:jc w:val="cente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95637FC" w14:textId="77777777" w:rsidR="00BC42E8" w:rsidRDefault="00DC1705">
            <w:pPr>
              <w:spacing w:after="20" w:line="257" w:lineRule="auto"/>
              <w:jc w:val="cente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AEAB6B" w14:textId="77777777" w:rsidR="00BC42E8" w:rsidRDefault="00BC42E8">
            <w:pPr>
              <w:spacing w:after="20" w:line="257" w:lineRule="auto"/>
            </w:pPr>
          </w:p>
        </w:tc>
      </w:tr>
    </w:tbl>
    <w:p w14:paraId="132559D6" w14:textId="77777777" w:rsidR="00BC42E8" w:rsidRDefault="00DC1705">
      <w:r>
        <w:t>Maine’s maternity and newborn service-change notice law became effective April 3 2026. The September 30 Chapter 112 implementing proposal was still pending at the October 5 source review. Apply effective laws and distinguish proposed additions in the watchlist.</w:t>
      </w:r>
    </w:p>
    <w:p w14:paraId="1AF4210A"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79B60124"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2A43C40" w14:textId="77777777" w:rsidR="00BC42E8" w:rsidRDefault="00DC1705">
            <w:pPr>
              <w:keepNext/>
            </w:pPr>
            <w:r>
              <w:rPr>
                <w:b/>
                <w:color w:val="FFFFFF"/>
                <w:sz w:val="28"/>
              </w:rPr>
              <w:t>PART IV MAINE AND ACCREDITATION VERIFICATION</w:t>
            </w:r>
          </w:p>
          <w:p w14:paraId="11A81EE5" w14:textId="77777777" w:rsidR="00BC42E8" w:rsidRDefault="00DC1705">
            <w:pPr>
              <w:keepNext/>
              <w:spacing w:after="60"/>
            </w:pPr>
            <w:r>
              <w:rPr>
                <w:color w:val="DDEBE6"/>
                <w:sz w:val="18"/>
              </w:rPr>
              <w:t>Facility determinations and regulatory change awareness</w:t>
            </w:r>
          </w:p>
        </w:tc>
      </w:tr>
    </w:tbl>
    <w:p w14:paraId="5656CCFF" w14:textId="77777777" w:rsidR="00BC42E8" w:rsidRDefault="00DC1705">
      <w:pPr>
        <w:pStyle w:val="Heading2"/>
        <w:pBdr>
          <w:bottom w:val="single" w:sz="10" w:space="5" w:color="E43A0A"/>
        </w:pBdr>
      </w:pPr>
      <w:r>
        <w:t>Verification before facility approval</w:t>
      </w:r>
    </w:p>
    <w:p w14:paraId="5B03237C" w14:textId="77777777" w:rsidR="00BC42E8" w:rsidRDefault="00DC1705">
      <w:r>
        <w:t>Confirm the hospital license, services, building classification, current Maine and local requirements, and all approval conditions. Resolve uncertain applicability with the responsible authority and record the determination. For accredited hospitals, identify the current standards for the actual accreditation program and verify any additional emergency-management or life-safety evidence; this checklist does not reproduce those standards.</w:t>
      </w:r>
    </w:p>
    <w:p w14:paraId="22752583" w14:textId="77777777" w:rsidR="00BC42E8" w:rsidRDefault="00DC1705">
      <w:pPr>
        <w:pStyle w:val="Heading2"/>
        <w:pBdr>
          <w:bottom w:val="single" w:sz="10" w:space="5" w:color="E43A0A"/>
        </w:pBdr>
      </w:pPr>
      <w:r>
        <w:t>Legislation and rulemaking watchlist</w:t>
      </w:r>
    </w:p>
    <w:tbl>
      <w:tblPr>
        <w:tblW w:w="0" w:type="auto"/>
        <w:jc w:val="center"/>
        <w:tblLayout w:type="fixed"/>
        <w:tblLook w:val="04A0" w:firstRow="1" w:lastRow="0" w:firstColumn="1" w:lastColumn="0" w:noHBand="0" w:noVBand="1"/>
      </w:tblPr>
      <w:tblGrid>
        <w:gridCol w:w="1584"/>
        <w:gridCol w:w="1008"/>
        <w:gridCol w:w="2880"/>
        <w:gridCol w:w="1296"/>
        <w:gridCol w:w="1656"/>
        <w:gridCol w:w="2434"/>
      </w:tblGrid>
      <w:tr w:rsidR="00BC42E8" w14:paraId="38F2742E" w14:textId="77777777">
        <w:trPr>
          <w:cantSplit/>
          <w:tblHeader/>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32CE7CA" w14:textId="77777777" w:rsidR="00BC42E8" w:rsidRDefault="00DC1705">
            <w:pPr>
              <w:keepNext/>
              <w:spacing w:after="20" w:line="257" w:lineRule="auto"/>
            </w:pPr>
            <w:r>
              <w:rPr>
                <w:b/>
                <w:color w:val="FFFFFF"/>
                <w:sz w:val="18"/>
              </w:rPr>
              <w:t>Action</w:t>
            </w:r>
          </w:p>
        </w:tc>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CC4D1A6" w14:textId="77777777" w:rsidR="00BC42E8" w:rsidRDefault="00DC1705">
            <w:pPr>
              <w:keepNext/>
              <w:spacing w:after="20" w:line="257" w:lineRule="auto"/>
            </w:pPr>
            <w:r>
              <w:rPr>
                <w:b/>
                <w:color w:val="FFFFFF"/>
                <w:sz w:val="18"/>
              </w:rPr>
              <w:t>Status at October 5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5ABC005" w14:textId="77777777" w:rsidR="00BC42E8" w:rsidRDefault="00DC1705">
            <w:pPr>
              <w:keepNext/>
              <w:spacing w:after="20" w:line="257" w:lineRule="auto"/>
            </w:pPr>
            <w:r>
              <w:rPr>
                <w:b/>
                <w:color w:val="FFFFFF"/>
                <w:sz w:val="18"/>
              </w:rPr>
              <w:t>Facility follow up</w:t>
            </w:r>
          </w:p>
        </w:tc>
      </w:tr>
      <w:tr w:rsidR="00BC42E8" w14:paraId="13ABE97B"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5FE5EC" w14:textId="77777777" w:rsidR="00BC42E8" w:rsidRDefault="00DC1705">
            <w:pPr>
              <w:spacing w:after="20" w:line="257" w:lineRule="auto"/>
            </w:pPr>
            <w:r>
              <w:rPr>
                <w:sz w:val="18"/>
              </w:rPr>
              <w:t>LD 2189 and PL 2025 c606</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046714" w14:textId="77777777" w:rsidR="00BC42E8" w:rsidRDefault="00DC1705">
            <w:pPr>
              <w:spacing w:after="20" w:line="257" w:lineRule="auto"/>
            </w:pPr>
            <w:r>
              <w:rPr>
                <w:sz w:val="18"/>
              </w:rPr>
              <w:t>Effective April 3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F323AA" w14:textId="77777777" w:rsidR="00BC42E8" w:rsidRDefault="00DC1705">
            <w:pPr>
              <w:spacing w:after="20" w:line="257" w:lineRule="auto"/>
            </w:pPr>
            <w:r>
              <w:rPr>
                <w:sz w:val="18"/>
              </w:rPr>
              <w:t>Apply the enacted maternity and newborn notice law; ME11 and S17.</w:t>
            </w:r>
          </w:p>
        </w:tc>
      </w:tr>
      <w:tr w:rsidR="00BC42E8" w14:paraId="6DF8AB82"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28DA6A" w14:textId="77777777" w:rsidR="00BC42E8" w:rsidRDefault="00DC1705">
            <w:pPr>
              <w:spacing w:after="20" w:line="257" w:lineRule="auto"/>
            </w:pPr>
            <w:r>
              <w:rPr>
                <w:sz w:val="18"/>
              </w:rPr>
              <w:t>Chapter 112 amendment</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500054" w14:textId="77777777" w:rsidR="00BC42E8" w:rsidRDefault="00DC1705">
            <w:pPr>
              <w:spacing w:after="20" w:line="257" w:lineRule="auto"/>
            </w:pPr>
            <w:r>
              <w:rPr>
                <w:sz w:val="18"/>
              </w:rPr>
              <w:t>Proposed September 30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297EF7" w14:textId="77777777" w:rsidR="00BC42E8" w:rsidRDefault="00DC1705">
            <w:pPr>
              <w:spacing w:after="20" w:line="257" w:lineRule="auto"/>
            </w:pPr>
            <w:r>
              <w:rPr>
                <w:sz w:val="18"/>
              </w:rPr>
              <w:t>Monitor notice filing, proof, certification, and verification details. Hearing October 29; comments due October 30. S19.</w:t>
            </w:r>
          </w:p>
        </w:tc>
      </w:tr>
      <w:tr w:rsidR="00BC42E8" w14:paraId="1BFDA3E1"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D89C00" w14:textId="77777777" w:rsidR="00BC42E8" w:rsidRDefault="00DC1705">
            <w:pPr>
              <w:spacing w:after="20" w:line="257" w:lineRule="auto"/>
            </w:pPr>
            <w:r>
              <w:rPr>
                <w:sz w:val="18"/>
              </w:rPr>
              <w:t>Chapter 114 replacement</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E59CEB" w14:textId="77777777" w:rsidR="00BC42E8" w:rsidRDefault="00DC1705">
            <w:pPr>
              <w:spacing w:after="20" w:line="257" w:lineRule="auto"/>
            </w:pPr>
            <w:r>
              <w:rPr>
                <w:sz w:val="18"/>
              </w:rPr>
              <w:t>Proposed September 2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C1B305" w14:textId="77777777" w:rsidR="00BC42E8" w:rsidRDefault="00DC1705">
            <w:pPr>
              <w:spacing w:after="20" w:line="257" w:lineRule="auto"/>
            </w:pPr>
            <w:r>
              <w:rPr>
                <w:sz w:val="18"/>
              </w:rPr>
              <w:t>Monitor sentinel definitions and categories. Comment period closed October 2. Apply effective statute and rules meanwhile. S14 and S20.</w:t>
            </w:r>
          </w:p>
        </w:tc>
      </w:tr>
      <w:tr w:rsidR="00BC42E8" w14:paraId="4C0C3CB8"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84B924" w14:textId="77777777" w:rsidR="00BC42E8" w:rsidRDefault="00DC1705">
            <w:pPr>
              <w:spacing w:after="20" w:line="257" w:lineRule="auto"/>
            </w:pPr>
            <w:r>
              <w:rPr>
                <w:sz w:val="18"/>
              </w:rPr>
              <w:t>LD 2100</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BF8214" w14:textId="77777777" w:rsidR="00BC42E8" w:rsidRDefault="00DC1705">
            <w:pPr>
              <w:spacing w:after="20" w:line="257" w:lineRule="auto"/>
            </w:pPr>
            <w:r>
              <w:rPr>
                <w:sz w:val="18"/>
              </w:rPr>
              <w:t>Died between houses April 7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EE1799" w14:textId="77777777" w:rsidR="00BC42E8" w:rsidRDefault="00DC1705">
            <w:pPr>
              <w:spacing w:after="20" w:line="257" w:lineRule="auto"/>
            </w:pPr>
            <w:r>
              <w:rPr>
                <w:sz w:val="18"/>
              </w:rPr>
              <w:t>Current fuel gas detector statute remains the authority. S16 and S24.</w:t>
            </w:r>
          </w:p>
        </w:tc>
      </w:tr>
      <w:tr w:rsidR="00BC42E8" w14:paraId="521D2776"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824D84" w14:textId="77777777" w:rsidR="00BC42E8" w:rsidRDefault="00DC1705">
            <w:pPr>
              <w:spacing w:after="20" w:line="257" w:lineRule="auto"/>
            </w:pPr>
            <w:r>
              <w:rPr>
                <w:sz w:val="18"/>
              </w:rPr>
              <w:t>LD 1281</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E47F4A" w14:textId="77777777" w:rsidR="00BC42E8" w:rsidRDefault="00DC1705">
            <w:pPr>
              <w:spacing w:after="20" w:line="257" w:lineRule="auto"/>
            </w:pPr>
            <w:r>
              <w:rPr>
                <w:sz w:val="18"/>
              </w:rPr>
              <w:t>Died on adjournment in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F43EE1" w14:textId="77777777" w:rsidR="00BC42E8" w:rsidRDefault="00DC1705">
            <w:pPr>
              <w:spacing w:after="20" w:line="257" w:lineRule="auto"/>
            </w:pPr>
            <w:r>
              <w:rPr>
                <w:sz w:val="18"/>
              </w:rPr>
              <w:t>Proposed staffing ratios are not effective law. Continue applicable staffing requirements. S32.</w:t>
            </w:r>
          </w:p>
        </w:tc>
      </w:tr>
      <w:tr w:rsidR="00BC42E8" w14:paraId="784374C0"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37FBF05" w14:textId="77777777" w:rsidR="00BC42E8" w:rsidRDefault="00DC1705">
            <w:pPr>
              <w:spacing w:after="20" w:line="257" w:lineRule="auto"/>
            </w:pPr>
            <w:r>
              <w:rPr>
                <w:sz w:val="18"/>
              </w:rPr>
              <w:t>Maine FMO rulemaking</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D004E6" w14:textId="77777777" w:rsidR="00BC42E8" w:rsidRDefault="00DC1705">
            <w:pPr>
              <w:spacing w:after="20" w:line="257" w:lineRule="auto"/>
            </w:pPr>
            <w:r>
              <w:rPr>
                <w:sz w:val="18"/>
              </w:rPr>
              <w:t>No proposed rules listed at review</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58BC7A" w14:textId="77777777" w:rsidR="00BC42E8" w:rsidRDefault="00DC1705">
            <w:pPr>
              <w:spacing w:after="20" w:line="257" w:lineRule="auto"/>
            </w:pPr>
            <w:r>
              <w:rPr>
                <w:sz w:val="18"/>
              </w:rPr>
              <w:t>Monitor official notices and adopted code editions. S12 and S23.</w:t>
            </w:r>
          </w:p>
        </w:tc>
      </w:tr>
      <w:tr w:rsidR="00BC42E8" w14:paraId="462A9993" w14:textId="77777777">
        <w:trPr>
          <w:cantSplit/>
          <w:jc w:val="center"/>
        </w:trPr>
        <w:tc>
          <w:tcPr>
            <w:tcW w:w="2592" w:type="dxa"/>
            <w:gridSpan w:val="2"/>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E2E12F" w14:textId="77777777" w:rsidR="00BC42E8" w:rsidRDefault="00DC1705">
            <w:pPr>
              <w:spacing w:after="20" w:line="257" w:lineRule="auto"/>
            </w:pPr>
            <w:r>
              <w:rPr>
                <w:sz w:val="18"/>
              </w:rPr>
              <w:t>CMS emergency services manuals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E5B697" w14:textId="77777777" w:rsidR="00BC42E8" w:rsidRDefault="00DC1705">
            <w:pPr>
              <w:spacing w:after="20" w:line="257" w:lineRule="auto"/>
            </w:pPr>
            <w:r>
              <w:rPr>
                <w:sz w:val="18"/>
              </w:rPr>
              <w:t>Revised September 18 2026</w:t>
            </w:r>
          </w:p>
        </w:tc>
        <w:tc>
          <w:tcPr>
            <w:tcW w:w="5386"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9ABBFD" w14:textId="77777777" w:rsidR="00BC42E8" w:rsidRDefault="00DC1705">
            <w:pPr>
              <w:spacing w:after="20" w:line="257" w:lineRule="auto"/>
            </w:pPr>
            <w:r>
              <w:rPr>
                <w:sz w:val="18"/>
              </w:rPr>
              <w:t>Use Appendix A Rev 248 and S25 and current eCFR.</w:t>
            </w:r>
          </w:p>
        </w:tc>
      </w:tr>
      <w:tr w:rsidR="00BC42E8" w14:paraId="54B70A15" w14:textId="77777777">
        <w:trPr>
          <w:cantSplit/>
          <w:tblHeader/>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B526CDF" w14:textId="77777777" w:rsidR="00BC42E8" w:rsidRDefault="00DC1705">
            <w:pPr>
              <w:keepNext/>
              <w:spacing w:after="20" w:line="257" w:lineRule="auto"/>
            </w:pPr>
            <w:r>
              <w:rPr>
                <w:b/>
                <w:color w:val="FFFFFF"/>
                <w:sz w:val="18"/>
              </w:rPr>
              <w:t>Date checked</w:t>
            </w: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427AA5C" w14:textId="77777777" w:rsidR="00BC42E8" w:rsidRDefault="00DC1705">
            <w:pPr>
              <w:keepNext/>
              <w:spacing w:after="20" w:line="257" w:lineRule="auto"/>
            </w:pPr>
            <w:r>
              <w:rPr>
                <w:b/>
                <w:color w:val="FFFFFF"/>
                <w:sz w:val="18"/>
              </w:rPr>
              <w:t>Source change and facility impact</w:t>
            </w:r>
          </w:p>
        </w:tc>
        <w:tc>
          <w:tcPr>
            <w:tcW w:w="165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0BF754C" w14:textId="77777777" w:rsidR="00BC42E8" w:rsidRDefault="00DC1705">
            <w:pPr>
              <w:keepNext/>
              <w:spacing w:after="20" w:line="257" w:lineRule="auto"/>
            </w:pPr>
            <w:r>
              <w:rPr>
                <w:b/>
                <w:color w:val="FFFFFF"/>
                <w:sz w:val="18"/>
              </w:rPr>
              <w:t>Reviewer</w:t>
            </w:r>
          </w:p>
        </w:tc>
        <w:tc>
          <w:tcPr>
            <w:tcW w:w="243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C03B157" w14:textId="77777777" w:rsidR="00BC42E8" w:rsidRDefault="00DC1705">
            <w:pPr>
              <w:keepNext/>
              <w:spacing w:after="20" w:line="257" w:lineRule="auto"/>
            </w:pPr>
            <w:r>
              <w:rPr>
                <w:b/>
                <w:color w:val="FFFFFF"/>
                <w:sz w:val="18"/>
              </w:rPr>
              <w:t>Action or next check</w:t>
            </w:r>
          </w:p>
        </w:tc>
      </w:tr>
      <w:tr w:rsidR="00BC42E8" w14:paraId="657DB672" w14:textId="77777777">
        <w:trPr>
          <w:cantSplit/>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0A994E" w14:textId="77777777" w:rsidR="00BC42E8" w:rsidRDefault="00BC42E8">
            <w:pPr>
              <w:spacing w:after="20" w:line="257" w:lineRule="auto"/>
            </w:pP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A7F85C" w14:textId="77777777" w:rsidR="00BC42E8" w:rsidRDefault="00BC42E8">
            <w:pPr>
              <w:spacing w:after="20" w:line="257" w:lineRule="auto"/>
            </w:pPr>
          </w:p>
        </w:tc>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EFD603" w14:textId="77777777" w:rsidR="00BC42E8" w:rsidRDefault="00BC42E8">
            <w:pPr>
              <w:spacing w:after="20" w:line="257" w:lineRule="auto"/>
            </w:pPr>
          </w:p>
        </w:tc>
        <w:tc>
          <w:tcPr>
            <w:tcW w:w="243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F1FCD8" w14:textId="77777777" w:rsidR="00BC42E8" w:rsidRDefault="00BC42E8">
            <w:pPr>
              <w:spacing w:after="20" w:line="257" w:lineRule="auto"/>
            </w:pPr>
          </w:p>
        </w:tc>
      </w:tr>
      <w:tr w:rsidR="00BC42E8" w14:paraId="59C05C73" w14:textId="77777777">
        <w:trPr>
          <w:cantSplit/>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CD144C" w14:textId="77777777" w:rsidR="00BC42E8" w:rsidRDefault="00BC42E8">
            <w:pPr>
              <w:spacing w:after="20" w:line="257" w:lineRule="auto"/>
            </w:pP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907C21" w14:textId="77777777" w:rsidR="00BC42E8" w:rsidRDefault="00BC42E8">
            <w:pPr>
              <w:spacing w:after="20" w:line="257" w:lineRule="auto"/>
            </w:pPr>
          </w:p>
        </w:tc>
        <w:tc>
          <w:tcPr>
            <w:tcW w:w="165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F6D3A2" w14:textId="77777777" w:rsidR="00BC42E8" w:rsidRDefault="00BC42E8">
            <w:pPr>
              <w:spacing w:after="20" w:line="257" w:lineRule="auto"/>
            </w:pPr>
          </w:p>
        </w:tc>
        <w:tc>
          <w:tcPr>
            <w:tcW w:w="243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521B8EE" w14:textId="77777777" w:rsidR="00BC42E8" w:rsidRDefault="00BC42E8">
            <w:pPr>
              <w:spacing w:after="20" w:line="257" w:lineRule="auto"/>
            </w:pPr>
          </w:p>
        </w:tc>
      </w:tr>
      <w:tr w:rsidR="00BC42E8" w14:paraId="125C7A1B" w14:textId="77777777">
        <w:trPr>
          <w:cantSplit/>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3A78763" w14:textId="77777777" w:rsidR="00BC42E8" w:rsidRDefault="00BC42E8">
            <w:pPr>
              <w:spacing w:after="20" w:line="257" w:lineRule="auto"/>
            </w:pPr>
          </w:p>
        </w:tc>
        <w:tc>
          <w:tcPr>
            <w:tcW w:w="5184" w:type="dxa"/>
            <w:gridSpan w:val="3"/>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01B21E" w14:textId="77777777" w:rsidR="00BC42E8" w:rsidRDefault="00BC42E8">
            <w:pPr>
              <w:spacing w:after="20" w:line="257" w:lineRule="auto"/>
            </w:pPr>
          </w:p>
        </w:tc>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1AD183" w14:textId="77777777" w:rsidR="00BC42E8" w:rsidRDefault="00BC42E8">
            <w:pPr>
              <w:spacing w:after="20" w:line="257" w:lineRule="auto"/>
            </w:pPr>
          </w:p>
        </w:tc>
        <w:tc>
          <w:tcPr>
            <w:tcW w:w="243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E4534D" w14:textId="77777777" w:rsidR="00BC42E8" w:rsidRDefault="00BC42E8">
            <w:pPr>
              <w:spacing w:after="20" w:line="257" w:lineRule="auto"/>
            </w:pPr>
          </w:p>
        </w:tc>
      </w:tr>
    </w:tbl>
    <w:p w14:paraId="00C51C14"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559FC2BA"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D2DC92" w14:textId="77777777" w:rsidR="00BC42E8" w:rsidRDefault="00DC1705">
            <w:pPr>
              <w:keepNext/>
            </w:pPr>
            <w:r>
              <w:rPr>
                <w:b/>
                <w:color w:val="FFFFFF"/>
                <w:sz w:val="28"/>
              </w:rPr>
              <w:t>PART V COMPLIANCE CROSSWALK AND CORRECTIVE ACTION</w:t>
            </w:r>
          </w:p>
          <w:p w14:paraId="48649472" w14:textId="77777777" w:rsidR="00BC42E8" w:rsidRDefault="00DC1705">
            <w:pPr>
              <w:keepNext/>
              <w:spacing w:after="60"/>
            </w:pPr>
            <w:r>
              <w:rPr>
                <w:color w:val="DDEBE6"/>
                <w:sz w:val="18"/>
              </w:rPr>
              <w:t>Locate controlled evidence and track unresolved findings</w:t>
            </w:r>
          </w:p>
        </w:tc>
      </w:tr>
    </w:tbl>
    <w:p w14:paraId="6CFE2B8A" w14:textId="77777777" w:rsidR="00BC42E8" w:rsidRDefault="00DC1705">
      <w:pPr>
        <w:pStyle w:val="Heading2"/>
        <w:pBdr>
          <w:bottom w:val="single" w:sz="10" w:space="5" w:color="E43A0A"/>
        </w:pBdr>
      </w:pPr>
      <w:r>
        <w:t>Master evidence crosswalk</w:t>
      </w:r>
    </w:p>
    <w:tbl>
      <w:tblPr>
        <w:tblW w:w="0" w:type="auto"/>
        <w:jc w:val="center"/>
        <w:tblLayout w:type="fixed"/>
        <w:tblLook w:val="04A0" w:firstRow="1" w:lastRow="0" w:firstColumn="1" w:lastColumn="0" w:noHBand="0" w:noVBand="1"/>
      </w:tblPr>
      <w:tblGrid>
        <w:gridCol w:w="1008"/>
        <w:gridCol w:w="2880"/>
        <w:gridCol w:w="3168"/>
        <w:gridCol w:w="936"/>
        <w:gridCol w:w="1224"/>
        <w:gridCol w:w="1642"/>
      </w:tblGrid>
      <w:tr w:rsidR="00BC42E8" w14:paraId="497A357B" w14:textId="77777777">
        <w:trPr>
          <w:cantSplit/>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DD94265" w14:textId="77777777" w:rsidR="00BC42E8" w:rsidRDefault="00DC1705">
            <w:pPr>
              <w:keepNext/>
              <w:spacing w:after="20" w:line="257" w:lineRule="auto"/>
            </w:pPr>
            <w:r>
              <w:rPr>
                <w:b/>
                <w:color w:val="FFFFFF"/>
                <w:sz w:val="18"/>
              </w:rPr>
              <w:t>Item ID</w:t>
            </w:r>
          </w:p>
        </w:tc>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2D500DF" w14:textId="77777777" w:rsidR="00BC42E8" w:rsidRDefault="00DC1705">
            <w:pPr>
              <w:keepNext/>
              <w:spacing w:after="20" w:line="257" w:lineRule="auto"/>
            </w:pPr>
            <w:r>
              <w:rPr>
                <w:b/>
                <w:color w:val="FFFFFF"/>
                <w:sz w:val="18"/>
              </w:rPr>
              <w:t>Requirement or finding</w:t>
            </w:r>
          </w:p>
        </w:tc>
        <w:tc>
          <w:tcPr>
            <w:tcW w:w="31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08F3F4F" w14:textId="77777777" w:rsidR="00BC42E8" w:rsidRDefault="00DC1705">
            <w:pPr>
              <w:keepNext/>
              <w:spacing w:after="20" w:line="257" w:lineRule="auto"/>
            </w:pPr>
            <w:r>
              <w:rPr>
                <w:b/>
                <w:color w:val="FFFFFF"/>
                <w:sz w:val="18"/>
              </w:rPr>
              <w:t>EOP or evidence location</w:t>
            </w:r>
          </w:p>
        </w:tc>
        <w:tc>
          <w:tcPr>
            <w:tcW w:w="93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27C7A71" w14:textId="77777777" w:rsidR="00BC42E8" w:rsidRDefault="00DC1705">
            <w:pPr>
              <w:keepNext/>
              <w:spacing w:after="20" w:line="257" w:lineRule="auto"/>
            </w:pPr>
            <w:r>
              <w:rPr>
                <w:b/>
                <w:color w:val="FFFFFF"/>
                <w:sz w:val="18"/>
              </w:rPr>
              <w:t>Status</w:t>
            </w:r>
          </w:p>
        </w:tc>
        <w:tc>
          <w:tcPr>
            <w:tcW w:w="122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C71F221" w14:textId="77777777" w:rsidR="00BC42E8" w:rsidRDefault="00DC1705">
            <w:pPr>
              <w:keepNext/>
              <w:spacing w:after="20" w:line="257" w:lineRule="auto"/>
            </w:pPr>
            <w:r>
              <w:rPr>
                <w:b/>
                <w:color w:val="FFFFFF"/>
                <w:sz w:val="18"/>
              </w:rPr>
              <w:t>Owner</w:t>
            </w:r>
          </w:p>
        </w:tc>
        <w:tc>
          <w:tcPr>
            <w:tcW w:w="164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A62C05B" w14:textId="77777777" w:rsidR="00BC42E8" w:rsidRDefault="00DC1705">
            <w:pPr>
              <w:keepNext/>
              <w:spacing w:after="20" w:line="257" w:lineRule="auto"/>
            </w:pPr>
            <w:r>
              <w:rPr>
                <w:b/>
                <w:color w:val="FFFFFF"/>
                <w:sz w:val="18"/>
              </w:rPr>
              <w:t>Review or due date</w:t>
            </w:r>
          </w:p>
        </w:tc>
      </w:tr>
      <w:tr w:rsidR="00BC42E8" w14:paraId="4580C968"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628207"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23384A"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33182A"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3306AE"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943221"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53EB91" w14:textId="77777777" w:rsidR="00BC42E8" w:rsidRDefault="00BC42E8">
            <w:pPr>
              <w:spacing w:after="20" w:line="257" w:lineRule="auto"/>
            </w:pPr>
          </w:p>
        </w:tc>
      </w:tr>
      <w:tr w:rsidR="00BC42E8" w14:paraId="56242F77"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BB694E"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C3D3F7"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A783AC"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732844"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DC76D1"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C72005" w14:textId="77777777" w:rsidR="00BC42E8" w:rsidRDefault="00BC42E8">
            <w:pPr>
              <w:spacing w:after="20" w:line="257" w:lineRule="auto"/>
            </w:pPr>
          </w:p>
        </w:tc>
      </w:tr>
      <w:tr w:rsidR="00BC42E8" w14:paraId="62A64C8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3DC54B"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C698A6"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DB004D"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A78EAC"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192A56"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79F483" w14:textId="77777777" w:rsidR="00BC42E8" w:rsidRDefault="00BC42E8">
            <w:pPr>
              <w:spacing w:after="20" w:line="257" w:lineRule="auto"/>
            </w:pPr>
          </w:p>
        </w:tc>
      </w:tr>
      <w:tr w:rsidR="00BC42E8" w14:paraId="0835174C"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D302DB"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21524A"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5ECCB4"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DFFDD8"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1A02E3"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ED99E0" w14:textId="77777777" w:rsidR="00BC42E8" w:rsidRDefault="00BC42E8">
            <w:pPr>
              <w:spacing w:after="20" w:line="257" w:lineRule="auto"/>
            </w:pPr>
          </w:p>
        </w:tc>
      </w:tr>
      <w:tr w:rsidR="00BC42E8" w14:paraId="230F8613"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CB67E4"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5D9940"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CD1D2C"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E4CA31"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2DB641"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B5D093" w14:textId="77777777" w:rsidR="00BC42E8" w:rsidRDefault="00BC42E8">
            <w:pPr>
              <w:spacing w:after="20" w:line="257" w:lineRule="auto"/>
            </w:pPr>
          </w:p>
        </w:tc>
      </w:tr>
      <w:tr w:rsidR="00BC42E8" w14:paraId="0E2C6231"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597453F"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483A29"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EBFA2E"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E994E5"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01FB64"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16223E" w14:textId="77777777" w:rsidR="00BC42E8" w:rsidRDefault="00BC42E8">
            <w:pPr>
              <w:spacing w:after="20" w:line="257" w:lineRule="auto"/>
            </w:pPr>
          </w:p>
        </w:tc>
      </w:tr>
      <w:tr w:rsidR="00BC42E8" w14:paraId="130F42F3"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BFB815"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05E600"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558F2E"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6290E2"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5CF848"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ADB541" w14:textId="77777777" w:rsidR="00BC42E8" w:rsidRDefault="00BC42E8">
            <w:pPr>
              <w:spacing w:after="20" w:line="257" w:lineRule="auto"/>
            </w:pPr>
          </w:p>
        </w:tc>
      </w:tr>
      <w:tr w:rsidR="00BC42E8" w14:paraId="4DEB5DFE"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8830EE"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C9ED55"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A2ABAC"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A0BE81"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B90640"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317F3E" w14:textId="77777777" w:rsidR="00BC42E8" w:rsidRDefault="00BC42E8">
            <w:pPr>
              <w:spacing w:after="20" w:line="257" w:lineRule="auto"/>
            </w:pPr>
          </w:p>
        </w:tc>
      </w:tr>
      <w:tr w:rsidR="00BC42E8" w14:paraId="7940B9CF"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81A566"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B328DF"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33E5A7"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FE0E10"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6E3FD9"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943EF9" w14:textId="77777777" w:rsidR="00BC42E8" w:rsidRDefault="00BC42E8">
            <w:pPr>
              <w:spacing w:after="20" w:line="257" w:lineRule="auto"/>
            </w:pPr>
          </w:p>
        </w:tc>
      </w:tr>
      <w:tr w:rsidR="00BC42E8" w14:paraId="19D323C9"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32534DB"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699CBD"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AEB6B5"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A41280"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667CB0"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CA2AA7" w14:textId="77777777" w:rsidR="00BC42E8" w:rsidRDefault="00BC42E8">
            <w:pPr>
              <w:spacing w:after="20" w:line="257" w:lineRule="auto"/>
            </w:pPr>
          </w:p>
        </w:tc>
      </w:tr>
      <w:tr w:rsidR="00BC42E8" w14:paraId="2EF29BC4"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1084B3"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BFA717"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79CB97"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84161A"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50D0C5"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65C990" w14:textId="77777777" w:rsidR="00BC42E8" w:rsidRDefault="00BC42E8">
            <w:pPr>
              <w:spacing w:after="20" w:line="257" w:lineRule="auto"/>
            </w:pPr>
          </w:p>
        </w:tc>
      </w:tr>
      <w:tr w:rsidR="00BC42E8" w14:paraId="3E218515"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4E6AD2" w14:textId="77777777" w:rsidR="00BC42E8" w:rsidRDefault="00BC42E8">
            <w:pPr>
              <w:spacing w:after="20" w:line="257" w:lineRule="auto"/>
            </w:pP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64D21B"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DD2B27" w14:textId="77777777" w:rsidR="00BC42E8" w:rsidRDefault="00BC42E8">
            <w:pPr>
              <w:spacing w:after="20" w:line="257" w:lineRule="auto"/>
            </w:pPr>
          </w:p>
        </w:tc>
        <w:tc>
          <w:tcPr>
            <w:tcW w:w="93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CD4CBD"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05B2C5" w14:textId="77777777" w:rsidR="00BC42E8" w:rsidRDefault="00BC42E8">
            <w:pPr>
              <w:spacing w:after="20" w:line="257" w:lineRule="auto"/>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A80DAE" w14:textId="77777777" w:rsidR="00BC42E8" w:rsidRDefault="00BC42E8">
            <w:pPr>
              <w:spacing w:after="20" w:line="257" w:lineRule="auto"/>
            </w:pPr>
          </w:p>
        </w:tc>
      </w:tr>
    </w:tbl>
    <w:p w14:paraId="26FB4B4D" w14:textId="77777777" w:rsidR="00BC42E8" w:rsidRDefault="00DC1705">
      <w:pPr>
        <w:pStyle w:val="Heading2"/>
        <w:pBdr>
          <w:bottom w:val="single" w:sz="10" w:space="5" w:color="E43A0A"/>
        </w:pBdr>
      </w:pPr>
      <w:r>
        <w:t>Corrective action log</w:t>
      </w:r>
    </w:p>
    <w:tbl>
      <w:tblPr>
        <w:tblW w:w="0" w:type="auto"/>
        <w:jc w:val="center"/>
        <w:tblLayout w:type="fixed"/>
        <w:tblLook w:val="04A0" w:firstRow="1" w:lastRow="0" w:firstColumn="1" w:lastColumn="0" w:noHBand="0" w:noVBand="1"/>
      </w:tblPr>
      <w:tblGrid>
        <w:gridCol w:w="1008"/>
        <w:gridCol w:w="1224"/>
        <w:gridCol w:w="3168"/>
        <w:gridCol w:w="1440"/>
        <w:gridCol w:w="1368"/>
        <w:gridCol w:w="2650"/>
      </w:tblGrid>
      <w:tr w:rsidR="00BC42E8" w14:paraId="2FB60757" w14:textId="77777777">
        <w:trPr>
          <w:cantSplit/>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1848631" w14:textId="77777777" w:rsidR="00BC42E8" w:rsidRDefault="00DC1705">
            <w:pPr>
              <w:keepNext/>
              <w:spacing w:after="20" w:line="257" w:lineRule="auto"/>
            </w:pPr>
            <w:r>
              <w:rPr>
                <w:b/>
                <w:color w:val="FFFFFF"/>
                <w:sz w:val="18"/>
              </w:rPr>
              <w:t>Finding ID</w:t>
            </w:r>
          </w:p>
        </w:tc>
        <w:tc>
          <w:tcPr>
            <w:tcW w:w="122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1CC8A4" w14:textId="77777777" w:rsidR="00BC42E8" w:rsidRDefault="00DC1705">
            <w:pPr>
              <w:keepNext/>
              <w:spacing w:after="20" w:line="257" w:lineRule="auto"/>
            </w:pPr>
            <w:r>
              <w:rPr>
                <w:b/>
                <w:color w:val="FFFFFF"/>
                <w:sz w:val="18"/>
              </w:rPr>
              <w:t>Risk</w:t>
            </w:r>
          </w:p>
        </w:tc>
        <w:tc>
          <w:tcPr>
            <w:tcW w:w="31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F49EFF3" w14:textId="77777777" w:rsidR="00BC42E8" w:rsidRDefault="00DC1705">
            <w:pPr>
              <w:keepNext/>
              <w:spacing w:after="20" w:line="257" w:lineRule="auto"/>
            </w:pPr>
            <w:r>
              <w:rPr>
                <w:b/>
                <w:color w:val="FFFFFF"/>
                <w:sz w:val="18"/>
              </w:rPr>
              <w:t>Corrective action</w:t>
            </w:r>
          </w:p>
        </w:tc>
        <w:tc>
          <w:tcPr>
            <w:tcW w:w="144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2873C34" w14:textId="77777777" w:rsidR="00BC42E8" w:rsidRDefault="00DC1705">
            <w:pPr>
              <w:keepNext/>
              <w:spacing w:after="20" w:line="257" w:lineRule="auto"/>
            </w:pPr>
            <w:r>
              <w:rPr>
                <w:b/>
                <w:color w:val="FFFFFF"/>
                <w:sz w:val="18"/>
              </w:rPr>
              <w:t>Owner</w:t>
            </w:r>
          </w:p>
        </w:tc>
        <w:tc>
          <w:tcPr>
            <w:tcW w:w="13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91D8BB5" w14:textId="77777777" w:rsidR="00BC42E8" w:rsidRDefault="00DC1705">
            <w:pPr>
              <w:keepNext/>
              <w:spacing w:after="20" w:line="257" w:lineRule="auto"/>
            </w:pPr>
            <w:r>
              <w:rPr>
                <w:b/>
                <w:color w:val="FFFFFF"/>
                <w:sz w:val="18"/>
              </w:rPr>
              <w:t>Due date</w:t>
            </w:r>
          </w:p>
        </w:tc>
        <w:tc>
          <w:tcPr>
            <w:tcW w:w="265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D85590C" w14:textId="77777777" w:rsidR="00BC42E8" w:rsidRDefault="00DC1705">
            <w:pPr>
              <w:keepNext/>
              <w:spacing w:after="20" w:line="257" w:lineRule="auto"/>
            </w:pPr>
            <w:r>
              <w:rPr>
                <w:b/>
                <w:color w:val="FFFFFF"/>
                <w:sz w:val="18"/>
              </w:rPr>
              <w:t>Closure evidence</w:t>
            </w:r>
          </w:p>
        </w:tc>
      </w:tr>
      <w:tr w:rsidR="00BC42E8" w14:paraId="2BE2B34A"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445052"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CA5113"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952655" w14:textId="77777777" w:rsidR="00BC42E8" w:rsidRDefault="00BC42E8">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EC8250" w14:textId="77777777" w:rsidR="00BC42E8" w:rsidRDefault="00BC42E8">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50256F" w14:textId="77777777" w:rsidR="00BC42E8" w:rsidRDefault="00BC42E8">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B8DC29" w14:textId="77777777" w:rsidR="00BC42E8" w:rsidRDefault="00BC42E8">
            <w:pPr>
              <w:spacing w:after="20" w:line="257" w:lineRule="auto"/>
            </w:pPr>
          </w:p>
        </w:tc>
      </w:tr>
      <w:tr w:rsidR="00BC42E8" w14:paraId="4D4FD402"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04DFAC"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05A665"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CD5386" w14:textId="77777777" w:rsidR="00BC42E8" w:rsidRDefault="00BC42E8">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0A058F" w14:textId="77777777" w:rsidR="00BC42E8" w:rsidRDefault="00BC42E8">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841C8A" w14:textId="77777777" w:rsidR="00BC42E8" w:rsidRDefault="00BC42E8">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478897" w14:textId="77777777" w:rsidR="00BC42E8" w:rsidRDefault="00BC42E8">
            <w:pPr>
              <w:spacing w:after="20" w:line="257" w:lineRule="auto"/>
            </w:pPr>
          </w:p>
        </w:tc>
      </w:tr>
      <w:tr w:rsidR="00BC42E8" w14:paraId="29B8B91F"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8531B0"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CFE210"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205155" w14:textId="77777777" w:rsidR="00BC42E8" w:rsidRDefault="00BC42E8">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DD1BB2" w14:textId="77777777" w:rsidR="00BC42E8" w:rsidRDefault="00BC42E8">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7C5234" w14:textId="77777777" w:rsidR="00BC42E8" w:rsidRDefault="00BC42E8">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6A8D3B" w14:textId="77777777" w:rsidR="00BC42E8" w:rsidRDefault="00BC42E8">
            <w:pPr>
              <w:spacing w:after="20" w:line="257" w:lineRule="auto"/>
            </w:pPr>
          </w:p>
        </w:tc>
      </w:tr>
      <w:tr w:rsidR="00BC42E8" w14:paraId="573BE197"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A2A5F1"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C4D390"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F4F9F5" w14:textId="77777777" w:rsidR="00BC42E8" w:rsidRDefault="00BC42E8">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25D9CA" w14:textId="77777777" w:rsidR="00BC42E8" w:rsidRDefault="00BC42E8">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20CD2F" w14:textId="77777777" w:rsidR="00BC42E8" w:rsidRDefault="00BC42E8">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6C63C3" w14:textId="77777777" w:rsidR="00BC42E8" w:rsidRDefault="00BC42E8">
            <w:pPr>
              <w:spacing w:after="20" w:line="257" w:lineRule="auto"/>
            </w:pPr>
          </w:p>
        </w:tc>
      </w:tr>
      <w:tr w:rsidR="00BC42E8" w14:paraId="60175FD2"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4A4F13"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C850FC"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D7BF85" w14:textId="77777777" w:rsidR="00BC42E8" w:rsidRDefault="00BC42E8">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DB2158" w14:textId="77777777" w:rsidR="00BC42E8" w:rsidRDefault="00BC42E8">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9AE025" w14:textId="77777777" w:rsidR="00BC42E8" w:rsidRDefault="00BC42E8">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95C79A" w14:textId="77777777" w:rsidR="00BC42E8" w:rsidRDefault="00BC42E8">
            <w:pPr>
              <w:spacing w:after="20" w:line="257" w:lineRule="auto"/>
            </w:pPr>
          </w:p>
        </w:tc>
      </w:tr>
      <w:tr w:rsidR="00BC42E8" w14:paraId="4C067892" w14:textId="77777777">
        <w:trPr>
          <w:cantSplit/>
          <w:trHeight w:val="374"/>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C3E54F" w14:textId="77777777" w:rsidR="00BC42E8" w:rsidRDefault="00BC42E8">
            <w:pPr>
              <w:spacing w:after="20" w:line="257" w:lineRule="auto"/>
            </w:pPr>
          </w:p>
        </w:tc>
        <w:tc>
          <w:tcPr>
            <w:tcW w:w="12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54108BA" w14:textId="77777777" w:rsidR="00BC42E8" w:rsidRDefault="00BC42E8">
            <w:pPr>
              <w:spacing w:after="20" w:line="257" w:lineRule="auto"/>
            </w:pPr>
          </w:p>
        </w:tc>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F89951" w14:textId="77777777" w:rsidR="00BC42E8" w:rsidRDefault="00BC42E8">
            <w:pPr>
              <w:spacing w:after="20" w:line="257" w:lineRule="auto"/>
            </w:pPr>
          </w:p>
        </w:tc>
        <w:tc>
          <w:tcPr>
            <w:tcW w:w="144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1E98C9" w14:textId="77777777" w:rsidR="00BC42E8" w:rsidRDefault="00BC42E8">
            <w:pPr>
              <w:spacing w:after="20" w:line="257" w:lineRule="auto"/>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D82120" w14:textId="77777777" w:rsidR="00BC42E8" w:rsidRDefault="00BC42E8">
            <w:pPr>
              <w:spacing w:after="20" w:line="257" w:lineRule="auto"/>
            </w:pPr>
          </w:p>
        </w:tc>
        <w:tc>
          <w:tcPr>
            <w:tcW w:w="265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C7B94C1" w14:textId="77777777" w:rsidR="00BC42E8" w:rsidRDefault="00BC42E8">
            <w:pPr>
              <w:spacing w:after="20" w:line="257" w:lineRule="auto"/>
            </w:pPr>
          </w:p>
        </w:tc>
      </w:tr>
    </w:tbl>
    <w:p w14:paraId="2F4C4551"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10858"/>
      </w:tblGrid>
      <w:tr w:rsidR="00BC42E8" w14:paraId="69E8ED4B"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C0C0AD2" w14:textId="77777777" w:rsidR="00BC42E8" w:rsidRDefault="00DC1705">
            <w:pPr>
              <w:keepNext/>
            </w:pPr>
            <w:r>
              <w:rPr>
                <w:b/>
                <w:color w:val="FFFFFF"/>
                <w:sz w:val="28"/>
              </w:rPr>
              <w:t>FINAL REVIEW AND SIGN OFF</w:t>
            </w:r>
          </w:p>
          <w:p w14:paraId="1507DE54" w14:textId="77777777" w:rsidR="00BC42E8" w:rsidRDefault="00DC1705">
            <w:pPr>
              <w:keepNext/>
              <w:spacing w:after="60"/>
            </w:pPr>
            <w:r>
              <w:rPr>
                <w:color w:val="DDEBE6"/>
                <w:sz w:val="18"/>
              </w:rPr>
              <w:t>Document evidence verification gap closure and leadership review</w:t>
            </w:r>
          </w:p>
        </w:tc>
      </w:tr>
    </w:tbl>
    <w:p w14:paraId="27E4399A" w14:textId="77777777" w:rsidR="00BC42E8" w:rsidRDefault="00DC1705">
      <w:r>
        <w:t>☐</w:t>
      </w:r>
      <w:r>
        <w:t xml:space="preserve"> Applicability confirmed  ☐ Evidence verified  ☐ Corrective actions assigned</w:t>
      </w:r>
      <w:r>
        <w:br/>
        <w:t>☐ EOP revisions approved  ☐ Required training completed  ☐ Retesting documented</w:t>
      </w:r>
      <w:r>
        <w:br/>
        <w:t>☐ Unresolved risk and interim measures reviewed by leadership</w:t>
      </w:r>
    </w:p>
    <w:tbl>
      <w:tblPr>
        <w:tblW w:w="0" w:type="auto"/>
        <w:jc w:val="center"/>
        <w:tblLayout w:type="fixed"/>
        <w:tblLook w:val="04A0" w:firstRow="1" w:lastRow="0" w:firstColumn="1" w:lastColumn="0" w:noHBand="0" w:noVBand="1"/>
      </w:tblPr>
      <w:tblGrid>
        <w:gridCol w:w="3168"/>
        <w:gridCol w:w="5962"/>
        <w:gridCol w:w="1728"/>
      </w:tblGrid>
      <w:tr w:rsidR="00BC42E8" w14:paraId="68834285" w14:textId="77777777">
        <w:trPr>
          <w:cantSplit/>
          <w:tblHeader/>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9829D3D" w14:textId="77777777" w:rsidR="00BC42E8" w:rsidRDefault="00DC1705">
            <w:pPr>
              <w:keepNext/>
              <w:spacing w:after="20" w:line="257" w:lineRule="auto"/>
            </w:pPr>
            <w:r>
              <w:rPr>
                <w:b/>
                <w:color w:val="FFFFFF"/>
                <w:sz w:val="18"/>
              </w:rPr>
              <w:t>Reviewer</w:t>
            </w:r>
          </w:p>
        </w:tc>
        <w:tc>
          <w:tcPr>
            <w:tcW w:w="596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2D71443" w14:textId="77777777" w:rsidR="00BC42E8" w:rsidRDefault="00DC1705">
            <w:pPr>
              <w:keepNext/>
              <w:spacing w:after="20" w:line="257" w:lineRule="auto"/>
            </w:pPr>
            <w:r>
              <w:rPr>
                <w:b/>
                <w:color w:val="FFFFFF"/>
                <w:sz w:val="18"/>
              </w:rPr>
              <w:t>Signature or electronic approval</w:t>
            </w:r>
          </w:p>
        </w:tc>
        <w:tc>
          <w:tcPr>
            <w:tcW w:w="172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03125C8" w14:textId="77777777" w:rsidR="00BC42E8" w:rsidRDefault="00DC1705">
            <w:pPr>
              <w:keepNext/>
              <w:spacing w:after="20" w:line="257" w:lineRule="auto"/>
            </w:pPr>
            <w:r>
              <w:rPr>
                <w:b/>
                <w:color w:val="FFFFFF"/>
                <w:sz w:val="18"/>
              </w:rPr>
              <w:t>Date</w:t>
            </w:r>
          </w:p>
        </w:tc>
      </w:tr>
      <w:tr w:rsidR="00BC42E8" w14:paraId="04DB9297"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9BD27E" w14:textId="77777777" w:rsidR="00BC42E8" w:rsidRDefault="00DC1705">
            <w:pPr>
              <w:spacing w:after="20" w:line="257" w:lineRule="auto"/>
            </w:pPr>
            <w:r>
              <w:rPr>
                <w:sz w:val="18"/>
              </w:rPr>
              <w:t>Administrator or CEO</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E6EE03" w14:textId="77777777" w:rsidR="00BC42E8" w:rsidRDefault="00BC42E8">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45B272" w14:textId="77777777" w:rsidR="00BC42E8" w:rsidRDefault="00BC42E8">
            <w:pPr>
              <w:spacing w:after="20" w:line="257" w:lineRule="auto"/>
            </w:pPr>
          </w:p>
        </w:tc>
      </w:tr>
      <w:tr w:rsidR="00BC42E8" w14:paraId="04FAB3ED"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934FCB" w14:textId="77777777" w:rsidR="00BC42E8" w:rsidRDefault="00DC1705">
            <w:pPr>
              <w:spacing w:after="20" w:line="257" w:lineRule="auto"/>
            </w:pPr>
            <w:r>
              <w:rPr>
                <w:sz w:val="18"/>
              </w:rPr>
              <w:t>Medical staff or clinical leader</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690DA5" w14:textId="77777777" w:rsidR="00BC42E8" w:rsidRDefault="00BC42E8">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3D1FD3" w14:textId="77777777" w:rsidR="00BC42E8" w:rsidRDefault="00BC42E8">
            <w:pPr>
              <w:spacing w:after="20" w:line="257" w:lineRule="auto"/>
            </w:pPr>
          </w:p>
        </w:tc>
      </w:tr>
      <w:tr w:rsidR="00BC42E8" w14:paraId="73C21A4B"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D54F82" w14:textId="77777777" w:rsidR="00BC42E8" w:rsidRDefault="00DC1705">
            <w:pPr>
              <w:spacing w:after="20" w:line="257" w:lineRule="auto"/>
            </w:pPr>
            <w:r>
              <w:rPr>
                <w:sz w:val="18"/>
              </w:rPr>
              <w:t>Emergency preparedness lead</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5801D9" w14:textId="77777777" w:rsidR="00BC42E8" w:rsidRDefault="00BC42E8">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4BB094" w14:textId="77777777" w:rsidR="00BC42E8" w:rsidRDefault="00BC42E8">
            <w:pPr>
              <w:spacing w:after="20" w:line="257" w:lineRule="auto"/>
            </w:pPr>
          </w:p>
        </w:tc>
      </w:tr>
      <w:tr w:rsidR="00BC42E8" w14:paraId="66F63F40"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77AB40" w14:textId="77777777" w:rsidR="00BC42E8" w:rsidRDefault="00DC1705">
            <w:pPr>
              <w:spacing w:after="20" w:line="257" w:lineRule="auto"/>
            </w:pPr>
            <w:r>
              <w:rPr>
                <w:sz w:val="18"/>
              </w:rPr>
              <w:t>Facilities or life safety lead</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F1A7C5" w14:textId="77777777" w:rsidR="00BC42E8" w:rsidRDefault="00BC42E8">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EBDEB3C" w14:textId="77777777" w:rsidR="00BC42E8" w:rsidRDefault="00BC42E8">
            <w:pPr>
              <w:spacing w:after="20" w:line="257" w:lineRule="auto"/>
            </w:pPr>
          </w:p>
        </w:tc>
      </w:tr>
      <w:tr w:rsidR="00BC42E8" w14:paraId="27733E49"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E56E04" w14:textId="77777777" w:rsidR="00BC42E8" w:rsidRDefault="00DC1705">
            <w:pPr>
              <w:spacing w:after="20" w:line="257" w:lineRule="auto"/>
            </w:pPr>
            <w:r>
              <w:rPr>
                <w:sz w:val="18"/>
              </w:rPr>
              <w:t>Nursing leader</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BA5B47" w14:textId="77777777" w:rsidR="00BC42E8" w:rsidRDefault="00BC42E8">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4CAC1A" w14:textId="77777777" w:rsidR="00BC42E8" w:rsidRDefault="00BC42E8">
            <w:pPr>
              <w:spacing w:after="20" w:line="257" w:lineRule="auto"/>
            </w:pPr>
          </w:p>
        </w:tc>
      </w:tr>
      <w:tr w:rsidR="00BC42E8" w14:paraId="2103BB0F"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292C06" w14:textId="77777777" w:rsidR="00BC42E8" w:rsidRDefault="00DC1705">
            <w:pPr>
              <w:spacing w:after="20" w:line="257" w:lineRule="auto"/>
            </w:pPr>
            <w:r>
              <w:rPr>
                <w:sz w:val="18"/>
              </w:rPr>
              <w:t>Infection prevention leader</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8A89D1" w14:textId="77777777" w:rsidR="00BC42E8" w:rsidRDefault="00BC42E8">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D5F422" w14:textId="77777777" w:rsidR="00BC42E8" w:rsidRDefault="00BC42E8">
            <w:pPr>
              <w:spacing w:after="20" w:line="257" w:lineRule="auto"/>
            </w:pPr>
          </w:p>
        </w:tc>
      </w:tr>
      <w:tr w:rsidR="00BC42E8" w14:paraId="3CB9DD73"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72BE7EC" w14:textId="77777777" w:rsidR="00BC42E8" w:rsidRDefault="00DC1705">
            <w:pPr>
              <w:spacing w:after="20" w:line="257" w:lineRule="auto"/>
            </w:pPr>
            <w:r>
              <w:rPr>
                <w:sz w:val="18"/>
              </w:rPr>
              <w:t>Quality or risk leader</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6D086C" w14:textId="77777777" w:rsidR="00BC42E8" w:rsidRDefault="00BC42E8">
            <w:pPr>
              <w:spacing w:after="20" w:line="257" w:lineRule="auto"/>
            </w:pPr>
          </w:p>
        </w:tc>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E90036" w14:textId="77777777" w:rsidR="00BC42E8" w:rsidRDefault="00BC42E8">
            <w:pPr>
              <w:spacing w:after="20" w:line="257" w:lineRule="auto"/>
            </w:pPr>
          </w:p>
        </w:tc>
      </w:tr>
    </w:tbl>
    <w:p w14:paraId="417169B5" w14:textId="77777777" w:rsidR="00BC42E8" w:rsidRDefault="00DC1705">
      <w:r>
        <w:t>Review outcome  ☐ Gaps remain  ☐ Actions assigned  ☐ Ready for facility approval</w:t>
      </w:r>
      <w:r>
        <w:br/>
        <w:t>Next formal review date __________________  Regulatory recheck date __________________</w:t>
      </w:r>
    </w:p>
    <w:p w14:paraId="36F111EE" w14:textId="77777777" w:rsidR="00BC42E8" w:rsidRDefault="00BC42E8">
      <w:pPr>
        <w:keepNext/>
        <w:pageBreakBefore/>
        <w:spacing w:after="0" w:line="20" w:lineRule="exact"/>
      </w:pPr>
    </w:p>
    <w:tbl>
      <w:tblPr>
        <w:tblW w:w="0" w:type="auto"/>
        <w:jc w:val="center"/>
        <w:tblLayout w:type="fixed"/>
        <w:tblLook w:val="04A0" w:firstRow="1" w:lastRow="0" w:firstColumn="1" w:lastColumn="0" w:noHBand="0" w:noVBand="1"/>
      </w:tblPr>
      <w:tblGrid>
        <w:gridCol w:w="4752"/>
        <w:gridCol w:w="4320"/>
        <w:gridCol w:w="1786"/>
      </w:tblGrid>
      <w:tr w:rsidR="00BC42E8" w14:paraId="72B0A24C" w14:textId="77777777">
        <w:trPr>
          <w:cantSplit/>
          <w:tblHeader/>
          <w:jc w:val="center"/>
        </w:trPr>
        <w:tc>
          <w:tcPr>
            <w:tcW w:w="10858" w:type="dxa"/>
            <w:gridSpan w:val="3"/>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949B4BF" w14:textId="77777777" w:rsidR="00BC42E8" w:rsidRDefault="00DC1705">
            <w:pPr>
              <w:keepNext/>
            </w:pPr>
            <w:r>
              <w:rPr>
                <w:b/>
                <w:color w:val="FFFFFF"/>
                <w:sz w:val="28"/>
              </w:rPr>
              <w:t>SOURCE AND VERSION REFERENCES</w:t>
            </w:r>
          </w:p>
          <w:p w14:paraId="7BA7E2B1" w14:textId="77777777" w:rsidR="00BC42E8" w:rsidRDefault="00DC1705">
            <w:pPr>
              <w:keepNext/>
              <w:spacing w:after="60"/>
            </w:pPr>
            <w:r>
              <w:rPr>
                <w:color w:val="DDEBE6"/>
                <w:sz w:val="18"/>
              </w:rPr>
              <w:t>Primary sources retained from the October 5 2026 regulatory review</w:t>
            </w:r>
          </w:p>
        </w:tc>
      </w:tr>
      <w:tr w:rsidR="00BC42E8" w14:paraId="4C6509D5" w14:textId="77777777">
        <w:trPr>
          <w:cantSplit/>
          <w:tblHeader/>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D4F4381" w14:textId="77777777" w:rsidR="00BC42E8" w:rsidRDefault="00DC1705">
            <w:pPr>
              <w:keepNext/>
              <w:spacing w:after="20" w:line="257" w:lineRule="auto"/>
            </w:pPr>
            <w:r>
              <w:rPr>
                <w:b/>
                <w:color w:val="FFFFFF"/>
                <w:sz w:val="17"/>
              </w:rPr>
              <w:t>Source</w:t>
            </w:r>
          </w:p>
        </w:tc>
        <w:tc>
          <w:tcPr>
            <w:tcW w:w="43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4DD9C7B" w14:textId="77777777" w:rsidR="00BC42E8" w:rsidRDefault="00DC1705">
            <w:pPr>
              <w:keepNext/>
              <w:spacing w:after="20" w:line="257" w:lineRule="auto"/>
            </w:pPr>
            <w:r>
              <w:rPr>
                <w:b/>
                <w:color w:val="FFFFFF"/>
                <w:sz w:val="17"/>
              </w:rPr>
              <w:t>Use or version</w:t>
            </w:r>
          </w:p>
        </w:tc>
        <w:tc>
          <w:tcPr>
            <w:tcW w:w="178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C8F4D3" w14:textId="77777777" w:rsidR="00BC42E8" w:rsidRDefault="00DC1705">
            <w:pPr>
              <w:keepNext/>
              <w:spacing w:after="20" w:line="257" w:lineRule="auto"/>
            </w:pPr>
            <w:r>
              <w:rPr>
                <w:b/>
                <w:color w:val="FFFFFF"/>
                <w:sz w:val="17"/>
              </w:rPr>
              <w:t>Official link</w:t>
            </w:r>
          </w:p>
        </w:tc>
      </w:tr>
      <w:tr w:rsidR="00BC42E8" w14:paraId="59A5C8C2"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371FA5" w14:textId="77777777" w:rsidR="00BC42E8" w:rsidRDefault="00DC1705">
            <w:pPr>
              <w:spacing w:after="20" w:line="257" w:lineRule="auto"/>
            </w:pPr>
            <w:r>
              <w:rPr>
                <w:sz w:val="17"/>
              </w:rPr>
              <w:t>S01 42 CFR 482.15 Hospital EP</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C5F307" w14:textId="77777777" w:rsidR="00BC42E8" w:rsidRDefault="00DC1705">
            <w:pPr>
              <w:spacing w:after="20" w:line="257" w:lineRule="auto"/>
            </w:pPr>
            <w:r>
              <w:rPr>
                <w:sz w:val="17"/>
              </w:rPr>
              <w:t>Acute care EP requirements</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093794" w14:textId="77777777" w:rsidR="00BC42E8" w:rsidRDefault="00DC1705">
            <w:pPr>
              <w:spacing w:after="20" w:line="257" w:lineRule="auto"/>
            </w:pPr>
            <w:hyperlink r:id="rId9">
              <w:r>
                <w:rPr>
                  <w:color w:val="00543B"/>
                  <w:u w:val="single"/>
                </w:rPr>
                <w:t>Open source</w:t>
              </w:r>
            </w:hyperlink>
          </w:p>
        </w:tc>
      </w:tr>
      <w:tr w:rsidR="00BC42E8" w14:paraId="2FD49CA6"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13A9D2" w14:textId="77777777" w:rsidR="00BC42E8" w:rsidRDefault="00DC1705">
            <w:pPr>
              <w:spacing w:after="20" w:line="257" w:lineRule="auto"/>
            </w:pPr>
            <w:r>
              <w:rPr>
                <w:sz w:val="17"/>
              </w:rPr>
              <w:t>S03 CMS SOM Appendix Z</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66BF72" w14:textId="77777777" w:rsidR="00BC42E8" w:rsidRDefault="00DC1705">
            <w:pPr>
              <w:spacing w:after="20" w:line="257" w:lineRule="auto"/>
            </w:pPr>
            <w:r>
              <w:rPr>
                <w:sz w:val="17"/>
              </w:rPr>
              <w:t>Rev 204 April 16 2021; supplied copy reviewed</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CB504E" w14:textId="77777777" w:rsidR="00BC42E8" w:rsidRDefault="00DC1705">
            <w:pPr>
              <w:spacing w:after="20" w:line="257" w:lineRule="auto"/>
            </w:pPr>
            <w:hyperlink r:id="rId10">
              <w:r>
                <w:rPr>
                  <w:color w:val="00543B"/>
                  <w:u w:val="single"/>
                </w:rPr>
                <w:t>Open source</w:t>
              </w:r>
            </w:hyperlink>
          </w:p>
        </w:tc>
      </w:tr>
      <w:tr w:rsidR="00BC42E8" w14:paraId="25CA0BB1"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8A5DC1" w14:textId="77777777" w:rsidR="00BC42E8" w:rsidRDefault="00DC1705">
            <w:pPr>
              <w:spacing w:after="20" w:line="257" w:lineRule="auto"/>
            </w:pPr>
            <w:r>
              <w:rPr>
                <w:sz w:val="17"/>
              </w:rPr>
              <w:t>S04 42 CFR 482.41 Hospital physical environment</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3B7998" w14:textId="77777777" w:rsidR="00BC42E8" w:rsidRDefault="00DC1705">
            <w:pPr>
              <w:spacing w:after="20" w:line="257" w:lineRule="auto"/>
            </w:pPr>
            <w:r>
              <w:rPr>
                <w:sz w:val="17"/>
              </w:rPr>
              <w:t>Federal fire and building safety</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B4BD2B" w14:textId="77777777" w:rsidR="00BC42E8" w:rsidRDefault="00DC1705">
            <w:pPr>
              <w:spacing w:after="20" w:line="257" w:lineRule="auto"/>
            </w:pPr>
            <w:hyperlink r:id="rId11">
              <w:r>
                <w:rPr>
                  <w:color w:val="00543B"/>
                  <w:u w:val="single"/>
                </w:rPr>
                <w:t>Open source</w:t>
              </w:r>
            </w:hyperlink>
          </w:p>
        </w:tc>
      </w:tr>
      <w:tr w:rsidR="00BC42E8" w14:paraId="1F6179A1"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2F3C86" w14:textId="77777777" w:rsidR="00BC42E8" w:rsidRDefault="00DC1705">
            <w:pPr>
              <w:spacing w:after="20" w:line="257" w:lineRule="auto"/>
            </w:pPr>
            <w:r>
              <w:rPr>
                <w:sz w:val="17"/>
              </w:rPr>
              <w:t>S06 CMS SOM Appendix A Hospitals</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31B57F" w14:textId="77777777" w:rsidR="00BC42E8" w:rsidRDefault="00DC1705">
            <w:pPr>
              <w:spacing w:after="20" w:line="257" w:lineRule="auto"/>
            </w:pPr>
            <w:r>
              <w:rPr>
                <w:sz w:val="17"/>
              </w:rPr>
              <w:t>Rev 248 September 18 2026</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0CBAA7" w14:textId="77777777" w:rsidR="00BC42E8" w:rsidRDefault="00DC1705">
            <w:pPr>
              <w:spacing w:after="20" w:line="257" w:lineRule="auto"/>
            </w:pPr>
            <w:hyperlink r:id="rId12">
              <w:r>
                <w:rPr>
                  <w:color w:val="00543B"/>
                  <w:u w:val="single"/>
                </w:rPr>
                <w:t>Open source</w:t>
              </w:r>
            </w:hyperlink>
          </w:p>
        </w:tc>
      </w:tr>
      <w:tr w:rsidR="00BC42E8" w14:paraId="2AE504E3"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83CA9C" w14:textId="77777777" w:rsidR="00BC42E8" w:rsidRDefault="00DC1705">
            <w:pPr>
              <w:spacing w:after="20" w:line="257" w:lineRule="auto"/>
            </w:pPr>
            <w:r>
              <w:rPr>
                <w:sz w:val="17"/>
              </w:rPr>
              <w:t>S08 CMS life safety and health care facilities survey hub</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00BA8E" w14:textId="77777777" w:rsidR="00BC42E8" w:rsidRDefault="00DC1705">
            <w:pPr>
              <w:spacing w:after="20" w:line="257" w:lineRule="auto"/>
            </w:pPr>
            <w:r>
              <w:rPr>
                <w:sz w:val="17"/>
              </w:rPr>
              <w:t>Federal code editions, surveys, waivers, forms</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01CB67" w14:textId="77777777" w:rsidR="00BC42E8" w:rsidRDefault="00DC1705">
            <w:pPr>
              <w:spacing w:after="20" w:line="257" w:lineRule="auto"/>
            </w:pPr>
            <w:hyperlink r:id="rId13">
              <w:r>
                <w:rPr>
                  <w:color w:val="00543B"/>
                  <w:u w:val="single"/>
                </w:rPr>
                <w:t>Open source</w:t>
              </w:r>
            </w:hyperlink>
          </w:p>
        </w:tc>
      </w:tr>
      <w:tr w:rsidR="00BC42E8" w14:paraId="7A9CBEF9"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F94378" w14:textId="77777777" w:rsidR="00BC42E8" w:rsidRDefault="00DC1705">
            <w:pPr>
              <w:spacing w:after="20" w:line="257" w:lineRule="auto"/>
            </w:pPr>
            <w:r>
              <w:rPr>
                <w:sz w:val="17"/>
              </w:rPr>
              <w:t>S09 CMS-2786R Healthcare fire survey</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9E259E" w14:textId="77777777" w:rsidR="00BC42E8" w:rsidRDefault="00DC1705">
            <w:pPr>
              <w:spacing w:after="20" w:line="257" w:lineRule="auto"/>
            </w:pPr>
            <w:r>
              <w:rPr>
                <w:sz w:val="17"/>
              </w:rPr>
              <w:t>Supplied July 2018 form; 124 K-tag categories</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15DBC3" w14:textId="77777777" w:rsidR="00BC42E8" w:rsidRDefault="00DC1705">
            <w:pPr>
              <w:spacing w:after="20" w:line="257" w:lineRule="auto"/>
            </w:pPr>
            <w:hyperlink r:id="rId14">
              <w:r>
                <w:rPr>
                  <w:color w:val="00543B"/>
                  <w:u w:val="single"/>
                </w:rPr>
                <w:t>Open source</w:t>
              </w:r>
            </w:hyperlink>
          </w:p>
        </w:tc>
      </w:tr>
      <w:tr w:rsidR="00BC42E8" w14:paraId="30894B54"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574F77" w14:textId="77777777" w:rsidR="00BC42E8" w:rsidRDefault="00DC1705">
            <w:pPr>
              <w:spacing w:after="20" w:line="257" w:lineRule="auto"/>
            </w:pPr>
            <w:r>
              <w:rPr>
                <w:sz w:val="17"/>
              </w:rPr>
              <w:t>S10 Maine DLC Hospital licensing hub</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906F8F" w14:textId="77777777" w:rsidR="00BC42E8" w:rsidRDefault="00DC1705">
            <w:pPr>
              <w:spacing w:after="20" w:line="257" w:lineRule="auto"/>
            </w:pPr>
            <w:r>
              <w:rPr>
                <w:sz w:val="17"/>
              </w:rPr>
              <w:t>Both hospital types, licensure, construction</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A1486EE" w14:textId="77777777" w:rsidR="00BC42E8" w:rsidRDefault="00DC1705">
            <w:pPr>
              <w:spacing w:after="20" w:line="257" w:lineRule="auto"/>
            </w:pPr>
            <w:hyperlink r:id="rId15">
              <w:r>
                <w:rPr>
                  <w:color w:val="00543B"/>
                  <w:u w:val="single"/>
                </w:rPr>
                <w:t>Open source</w:t>
              </w:r>
            </w:hyperlink>
          </w:p>
        </w:tc>
      </w:tr>
      <w:tr w:rsidR="00BC42E8" w14:paraId="418C57CE"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E1B9A74" w14:textId="77777777" w:rsidR="00BC42E8" w:rsidRDefault="00DC1705">
            <w:pPr>
              <w:spacing w:after="20" w:line="257" w:lineRule="auto"/>
            </w:pPr>
            <w:r>
              <w:rPr>
                <w:sz w:val="17"/>
              </w:rPr>
              <w:t>S11 10-144 CMR Chapter 112 Current hospital rule</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010BD0" w14:textId="77777777" w:rsidR="00BC42E8" w:rsidRDefault="00DC1705">
            <w:pPr>
              <w:spacing w:after="20" w:line="257" w:lineRule="auto"/>
            </w:pPr>
            <w:r>
              <w:rPr>
                <w:sz w:val="17"/>
              </w:rPr>
              <w:t>Downloaded and read; current rule distinct from proposal</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2F02D4" w14:textId="77777777" w:rsidR="00BC42E8" w:rsidRDefault="00DC1705">
            <w:pPr>
              <w:spacing w:after="20" w:line="257" w:lineRule="auto"/>
            </w:pPr>
            <w:hyperlink r:id="rId16">
              <w:r>
                <w:rPr>
                  <w:color w:val="00543B"/>
                  <w:u w:val="single"/>
                </w:rPr>
                <w:t>Open source</w:t>
              </w:r>
            </w:hyperlink>
          </w:p>
        </w:tc>
      </w:tr>
      <w:tr w:rsidR="00BC42E8" w14:paraId="4FBD2F79"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115D0B" w14:textId="77777777" w:rsidR="00BC42E8" w:rsidRDefault="00DC1705">
            <w:pPr>
              <w:spacing w:after="20" w:line="257" w:lineRule="auto"/>
            </w:pPr>
            <w:r>
              <w:rPr>
                <w:sz w:val="17"/>
              </w:rPr>
              <w:t>S12 Maine FMO adopted NFPA standards</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2B355A" w14:textId="77777777" w:rsidR="00BC42E8" w:rsidRDefault="00DC1705">
            <w:pPr>
              <w:spacing w:after="20" w:line="257" w:lineRule="auto"/>
            </w:pPr>
            <w:r>
              <w:rPr>
                <w:sz w:val="17"/>
              </w:rPr>
              <w:t>State editions listed October 5 2026</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AAAD0B" w14:textId="77777777" w:rsidR="00BC42E8" w:rsidRDefault="00DC1705">
            <w:pPr>
              <w:spacing w:after="20" w:line="257" w:lineRule="auto"/>
            </w:pPr>
            <w:hyperlink r:id="rId17">
              <w:r>
                <w:rPr>
                  <w:color w:val="00543B"/>
                  <w:u w:val="single"/>
                </w:rPr>
                <w:t>Open source</w:t>
              </w:r>
            </w:hyperlink>
          </w:p>
        </w:tc>
      </w:tr>
      <w:tr w:rsidR="00BC42E8" w14:paraId="33978BB9"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D322CE" w14:textId="77777777" w:rsidR="00BC42E8" w:rsidRDefault="00DC1705">
            <w:pPr>
              <w:spacing w:after="20" w:line="257" w:lineRule="auto"/>
            </w:pPr>
            <w:r>
              <w:rPr>
                <w:sz w:val="17"/>
              </w:rPr>
              <w:t>S13 22 MRS 1832 Hospital safety and security</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EAF740" w14:textId="77777777" w:rsidR="00BC42E8" w:rsidRDefault="00DC1705">
            <w:pPr>
              <w:spacing w:after="20" w:line="257" w:lineRule="auto"/>
            </w:pPr>
            <w:r>
              <w:rPr>
                <w:sz w:val="17"/>
              </w:rPr>
              <w:t>Annual safety and security plan</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1C37DA" w14:textId="77777777" w:rsidR="00BC42E8" w:rsidRDefault="00DC1705">
            <w:pPr>
              <w:spacing w:after="20" w:line="257" w:lineRule="auto"/>
            </w:pPr>
            <w:hyperlink r:id="rId18">
              <w:r>
                <w:rPr>
                  <w:color w:val="00543B"/>
                  <w:u w:val="single"/>
                </w:rPr>
                <w:t>Open source</w:t>
              </w:r>
            </w:hyperlink>
          </w:p>
        </w:tc>
      </w:tr>
      <w:tr w:rsidR="00BC42E8" w14:paraId="1E7702D0"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D816D7" w14:textId="77777777" w:rsidR="00BC42E8" w:rsidRDefault="00DC1705">
            <w:pPr>
              <w:spacing w:after="20" w:line="257" w:lineRule="auto"/>
            </w:pPr>
            <w:r>
              <w:rPr>
                <w:sz w:val="17"/>
              </w:rPr>
              <w:t>S14 22 MRS 8753 Sentinel event reporting</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F11FC2" w14:textId="77777777" w:rsidR="00BC42E8" w:rsidRDefault="00DC1705">
            <w:pPr>
              <w:spacing w:after="20" w:line="257" w:lineRule="auto"/>
            </w:pPr>
            <w:r>
              <w:rPr>
                <w:sz w:val="17"/>
              </w:rPr>
              <w:t>Current statutory deadlines and report</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5C0D4D" w14:textId="77777777" w:rsidR="00BC42E8" w:rsidRDefault="00DC1705">
            <w:pPr>
              <w:spacing w:after="20" w:line="257" w:lineRule="auto"/>
            </w:pPr>
            <w:hyperlink r:id="rId19">
              <w:r>
                <w:rPr>
                  <w:color w:val="00543B"/>
                  <w:u w:val="single"/>
                </w:rPr>
                <w:t>Open source</w:t>
              </w:r>
            </w:hyperlink>
          </w:p>
        </w:tc>
      </w:tr>
      <w:tr w:rsidR="00BC42E8" w14:paraId="72269777"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B3B61C" w14:textId="77777777" w:rsidR="00BC42E8" w:rsidRDefault="00DC1705">
            <w:pPr>
              <w:spacing w:after="20" w:line="257" w:lineRule="auto"/>
            </w:pPr>
            <w:r>
              <w:rPr>
                <w:sz w:val="17"/>
              </w:rPr>
              <w:t>S15 Maine CDC notifiable disease rule update</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5E3420" w14:textId="77777777" w:rsidR="00BC42E8" w:rsidRDefault="00DC1705">
            <w:pPr>
              <w:spacing w:after="20" w:line="257" w:lineRule="auto"/>
            </w:pPr>
            <w:r>
              <w:rPr>
                <w:sz w:val="17"/>
              </w:rPr>
              <w:t>Chapter 258 effective June 4 2025; reporting hub below</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02954F" w14:textId="77777777" w:rsidR="00BC42E8" w:rsidRDefault="00DC1705">
            <w:pPr>
              <w:spacing w:after="20" w:line="257" w:lineRule="auto"/>
            </w:pPr>
            <w:hyperlink r:id="rId20">
              <w:r>
                <w:rPr>
                  <w:color w:val="00543B"/>
                  <w:u w:val="single"/>
                </w:rPr>
                <w:t>Open source</w:t>
              </w:r>
            </w:hyperlink>
          </w:p>
        </w:tc>
      </w:tr>
      <w:tr w:rsidR="00BC42E8" w14:paraId="33EE5148"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8DB108" w14:textId="77777777" w:rsidR="00BC42E8" w:rsidRDefault="00DC1705">
            <w:pPr>
              <w:spacing w:after="20" w:line="257" w:lineRule="auto"/>
            </w:pPr>
            <w:r>
              <w:rPr>
                <w:sz w:val="17"/>
              </w:rPr>
              <w:t>S16 25 MRS 2469 Fuel gas detectors</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CD6309" w14:textId="77777777" w:rsidR="00BC42E8" w:rsidRDefault="00DC1705">
            <w:pPr>
              <w:spacing w:after="20" w:line="257" w:lineRule="auto"/>
            </w:pPr>
            <w:r>
              <w:rPr>
                <w:sz w:val="17"/>
              </w:rPr>
              <w:t>Occupancy-specific requirements</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5D3606" w14:textId="77777777" w:rsidR="00BC42E8" w:rsidRDefault="00DC1705">
            <w:pPr>
              <w:spacing w:after="20" w:line="257" w:lineRule="auto"/>
            </w:pPr>
            <w:hyperlink r:id="rId21">
              <w:r>
                <w:rPr>
                  <w:color w:val="00543B"/>
                  <w:u w:val="single"/>
                </w:rPr>
                <w:t>Open source</w:t>
              </w:r>
            </w:hyperlink>
          </w:p>
        </w:tc>
      </w:tr>
      <w:tr w:rsidR="00BC42E8" w14:paraId="42140F0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B10D79" w14:textId="77777777" w:rsidR="00BC42E8" w:rsidRDefault="00DC1705">
            <w:pPr>
              <w:spacing w:after="20" w:line="257" w:lineRule="auto"/>
            </w:pPr>
            <w:r>
              <w:rPr>
                <w:sz w:val="17"/>
              </w:rPr>
              <w:t>S17 PL 2025 Chapter 606 Enacted LD 2189</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5EBE64" w14:textId="77777777" w:rsidR="00BC42E8" w:rsidRDefault="00DC1705">
            <w:pPr>
              <w:spacing w:after="20" w:line="257" w:lineRule="auto"/>
            </w:pPr>
            <w:r>
              <w:rPr>
                <w:sz w:val="17"/>
              </w:rPr>
              <w:t>Approved April 3 2026; enacts 22 MRS 1822-B</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CBAB73B" w14:textId="77777777" w:rsidR="00BC42E8" w:rsidRDefault="00DC1705">
            <w:pPr>
              <w:spacing w:after="20" w:line="257" w:lineRule="auto"/>
            </w:pPr>
            <w:hyperlink r:id="rId22">
              <w:r>
                <w:rPr>
                  <w:color w:val="00543B"/>
                  <w:u w:val="single"/>
                </w:rPr>
                <w:t>Open source</w:t>
              </w:r>
            </w:hyperlink>
          </w:p>
        </w:tc>
      </w:tr>
      <w:tr w:rsidR="00BC42E8" w14:paraId="535483F0"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923D8B" w14:textId="77777777" w:rsidR="00BC42E8" w:rsidRDefault="00DC1705">
            <w:pPr>
              <w:spacing w:after="20" w:line="257" w:lineRule="auto"/>
            </w:pPr>
            <w:r>
              <w:rPr>
                <w:sz w:val="17"/>
              </w:rPr>
              <w:t>S18 22 MRS 1822 Voluntary closure notice</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4FAC7B" w14:textId="77777777" w:rsidR="00BC42E8" w:rsidRDefault="00DC1705">
            <w:pPr>
              <w:spacing w:after="20" w:line="257" w:lineRule="auto"/>
            </w:pPr>
            <w:r>
              <w:rPr>
                <w:sz w:val="17"/>
              </w:rPr>
              <w:t>Planned facility closure</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9899E4" w14:textId="77777777" w:rsidR="00BC42E8" w:rsidRDefault="00DC1705">
            <w:pPr>
              <w:spacing w:after="20" w:line="257" w:lineRule="auto"/>
            </w:pPr>
            <w:hyperlink r:id="rId23">
              <w:r>
                <w:rPr>
                  <w:color w:val="00543B"/>
                  <w:u w:val="single"/>
                </w:rPr>
                <w:t>Open source</w:t>
              </w:r>
            </w:hyperlink>
          </w:p>
        </w:tc>
      </w:tr>
      <w:tr w:rsidR="00BC42E8" w14:paraId="376F8549"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56834C" w14:textId="77777777" w:rsidR="00BC42E8" w:rsidRDefault="00DC1705">
            <w:pPr>
              <w:spacing w:after="20" w:line="257" w:lineRule="auto"/>
            </w:pPr>
            <w:r>
              <w:rPr>
                <w:sz w:val="17"/>
              </w:rPr>
              <w:t>S19 Proposed Chapter 112 hospital rule</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F7F724" w14:textId="77777777" w:rsidR="00BC42E8" w:rsidRDefault="00DC1705">
            <w:pPr>
              <w:spacing w:after="20" w:line="257" w:lineRule="auto"/>
            </w:pPr>
            <w:r>
              <w:rPr>
                <w:sz w:val="17"/>
              </w:rPr>
              <w:t>Posted September 30 2026; not effective</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D0F5B9" w14:textId="77777777" w:rsidR="00BC42E8" w:rsidRDefault="00DC1705">
            <w:pPr>
              <w:spacing w:after="20" w:line="257" w:lineRule="auto"/>
            </w:pPr>
            <w:hyperlink r:id="rId24">
              <w:r>
                <w:rPr>
                  <w:color w:val="00543B"/>
                  <w:u w:val="single"/>
                </w:rPr>
                <w:t>Open source</w:t>
              </w:r>
            </w:hyperlink>
          </w:p>
        </w:tc>
      </w:tr>
      <w:tr w:rsidR="00BC42E8" w14:paraId="54B744C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591B82" w14:textId="77777777" w:rsidR="00BC42E8" w:rsidRDefault="00DC1705">
            <w:pPr>
              <w:spacing w:after="20" w:line="257" w:lineRule="auto"/>
            </w:pPr>
            <w:r>
              <w:rPr>
                <w:sz w:val="17"/>
              </w:rPr>
              <w:t>S20 Proposed Chapter 114 sentinel reporting rule</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8129D7" w14:textId="77777777" w:rsidR="00BC42E8" w:rsidRDefault="00DC1705">
            <w:pPr>
              <w:spacing w:after="20" w:line="257" w:lineRule="auto"/>
            </w:pPr>
            <w:r>
              <w:rPr>
                <w:sz w:val="17"/>
              </w:rPr>
              <w:t>Posted September 2 2026; proposal at review date</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2EC7E4" w14:textId="77777777" w:rsidR="00BC42E8" w:rsidRDefault="00DC1705">
            <w:pPr>
              <w:spacing w:after="20" w:line="257" w:lineRule="auto"/>
            </w:pPr>
            <w:hyperlink r:id="rId25">
              <w:r>
                <w:rPr>
                  <w:color w:val="00543B"/>
                  <w:u w:val="single"/>
                </w:rPr>
                <w:t>Open source</w:t>
              </w:r>
            </w:hyperlink>
          </w:p>
        </w:tc>
      </w:tr>
      <w:tr w:rsidR="00BC42E8" w14:paraId="1CD029C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D7578C" w14:textId="77777777" w:rsidR="00BC42E8" w:rsidRDefault="00DC1705">
            <w:pPr>
              <w:spacing w:after="20" w:line="257" w:lineRule="auto"/>
            </w:pPr>
            <w:r>
              <w:rPr>
                <w:sz w:val="17"/>
              </w:rPr>
              <w:t>S21 22 MRS 1816 Inspections</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465EFE" w14:textId="77777777" w:rsidR="00BC42E8" w:rsidRDefault="00DC1705">
            <w:pPr>
              <w:spacing w:after="20" w:line="257" w:lineRule="auto"/>
            </w:pPr>
            <w:r>
              <w:rPr>
                <w:sz w:val="17"/>
              </w:rPr>
              <w:t>Fire compliance and accreditation exceptions</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B6F48B" w14:textId="77777777" w:rsidR="00BC42E8" w:rsidRDefault="00DC1705">
            <w:pPr>
              <w:spacing w:after="20" w:line="257" w:lineRule="auto"/>
            </w:pPr>
            <w:hyperlink r:id="rId26">
              <w:r>
                <w:rPr>
                  <w:color w:val="00543B"/>
                  <w:u w:val="single"/>
                </w:rPr>
                <w:t>Open source</w:t>
              </w:r>
            </w:hyperlink>
          </w:p>
        </w:tc>
      </w:tr>
      <w:tr w:rsidR="00BC42E8" w14:paraId="38C28C7A"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E0705F" w14:textId="77777777" w:rsidR="00BC42E8" w:rsidRDefault="00DC1705">
            <w:pPr>
              <w:spacing w:after="20" w:line="257" w:lineRule="auto"/>
            </w:pPr>
            <w:r>
              <w:rPr>
                <w:sz w:val="17"/>
              </w:rPr>
              <w:t>S22 Maine FMO sprinkler shutdown policy</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43F7B1" w14:textId="77777777" w:rsidR="00BC42E8" w:rsidRDefault="00DC1705">
            <w:pPr>
              <w:spacing w:after="20" w:line="257" w:lineRule="auto"/>
            </w:pPr>
            <w:r>
              <w:rPr>
                <w:sz w:val="17"/>
              </w:rPr>
              <w:t>State impairment layer; seasonal exception not an occupied-hospital plan</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82173F" w14:textId="77777777" w:rsidR="00BC42E8" w:rsidRDefault="00DC1705">
            <w:pPr>
              <w:spacing w:after="20" w:line="257" w:lineRule="auto"/>
            </w:pPr>
            <w:hyperlink r:id="rId27">
              <w:r>
                <w:rPr>
                  <w:color w:val="00543B"/>
                  <w:u w:val="single"/>
                </w:rPr>
                <w:t>Open source</w:t>
              </w:r>
            </w:hyperlink>
          </w:p>
        </w:tc>
      </w:tr>
      <w:tr w:rsidR="00BC42E8" w14:paraId="126FEE33"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93EDD4" w14:textId="77777777" w:rsidR="00BC42E8" w:rsidRDefault="00DC1705">
            <w:pPr>
              <w:spacing w:after="20" w:line="257" w:lineRule="auto"/>
            </w:pPr>
            <w:r>
              <w:rPr>
                <w:sz w:val="17"/>
              </w:rPr>
              <w:t>S23 Maine FMO proposed rulemaking</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1798C3" w14:textId="77777777" w:rsidR="00BC42E8" w:rsidRDefault="00DC1705">
            <w:pPr>
              <w:spacing w:after="20" w:line="257" w:lineRule="auto"/>
            </w:pPr>
            <w:r>
              <w:rPr>
                <w:sz w:val="17"/>
              </w:rPr>
              <w:t>No proposed rule listed on review date</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4C33E6" w14:textId="77777777" w:rsidR="00BC42E8" w:rsidRDefault="00DC1705">
            <w:pPr>
              <w:spacing w:after="20" w:line="257" w:lineRule="auto"/>
            </w:pPr>
            <w:hyperlink r:id="rId28">
              <w:r>
                <w:rPr>
                  <w:color w:val="00543B"/>
                  <w:u w:val="single"/>
                </w:rPr>
                <w:t>Open source</w:t>
              </w:r>
            </w:hyperlink>
          </w:p>
        </w:tc>
      </w:tr>
      <w:tr w:rsidR="00BC42E8" w14:paraId="7447CCA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11E6E1" w14:textId="77777777" w:rsidR="00BC42E8" w:rsidRDefault="00DC1705">
            <w:pPr>
              <w:spacing w:after="20" w:line="257" w:lineRule="auto"/>
            </w:pPr>
            <w:r>
              <w:rPr>
                <w:sz w:val="17"/>
              </w:rPr>
              <w:t>S24 Maine Legislature LD 2100 status</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D3231A" w14:textId="77777777" w:rsidR="00BC42E8" w:rsidRDefault="00DC1705">
            <w:pPr>
              <w:spacing w:after="20" w:line="257" w:lineRule="auto"/>
            </w:pPr>
            <w:r>
              <w:rPr>
                <w:sz w:val="17"/>
              </w:rPr>
              <w:t>Fuel gas detector bill died between houses April 7 2026</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F65C82" w14:textId="77777777" w:rsidR="00BC42E8" w:rsidRDefault="00DC1705">
            <w:pPr>
              <w:spacing w:after="20" w:line="257" w:lineRule="auto"/>
            </w:pPr>
            <w:hyperlink r:id="rId29">
              <w:r>
                <w:rPr>
                  <w:color w:val="00543B"/>
                  <w:u w:val="single"/>
                </w:rPr>
                <w:t>Open source</w:t>
              </w:r>
            </w:hyperlink>
          </w:p>
        </w:tc>
      </w:tr>
      <w:tr w:rsidR="00BC42E8" w14:paraId="21DFA021"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8406CE" w14:textId="77777777" w:rsidR="00BC42E8" w:rsidRDefault="00DC1705">
            <w:pPr>
              <w:spacing w:after="20" w:line="257" w:lineRule="auto"/>
            </w:pPr>
            <w:r>
              <w:rPr>
                <w:sz w:val="17"/>
              </w:rPr>
              <w:t>S25 CMS Transmittal 248 Appendix A</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05CD59" w14:textId="77777777" w:rsidR="00BC42E8" w:rsidRDefault="00DC1705">
            <w:pPr>
              <w:spacing w:after="20" w:line="257" w:lineRule="auto"/>
            </w:pPr>
            <w:r>
              <w:rPr>
                <w:sz w:val="17"/>
              </w:rPr>
              <w:t>September 18 2026 emergency services guidance</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A3B83C" w14:textId="77777777" w:rsidR="00BC42E8" w:rsidRDefault="00DC1705">
            <w:pPr>
              <w:spacing w:after="20" w:line="257" w:lineRule="auto"/>
            </w:pPr>
            <w:hyperlink r:id="rId30">
              <w:r>
                <w:rPr>
                  <w:color w:val="00543B"/>
                  <w:u w:val="single"/>
                </w:rPr>
                <w:t>Open source</w:t>
              </w:r>
            </w:hyperlink>
          </w:p>
        </w:tc>
      </w:tr>
      <w:tr w:rsidR="00BC42E8" w14:paraId="796F2263"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0ECCA9" w14:textId="77777777" w:rsidR="00BC42E8" w:rsidRDefault="00DC1705">
            <w:pPr>
              <w:spacing w:after="20" w:line="257" w:lineRule="auto"/>
            </w:pPr>
            <w:r>
              <w:rPr>
                <w:sz w:val="17"/>
              </w:rPr>
              <w:t>S27 CMS QSO-23-11-LSC Microgrid waiver</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CE2B7D" w14:textId="77777777" w:rsidR="00BC42E8" w:rsidRDefault="00DC1705">
            <w:pPr>
              <w:spacing w:after="20" w:line="257" w:lineRule="auto"/>
            </w:pPr>
            <w:r>
              <w:rPr>
                <w:sz w:val="17"/>
              </w:rPr>
              <w:t>Conditional categorical waiver and disclosure</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6727CF" w14:textId="77777777" w:rsidR="00BC42E8" w:rsidRDefault="00DC1705">
            <w:pPr>
              <w:spacing w:after="20" w:line="257" w:lineRule="auto"/>
            </w:pPr>
            <w:hyperlink r:id="rId31">
              <w:r>
                <w:rPr>
                  <w:color w:val="00543B"/>
                  <w:u w:val="single"/>
                </w:rPr>
                <w:t>Open source</w:t>
              </w:r>
            </w:hyperlink>
          </w:p>
        </w:tc>
      </w:tr>
      <w:tr w:rsidR="00BC42E8" w14:paraId="7FBD5BAC"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872946" w14:textId="77777777" w:rsidR="00BC42E8" w:rsidRDefault="00DC1705">
            <w:pPr>
              <w:spacing w:after="20" w:line="257" w:lineRule="auto"/>
            </w:pPr>
            <w:r>
              <w:rPr>
                <w:sz w:val="17"/>
              </w:rPr>
              <w:t>S28 42 CFR 489.24 EMTALA</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473F44" w14:textId="77777777" w:rsidR="00BC42E8" w:rsidRDefault="00DC1705">
            <w:pPr>
              <w:spacing w:after="20" w:line="257" w:lineRule="auto"/>
            </w:pPr>
            <w:r>
              <w:rPr>
                <w:sz w:val="17"/>
              </w:rPr>
              <w:t>Emergency screening stabilization and transfer</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52EF90" w14:textId="77777777" w:rsidR="00BC42E8" w:rsidRDefault="00DC1705">
            <w:pPr>
              <w:spacing w:after="20" w:line="257" w:lineRule="auto"/>
            </w:pPr>
            <w:hyperlink r:id="rId32">
              <w:r>
                <w:rPr>
                  <w:color w:val="00543B"/>
                  <w:u w:val="single"/>
                </w:rPr>
                <w:t>Open source</w:t>
              </w:r>
            </w:hyperlink>
          </w:p>
        </w:tc>
      </w:tr>
      <w:tr w:rsidR="00BC42E8" w14:paraId="19D7012A"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72D910" w14:textId="77777777" w:rsidR="00BC42E8" w:rsidRDefault="00DC1705">
            <w:pPr>
              <w:spacing w:after="20" w:line="257" w:lineRule="auto"/>
            </w:pPr>
            <w:r>
              <w:rPr>
                <w:sz w:val="17"/>
              </w:rPr>
              <w:t>S29 Maine CDC disease reporting</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FDECCA" w14:textId="77777777" w:rsidR="00BC42E8" w:rsidRDefault="00DC1705">
            <w:pPr>
              <w:spacing w:after="20" w:line="257" w:lineRule="auto"/>
            </w:pPr>
            <w:r>
              <w:rPr>
                <w:sz w:val="17"/>
              </w:rPr>
              <w:t>Current reporting process and deadlines</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71E124" w14:textId="77777777" w:rsidR="00BC42E8" w:rsidRDefault="00DC1705">
            <w:pPr>
              <w:spacing w:after="20" w:line="257" w:lineRule="auto"/>
            </w:pPr>
            <w:hyperlink r:id="rId33">
              <w:r>
                <w:rPr>
                  <w:color w:val="00543B"/>
                  <w:u w:val="single"/>
                </w:rPr>
                <w:t>Open source</w:t>
              </w:r>
            </w:hyperlink>
          </w:p>
        </w:tc>
      </w:tr>
      <w:tr w:rsidR="00BC42E8" w14:paraId="030E6A63"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546EFD" w14:textId="77777777" w:rsidR="00BC42E8" w:rsidRDefault="00DC1705">
            <w:pPr>
              <w:spacing w:after="20" w:line="257" w:lineRule="auto"/>
            </w:pPr>
            <w:r>
              <w:rPr>
                <w:sz w:val="17"/>
              </w:rPr>
              <w:lastRenderedPageBreak/>
              <w:t>S30 Maine DLC rules and regulations</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32CBBC" w14:textId="77777777" w:rsidR="00BC42E8" w:rsidRDefault="00DC1705">
            <w:pPr>
              <w:spacing w:after="20" w:line="257" w:lineRule="auto"/>
            </w:pPr>
            <w:r>
              <w:rPr>
                <w:sz w:val="17"/>
              </w:rPr>
              <w:t>Hospital, laboratory, and sentinel rules</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BEAD62" w14:textId="77777777" w:rsidR="00BC42E8" w:rsidRDefault="00DC1705">
            <w:pPr>
              <w:spacing w:after="20" w:line="257" w:lineRule="auto"/>
            </w:pPr>
            <w:hyperlink r:id="rId34">
              <w:r>
                <w:rPr>
                  <w:color w:val="00543B"/>
                  <w:u w:val="single"/>
                </w:rPr>
                <w:t>Open source</w:t>
              </w:r>
            </w:hyperlink>
          </w:p>
        </w:tc>
      </w:tr>
      <w:tr w:rsidR="00BC42E8" w14:paraId="4959C95D"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140D03" w14:textId="77777777" w:rsidR="00BC42E8" w:rsidRDefault="00DC1705">
            <w:pPr>
              <w:spacing w:after="20" w:line="257" w:lineRule="auto"/>
            </w:pPr>
            <w:r>
              <w:rPr>
                <w:sz w:val="17"/>
              </w:rPr>
              <w:t>S31 CMS QSO-23-04-Hospitals Workplace violence</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441D03" w14:textId="77777777" w:rsidR="00BC42E8" w:rsidRDefault="00DC1705">
            <w:pPr>
              <w:spacing w:after="20" w:line="257" w:lineRule="auto"/>
            </w:pPr>
            <w:r>
              <w:rPr>
                <w:sz w:val="17"/>
              </w:rPr>
              <w:t>Safety assessment staffing and training</w:t>
            </w:r>
          </w:p>
        </w:tc>
        <w:tc>
          <w:tcPr>
            <w:tcW w:w="178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19BC4D" w14:textId="77777777" w:rsidR="00BC42E8" w:rsidRDefault="00DC1705">
            <w:pPr>
              <w:spacing w:after="20" w:line="257" w:lineRule="auto"/>
            </w:pPr>
            <w:hyperlink r:id="rId35">
              <w:r>
                <w:rPr>
                  <w:color w:val="00543B"/>
                  <w:u w:val="single"/>
                </w:rPr>
                <w:t>Open source</w:t>
              </w:r>
            </w:hyperlink>
          </w:p>
        </w:tc>
      </w:tr>
      <w:tr w:rsidR="00BC42E8" w14:paraId="4E886856" w14:textId="77777777">
        <w:trPr>
          <w:cantSplit/>
          <w:jc w:val="center"/>
        </w:trPr>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8EC423" w14:textId="77777777" w:rsidR="00BC42E8" w:rsidRDefault="00DC1705">
            <w:pPr>
              <w:spacing w:after="20" w:line="257" w:lineRule="auto"/>
            </w:pPr>
            <w:r>
              <w:rPr>
                <w:sz w:val="17"/>
              </w:rPr>
              <w:t>S32 Maine Legislature 2026 disposition digest</w:t>
            </w:r>
          </w:p>
        </w:tc>
        <w:tc>
          <w:tcPr>
            <w:tcW w:w="43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0733E7" w14:textId="77777777" w:rsidR="00BC42E8" w:rsidRDefault="00DC1705">
            <w:pPr>
              <w:spacing w:after="20" w:line="257" w:lineRule="auto"/>
            </w:pPr>
            <w:r>
              <w:rPr>
                <w:sz w:val="17"/>
              </w:rPr>
              <w:t>LD 1281 Maine Quality Care Act died on adjournment</w:t>
            </w:r>
          </w:p>
        </w:tc>
        <w:tc>
          <w:tcPr>
            <w:tcW w:w="178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5EFFCE" w14:textId="77777777" w:rsidR="00BC42E8" w:rsidRDefault="00DC1705">
            <w:pPr>
              <w:spacing w:after="20" w:line="257" w:lineRule="auto"/>
            </w:pPr>
            <w:hyperlink r:id="rId36">
              <w:r>
                <w:rPr>
                  <w:color w:val="00543B"/>
                  <w:u w:val="single"/>
                </w:rPr>
                <w:t>Open source</w:t>
              </w:r>
            </w:hyperlink>
          </w:p>
        </w:tc>
      </w:tr>
    </w:tbl>
    <w:p w14:paraId="621797A9" w14:textId="77777777" w:rsidR="00BC42E8" w:rsidRDefault="00DC1705">
      <w:r>
        <w:t>Supplied hospital regulations, Appendix Z, CMS-2786R forms, and the Fire Marshal documentation list support the content. The attached LTC/SNF checklist supplies the layout and HCC-ME branding; LTC-specific requirements are not used as hospital requirements.</w:t>
      </w:r>
    </w:p>
    <w:p w14:paraId="3E22283A" w14:textId="77777777" w:rsidR="00BC42E8" w:rsidRDefault="00BC42E8">
      <w:pPr>
        <w:sectPr w:rsidR="00BC42E8">
          <w:headerReference w:type="default" r:id="rId37"/>
          <w:footerReference w:type="default" r:id="rId38"/>
          <w:pgSz w:w="12240" w:h="15840"/>
          <w:pgMar w:top="1037" w:right="691" w:bottom="792" w:left="691" w:header="259" w:footer="288" w:gutter="0"/>
          <w:cols w:space="720"/>
          <w:titlePg/>
          <w:docGrid w:linePitch="360"/>
        </w:sectPr>
      </w:pPr>
    </w:p>
    <w:p w14:paraId="3F6E203F" w14:textId="77777777" w:rsidR="00BC42E8" w:rsidRDefault="00DC1705">
      <w:pPr>
        <w:pStyle w:val="Heading1"/>
      </w:pPr>
      <w:r>
        <w:lastRenderedPageBreak/>
        <w:t>APPENDIX A ACUTE CARE HOSPITAL POLICIES AND PROCEDURES CROSSWALK</w:t>
      </w:r>
    </w:p>
    <w:p w14:paraId="7ED7EF4B" w14:textId="77777777" w:rsidR="00BC42E8" w:rsidRDefault="00DC1705">
      <w:r>
        <w:t>A controlled policy, department procedure, EOP annex, or other supporting document can address a row when all applicable elements are covered and the evidence is available. Use the final two columns to record the facility document and status.</w:t>
      </w:r>
    </w:p>
    <w:tbl>
      <w:tblPr>
        <w:tblW w:w="0" w:type="auto"/>
        <w:jc w:val="center"/>
        <w:tblLayout w:type="fixed"/>
        <w:tblLook w:val="04A0" w:firstRow="1" w:lastRow="0" w:firstColumn="1" w:lastColumn="0" w:noHBand="0" w:noVBand="1"/>
      </w:tblPr>
      <w:tblGrid>
        <w:gridCol w:w="2448"/>
        <w:gridCol w:w="1512"/>
        <w:gridCol w:w="2664"/>
        <w:gridCol w:w="4968"/>
        <w:gridCol w:w="2088"/>
        <w:gridCol w:w="778"/>
      </w:tblGrid>
      <w:tr w:rsidR="00BC42E8" w14:paraId="237EB5C6" w14:textId="77777777">
        <w:trPr>
          <w:cantSplit/>
          <w:tblHeader/>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D040B5B" w14:textId="77777777" w:rsidR="00BC42E8" w:rsidRDefault="00DC1705">
            <w:pPr>
              <w:keepNext/>
              <w:spacing w:after="20" w:line="257" w:lineRule="auto"/>
            </w:pPr>
            <w:r>
              <w:rPr>
                <w:b/>
                <w:color w:val="FFFFFF"/>
                <w:sz w:val="17"/>
              </w:rPr>
              <w:t>Policy or procedure area</w:t>
            </w:r>
          </w:p>
        </w:tc>
        <w:tc>
          <w:tcPr>
            <w:tcW w:w="151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F346651" w14:textId="77777777" w:rsidR="00BC42E8" w:rsidRDefault="00DC1705">
            <w:pPr>
              <w:keepNext/>
              <w:spacing w:after="20" w:line="257" w:lineRule="auto"/>
            </w:pPr>
            <w:r>
              <w:rPr>
                <w:b/>
                <w:color w:val="FFFFFF"/>
                <w:sz w:val="17"/>
              </w:rPr>
              <w:t>Checklist links</w:t>
            </w:r>
          </w:p>
        </w:tc>
        <w:tc>
          <w:tcPr>
            <w:tcW w:w="266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8461D78" w14:textId="77777777" w:rsidR="00BC42E8" w:rsidRDefault="00DC1705">
            <w:pPr>
              <w:keepNext/>
              <w:spacing w:after="20" w:line="257" w:lineRule="auto"/>
            </w:pPr>
            <w:r>
              <w:rPr>
                <w:b/>
                <w:color w:val="FFFFFF"/>
                <w:sz w:val="17"/>
              </w:rPr>
              <w:t>Applicable authority</w:t>
            </w:r>
          </w:p>
        </w:tc>
        <w:tc>
          <w:tcPr>
            <w:tcW w:w="49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4E581F3" w14:textId="77777777" w:rsidR="00BC42E8" w:rsidRDefault="00DC1705">
            <w:pPr>
              <w:keepNext/>
              <w:spacing w:after="20" w:line="257" w:lineRule="auto"/>
            </w:pPr>
            <w:r>
              <w:rPr>
                <w:b/>
                <w:color w:val="FFFFFF"/>
                <w:sz w:val="17"/>
              </w:rPr>
              <w:t>Minimum elements or evidence to identify</w:t>
            </w:r>
          </w:p>
        </w:tc>
        <w:tc>
          <w:tcPr>
            <w:tcW w:w="208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3B71CC5" w14:textId="77777777" w:rsidR="00BC42E8" w:rsidRDefault="00DC1705">
            <w:pPr>
              <w:keepNext/>
              <w:spacing w:after="20" w:line="257" w:lineRule="auto"/>
            </w:pPr>
            <w:r>
              <w:rPr>
                <w:b/>
                <w:color w:val="FFFFFF"/>
                <w:sz w:val="17"/>
              </w:rPr>
              <w:t>Facility document or EOP location</w:t>
            </w:r>
          </w:p>
        </w:tc>
        <w:tc>
          <w:tcPr>
            <w:tcW w:w="77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2D79513" w14:textId="77777777" w:rsidR="00BC42E8" w:rsidRDefault="00DC1705">
            <w:pPr>
              <w:keepNext/>
              <w:spacing w:after="20" w:line="257" w:lineRule="auto"/>
            </w:pPr>
            <w:r>
              <w:rPr>
                <w:b/>
                <w:color w:val="FFFFFF"/>
                <w:sz w:val="17"/>
              </w:rPr>
              <w:t>Status</w:t>
            </w:r>
          </w:p>
        </w:tc>
      </w:tr>
      <w:tr w:rsidR="00BC42E8" w14:paraId="3DD33907"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10256D" w14:textId="77777777" w:rsidR="00BC42E8" w:rsidRDefault="00DC1705">
            <w:pPr>
              <w:spacing w:after="20" w:line="257" w:lineRule="auto"/>
            </w:pPr>
            <w:r>
              <w:rPr>
                <w:sz w:val="17"/>
              </w:rPr>
              <w:t>Program governance and review</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78B5CB" w14:textId="77777777" w:rsidR="00BC42E8" w:rsidRDefault="00DC1705">
            <w:pPr>
              <w:spacing w:after="20" w:line="257" w:lineRule="auto"/>
            </w:pPr>
            <w:r>
              <w:rPr>
                <w:sz w:val="17"/>
              </w:rPr>
              <w:t>EP01–02; EP09; EP22; EP30</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E2F580" w14:textId="77777777" w:rsidR="00BC42E8" w:rsidRDefault="00DC1705">
            <w:pPr>
              <w:spacing w:after="20" w:line="257" w:lineRule="auto"/>
            </w:pPr>
            <w:r>
              <w:rPr>
                <w:sz w:val="17"/>
              </w:rPr>
              <w:t>E0001; 42 CFR 482.15; E0004; 42 CFR 482.15 (a); E0013; 42 CFR 482.15 (b)</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F117A7" w14:textId="77777777" w:rsidR="00BC42E8" w:rsidRDefault="00DC1705">
            <w:pPr>
              <w:spacing w:after="20" w:line="257" w:lineRule="auto"/>
            </w:pPr>
            <w:r>
              <w:rPr>
                <w:sz w:val="17"/>
              </w:rPr>
              <w:t>Maintain a comprehensive all-hazards program with a plan, policies and procedures, communication plan, and training and testing. Verify leadership can describe its implementation and applicable federal, state, and local requirements.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252793"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6C1E4D"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6F6CB03C"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3F9F33" w14:textId="77777777" w:rsidR="00BC42E8" w:rsidRDefault="00DC1705">
            <w:pPr>
              <w:spacing w:after="20" w:line="257" w:lineRule="auto"/>
            </w:pPr>
            <w:r>
              <w:rPr>
                <w:sz w:val="17"/>
              </w:rPr>
              <w:t>HVA and hazard response strategies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CB69AF" w14:textId="77777777" w:rsidR="00BC42E8" w:rsidRDefault="00DC1705">
            <w:pPr>
              <w:spacing w:after="20" w:line="257" w:lineRule="auto"/>
            </w:pPr>
            <w:r>
              <w:rPr>
                <w:sz w:val="17"/>
              </w:rPr>
              <w:t>EP03–04</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A1FF51" w14:textId="77777777" w:rsidR="00BC42E8" w:rsidRDefault="00DC1705">
            <w:pPr>
              <w:spacing w:after="20" w:line="257" w:lineRule="auto"/>
            </w:pPr>
            <w:r>
              <w:rPr>
                <w:sz w:val="17"/>
              </w:rPr>
              <w:t>E0006; 42 CFR 482.15 (a)(1); E0006; 42 CFR 482.15 (a)(2)</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CCAEBA" w14:textId="77777777" w:rsidR="00BC42E8" w:rsidRDefault="00DC1705">
            <w:pPr>
              <w:spacing w:after="20" w:line="257" w:lineRule="auto"/>
            </w:pPr>
            <w:r>
              <w:rPr>
                <w:sz w:val="17"/>
              </w:rPr>
              <w:t>Include documented facility-based and community-based risk assessments. Record hazards, likelihood, impacts, vulnerabilities, and available community resources.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58006B"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F14E39C"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117DF172"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B1E276" w14:textId="77777777" w:rsidR="00BC42E8" w:rsidRDefault="00DC1705">
            <w:pPr>
              <w:spacing w:after="20" w:line="257" w:lineRule="auto"/>
            </w:pPr>
            <w:r>
              <w:rPr>
                <w:sz w:val="17"/>
              </w:rPr>
              <w:t>Continuity and leadership succession</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499BAA" w14:textId="77777777" w:rsidR="00BC42E8" w:rsidRDefault="00DC1705">
            <w:pPr>
              <w:spacing w:after="20" w:line="257" w:lineRule="auto"/>
            </w:pPr>
            <w:r>
              <w:rPr>
                <w:sz w:val="17"/>
              </w:rPr>
              <w:t>EP05–08</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E59796" w14:textId="77777777" w:rsidR="00BC42E8" w:rsidRDefault="00DC1705">
            <w:pPr>
              <w:spacing w:after="20" w:line="257" w:lineRule="auto"/>
            </w:pPr>
            <w:r>
              <w:rPr>
                <w:sz w:val="17"/>
              </w:rPr>
              <w:t>E0007; 42 CFR 482.15 (a)(3)</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F50C45" w14:textId="77777777" w:rsidR="00BC42E8" w:rsidRDefault="00DC1705">
            <w:pPr>
              <w:spacing w:after="20" w:line="257" w:lineRule="auto"/>
            </w:pPr>
            <w:r>
              <w:rPr>
                <w:sz w:val="17"/>
              </w:rPr>
              <w:t>Address the actual patient population and people at risk. Show arrangements for their care, access, communication, mobility, clinical equipment, and support needs.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E45E13"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F9E2C8"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15CA59C0"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A44D46" w14:textId="77777777" w:rsidR="00BC42E8" w:rsidRDefault="00DC1705">
            <w:pPr>
              <w:spacing w:after="20" w:line="257" w:lineRule="auto"/>
            </w:pPr>
            <w:r>
              <w:rPr>
                <w:sz w:val="17"/>
              </w:rPr>
              <w:t>Subsistence and critical supplies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5354C5F" w14:textId="77777777" w:rsidR="00BC42E8" w:rsidRDefault="00DC1705">
            <w:pPr>
              <w:spacing w:after="20" w:line="257" w:lineRule="auto"/>
            </w:pPr>
            <w:r>
              <w:rPr>
                <w:sz w:val="17"/>
              </w:rPr>
              <w:t>EP10–14</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BFBF77" w14:textId="77777777" w:rsidR="00BC42E8" w:rsidRDefault="00DC1705">
            <w:pPr>
              <w:spacing w:after="20" w:line="257" w:lineRule="auto"/>
            </w:pPr>
            <w:r>
              <w:rPr>
                <w:sz w:val="17"/>
              </w:rPr>
              <w:t>E0015; 42 CFR 482.15 (b)(1)(i); E0015; 42 CFR 482.15 (b)(1)(ii)(A)</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2101BB" w14:textId="77777777" w:rsidR="00BC42E8" w:rsidRDefault="00DC1705">
            <w:pPr>
              <w:spacing w:after="20" w:line="257" w:lineRule="auto"/>
            </w:pPr>
            <w:r>
              <w:rPr>
                <w:sz w:val="17"/>
              </w:rPr>
              <w:t>Provide food and water for patients and staff during evacuation and sheltering. Verify demand calculations, dietary needs, inventories, resupply arrangements, and contingency sources.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4C6A68"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9ADAD7"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127A9632"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E1E71B" w14:textId="77777777" w:rsidR="00BC42E8" w:rsidRDefault="00DC1705">
            <w:pPr>
              <w:spacing w:after="20" w:line="257" w:lineRule="auto"/>
            </w:pPr>
            <w:r>
              <w:rPr>
                <w:sz w:val="17"/>
              </w:rPr>
              <w:t>Power fuel and critical utilities</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6BADCF" w14:textId="77777777" w:rsidR="00BC42E8" w:rsidRDefault="00DC1705">
            <w:pPr>
              <w:spacing w:after="20" w:line="257" w:lineRule="auto"/>
            </w:pPr>
            <w:r>
              <w:rPr>
                <w:sz w:val="17"/>
              </w:rPr>
              <w:t>EP38–43; K918</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F79E1D" w14:textId="77777777" w:rsidR="00BC42E8" w:rsidRDefault="00DC1705">
            <w:pPr>
              <w:spacing w:after="20" w:line="257" w:lineRule="auto"/>
            </w:pPr>
            <w:r>
              <w:rPr>
                <w:sz w:val="17"/>
              </w:rPr>
              <w:t>E0041; 42 CFR 482.15 (e); 42 CFR 482.15 (e)(1); 42 CFR 482.15 (e)(2); K918</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79960E" w14:textId="77777777" w:rsidR="00BC42E8" w:rsidRDefault="00DC1705">
            <w:pPr>
              <w:spacing w:after="20" w:line="257" w:lineRule="auto"/>
            </w:pPr>
            <w:r>
              <w:rPr>
                <w:sz w:val="17"/>
              </w:rPr>
              <w:t>Implement emergency and standby power based on the plan and subsistence policies. Verify essential loads, critical care, utility systems, sheltering needs, and evacuation contingencies.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7E508F"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E53DA4"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29BD6249"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E0B8EF" w14:textId="77777777" w:rsidR="00BC42E8" w:rsidRDefault="00DC1705">
            <w:pPr>
              <w:spacing w:after="20" w:line="257" w:lineRule="auto"/>
            </w:pPr>
            <w:r>
              <w:rPr>
                <w:sz w:val="17"/>
              </w:rPr>
              <w:t>Patient and staff accountability</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236836" w14:textId="77777777" w:rsidR="00BC42E8" w:rsidRDefault="00DC1705">
            <w:pPr>
              <w:spacing w:after="20" w:line="257" w:lineRule="auto"/>
            </w:pPr>
            <w:r>
              <w:rPr>
                <w:sz w:val="17"/>
              </w:rPr>
              <w:t>EP15</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61D314" w14:textId="77777777" w:rsidR="00BC42E8" w:rsidRDefault="00DC1705">
            <w:pPr>
              <w:spacing w:after="20" w:line="257" w:lineRule="auto"/>
            </w:pPr>
            <w:r>
              <w:rPr>
                <w:sz w:val="17"/>
              </w:rPr>
              <w:t>E0018; 42 CFR 482.15 (b)(2)</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EBA2F1" w14:textId="77777777" w:rsidR="00BC42E8" w:rsidRDefault="00DC1705">
            <w:pPr>
              <w:spacing w:after="20" w:line="257" w:lineRule="auto"/>
            </w:pPr>
            <w:r>
              <w:rPr>
                <w:sz w:val="17"/>
              </w:rPr>
              <w:t>Track on-duty staff and sheltered patients during an emergency. If relocated, document the specific receiving facility or other destination name and location. Demonstrate a usable downtime method.</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D70159"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5B684F"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087E0891"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705E36" w14:textId="77777777" w:rsidR="00BC42E8" w:rsidRDefault="00DC1705">
            <w:pPr>
              <w:spacing w:after="20" w:line="257" w:lineRule="auto"/>
            </w:pPr>
            <w:r>
              <w:rPr>
                <w:sz w:val="17"/>
              </w:rPr>
              <w:t>Evacuation relocation and fire response</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DB39B3" w14:textId="77777777" w:rsidR="00BC42E8" w:rsidRDefault="00DC1705">
            <w:pPr>
              <w:spacing w:after="20" w:line="257" w:lineRule="auto"/>
            </w:pPr>
            <w:r>
              <w:rPr>
                <w:sz w:val="17"/>
              </w:rPr>
              <w:t>EP16; K711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415A13" w14:textId="77777777" w:rsidR="00BC42E8" w:rsidRDefault="00DC1705">
            <w:pPr>
              <w:spacing w:after="20" w:line="257" w:lineRule="auto"/>
            </w:pPr>
            <w:r>
              <w:rPr>
                <w:sz w:val="17"/>
              </w:rPr>
              <w:t>E0020; 42 CFR 482.15 (b)(3); CMS-2786R</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2960C6" w14:textId="77777777" w:rsidR="00BC42E8" w:rsidRDefault="00DC1705">
            <w:pPr>
              <w:spacing w:after="20" w:line="257" w:lineRule="auto"/>
            </w:pPr>
            <w:r>
              <w:rPr>
                <w:sz w:val="17"/>
              </w:rPr>
              <w:t>Plan safe evacuation around care and treatment needs, staff responsibilities, transport, destinations, and primary and alternate external communications. Verify accessible routes, patient movement resources, and refusal-to-evacuate response.</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72458D"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E2FFD8"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47A930C4"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1B6955" w14:textId="77777777" w:rsidR="00BC42E8" w:rsidRDefault="00DC1705">
            <w:pPr>
              <w:spacing w:after="20" w:line="257" w:lineRule="auto"/>
            </w:pPr>
            <w:r>
              <w:rPr>
                <w:sz w:val="17"/>
              </w:rPr>
              <w:lastRenderedPageBreak/>
              <w:t>Shelter in place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A4C6BC" w14:textId="77777777" w:rsidR="00BC42E8" w:rsidRDefault="00DC1705">
            <w:pPr>
              <w:spacing w:after="20" w:line="257" w:lineRule="auto"/>
            </w:pPr>
            <w:r>
              <w:rPr>
                <w:sz w:val="17"/>
              </w:rPr>
              <w:t>EP17</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68E082" w14:textId="77777777" w:rsidR="00BC42E8" w:rsidRDefault="00DC1705">
            <w:pPr>
              <w:spacing w:after="20" w:line="257" w:lineRule="auto"/>
            </w:pPr>
            <w:r>
              <w:rPr>
                <w:sz w:val="17"/>
              </w:rPr>
              <w:t>E0022; 42 CFR 482.15 (b)(4)</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799645" w14:textId="77777777" w:rsidR="00BC42E8" w:rsidRDefault="00DC1705">
            <w:pPr>
              <w:spacing w:after="20" w:line="257" w:lineRule="auto"/>
            </w:pPr>
            <w:r>
              <w:rPr>
                <w:sz w:val="17"/>
              </w:rPr>
              <w:t>Provide sheltering for patients, staff, and volunteers who remain. Confirm alignment with hazards, protected areas, subsistence, utility capability, and relocation triggers.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86B401"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B4518B"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36C22578"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C09EED" w14:textId="77777777" w:rsidR="00BC42E8" w:rsidRDefault="00DC1705">
            <w:pPr>
              <w:spacing w:after="20" w:line="257" w:lineRule="auto"/>
            </w:pPr>
            <w:r>
              <w:rPr>
                <w:sz w:val="17"/>
              </w:rPr>
              <w:t>Medical records and cyber downtime</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9DCE21" w14:textId="77777777" w:rsidR="00BC42E8" w:rsidRDefault="00DC1705">
            <w:pPr>
              <w:spacing w:after="20" w:line="257" w:lineRule="auto"/>
            </w:pPr>
            <w:r>
              <w:rPr>
                <w:sz w:val="17"/>
              </w:rPr>
              <w:t>EP18; CL10</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F98E46" w14:textId="77777777" w:rsidR="00BC42E8" w:rsidRDefault="00DC1705">
            <w:pPr>
              <w:spacing w:after="20" w:line="257" w:lineRule="auto"/>
            </w:pPr>
            <w:r>
              <w:rPr>
                <w:sz w:val="17"/>
              </w:rPr>
              <w:t>E0023; 42 CFR 482.15 (b)(5); 482.24; 482.15(b)(5)</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D3D571" w14:textId="77777777" w:rsidR="00BC42E8" w:rsidRDefault="00DC1705">
            <w:pPr>
              <w:spacing w:after="20" w:line="257" w:lineRule="auto"/>
            </w:pPr>
            <w:r>
              <w:rPr>
                <w:sz w:val="17"/>
              </w:rPr>
              <w:t>Preserve medical documentation, confidentiality, security, and availability. Verify backups, accessible downtime records, transfer packets, and recovery of clinical data.</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B02ADD"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693FD1"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5B43DB63"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243FB0" w14:textId="77777777" w:rsidR="00BC42E8" w:rsidRDefault="00DC1705">
            <w:pPr>
              <w:spacing w:after="20" w:line="257" w:lineRule="auto"/>
            </w:pPr>
            <w:r>
              <w:rPr>
                <w:sz w:val="17"/>
              </w:rPr>
              <w:t>Emergency staffing and volunteers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AC2DA2" w14:textId="77777777" w:rsidR="00BC42E8" w:rsidRDefault="00DC1705">
            <w:pPr>
              <w:spacing w:after="20" w:line="257" w:lineRule="auto"/>
            </w:pPr>
            <w:r>
              <w:rPr>
                <w:sz w:val="17"/>
              </w:rPr>
              <w:t>EP19; CL14</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5F92DE" w14:textId="77777777" w:rsidR="00BC42E8" w:rsidRDefault="00DC1705">
            <w:pPr>
              <w:spacing w:after="20" w:line="257" w:lineRule="auto"/>
            </w:pPr>
            <w:r>
              <w:rPr>
                <w:sz w:val="17"/>
              </w:rPr>
              <w:t>E0024; 42 CFR 482.15 (b)(6); 482.23</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B922198" w14:textId="77777777" w:rsidR="00BC42E8" w:rsidRDefault="00DC1705">
            <w:pPr>
              <w:spacing w:after="20" w:line="257" w:lineRule="auto"/>
            </w:pPr>
            <w:r>
              <w:rPr>
                <w:sz w:val="17"/>
              </w:rPr>
              <w:t>Address emergency staffing, volunteers, and integration of state or federally designated healthcare professionals for surge. Verify role assignment, credential verification, supervision, and personnel accountability.</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1FA0FC"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6F9214"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76C8908A"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4441CD" w14:textId="77777777" w:rsidR="00BC42E8" w:rsidRDefault="00DC1705">
            <w:pPr>
              <w:spacing w:after="20" w:line="257" w:lineRule="auto"/>
            </w:pPr>
            <w:r>
              <w:rPr>
                <w:sz w:val="17"/>
              </w:rPr>
              <w:t>Receiving facilities and transport</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9D3156" w14:textId="77777777" w:rsidR="00BC42E8" w:rsidRDefault="00DC1705">
            <w:pPr>
              <w:spacing w:after="20" w:line="257" w:lineRule="auto"/>
            </w:pPr>
            <w:r>
              <w:rPr>
                <w:sz w:val="17"/>
              </w:rPr>
              <w:t>EP20; CL07</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7A7E3E" w14:textId="77777777" w:rsidR="00BC42E8" w:rsidRDefault="00DC1705">
            <w:pPr>
              <w:spacing w:after="20" w:line="257" w:lineRule="auto"/>
            </w:pPr>
            <w:r>
              <w:rPr>
                <w:sz w:val="17"/>
              </w:rPr>
              <w:t>E0025; 42 CFR 482.15 (b)(7); 489.20; 489.24; S28</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49EDBC" w14:textId="77777777" w:rsidR="00BC42E8" w:rsidRDefault="00DC1705">
            <w:pPr>
              <w:spacing w:after="20" w:line="257" w:lineRule="auto"/>
            </w:pPr>
            <w:r>
              <w:rPr>
                <w:sz w:val="17"/>
              </w:rPr>
              <w:t>Maintain arrangements with other hospitals, CAHs, and providers to receive patients during service limitation or cessation. Verify care capabilities, acceptance process, transport, and backup receiving options.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321DA3"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A7D5F9"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53A95742"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5DEB3B" w14:textId="77777777" w:rsidR="00BC42E8" w:rsidRDefault="00DC1705">
            <w:pPr>
              <w:spacing w:after="20" w:line="257" w:lineRule="auto"/>
            </w:pPr>
            <w:r>
              <w:rPr>
                <w:sz w:val="17"/>
              </w:rPr>
              <w:t>Section 1135 alternate care site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15FBE5" w14:textId="77777777" w:rsidR="00BC42E8" w:rsidRDefault="00DC1705">
            <w:pPr>
              <w:spacing w:after="20" w:line="257" w:lineRule="auto"/>
            </w:pPr>
            <w:r>
              <w:rPr>
                <w:sz w:val="17"/>
              </w:rPr>
              <w:t>EP21</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6D4248" w14:textId="77777777" w:rsidR="00BC42E8" w:rsidRDefault="00DC1705">
            <w:pPr>
              <w:spacing w:after="20" w:line="257" w:lineRule="auto"/>
            </w:pPr>
            <w:r>
              <w:rPr>
                <w:sz w:val="17"/>
              </w:rPr>
              <w:t>E0026; 42 CFR 482.15 (b)(8)</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947F93" w14:textId="77777777" w:rsidR="00BC42E8" w:rsidRDefault="00DC1705">
            <w:pPr>
              <w:spacing w:after="20" w:line="257" w:lineRule="auto"/>
            </w:pPr>
            <w:r>
              <w:rPr>
                <w:sz w:val="17"/>
              </w:rPr>
              <w:t>Describe the facility role at an alternate care site identified by emergency management under a Section 1135 waiver. Verify authorization, permitted services, personnel, supplies, records, transport, coordination, and termination of the arrangement.</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EF05D0"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BEED7B"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0CD64D24"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855512" w14:textId="77777777" w:rsidR="00BC42E8" w:rsidRDefault="00DC1705">
            <w:pPr>
              <w:spacing w:after="20" w:line="257" w:lineRule="auto"/>
            </w:pPr>
            <w:r>
              <w:rPr>
                <w:sz w:val="17"/>
              </w:rPr>
              <w:t>Communication contact lists and reporting</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1D6210" w14:textId="77777777" w:rsidR="00BC42E8" w:rsidRDefault="00DC1705">
            <w:pPr>
              <w:spacing w:after="20" w:line="257" w:lineRule="auto"/>
            </w:pPr>
            <w:r>
              <w:rPr>
                <w:sz w:val="17"/>
              </w:rPr>
              <w:t>EP22–29</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47E771" w14:textId="77777777" w:rsidR="00BC42E8" w:rsidRDefault="00DC1705">
            <w:pPr>
              <w:spacing w:after="20" w:line="257" w:lineRule="auto"/>
            </w:pPr>
            <w:r>
              <w:rPr>
                <w:sz w:val="17"/>
              </w:rPr>
              <w:t>E0029; 42 CFR 482.15 (c); E0030; 42 CFR 482.15 (c)(1); E0031; 42 CFR 482.15 (c)(2)</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86959F" w14:textId="77777777" w:rsidR="00BC42E8" w:rsidRDefault="00DC1705">
            <w:pPr>
              <w:spacing w:after="20" w:line="257" w:lineRule="auto"/>
            </w:pPr>
            <w:r>
              <w:rPr>
                <w:sz w:val="17"/>
              </w:rPr>
              <w:t>Maintain a written communication plan consistent with federal, state, and local law. Review and update at least every 2 years; retain evidence of the review.</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26B7BF"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64030F"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61FC08DF"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5A06C4" w14:textId="77777777" w:rsidR="00BC42E8" w:rsidRDefault="00DC1705">
            <w:pPr>
              <w:spacing w:after="20" w:line="257" w:lineRule="auto"/>
            </w:pPr>
            <w:r>
              <w:rPr>
                <w:sz w:val="17"/>
              </w:rPr>
              <w:t>Training exercises and improvement</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C258E1" w14:textId="77777777" w:rsidR="00BC42E8" w:rsidRDefault="00DC1705">
            <w:pPr>
              <w:spacing w:after="20" w:line="257" w:lineRule="auto"/>
            </w:pPr>
            <w:r>
              <w:rPr>
                <w:sz w:val="17"/>
              </w:rPr>
              <w:t>EP30–37</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D89B1D" w14:textId="77777777" w:rsidR="00BC42E8" w:rsidRDefault="00DC1705">
            <w:pPr>
              <w:spacing w:after="20" w:line="257" w:lineRule="auto"/>
            </w:pPr>
            <w:r>
              <w:rPr>
                <w:sz w:val="17"/>
              </w:rPr>
              <w:t>E0036; 42 CFR 482.15 (d); E0037; 42 CFR 482.15 (d)(1); E0037; 42 CFR 482.15 (d)(1)(v)</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C3662C" w14:textId="77777777" w:rsidR="00BC42E8" w:rsidRDefault="00DC1705">
            <w:pPr>
              <w:spacing w:after="20" w:line="257" w:lineRule="auto"/>
            </w:pPr>
            <w:r>
              <w:rPr>
                <w:sz w:val="17"/>
              </w:rPr>
              <w:t>Maintain a training and testing program tied to the plan, HVA, policies, and communication plan. Review and update at least every 2 years.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33A07F"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CA0DAF1"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1818AFE0"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ED2B21" w14:textId="77777777" w:rsidR="00BC42E8" w:rsidRDefault="00DC1705">
            <w:pPr>
              <w:spacing w:after="20" w:line="257" w:lineRule="auto"/>
            </w:pPr>
            <w:r>
              <w:rPr>
                <w:sz w:val="17"/>
              </w:rPr>
              <w:t>System and transplant participation</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9C5BD7" w14:textId="77777777" w:rsidR="00BC42E8" w:rsidRDefault="00DC1705">
            <w:pPr>
              <w:spacing w:after="20" w:line="257" w:lineRule="auto"/>
            </w:pPr>
            <w:r>
              <w:rPr>
                <w:sz w:val="17"/>
              </w:rPr>
              <w:t>EP44–47</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7C328D" w14:textId="77777777" w:rsidR="00BC42E8" w:rsidRDefault="00DC1705">
            <w:pPr>
              <w:spacing w:after="20" w:line="257" w:lineRule="auto"/>
            </w:pPr>
            <w:r>
              <w:rPr>
                <w:sz w:val="17"/>
              </w:rPr>
              <w:t>E0042; 42 CFR 482.15 (f); E0042; 42 CFR 482.15 (f)(5); 482.15(g); E0002</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AC3732" w14:textId="77777777" w:rsidR="00BC42E8" w:rsidRDefault="00DC1705">
            <w:pPr>
              <w:spacing w:after="20" w:line="257" w:lineRule="auto"/>
            </w:pPr>
            <w:r>
              <w:rPr>
                <w:sz w:val="17"/>
              </w:rPr>
              <w:t>If in a unified program, verify active participation by every separately certified facility, unique populations and services, individual facility HVAs, community HVA, and ability to use the system plan.</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CE4944"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6DD6FD9"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4B529E6F"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1FE844" w14:textId="77777777" w:rsidR="00BC42E8" w:rsidRDefault="00DC1705">
            <w:pPr>
              <w:spacing w:after="20" w:line="257" w:lineRule="auto"/>
            </w:pPr>
            <w:r>
              <w:rPr>
                <w:sz w:val="17"/>
              </w:rPr>
              <w:lastRenderedPageBreak/>
              <w:t>Emergency clinical protocols and supplies</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1E1B8C" w14:textId="77777777" w:rsidR="00BC42E8" w:rsidRDefault="00DC1705">
            <w:pPr>
              <w:spacing w:after="20" w:line="257" w:lineRule="auto"/>
            </w:pPr>
            <w:r>
              <w:rPr>
                <w:sz w:val="17"/>
              </w:rPr>
              <w:t>CL01–05</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138F18" w14:textId="77777777" w:rsidR="00BC42E8" w:rsidRDefault="00DC1705">
            <w:pPr>
              <w:spacing w:after="20" w:line="257" w:lineRule="auto"/>
            </w:pPr>
            <w:r>
              <w:rPr>
                <w:sz w:val="17"/>
              </w:rPr>
              <w:t>482.55(c)(1); S25; A1114; 482.55(c)(2); 482.27</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655F43" w14:textId="77777777" w:rsidR="00BC42E8" w:rsidRDefault="00DC1705">
            <w:pPr>
              <w:spacing w:after="20" w:line="257" w:lineRule="auto"/>
            </w:pPr>
            <w:r>
              <w:rPr>
                <w:sz w:val="17"/>
              </w:rPr>
              <w:t>Maintain evidence-based emergency protocols appropriate to scope, including medical, surgical, obstetrical, and immediate post-delivery emergencies. Include the response when needs exceed facility capability, even where routine obstetrical services are not offered.</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047B7B"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021E55"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3CD3E80D"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94F665" w14:textId="77777777" w:rsidR="00BC42E8" w:rsidRDefault="00DC1705">
            <w:pPr>
              <w:spacing w:after="20" w:line="257" w:lineRule="auto"/>
            </w:pPr>
            <w:r>
              <w:rPr>
                <w:sz w:val="17"/>
              </w:rPr>
              <w:t>Hospital transfer protocol and training</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BD5403" w14:textId="77777777" w:rsidR="00BC42E8" w:rsidRDefault="00DC1705">
            <w:pPr>
              <w:spacing w:after="20" w:line="257" w:lineRule="auto"/>
            </w:pPr>
            <w:r>
              <w:rPr>
                <w:sz w:val="17"/>
              </w:rPr>
              <w:t>CL06</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4CD054" w14:textId="77777777" w:rsidR="00BC42E8" w:rsidRDefault="00DC1705">
            <w:pPr>
              <w:spacing w:after="20" w:line="257" w:lineRule="auto"/>
            </w:pPr>
            <w:r>
              <w:rPr>
                <w:sz w:val="17"/>
              </w:rPr>
              <w:t>482.43(c)</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E10D2B" w14:textId="77777777" w:rsidR="00BC42E8" w:rsidRDefault="00DC1705">
            <w:pPr>
              <w:spacing w:after="20" w:line="257" w:lineRule="auto"/>
            </w:pPr>
            <w:r>
              <w:rPr>
                <w:sz w:val="17"/>
              </w:rPr>
              <w:t>Maintain written transfer procedures, including inpatient transfers to the required level of care, and provide annual training to relevant staff. Effective July 1 2025; this annual duty is separate from biennial EP training.</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C2FE9D"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AEBEA1"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61974536"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7A1217" w14:textId="77777777" w:rsidR="00BC42E8" w:rsidRDefault="00DC1705">
            <w:pPr>
              <w:spacing w:after="20" w:line="257" w:lineRule="auto"/>
            </w:pPr>
            <w:r>
              <w:rPr>
                <w:sz w:val="17"/>
              </w:rPr>
              <w:t>Outbreak and public health response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14CE40" w14:textId="77777777" w:rsidR="00BC42E8" w:rsidRDefault="00DC1705">
            <w:pPr>
              <w:spacing w:after="20" w:line="257" w:lineRule="auto"/>
            </w:pPr>
            <w:r>
              <w:rPr>
                <w:sz w:val="17"/>
              </w:rPr>
              <w:t>CL09; ME09</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395B8C" w14:textId="77777777" w:rsidR="00BC42E8" w:rsidRDefault="00DC1705">
            <w:pPr>
              <w:spacing w:after="20" w:line="257" w:lineRule="auto"/>
            </w:pPr>
            <w:r>
              <w:rPr>
                <w:sz w:val="17"/>
              </w:rPr>
              <w:t>482.42; S29; Ch 258; S15</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79CBB9" w14:textId="77777777" w:rsidR="00BC42E8" w:rsidRDefault="00DC1705">
            <w:pPr>
              <w:spacing w:after="20" w:line="257" w:lineRule="auto"/>
            </w:pPr>
            <w:r>
              <w:rPr>
                <w:sz w:val="17"/>
              </w:rPr>
              <w:t>Coordinate outbreak recognition, isolation, PPE, cleaning, staffing, laboratory access, and public health reporting with the infection prevention program and HVA.</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894515"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2C1E68"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1367445C"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4702C3" w14:textId="77777777" w:rsidR="00BC42E8" w:rsidRDefault="00DC1705">
            <w:pPr>
              <w:spacing w:after="20" w:line="257" w:lineRule="auto"/>
            </w:pPr>
            <w:r>
              <w:rPr>
                <w:sz w:val="17"/>
              </w:rPr>
              <w:t>Safety security and violence reporting</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4193A8" w14:textId="77777777" w:rsidR="00BC42E8" w:rsidRDefault="00DC1705">
            <w:pPr>
              <w:spacing w:after="20" w:line="257" w:lineRule="auto"/>
            </w:pPr>
            <w:r>
              <w:rPr>
                <w:sz w:val="17"/>
              </w:rPr>
              <w:t>CL13; ME07</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CA834E" w14:textId="77777777" w:rsidR="00BC42E8" w:rsidRDefault="00DC1705">
            <w:pPr>
              <w:spacing w:after="20" w:line="257" w:lineRule="auto"/>
            </w:pPr>
            <w:r>
              <w:rPr>
                <w:sz w:val="17"/>
              </w:rPr>
              <w:t>482.13(c)(2); S31; 482.15(a)(3); 22 MRS 1832; S13</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1C07B2" w14:textId="77777777" w:rsidR="00BC42E8" w:rsidRDefault="00DC1705">
            <w:pPr>
              <w:spacing w:after="20" w:line="257" w:lineRule="auto"/>
            </w:pPr>
            <w:r>
              <w:rPr>
                <w:sz w:val="17"/>
              </w:rPr>
              <w:t>Assess risks of violence, self-harm, and unsafe environments; provide appropriate staffing and training, de-escalation, protective measures, and reporting. Coordinate behavioral safety with safe egress and evacuation.</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6038FD"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772F88"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5B9D970A"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B629A0" w14:textId="77777777" w:rsidR="00BC42E8" w:rsidRDefault="00DC1705">
            <w:pPr>
              <w:spacing w:after="20" w:line="257" w:lineRule="auto"/>
            </w:pPr>
            <w:r>
              <w:rPr>
                <w:sz w:val="17"/>
              </w:rPr>
              <w:t>State incident and sentinel reporting</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67E5C6" w14:textId="77777777" w:rsidR="00BC42E8" w:rsidRDefault="00DC1705">
            <w:pPr>
              <w:spacing w:after="20" w:line="257" w:lineRule="auto"/>
            </w:pPr>
            <w:r>
              <w:rPr>
                <w:sz w:val="17"/>
              </w:rPr>
              <w:t>ME03–05; ME08</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AE6A024" w14:textId="77777777" w:rsidR="00BC42E8" w:rsidRDefault="00DC1705">
            <w:pPr>
              <w:spacing w:after="20" w:line="257" w:lineRule="auto"/>
            </w:pPr>
            <w:r>
              <w:rPr>
                <w:sz w:val="17"/>
              </w:rPr>
              <w:t>Ch 112 1.6.2–1.6.3; Ch 112 1.6.1; Ch 112 1.6.4</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C9A5C4B" w14:textId="77777777" w:rsidR="00BC42E8" w:rsidRDefault="00DC1705">
            <w:pPr>
              <w:spacing w:after="20" w:line="257" w:lineRule="auto"/>
            </w:pPr>
            <w:r>
              <w:rPr>
                <w:sz w:val="17"/>
              </w:rPr>
              <w:t>Report qualifying fires and emergency evacuation within 24 hours. Fires requiring patient movement, evacuation, or causing patient injury are reportable.</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D39391"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D11849"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731286A0"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B83166" w14:textId="77777777" w:rsidR="00BC42E8" w:rsidRDefault="00DC1705">
            <w:pPr>
              <w:spacing w:after="20" w:line="257" w:lineRule="auto"/>
            </w:pPr>
            <w:r>
              <w:rPr>
                <w:sz w:val="17"/>
              </w:rPr>
              <w:t>Fire protection impairments and watches</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4BFCEF" w14:textId="77777777" w:rsidR="00BC42E8" w:rsidRDefault="00DC1705">
            <w:pPr>
              <w:spacing w:after="20" w:line="257" w:lineRule="auto"/>
            </w:pPr>
            <w:r>
              <w:rPr>
                <w:sz w:val="17"/>
              </w:rPr>
              <w:t>K346; K354</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331F5B" w14:textId="77777777" w:rsidR="00BC42E8" w:rsidRDefault="00DC1705">
            <w:pPr>
              <w:spacing w:after="20" w:line="257" w:lineRule="auto"/>
            </w:pPr>
            <w:r>
              <w:rPr>
                <w:sz w:val="17"/>
              </w:rPr>
              <w:t>CMS-2786R</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46F1A8" w14:textId="77777777" w:rsidR="00BC42E8" w:rsidRDefault="00DC1705">
            <w:pPr>
              <w:spacing w:after="20" w:line="257" w:lineRule="auto"/>
            </w:pPr>
            <w:r>
              <w:rPr>
                <w:sz w:val="17"/>
              </w:rPr>
              <w:t>Fire Alarm – Out of Service. For required alarms unavailable over 4 hours in 24 hours, notify the AHJ and evacuate or provide an approved fire watch; record coverage, patrols, restoration, and earlier AHJ conditions.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B164D0"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7574E6"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41226073"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C3979F" w14:textId="77777777" w:rsidR="00BC42E8" w:rsidRDefault="00DC1705">
            <w:pPr>
              <w:spacing w:after="20" w:line="257" w:lineRule="auto"/>
            </w:pPr>
            <w:r>
              <w:rPr>
                <w:sz w:val="17"/>
              </w:rPr>
              <w:t>Inspection testing and maintenance</w:t>
            </w:r>
          </w:p>
        </w:tc>
        <w:tc>
          <w:tcPr>
            <w:tcW w:w="151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9C6D06" w14:textId="77777777" w:rsidR="00BC42E8" w:rsidRDefault="00DC1705">
            <w:pPr>
              <w:spacing w:after="20" w:line="257" w:lineRule="auto"/>
            </w:pPr>
            <w:r>
              <w:rPr>
                <w:sz w:val="17"/>
              </w:rPr>
              <w:t>K345; K353; K521; K761; K907–908; K918</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0F7D35" w14:textId="77777777" w:rsidR="00BC42E8" w:rsidRDefault="00DC1705">
            <w:pPr>
              <w:spacing w:after="20" w:line="257" w:lineRule="auto"/>
            </w:pPr>
            <w:r>
              <w:rPr>
                <w:sz w:val="17"/>
              </w:rPr>
              <w:t>CMS-2786R</w:t>
            </w:r>
          </w:p>
        </w:tc>
        <w:tc>
          <w:tcPr>
            <w:tcW w:w="49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43482C" w14:textId="77777777" w:rsidR="00BC42E8" w:rsidRDefault="00DC1705">
            <w:pPr>
              <w:spacing w:after="20" w:line="257" w:lineRule="auto"/>
            </w:pPr>
            <w:r>
              <w:rPr>
                <w:sz w:val="17"/>
              </w:rPr>
              <w:t>Fire Alarm System – Testing and Maintenance. Maintain approved fire alarm inspection, testing, and maintenance records, including annual functional testing and applicable device-specific intervals.</w:t>
            </w:r>
          </w:p>
        </w:tc>
        <w:tc>
          <w:tcPr>
            <w:tcW w:w="208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34ABCE"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AFE649"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r w:rsidR="00BC42E8" w14:paraId="4DE92E8A"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DB0520" w14:textId="77777777" w:rsidR="00BC42E8" w:rsidRDefault="00DC1705">
            <w:pPr>
              <w:spacing w:after="20" w:line="257" w:lineRule="auto"/>
            </w:pPr>
            <w:r>
              <w:rPr>
                <w:sz w:val="17"/>
              </w:rPr>
              <w:t>Construction and service change approvals</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60854E" w14:textId="77777777" w:rsidR="00BC42E8" w:rsidRDefault="00DC1705">
            <w:pPr>
              <w:spacing w:after="20" w:line="257" w:lineRule="auto"/>
            </w:pPr>
            <w:r>
              <w:rPr>
                <w:sz w:val="17"/>
              </w:rPr>
              <w:t>ME06; ME11–12; K791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E6AB4B" w14:textId="77777777" w:rsidR="00BC42E8" w:rsidRDefault="00DC1705">
            <w:pPr>
              <w:spacing w:after="20" w:line="257" w:lineRule="auto"/>
            </w:pPr>
            <w:r>
              <w:rPr>
                <w:sz w:val="17"/>
              </w:rPr>
              <w:t>Ch 112 2.5.3, 2.5.7, 2.21; PL 2025 c606; 22 MRS 1822-B; S17; 22 MRS 1822; S18</w:t>
            </w:r>
          </w:p>
        </w:tc>
        <w:tc>
          <w:tcPr>
            <w:tcW w:w="49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4651A9" w14:textId="77777777" w:rsidR="00BC42E8" w:rsidRDefault="00DC1705">
            <w:pPr>
              <w:spacing w:after="20" w:line="257" w:lineRule="auto"/>
            </w:pPr>
            <w:r>
              <w:rPr>
                <w:sz w:val="17"/>
              </w:rPr>
              <w:t>Verify required building and utility plans, plumbing, water, sewer compliance, project approvals, architect certification, and FMO approval before occupancy.</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B78C25" w14:textId="77777777" w:rsidR="00BC42E8" w:rsidRDefault="00BC42E8">
            <w:pPr>
              <w:spacing w:after="20" w:line="257" w:lineRule="auto"/>
            </w:pPr>
          </w:p>
        </w:tc>
        <w:tc>
          <w:tcPr>
            <w:tcW w:w="7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8859C9" w14:textId="77777777" w:rsidR="00BC42E8" w:rsidRDefault="00DC1705">
            <w:pPr>
              <w:spacing w:after="20" w:line="257" w:lineRule="auto"/>
            </w:pPr>
            <w:r>
              <w:rPr>
                <w:sz w:val="17"/>
              </w:rPr>
              <w:t>☐</w:t>
            </w:r>
            <w:r>
              <w:rPr>
                <w:sz w:val="17"/>
              </w:rPr>
              <w:t xml:space="preserve"> M</w:t>
            </w:r>
            <w:r>
              <w:rPr>
                <w:sz w:val="17"/>
              </w:rPr>
              <w:br/>
              <w:t>☐ P</w:t>
            </w:r>
            <w:r>
              <w:rPr>
                <w:sz w:val="17"/>
              </w:rPr>
              <w:br/>
              <w:t>☐ NM</w:t>
            </w:r>
            <w:r>
              <w:rPr>
                <w:sz w:val="17"/>
              </w:rPr>
              <w:br/>
              <w:t>☐ N/A</w:t>
            </w:r>
          </w:p>
        </w:tc>
      </w:tr>
    </w:tbl>
    <w:p w14:paraId="05AB38A8" w14:textId="77777777" w:rsidR="00BC42E8" w:rsidRDefault="00DC1705">
      <w:pPr>
        <w:pStyle w:val="Heading1"/>
        <w:pageBreakBefore/>
      </w:pPr>
      <w:r>
        <w:lastRenderedPageBreak/>
        <w:t>APPENDIX B ACUTE CARE HOSPITAL REGULATORY CROSSWALK</w:t>
      </w:r>
    </w:p>
    <w:p w14:paraId="14A93450" w14:textId="77777777" w:rsidR="00BC42E8" w:rsidRDefault="00DC1705">
      <w:r>
        <w:t>CMS EP, CMS life safety, Maine hospital licensing and statutes, and Maine FMO or local AHJ requirements are separate compliance layers. Use this navigation aid with the detailed checklist and controlling sources.</w:t>
      </w:r>
    </w:p>
    <w:tbl>
      <w:tblPr>
        <w:tblW w:w="0" w:type="auto"/>
        <w:jc w:val="center"/>
        <w:tblLayout w:type="fixed"/>
        <w:tblLook w:val="04A0" w:firstRow="1" w:lastRow="0" w:firstColumn="1" w:lastColumn="0" w:noHBand="0" w:noVBand="1"/>
      </w:tblPr>
      <w:tblGrid>
        <w:gridCol w:w="2304"/>
        <w:gridCol w:w="2880"/>
        <w:gridCol w:w="2376"/>
        <w:gridCol w:w="2664"/>
        <w:gridCol w:w="2592"/>
        <w:gridCol w:w="1642"/>
      </w:tblGrid>
      <w:tr w:rsidR="00BC42E8" w14:paraId="6BD41A60" w14:textId="77777777">
        <w:trPr>
          <w:cantSplit/>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A48AC24" w14:textId="77777777" w:rsidR="00BC42E8" w:rsidRDefault="00DC1705">
            <w:pPr>
              <w:keepNext/>
              <w:spacing w:after="20" w:line="257" w:lineRule="auto"/>
            </w:pPr>
            <w:r>
              <w:rPr>
                <w:b/>
                <w:color w:val="FFFFFF"/>
                <w:sz w:val="17"/>
              </w:rPr>
              <w:t>Topic</w:t>
            </w:r>
          </w:p>
        </w:tc>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100BB12" w14:textId="77777777" w:rsidR="00BC42E8" w:rsidRDefault="00DC1705">
            <w:pPr>
              <w:keepNext/>
              <w:spacing w:after="20" w:line="257" w:lineRule="auto"/>
            </w:pPr>
            <w:r>
              <w:rPr>
                <w:b/>
                <w:color w:val="FFFFFF"/>
                <w:sz w:val="17"/>
              </w:rPr>
              <w:t>CMS emergency preparedness or clinical authority</w:t>
            </w:r>
          </w:p>
        </w:tc>
        <w:tc>
          <w:tcPr>
            <w:tcW w:w="237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4155AC8" w14:textId="77777777" w:rsidR="00BC42E8" w:rsidRDefault="00DC1705">
            <w:pPr>
              <w:keepNext/>
              <w:spacing w:after="20" w:line="257" w:lineRule="auto"/>
            </w:pPr>
            <w:r>
              <w:rPr>
                <w:b/>
                <w:color w:val="FFFFFF"/>
                <w:sz w:val="17"/>
              </w:rPr>
              <w:t>CMS life safety K tag layer</w:t>
            </w:r>
          </w:p>
        </w:tc>
        <w:tc>
          <w:tcPr>
            <w:tcW w:w="266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248A22B" w14:textId="77777777" w:rsidR="00BC42E8" w:rsidRDefault="00DC1705">
            <w:pPr>
              <w:keepNext/>
              <w:spacing w:after="20" w:line="257" w:lineRule="auto"/>
            </w:pPr>
            <w:r>
              <w:rPr>
                <w:b/>
                <w:color w:val="FFFFFF"/>
                <w:sz w:val="17"/>
              </w:rPr>
              <w:t>Maine DHHS or DLC authority</w:t>
            </w:r>
          </w:p>
        </w:tc>
        <w:tc>
          <w:tcPr>
            <w:tcW w:w="259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7821A98" w14:textId="77777777" w:rsidR="00BC42E8" w:rsidRDefault="00DC1705">
            <w:pPr>
              <w:keepNext/>
              <w:spacing w:after="20" w:line="257" w:lineRule="auto"/>
            </w:pPr>
            <w:r>
              <w:rPr>
                <w:b/>
                <w:color w:val="FFFFFF"/>
                <w:sz w:val="17"/>
              </w:rPr>
              <w:t>Maine FMO or local AHJ layer</w:t>
            </w:r>
          </w:p>
        </w:tc>
        <w:tc>
          <w:tcPr>
            <w:tcW w:w="164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543244B" w14:textId="77777777" w:rsidR="00BC42E8" w:rsidRDefault="00DC1705">
            <w:pPr>
              <w:keepNext/>
              <w:spacing w:after="20" w:line="257" w:lineRule="auto"/>
            </w:pPr>
            <w:r>
              <w:rPr>
                <w:b/>
                <w:color w:val="FFFFFF"/>
                <w:sz w:val="17"/>
              </w:rPr>
              <w:t>Facility evidence or notes</w:t>
            </w:r>
          </w:p>
        </w:tc>
      </w:tr>
      <w:tr w:rsidR="00BC42E8" w14:paraId="22622144"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304B981" w14:textId="77777777" w:rsidR="00BC42E8" w:rsidRDefault="00DC1705">
            <w:pPr>
              <w:spacing w:after="20" w:line="257" w:lineRule="auto"/>
            </w:pPr>
            <w:r>
              <w:rPr>
                <w:sz w:val="17"/>
              </w:rPr>
              <w:t>Program review and HVA</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74D619B" w14:textId="77777777" w:rsidR="00BC42E8" w:rsidRDefault="00DC1705">
            <w:pPr>
              <w:spacing w:after="20" w:line="257" w:lineRule="auto"/>
            </w:pPr>
            <w:r>
              <w:rPr>
                <w:sz w:val="17"/>
              </w:rPr>
              <w:t>42 CFR 482.15(a); E0004–E0009</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A645AF" w14:textId="77777777" w:rsidR="00BC42E8" w:rsidRDefault="00DC1705">
            <w:pPr>
              <w:spacing w:after="20" w:line="257" w:lineRule="auto"/>
            </w:pPr>
            <w:r>
              <w:rPr>
                <w:sz w:val="17"/>
              </w:rPr>
              <w:t>Supports life safety and utility decisions</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CC2444" w14:textId="77777777" w:rsidR="00BC42E8" w:rsidRDefault="00DC1705">
            <w:pPr>
              <w:spacing w:after="20" w:line="257" w:lineRule="auto"/>
            </w:pPr>
            <w:r>
              <w:rPr>
                <w:sz w:val="17"/>
              </w:rPr>
              <w:t>ME01–02; hospital license and fire compliance</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980870" w14:textId="77777777" w:rsidR="00BC42E8" w:rsidRDefault="00DC1705">
            <w:pPr>
              <w:spacing w:after="20" w:line="257" w:lineRule="auto"/>
            </w:pPr>
            <w:r>
              <w:rPr>
                <w:sz w:val="17"/>
              </w:rPr>
              <w:t>Applicable state and local code layer</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889252" w14:textId="77777777" w:rsidR="00BC42E8" w:rsidRDefault="00BC42E8">
            <w:pPr>
              <w:spacing w:after="20" w:line="257" w:lineRule="auto"/>
            </w:pPr>
          </w:p>
        </w:tc>
      </w:tr>
      <w:tr w:rsidR="00BC42E8" w14:paraId="33C47681"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A30080" w14:textId="77777777" w:rsidR="00BC42E8" w:rsidRDefault="00DC1705">
            <w:pPr>
              <w:spacing w:after="20" w:line="257" w:lineRule="auto"/>
            </w:pPr>
            <w:r>
              <w:rPr>
                <w:sz w:val="17"/>
              </w:rPr>
              <w:t>Subsistence and utilities</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56FD52" w14:textId="77777777" w:rsidR="00BC42E8" w:rsidRDefault="00DC1705">
            <w:pPr>
              <w:spacing w:after="20" w:line="257" w:lineRule="auto"/>
            </w:pPr>
            <w:r>
              <w:rPr>
                <w:sz w:val="17"/>
              </w:rPr>
              <w:t>482.15(b)(1); E0015</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41364A" w14:textId="77777777" w:rsidR="00BC42E8" w:rsidRDefault="00DC1705">
            <w:pPr>
              <w:spacing w:after="20" w:line="257" w:lineRule="auto"/>
            </w:pPr>
            <w:r>
              <w:rPr>
                <w:sz w:val="17"/>
              </w:rPr>
              <w:t>K511; K521; K915–K918</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CC8655" w14:textId="77777777" w:rsidR="00BC42E8" w:rsidRDefault="00DC1705">
            <w:pPr>
              <w:spacing w:after="20" w:line="257" w:lineRule="auto"/>
            </w:pPr>
            <w:r>
              <w:rPr>
                <w:sz w:val="17"/>
              </w:rPr>
              <w:t>ME06 utility and construction controls</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4A2F5E" w14:textId="77777777" w:rsidR="00BC42E8" w:rsidRDefault="00DC1705">
            <w:pPr>
              <w:spacing w:after="20" w:line="257" w:lineRule="auto"/>
            </w:pPr>
            <w:r>
              <w:rPr>
                <w:sz w:val="17"/>
              </w:rPr>
              <w:t>State NFPA 99 and NFPA 110 editions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07DD5F" w14:textId="77777777" w:rsidR="00BC42E8" w:rsidRDefault="00BC42E8">
            <w:pPr>
              <w:spacing w:after="20" w:line="257" w:lineRule="auto"/>
            </w:pPr>
          </w:p>
        </w:tc>
      </w:tr>
      <w:tr w:rsidR="00BC42E8" w14:paraId="66B0CF3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030969" w14:textId="77777777" w:rsidR="00BC42E8" w:rsidRDefault="00DC1705">
            <w:pPr>
              <w:spacing w:after="20" w:line="257" w:lineRule="auto"/>
            </w:pPr>
            <w:r>
              <w:rPr>
                <w:sz w:val="17"/>
              </w:rPr>
              <w:t>Tracking evacuation and sheltering</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8CACC0" w14:textId="77777777" w:rsidR="00BC42E8" w:rsidRDefault="00DC1705">
            <w:pPr>
              <w:spacing w:after="20" w:line="257" w:lineRule="auto"/>
            </w:pPr>
            <w:r>
              <w:rPr>
                <w:sz w:val="17"/>
              </w:rPr>
              <w:t>482.15(b)(2)–(4); E0018–E0022</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CC3704" w14:textId="77777777" w:rsidR="00BC42E8" w:rsidRDefault="00DC1705">
            <w:pPr>
              <w:spacing w:after="20" w:line="257" w:lineRule="auto"/>
            </w:pPr>
            <w:r>
              <w:rPr>
                <w:sz w:val="17"/>
              </w:rPr>
              <w:t>K211–K293; K371–K374; K711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675244" w14:textId="77777777" w:rsidR="00BC42E8" w:rsidRDefault="00DC1705">
            <w:pPr>
              <w:spacing w:after="20" w:line="257" w:lineRule="auto"/>
            </w:pPr>
            <w:r>
              <w:rPr>
                <w:sz w:val="17"/>
              </w:rPr>
              <w:t>ME03 reportable fire and evacuation</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CBF54A" w14:textId="77777777" w:rsidR="00BC42E8" w:rsidRDefault="00DC1705">
            <w:pPr>
              <w:spacing w:after="20" w:line="257" w:lineRule="auto"/>
            </w:pPr>
            <w:r>
              <w:rPr>
                <w:sz w:val="17"/>
              </w:rPr>
              <w:t>State NFPA 101; local response and egress</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8DD1A8" w14:textId="77777777" w:rsidR="00BC42E8" w:rsidRDefault="00BC42E8">
            <w:pPr>
              <w:spacing w:after="20" w:line="257" w:lineRule="auto"/>
            </w:pPr>
          </w:p>
        </w:tc>
      </w:tr>
      <w:tr w:rsidR="00BC42E8" w14:paraId="2744B04E"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0AE2ED" w14:textId="77777777" w:rsidR="00BC42E8" w:rsidRDefault="00DC1705">
            <w:pPr>
              <w:spacing w:after="20" w:line="257" w:lineRule="auto"/>
            </w:pPr>
            <w:r>
              <w:rPr>
                <w:sz w:val="17"/>
              </w:rPr>
              <w:t>Medical records staffing and receiving</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B0656E" w14:textId="77777777" w:rsidR="00BC42E8" w:rsidRDefault="00DC1705">
            <w:pPr>
              <w:spacing w:after="20" w:line="257" w:lineRule="auto"/>
            </w:pPr>
            <w:r>
              <w:rPr>
                <w:sz w:val="17"/>
              </w:rPr>
              <w:t>482.15(b)(5)–(7); E0023–E0025</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3003CE" w14:textId="77777777" w:rsidR="00BC42E8" w:rsidRDefault="00DC1705">
            <w:pPr>
              <w:spacing w:after="20" w:line="257" w:lineRule="auto"/>
            </w:pPr>
            <w:r>
              <w:rPr>
                <w:sz w:val="17"/>
              </w:rPr>
              <w:t>Physical systems preserve safe care</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0EBD51" w14:textId="77777777" w:rsidR="00BC42E8" w:rsidRDefault="00DC1705">
            <w:pPr>
              <w:spacing w:after="20" w:line="257" w:lineRule="auto"/>
            </w:pPr>
            <w:r>
              <w:rPr>
                <w:sz w:val="17"/>
              </w:rPr>
              <w:t>ME07 security; provider staffing duties</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81B134" w14:textId="77777777" w:rsidR="00BC42E8" w:rsidRDefault="00DC1705">
            <w:pPr>
              <w:spacing w:after="20" w:line="257" w:lineRule="auto"/>
            </w:pPr>
            <w:r>
              <w:rPr>
                <w:sz w:val="17"/>
              </w:rPr>
              <w:t>Safe occupancy and transfer arrangements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77FD7E" w14:textId="77777777" w:rsidR="00BC42E8" w:rsidRDefault="00BC42E8">
            <w:pPr>
              <w:spacing w:after="20" w:line="257" w:lineRule="auto"/>
            </w:pPr>
          </w:p>
        </w:tc>
      </w:tr>
      <w:tr w:rsidR="00BC42E8" w14:paraId="7271411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2C5889" w14:textId="77777777" w:rsidR="00BC42E8" w:rsidRDefault="00DC1705">
            <w:pPr>
              <w:spacing w:after="20" w:line="257" w:lineRule="auto"/>
            </w:pPr>
            <w:r>
              <w:rPr>
                <w:sz w:val="17"/>
              </w:rPr>
              <w:t>Communication</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4D3C16" w14:textId="77777777" w:rsidR="00BC42E8" w:rsidRDefault="00DC1705">
            <w:pPr>
              <w:spacing w:after="20" w:line="257" w:lineRule="auto"/>
            </w:pPr>
            <w:r>
              <w:rPr>
                <w:sz w:val="17"/>
              </w:rPr>
              <w:t>482.15(c); E0029–E0034</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06FA4C" w14:textId="77777777" w:rsidR="00BC42E8" w:rsidRDefault="00DC1705">
            <w:pPr>
              <w:spacing w:after="20" w:line="257" w:lineRule="auto"/>
            </w:pPr>
            <w:r>
              <w:rPr>
                <w:sz w:val="17"/>
              </w:rPr>
              <w:t>K341–K347 alarm and notifications</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BD1B6F" w14:textId="77777777" w:rsidR="00BC42E8" w:rsidRDefault="00DC1705">
            <w:pPr>
              <w:spacing w:after="20" w:line="257" w:lineRule="auto"/>
            </w:pPr>
            <w:r>
              <w:rPr>
                <w:sz w:val="17"/>
              </w:rPr>
              <w:t>ME03–05; ME08–09 reporting</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D26BC1" w14:textId="77777777" w:rsidR="00BC42E8" w:rsidRDefault="00DC1705">
            <w:pPr>
              <w:spacing w:after="20" w:line="257" w:lineRule="auto"/>
            </w:pPr>
            <w:r>
              <w:rPr>
                <w:sz w:val="17"/>
              </w:rPr>
              <w:t>AHJ contacts and impairment notices</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7CC3D2" w14:textId="77777777" w:rsidR="00BC42E8" w:rsidRDefault="00BC42E8">
            <w:pPr>
              <w:spacing w:after="20" w:line="257" w:lineRule="auto"/>
            </w:pPr>
          </w:p>
        </w:tc>
      </w:tr>
      <w:tr w:rsidR="00BC42E8" w14:paraId="6D6F40AF"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DB7F46" w14:textId="77777777" w:rsidR="00BC42E8" w:rsidRDefault="00DC1705">
            <w:pPr>
              <w:spacing w:after="20" w:line="257" w:lineRule="auto"/>
            </w:pPr>
            <w:r>
              <w:rPr>
                <w:sz w:val="17"/>
              </w:rPr>
              <w:t>Training and exercises</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AE91F2" w14:textId="77777777" w:rsidR="00BC42E8" w:rsidRDefault="00DC1705">
            <w:pPr>
              <w:spacing w:after="20" w:line="257" w:lineRule="auto"/>
            </w:pPr>
            <w:r>
              <w:rPr>
                <w:sz w:val="17"/>
              </w:rPr>
              <w:t>482.15(d); E0036–E0039</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C21D1F3" w14:textId="77777777" w:rsidR="00BC42E8" w:rsidRDefault="00DC1705">
            <w:pPr>
              <w:spacing w:after="20" w:line="257" w:lineRule="auto"/>
            </w:pPr>
            <w:r>
              <w:rPr>
                <w:sz w:val="17"/>
              </w:rPr>
              <w:t>K712 quarterly each shift; K711 fire response</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801360" w14:textId="77777777" w:rsidR="00BC42E8" w:rsidRDefault="00DC1705">
            <w:pPr>
              <w:spacing w:after="20" w:line="257" w:lineRule="auto"/>
            </w:pPr>
            <w:r>
              <w:rPr>
                <w:sz w:val="17"/>
              </w:rPr>
              <w:t>ME07 annual security plan</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73F0EA" w14:textId="77777777" w:rsidR="00BC42E8" w:rsidRDefault="00DC1705">
            <w:pPr>
              <w:spacing w:after="20" w:line="257" w:lineRule="auto"/>
            </w:pPr>
            <w:r>
              <w:rPr>
                <w:sz w:val="17"/>
              </w:rPr>
              <w:t>State and AHJ conditions; no LTC drill rule</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EE0CD5" w14:textId="77777777" w:rsidR="00BC42E8" w:rsidRDefault="00BC42E8">
            <w:pPr>
              <w:spacing w:after="20" w:line="257" w:lineRule="auto"/>
            </w:pPr>
          </w:p>
        </w:tc>
      </w:tr>
      <w:tr w:rsidR="00BC42E8" w14:paraId="69D26883"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117CB2" w14:textId="77777777" w:rsidR="00BC42E8" w:rsidRDefault="00DC1705">
            <w:pPr>
              <w:spacing w:after="20" w:line="257" w:lineRule="auto"/>
            </w:pPr>
            <w:r>
              <w:rPr>
                <w:sz w:val="17"/>
              </w:rPr>
              <w:t>Emergency power</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E9B413" w14:textId="77777777" w:rsidR="00BC42E8" w:rsidRDefault="00DC1705">
            <w:pPr>
              <w:spacing w:after="20" w:line="257" w:lineRule="auto"/>
            </w:pPr>
            <w:r>
              <w:rPr>
                <w:sz w:val="17"/>
              </w:rPr>
              <w:t>482.15(e); E0041</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ADF699" w14:textId="77777777" w:rsidR="00BC42E8" w:rsidRDefault="00DC1705">
            <w:pPr>
              <w:spacing w:after="20" w:line="257" w:lineRule="auto"/>
            </w:pPr>
            <w:r>
              <w:rPr>
                <w:sz w:val="17"/>
              </w:rPr>
              <w:t>K915–K918; applicable NFPA 110 or 111</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DA202C" w14:textId="77777777" w:rsidR="00BC42E8" w:rsidRDefault="00DC1705">
            <w:pPr>
              <w:spacing w:after="20" w:line="257" w:lineRule="auto"/>
            </w:pPr>
            <w:r>
              <w:rPr>
                <w:sz w:val="17"/>
              </w:rPr>
              <w:t>ME06 plans permits and utility safety</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113AF5" w14:textId="77777777" w:rsidR="00BC42E8" w:rsidRDefault="00DC1705">
            <w:pPr>
              <w:spacing w:after="20" w:line="257" w:lineRule="auto"/>
            </w:pPr>
            <w:r>
              <w:rPr>
                <w:sz w:val="17"/>
              </w:rPr>
              <w:t>State NFPA 99 2021; NFPA 110 2022</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0FB654" w14:textId="77777777" w:rsidR="00BC42E8" w:rsidRDefault="00BC42E8">
            <w:pPr>
              <w:spacing w:after="20" w:line="257" w:lineRule="auto"/>
            </w:pPr>
          </w:p>
        </w:tc>
      </w:tr>
      <w:tr w:rsidR="00BC42E8" w14:paraId="0D44A57D"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006C0A" w14:textId="77777777" w:rsidR="00BC42E8" w:rsidRDefault="00DC1705">
            <w:pPr>
              <w:spacing w:after="20" w:line="257" w:lineRule="auto"/>
            </w:pPr>
            <w:r>
              <w:rPr>
                <w:sz w:val="17"/>
              </w:rPr>
              <w:t>Unified system</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3D9E8A" w14:textId="77777777" w:rsidR="00BC42E8" w:rsidRDefault="00DC1705">
            <w:pPr>
              <w:spacing w:after="20" w:line="257" w:lineRule="auto"/>
            </w:pPr>
            <w:r>
              <w:rPr>
                <w:sz w:val="17"/>
              </w:rPr>
              <w:t>482.15(f); E0042</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F7E4FA" w14:textId="77777777" w:rsidR="00BC42E8" w:rsidRDefault="00DC1705">
            <w:pPr>
              <w:spacing w:after="20" w:line="257" w:lineRule="auto"/>
            </w:pPr>
            <w:r>
              <w:rPr>
                <w:sz w:val="17"/>
              </w:rPr>
              <w:t>Site-specific systems and occupancies</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A184AA6" w14:textId="77777777" w:rsidR="00BC42E8" w:rsidRDefault="00DC1705">
            <w:pPr>
              <w:spacing w:after="20" w:line="257" w:lineRule="auto"/>
            </w:pPr>
            <w:r>
              <w:rPr>
                <w:sz w:val="17"/>
              </w:rPr>
              <w:t>Each licensed location and service scope</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F497A7" w14:textId="77777777" w:rsidR="00BC42E8" w:rsidRDefault="00DC1705">
            <w:pPr>
              <w:spacing w:after="20" w:line="257" w:lineRule="auto"/>
            </w:pPr>
            <w:r>
              <w:rPr>
                <w:sz w:val="17"/>
              </w:rPr>
              <w:t>Each AHJ permit and code determination</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6A90DF" w14:textId="77777777" w:rsidR="00BC42E8" w:rsidRDefault="00BC42E8">
            <w:pPr>
              <w:spacing w:after="20" w:line="257" w:lineRule="auto"/>
            </w:pPr>
          </w:p>
        </w:tc>
      </w:tr>
      <w:tr w:rsidR="00BC42E8" w14:paraId="187E75DA"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8D6FA0" w14:textId="77777777" w:rsidR="00BC42E8" w:rsidRDefault="00DC1705">
            <w:pPr>
              <w:spacing w:after="20" w:line="257" w:lineRule="auto"/>
            </w:pPr>
            <w:r>
              <w:rPr>
                <w:sz w:val="17"/>
              </w:rPr>
              <w:t>Emergency clinical readiness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FFFDFA" w14:textId="77777777" w:rsidR="00BC42E8" w:rsidRDefault="00DC1705">
            <w:pPr>
              <w:spacing w:after="20" w:line="257" w:lineRule="auto"/>
            </w:pPr>
            <w:r>
              <w:rPr>
                <w:sz w:val="17"/>
              </w:rPr>
              <w:t>CL01–03; CL05</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BF4A24" w14:textId="77777777" w:rsidR="00BC42E8" w:rsidRDefault="00DC1705">
            <w:pPr>
              <w:spacing w:after="20" w:line="257" w:lineRule="auto"/>
            </w:pPr>
            <w:r>
              <w:rPr>
                <w:sz w:val="17"/>
              </w:rPr>
              <w:t>K323; K933 where applicable</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8C3D9D" w14:textId="77777777" w:rsidR="00BC42E8" w:rsidRDefault="00DC1705">
            <w:pPr>
              <w:spacing w:after="20" w:line="257" w:lineRule="auto"/>
            </w:pPr>
            <w:r>
              <w:rPr>
                <w:sz w:val="17"/>
              </w:rPr>
              <w:t>ME11 maternity or newborn service change</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249783" w14:textId="77777777" w:rsidR="00BC42E8" w:rsidRDefault="00DC1705">
            <w:pPr>
              <w:spacing w:after="20" w:line="257" w:lineRule="auto"/>
            </w:pPr>
            <w:r>
              <w:rPr>
                <w:sz w:val="17"/>
              </w:rPr>
              <w:t>Clinical functions and safe environment</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D55083" w14:textId="77777777" w:rsidR="00BC42E8" w:rsidRDefault="00BC42E8">
            <w:pPr>
              <w:spacing w:after="20" w:line="257" w:lineRule="auto"/>
            </w:pPr>
          </w:p>
        </w:tc>
      </w:tr>
      <w:tr w:rsidR="00BC42E8" w14:paraId="4CB60593"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7BF1E1" w14:textId="77777777" w:rsidR="00BC42E8" w:rsidRDefault="00DC1705">
            <w:pPr>
              <w:spacing w:after="20" w:line="257" w:lineRule="auto"/>
            </w:pPr>
            <w:r>
              <w:rPr>
                <w:sz w:val="17"/>
              </w:rPr>
              <w:t>Fire protection and impairments</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FB1BBC" w14:textId="77777777" w:rsidR="00BC42E8" w:rsidRDefault="00DC1705">
            <w:pPr>
              <w:spacing w:after="20" w:line="257" w:lineRule="auto"/>
            </w:pPr>
            <w:r>
              <w:rPr>
                <w:sz w:val="17"/>
              </w:rPr>
              <w:t>EP13; EP16</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63AA5B" w14:textId="77777777" w:rsidR="00BC42E8" w:rsidRDefault="00DC1705">
            <w:pPr>
              <w:spacing w:after="20" w:line="257" w:lineRule="auto"/>
            </w:pPr>
            <w:r>
              <w:rPr>
                <w:sz w:val="17"/>
              </w:rPr>
              <w:t>K341–K355; K761</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8B1B3C" w14:textId="77777777" w:rsidR="00BC42E8" w:rsidRDefault="00DC1705">
            <w:pPr>
              <w:spacing w:after="20" w:line="257" w:lineRule="auto"/>
            </w:pPr>
            <w:r>
              <w:rPr>
                <w:sz w:val="17"/>
              </w:rPr>
              <w:t>ME02; ME03; fire compliance and incident reporting</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A08CC9" w14:textId="77777777" w:rsidR="00BC42E8" w:rsidRDefault="00DC1705">
            <w:pPr>
              <w:spacing w:after="20" w:line="257" w:lineRule="auto"/>
            </w:pPr>
            <w:r>
              <w:rPr>
                <w:sz w:val="17"/>
              </w:rPr>
              <w:t>FMO shutdown policy; local fire watches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45D982" w14:textId="77777777" w:rsidR="00BC42E8" w:rsidRDefault="00BC42E8">
            <w:pPr>
              <w:spacing w:after="20" w:line="257" w:lineRule="auto"/>
            </w:pPr>
          </w:p>
        </w:tc>
      </w:tr>
      <w:tr w:rsidR="00BC42E8" w14:paraId="2F1A4E19"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00BED4" w14:textId="77777777" w:rsidR="00BC42E8" w:rsidRDefault="00DC1705">
            <w:pPr>
              <w:spacing w:after="20" w:line="257" w:lineRule="auto"/>
            </w:pPr>
            <w:r>
              <w:rPr>
                <w:sz w:val="17"/>
              </w:rPr>
              <w:t>Inspection testing and records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A5C778" w14:textId="77777777" w:rsidR="00BC42E8" w:rsidRDefault="00DC1705">
            <w:pPr>
              <w:spacing w:after="20" w:line="257" w:lineRule="auto"/>
            </w:pPr>
            <w:r>
              <w:rPr>
                <w:sz w:val="17"/>
              </w:rPr>
              <w:t>EP40; E0041</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E23B8E" w14:textId="77777777" w:rsidR="00BC42E8" w:rsidRDefault="00DC1705">
            <w:pPr>
              <w:spacing w:after="20" w:line="257" w:lineRule="auto"/>
            </w:pPr>
            <w:r>
              <w:rPr>
                <w:sz w:val="17"/>
              </w:rPr>
              <w:t>K345; K353; K521; K761; K907–K918</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13A542" w14:textId="77777777" w:rsidR="00BC42E8" w:rsidRDefault="00DC1705">
            <w:pPr>
              <w:spacing w:after="20" w:line="257" w:lineRule="auto"/>
            </w:pPr>
            <w:r>
              <w:rPr>
                <w:sz w:val="17"/>
              </w:rPr>
              <w:t>ME02 annual fire statement</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B79351" w14:textId="77777777" w:rsidR="00BC42E8" w:rsidRDefault="00DC1705">
            <w:pPr>
              <w:spacing w:after="20" w:line="257" w:lineRule="auto"/>
            </w:pPr>
            <w:r>
              <w:rPr>
                <w:sz w:val="17"/>
              </w:rPr>
              <w:t>State-adopted component requirements; FM01–21</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9B690F" w14:textId="77777777" w:rsidR="00BC42E8" w:rsidRDefault="00BC42E8">
            <w:pPr>
              <w:spacing w:after="20" w:line="257" w:lineRule="auto"/>
            </w:pPr>
          </w:p>
        </w:tc>
      </w:tr>
      <w:tr w:rsidR="00BC42E8" w14:paraId="1556AF44"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32F345" w14:textId="77777777" w:rsidR="00BC42E8" w:rsidRDefault="00DC1705">
            <w:pPr>
              <w:spacing w:after="20" w:line="257" w:lineRule="auto"/>
            </w:pPr>
            <w:r>
              <w:rPr>
                <w:sz w:val="17"/>
              </w:rPr>
              <w:t>Safety and violence</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AB5DE9" w14:textId="77777777" w:rsidR="00BC42E8" w:rsidRDefault="00DC1705">
            <w:pPr>
              <w:spacing w:after="20" w:line="257" w:lineRule="auto"/>
            </w:pPr>
            <w:r>
              <w:rPr>
                <w:sz w:val="17"/>
              </w:rPr>
              <w:t>HVA and population needs</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3E5DD4" w14:textId="77777777" w:rsidR="00BC42E8" w:rsidRDefault="00DC1705">
            <w:pPr>
              <w:spacing w:after="20" w:line="257" w:lineRule="auto"/>
            </w:pPr>
            <w:r>
              <w:rPr>
                <w:sz w:val="17"/>
              </w:rPr>
              <w:t>K222 locking and releases; K711 evacuation</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A271F8" w14:textId="77777777" w:rsidR="00BC42E8" w:rsidRDefault="00DC1705">
            <w:pPr>
              <w:spacing w:after="20" w:line="257" w:lineRule="auto"/>
            </w:pPr>
            <w:r>
              <w:rPr>
                <w:sz w:val="17"/>
              </w:rPr>
              <w:t>22 MRS 1832; ME07</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FB283D" w14:textId="77777777" w:rsidR="00BC42E8" w:rsidRDefault="00DC1705">
            <w:pPr>
              <w:spacing w:after="20" w:line="257" w:lineRule="auto"/>
            </w:pPr>
            <w:r>
              <w:rPr>
                <w:sz w:val="17"/>
              </w:rPr>
              <w:t>Safe egress and approved security controls</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436A6D" w14:textId="77777777" w:rsidR="00BC42E8" w:rsidRDefault="00BC42E8">
            <w:pPr>
              <w:spacing w:after="20" w:line="257" w:lineRule="auto"/>
            </w:pPr>
          </w:p>
        </w:tc>
      </w:tr>
      <w:tr w:rsidR="00BC42E8" w14:paraId="0207B4D4"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8E8B1C" w14:textId="77777777" w:rsidR="00BC42E8" w:rsidRDefault="00DC1705">
            <w:pPr>
              <w:spacing w:after="20" w:line="257" w:lineRule="auto"/>
            </w:pPr>
            <w:r>
              <w:rPr>
                <w:sz w:val="17"/>
              </w:rPr>
              <w:t>Public health and sentinel events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7B8EFC" w14:textId="77777777" w:rsidR="00BC42E8" w:rsidRDefault="00DC1705">
            <w:pPr>
              <w:spacing w:after="20" w:line="257" w:lineRule="auto"/>
            </w:pPr>
            <w:r>
              <w:rPr>
                <w:sz w:val="17"/>
              </w:rPr>
              <w:t>HVA response and communication</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291CE9" w14:textId="77777777" w:rsidR="00BC42E8" w:rsidRDefault="00DC1705">
            <w:pPr>
              <w:spacing w:after="20" w:line="257" w:lineRule="auto"/>
            </w:pPr>
            <w:r>
              <w:rPr>
                <w:sz w:val="17"/>
              </w:rPr>
              <w:t>Utility or safety findings may inform response</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46D570" w14:textId="77777777" w:rsidR="00BC42E8" w:rsidRDefault="00DC1705">
            <w:pPr>
              <w:spacing w:after="20" w:line="257" w:lineRule="auto"/>
            </w:pPr>
            <w:r>
              <w:rPr>
                <w:sz w:val="17"/>
              </w:rPr>
              <w:t>22 MRS 8753; Ch 258; ME08–09</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76E568" w14:textId="77777777" w:rsidR="00BC42E8" w:rsidRDefault="00DC1705">
            <w:pPr>
              <w:spacing w:after="20" w:line="257" w:lineRule="auto"/>
            </w:pPr>
            <w:r>
              <w:rPr>
                <w:sz w:val="17"/>
              </w:rPr>
              <w:t>Fire or utility event reporting where applicable</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F4B97B5" w14:textId="77777777" w:rsidR="00BC42E8" w:rsidRDefault="00BC42E8">
            <w:pPr>
              <w:spacing w:after="20" w:line="257" w:lineRule="auto"/>
            </w:pPr>
          </w:p>
        </w:tc>
      </w:tr>
      <w:tr w:rsidR="00BC42E8" w14:paraId="341B64C3"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B0D3B9" w14:textId="77777777" w:rsidR="00BC42E8" w:rsidRDefault="00DC1705">
            <w:pPr>
              <w:spacing w:after="20" w:line="257" w:lineRule="auto"/>
            </w:pPr>
            <w:r>
              <w:rPr>
                <w:sz w:val="17"/>
              </w:rPr>
              <w:lastRenderedPageBreak/>
              <w:t>Service changes and closure</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B74E95" w14:textId="77777777" w:rsidR="00BC42E8" w:rsidRDefault="00DC1705">
            <w:pPr>
              <w:spacing w:after="20" w:line="257" w:lineRule="auto"/>
            </w:pPr>
            <w:r>
              <w:rPr>
                <w:sz w:val="17"/>
              </w:rPr>
              <w:t>EP20; EP21; transfer and alternate care</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4E6399" w14:textId="77777777" w:rsidR="00BC42E8" w:rsidRDefault="00DC1705">
            <w:pPr>
              <w:spacing w:after="20" w:line="257" w:lineRule="auto"/>
            </w:pPr>
            <w:r>
              <w:rPr>
                <w:sz w:val="17"/>
              </w:rPr>
              <w:t>K111; K791 construction protections</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4FCAA3" w14:textId="77777777" w:rsidR="00BC42E8" w:rsidRDefault="00DC1705">
            <w:pPr>
              <w:spacing w:after="20" w:line="257" w:lineRule="auto"/>
            </w:pPr>
            <w:r>
              <w:rPr>
                <w:sz w:val="17"/>
              </w:rPr>
              <w:t>22 MRS 1822; PL 2025 c606; ME11–12</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1D91D3" w14:textId="77777777" w:rsidR="00BC42E8" w:rsidRDefault="00DC1705">
            <w:pPr>
              <w:spacing w:after="20" w:line="257" w:lineRule="auto"/>
            </w:pPr>
            <w:r>
              <w:rPr>
                <w:sz w:val="17"/>
              </w:rPr>
              <w:t>Permits approved occupancy and project review</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7037D9" w14:textId="77777777" w:rsidR="00BC42E8" w:rsidRDefault="00BC42E8">
            <w:pPr>
              <w:spacing w:after="20" w:line="257" w:lineRule="auto"/>
            </w:pPr>
          </w:p>
        </w:tc>
      </w:tr>
      <w:tr w:rsidR="00BC42E8" w14:paraId="57EA9522"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F55A05" w14:textId="77777777" w:rsidR="00BC42E8" w:rsidRDefault="00DC1705">
            <w:pPr>
              <w:spacing w:after="20" w:line="257" w:lineRule="auto"/>
            </w:pPr>
            <w:r>
              <w:rPr>
                <w:sz w:val="17"/>
              </w:rPr>
              <w:t>Accreditation and waivers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8B28BC" w14:textId="77777777" w:rsidR="00BC42E8" w:rsidRDefault="00DC1705">
            <w:pPr>
              <w:spacing w:after="20" w:line="257" w:lineRule="auto"/>
            </w:pPr>
            <w:r>
              <w:rPr>
                <w:sz w:val="17"/>
              </w:rPr>
              <w:t>Provider-specific EP duties remain applicable</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A6B9F9" w14:textId="77777777" w:rsidR="00BC42E8" w:rsidRDefault="00DC1705">
            <w:pPr>
              <w:spacing w:after="20" w:line="257" w:lineRule="auto"/>
            </w:pPr>
            <w:r>
              <w:rPr>
                <w:sz w:val="17"/>
              </w:rPr>
              <w:t>AH01–AH03; granted waiver scope</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393ABC" w14:textId="77777777" w:rsidR="00BC42E8" w:rsidRDefault="00DC1705">
            <w:pPr>
              <w:spacing w:after="20" w:line="257" w:lineRule="auto"/>
            </w:pPr>
            <w:r>
              <w:rPr>
                <w:sz w:val="17"/>
              </w:rPr>
              <w:t>License and reporting duties remain applicable</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8EF765" w14:textId="77777777" w:rsidR="00BC42E8" w:rsidRDefault="00DC1705">
            <w:pPr>
              <w:spacing w:after="20" w:line="257" w:lineRule="auto"/>
            </w:pPr>
            <w:r>
              <w:rPr>
                <w:sz w:val="17"/>
              </w:rPr>
              <w:t>Verify current accreditation and AHJ conditions</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B5A0E7" w14:textId="77777777" w:rsidR="00BC42E8" w:rsidRDefault="00BC42E8">
            <w:pPr>
              <w:spacing w:after="20" w:line="257" w:lineRule="auto"/>
            </w:pPr>
          </w:p>
        </w:tc>
      </w:tr>
      <w:tr w:rsidR="00BC42E8" w14:paraId="282B2A37"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6823AC" w14:textId="77777777" w:rsidR="00BC42E8" w:rsidRDefault="00DC1705">
            <w:pPr>
              <w:spacing w:after="20" w:line="257" w:lineRule="auto"/>
            </w:pPr>
            <w:r>
              <w:rPr>
                <w:sz w:val="17"/>
              </w:rPr>
              <w:t>Hospital transfer training</w:t>
            </w:r>
          </w:p>
        </w:tc>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2D7404" w14:textId="77777777" w:rsidR="00BC42E8" w:rsidRDefault="00DC1705">
            <w:pPr>
              <w:spacing w:after="20" w:line="257" w:lineRule="auto"/>
            </w:pPr>
            <w:r>
              <w:rPr>
                <w:sz w:val="17"/>
              </w:rPr>
              <w:t>482.43(c); CL06</w:t>
            </w:r>
          </w:p>
        </w:tc>
        <w:tc>
          <w:tcPr>
            <w:tcW w:w="237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C8CB4C" w14:textId="77777777" w:rsidR="00BC42E8" w:rsidRDefault="00DC1705">
            <w:pPr>
              <w:spacing w:after="20" w:line="257" w:lineRule="auto"/>
            </w:pPr>
            <w:r>
              <w:rPr>
                <w:sz w:val="17"/>
              </w:rPr>
              <w:t>Safe transfer and equipment readiness</w:t>
            </w:r>
          </w:p>
        </w:tc>
        <w:tc>
          <w:tcPr>
            <w:tcW w:w="266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2BD03D" w14:textId="77777777" w:rsidR="00BC42E8" w:rsidRDefault="00DC1705">
            <w:pPr>
              <w:spacing w:after="20" w:line="257" w:lineRule="auto"/>
            </w:pPr>
            <w:r>
              <w:rPr>
                <w:sz w:val="17"/>
              </w:rPr>
              <w:t>ME11 service changes where applicable</w:t>
            </w:r>
          </w:p>
        </w:tc>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E0A5C1" w14:textId="77777777" w:rsidR="00BC42E8" w:rsidRDefault="00DC1705">
            <w:pPr>
              <w:spacing w:after="20" w:line="257" w:lineRule="auto"/>
            </w:pPr>
            <w:r>
              <w:rPr>
                <w:sz w:val="17"/>
              </w:rPr>
              <w:t>No independent substitute for clinical transfer policy</w:t>
            </w: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439EAC" w14:textId="77777777" w:rsidR="00BC42E8" w:rsidRDefault="00BC42E8">
            <w:pPr>
              <w:spacing w:after="20" w:line="257" w:lineRule="auto"/>
            </w:pPr>
          </w:p>
        </w:tc>
      </w:tr>
      <w:tr w:rsidR="00BC42E8" w14:paraId="56B255C0"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FF51E1" w14:textId="77777777" w:rsidR="00BC42E8" w:rsidRDefault="00DC1705">
            <w:pPr>
              <w:spacing w:after="20" w:line="257" w:lineRule="auto"/>
            </w:pPr>
            <w:r>
              <w:rPr>
                <w:sz w:val="17"/>
              </w:rPr>
              <w:t>Transplant programs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F4ECAB" w14:textId="77777777" w:rsidR="00BC42E8" w:rsidRDefault="00DC1705">
            <w:pPr>
              <w:spacing w:after="20" w:line="257" w:lineRule="auto"/>
            </w:pPr>
            <w:r>
              <w:rPr>
                <w:sz w:val="17"/>
              </w:rPr>
              <w:t>482.15(g); 482.78; EP46–47</w:t>
            </w: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28445A" w14:textId="77777777" w:rsidR="00BC42E8" w:rsidRDefault="00DC1705">
            <w:pPr>
              <w:spacing w:after="20" w:line="257" w:lineRule="auto"/>
            </w:pPr>
            <w:r>
              <w:rPr>
                <w:sz w:val="17"/>
              </w:rPr>
              <w:t>Applicable clinical area systems</w:t>
            </w:r>
          </w:p>
        </w:tc>
        <w:tc>
          <w:tcPr>
            <w:tcW w:w="266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D2D735" w14:textId="77777777" w:rsidR="00BC42E8" w:rsidRDefault="00DC1705">
            <w:pPr>
              <w:spacing w:after="20" w:line="257" w:lineRule="auto"/>
            </w:pPr>
            <w:r>
              <w:rPr>
                <w:sz w:val="17"/>
              </w:rPr>
              <w:t>Licensed service scope</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96F407" w14:textId="77777777" w:rsidR="00BC42E8" w:rsidRDefault="00DC1705">
            <w:pPr>
              <w:spacing w:after="20" w:line="257" w:lineRule="auto"/>
            </w:pPr>
            <w:r>
              <w:rPr>
                <w:sz w:val="17"/>
              </w:rPr>
              <w:t>Facility-specific gas power and fire protections</w:t>
            </w: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1CB757" w14:textId="77777777" w:rsidR="00BC42E8" w:rsidRDefault="00BC42E8">
            <w:pPr>
              <w:spacing w:after="20" w:line="257" w:lineRule="auto"/>
            </w:pPr>
          </w:p>
        </w:tc>
      </w:tr>
    </w:tbl>
    <w:p w14:paraId="12909C17" w14:textId="77777777" w:rsidR="00BC42E8" w:rsidRDefault="00DC1705">
      <w:r>
        <w:t>Current provider-specific regulations, applicable codes, approvals, and survey guidance control. Revisit the checklist when services, buildings, hazards, laws, or CMS guidance change.</w:t>
      </w:r>
    </w:p>
    <w:sectPr w:rsidR="00BC42E8" w:rsidSect="00034616">
      <w:pgSz w:w="15840" w:h="12240" w:orient="landscape"/>
      <w:pgMar w:top="1037" w:right="691" w:bottom="792" w:left="691"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41C7F" w14:textId="77777777" w:rsidR="00DC1705" w:rsidRDefault="00DC1705">
      <w:pPr>
        <w:spacing w:after="0" w:line="240" w:lineRule="auto"/>
      </w:pPr>
      <w:r>
        <w:separator/>
      </w:r>
    </w:p>
  </w:endnote>
  <w:endnote w:type="continuationSeparator" w:id="0">
    <w:p w14:paraId="77AFD0C0" w14:textId="77777777" w:rsidR="00DC1705" w:rsidRDefault="00DC1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0256" w14:textId="77777777" w:rsidR="00BC42E8" w:rsidRDefault="00DC1705">
    <w:pPr>
      <w:pStyle w:val="Footer"/>
      <w:jc w:val="center"/>
    </w:pPr>
    <w:r>
      <w:rPr>
        <w:sz w:val="16"/>
      </w:rPr>
      <w:t xml:space="preserve">Healthcare Coalition of </w:t>
    </w:r>
    <w:proofErr w:type="gramStart"/>
    <w:r>
      <w:rPr>
        <w:sz w:val="16"/>
      </w:rPr>
      <w:t>Maine  •</w:t>
    </w:r>
    <w:proofErr w:type="gramEnd"/>
    <w:r>
      <w:rPr>
        <w:sz w:val="16"/>
      </w:rPr>
      <w:t xml:space="preserve">  Version October </w:t>
    </w:r>
    <w:proofErr w:type="gramStart"/>
    <w:r>
      <w:rPr>
        <w:sz w:val="16"/>
      </w:rPr>
      <w:t>2026  •</w:t>
    </w:r>
    <w:proofErr w:type="gramEnd"/>
    <w:r>
      <w:rPr>
        <w:sz w:val="16"/>
      </w:rPr>
      <w:t xml:space="preserve">  Page </w:t>
    </w:r>
    <w:r>
      <w:fldChar w:fldCharType="begin"/>
    </w:r>
    <w:r>
      <w:instrText>PAGE</w:instrText>
    </w:r>
    <w:r>
      <w:fldChar w:fldCharType="separate"/>
    </w:r>
    <w:r w:rsidR="00F46FCF">
      <w:rPr>
        <w:noProof/>
      </w:rPr>
      <w:t>2</w:t>
    </w:r>
    <w:r>
      <w:fldChar w:fldCharType="end"/>
    </w:r>
    <w:r>
      <w:rPr>
        <w:sz w:val="16"/>
      </w:rPr>
      <w:t xml:space="preserve"> of </w:t>
    </w:r>
    <w:r>
      <w:fldChar w:fldCharType="begin"/>
    </w:r>
    <w:r>
      <w:instrText>NUMPAGES</w:instrText>
    </w:r>
    <w:r>
      <w:fldChar w:fldCharType="separate"/>
    </w:r>
    <w:r w:rsidR="00F46FCF">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9DF2B" w14:textId="77777777" w:rsidR="00DC1705" w:rsidRDefault="00DC1705">
      <w:pPr>
        <w:spacing w:after="0" w:line="240" w:lineRule="auto"/>
      </w:pPr>
      <w:r>
        <w:separator/>
      </w:r>
    </w:p>
  </w:footnote>
  <w:footnote w:type="continuationSeparator" w:id="0">
    <w:p w14:paraId="435AE83E" w14:textId="77777777" w:rsidR="00DC1705" w:rsidRDefault="00DC17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F544" w14:textId="77777777" w:rsidR="00BC42E8" w:rsidRDefault="00DC1705">
    <w:pPr>
      <w:pStyle w:val="Header"/>
    </w:pPr>
    <w:r>
      <w:rPr>
        <w:noProof/>
      </w:rPr>
      <w:drawing>
        <wp:inline distT="0" distB="0" distL="0" distR="0" wp14:anchorId="21EBBAA5" wp14:editId="6B6419F0">
          <wp:extent cx="393192" cy="346630"/>
          <wp:effectExtent l="0" t="0" r="0" b="0"/>
          <wp:docPr id="362459763" name="Picture 362459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393192" cy="346630"/>
                  </a:xfrm>
                  <a:prstGeom prst="rect">
                    <a:avLst/>
                  </a:prstGeom>
                </pic:spPr>
              </pic:pic>
            </a:graphicData>
          </a:graphic>
        </wp:inline>
      </w:drawing>
    </w:r>
    <w:r>
      <w:rPr>
        <w:sz w:val="18"/>
      </w:rPr>
      <w:t xml:space="preserve">     HCC-</w:t>
    </w:r>
    <w:proofErr w:type="gramStart"/>
    <w:r>
      <w:rPr>
        <w:sz w:val="18"/>
      </w:rPr>
      <w:t>ME  |</w:t>
    </w:r>
    <w:proofErr w:type="gramEnd"/>
    <w:r>
      <w:rPr>
        <w:sz w:val="18"/>
      </w:rPr>
      <w:t xml:space="preserve">  ACUTE CARE HOSPITAL EOP COMPLIANCE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3956600">
    <w:abstractNumId w:val="8"/>
  </w:num>
  <w:num w:numId="2" w16cid:durableId="1196964551">
    <w:abstractNumId w:val="6"/>
  </w:num>
  <w:num w:numId="3" w16cid:durableId="669678483">
    <w:abstractNumId w:val="5"/>
  </w:num>
  <w:num w:numId="4" w16cid:durableId="1777097495">
    <w:abstractNumId w:val="4"/>
  </w:num>
  <w:num w:numId="5" w16cid:durableId="356077691">
    <w:abstractNumId w:val="7"/>
  </w:num>
  <w:num w:numId="6" w16cid:durableId="590705318">
    <w:abstractNumId w:val="3"/>
  </w:num>
  <w:num w:numId="7" w16cid:durableId="1551919336">
    <w:abstractNumId w:val="2"/>
  </w:num>
  <w:num w:numId="8" w16cid:durableId="2055276520">
    <w:abstractNumId w:val="1"/>
  </w:num>
  <w:num w:numId="9" w16cid:durableId="420689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E2A7F"/>
    <w:rsid w:val="00A67A07"/>
    <w:rsid w:val="00AA1D8D"/>
    <w:rsid w:val="00AA594B"/>
    <w:rsid w:val="00B47730"/>
    <w:rsid w:val="00BC42E8"/>
    <w:rsid w:val="00CB0664"/>
    <w:rsid w:val="00DC1705"/>
    <w:rsid w:val="00F46F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8928C"/>
  <w14:defaultImageDpi w14:val="300"/>
  <w15:docId w15:val="{92AD4850-0007-459E-AF32-145AF85E6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Lato" w:hAnsi="Lato"/>
      <w:color w:val="24312D"/>
      <w:sz w:val="19"/>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00543B"/>
      <w:sz w:val="3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543B"/>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E43A0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b/>
      <w:color w:val="0054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5E6A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Lato" w:hAnsi="Lato"/>
      <w:color w:val="5E6A66"/>
      <w:sz w:val="16"/>
    </w:rPr>
  </w:style>
  <w:style w:type="paragraph" w:customStyle="1" w:styleId="TableText">
    <w:name w:val="Table Text"/>
    <w:rPr>
      <w:rFonts w:ascii="Lato" w:hAnsi="Lato"/>
      <w:color w:val="24312D"/>
      <w:sz w:val="16"/>
    </w:rPr>
  </w:style>
  <w:style w:type="paragraph" w:customStyle="1" w:styleId="IDText">
    <w:name w:val="ID Text"/>
    <w:rPr>
      <w:rFonts w:ascii="Lato" w:hAnsi="Lato"/>
      <w:b/>
      <w:color w:val="00543B"/>
      <w:sz w:val="15"/>
    </w:rPr>
  </w:style>
  <w:style w:type="paragraph" w:customStyle="1" w:styleId="CoverSmall">
    <w:name w:val="Cover Small"/>
    <w:rPr>
      <w:rFonts w:ascii="Lato" w:hAnsi="Lato"/>
      <w:color w:val="5E6A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ms.gov/medicare/health-safety-standards/certification-compliance/life-safety-code-health-care-facilities-code-requirements" TargetMode="External"/><Relationship Id="rId18" Type="http://schemas.openxmlformats.org/officeDocument/2006/relationships/hyperlink" Target="https://www.mainelegislature.org/legis/statutes/22/title22sec1832.html" TargetMode="External"/><Relationship Id="rId26" Type="http://schemas.openxmlformats.org/officeDocument/2006/relationships/hyperlink" Target="https://www.mainelegislature.org/legis/statutes/22/title22sec1816.html" TargetMode="External"/><Relationship Id="rId39" Type="http://schemas.openxmlformats.org/officeDocument/2006/relationships/fontTable" Target="fontTable.xml"/><Relationship Id="rId21" Type="http://schemas.openxmlformats.org/officeDocument/2006/relationships/hyperlink" Target="https://www.mainelegislature.org/legis/statutes/25/title25sec2469.html" TargetMode="External"/><Relationship Id="rId34" Type="http://schemas.openxmlformats.org/officeDocument/2006/relationships/hyperlink" Target="https://www.maine.gov/dhhs/dlc/about-us/rules-regulations" TargetMode="External"/><Relationship Id="rId7" Type="http://schemas.openxmlformats.org/officeDocument/2006/relationships/endnotes" Target="endnotes.xml"/><Relationship Id="rId12" Type="http://schemas.openxmlformats.org/officeDocument/2006/relationships/hyperlink" Target="https://www.cms.gov/Regulations-and-Guidance/Guidance/Manuals/downloads/som107ap_a_hospitals.pdf" TargetMode="External"/><Relationship Id="rId17" Type="http://schemas.openxmlformats.org/officeDocument/2006/relationships/hyperlink" Target="https://www.maine.gov/dps/fmo/laws-rules-policy/nfpa-standards" TargetMode="External"/><Relationship Id="rId25" Type="http://schemas.openxmlformats.org/officeDocument/2006/relationships/hyperlink" Target="https://www.maine.gov/dhhs/about/rulemaking/10-144-cmr-ch-114-sentinel-event-reporting-rule-2026-09-02" TargetMode="External"/><Relationship Id="rId33" Type="http://schemas.openxmlformats.org/officeDocument/2006/relationships/hyperlink" Target="https://www.maine.gov/dhhs/mecdc/health-professionals/disease-reporting"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aine.gov/dhhs/sites/maine.gov.dhhs/files/inline-files/144c112.doc" TargetMode="External"/><Relationship Id="rId20" Type="http://schemas.openxmlformats.org/officeDocument/2006/relationships/hyperlink" Target="https://www.maine.gov/dhhs/mecdc/node/1333" TargetMode="External"/><Relationship Id="rId29" Type="http://schemas.openxmlformats.org/officeDocument/2006/relationships/hyperlink" Target="https://www.mainelegislature.org/legis/bills/display_ps.asp?PID=1456&amp;ld=2100&amp;paper=&amp;paperld=l&amp;snum=1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42/section-482.41" TargetMode="External"/><Relationship Id="rId24" Type="http://schemas.openxmlformats.org/officeDocument/2006/relationships/hyperlink" Target="https://www.maine.gov/dhhs/about/rulemaking/10-144-cmr-ch-112-rules-licensing-hospitals-2026-09-30" TargetMode="External"/><Relationship Id="rId32" Type="http://schemas.openxmlformats.org/officeDocument/2006/relationships/hyperlink" Target="https://www.ecfr.gov/current/title-42/section-489.24"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aine.gov/dhhs/dlc/licensing-certification/medical-facilities/hospitals" TargetMode="External"/><Relationship Id="rId23" Type="http://schemas.openxmlformats.org/officeDocument/2006/relationships/hyperlink" Target="https://www.mainelegislature.org/legis/statutes/22/title22sec1822.html" TargetMode="External"/><Relationship Id="rId28" Type="http://schemas.openxmlformats.org/officeDocument/2006/relationships/hyperlink" Target="https://www.maine.gov/dps/fmo/laws-rules-policy/rules/proposed" TargetMode="External"/><Relationship Id="rId36" Type="http://schemas.openxmlformats.org/officeDocument/2006/relationships/hyperlink" Target="https://legislature.maine.gov/doc/12552" TargetMode="External"/><Relationship Id="rId10" Type="http://schemas.openxmlformats.org/officeDocument/2006/relationships/hyperlink" Target="https://www.cms.gov/Regulations-and-Guidance/Guidance/Manuals/Downloads/som107ap_z_emergprep.pdf" TargetMode="External"/><Relationship Id="rId19" Type="http://schemas.openxmlformats.org/officeDocument/2006/relationships/hyperlink" Target="https://www.mainelegislature.org/legis/statutes/22/title22sec8753.html" TargetMode="External"/><Relationship Id="rId31" Type="http://schemas.openxmlformats.org/officeDocument/2006/relationships/hyperlink" Target="https://www.cms.gov/files/document/qso-23-11-lsc.pdf" TargetMode="External"/><Relationship Id="rId4" Type="http://schemas.openxmlformats.org/officeDocument/2006/relationships/settings" Target="settings.xml"/><Relationship Id="rId9" Type="http://schemas.openxmlformats.org/officeDocument/2006/relationships/hyperlink" Target="https://www.ecfr.gov/current/title-42/section-482.15" TargetMode="External"/><Relationship Id="rId14" Type="http://schemas.openxmlformats.org/officeDocument/2006/relationships/hyperlink" Target="https://www.cms.gov/medicare/cms-forms/cms-forms/downloads/cms2786r.pdf" TargetMode="External"/><Relationship Id="rId22" Type="http://schemas.openxmlformats.org/officeDocument/2006/relationships/hyperlink" Target="https://legislature.maine.gov/bills/getPDF.asp?item=5&amp;paper=HP1470&amp;snum=132" TargetMode="External"/><Relationship Id="rId27" Type="http://schemas.openxmlformats.org/officeDocument/2006/relationships/hyperlink" Target="https://www.maine.gov/dps/fmo/laws-rules-policy/sprinklers-shutdown-policy" TargetMode="External"/><Relationship Id="rId30" Type="http://schemas.openxmlformats.org/officeDocument/2006/relationships/hyperlink" Target="https://www.cms.gov/files/document/r248soma.pdf" TargetMode="External"/><Relationship Id="rId35" Type="http://schemas.openxmlformats.org/officeDocument/2006/relationships/hyperlink" Target="https://www.cms.gov/files/document/qso-23-04-hospitals.pdf" TargetMode="External"/><Relationship Id="rId8" Type="http://schemas.openxmlformats.org/officeDocument/2006/relationships/image" Target="media/image1.jp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11897</Words>
  <Characters>67813</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Acute Care Hospital Emergency Operations Plan Compliance Checklist</dc:title>
  <dc:subject/>
  <dc:creator>Healthcare Coalition of Maine</dc:creator>
  <cp:keywords/>
  <dc:description>generated by python-docx</dc:description>
  <cp:lastModifiedBy>Dieterich, Hannah</cp:lastModifiedBy>
  <cp:revision>4</cp:revision>
  <dcterms:created xsi:type="dcterms:W3CDTF">2026-10-13T13:45:00Z</dcterms:created>
  <dcterms:modified xsi:type="dcterms:W3CDTF">2026-10-13T13:48:00Z</dcterms:modified>
  <cp:category/>
</cp:coreProperties>
</file>