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Look w:val="04A0" w:firstRow="1" w:lastRow="0" w:firstColumn="1" w:lastColumn="0" w:noHBand="0" w:noVBand="1"/>
      </w:tblPr>
      <w:tblGrid>
        <w:gridCol w:w="2988"/>
        <w:gridCol w:w="7380"/>
      </w:tblGrid>
      <w:tr w:rsidR="00D835BC" w14:paraId="46A84384" w14:textId="77777777" w:rsidTr="00C45A8A">
        <w:tc>
          <w:tcPr>
            <w:tcW w:w="2988" w:type="dxa"/>
          </w:tcPr>
          <w:p w14:paraId="1FE1CDB2" w14:textId="77777777" w:rsidR="00D835BC" w:rsidRDefault="00000000" w:rsidP="00C45A8A">
            <w:r>
              <w:rPr>
                <w:noProof/>
              </w:rPr>
              <w:drawing>
                <wp:inline distT="0" distB="0" distL="0" distR="0" wp14:anchorId="039BD92B" wp14:editId="014B9611">
                  <wp:extent cx="1702785" cy="1501140"/>
                  <wp:effectExtent l="0" t="0" r="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CC-ME Logo(20260902-150536).jpg"/>
                          <pic:cNvPicPr/>
                        </pic:nvPicPr>
                        <pic:blipFill>
                          <a:blip r:embed="rId8"/>
                          <a:stretch>
                            <a:fillRect/>
                          </a:stretch>
                        </pic:blipFill>
                        <pic:spPr>
                          <a:xfrm>
                            <a:off x="0" y="0"/>
                            <a:ext cx="1712278" cy="1509509"/>
                          </a:xfrm>
                          <a:prstGeom prst="rect">
                            <a:avLst/>
                          </a:prstGeom>
                        </pic:spPr>
                      </pic:pic>
                    </a:graphicData>
                  </a:graphic>
                </wp:inline>
              </w:drawing>
            </w:r>
          </w:p>
        </w:tc>
        <w:tc>
          <w:tcPr>
            <w:tcW w:w="7380" w:type="dxa"/>
          </w:tcPr>
          <w:p w14:paraId="349CF491" w14:textId="21254D0C" w:rsidR="00D835BC" w:rsidRDefault="00000000">
            <w:r>
              <w:rPr>
                <w:rFonts w:eastAsia="Arial"/>
                <w:b/>
                <w:color w:val="0B5D48"/>
                <w:sz w:val="42"/>
              </w:rPr>
              <w:t>AFTER-ACTION REPORT /</w:t>
            </w:r>
            <w:r>
              <w:rPr>
                <w:rFonts w:eastAsia="Arial"/>
                <w:b/>
                <w:color w:val="0B5D48"/>
                <w:sz w:val="42"/>
              </w:rPr>
              <w:br/>
              <w:t>IMPROVEMENT PLAN</w:t>
            </w:r>
          </w:p>
          <w:p w14:paraId="045F1C6C" w14:textId="77777777" w:rsidR="00D835BC" w:rsidRDefault="00000000">
            <w:r>
              <w:rPr>
                <w:rFonts w:eastAsia="Arial"/>
                <w:b/>
                <w:color w:val="E85A24"/>
                <w:sz w:val="28"/>
              </w:rPr>
              <w:t>(AAR/IP) TEMPLATE</w:t>
            </w:r>
          </w:p>
          <w:p w14:paraId="4FD2021F" w14:textId="77777777" w:rsidR="00D835BC" w:rsidRDefault="00000000">
            <w:r>
              <w:rPr>
                <w:rFonts w:eastAsia="Arial"/>
                <w:b/>
                <w:color w:val="1F2937"/>
                <w:sz w:val="21"/>
              </w:rPr>
              <w:t>HSEEP-Aligned | Universal Healthcare Sector Tool</w:t>
            </w:r>
          </w:p>
        </w:tc>
      </w:tr>
    </w:tbl>
    <w:tbl>
      <w:tblPr>
        <w:tblW w:w="0" w:type="auto"/>
        <w:jc w:val="center"/>
        <w:tblBorders>
          <w:top w:val="single" w:sz="4" w:space="0" w:color="AFC9BF"/>
          <w:left w:val="single" w:sz="4" w:space="0" w:color="AFC9BF"/>
          <w:bottom w:val="single" w:sz="4" w:space="0" w:color="AFC9BF"/>
          <w:right w:val="single" w:sz="4" w:space="0" w:color="AFC9BF"/>
          <w:insideH w:val="single" w:sz="4" w:space="0" w:color="AFC9BF"/>
          <w:insideV w:val="single" w:sz="4" w:space="0" w:color="AFC9BF"/>
        </w:tblBorders>
        <w:tblLook w:val="04A0" w:firstRow="1" w:lastRow="0" w:firstColumn="1" w:lastColumn="0" w:noHBand="0" w:noVBand="1"/>
      </w:tblPr>
      <w:tblGrid>
        <w:gridCol w:w="10368"/>
      </w:tblGrid>
      <w:tr w:rsidR="00D835BC" w14:paraId="7EB31316" w14:textId="77777777">
        <w:trPr>
          <w:jc w:val="center"/>
        </w:trPr>
        <w:tc>
          <w:tcPr>
            <w:tcW w:w="10368" w:type="dxa"/>
            <w:shd w:val="clear" w:color="auto" w:fill="EAF4F0"/>
            <w:tcMar>
              <w:top w:w="70" w:type="dxa"/>
              <w:left w:w="85" w:type="dxa"/>
              <w:bottom w:w="70" w:type="dxa"/>
              <w:right w:w="85" w:type="dxa"/>
            </w:tcMar>
          </w:tcPr>
          <w:p w14:paraId="4032FA24" w14:textId="77777777" w:rsidR="00D835BC" w:rsidRDefault="00000000">
            <w:proofErr w:type="gramStart"/>
            <w:r>
              <w:rPr>
                <w:rFonts w:eastAsia="Arial"/>
                <w:b/>
                <w:color w:val="0B5D48"/>
                <w:sz w:val="17"/>
              </w:rPr>
              <w:t xml:space="preserve">PURPOSE  </w:t>
            </w:r>
            <w:r>
              <w:rPr>
                <w:rFonts w:eastAsia="Arial"/>
                <w:color w:val="1F2937"/>
                <w:sz w:val="17"/>
              </w:rPr>
              <w:t>Use</w:t>
            </w:r>
            <w:proofErr w:type="gramEnd"/>
            <w:r>
              <w:rPr>
                <w:rFonts w:eastAsia="Arial"/>
                <w:color w:val="1F2937"/>
                <w:sz w:val="17"/>
              </w:rPr>
              <w:t xml:space="preserve"> this template to document exercise or event outcomes, analyze performance against objectives or functional areas, identify strengths and areas for improvement, and assign corrective actions for follow-through.</w:t>
            </w:r>
          </w:p>
        </w:tc>
      </w:tr>
      <w:tr w:rsidR="00D835BC" w14:paraId="3839534A" w14:textId="77777777">
        <w:tblPrEx>
          <w:tblBorders>
            <w:top w:val="single" w:sz="4" w:space="0" w:color="E7B29D"/>
            <w:left w:val="single" w:sz="4" w:space="0" w:color="E7B29D"/>
            <w:bottom w:val="single" w:sz="4" w:space="0" w:color="E7B29D"/>
            <w:right w:val="single" w:sz="4" w:space="0" w:color="E7B29D"/>
            <w:insideH w:val="single" w:sz="4" w:space="0" w:color="E7B29D"/>
            <w:insideV w:val="single" w:sz="4" w:space="0" w:color="E7B29D"/>
          </w:tblBorders>
        </w:tblPrEx>
        <w:trPr>
          <w:jc w:val="center"/>
        </w:trPr>
        <w:tc>
          <w:tcPr>
            <w:tcW w:w="10368" w:type="dxa"/>
            <w:shd w:val="clear" w:color="auto" w:fill="FCEFE8"/>
            <w:tcMar>
              <w:top w:w="70" w:type="dxa"/>
              <w:left w:w="85" w:type="dxa"/>
              <w:bottom w:w="70" w:type="dxa"/>
              <w:right w:w="85" w:type="dxa"/>
            </w:tcMar>
          </w:tcPr>
          <w:p w14:paraId="36F0354B" w14:textId="77777777" w:rsidR="00D835BC" w:rsidRDefault="00000000">
            <w:r>
              <w:rPr>
                <w:rFonts w:eastAsia="Arial"/>
                <w:b/>
                <w:color w:val="E85A24"/>
                <w:sz w:val="17"/>
              </w:rPr>
              <w:t xml:space="preserve">HCC-ME PLANNING RESOURCE  </w:t>
            </w:r>
            <w:r>
              <w:rPr>
                <w:rFonts w:eastAsia="Arial"/>
                <w:color w:val="1F2937"/>
                <w:sz w:val="17"/>
              </w:rPr>
              <w:t>HCC-ME is not a regulatory, licensing, accreditation, survey, or enforcement authority. This template is an optional planning tool and does not replace applicable Federal, State of Maine, local, accreditation, or organizational requirements.</w:t>
            </w:r>
          </w:p>
        </w:tc>
      </w:tr>
      <w:tr w:rsidR="00D835BC" w14:paraId="65B27B25" w14:textId="77777777">
        <w:trPr>
          <w:jc w:val="center"/>
        </w:trPr>
        <w:tc>
          <w:tcPr>
            <w:tcW w:w="10368" w:type="dxa"/>
            <w:shd w:val="clear" w:color="auto" w:fill="EAF4F0"/>
            <w:tcMar>
              <w:top w:w="70" w:type="dxa"/>
              <w:left w:w="85" w:type="dxa"/>
              <w:bottom w:w="70" w:type="dxa"/>
              <w:right w:w="85" w:type="dxa"/>
            </w:tcMar>
          </w:tcPr>
          <w:p w14:paraId="0A3D1DF2" w14:textId="77777777" w:rsidR="00D835BC" w:rsidRDefault="00000000">
            <w:r>
              <w:rPr>
                <w:rFonts w:eastAsia="Arial"/>
                <w:b/>
                <w:color w:val="0B5D48"/>
                <w:sz w:val="17"/>
              </w:rPr>
              <w:t xml:space="preserve">HSEEP ALIGNMENT  </w:t>
            </w:r>
            <w:r>
              <w:rPr>
                <w:rFonts w:eastAsia="Arial"/>
                <w:color w:val="1F2937"/>
                <w:sz w:val="17"/>
              </w:rPr>
              <w:t>FEMA HSEEP 2020 uses the AAR/IP to document strengths, areas for improvement, capability performance, and corrective actions. This HCC-ME template follows that structure while using healthcare-neutral language so it can be used across provider types. It may also be adapted by organizations for actual-event reviews.</w:t>
            </w:r>
          </w:p>
        </w:tc>
      </w:tr>
    </w:tbl>
    <w:p w14:paraId="0B2B170E" w14:textId="77777777" w:rsidR="00D835BC" w:rsidRDefault="00000000">
      <w:pPr>
        <w:keepNext/>
        <w:spacing w:before="100" w:after="60"/>
      </w:pPr>
      <w:r>
        <w:rPr>
          <w:rFonts w:eastAsia="Arial"/>
          <w:b/>
          <w:color w:val="0B5D48"/>
          <w:sz w:val="23"/>
        </w:rPr>
        <w:t>DOCUMENT CONTROL</w:t>
      </w:r>
    </w:p>
    <w:tbl>
      <w:tblPr>
        <w:tblW w:w="0" w:type="auto"/>
        <w:jc w:val="center"/>
        <w:tblBorders>
          <w:top w:val="single" w:sz="5" w:space="0" w:color="B7C8C1"/>
          <w:left w:val="single" w:sz="5" w:space="0" w:color="B7C8C1"/>
          <w:bottom w:val="single" w:sz="5" w:space="0" w:color="B7C8C1"/>
          <w:right w:val="single" w:sz="5" w:space="0" w:color="B7C8C1"/>
          <w:insideH w:val="single" w:sz="5" w:space="0" w:color="B7C8C1"/>
          <w:insideV w:val="single" w:sz="5" w:space="0" w:color="B7C8C1"/>
        </w:tblBorders>
        <w:tblLook w:val="04A0" w:firstRow="1" w:lastRow="0" w:firstColumn="1" w:lastColumn="0" w:noHBand="0" w:noVBand="1"/>
      </w:tblPr>
      <w:tblGrid>
        <w:gridCol w:w="5184"/>
        <w:gridCol w:w="5184"/>
      </w:tblGrid>
      <w:tr w:rsidR="00D835BC" w14:paraId="473C7882" w14:textId="77777777">
        <w:trPr>
          <w:jc w:val="center"/>
        </w:trPr>
        <w:tc>
          <w:tcPr>
            <w:tcW w:w="5184" w:type="dxa"/>
            <w:shd w:val="clear" w:color="auto" w:fill="F3F5F4"/>
            <w:tcMar>
              <w:top w:w="60" w:type="dxa"/>
              <w:left w:w="70" w:type="dxa"/>
              <w:bottom w:w="60" w:type="dxa"/>
              <w:right w:w="70" w:type="dxa"/>
            </w:tcMar>
          </w:tcPr>
          <w:p w14:paraId="0F203B0C" w14:textId="77777777" w:rsidR="00D835BC" w:rsidRDefault="00000000">
            <w:r>
              <w:rPr>
                <w:rFonts w:eastAsia="Arial"/>
                <w:b/>
                <w:color w:val="0B5D48"/>
                <w:sz w:val="17"/>
              </w:rPr>
              <w:t>Organization / Facility</w:t>
            </w:r>
            <w:r>
              <w:rPr>
                <w:rFonts w:eastAsia="Arial"/>
                <w:b/>
                <w:color w:val="0B5D48"/>
                <w:sz w:val="17"/>
              </w:rPr>
              <w:br/>
            </w:r>
            <w:r>
              <w:rPr>
                <w:rFonts w:eastAsia="Arial"/>
                <w:i/>
                <w:color w:val="6B7280"/>
                <w:sz w:val="24"/>
              </w:rPr>
              <w:t>[Enter information]</w:t>
            </w:r>
          </w:p>
        </w:tc>
        <w:tc>
          <w:tcPr>
            <w:tcW w:w="5184" w:type="dxa"/>
            <w:shd w:val="clear" w:color="auto" w:fill="F3F5F4"/>
            <w:tcMar>
              <w:top w:w="60" w:type="dxa"/>
              <w:left w:w="70" w:type="dxa"/>
              <w:bottom w:w="60" w:type="dxa"/>
              <w:right w:w="70" w:type="dxa"/>
            </w:tcMar>
          </w:tcPr>
          <w:p w14:paraId="6285EF5C" w14:textId="77777777" w:rsidR="00D835BC" w:rsidRDefault="00000000">
            <w:r>
              <w:rPr>
                <w:rFonts w:eastAsia="Arial"/>
                <w:b/>
                <w:color w:val="0B5D48"/>
                <w:sz w:val="17"/>
              </w:rPr>
              <w:t>Provider Type</w:t>
            </w:r>
            <w:r>
              <w:rPr>
                <w:rFonts w:eastAsia="Arial"/>
                <w:b/>
                <w:color w:val="0B5D48"/>
                <w:sz w:val="17"/>
              </w:rPr>
              <w:br/>
            </w:r>
            <w:r>
              <w:rPr>
                <w:rFonts w:eastAsia="Arial"/>
                <w:i/>
                <w:color w:val="6B7280"/>
                <w:sz w:val="24"/>
              </w:rPr>
              <w:t>[Enter information]</w:t>
            </w:r>
          </w:p>
        </w:tc>
      </w:tr>
      <w:tr w:rsidR="00D835BC" w14:paraId="76EA4910" w14:textId="77777777">
        <w:trPr>
          <w:jc w:val="center"/>
        </w:trPr>
        <w:tc>
          <w:tcPr>
            <w:tcW w:w="5184" w:type="dxa"/>
            <w:shd w:val="clear" w:color="auto" w:fill="FFFFFF"/>
            <w:tcMar>
              <w:top w:w="60" w:type="dxa"/>
              <w:left w:w="70" w:type="dxa"/>
              <w:bottom w:w="60" w:type="dxa"/>
              <w:right w:w="70" w:type="dxa"/>
            </w:tcMar>
          </w:tcPr>
          <w:p w14:paraId="75E7F621" w14:textId="77777777" w:rsidR="00D835BC" w:rsidRDefault="00000000">
            <w:r>
              <w:rPr>
                <w:rFonts w:eastAsia="Arial"/>
                <w:b/>
                <w:color w:val="0B5D48"/>
                <w:sz w:val="17"/>
              </w:rPr>
              <w:t>Exercise / Event Name</w:t>
            </w:r>
            <w:r>
              <w:rPr>
                <w:rFonts w:eastAsia="Arial"/>
                <w:b/>
                <w:color w:val="0B5D48"/>
                <w:sz w:val="17"/>
              </w:rPr>
              <w:br/>
            </w:r>
            <w:r>
              <w:rPr>
                <w:rFonts w:eastAsia="Arial"/>
                <w:i/>
                <w:color w:val="6B7280"/>
                <w:sz w:val="24"/>
              </w:rPr>
              <w:t>[Enter information]</w:t>
            </w:r>
          </w:p>
        </w:tc>
        <w:tc>
          <w:tcPr>
            <w:tcW w:w="5184" w:type="dxa"/>
            <w:shd w:val="clear" w:color="auto" w:fill="FFFFFF"/>
            <w:tcMar>
              <w:top w:w="60" w:type="dxa"/>
              <w:left w:w="70" w:type="dxa"/>
              <w:bottom w:w="60" w:type="dxa"/>
              <w:right w:w="70" w:type="dxa"/>
            </w:tcMar>
          </w:tcPr>
          <w:p w14:paraId="5EDA4733" w14:textId="77777777" w:rsidR="00D835BC" w:rsidRDefault="00000000">
            <w:r>
              <w:rPr>
                <w:rFonts w:eastAsia="Arial"/>
                <w:b/>
                <w:color w:val="0B5D48"/>
                <w:sz w:val="17"/>
              </w:rPr>
              <w:t>Exercise / Event Type</w:t>
            </w:r>
            <w:r>
              <w:rPr>
                <w:rFonts w:eastAsia="Arial"/>
                <w:b/>
                <w:color w:val="0B5D48"/>
                <w:sz w:val="17"/>
              </w:rPr>
              <w:br/>
            </w:r>
            <w:r>
              <w:rPr>
                <w:rFonts w:eastAsia="Arial"/>
                <w:i/>
                <w:color w:val="6B7280"/>
                <w:sz w:val="24"/>
              </w:rPr>
              <w:t>[Enter information]</w:t>
            </w:r>
          </w:p>
        </w:tc>
      </w:tr>
      <w:tr w:rsidR="00D835BC" w14:paraId="0560995F" w14:textId="77777777">
        <w:trPr>
          <w:jc w:val="center"/>
        </w:trPr>
        <w:tc>
          <w:tcPr>
            <w:tcW w:w="5184" w:type="dxa"/>
            <w:shd w:val="clear" w:color="auto" w:fill="F3F5F4"/>
            <w:tcMar>
              <w:top w:w="60" w:type="dxa"/>
              <w:left w:w="70" w:type="dxa"/>
              <w:bottom w:w="60" w:type="dxa"/>
              <w:right w:w="70" w:type="dxa"/>
            </w:tcMar>
          </w:tcPr>
          <w:p w14:paraId="1501ED57" w14:textId="77777777" w:rsidR="00D835BC" w:rsidRDefault="00000000">
            <w:r>
              <w:rPr>
                <w:rFonts w:eastAsia="Arial"/>
                <w:b/>
                <w:color w:val="0B5D48"/>
                <w:sz w:val="17"/>
              </w:rPr>
              <w:t>Date(s)</w:t>
            </w:r>
            <w:r>
              <w:rPr>
                <w:rFonts w:eastAsia="Arial"/>
                <w:b/>
                <w:color w:val="0B5D48"/>
                <w:sz w:val="17"/>
              </w:rPr>
              <w:br/>
            </w:r>
            <w:r>
              <w:rPr>
                <w:rFonts w:eastAsia="Arial"/>
                <w:i/>
                <w:color w:val="6B7280"/>
                <w:sz w:val="24"/>
              </w:rPr>
              <w:t>[Enter information]</w:t>
            </w:r>
          </w:p>
        </w:tc>
        <w:tc>
          <w:tcPr>
            <w:tcW w:w="5184" w:type="dxa"/>
            <w:shd w:val="clear" w:color="auto" w:fill="F3F5F4"/>
            <w:tcMar>
              <w:top w:w="60" w:type="dxa"/>
              <w:left w:w="70" w:type="dxa"/>
              <w:bottom w:w="60" w:type="dxa"/>
              <w:right w:w="70" w:type="dxa"/>
            </w:tcMar>
          </w:tcPr>
          <w:p w14:paraId="05FAE645" w14:textId="77777777" w:rsidR="00D835BC" w:rsidRDefault="00000000">
            <w:r>
              <w:rPr>
                <w:rFonts w:eastAsia="Arial"/>
                <w:b/>
                <w:color w:val="0B5D48"/>
                <w:sz w:val="17"/>
              </w:rPr>
              <w:t>AAR/IP Version</w:t>
            </w:r>
            <w:r>
              <w:rPr>
                <w:rFonts w:eastAsia="Arial"/>
                <w:b/>
                <w:color w:val="0B5D48"/>
                <w:sz w:val="17"/>
              </w:rPr>
              <w:br/>
            </w:r>
            <w:r>
              <w:rPr>
                <w:rFonts w:eastAsia="Arial"/>
                <w:i/>
                <w:color w:val="6B7280"/>
                <w:sz w:val="24"/>
              </w:rPr>
              <w:t>[Enter information]</w:t>
            </w:r>
          </w:p>
        </w:tc>
      </w:tr>
      <w:tr w:rsidR="00D835BC" w14:paraId="4B15408C" w14:textId="77777777">
        <w:trPr>
          <w:jc w:val="center"/>
        </w:trPr>
        <w:tc>
          <w:tcPr>
            <w:tcW w:w="5184" w:type="dxa"/>
            <w:shd w:val="clear" w:color="auto" w:fill="FFFFFF"/>
            <w:tcMar>
              <w:top w:w="60" w:type="dxa"/>
              <w:left w:w="70" w:type="dxa"/>
              <w:bottom w:w="60" w:type="dxa"/>
              <w:right w:w="70" w:type="dxa"/>
            </w:tcMar>
          </w:tcPr>
          <w:p w14:paraId="65E87CBE" w14:textId="77777777" w:rsidR="00D835BC" w:rsidRDefault="00000000">
            <w:r>
              <w:rPr>
                <w:rFonts w:eastAsia="Arial"/>
                <w:b/>
                <w:color w:val="0B5D48"/>
                <w:sz w:val="17"/>
              </w:rPr>
              <w:t>Prepared By</w:t>
            </w:r>
            <w:r>
              <w:rPr>
                <w:rFonts w:eastAsia="Arial"/>
                <w:b/>
                <w:color w:val="0B5D48"/>
                <w:sz w:val="17"/>
              </w:rPr>
              <w:br/>
            </w:r>
            <w:r>
              <w:rPr>
                <w:rFonts w:eastAsia="Arial"/>
                <w:i/>
                <w:color w:val="6B7280"/>
                <w:sz w:val="24"/>
              </w:rPr>
              <w:t>[Enter information]</w:t>
            </w:r>
          </w:p>
        </w:tc>
        <w:tc>
          <w:tcPr>
            <w:tcW w:w="5184" w:type="dxa"/>
            <w:shd w:val="clear" w:color="auto" w:fill="FFFFFF"/>
            <w:tcMar>
              <w:top w:w="60" w:type="dxa"/>
              <w:left w:w="70" w:type="dxa"/>
              <w:bottom w:w="60" w:type="dxa"/>
              <w:right w:w="70" w:type="dxa"/>
            </w:tcMar>
          </w:tcPr>
          <w:p w14:paraId="23067DCF" w14:textId="77777777" w:rsidR="00D835BC" w:rsidRDefault="00000000">
            <w:r>
              <w:rPr>
                <w:rFonts w:eastAsia="Arial"/>
                <w:b/>
                <w:color w:val="0B5D48"/>
                <w:sz w:val="17"/>
              </w:rPr>
              <w:t>Date Prepared</w:t>
            </w:r>
            <w:r>
              <w:rPr>
                <w:rFonts w:eastAsia="Arial"/>
                <w:b/>
                <w:color w:val="0B5D48"/>
                <w:sz w:val="17"/>
              </w:rPr>
              <w:br/>
            </w:r>
            <w:r>
              <w:rPr>
                <w:rFonts w:eastAsia="Arial"/>
                <w:i/>
                <w:color w:val="6B7280"/>
                <w:sz w:val="24"/>
              </w:rPr>
              <w:t>[Enter information]</w:t>
            </w:r>
          </w:p>
        </w:tc>
      </w:tr>
    </w:tbl>
    <w:p w14:paraId="095A063E" w14:textId="77777777" w:rsidR="00D835BC" w:rsidRDefault="00000000">
      <w:pPr>
        <w:spacing w:before="160"/>
        <w:jc w:val="center"/>
      </w:pPr>
      <w:r>
        <w:rPr>
          <w:rFonts w:eastAsia="Arial"/>
          <w:color w:val="6B7280"/>
          <w:sz w:val="16"/>
        </w:rPr>
        <w:t>Source framework: FEMA Homeland Security Exercise and Evaluation Program (HSEEP) 2020</w:t>
      </w:r>
    </w:p>
    <w:p w14:paraId="5DAE21A8" w14:textId="77777777" w:rsidR="00D835BC" w:rsidRDefault="00000000">
      <w:pPr>
        <w:spacing w:after="0"/>
        <w:jc w:val="center"/>
      </w:pPr>
      <w:r>
        <w:rPr>
          <w:rFonts w:eastAsia="Arial"/>
          <w:color w:val="6B7280"/>
          <w:sz w:val="16"/>
        </w:rPr>
        <w:t>https://preptoolkit.fema.gov/web/hseep-resources</w:t>
      </w:r>
    </w:p>
    <w:p w14:paraId="7C4E1F84" w14:textId="77777777" w:rsidR="00D835BC" w:rsidRDefault="00000000">
      <w:r>
        <w:br w:type="page"/>
      </w:r>
    </w:p>
    <w:p w14:paraId="5C1C03F6" w14:textId="77777777" w:rsidR="00D835BC" w:rsidRDefault="00000000">
      <w:pPr>
        <w:keepNext/>
        <w:pBdr>
          <w:bottom w:val="single" w:sz="10" w:space="3" w:color="E85A24"/>
        </w:pBdr>
        <w:spacing w:before="160" w:after="80"/>
      </w:pPr>
      <w:r>
        <w:rPr>
          <w:rFonts w:eastAsia="Arial"/>
          <w:b/>
          <w:color w:val="0B5D48"/>
          <w:sz w:val="30"/>
        </w:rPr>
        <w:lastRenderedPageBreak/>
        <w:t>1. EXECUTIVE SUMMARY</w:t>
      </w:r>
    </w:p>
    <w:p w14:paraId="39D0DBB2" w14:textId="77777777" w:rsidR="00D835BC" w:rsidRDefault="00000000">
      <w:r>
        <w:rPr>
          <w:rFonts w:eastAsia="Arial"/>
          <w:color w:val="1F2937"/>
          <w:sz w:val="19"/>
        </w:rPr>
        <w:t>Provide a concise summary that can stand alone for leadership review.</w:t>
      </w:r>
    </w:p>
    <w:p w14:paraId="1C8901A6" w14:textId="77777777" w:rsidR="00D835BC" w:rsidRDefault="00000000">
      <w:pPr>
        <w:keepNext/>
        <w:spacing w:before="100" w:after="60"/>
      </w:pPr>
      <w:r>
        <w:rPr>
          <w:rFonts w:eastAsia="Arial"/>
          <w:b/>
          <w:color w:val="0B5D48"/>
          <w:sz w:val="23"/>
        </w:rPr>
        <w:t>Exercise / Event Purpose</w:t>
      </w:r>
    </w:p>
    <w:tbl>
      <w:tblPr>
        <w:tblW w:w="0" w:type="auto"/>
        <w:tblBorders>
          <w:top w:val="single" w:sz="5" w:space="0" w:color="B7C8C1"/>
          <w:left w:val="single" w:sz="5" w:space="0" w:color="B7C8C1"/>
          <w:bottom w:val="single" w:sz="5" w:space="0" w:color="B7C8C1"/>
          <w:right w:val="single" w:sz="5" w:space="0" w:color="B7C8C1"/>
          <w:insideH w:val="single" w:sz="5" w:space="0" w:color="B7C8C1"/>
          <w:insideV w:val="single" w:sz="5" w:space="0" w:color="B7C8C1"/>
        </w:tblBorders>
        <w:tblLook w:val="04A0" w:firstRow="1" w:lastRow="0" w:firstColumn="1" w:lastColumn="0" w:noHBand="0" w:noVBand="1"/>
      </w:tblPr>
      <w:tblGrid>
        <w:gridCol w:w="10368"/>
      </w:tblGrid>
      <w:tr w:rsidR="00D835BC" w14:paraId="5BB20F22" w14:textId="77777777">
        <w:tc>
          <w:tcPr>
            <w:tcW w:w="10368" w:type="dxa"/>
            <w:tcMar>
              <w:top w:w="90" w:type="dxa"/>
              <w:left w:w="90" w:type="dxa"/>
              <w:bottom w:w="90" w:type="dxa"/>
              <w:right w:w="90" w:type="dxa"/>
            </w:tcMar>
          </w:tcPr>
          <w:p w14:paraId="4F1109CE" w14:textId="77777777" w:rsidR="00D835BC" w:rsidRDefault="00000000">
            <w:r>
              <w:rPr>
                <w:rFonts w:eastAsia="Arial"/>
                <w:i/>
                <w:color w:val="6B7280"/>
                <w:sz w:val="24"/>
              </w:rPr>
              <w:t>[Briefly describe why the exercise/event was conducted and what the organization intended to validate or learn.]</w:t>
            </w:r>
          </w:p>
        </w:tc>
      </w:tr>
    </w:tbl>
    <w:p w14:paraId="58FB6963" w14:textId="77777777" w:rsidR="00D835BC" w:rsidRDefault="00000000">
      <w:pPr>
        <w:keepNext/>
        <w:spacing w:before="100" w:after="60"/>
      </w:pPr>
      <w:r>
        <w:rPr>
          <w:rFonts w:eastAsia="Arial"/>
          <w:b/>
          <w:color w:val="0B5D48"/>
          <w:sz w:val="23"/>
        </w:rPr>
        <w:t>Scenario / Event Summary</w:t>
      </w:r>
    </w:p>
    <w:tbl>
      <w:tblPr>
        <w:tblW w:w="0" w:type="auto"/>
        <w:tblBorders>
          <w:top w:val="single" w:sz="5" w:space="0" w:color="B7C8C1"/>
          <w:left w:val="single" w:sz="5" w:space="0" w:color="B7C8C1"/>
          <w:bottom w:val="single" w:sz="5" w:space="0" w:color="B7C8C1"/>
          <w:right w:val="single" w:sz="5" w:space="0" w:color="B7C8C1"/>
          <w:insideH w:val="single" w:sz="5" w:space="0" w:color="B7C8C1"/>
          <w:insideV w:val="single" w:sz="5" w:space="0" w:color="B7C8C1"/>
        </w:tblBorders>
        <w:tblLook w:val="04A0" w:firstRow="1" w:lastRow="0" w:firstColumn="1" w:lastColumn="0" w:noHBand="0" w:noVBand="1"/>
      </w:tblPr>
      <w:tblGrid>
        <w:gridCol w:w="10368"/>
      </w:tblGrid>
      <w:tr w:rsidR="00D835BC" w14:paraId="60E25739" w14:textId="77777777">
        <w:tc>
          <w:tcPr>
            <w:tcW w:w="10368" w:type="dxa"/>
            <w:tcMar>
              <w:top w:w="90" w:type="dxa"/>
              <w:left w:w="90" w:type="dxa"/>
              <w:bottom w:w="90" w:type="dxa"/>
              <w:right w:w="90" w:type="dxa"/>
            </w:tcMar>
          </w:tcPr>
          <w:p w14:paraId="4006D33B" w14:textId="77777777" w:rsidR="00D835BC" w:rsidRDefault="00000000">
            <w:r>
              <w:rPr>
                <w:rFonts w:eastAsia="Arial"/>
                <w:i/>
                <w:color w:val="6B7280"/>
                <w:sz w:val="24"/>
              </w:rPr>
              <w:t>[Summarize the scenario or actual event, including key conditions and major decisions.]</w:t>
            </w:r>
          </w:p>
        </w:tc>
      </w:tr>
    </w:tbl>
    <w:p w14:paraId="663908E9" w14:textId="77777777" w:rsidR="00D835BC" w:rsidRDefault="00000000">
      <w:pPr>
        <w:keepNext/>
        <w:spacing w:before="100" w:after="60"/>
      </w:pPr>
      <w:r>
        <w:rPr>
          <w:rFonts w:eastAsia="Arial"/>
          <w:b/>
          <w:color w:val="0B5D48"/>
          <w:sz w:val="23"/>
        </w:rPr>
        <w:t>Overall Assessment</w:t>
      </w:r>
    </w:p>
    <w:tbl>
      <w:tblPr>
        <w:tblW w:w="0" w:type="auto"/>
        <w:tblBorders>
          <w:top w:val="single" w:sz="5" w:space="0" w:color="B7C8C1"/>
          <w:left w:val="single" w:sz="5" w:space="0" w:color="B7C8C1"/>
          <w:bottom w:val="single" w:sz="5" w:space="0" w:color="B7C8C1"/>
          <w:right w:val="single" w:sz="5" w:space="0" w:color="B7C8C1"/>
          <w:insideH w:val="single" w:sz="5" w:space="0" w:color="B7C8C1"/>
          <w:insideV w:val="single" w:sz="5" w:space="0" w:color="B7C8C1"/>
        </w:tblBorders>
        <w:tblLook w:val="04A0" w:firstRow="1" w:lastRow="0" w:firstColumn="1" w:lastColumn="0" w:noHBand="0" w:noVBand="1"/>
      </w:tblPr>
      <w:tblGrid>
        <w:gridCol w:w="10368"/>
      </w:tblGrid>
      <w:tr w:rsidR="00D835BC" w14:paraId="6B154220" w14:textId="77777777">
        <w:tc>
          <w:tcPr>
            <w:tcW w:w="10368" w:type="dxa"/>
            <w:tcMar>
              <w:top w:w="90" w:type="dxa"/>
              <w:left w:w="90" w:type="dxa"/>
              <w:bottom w:w="90" w:type="dxa"/>
              <w:right w:w="90" w:type="dxa"/>
            </w:tcMar>
          </w:tcPr>
          <w:p w14:paraId="3517BF5E" w14:textId="77777777" w:rsidR="00D835BC" w:rsidRDefault="00000000">
            <w:r>
              <w:rPr>
                <w:rFonts w:eastAsia="Arial"/>
                <w:i/>
                <w:color w:val="6B7280"/>
                <w:sz w:val="24"/>
              </w:rPr>
              <w:t>[Summarize overall performance, major themes, and whether key objectives were met.]</w:t>
            </w:r>
          </w:p>
        </w:tc>
      </w:tr>
    </w:tbl>
    <w:p w14:paraId="2996C2AF" w14:textId="77777777" w:rsidR="00D835BC" w:rsidRDefault="00000000">
      <w:pPr>
        <w:keepNext/>
        <w:spacing w:before="100" w:after="60"/>
      </w:pPr>
      <w:r>
        <w:rPr>
          <w:rFonts w:eastAsia="Arial"/>
          <w:b/>
          <w:color w:val="0B5D48"/>
          <w:sz w:val="23"/>
        </w:rPr>
        <w:t>Key Strengths</w:t>
      </w:r>
    </w:p>
    <w:tbl>
      <w:tblPr>
        <w:tblW w:w="0" w:type="auto"/>
        <w:tblBorders>
          <w:top w:val="single" w:sz="5" w:space="0" w:color="B7C8C1"/>
          <w:left w:val="single" w:sz="5" w:space="0" w:color="B7C8C1"/>
          <w:bottom w:val="single" w:sz="5" w:space="0" w:color="B7C8C1"/>
          <w:right w:val="single" w:sz="5" w:space="0" w:color="B7C8C1"/>
          <w:insideH w:val="single" w:sz="5" w:space="0" w:color="B7C8C1"/>
          <w:insideV w:val="single" w:sz="5" w:space="0" w:color="B7C8C1"/>
        </w:tblBorders>
        <w:tblLook w:val="04A0" w:firstRow="1" w:lastRow="0" w:firstColumn="1" w:lastColumn="0" w:noHBand="0" w:noVBand="1"/>
      </w:tblPr>
      <w:tblGrid>
        <w:gridCol w:w="5184"/>
        <w:gridCol w:w="5184"/>
      </w:tblGrid>
      <w:tr w:rsidR="00D835BC" w14:paraId="5229FA1D" w14:textId="77777777">
        <w:tc>
          <w:tcPr>
            <w:tcW w:w="5184" w:type="dxa"/>
            <w:shd w:val="clear" w:color="auto" w:fill="EAF4F0"/>
            <w:tcMar>
              <w:top w:w="60" w:type="dxa"/>
              <w:left w:w="70" w:type="dxa"/>
              <w:bottom w:w="60" w:type="dxa"/>
              <w:right w:w="70" w:type="dxa"/>
            </w:tcMar>
          </w:tcPr>
          <w:p w14:paraId="17B76D32" w14:textId="77777777" w:rsidR="00D835BC" w:rsidRDefault="00000000">
            <w:r>
              <w:rPr>
                <w:rFonts w:eastAsia="Arial"/>
                <w:b/>
                <w:color w:val="0B5D48"/>
              </w:rPr>
              <w:t>1</w:t>
            </w:r>
          </w:p>
        </w:tc>
        <w:tc>
          <w:tcPr>
            <w:tcW w:w="5184" w:type="dxa"/>
            <w:tcMar>
              <w:top w:w="60" w:type="dxa"/>
              <w:left w:w="70" w:type="dxa"/>
              <w:bottom w:w="60" w:type="dxa"/>
              <w:right w:w="70" w:type="dxa"/>
            </w:tcMar>
          </w:tcPr>
          <w:p w14:paraId="72E4E4C9" w14:textId="77777777" w:rsidR="00D835BC" w:rsidRDefault="00000000">
            <w:pPr>
              <w:spacing w:after="0"/>
            </w:pPr>
            <w:r>
              <w:rPr>
                <w:rFonts w:eastAsia="Arial"/>
                <w:i/>
                <w:color w:val="6B7280"/>
                <w:sz w:val="24"/>
              </w:rPr>
              <w:t>[Enter strength]</w:t>
            </w:r>
          </w:p>
        </w:tc>
      </w:tr>
      <w:tr w:rsidR="00D835BC" w14:paraId="78B1C041" w14:textId="77777777">
        <w:tc>
          <w:tcPr>
            <w:tcW w:w="5184" w:type="dxa"/>
            <w:shd w:val="clear" w:color="auto" w:fill="EAF4F0"/>
            <w:tcMar>
              <w:top w:w="60" w:type="dxa"/>
              <w:left w:w="70" w:type="dxa"/>
              <w:bottom w:w="60" w:type="dxa"/>
              <w:right w:w="70" w:type="dxa"/>
            </w:tcMar>
          </w:tcPr>
          <w:p w14:paraId="2F6D178F" w14:textId="77777777" w:rsidR="00D835BC" w:rsidRDefault="00000000">
            <w:r>
              <w:rPr>
                <w:rFonts w:eastAsia="Arial"/>
                <w:b/>
                <w:color w:val="0B5D48"/>
              </w:rPr>
              <w:t>2</w:t>
            </w:r>
          </w:p>
        </w:tc>
        <w:tc>
          <w:tcPr>
            <w:tcW w:w="5184" w:type="dxa"/>
            <w:tcMar>
              <w:top w:w="60" w:type="dxa"/>
              <w:left w:w="70" w:type="dxa"/>
              <w:bottom w:w="60" w:type="dxa"/>
              <w:right w:w="70" w:type="dxa"/>
            </w:tcMar>
          </w:tcPr>
          <w:p w14:paraId="072D8771" w14:textId="77777777" w:rsidR="00D835BC" w:rsidRDefault="00000000">
            <w:pPr>
              <w:spacing w:after="0"/>
            </w:pPr>
            <w:r>
              <w:rPr>
                <w:rFonts w:eastAsia="Arial"/>
                <w:i/>
                <w:color w:val="6B7280"/>
                <w:sz w:val="24"/>
              </w:rPr>
              <w:t>[Enter strength]</w:t>
            </w:r>
          </w:p>
        </w:tc>
      </w:tr>
      <w:tr w:rsidR="00D835BC" w14:paraId="140269EE" w14:textId="77777777">
        <w:tc>
          <w:tcPr>
            <w:tcW w:w="5184" w:type="dxa"/>
            <w:shd w:val="clear" w:color="auto" w:fill="EAF4F0"/>
            <w:tcMar>
              <w:top w:w="60" w:type="dxa"/>
              <w:left w:w="70" w:type="dxa"/>
              <w:bottom w:w="60" w:type="dxa"/>
              <w:right w:w="70" w:type="dxa"/>
            </w:tcMar>
          </w:tcPr>
          <w:p w14:paraId="56298562" w14:textId="77777777" w:rsidR="00D835BC" w:rsidRDefault="00000000">
            <w:r>
              <w:rPr>
                <w:rFonts w:eastAsia="Arial"/>
                <w:b/>
                <w:color w:val="0B5D48"/>
              </w:rPr>
              <w:t>3</w:t>
            </w:r>
          </w:p>
        </w:tc>
        <w:tc>
          <w:tcPr>
            <w:tcW w:w="5184" w:type="dxa"/>
            <w:tcMar>
              <w:top w:w="60" w:type="dxa"/>
              <w:left w:w="70" w:type="dxa"/>
              <w:bottom w:w="60" w:type="dxa"/>
              <w:right w:w="70" w:type="dxa"/>
            </w:tcMar>
          </w:tcPr>
          <w:p w14:paraId="11EEDF8A" w14:textId="77777777" w:rsidR="00D835BC" w:rsidRDefault="00000000">
            <w:pPr>
              <w:spacing w:after="0"/>
            </w:pPr>
            <w:r>
              <w:rPr>
                <w:rFonts w:eastAsia="Arial"/>
                <w:i/>
                <w:color w:val="6B7280"/>
                <w:sz w:val="24"/>
              </w:rPr>
              <w:t>[Enter strength]</w:t>
            </w:r>
          </w:p>
        </w:tc>
      </w:tr>
    </w:tbl>
    <w:p w14:paraId="3BA69D2A" w14:textId="77777777" w:rsidR="00D835BC" w:rsidRDefault="00000000">
      <w:pPr>
        <w:keepNext/>
        <w:spacing w:before="100" w:after="60"/>
      </w:pPr>
      <w:r>
        <w:rPr>
          <w:rFonts w:eastAsia="Arial"/>
          <w:b/>
          <w:color w:val="0B5D48"/>
          <w:sz w:val="23"/>
        </w:rPr>
        <w:t>Priority Areas for Improvement</w:t>
      </w:r>
    </w:p>
    <w:tbl>
      <w:tblPr>
        <w:tblW w:w="0" w:type="auto"/>
        <w:tblBorders>
          <w:top w:val="single" w:sz="5" w:space="0" w:color="B7C8C1"/>
          <w:left w:val="single" w:sz="5" w:space="0" w:color="B7C8C1"/>
          <w:bottom w:val="single" w:sz="5" w:space="0" w:color="B7C8C1"/>
          <w:right w:val="single" w:sz="5" w:space="0" w:color="B7C8C1"/>
          <w:insideH w:val="single" w:sz="5" w:space="0" w:color="B7C8C1"/>
          <w:insideV w:val="single" w:sz="5" w:space="0" w:color="B7C8C1"/>
        </w:tblBorders>
        <w:tblLook w:val="04A0" w:firstRow="1" w:lastRow="0" w:firstColumn="1" w:lastColumn="0" w:noHBand="0" w:noVBand="1"/>
      </w:tblPr>
      <w:tblGrid>
        <w:gridCol w:w="5184"/>
        <w:gridCol w:w="5184"/>
        <w:gridCol w:w="15"/>
      </w:tblGrid>
      <w:tr w:rsidR="00D835BC" w14:paraId="44DEF142" w14:textId="77777777">
        <w:tc>
          <w:tcPr>
            <w:tcW w:w="5184" w:type="dxa"/>
            <w:shd w:val="clear" w:color="auto" w:fill="FCEFE8"/>
            <w:tcMar>
              <w:top w:w="60" w:type="dxa"/>
              <w:left w:w="70" w:type="dxa"/>
              <w:bottom w:w="60" w:type="dxa"/>
              <w:right w:w="70" w:type="dxa"/>
            </w:tcMar>
          </w:tcPr>
          <w:p w14:paraId="01E81599" w14:textId="77777777" w:rsidR="00D835BC" w:rsidRDefault="00000000">
            <w:r>
              <w:rPr>
                <w:rFonts w:eastAsia="Arial"/>
                <w:b/>
                <w:color w:val="E85A24"/>
              </w:rPr>
              <w:t>1</w:t>
            </w:r>
          </w:p>
        </w:tc>
        <w:tc>
          <w:tcPr>
            <w:tcW w:w="5184" w:type="dxa"/>
            <w:gridSpan w:val="2"/>
            <w:tcMar>
              <w:top w:w="60" w:type="dxa"/>
              <w:left w:w="70" w:type="dxa"/>
              <w:bottom w:w="60" w:type="dxa"/>
              <w:right w:w="70" w:type="dxa"/>
            </w:tcMar>
          </w:tcPr>
          <w:p w14:paraId="3F91510B" w14:textId="77777777" w:rsidR="00D835BC" w:rsidRDefault="00000000">
            <w:pPr>
              <w:spacing w:after="0"/>
            </w:pPr>
            <w:r>
              <w:rPr>
                <w:rFonts w:eastAsia="Arial"/>
                <w:i/>
                <w:color w:val="6B7280"/>
                <w:sz w:val="24"/>
              </w:rPr>
              <w:t>[Enter priority improvement area]</w:t>
            </w:r>
          </w:p>
        </w:tc>
      </w:tr>
      <w:tr w:rsidR="00D835BC" w14:paraId="14F8842E" w14:textId="77777777">
        <w:tc>
          <w:tcPr>
            <w:tcW w:w="5184" w:type="dxa"/>
            <w:shd w:val="clear" w:color="auto" w:fill="FCEFE8"/>
            <w:tcMar>
              <w:top w:w="60" w:type="dxa"/>
              <w:left w:w="70" w:type="dxa"/>
              <w:bottom w:w="60" w:type="dxa"/>
              <w:right w:w="70" w:type="dxa"/>
            </w:tcMar>
          </w:tcPr>
          <w:p w14:paraId="37DA4ECA" w14:textId="77777777" w:rsidR="00D835BC" w:rsidRDefault="00000000">
            <w:r>
              <w:rPr>
                <w:rFonts w:eastAsia="Arial"/>
                <w:b/>
                <w:color w:val="E85A24"/>
              </w:rPr>
              <w:t>2</w:t>
            </w:r>
          </w:p>
        </w:tc>
        <w:tc>
          <w:tcPr>
            <w:tcW w:w="5184" w:type="dxa"/>
            <w:gridSpan w:val="2"/>
            <w:tcMar>
              <w:top w:w="60" w:type="dxa"/>
              <w:left w:w="70" w:type="dxa"/>
              <w:bottom w:w="60" w:type="dxa"/>
              <w:right w:w="70" w:type="dxa"/>
            </w:tcMar>
          </w:tcPr>
          <w:p w14:paraId="4D0D5EBE" w14:textId="77777777" w:rsidR="00D835BC" w:rsidRDefault="00000000">
            <w:pPr>
              <w:spacing w:after="0"/>
            </w:pPr>
            <w:r>
              <w:rPr>
                <w:rFonts w:eastAsia="Arial"/>
                <w:i/>
                <w:color w:val="6B7280"/>
                <w:sz w:val="24"/>
              </w:rPr>
              <w:t>[Enter priority improvement area]</w:t>
            </w:r>
          </w:p>
        </w:tc>
      </w:tr>
      <w:tr w:rsidR="00D835BC" w14:paraId="499E8E89" w14:textId="77777777">
        <w:tc>
          <w:tcPr>
            <w:tcW w:w="5184" w:type="dxa"/>
            <w:shd w:val="clear" w:color="auto" w:fill="FCEFE8"/>
            <w:tcMar>
              <w:top w:w="60" w:type="dxa"/>
              <w:left w:w="70" w:type="dxa"/>
              <w:bottom w:w="60" w:type="dxa"/>
              <w:right w:w="70" w:type="dxa"/>
            </w:tcMar>
          </w:tcPr>
          <w:p w14:paraId="1CF3946E" w14:textId="77777777" w:rsidR="00D835BC" w:rsidRDefault="00000000">
            <w:r>
              <w:rPr>
                <w:rFonts w:eastAsia="Arial"/>
                <w:b/>
                <w:color w:val="E85A24"/>
              </w:rPr>
              <w:t>3</w:t>
            </w:r>
          </w:p>
        </w:tc>
        <w:tc>
          <w:tcPr>
            <w:tcW w:w="5184" w:type="dxa"/>
            <w:gridSpan w:val="2"/>
            <w:tcMar>
              <w:top w:w="60" w:type="dxa"/>
              <w:left w:w="70" w:type="dxa"/>
              <w:bottom w:w="60" w:type="dxa"/>
              <w:right w:w="70" w:type="dxa"/>
            </w:tcMar>
          </w:tcPr>
          <w:p w14:paraId="479210E2" w14:textId="77777777" w:rsidR="00D835BC" w:rsidRDefault="00000000">
            <w:pPr>
              <w:spacing w:after="0"/>
            </w:pPr>
            <w:r>
              <w:rPr>
                <w:rFonts w:eastAsia="Arial"/>
                <w:i/>
                <w:color w:val="6B7280"/>
                <w:sz w:val="24"/>
              </w:rPr>
              <w:t>[Enter priority improvement area]</w:t>
            </w:r>
          </w:p>
        </w:tc>
      </w:tr>
      <w:tr w:rsidR="00D835BC" w14:paraId="37AD9C7A" w14:textId="77777777">
        <w:tblPrEx>
          <w:jc w:val="center"/>
          <w:tblBorders>
            <w:top w:val="single" w:sz="4" w:space="0" w:color="AFC9BF"/>
            <w:left w:val="single" w:sz="4" w:space="0" w:color="AFC9BF"/>
            <w:bottom w:val="single" w:sz="4" w:space="0" w:color="AFC9BF"/>
            <w:right w:val="single" w:sz="4" w:space="0" w:color="AFC9BF"/>
            <w:insideH w:val="single" w:sz="4" w:space="0" w:color="AFC9BF"/>
            <w:insideV w:val="single" w:sz="4" w:space="0" w:color="AFC9BF"/>
          </w:tblBorders>
        </w:tblPrEx>
        <w:trPr>
          <w:gridAfter w:val="1"/>
          <w:wAfter w:w="15" w:type="dxa"/>
          <w:jc w:val="center"/>
        </w:trPr>
        <w:tc>
          <w:tcPr>
            <w:tcW w:w="10368" w:type="dxa"/>
            <w:gridSpan w:val="2"/>
            <w:shd w:val="clear" w:color="auto" w:fill="EAF4F0"/>
            <w:tcMar>
              <w:top w:w="70" w:type="dxa"/>
              <w:left w:w="85" w:type="dxa"/>
              <w:bottom w:w="70" w:type="dxa"/>
              <w:right w:w="85" w:type="dxa"/>
            </w:tcMar>
          </w:tcPr>
          <w:p w14:paraId="62CEEED7" w14:textId="77777777" w:rsidR="00D835BC" w:rsidRDefault="00000000">
            <w:r>
              <w:rPr>
                <w:rFonts w:eastAsia="Arial"/>
                <w:b/>
                <w:color w:val="0B5D48"/>
                <w:sz w:val="17"/>
              </w:rPr>
              <w:t xml:space="preserve">LINK TO IMPROVEMENT PLANNING  </w:t>
            </w:r>
            <w:r>
              <w:rPr>
                <w:rFonts w:eastAsia="Arial"/>
                <w:color w:val="1F2937"/>
                <w:sz w:val="17"/>
              </w:rPr>
              <w:t>Each accepted area for improvement should lead to a specific corrective action, responsible owner, completion target, and method for verifying that the improvement was implemented.</w:t>
            </w:r>
          </w:p>
        </w:tc>
      </w:tr>
    </w:tbl>
    <w:p w14:paraId="1A58BD27" w14:textId="77777777" w:rsidR="00D835BC" w:rsidRDefault="00000000">
      <w:r>
        <w:br w:type="page"/>
      </w:r>
    </w:p>
    <w:p w14:paraId="595D49EC" w14:textId="77777777" w:rsidR="00D835BC" w:rsidRDefault="00000000">
      <w:pPr>
        <w:keepNext/>
        <w:pBdr>
          <w:bottom w:val="single" w:sz="10" w:space="3" w:color="E85A24"/>
        </w:pBdr>
        <w:spacing w:before="160" w:after="80"/>
      </w:pPr>
      <w:r>
        <w:rPr>
          <w:rFonts w:eastAsia="Arial"/>
          <w:b/>
          <w:color w:val="0B5D48"/>
          <w:sz w:val="30"/>
        </w:rPr>
        <w:lastRenderedPageBreak/>
        <w:t>2. EXERCISE / EVENT OVERVIEW</w:t>
      </w:r>
    </w:p>
    <w:tbl>
      <w:tblPr>
        <w:tblW w:w="0" w:type="auto"/>
        <w:jc w:val="center"/>
        <w:tblBorders>
          <w:top w:val="single" w:sz="5" w:space="0" w:color="B7C8C1"/>
          <w:left w:val="single" w:sz="5" w:space="0" w:color="B7C8C1"/>
          <w:bottom w:val="single" w:sz="5" w:space="0" w:color="B7C8C1"/>
          <w:right w:val="single" w:sz="5" w:space="0" w:color="B7C8C1"/>
          <w:insideH w:val="single" w:sz="5" w:space="0" w:color="B7C8C1"/>
          <w:insideV w:val="single" w:sz="5" w:space="0" w:color="B7C8C1"/>
        </w:tblBorders>
        <w:tblLook w:val="04A0" w:firstRow="1" w:lastRow="0" w:firstColumn="1" w:lastColumn="0" w:noHBand="0" w:noVBand="1"/>
      </w:tblPr>
      <w:tblGrid>
        <w:gridCol w:w="5184"/>
        <w:gridCol w:w="5184"/>
      </w:tblGrid>
      <w:tr w:rsidR="00D835BC" w14:paraId="2EC8247C" w14:textId="77777777">
        <w:trPr>
          <w:jc w:val="center"/>
        </w:trPr>
        <w:tc>
          <w:tcPr>
            <w:tcW w:w="5184" w:type="dxa"/>
            <w:tcMar>
              <w:top w:w="60" w:type="dxa"/>
              <w:left w:w="70" w:type="dxa"/>
              <w:bottom w:w="60" w:type="dxa"/>
              <w:right w:w="70" w:type="dxa"/>
            </w:tcMar>
          </w:tcPr>
          <w:p w14:paraId="6AE9CAE2" w14:textId="77777777" w:rsidR="00D835BC" w:rsidRDefault="00000000">
            <w:r>
              <w:rPr>
                <w:rFonts w:eastAsia="Arial"/>
                <w:b/>
                <w:color w:val="0B5D48"/>
                <w:sz w:val="16"/>
              </w:rPr>
              <w:t>Name</w:t>
            </w:r>
            <w:r>
              <w:rPr>
                <w:rFonts w:eastAsia="Arial"/>
                <w:b/>
                <w:color w:val="0B5D48"/>
                <w:sz w:val="16"/>
              </w:rPr>
              <w:br/>
            </w:r>
            <w:r>
              <w:rPr>
                <w:rFonts w:eastAsia="Arial"/>
                <w:i/>
                <w:color w:val="6B7280"/>
                <w:sz w:val="24"/>
              </w:rPr>
              <w:t>[Enter information]</w:t>
            </w:r>
          </w:p>
        </w:tc>
        <w:tc>
          <w:tcPr>
            <w:tcW w:w="5184" w:type="dxa"/>
            <w:tcMar>
              <w:top w:w="60" w:type="dxa"/>
              <w:left w:w="70" w:type="dxa"/>
              <w:bottom w:w="60" w:type="dxa"/>
              <w:right w:w="70" w:type="dxa"/>
            </w:tcMar>
          </w:tcPr>
          <w:p w14:paraId="26192C60" w14:textId="77777777" w:rsidR="00D835BC" w:rsidRDefault="00000000">
            <w:r>
              <w:rPr>
                <w:rFonts w:eastAsia="Arial"/>
                <w:b/>
                <w:color w:val="0B5D48"/>
                <w:sz w:val="16"/>
              </w:rPr>
              <w:t>Type / Format</w:t>
            </w:r>
            <w:r>
              <w:rPr>
                <w:rFonts w:eastAsia="Arial"/>
                <w:b/>
                <w:color w:val="0B5D48"/>
                <w:sz w:val="16"/>
              </w:rPr>
              <w:br/>
            </w:r>
            <w:r>
              <w:rPr>
                <w:rFonts w:eastAsia="Arial"/>
                <w:i/>
                <w:color w:val="6B7280"/>
                <w:sz w:val="24"/>
              </w:rPr>
              <w:t>[Enter information]</w:t>
            </w:r>
          </w:p>
        </w:tc>
      </w:tr>
      <w:tr w:rsidR="00D835BC" w14:paraId="04BDB86E" w14:textId="77777777">
        <w:trPr>
          <w:jc w:val="center"/>
        </w:trPr>
        <w:tc>
          <w:tcPr>
            <w:tcW w:w="5184" w:type="dxa"/>
            <w:tcMar>
              <w:top w:w="60" w:type="dxa"/>
              <w:left w:w="70" w:type="dxa"/>
              <w:bottom w:w="60" w:type="dxa"/>
              <w:right w:w="70" w:type="dxa"/>
            </w:tcMar>
          </w:tcPr>
          <w:p w14:paraId="4F2C7912" w14:textId="77777777" w:rsidR="00D835BC" w:rsidRDefault="00000000">
            <w:r>
              <w:rPr>
                <w:rFonts w:eastAsia="Arial"/>
                <w:b/>
                <w:color w:val="0B5D48"/>
                <w:sz w:val="16"/>
              </w:rPr>
              <w:t>Date / Time</w:t>
            </w:r>
            <w:r>
              <w:rPr>
                <w:rFonts w:eastAsia="Arial"/>
                <w:b/>
                <w:color w:val="0B5D48"/>
                <w:sz w:val="16"/>
              </w:rPr>
              <w:br/>
            </w:r>
            <w:r>
              <w:rPr>
                <w:rFonts w:eastAsia="Arial"/>
                <w:i/>
                <w:color w:val="6B7280"/>
                <w:sz w:val="24"/>
              </w:rPr>
              <w:t>[Enter information]</w:t>
            </w:r>
          </w:p>
        </w:tc>
        <w:tc>
          <w:tcPr>
            <w:tcW w:w="5184" w:type="dxa"/>
            <w:tcMar>
              <w:top w:w="60" w:type="dxa"/>
              <w:left w:w="70" w:type="dxa"/>
              <w:bottom w:w="60" w:type="dxa"/>
              <w:right w:w="70" w:type="dxa"/>
            </w:tcMar>
          </w:tcPr>
          <w:p w14:paraId="782D8113" w14:textId="77777777" w:rsidR="00D835BC" w:rsidRDefault="00000000">
            <w:r>
              <w:rPr>
                <w:rFonts w:eastAsia="Arial"/>
                <w:b/>
                <w:color w:val="0B5D48"/>
                <w:sz w:val="16"/>
              </w:rPr>
              <w:t>Location / Platform</w:t>
            </w:r>
            <w:r>
              <w:rPr>
                <w:rFonts w:eastAsia="Arial"/>
                <w:b/>
                <w:color w:val="0B5D48"/>
                <w:sz w:val="16"/>
              </w:rPr>
              <w:br/>
            </w:r>
            <w:r>
              <w:rPr>
                <w:rFonts w:eastAsia="Arial"/>
                <w:i/>
                <w:color w:val="6B7280"/>
                <w:sz w:val="24"/>
              </w:rPr>
              <w:t>[Enter information]</w:t>
            </w:r>
          </w:p>
        </w:tc>
      </w:tr>
      <w:tr w:rsidR="00D835BC" w14:paraId="43326C58" w14:textId="77777777">
        <w:trPr>
          <w:jc w:val="center"/>
        </w:trPr>
        <w:tc>
          <w:tcPr>
            <w:tcW w:w="5184" w:type="dxa"/>
            <w:tcMar>
              <w:top w:w="60" w:type="dxa"/>
              <w:left w:w="70" w:type="dxa"/>
              <w:bottom w:w="60" w:type="dxa"/>
              <w:right w:w="70" w:type="dxa"/>
            </w:tcMar>
          </w:tcPr>
          <w:p w14:paraId="7D59179E" w14:textId="77777777" w:rsidR="00D835BC" w:rsidRDefault="00000000">
            <w:r>
              <w:rPr>
                <w:rFonts w:eastAsia="Arial"/>
                <w:b/>
                <w:color w:val="0B5D48"/>
                <w:sz w:val="16"/>
              </w:rPr>
              <w:t>Scenario / Hazard</w:t>
            </w:r>
            <w:r>
              <w:rPr>
                <w:rFonts w:eastAsia="Arial"/>
                <w:b/>
                <w:color w:val="0B5D48"/>
                <w:sz w:val="16"/>
              </w:rPr>
              <w:br/>
            </w:r>
            <w:r>
              <w:rPr>
                <w:rFonts w:eastAsia="Arial"/>
                <w:i/>
                <w:color w:val="6B7280"/>
                <w:sz w:val="24"/>
              </w:rPr>
              <w:t>[Enter information]</w:t>
            </w:r>
          </w:p>
        </w:tc>
        <w:tc>
          <w:tcPr>
            <w:tcW w:w="5184" w:type="dxa"/>
            <w:tcMar>
              <w:top w:w="60" w:type="dxa"/>
              <w:left w:w="70" w:type="dxa"/>
              <w:bottom w:w="60" w:type="dxa"/>
              <w:right w:w="70" w:type="dxa"/>
            </w:tcMar>
          </w:tcPr>
          <w:p w14:paraId="5DEC096C" w14:textId="77777777" w:rsidR="00D835BC" w:rsidRDefault="00000000">
            <w:r>
              <w:rPr>
                <w:rFonts w:eastAsia="Arial"/>
                <w:b/>
                <w:color w:val="0B5D48"/>
                <w:sz w:val="16"/>
              </w:rPr>
              <w:t>Lead Organization</w:t>
            </w:r>
            <w:r>
              <w:rPr>
                <w:rFonts w:eastAsia="Arial"/>
                <w:b/>
                <w:color w:val="0B5D48"/>
                <w:sz w:val="16"/>
              </w:rPr>
              <w:br/>
            </w:r>
            <w:r>
              <w:rPr>
                <w:rFonts w:eastAsia="Arial"/>
                <w:i/>
                <w:color w:val="6B7280"/>
                <w:sz w:val="24"/>
              </w:rPr>
              <w:t>[Enter information]</w:t>
            </w:r>
          </w:p>
        </w:tc>
      </w:tr>
      <w:tr w:rsidR="00D835BC" w14:paraId="653F2BE3" w14:textId="77777777">
        <w:trPr>
          <w:jc w:val="center"/>
        </w:trPr>
        <w:tc>
          <w:tcPr>
            <w:tcW w:w="5184" w:type="dxa"/>
            <w:tcMar>
              <w:top w:w="60" w:type="dxa"/>
              <w:left w:w="70" w:type="dxa"/>
              <w:bottom w:w="60" w:type="dxa"/>
              <w:right w:w="70" w:type="dxa"/>
            </w:tcMar>
          </w:tcPr>
          <w:p w14:paraId="00734C55" w14:textId="77777777" w:rsidR="00D835BC" w:rsidRDefault="00000000">
            <w:r>
              <w:rPr>
                <w:rFonts w:eastAsia="Arial"/>
                <w:b/>
                <w:color w:val="0B5D48"/>
                <w:sz w:val="16"/>
              </w:rPr>
              <w:t>Participating Organizations</w:t>
            </w:r>
            <w:r>
              <w:rPr>
                <w:rFonts w:eastAsia="Arial"/>
                <w:b/>
                <w:color w:val="0B5D48"/>
                <w:sz w:val="16"/>
              </w:rPr>
              <w:br/>
            </w:r>
            <w:r>
              <w:rPr>
                <w:rFonts w:eastAsia="Arial"/>
                <w:i/>
                <w:color w:val="6B7280"/>
                <w:sz w:val="24"/>
              </w:rPr>
              <w:t>[Enter information]</w:t>
            </w:r>
          </w:p>
        </w:tc>
        <w:tc>
          <w:tcPr>
            <w:tcW w:w="5184" w:type="dxa"/>
            <w:tcMar>
              <w:top w:w="60" w:type="dxa"/>
              <w:left w:w="70" w:type="dxa"/>
              <w:bottom w:w="60" w:type="dxa"/>
              <w:right w:w="70" w:type="dxa"/>
            </w:tcMar>
          </w:tcPr>
          <w:p w14:paraId="6243FC9E" w14:textId="77777777" w:rsidR="00D835BC" w:rsidRDefault="00000000">
            <w:r>
              <w:rPr>
                <w:rFonts w:eastAsia="Arial"/>
                <w:b/>
                <w:color w:val="0B5D48"/>
                <w:sz w:val="16"/>
              </w:rPr>
              <w:t>Evaluator / Review Lead</w:t>
            </w:r>
            <w:r>
              <w:rPr>
                <w:rFonts w:eastAsia="Arial"/>
                <w:b/>
                <w:color w:val="0B5D48"/>
                <w:sz w:val="16"/>
              </w:rPr>
              <w:br/>
            </w:r>
            <w:r>
              <w:rPr>
                <w:rFonts w:eastAsia="Arial"/>
                <w:i/>
                <w:color w:val="6B7280"/>
                <w:sz w:val="24"/>
              </w:rPr>
              <w:t>[Enter information]</w:t>
            </w:r>
          </w:p>
        </w:tc>
      </w:tr>
      <w:tr w:rsidR="00D835BC" w14:paraId="73DF9FC5" w14:textId="77777777">
        <w:trPr>
          <w:jc w:val="center"/>
        </w:trPr>
        <w:tc>
          <w:tcPr>
            <w:tcW w:w="5184" w:type="dxa"/>
            <w:tcMar>
              <w:top w:w="60" w:type="dxa"/>
              <w:left w:w="70" w:type="dxa"/>
              <w:bottom w:w="60" w:type="dxa"/>
              <w:right w:w="70" w:type="dxa"/>
            </w:tcMar>
          </w:tcPr>
          <w:p w14:paraId="43839DBF" w14:textId="77777777" w:rsidR="00D835BC" w:rsidRDefault="00000000">
            <w:r>
              <w:rPr>
                <w:rFonts w:eastAsia="Arial"/>
                <w:b/>
                <w:color w:val="0B5D48"/>
                <w:sz w:val="16"/>
              </w:rPr>
              <w:t>Target Audience</w:t>
            </w:r>
            <w:r>
              <w:rPr>
                <w:rFonts w:eastAsia="Arial"/>
                <w:b/>
                <w:color w:val="0B5D48"/>
                <w:sz w:val="16"/>
              </w:rPr>
              <w:br/>
            </w:r>
            <w:r>
              <w:rPr>
                <w:rFonts w:eastAsia="Arial"/>
                <w:i/>
                <w:color w:val="6B7280"/>
                <w:sz w:val="24"/>
              </w:rPr>
              <w:t>[Enter information]</w:t>
            </w:r>
          </w:p>
        </w:tc>
        <w:tc>
          <w:tcPr>
            <w:tcW w:w="5184" w:type="dxa"/>
            <w:tcMar>
              <w:top w:w="60" w:type="dxa"/>
              <w:left w:w="70" w:type="dxa"/>
              <w:bottom w:w="60" w:type="dxa"/>
              <w:right w:w="70" w:type="dxa"/>
            </w:tcMar>
          </w:tcPr>
          <w:p w14:paraId="2B479303" w14:textId="77777777" w:rsidR="00D835BC" w:rsidRDefault="00000000">
            <w:r>
              <w:rPr>
                <w:rFonts w:eastAsia="Arial"/>
                <w:b/>
                <w:color w:val="0B5D48"/>
                <w:sz w:val="16"/>
              </w:rPr>
              <w:t>Number of Participants</w:t>
            </w:r>
            <w:r>
              <w:rPr>
                <w:rFonts w:eastAsia="Arial"/>
                <w:b/>
                <w:color w:val="0B5D48"/>
                <w:sz w:val="16"/>
              </w:rPr>
              <w:br/>
            </w:r>
            <w:r>
              <w:rPr>
                <w:rFonts w:eastAsia="Arial"/>
                <w:i/>
                <w:color w:val="6B7280"/>
                <w:sz w:val="24"/>
              </w:rPr>
              <w:t>[Enter information]</w:t>
            </w:r>
          </w:p>
        </w:tc>
      </w:tr>
      <w:tr w:rsidR="00D835BC" w14:paraId="5C1A4893" w14:textId="77777777">
        <w:trPr>
          <w:jc w:val="center"/>
        </w:trPr>
        <w:tc>
          <w:tcPr>
            <w:tcW w:w="5184" w:type="dxa"/>
            <w:tcMar>
              <w:top w:w="60" w:type="dxa"/>
              <w:left w:w="70" w:type="dxa"/>
              <w:bottom w:w="60" w:type="dxa"/>
              <w:right w:w="70" w:type="dxa"/>
            </w:tcMar>
          </w:tcPr>
          <w:p w14:paraId="650145EB" w14:textId="77777777" w:rsidR="00D835BC" w:rsidRDefault="00000000">
            <w:r>
              <w:rPr>
                <w:rFonts w:eastAsia="Arial"/>
                <w:b/>
                <w:color w:val="0B5D48"/>
                <w:sz w:val="16"/>
              </w:rPr>
              <w:t>Applicable EOP / Annex / Policy</w:t>
            </w:r>
            <w:r>
              <w:rPr>
                <w:rFonts w:eastAsia="Arial"/>
                <w:b/>
                <w:color w:val="0B5D48"/>
                <w:sz w:val="16"/>
              </w:rPr>
              <w:br/>
            </w:r>
            <w:r>
              <w:rPr>
                <w:rFonts w:eastAsia="Arial"/>
                <w:i/>
                <w:color w:val="6B7280"/>
                <w:sz w:val="24"/>
              </w:rPr>
              <w:t>[Enter information]</w:t>
            </w:r>
          </w:p>
        </w:tc>
        <w:tc>
          <w:tcPr>
            <w:tcW w:w="5184" w:type="dxa"/>
            <w:tcMar>
              <w:top w:w="60" w:type="dxa"/>
              <w:left w:w="70" w:type="dxa"/>
              <w:bottom w:w="60" w:type="dxa"/>
              <w:right w:w="70" w:type="dxa"/>
            </w:tcMar>
          </w:tcPr>
          <w:p w14:paraId="7CE44439" w14:textId="77777777" w:rsidR="00D835BC" w:rsidRDefault="00000000">
            <w:r>
              <w:rPr>
                <w:rFonts w:eastAsia="Arial"/>
                <w:b/>
                <w:color w:val="0B5D48"/>
                <w:sz w:val="16"/>
              </w:rPr>
              <w:t>Related HVA Priority / Risk</w:t>
            </w:r>
            <w:r>
              <w:rPr>
                <w:rFonts w:eastAsia="Arial"/>
                <w:b/>
                <w:color w:val="0B5D48"/>
                <w:sz w:val="16"/>
              </w:rPr>
              <w:br/>
            </w:r>
            <w:r>
              <w:rPr>
                <w:rFonts w:eastAsia="Arial"/>
                <w:i/>
                <w:color w:val="6B7280"/>
                <w:sz w:val="24"/>
              </w:rPr>
              <w:t>[Enter information]</w:t>
            </w:r>
          </w:p>
        </w:tc>
      </w:tr>
    </w:tbl>
    <w:p w14:paraId="775F11A1" w14:textId="77777777" w:rsidR="00D835BC" w:rsidRDefault="00000000">
      <w:pPr>
        <w:keepNext/>
        <w:spacing w:before="100" w:after="60"/>
      </w:pPr>
      <w:r>
        <w:rPr>
          <w:rFonts w:eastAsia="Arial"/>
          <w:b/>
          <w:color w:val="0B5D48"/>
          <w:sz w:val="23"/>
        </w:rPr>
        <w:t>Objectives and Evaluation Focus</w:t>
      </w:r>
    </w:p>
    <w:p w14:paraId="153452B7" w14:textId="77777777" w:rsidR="00D835BC" w:rsidRDefault="00000000">
      <w:r>
        <w:rPr>
          <w:rFonts w:eastAsia="Arial"/>
          <w:color w:val="1F2937"/>
          <w:sz w:val="18"/>
        </w:rPr>
        <w:t>List the objectives that were evaluated. Use FEMA core capabilities when appropriate, or use organization-specific capabilities, functions, or critical tasks.</w:t>
      </w:r>
    </w:p>
    <w:tbl>
      <w:tblPr>
        <w:tblW w:w="0" w:type="auto"/>
        <w:jc w:val="center"/>
        <w:tblBorders>
          <w:top w:val="single" w:sz="5" w:space="0" w:color="B7C8C1"/>
          <w:left w:val="single" w:sz="5" w:space="0" w:color="B7C8C1"/>
          <w:bottom w:val="single" w:sz="5" w:space="0" w:color="B7C8C1"/>
          <w:right w:val="single" w:sz="5" w:space="0" w:color="B7C8C1"/>
          <w:insideH w:val="single" w:sz="5" w:space="0" w:color="B7C8C1"/>
          <w:insideV w:val="single" w:sz="5" w:space="0" w:color="B7C8C1"/>
        </w:tblBorders>
        <w:tblLook w:val="04A0" w:firstRow="1" w:lastRow="0" w:firstColumn="1" w:lastColumn="0" w:noHBand="0" w:noVBand="1"/>
      </w:tblPr>
      <w:tblGrid>
        <w:gridCol w:w="2592"/>
        <w:gridCol w:w="2592"/>
        <w:gridCol w:w="2592"/>
        <w:gridCol w:w="2592"/>
      </w:tblGrid>
      <w:tr w:rsidR="00D835BC" w14:paraId="27290F57" w14:textId="77777777">
        <w:trPr>
          <w:tblHeader/>
          <w:jc w:val="center"/>
        </w:trPr>
        <w:tc>
          <w:tcPr>
            <w:tcW w:w="2592" w:type="dxa"/>
            <w:shd w:val="clear" w:color="auto" w:fill="0B5D48"/>
            <w:tcMar>
              <w:top w:w="60" w:type="dxa"/>
              <w:left w:w="70" w:type="dxa"/>
              <w:bottom w:w="60" w:type="dxa"/>
              <w:right w:w="70" w:type="dxa"/>
            </w:tcMar>
          </w:tcPr>
          <w:p w14:paraId="1355E876" w14:textId="77777777" w:rsidR="00D835BC" w:rsidRDefault="00000000">
            <w:pPr>
              <w:jc w:val="center"/>
            </w:pPr>
            <w:r>
              <w:rPr>
                <w:rFonts w:eastAsia="Arial"/>
                <w:b/>
                <w:color w:val="FFFFFF"/>
                <w:sz w:val="17"/>
              </w:rPr>
              <w:t>#</w:t>
            </w:r>
          </w:p>
        </w:tc>
        <w:tc>
          <w:tcPr>
            <w:tcW w:w="2592" w:type="dxa"/>
            <w:shd w:val="clear" w:color="auto" w:fill="0B5D48"/>
            <w:tcMar>
              <w:top w:w="60" w:type="dxa"/>
              <w:left w:w="70" w:type="dxa"/>
              <w:bottom w:w="60" w:type="dxa"/>
              <w:right w:w="70" w:type="dxa"/>
            </w:tcMar>
          </w:tcPr>
          <w:p w14:paraId="61C3B043" w14:textId="77777777" w:rsidR="00D835BC" w:rsidRDefault="00000000">
            <w:pPr>
              <w:jc w:val="center"/>
            </w:pPr>
            <w:r>
              <w:rPr>
                <w:rFonts w:eastAsia="Arial"/>
                <w:b/>
                <w:color w:val="FFFFFF"/>
                <w:sz w:val="17"/>
              </w:rPr>
              <w:t>Objective</w:t>
            </w:r>
          </w:p>
        </w:tc>
        <w:tc>
          <w:tcPr>
            <w:tcW w:w="2592" w:type="dxa"/>
            <w:shd w:val="clear" w:color="auto" w:fill="0B5D48"/>
            <w:tcMar>
              <w:top w:w="60" w:type="dxa"/>
              <w:left w:w="70" w:type="dxa"/>
              <w:bottom w:w="60" w:type="dxa"/>
              <w:right w:w="70" w:type="dxa"/>
            </w:tcMar>
          </w:tcPr>
          <w:p w14:paraId="2B4DD96D" w14:textId="77777777" w:rsidR="00D835BC" w:rsidRDefault="00000000">
            <w:pPr>
              <w:jc w:val="center"/>
            </w:pPr>
            <w:r>
              <w:rPr>
                <w:rFonts w:eastAsia="Arial"/>
                <w:b/>
                <w:color w:val="FFFFFF"/>
                <w:sz w:val="17"/>
              </w:rPr>
              <w:t>Capability / Functional Area</w:t>
            </w:r>
          </w:p>
        </w:tc>
        <w:tc>
          <w:tcPr>
            <w:tcW w:w="2592" w:type="dxa"/>
            <w:shd w:val="clear" w:color="auto" w:fill="0B5D48"/>
            <w:tcMar>
              <w:top w:w="60" w:type="dxa"/>
              <w:left w:w="70" w:type="dxa"/>
              <w:bottom w:w="60" w:type="dxa"/>
              <w:right w:w="70" w:type="dxa"/>
            </w:tcMar>
          </w:tcPr>
          <w:p w14:paraId="649AF154" w14:textId="77777777" w:rsidR="00D835BC" w:rsidRDefault="00000000">
            <w:pPr>
              <w:jc w:val="center"/>
            </w:pPr>
            <w:r>
              <w:rPr>
                <w:rFonts w:eastAsia="Arial"/>
                <w:b/>
                <w:color w:val="FFFFFF"/>
                <w:sz w:val="17"/>
              </w:rPr>
              <w:t>Evaluation Criteria / Critical Tasks</w:t>
            </w:r>
          </w:p>
        </w:tc>
      </w:tr>
      <w:tr w:rsidR="00D835BC" w14:paraId="555C79B0" w14:textId="77777777">
        <w:trPr>
          <w:jc w:val="center"/>
        </w:trPr>
        <w:tc>
          <w:tcPr>
            <w:tcW w:w="2592" w:type="dxa"/>
          </w:tcPr>
          <w:p w14:paraId="6D3E3EB1" w14:textId="77777777" w:rsidR="00D835BC" w:rsidRDefault="00000000">
            <w:pPr>
              <w:jc w:val="center"/>
            </w:pPr>
            <w:r>
              <w:rPr>
                <w:rFonts w:eastAsia="Arial"/>
                <w:b/>
                <w:color w:val="0B5D48"/>
                <w:sz w:val="18"/>
              </w:rPr>
              <w:t>1</w:t>
            </w:r>
          </w:p>
        </w:tc>
        <w:tc>
          <w:tcPr>
            <w:tcW w:w="2592" w:type="dxa"/>
            <w:tcMar>
              <w:top w:w="60" w:type="dxa"/>
              <w:left w:w="70" w:type="dxa"/>
              <w:bottom w:w="60" w:type="dxa"/>
              <w:right w:w="70" w:type="dxa"/>
            </w:tcMar>
          </w:tcPr>
          <w:p w14:paraId="07F7EE16" w14:textId="77777777" w:rsidR="00D835BC" w:rsidRDefault="00000000">
            <w:pPr>
              <w:spacing w:after="0"/>
            </w:pPr>
            <w:r>
              <w:rPr>
                <w:rFonts w:eastAsia="Arial"/>
                <w:i/>
                <w:color w:val="6B7280"/>
                <w:sz w:val="24"/>
              </w:rPr>
              <w:t>[Enter]</w:t>
            </w:r>
          </w:p>
        </w:tc>
        <w:tc>
          <w:tcPr>
            <w:tcW w:w="2592" w:type="dxa"/>
            <w:tcMar>
              <w:top w:w="60" w:type="dxa"/>
              <w:left w:w="70" w:type="dxa"/>
              <w:bottom w:w="60" w:type="dxa"/>
              <w:right w:w="70" w:type="dxa"/>
            </w:tcMar>
          </w:tcPr>
          <w:p w14:paraId="4D75771E" w14:textId="77777777" w:rsidR="00D835BC" w:rsidRDefault="00000000">
            <w:pPr>
              <w:spacing w:after="0"/>
            </w:pPr>
            <w:r>
              <w:rPr>
                <w:rFonts w:eastAsia="Arial"/>
                <w:i/>
                <w:color w:val="6B7280"/>
                <w:sz w:val="24"/>
              </w:rPr>
              <w:t>[Enter]</w:t>
            </w:r>
          </w:p>
        </w:tc>
        <w:tc>
          <w:tcPr>
            <w:tcW w:w="2592" w:type="dxa"/>
            <w:tcMar>
              <w:top w:w="60" w:type="dxa"/>
              <w:left w:w="70" w:type="dxa"/>
              <w:bottom w:w="60" w:type="dxa"/>
              <w:right w:w="70" w:type="dxa"/>
            </w:tcMar>
          </w:tcPr>
          <w:p w14:paraId="2E678B6C" w14:textId="77777777" w:rsidR="00D835BC" w:rsidRDefault="00000000">
            <w:pPr>
              <w:spacing w:after="0"/>
            </w:pPr>
            <w:r>
              <w:rPr>
                <w:rFonts w:eastAsia="Arial"/>
                <w:i/>
                <w:color w:val="6B7280"/>
                <w:sz w:val="24"/>
              </w:rPr>
              <w:t>[Enter]</w:t>
            </w:r>
          </w:p>
        </w:tc>
      </w:tr>
      <w:tr w:rsidR="00D835BC" w14:paraId="5B2BB48E" w14:textId="77777777">
        <w:trPr>
          <w:jc w:val="center"/>
        </w:trPr>
        <w:tc>
          <w:tcPr>
            <w:tcW w:w="2592" w:type="dxa"/>
          </w:tcPr>
          <w:p w14:paraId="57B52B67" w14:textId="77777777" w:rsidR="00D835BC" w:rsidRDefault="00000000">
            <w:pPr>
              <w:jc w:val="center"/>
            </w:pPr>
            <w:r>
              <w:rPr>
                <w:rFonts w:eastAsia="Arial"/>
                <w:b/>
                <w:color w:val="0B5D48"/>
                <w:sz w:val="18"/>
              </w:rPr>
              <w:t>2</w:t>
            </w:r>
          </w:p>
        </w:tc>
        <w:tc>
          <w:tcPr>
            <w:tcW w:w="2592" w:type="dxa"/>
            <w:tcMar>
              <w:top w:w="60" w:type="dxa"/>
              <w:left w:w="70" w:type="dxa"/>
              <w:bottom w:w="60" w:type="dxa"/>
              <w:right w:w="70" w:type="dxa"/>
            </w:tcMar>
          </w:tcPr>
          <w:p w14:paraId="5C4EFFC8" w14:textId="77777777" w:rsidR="00D835BC" w:rsidRDefault="00000000">
            <w:pPr>
              <w:spacing w:after="0"/>
            </w:pPr>
            <w:r>
              <w:rPr>
                <w:rFonts w:eastAsia="Arial"/>
                <w:i/>
                <w:color w:val="6B7280"/>
                <w:sz w:val="24"/>
              </w:rPr>
              <w:t>[Enter]</w:t>
            </w:r>
          </w:p>
        </w:tc>
        <w:tc>
          <w:tcPr>
            <w:tcW w:w="2592" w:type="dxa"/>
            <w:tcMar>
              <w:top w:w="60" w:type="dxa"/>
              <w:left w:w="70" w:type="dxa"/>
              <w:bottom w:w="60" w:type="dxa"/>
              <w:right w:w="70" w:type="dxa"/>
            </w:tcMar>
          </w:tcPr>
          <w:p w14:paraId="5DB7950A" w14:textId="77777777" w:rsidR="00D835BC" w:rsidRDefault="00000000">
            <w:pPr>
              <w:spacing w:after="0"/>
            </w:pPr>
            <w:r>
              <w:rPr>
                <w:rFonts w:eastAsia="Arial"/>
                <w:i/>
                <w:color w:val="6B7280"/>
                <w:sz w:val="24"/>
              </w:rPr>
              <w:t>[Enter]</w:t>
            </w:r>
          </w:p>
        </w:tc>
        <w:tc>
          <w:tcPr>
            <w:tcW w:w="2592" w:type="dxa"/>
            <w:tcMar>
              <w:top w:w="60" w:type="dxa"/>
              <w:left w:w="70" w:type="dxa"/>
              <w:bottom w:w="60" w:type="dxa"/>
              <w:right w:w="70" w:type="dxa"/>
            </w:tcMar>
          </w:tcPr>
          <w:p w14:paraId="66DD845C" w14:textId="77777777" w:rsidR="00D835BC" w:rsidRDefault="00000000">
            <w:pPr>
              <w:spacing w:after="0"/>
            </w:pPr>
            <w:r>
              <w:rPr>
                <w:rFonts w:eastAsia="Arial"/>
                <w:i/>
                <w:color w:val="6B7280"/>
                <w:sz w:val="24"/>
              </w:rPr>
              <w:t>[Enter]</w:t>
            </w:r>
          </w:p>
        </w:tc>
      </w:tr>
      <w:tr w:rsidR="00D835BC" w14:paraId="2E866274" w14:textId="77777777">
        <w:trPr>
          <w:jc w:val="center"/>
        </w:trPr>
        <w:tc>
          <w:tcPr>
            <w:tcW w:w="2592" w:type="dxa"/>
          </w:tcPr>
          <w:p w14:paraId="36BAA472" w14:textId="77777777" w:rsidR="00D835BC" w:rsidRDefault="00000000">
            <w:pPr>
              <w:jc w:val="center"/>
            </w:pPr>
            <w:r>
              <w:rPr>
                <w:rFonts w:eastAsia="Arial"/>
                <w:b/>
                <w:color w:val="0B5D48"/>
                <w:sz w:val="18"/>
              </w:rPr>
              <w:t>3</w:t>
            </w:r>
          </w:p>
        </w:tc>
        <w:tc>
          <w:tcPr>
            <w:tcW w:w="2592" w:type="dxa"/>
            <w:tcMar>
              <w:top w:w="60" w:type="dxa"/>
              <w:left w:w="70" w:type="dxa"/>
              <w:bottom w:w="60" w:type="dxa"/>
              <w:right w:w="70" w:type="dxa"/>
            </w:tcMar>
          </w:tcPr>
          <w:p w14:paraId="314382BB" w14:textId="77777777" w:rsidR="00D835BC" w:rsidRDefault="00000000">
            <w:pPr>
              <w:spacing w:after="0"/>
            </w:pPr>
            <w:r>
              <w:rPr>
                <w:rFonts w:eastAsia="Arial"/>
                <w:i/>
                <w:color w:val="6B7280"/>
                <w:sz w:val="24"/>
              </w:rPr>
              <w:t>[Enter]</w:t>
            </w:r>
          </w:p>
        </w:tc>
        <w:tc>
          <w:tcPr>
            <w:tcW w:w="2592" w:type="dxa"/>
            <w:tcMar>
              <w:top w:w="60" w:type="dxa"/>
              <w:left w:w="70" w:type="dxa"/>
              <w:bottom w:w="60" w:type="dxa"/>
              <w:right w:w="70" w:type="dxa"/>
            </w:tcMar>
          </w:tcPr>
          <w:p w14:paraId="05FB0732" w14:textId="77777777" w:rsidR="00D835BC" w:rsidRDefault="00000000">
            <w:pPr>
              <w:spacing w:after="0"/>
            </w:pPr>
            <w:r>
              <w:rPr>
                <w:rFonts w:eastAsia="Arial"/>
                <w:i/>
                <w:color w:val="6B7280"/>
                <w:sz w:val="24"/>
              </w:rPr>
              <w:t>[Enter]</w:t>
            </w:r>
          </w:p>
        </w:tc>
        <w:tc>
          <w:tcPr>
            <w:tcW w:w="2592" w:type="dxa"/>
            <w:tcMar>
              <w:top w:w="60" w:type="dxa"/>
              <w:left w:w="70" w:type="dxa"/>
              <w:bottom w:w="60" w:type="dxa"/>
              <w:right w:w="70" w:type="dxa"/>
            </w:tcMar>
          </w:tcPr>
          <w:p w14:paraId="0A4FB2AE" w14:textId="77777777" w:rsidR="00D835BC" w:rsidRDefault="00000000">
            <w:pPr>
              <w:spacing w:after="0"/>
            </w:pPr>
            <w:r>
              <w:rPr>
                <w:rFonts w:eastAsia="Arial"/>
                <w:i/>
                <w:color w:val="6B7280"/>
                <w:sz w:val="24"/>
              </w:rPr>
              <w:t>[Enter]</w:t>
            </w:r>
          </w:p>
        </w:tc>
      </w:tr>
      <w:tr w:rsidR="00D835BC" w14:paraId="249449C3" w14:textId="77777777">
        <w:trPr>
          <w:jc w:val="center"/>
        </w:trPr>
        <w:tc>
          <w:tcPr>
            <w:tcW w:w="2592" w:type="dxa"/>
          </w:tcPr>
          <w:p w14:paraId="747BBA2E" w14:textId="77777777" w:rsidR="00D835BC" w:rsidRDefault="00000000">
            <w:pPr>
              <w:jc w:val="center"/>
            </w:pPr>
            <w:r>
              <w:rPr>
                <w:rFonts w:eastAsia="Arial"/>
                <w:b/>
                <w:color w:val="0B5D48"/>
                <w:sz w:val="18"/>
              </w:rPr>
              <w:t>4</w:t>
            </w:r>
          </w:p>
        </w:tc>
        <w:tc>
          <w:tcPr>
            <w:tcW w:w="2592" w:type="dxa"/>
            <w:tcMar>
              <w:top w:w="60" w:type="dxa"/>
              <w:left w:w="70" w:type="dxa"/>
              <w:bottom w:w="60" w:type="dxa"/>
              <w:right w:w="70" w:type="dxa"/>
            </w:tcMar>
          </w:tcPr>
          <w:p w14:paraId="49A25FD6" w14:textId="77777777" w:rsidR="00D835BC" w:rsidRDefault="00000000">
            <w:pPr>
              <w:spacing w:after="0"/>
            </w:pPr>
            <w:r>
              <w:rPr>
                <w:rFonts w:eastAsia="Arial"/>
                <w:i/>
                <w:color w:val="6B7280"/>
                <w:sz w:val="24"/>
              </w:rPr>
              <w:t>[Enter]</w:t>
            </w:r>
          </w:p>
        </w:tc>
        <w:tc>
          <w:tcPr>
            <w:tcW w:w="2592" w:type="dxa"/>
            <w:tcMar>
              <w:top w:w="60" w:type="dxa"/>
              <w:left w:w="70" w:type="dxa"/>
              <w:bottom w:w="60" w:type="dxa"/>
              <w:right w:w="70" w:type="dxa"/>
            </w:tcMar>
          </w:tcPr>
          <w:p w14:paraId="75436896" w14:textId="77777777" w:rsidR="00D835BC" w:rsidRDefault="00000000">
            <w:pPr>
              <w:spacing w:after="0"/>
            </w:pPr>
            <w:r>
              <w:rPr>
                <w:rFonts w:eastAsia="Arial"/>
                <w:i/>
                <w:color w:val="6B7280"/>
                <w:sz w:val="24"/>
              </w:rPr>
              <w:t>[Enter]</w:t>
            </w:r>
          </w:p>
        </w:tc>
        <w:tc>
          <w:tcPr>
            <w:tcW w:w="2592" w:type="dxa"/>
            <w:tcMar>
              <w:top w:w="60" w:type="dxa"/>
              <w:left w:w="70" w:type="dxa"/>
              <w:bottom w:w="60" w:type="dxa"/>
              <w:right w:w="70" w:type="dxa"/>
            </w:tcMar>
          </w:tcPr>
          <w:p w14:paraId="36102626" w14:textId="77777777" w:rsidR="00D835BC" w:rsidRDefault="00000000">
            <w:pPr>
              <w:spacing w:after="0"/>
            </w:pPr>
            <w:r>
              <w:rPr>
                <w:rFonts w:eastAsia="Arial"/>
                <w:i/>
                <w:color w:val="6B7280"/>
                <w:sz w:val="24"/>
              </w:rPr>
              <w:t>[Enter]</w:t>
            </w:r>
          </w:p>
        </w:tc>
      </w:tr>
      <w:tr w:rsidR="00D835BC" w14:paraId="0AFEB699" w14:textId="77777777">
        <w:trPr>
          <w:jc w:val="center"/>
        </w:trPr>
        <w:tc>
          <w:tcPr>
            <w:tcW w:w="2592" w:type="dxa"/>
          </w:tcPr>
          <w:p w14:paraId="67DE7C07" w14:textId="77777777" w:rsidR="00D835BC" w:rsidRDefault="00000000">
            <w:pPr>
              <w:jc w:val="center"/>
            </w:pPr>
            <w:r>
              <w:rPr>
                <w:rFonts w:eastAsia="Arial"/>
                <w:b/>
                <w:color w:val="0B5D48"/>
                <w:sz w:val="18"/>
              </w:rPr>
              <w:t>5</w:t>
            </w:r>
          </w:p>
        </w:tc>
        <w:tc>
          <w:tcPr>
            <w:tcW w:w="2592" w:type="dxa"/>
            <w:tcMar>
              <w:top w:w="60" w:type="dxa"/>
              <w:left w:w="70" w:type="dxa"/>
              <w:bottom w:w="60" w:type="dxa"/>
              <w:right w:w="70" w:type="dxa"/>
            </w:tcMar>
          </w:tcPr>
          <w:p w14:paraId="5D490F9A" w14:textId="77777777" w:rsidR="00D835BC" w:rsidRDefault="00000000">
            <w:pPr>
              <w:spacing w:after="0"/>
            </w:pPr>
            <w:r>
              <w:rPr>
                <w:rFonts w:eastAsia="Arial"/>
                <w:i/>
                <w:color w:val="6B7280"/>
                <w:sz w:val="24"/>
              </w:rPr>
              <w:t>[Enter]</w:t>
            </w:r>
          </w:p>
        </w:tc>
        <w:tc>
          <w:tcPr>
            <w:tcW w:w="2592" w:type="dxa"/>
            <w:tcMar>
              <w:top w:w="60" w:type="dxa"/>
              <w:left w:w="70" w:type="dxa"/>
              <w:bottom w:w="60" w:type="dxa"/>
              <w:right w:w="70" w:type="dxa"/>
            </w:tcMar>
          </w:tcPr>
          <w:p w14:paraId="56E878D6" w14:textId="77777777" w:rsidR="00D835BC" w:rsidRDefault="00000000">
            <w:pPr>
              <w:spacing w:after="0"/>
            </w:pPr>
            <w:r>
              <w:rPr>
                <w:rFonts w:eastAsia="Arial"/>
                <w:i/>
                <w:color w:val="6B7280"/>
                <w:sz w:val="24"/>
              </w:rPr>
              <w:t>[Enter]</w:t>
            </w:r>
          </w:p>
        </w:tc>
        <w:tc>
          <w:tcPr>
            <w:tcW w:w="2592" w:type="dxa"/>
            <w:tcMar>
              <w:top w:w="60" w:type="dxa"/>
              <w:left w:w="70" w:type="dxa"/>
              <w:bottom w:w="60" w:type="dxa"/>
              <w:right w:w="70" w:type="dxa"/>
            </w:tcMar>
          </w:tcPr>
          <w:p w14:paraId="2F70872E" w14:textId="77777777" w:rsidR="00D835BC" w:rsidRDefault="00000000">
            <w:pPr>
              <w:spacing w:after="0"/>
            </w:pPr>
            <w:r>
              <w:rPr>
                <w:rFonts w:eastAsia="Arial"/>
                <w:i/>
                <w:color w:val="6B7280"/>
                <w:sz w:val="24"/>
              </w:rPr>
              <w:t>[Enter]</w:t>
            </w:r>
          </w:p>
        </w:tc>
      </w:tr>
      <w:tr w:rsidR="00D835BC" w14:paraId="6505F935" w14:textId="77777777">
        <w:trPr>
          <w:jc w:val="center"/>
        </w:trPr>
        <w:tc>
          <w:tcPr>
            <w:tcW w:w="2592" w:type="dxa"/>
          </w:tcPr>
          <w:p w14:paraId="68AFB89D" w14:textId="77777777" w:rsidR="00D835BC" w:rsidRDefault="00000000">
            <w:pPr>
              <w:jc w:val="center"/>
            </w:pPr>
            <w:r>
              <w:rPr>
                <w:rFonts w:eastAsia="Arial"/>
                <w:b/>
                <w:color w:val="0B5D48"/>
                <w:sz w:val="18"/>
              </w:rPr>
              <w:t>6</w:t>
            </w:r>
          </w:p>
        </w:tc>
        <w:tc>
          <w:tcPr>
            <w:tcW w:w="2592" w:type="dxa"/>
            <w:tcMar>
              <w:top w:w="60" w:type="dxa"/>
              <w:left w:w="70" w:type="dxa"/>
              <w:bottom w:w="60" w:type="dxa"/>
              <w:right w:w="70" w:type="dxa"/>
            </w:tcMar>
          </w:tcPr>
          <w:p w14:paraId="384A3F3E" w14:textId="77777777" w:rsidR="00D835BC" w:rsidRDefault="00000000">
            <w:pPr>
              <w:spacing w:after="0"/>
            </w:pPr>
            <w:r>
              <w:rPr>
                <w:rFonts w:eastAsia="Arial"/>
                <w:i/>
                <w:color w:val="6B7280"/>
                <w:sz w:val="24"/>
              </w:rPr>
              <w:t>[Enter]</w:t>
            </w:r>
          </w:p>
        </w:tc>
        <w:tc>
          <w:tcPr>
            <w:tcW w:w="2592" w:type="dxa"/>
            <w:tcMar>
              <w:top w:w="60" w:type="dxa"/>
              <w:left w:w="70" w:type="dxa"/>
              <w:bottom w:w="60" w:type="dxa"/>
              <w:right w:w="70" w:type="dxa"/>
            </w:tcMar>
          </w:tcPr>
          <w:p w14:paraId="1369100F" w14:textId="77777777" w:rsidR="00D835BC" w:rsidRDefault="00000000">
            <w:pPr>
              <w:spacing w:after="0"/>
            </w:pPr>
            <w:r>
              <w:rPr>
                <w:rFonts w:eastAsia="Arial"/>
                <w:i/>
                <w:color w:val="6B7280"/>
                <w:sz w:val="24"/>
              </w:rPr>
              <w:t>[Enter]</w:t>
            </w:r>
          </w:p>
        </w:tc>
        <w:tc>
          <w:tcPr>
            <w:tcW w:w="2592" w:type="dxa"/>
            <w:tcMar>
              <w:top w:w="60" w:type="dxa"/>
              <w:left w:w="70" w:type="dxa"/>
              <w:bottom w:w="60" w:type="dxa"/>
              <w:right w:w="70" w:type="dxa"/>
            </w:tcMar>
          </w:tcPr>
          <w:p w14:paraId="4099BD75" w14:textId="77777777" w:rsidR="00D835BC" w:rsidRDefault="00000000">
            <w:pPr>
              <w:spacing w:after="0"/>
            </w:pPr>
            <w:r>
              <w:rPr>
                <w:rFonts w:eastAsia="Arial"/>
                <w:i/>
                <w:color w:val="6B7280"/>
                <w:sz w:val="24"/>
              </w:rPr>
              <w:t>[Enter]</w:t>
            </w:r>
          </w:p>
        </w:tc>
      </w:tr>
    </w:tbl>
    <w:p w14:paraId="31365FF0" w14:textId="77777777" w:rsidR="00D835BC" w:rsidRDefault="00000000">
      <w:pPr>
        <w:keepNext/>
        <w:spacing w:before="100" w:after="60"/>
      </w:pPr>
      <w:r>
        <w:rPr>
          <w:rFonts w:eastAsia="Arial"/>
          <w:b/>
          <w:color w:val="0B5D48"/>
          <w:sz w:val="23"/>
        </w:rPr>
        <w:t>Data Used for the Review</w:t>
      </w:r>
    </w:p>
    <w:tbl>
      <w:tblPr>
        <w:tblW w:w="0" w:type="auto"/>
        <w:tblBorders>
          <w:top w:val="single" w:sz="5" w:space="0" w:color="B7C8C1"/>
          <w:left w:val="single" w:sz="5" w:space="0" w:color="B7C8C1"/>
          <w:bottom w:val="single" w:sz="5" w:space="0" w:color="B7C8C1"/>
          <w:right w:val="single" w:sz="5" w:space="0" w:color="B7C8C1"/>
          <w:insideH w:val="single" w:sz="5" w:space="0" w:color="B7C8C1"/>
          <w:insideV w:val="single" w:sz="5" w:space="0" w:color="B7C8C1"/>
        </w:tblBorders>
        <w:tblLook w:val="04A0" w:firstRow="1" w:lastRow="0" w:firstColumn="1" w:lastColumn="0" w:noHBand="0" w:noVBand="1"/>
      </w:tblPr>
      <w:tblGrid>
        <w:gridCol w:w="10368"/>
      </w:tblGrid>
      <w:tr w:rsidR="00D835BC" w14:paraId="638C633F" w14:textId="77777777">
        <w:tc>
          <w:tcPr>
            <w:tcW w:w="10368" w:type="dxa"/>
            <w:tcMar>
              <w:top w:w="80" w:type="dxa"/>
              <w:left w:w="85" w:type="dxa"/>
              <w:bottom w:w="80" w:type="dxa"/>
              <w:right w:w="85" w:type="dxa"/>
            </w:tcMar>
          </w:tcPr>
          <w:p w14:paraId="0E0B536E" w14:textId="77777777" w:rsidR="00D835BC" w:rsidRDefault="00000000">
            <w:r>
              <w:rPr>
                <w:rFonts w:eastAsia="Arial"/>
                <w:color w:val="6B7280"/>
                <w:sz w:val="24"/>
              </w:rPr>
              <w:t>Examples: evaluator notes, Exercise Evaluation Guides (EEGs), participant feedback, hotwash notes, logs, incident documentation, communications records, photos, timelines, policies, and other available evidence.</w:t>
            </w:r>
            <w:r>
              <w:rPr>
                <w:rFonts w:eastAsia="Arial"/>
                <w:color w:val="6B7280"/>
                <w:sz w:val="24"/>
              </w:rPr>
              <w:br/>
            </w:r>
            <w:r>
              <w:rPr>
                <w:rFonts w:eastAsia="Arial"/>
                <w:color w:val="6B7280"/>
                <w:sz w:val="24"/>
              </w:rPr>
              <w:br/>
              <w:t>[Enter sources used]</w:t>
            </w:r>
          </w:p>
        </w:tc>
      </w:tr>
    </w:tbl>
    <w:p w14:paraId="1BC8623F" w14:textId="77777777" w:rsidR="00D835BC" w:rsidRDefault="00000000">
      <w:r>
        <w:br w:type="page"/>
      </w:r>
    </w:p>
    <w:p w14:paraId="716DD61D" w14:textId="77777777" w:rsidR="00D835BC" w:rsidRDefault="00000000">
      <w:pPr>
        <w:keepNext/>
        <w:pBdr>
          <w:bottom w:val="single" w:sz="10" w:space="3" w:color="E85A24"/>
        </w:pBdr>
        <w:spacing w:before="160" w:after="80"/>
      </w:pPr>
      <w:r>
        <w:rPr>
          <w:rFonts w:eastAsia="Arial"/>
          <w:b/>
          <w:color w:val="0B5D48"/>
          <w:sz w:val="30"/>
        </w:rPr>
        <w:lastRenderedPageBreak/>
        <w:t>3. ANALYSIS OF PERFORMANCE</w:t>
      </w:r>
    </w:p>
    <w:p w14:paraId="1DBBFE77" w14:textId="77777777" w:rsidR="00D835BC" w:rsidRDefault="00000000">
      <w:r>
        <w:rPr>
          <w:rFonts w:eastAsia="Arial"/>
          <w:color w:val="1F2937"/>
          <w:sz w:val="18"/>
        </w:rPr>
        <w:t>Complete one analysis block for each objective, capability, or functional area evaluated. Duplicate blocks as needed.</w:t>
      </w:r>
    </w:p>
    <w:p w14:paraId="501DCC4F" w14:textId="77777777" w:rsidR="00D835BC" w:rsidRDefault="00000000">
      <w:pPr>
        <w:keepNext/>
        <w:spacing w:before="100" w:after="60"/>
      </w:pPr>
      <w:r>
        <w:rPr>
          <w:rFonts w:eastAsia="Arial"/>
          <w:b/>
          <w:color w:val="0B5D48"/>
          <w:sz w:val="23"/>
        </w:rPr>
        <w:t>Objective / Functional Area 1</w:t>
      </w:r>
    </w:p>
    <w:tbl>
      <w:tblPr>
        <w:tblW w:w="0" w:type="auto"/>
        <w:tblBorders>
          <w:top w:val="single" w:sz="5" w:space="0" w:color="B7C8C1"/>
          <w:left w:val="single" w:sz="5" w:space="0" w:color="B7C8C1"/>
          <w:bottom w:val="single" w:sz="5" w:space="0" w:color="B7C8C1"/>
          <w:right w:val="single" w:sz="5" w:space="0" w:color="B7C8C1"/>
          <w:insideH w:val="single" w:sz="5" w:space="0" w:color="B7C8C1"/>
          <w:insideV w:val="single" w:sz="5" w:space="0" w:color="B7C8C1"/>
        </w:tblBorders>
        <w:tblLook w:val="04A0" w:firstRow="1" w:lastRow="0" w:firstColumn="1" w:lastColumn="0" w:noHBand="0" w:noVBand="1"/>
      </w:tblPr>
      <w:tblGrid>
        <w:gridCol w:w="5184"/>
        <w:gridCol w:w="5184"/>
      </w:tblGrid>
      <w:tr w:rsidR="00D835BC" w14:paraId="21E4A6A6" w14:textId="77777777">
        <w:tc>
          <w:tcPr>
            <w:tcW w:w="5184" w:type="dxa"/>
            <w:tcMar>
              <w:top w:w="60" w:type="dxa"/>
              <w:left w:w="70" w:type="dxa"/>
              <w:bottom w:w="60" w:type="dxa"/>
              <w:right w:w="70" w:type="dxa"/>
            </w:tcMar>
          </w:tcPr>
          <w:p w14:paraId="2233CB91" w14:textId="77777777" w:rsidR="00D835BC" w:rsidRDefault="00000000">
            <w:r>
              <w:rPr>
                <w:rFonts w:eastAsia="Arial"/>
                <w:b/>
                <w:color w:val="0B5D48"/>
                <w:sz w:val="16"/>
              </w:rPr>
              <w:t>Objective</w:t>
            </w:r>
            <w:r>
              <w:rPr>
                <w:rFonts w:eastAsia="Arial"/>
                <w:b/>
                <w:color w:val="0B5D48"/>
                <w:sz w:val="16"/>
              </w:rPr>
              <w:br/>
            </w:r>
            <w:r>
              <w:rPr>
                <w:rFonts w:eastAsia="Arial"/>
                <w:i/>
                <w:color w:val="6B7280"/>
                <w:sz w:val="24"/>
              </w:rPr>
              <w:t>[Enter information]</w:t>
            </w:r>
          </w:p>
        </w:tc>
        <w:tc>
          <w:tcPr>
            <w:tcW w:w="5184" w:type="dxa"/>
            <w:tcMar>
              <w:top w:w="60" w:type="dxa"/>
              <w:left w:w="70" w:type="dxa"/>
              <w:bottom w:w="60" w:type="dxa"/>
              <w:right w:w="70" w:type="dxa"/>
            </w:tcMar>
          </w:tcPr>
          <w:p w14:paraId="38153D7D" w14:textId="77777777" w:rsidR="00D835BC" w:rsidRDefault="00000000">
            <w:r>
              <w:rPr>
                <w:rFonts w:eastAsia="Arial"/>
                <w:b/>
                <w:color w:val="0B5D48"/>
                <w:sz w:val="16"/>
              </w:rPr>
              <w:t>Capability / Functional Area</w:t>
            </w:r>
            <w:r>
              <w:rPr>
                <w:rFonts w:eastAsia="Arial"/>
                <w:b/>
                <w:color w:val="0B5D48"/>
                <w:sz w:val="16"/>
              </w:rPr>
              <w:br/>
            </w:r>
            <w:r>
              <w:rPr>
                <w:rFonts w:eastAsia="Arial"/>
                <w:i/>
                <w:color w:val="6B7280"/>
                <w:sz w:val="24"/>
              </w:rPr>
              <w:t>[Enter information]</w:t>
            </w:r>
          </w:p>
        </w:tc>
      </w:tr>
      <w:tr w:rsidR="00D835BC" w14:paraId="742042FA" w14:textId="77777777">
        <w:tc>
          <w:tcPr>
            <w:tcW w:w="5184" w:type="dxa"/>
            <w:tcMar>
              <w:top w:w="60" w:type="dxa"/>
              <w:left w:w="70" w:type="dxa"/>
              <w:bottom w:w="60" w:type="dxa"/>
              <w:right w:w="70" w:type="dxa"/>
            </w:tcMar>
          </w:tcPr>
          <w:p w14:paraId="5BD9F7A8" w14:textId="77777777" w:rsidR="00D835BC" w:rsidRDefault="00000000">
            <w:r>
              <w:rPr>
                <w:rFonts w:eastAsia="Arial"/>
                <w:b/>
                <w:color w:val="0B5D48"/>
                <w:sz w:val="16"/>
              </w:rPr>
              <w:t>Overall Assessment</w:t>
            </w:r>
            <w:r>
              <w:rPr>
                <w:rFonts w:eastAsia="Arial"/>
                <w:b/>
                <w:color w:val="0B5D48"/>
                <w:sz w:val="16"/>
              </w:rPr>
              <w:br/>
            </w:r>
            <w:r>
              <w:rPr>
                <w:rFonts w:eastAsia="Arial"/>
                <w:i/>
                <w:color w:val="6B7280"/>
                <w:sz w:val="24"/>
              </w:rPr>
              <w:t>[Enter information]</w:t>
            </w:r>
          </w:p>
        </w:tc>
        <w:tc>
          <w:tcPr>
            <w:tcW w:w="5184" w:type="dxa"/>
            <w:tcMar>
              <w:top w:w="60" w:type="dxa"/>
              <w:left w:w="70" w:type="dxa"/>
              <w:bottom w:w="60" w:type="dxa"/>
              <w:right w:w="70" w:type="dxa"/>
            </w:tcMar>
          </w:tcPr>
          <w:p w14:paraId="53FEE190" w14:textId="77777777" w:rsidR="00D835BC" w:rsidRDefault="00000000">
            <w:r>
              <w:rPr>
                <w:rFonts w:eastAsia="Arial"/>
                <w:b/>
                <w:color w:val="0B5D48"/>
                <w:sz w:val="16"/>
              </w:rPr>
              <w:t>Evidence / Data Sources</w:t>
            </w:r>
            <w:r>
              <w:rPr>
                <w:rFonts w:eastAsia="Arial"/>
                <w:b/>
                <w:color w:val="0B5D48"/>
                <w:sz w:val="16"/>
              </w:rPr>
              <w:br/>
            </w:r>
            <w:r>
              <w:rPr>
                <w:rFonts w:eastAsia="Arial"/>
                <w:i/>
                <w:color w:val="6B7280"/>
                <w:sz w:val="24"/>
              </w:rPr>
              <w:t>[Enter information]</w:t>
            </w:r>
          </w:p>
        </w:tc>
      </w:tr>
      <w:tr w:rsidR="00D835BC" w14:paraId="3A752BD8" w14:textId="77777777">
        <w:tc>
          <w:tcPr>
            <w:tcW w:w="5184" w:type="dxa"/>
            <w:shd w:val="clear" w:color="auto" w:fill="EAF4F0"/>
            <w:tcMar>
              <w:top w:w="60" w:type="dxa"/>
              <w:left w:w="70" w:type="dxa"/>
              <w:bottom w:w="60" w:type="dxa"/>
              <w:right w:w="70" w:type="dxa"/>
            </w:tcMar>
          </w:tcPr>
          <w:p w14:paraId="14B65FB8" w14:textId="77777777" w:rsidR="00D835BC" w:rsidRDefault="00000000">
            <w:r>
              <w:rPr>
                <w:rFonts w:eastAsia="Arial"/>
                <w:b/>
                <w:color w:val="0B5D48"/>
                <w:sz w:val="17"/>
              </w:rPr>
              <w:t>Strengths</w:t>
            </w:r>
          </w:p>
        </w:tc>
        <w:tc>
          <w:tcPr>
            <w:tcW w:w="5184" w:type="dxa"/>
            <w:tcMar>
              <w:top w:w="80" w:type="dxa"/>
              <w:left w:w="80" w:type="dxa"/>
              <w:bottom w:w="80" w:type="dxa"/>
              <w:right w:w="80" w:type="dxa"/>
            </w:tcMar>
          </w:tcPr>
          <w:p w14:paraId="3382C2BA" w14:textId="77777777" w:rsidR="00D835BC" w:rsidRDefault="00000000">
            <w:pPr>
              <w:spacing w:after="0"/>
            </w:pPr>
            <w:r>
              <w:rPr>
                <w:rFonts w:eastAsia="Arial"/>
                <w:i/>
                <w:color w:val="6B7280"/>
                <w:sz w:val="24"/>
              </w:rPr>
              <w:t>[What worked well? What capability or practice should be sustained?]</w:t>
            </w:r>
          </w:p>
        </w:tc>
      </w:tr>
      <w:tr w:rsidR="00D835BC" w14:paraId="0910A02D" w14:textId="77777777">
        <w:tc>
          <w:tcPr>
            <w:tcW w:w="5184" w:type="dxa"/>
            <w:shd w:val="clear" w:color="auto" w:fill="FCEFE8"/>
            <w:tcMar>
              <w:top w:w="60" w:type="dxa"/>
              <w:left w:w="70" w:type="dxa"/>
              <w:bottom w:w="60" w:type="dxa"/>
              <w:right w:w="70" w:type="dxa"/>
            </w:tcMar>
          </w:tcPr>
          <w:p w14:paraId="3C1FC1E1" w14:textId="77777777" w:rsidR="00D835BC" w:rsidRDefault="00000000">
            <w:r>
              <w:rPr>
                <w:rFonts w:eastAsia="Arial"/>
                <w:b/>
                <w:color w:val="E85A24"/>
                <w:sz w:val="17"/>
              </w:rPr>
              <w:t>Areas for Improvement</w:t>
            </w:r>
          </w:p>
        </w:tc>
        <w:tc>
          <w:tcPr>
            <w:tcW w:w="5184" w:type="dxa"/>
            <w:tcMar>
              <w:top w:w="80" w:type="dxa"/>
              <w:left w:w="80" w:type="dxa"/>
              <w:bottom w:w="80" w:type="dxa"/>
              <w:right w:w="80" w:type="dxa"/>
            </w:tcMar>
          </w:tcPr>
          <w:p w14:paraId="295DA85C" w14:textId="77777777" w:rsidR="00D835BC" w:rsidRDefault="00000000">
            <w:pPr>
              <w:spacing w:after="0"/>
            </w:pPr>
            <w:r>
              <w:rPr>
                <w:rFonts w:eastAsia="Arial"/>
                <w:i/>
                <w:color w:val="6B7280"/>
                <w:sz w:val="24"/>
              </w:rPr>
              <w:t>[What did not work as intended or could be improved?]</w:t>
            </w:r>
          </w:p>
        </w:tc>
      </w:tr>
      <w:tr w:rsidR="00D835BC" w14:paraId="6D678DE6" w14:textId="77777777">
        <w:tc>
          <w:tcPr>
            <w:tcW w:w="5184" w:type="dxa"/>
            <w:shd w:val="clear" w:color="auto" w:fill="F3F5F4"/>
            <w:tcMar>
              <w:top w:w="60" w:type="dxa"/>
              <w:left w:w="70" w:type="dxa"/>
              <w:bottom w:w="60" w:type="dxa"/>
              <w:right w:w="70" w:type="dxa"/>
            </w:tcMar>
          </w:tcPr>
          <w:p w14:paraId="5DDD8E27" w14:textId="77777777" w:rsidR="00D835BC" w:rsidRDefault="00000000">
            <w:r>
              <w:rPr>
                <w:rFonts w:eastAsia="Arial"/>
                <w:b/>
                <w:color w:val="0B5D48"/>
                <w:sz w:val="17"/>
              </w:rPr>
              <w:t>Analysis / Contributing Factors</w:t>
            </w:r>
          </w:p>
        </w:tc>
        <w:tc>
          <w:tcPr>
            <w:tcW w:w="5184" w:type="dxa"/>
            <w:tcMar>
              <w:top w:w="80" w:type="dxa"/>
              <w:left w:w="80" w:type="dxa"/>
              <w:bottom w:w="80" w:type="dxa"/>
              <w:right w:w="80" w:type="dxa"/>
            </w:tcMar>
          </w:tcPr>
          <w:p w14:paraId="17A343AA" w14:textId="77777777" w:rsidR="00D835BC" w:rsidRDefault="00000000">
            <w:pPr>
              <w:spacing w:after="0"/>
            </w:pPr>
            <w:r>
              <w:rPr>
                <w:rFonts w:eastAsia="Arial"/>
                <w:i/>
                <w:color w:val="6B7280"/>
                <w:sz w:val="24"/>
              </w:rPr>
              <w:t>[Why did the issue occur? Consider plans, organization, equipment, training, staffing, communications, systems, or external dependencies.]</w:t>
            </w:r>
          </w:p>
        </w:tc>
      </w:tr>
      <w:tr w:rsidR="00D835BC" w14:paraId="4F6CFACD" w14:textId="77777777">
        <w:tc>
          <w:tcPr>
            <w:tcW w:w="5184" w:type="dxa"/>
            <w:shd w:val="clear" w:color="auto" w:fill="F3F5F4"/>
            <w:tcMar>
              <w:top w:w="60" w:type="dxa"/>
              <w:left w:w="70" w:type="dxa"/>
              <w:bottom w:w="60" w:type="dxa"/>
              <w:right w:w="70" w:type="dxa"/>
            </w:tcMar>
          </w:tcPr>
          <w:p w14:paraId="38BB92C9" w14:textId="77777777" w:rsidR="00D835BC" w:rsidRDefault="00000000">
            <w:r>
              <w:rPr>
                <w:rFonts w:eastAsia="Arial"/>
                <w:b/>
                <w:color w:val="0B5D48"/>
                <w:sz w:val="17"/>
              </w:rPr>
              <w:t>Recommended Corrective Actions</w:t>
            </w:r>
          </w:p>
        </w:tc>
        <w:tc>
          <w:tcPr>
            <w:tcW w:w="5184" w:type="dxa"/>
            <w:tcMar>
              <w:top w:w="80" w:type="dxa"/>
              <w:left w:w="80" w:type="dxa"/>
              <w:bottom w:w="80" w:type="dxa"/>
              <w:right w:w="80" w:type="dxa"/>
            </w:tcMar>
          </w:tcPr>
          <w:p w14:paraId="0EFB07F5" w14:textId="77777777" w:rsidR="00D835BC" w:rsidRDefault="00000000">
            <w:pPr>
              <w:spacing w:after="0"/>
            </w:pPr>
            <w:r>
              <w:rPr>
                <w:rFonts w:eastAsia="Arial"/>
                <w:i/>
                <w:color w:val="6B7280"/>
                <w:sz w:val="24"/>
              </w:rPr>
              <w:t>[What specific action(s) should be considered for the Improvement Plan?]</w:t>
            </w:r>
          </w:p>
        </w:tc>
      </w:tr>
    </w:tbl>
    <w:p w14:paraId="22DE582D" w14:textId="77777777" w:rsidR="00D835BC" w:rsidRDefault="00000000">
      <w:pPr>
        <w:keepNext/>
        <w:spacing w:before="100" w:after="60"/>
      </w:pPr>
      <w:r>
        <w:rPr>
          <w:rFonts w:eastAsia="Arial"/>
          <w:b/>
          <w:color w:val="0B5D48"/>
          <w:sz w:val="23"/>
        </w:rPr>
        <w:t>Objective / Functional Area 2</w:t>
      </w:r>
    </w:p>
    <w:tbl>
      <w:tblPr>
        <w:tblW w:w="0" w:type="auto"/>
        <w:tblBorders>
          <w:top w:val="single" w:sz="5" w:space="0" w:color="B7C8C1"/>
          <w:left w:val="single" w:sz="5" w:space="0" w:color="B7C8C1"/>
          <w:bottom w:val="single" w:sz="5" w:space="0" w:color="B7C8C1"/>
          <w:right w:val="single" w:sz="5" w:space="0" w:color="B7C8C1"/>
          <w:insideH w:val="single" w:sz="5" w:space="0" w:color="B7C8C1"/>
          <w:insideV w:val="single" w:sz="5" w:space="0" w:color="B7C8C1"/>
        </w:tblBorders>
        <w:tblLook w:val="04A0" w:firstRow="1" w:lastRow="0" w:firstColumn="1" w:lastColumn="0" w:noHBand="0" w:noVBand="1"/>
      </w:tblPr>
      <w:tblGrid>
        <w:gridCol w:w="5184"/>
        <w:gridCol w:w="5184"/>
      </w:tblGrid>
      <w:tr w:rsidR="00D835BC" w14:paraId="1A88F051" w14:textId="77777777">
        <w:tc>
          <w:tcPr>
            <w:tcW w:w="5184" w:type="dxa"/>
            <w:tcMar>
              <w:top w:w="60" w:type="dxa"/>
              <w:left w:w="70" w:type="dxa"/>
              <w:bottom w:w="60" w:type="dxa"/>
              <w:right w:w="70" w:type="dxa"/>
            </w:tcMar>
          </w:tcPr>
          <w:p w14:paraId="46E977AF" w14:textId="77777777" w:rsidR="00D835BC" w:rsidRDefault="00000000">
            <w:r>
              <w:rPr>
                <w:rFonts w:eastAsia="Arial"/>
                <w:b/>
                <w:color w:val="0B5D48"/>
                <w:sz w:val="16"/>
              </w:rPr>
              <w:t>Objective</w:t>
            </w:r>
            <w:r>
              <w:rPr>
                <w:rFonts w:eastAsia="Arial"/>
                <w:b/>
                <w:color w:val="0B5D48"/>
                <w:sz w:val="16"/>
              </w:rPr>
              <w:br/>
            </w:r>
            <w:r>
              <w:rPr>
                <w:rFonts w:eastAsia="Arial"/>
                <w:i/>
                <w:color w:val="6B7280"/>
                <w:sz w:val="24"/>
              </w:rPr>
              <w:t>[Enter information]</w:t>
            </w:r>
          </w:p>
        </w:tc>
        <w:tc>
          <w:tcPr>
            <w:tcW w:w="5184" w:type="dxa"/>
            <w:tcMar>
              <w:top w:w="60" w:type="dxa"/>
              <w:left w:w="70" w:type="dxa"/>
              <w:bottom w:w="60" w:type="dxa"/>
              <w:right w:w="70" w:type="dxa"/>
            </w:tcMar>
          </w:tcPr>
          <w:p w14:paraId="05A15D67" w14:textId="77777777" w:rsidR="00D835BC" w:rsidRDefault="00000000">
            <w:r>
              <w:rPr>
                <w:rFonts w:eastAsia="Arial"/>
                <w:b/>
                <w:color w:val="0B5D48"/>
                <w:sz w:val="16"/>
              </w:rPr>
              <w:t>Capability / Functional Area</w:t>
            </w:r>
            <w:r>
              <w:rPr>
                <w:rFonts w:eastAsia="Arial"/>
                <w:b/>
                <w:color w:val="0B5D48"/>
                <w:sz w:val="16"/>
              </w:rPr>
              <w:br/>
            </w:r>
            <w:r>
              <w:rPr>
                <w:rFonts w:eastAsia="Arial"/>
                <w:i/>
                <w:color w:val="6B7280"/>
                <w:sz w:val="24"/>
              </w:rPr>
              <w:t>[Enter information]</w:t>
            </w:r>
          </w:p>
        </w:tc>
      </w:tr>
      <w:tr w:rsidR="00D835BC" w14:paraId="3F7A3B09" w14:textId="77777777">
        <w:tc>
          <w:tcPr>
            <w:tcW w:w="5184" w:type="dxa"/>
            <w:tcMar>
              <w:top w:w="60" w:type="dxa"/>
              <w:left w:w="70" w:type="dxa"/>
              <w:bottom w:w="60" w:type="dxa"/>
              <w:right w:w="70" w:type="dxa"/>
            </w:tcMar>
          </w:tcPr>
          <w:p w14:paraId="12781A3C" w14:textId="77777777" w:rsidR="00D835BC" w:rsidRDefault="00000000">
            <w:r>
              <w:rPr>
                <w:rFonts w:eastAsia="Arial"/>
                <w:b/>
                <w:color w:val="0B5D48"/>
                <w:sz w:val="16"/>
              </w:rPr>
              <w:t>Overall Assessment</w:t>
            </w:r>
            <w:r>
              <w:rPr>
                <w:rFonts w:eastAsia="Arial"/>
                <w:b/>
                <w:color w:val="0B5D48"/>
                <w:sz w:val="16"/>
              </w:rPr>
              <w:br/>
            </w:r>
            <w:r>
              <w:rPr>
                <w:rFonts w:eastAsia="Arial"/>
                <w:i/>
                <w:color w:val="6B7280"/>
                <w:sz w:val="24"/>
              </w:rPr>
              <w:t>[Enter information]</w:t>
            </w:r>
          </w:p>
        </w:tc>
        <w:tc>
          <w:tcPr>
            <w:tcW w:w="5184" w:type="dxa"/>
            <w:tcMar>
              <w:top w:w="60" w:type="dxa"/>
              <w:left w:w="70" w:type="dxa"/>
              <w:bottom w:w="60" w:type="dxa"/>
              <w:right w:w="70" w:type="dxa"/>
            </w:tcMar>
          </w:tcPr>
          <w:p w14:paraId="24933C3A" w14:textId="77777777" w:rsidR="00D835BC" w:rsidRDefault="00000000">
            <w:r>
              <w:rPr>
                <w:rFonts w:eastAsia="Arial"/>
                <w:b/>
                <w:color w:val="0B5D48"/>
                <w:sz w:val="16"/>
              </w:rPr>
              <w:t>Evidence / Data Sources</w:t>
            </w:r>
            <w:r>
              <w:rPr>
                <w:rFonts w:eastAsia="Arial"/>
                <w:b/>
                <w:color w:val="0B5D48"/>
                <w:sz w:val="16"/>
              </w:rPr>
              <w:br/>
            </w:r>
            <w:r>
              <w:rPr>
                <w:rFonts w:eastAsia="Arial"/>
                <w:i/>
                <w:color w:val="6B7280"/>
                <w:sz w:val="24"/>
              </w:rPr>
              <w:t>[Enter information]</w:t>
            </w:r>
          </w:p>
        </w:tc>
      </w:tr>
      <w:tr w:rsidR="00D835BC" w14:paraId="6A9D6AB8" w14:textId="77777777">
        <w:tc>
          <w:tcPr>
            <w:tcW w:w="5184" w:type="dxa"/>
            <w:shd w:val="clear" w:color="auto" w:fill="EAF4F0"/>
            <w:tcMar>
              <w:top w:w="60" w:type="dxa"/>
              <w:left w:w="70" w:type="dxa"/>
              <w:bottom w:w="60" w:type="dxa"/>
              <w:right w:w="70" w:type="dxa"/>
            </w:tcMar>
          </w:tcPr>
          <w:p w14:paraId="4F37AA6D" w14:textId="77777777" w:rsidR="00D835BC" w:rsidRDefault="00000000">
            <w:r>
              <w:rPr>
                <w:rFonts w:eastAsia="Arial"/>
                <w:b/>
                <w:color w:val="0B5D48"/>
                <w:sz w:val="17"/>
              </w:rPr>
              <w:t>Strengths</w:t>
            </w:r>
          </w:p>
        </w:tc>
        <w:tc>
          <w:tcPr>
            <w:tcW w:w="5184" w:type="dxa"/>
            <w:tcMar>
              <w:top w:w="80" w:type="dxa"/>
              <w:left w:w="80" w:type="dxa"/>
              <w:bottom w:w="80" w:type="dxa"/>
              <w:right w:w="80" w:type="dxa"/>
            </w:tcMar>
          </w:tcPr>
          <w:p w14:paraId="2591EF7E" w14:textId="77777777" w:rsidR="00D835BC" w:rsidRDefault="00000000">
            <w:pPr>
              <w:spacing w:after="0"/>
            </w:pPr>
            <w:r>
              <w:rPr>
                <w:rFonts w:eastAsia="Arial"/>
                <w:i/>
                <w:color w:val="6B7280"/>
                <w:sz w:val="24"/>
              </w:rPr>
              <w:t>[What worked well? What capability or practice should be sustained?]</w:t>
            </w:r>
          </w:p>
        </w:tc>
      </w:tr>
      <w:tr w:rsidR="00D835BC" w14:paraId="3E489B8B" w14:textId="77777777">
        <w:tc>
          <w:tcPr>
            <w:tcW w:w="5184" w:type="dxa"/>
            <w:shd w:val="clear" w:color="auto" w:fill="FCEFE8"/>
            <w:tcMar>
              <w:top w:w="60" w:type="dxa"/>
              <w:left w:w="70" w:type="dxa"/>
              <w:bottom w:w="60" w:type="dxa"/>
              <w:right w:w="70" w:type="dxa"/>
            </w:tcMar>
          </w:tcPr>
          <w:p w14:paraId="34140CA8" w14:textId="77777777" w:rsidR="00D835BC" w:rsidRDefault="00000000">
            <w:r>
              <w:rPr>
                <w:rFonts w:eastAsia="Arial"/>
                <w:b/>
                <w:color w:val="E85A24"/>
                <w:sz w:val="17"/>
              </w:rPr>
              <w:t>Areas for Improvement</w:t>
            </w:r>
          </w:p>
        </w:tc>
        <w:tc>
          <w:tcPr>
            <w:tcW w:w="5184" w:type="dxa"/>
            <w:tcMar>
              <w:top w:w="80" w:type="dxa"/>
              <w:left w:w="80" w:type="dxa"/>
              <w:bottom w:w="80" w:type="dxa"/>
              <w:right w:w="80" w:type="dxa"/>
            </w:tcMar>
          </w:tcPr>
          <w:p w14:paraId="00364D85" w14:textId="77777777" w:rsidR="00D835BC" w:rsidRDefault="00000000">
            <w:pPr>
              <w:spacing w:after="0"/>
            </w:pPr>
            <w:r>
              <w:rPr>
                <w:rFonts w:eastAsia="Arial"/>
                <w:i/>
                <w:color w:val="6B7280"/>
                <w:sz w:val="24"/>
              </w:rPr>
              <w:t>[What did not work as intended or could be improved?]</w:t>
            </w:r>
          </w:p>
        </w:tc>
      </w:tr>
      <w:tr w:rsidR="00D835BC" w14:paraId="02FAE2C5" w14:textId="77777777">
        <w:tc>
          <w:tcPr>
            <w:tcW w:w="5184" w:type="dxa"/>
            <w:shd w:val="clear" w:color="auto" w:fill="F3F5F4"/>
            <w:tcMar>
              <w:top w:w="60" w:type="dxa"/>
              <w:left w:w="70" w:type="dxa"/>
              <w:bottom w:w="60" w:type="dxa"/>
              <w:right w:w="70" w:type="dxa"/>
            </w:tcMar>
          </w:tcPr>
          <w:p w14:paraId="0283EE21" w14:textId="77777777" w:rsidR="00D835BC" w:rsidRDefault="00000000">
            <w:r>
              <w:rPr>
                <w:rFonts w:eastAsia="Arial"/>
                <w:b/>
                <w:color w:val="0B5D48"/>
                <w:sz w:val="17"/>
              </w:rPr>
              <w:t>Analysis / Contributing Factors</w:t>
            </w:r>
          </w:p>
        </w:tc>
        <w:tc>
          <w:tcPr>
            <w:tcW w:w="5184" w:type="dxa"/>
            <w:tcMar>
              <w:top w:w="80" w:type="dxa"/>
              <w:left w:w="80" w:type="dxa"/>
              <w:bottom w:w="80" w:type="dxa"/>
              <w:right w:w="80" w:type="dxa"/>
            </w:tcMar>
          </w:tcPr>
          <w:p w14:paraId="1A53268E" w14:textId="77777777" w:rsidR="00D835BC" w:rsidRDefault="00000000">
            <w:pPr>
              <w:spacing w:after="0"/>
            </w:pPr>
            <w:r>
              <w:rPr>
                <w:rFonts w:eastAsia="Arial"/>
                <w:i/>
                <w:color w:val="6B7280"/>
                <w:sz w:val="24"/>
              </w:rPr>
              <w:t>[Why did the issue occur? Consider plans, organization, equipment, training, staffing, communications, systems, or external dependencies.]</w:t>
            </w:r>
          </w:p>
        </w:tc>
      </w:tr>
      <w:tr w:rsidR="00D835BC" w14:paraId="740831E5" w14:textId="77777777">
        <w:tc>
          <w:tcPr>
            <w:tcW w:w="5184" w:type="dxa"/>
            <w:shd w:val="clear" w:color="auto" w:fill="F3F5F4"/>
            <w:tcMar>
              <w:top w:w="60" w:type="dxa"/>
              <w:left w:w="70" w:type="dxa"/>
              <w:bottom w:w="60" w:type="dxa"/>
              <w:right w:w="70" w:type="dxa"/>
            </w:tcMar>
          </w:tcPr>
          <w:p w14:paraId="6DDA4720" w14:textId="77777777" w:rsidR="00D835BC" w:rsidRDefault="00000000">
            <w:r>
              <w:rPr>
                <w:rFonts w:eastAsia="Arial"/>
                <w:b/>
                <w:color w:val="0B5D48"/>
                <w:sz w:val="17"/>
              </w:rPr>
              <w:t>Recommended Corrective Actions</w:t>
            </w:r>
          </w:p>
        </w:tc>
        <w:tc>
          <w:tcPr>
            <w:tcW w:w="5184" w:type="dxa"/>
            <w:tcMar>
              <w:top w:w="80" w:type="dxa"/>
              <w:left w:w="80" w:type="dxa"/>
              <w:bottom w:w="80" w:type="dxa"/>
              <w:right w:w="80" w:type="dxa"/>
            </w:tcMar>
          </w:tcPr>
          <w:p w14:paraId="69E7933B" w14:textId="77777777" w:rsidR="00D835BC" w:rsidRDefault="00000000">
            <w:pPr>
              <w:spacing w:after="0"/>
            </w:pPr>
            <w:r>
              <w:rPr>
                <w:rFonts w:eastAsia="Arial"/>
                <w:i/>
                <w:color w:val="6B7280"/>
                <w:sz w:val="24"/>
              </w:rPr>
              <w:t>[What specific action(s) should be considered for the Improvement Plan?]</w:t>
            </w:r>
          </w:p>
        </w:tc>
      </w:tr>
    </w:tbl>
    <w:p w14:paraId="796F1ADE" w14:textId="77777777" w:rsidR="00D835BC" w:rsidRDefault="00000000">
      <w:r>
        <w:br w:type="page"/>
      </w:r>
    </w:p>
    <w:p w14:paraId="3666C071" w14:textId="77777777" w:rsidR="00D835BC" w:rsidRDefault="00000000">
      <w:pPr>
        <w:keepNext/>
        <w:pBdr>
          <w:bottom w:val="single" w:sz="10" w:space="3" w:color="E85A24"/>
        </w:pBdr>
        <w:spacing w:before="160" w:after="80"/>
      </w:pPr>
      <w:r>
        <w:rPr>
          <w:rFonts w:eastAsia="Arial"/>
          <w:b/>
          <w:color w:val="0B5D48"/>
          <w:sz w:val="30"/>
        </w:rPr>
        <w:lastRenderedPageBreak/>
        <w:t>3. ANALYSIS OF PERFORMANCE - CONTINUED</w:t>
      </w:r>
    </w:p>
    <w:p w14:paraId="1EF18A64" w14:textId="77777777" w:rsidR="00D835BC" w:rsidRDefault="00000000">
      <w:pPr>
        <w:keepNext/>
        <w:spacing w:before="100" w:after="60"/>
      </w:pPr>
      <w:r>
        <w:rPr>
          <w:rFonts w:eastAsia="Arial"/>
          <w:b/>
          <w:color w:val="0B5D48"/>
          <w:sz w:val="23"/>
        </w:rPr>
        <w:t>Objective / Functional Area 3</w:t>
      </w:r>
    </w:p>
    <w:tbl>
      <w:tblPr>
        <w:tblW w:w="0" w:type="auto"/>
        <w:tblBorders>
          <w:top w:val="single" w:sz="5" w:space="0" w:color="B7C8C1"/>
          <w:left w:val="single" w:sz="5" w:space="0" w:color="B7C8C1"/>
          <w:bottom w:val="single" w:sz="5" w:space="0" w:color="B7C8C1"/>
          <w:right w:val="single" w:sz="5" w:space="0" w:color="B7C8C1"/>
          <w:insideH w:val="single" w:sz="5" w:space="0" w:color="B7C8C1"/>
          <w:insideV w:val="single" w:sz="5" w:space="0" w:color="B7C8C1"/>
        </w:tblBorders>
        <w:tblLook w:val="04A0" w:firstRow="1" w:lastRow="0" w:firstColumn="1" w:lastColumn="0" w:noHBand="0" w:noVBand="1"/>
      </w:tblPr>
      <w:tblGrid>
        <w:gridCol w:w="5184"/>
        <w:gridCol w:w="5184"/>
      </w:tblGrid>
      <w:tr w:rsidR="00D835BC" w14:paraId="69B94C1B" w14:textId="77777777">
        <w:tc>
          <w:tcPr>
            <w:tcW w:w="5184" w:type="dxa"/>
            <w:tcMar>
              <w:top w:w="60" w:type="dxa"/>
              <w:left w:w="70" w:type="dxa"/>
              <w:bottom w:w="60" w:type="dxa"/>
              <w:right w:w="70" w:type="dxa"/>
            </w:tcMar>
          </w:tcPr>
          <w:p w14:paraId="3356E1EA" w14:textId="77777777" w:rsidR="00D835BC" w:rsidRDefault="00000000">
            <w:r>
              <w:rPr>
                <w:rFonts w:eastAsia="Arial"/>
                <w:b/>
                <w:color w:val="0B5D48"/>
                <w:sz w:val="16"/>
              </w:rPr>
              <w:t>Objective</w:t>
            </w:r>
            <w:r>
              <w:rPr>
                <w:rFonts w:eastAsia="Arial"/>
                <w:b/>
                <w:color w:val="0B5D48"/>
                <w:sz w:val="16"/>
              </w:rPr>
              <w:br/>
            </w:r>
            <w:r>
              <w:rPr>
                <w:rFonts w:eastAsia="Arial"/>
                <w:i/>
                <w:color w:val="6B7280"/>
                <w:sz w:val="24"/>
              </w:rPr>
              <w:t>[Enter information]</w:t>
            </w:r>
          </w:p>
        </w:tc>
        <w:tc>
          <w:tcPr>
            <w:tcW w:w="5184" w:type="dxa"/>
            <w:tcMar>
              <w:top w:w="60" w:type="dxa"/>
              <w:left w:w="70" w:type="dxa"/>
              <w:bottom w:w="60" w:type="dxa"/>
              <w:right w:w="70" w:type="dxa"/>
            </w:tcMar>
          </w:tcPr>
          <w:p w14:paraId="2725A1B4" w14:textId="77777777" w:rsidR="00D835BC" w:rsidRDefault="00000000">
            <w:r>
              <w:rPr>
                <w:rFonts w:eastAsia="Arial"/>
                <w:b/>
                <w:color w:val="0B5D48"/>
                <w:sz w:val="16"/>
              </w:rPr>
              <w:t>Capability / Functional Area</w:t>
            </w:r>
            <w:r>
              <w:rPr>
                <w:rFonts w:eastAsia="Arial"/>
                <w:b/>
                <w:color w:val="0B5D48"/>
                <w:sz w:val="16"/>
              </w:rPr>
              <w:br/>
            </w:r>
            <w:r>
              <w:rPr>
                <w:rFonts w:eastAsia="Arial"/>
                <w:i/>
                <w:color w:val="6B7280"/>
                <w:sz w:val="24"/>
              </w:rPr>
              <w:t>[Enter information]</w:t>
            </w:r>
          </w:p>
        </w:tc>
      </w:tr>
      <w:tr w:rsidR="00D835BC" w14:paraId="5CB5A999" w14:textId="77777777">
        <w:tc>
          <w:tcPr>
            <w:tcW w:w="5184" w:type="dxa"/>
            <w:tcMar>
              <w:top w:w="60" w:type="dxa"/>
              <w:left w:w="70" w:type="dxa"/>
              <w:bottom w:w="60" w:type="dxa"/>
              <w:right w:w="70" w:type="dxa"/>
            </w:tcMar>
          </w:tcPr>
          <w:p w14:paraId="04A9A039" w14:textId="77777777" w:rsidR="00D835BC" w:rsidRDefault="00000000">
            <w:r>
              <w:rPr>
                <w:rFonts w:eastAsia="Arial"/>
                <w:b/>
                <w:color w:val="0B5D48"/>
                <w:sz w:val="16"/>
              </w:rPr>
              <w:t>Overall Assessment</w:t>
            </w:r>
            <w:r>
              <w:rPr>
                <w:rFonts w:eastAsia="Arial"/>
                <w:b/>
                <w:color w:val="0B5D48"/>
                <w:sz w:val="16"/>
              </w:rPr>
              <w:br/>
            </w:r>
            <w:r>
              <w:rPr>
                <w:rFonts w:eastAsia="Arial"/>
                <w:i/>
                <w:color w:val="6B7280"/>
                <w:sz w:val="24"/>
              </w:rPr>
              <w:t>[Enter information]</w:t>
            </w:r>
          </w:p>
        </w:tc>
        <w:tc>
          <w:tcPr>
            <w:tcW w:w="5184" w:type="dxa"/>
            <w:tcMar>
              <w:top w:w="60" w:type="dxa"/>
              <w:left w:w="70" w:type="dxa"/>
              <w:bottom w:w="60" w:type="dxa"/>
              <w:right w:w="70" w:type="dxa"/>
            </w:tcMar>
          </w:tcPr>
          <w:p w14:paraId="7A745A35" w14:textId="77777777" w:rsidR="00D835BC" w:rsidRDefault="00000000">
            <w:r>
              <w:rPr>
                <w:rFonts w:eastAsia="Arial"/>
                <w:b/>
                <w:color w:val="0B5D48"/>
                <w:sz w:val="16"/>
              </w:rPr>
              <w:t>Evidence / Data Sources</w:t>
            </w:r>
            <w:r>
              <w:rPr>
                <w:rFonts w:eastAsia="Arial"/>
                <w:b/>
                <w:color w:val="0B5D48"/>
                <w:sz w:val="16"/>
              </w:rPr>
              <w:br/>
            </w:r>
            <w:r>
              <w:rPr>
                <w:rFonts w:eastAsia="Arial"/>
                <w:i/>
                <w:color w:val="6B7280"/>
                <w:sz w:val="24"/>
              </w:rPr>
              <w:t>[Enter information]</w:t>
            </w:r>
          </w:p>
        </w:tc>
      </w:tr>
      <w:tr w:rsidR="00D835BC" w14:paraId="3F93EF67" w14:textId="77777777">
        <w:tc>
          <w:tcPr>
            <w:tcW w:w="5184" w:type="dxa"/>
            <w:shd w:val="clear" w:color="auto" w:fill="EAF4F0"/>
            <w:tcMar>
              <w:top w:w="60" w:type="dxa"/>
              <w:left w:w="70" w:type="dxa"/>
              <w:bottom w:w="60" w:type="dxa"/>
              <w:right w:w="70" w:type="dxa"/>
            </w:tcMar>
          </w:tcPr>
          <w:p w14:paraId="403846A5" w14:textId="77777777" w:rsidR="00D835BC" w:rsidRDefault="00000000">
            <w:r>
              <w:rPr>
                <w:rFonts w:eastAsia="Arial"/>
                <w:b/>
                <w:color w:val="0B5D48"/>
                <w:sz w:val="17"/>
              </w:rPr>
              <w:t>Strengths</w:t>
            </w:r>
          </w:p>
        </w:tc>
        <w:tc>
          <w:tcPr>
            <w:tcW w:w="5184" w:type="dxa"/>
            <w:tcMar>
              <w:top w:w="80" w:type="dxa"/>
              <w:left w:w="80" w:type="dxa"/>
              <w:bottom w:w="80" w:type="dxa"/>
              <w:right w:w="80" w:type="dxa"/>
            </w:tcMar>
          </w:tcPr>
          <w:p w14:paraId="49FB0FA4" w14:textId="77777777" w:rsidR="00D835BC" w:rsidRDefault="00000000">
            <w:pPr>
              <w:spacing w:after="0"/>
            </w:pPr>
            <w:r>
              <w:rPr>
                <w:rFonts w:eastAsia="Arial"/>
                <w:i/>
                <w:color w:val="6B7280"/>
                <w:sz w:val="24"/>
              </w:rPr>
              <w:t>[What worked well? What capability or practice should be sustained?]</w:t>
            </w:r>
          </w:p>
        </w:tc>
      </w:tr>
      <w:tr w:rsidR="00D835BC" w14:paraId="2B33DE3F" w14:textId="77777777">
        <w:tc>
          <w:tcPr>
            <w:tcW w:w="5184" w:type="dxa"/>
            <w:shd w:val="clear" w:color="auto" w:fill="FCEFE8"/>
            <w:tcMar>
              <w:top w:w="60" w:type="dxa"/>
              <w:left w:w="70" w:type="dxa"/>
              <w:bottom w:w="60" w:type="dxa"/>
              <w:right w:w="70" w:type="dxa"/>
            </w:tcMar>
          </w:tcPr>
          <w:p w14:paraId="295420AE" w14:textId="77777777" w:rsidR="00D835BC" w:rsidRDefault="00000000">
            <w:r>
              <w:rPr>
                <w:rFonts w:eastAsia="Arial"/>
                <w:b/>
                <w:color w:val="E85A24"/>
                <w:sz w:val="17"/>
              </w:rPr>
              <w:t>Areas for Improvement</w:t>
            </w:r>
          </w:p>
        </w:tc>
        <w:tc>
          <w:tcPr>
            <w:tcW w:w="5184" w:type="dxa"/>
            <w:tcMar>
              <w:top w:w="80" w:type="dxa"/>
              <w:left w:w="80" w:type="dxa"/>
              <w:bottom w:w="80" w:type="dxa"/>
              <w:right w:w="80" w:type="dxa"/>
            </w:tcMar>
          </w:tcPr>
          <w:p w14:paraId="1B767A05" w14:textId="77777777" w:rsidR="00D835BC" w:rsidRDefault="00000000">
            <w:pPr>
              <w:spacing w:after="0"/>
            </w:pPr>
            <w:r>
              <w:rPr>
                <w:rFonts w:eastAsia="Arial"/>
                <w:i/>
                <w:color w:val="6B7280"/>
                <w:sz w:val="24"/>
              </w:rPr>
              <w:t>[What did not work as intended or could be improved?]</w:t>
            </w:r>
          </w:p>
        </w:tc>
      </w:tr>
      <w:tr w:rsidR="00D835BC" w14:paraId="0B6801BD" w14:textId="77777777">
        <w:tc>
          <w:tcPr>
            <w:tcW w:w="5184" w:type="dxa"/>
            <w:shd w:val="clear" w:color="auto" w:fill="F3F5F4"/>
            <w:tcMar>
              <w:top w:w="60" w:type="dxa"/>
              <w:left w:w="70" w:type="dxa"/>
              <w:bottom w:w="60" w:type="dxa"/>
              <w:right w:w="70" w:type="dxa"/>
            </w:tcMar>
          </w:tcPr>
          <w:p w14:paraId="7FE1D4D9" w14:textId="77777777" w:rsidR="00D835BC" w:rsidRDefault="00000000">
            <w:r>
              <w:rPr>
                <w:rFonts w:eastAsia="Arial"/>
                <w:b/>
                <w:color w:val="0B5D48"/>
                <w:sz w:val="17"/>
              </w:rPr>
              <w:t>Analysis / Contributing Factors</w:t>
            </w:r>
          </w:p>
        </w:tc>
        <w:tc>
          <w:tcPr>
            <w:tcW w:w="5184" w:type="dxa"/>
            <w:tcMar>
              <w:top w:w="80" w:type="dxa"/>
              <w:left w:w="80" w:type="dxa"/>
              <w:bottom w:w="80" w:type="dxa"/>
              <w:right w:w="80" w:type="dxa"/>
            </w:tcMar>
          </w:tcPr>
          <w:p w14:paraId="15AF915B" w14:textId="77777777" w:rsidR="00D835BC" w:rsidRDefault="00000000">
            <w:pPr>
              <w:spacing w:after="0"/>
            </w:pPr>
            <w:r>
              <w:rPr>
                <w:rFonts w:eastAsia="Arial"/>
                <w:i/>
                <w:color w:val="6B7280"/>
                <w:sz w:val="24"/>
              </w:rPr>
              <w:t>[Why did the issue occur? Consider plans, organization, equipment, training, staffing, communications, systems, or external dependencies.]</w:t>
            </w:r>
          </w:p>
        </w:tc>
      </w:tr>
      <w:tr w:rsidR="00D835BC" w14:paraId="58BBD069" w14:textId="77777777">
        <w:tc>
          <w:tcPr>
            <w:tcW w:w="5184" w:type="dxa"/>
            <w:shd w:val="clear" w:color="auto" w:fill="F3F5F4"/>
            <w:tcMar>
              <w:top w:w="60" w:type="dxa"/>
              <w:left w:w="70" w:type="dxa"/>
              <w:bottom w:w="60" w:type="dxa"/>
              <w:right w:w="70" w:type="dxa"/>
            </w:tcMar>
          </w:tcPr>
          <w:p w14:paraId="3017738C" w14:textId="77777777" w:rsidR="00D835BC" w:rsidRDefault="00000000">
            <w:r>
              <w:rPr>
                <w:rFonts w:eastAsia="Arial"/>
                <w:b/>
                <w:color w:val="0B5D48"/>
                <w:sz w:val="17"/>
              </w:rPr>
              <w:t>Recommended Corrective Actions</w:t>
            </w:r>
          </w:p>
        </w:tc>
        <w:tc>
          <w:tcPr>
            <w:tcW w:w="5184" w:type="dxa"/>
            <w:tcMar>
              <w:top w:w="80" w:type="dxa"/>
              <w:left w:w="80" w:type="dxa"/>
              <w:bottom w:w="80" w:type="dxa"/>
              <w:right w:w="80" w:type="dxa"/>
            </w:tcMar>
          </w:tcPr>
          <w:p w14:paraId="0EB88B11" w14:textId="77777777" w:rsidR="00D835BC" w:rsidRDefault="00000000">
            <w:pPr>
              <w:spacing w:after="0"/>
            </w:pPr>
            <w:r>
              <w:rPr>
                <w:rFonts w:eastAsia="Arial"/>
                <w:i/>
                <w:color w:val="6B7280"/>
                <w:sz w:val="24"/>
              </w:rPr>
              <w:t>[What specific action(s) should be considered for the Improvement Plan?]</w:t>
            </w:r>
          </w:p>
        </w:tc>
      </w:tr>
    </w:tbl>
    <w:p w14:paraId="38371FB1" w14:textId="77777777" w:rsidR="00D835BC" w:rsidRDefault="00000000">
      <w:pPr>
        <w:keepNext/>
        <w:spacing w:before="100" w:after="60"/>
      </w:pPr>
      <w:r>
        <w:rPr>
          <w:rFonts w:eastAsia="Arial"/>
          <w:b/>
          <w:color w:val="0B5D48"/>
          <w:sz w:val="23"/>
        </w:rPr>
        <w:t>Objective / Functional Area 4</w:t>
      </w:r>
    </w:p>
    <w:tbl>
      <w:tblPr>
        <w:tblW w:w="0" w:type="auto"/>
        <w:tblBorders>
          <w:top w:val="single" w:sz="5" w:space="0" w:color="B7C8C1"/>
          <w:left w:val="single" w:sz="5" w:space="0" w:color="B7C8C1"/>
          <w:bottom w:val="single" w:sz="5" w:space="0" w:color="B7C8C1"/>
          <w:right w:val="single" w:sz="5" w:space="0" w:color="B7C8C1"/>
          <w:insideH w:val="single" w:sz="5" w:space="0" w:color="B7C8C1"/>
          <w:insideV w:val="single" w:sz="5" w:space="0" w:color="B7C8C1"/>
        </w:tblBorders>
        <w:tblLook w:val="04A0" w:firstRow="1" w:lastRow="0" w:firstColumn="1" w:lastColumn="0" w:noHBand="0" w:noVBand="1"/>
      </w:tblPr>
      <w:tblGrid>
        <w:gridCol w:w="5184"/>
        <w:gridCol w:w="5184"/>
        <w:gridCol w:w="15"/>
      </w:tblGrid>
      <w:tr w:rsidR="00D835BC" w14:paraId="0E97887E" w14:textId="77777777">
        <w:tc>
          <w:tcPr>
            <w:tcW w:w="5184" w:type="dxa"/>
            <w:tcMar>
              <w:top w:w="60" w:type="dxa"/>
              <w:left w:w="70" w:type="dxa"/>
              <w:bottom w:w="60" w:type="dxa"/>
              <w:right w:w="70" w:type="dxa"/>
            </w:tcMar>
          </w:tcPr>
          <w:p w14:paraId="35C79115" w14:textId="77777777" w:rsidR="00D835BC" w:rsidRDefault="00000000">
            <w:r>
              <w:rPr>
                <w:rFonts w:eastAsia="Arial"/>
                <w:b/>
                <w:color w:val="0B5D48"/>
                <w:sz w:val="16"/>
              </w:rPr>
              <w:t>Objective</w:t>
            </w:r>
            <w:r>
              <w:rPr>
                <w:rFonts w:eastAsia="Arial"/>
                <w:b/>
                <w:color w:val="0B5D48"/>
                <w:sz w:val="16"/>
              </w:rPr>
              <w:br/>
            </w:r>
            <w:r>
              <w:rPr>
                <w:rFonts w:eastAsia="Arial"/>
                <w:i/>
                <w:color w:val="6B7280"/>
                <w:sz w:val="24"/>
              </w:rPr>
              <w:t>[Enter information]</w:t>
            </w:r>
          </w:p>
        </w:tc>
        <w:tc>
          <w:tcPr>
            <w:tcW w:w="5184" w:type="dxa"/>
            <w:gridSpan w:val="2"/>
            <w:tcMar>
              <w:top w:w="60" w:type="dxa"/>
              <w:left w:w="70" w:type="dxa"/>
              <w:bottom w:w="60" w:type="dxa"/>
              <w:right w:w="70" w:type="dxa"/>
            </w:tcMar>
          </w:tcPr>
          <w:p w14:paraId="4415ACEB" w14:textId="77777777" w:rsidR="00D835BC" w:rsidRDefault="00000000">
            <w:r>
              <w:rPr>
                <w:rFonts w:eastAsia="Arial"/>
                <w:b/>
                <w:color w:val="0B5D48"/>
                <w:sz w:val="16"/>
              </w:rPr>
              <w:t>Capability / Functional Area</w:t>
            </w:r>
            <w:r>
              <w:rPr>
                <w:rFonts w:eastAsia="Arial"/>
                <w:b/>
                <w:color w:val="0B5D48"/>
                <w:sz w:val="16"/>
              </w:rPr>
              <w:br/>
            </w:r>
            <w:r>
              <w:rPr>
                <w:rFonts w:eastAsia="Arial"/>
                <w:i/>
                <w:color w:val="6B7280"/>
                <w:sz w:val="24"/>
              </w:rPr>
              <w:t>[Enter information]</w:t>
            </w:r>
          </w:p>
        </w:tc>
      </w:tr>
      <w:tr w:rsidR="00D835BC" w14:paraId="212F70E2" w14:textId="77777777">
        <w:tc>
          <w:tcPr>
            <w:tcW w:w="5184" w:type="dxa"/>
            <w:tcMar>
              <w:top w:w="60" w:type="dxa"/>
              <w:left w:w="70" w:type="dxa"/>
              <w:bottom w:w="60" w:type="dxa"/>
              <w:right w:w="70" w:type="dxa"/>
            </w:tcMar>
          </w:tcPr>
          <w:p w14:paraId="665C0A6F" w14:textId="77777777" w:rsidR="00D835BC" w:rsidRDefault="00000000">
            <w:r>
              <w:rPr>
                <w:rFonts w:eastAsia="Arial"/>
                <w:b/>
                <w:color w:val="0B5D48"/>
                <w:sz w:val="16"/>
              </w:rPr>
              <w:t>Overall Assessment</w:t>
            </w:r>
            <w:r>
              <w:rPr>
                <w:rFonts w:eastAsia="Arial"/>
                <w:b/>
                <w:color w:val="0B5D48"/>
                <w:sz w:val="16"/>
              </w:rPr>
              <w:br/>
            </w:r>
            <w:r>
              <w:rPr>
                <w:rFonts w:eastAsia="Arial"/>
                <w:i/>
                <w:color w:val="6B7280"/>
                <w:sz w:val="24"/>
              </w:rPr>
              <w:t>[Enter information]</w:t>
            </w:r>
          </w:p>
        </w:tc>
        <w:tc>
          <w:tcPr>
            <w:tcW w:w="5184" w:type="dxa"/>
            <w:gridSpan w:val="2"/>
            <w:tcMar>
              <w:top w:w="60" w:type="dxa"/>
              <w:left w:w="70" w:type="dxa"/>
              <w:bottom w:w="60" w:type="dxa"/>
              <w:right w:w="70" w:type="dxa"/>
            </w:tcMar>
          </w:tcPr>
          <w:p w14:paraId="74093B28" w14:textId="77777777" w:rsidR="00D835BC" w:rsidRDefault="00000000">
            <w:r>
              <w:rPr>
                <w:rFonts w:eastAsia="Arial"/>
                <w:b/>
                <w:color w:val="0B5D48"/>
                <w:sz w:val="16"/>
              </w:rPr>
              <w:t>Evidence / Data Sources</w:t>
            </w:r>
            <w:r>
              <w:rPr>
                <w:rFonts w:eastAsia="Arial"/>
                <w:b/>
                <w:color w:val="0B5D48"/>
                <w:sz w:val="16"/>
              </w:rPr>
              <w:br/>
            </w:r>
            <w:r>
              <w:rPr>
                <w:rFonts w:eastAsia="Arial"/>
                <w:i/>
                <w:color w:val="6B7280"/>
                <w:sz w:val="24"/>
              </w:rPr>
              <w:t>[Enter information]</w:t>
            </w:r>
          </w:p>
        </w:tc>
      </w:tr>
      <w:tr w:rsidR="00D835BC" w14:paraId="4494D2AE" w14:textId="77777777">
        <w:tc>
          <w:tcPr>
            <w:tcW w:w="5184" w:type="dxa"/>
            <w:shd w:val="clear" w:color="auto" w:fill="EAF4F0"/>
            <w:tcMar>
              <w:top w:w="60" w:type="dxa"/>
              <w:left w:w="70" w:type="dxa"/>
              <w:bottom w:w="60" w:type="dxa"/>
              <w:right w:w="70" w:type="dxa"/>
            </w:tcMar>
          </w:tcPr>
          <w:p w14:paraId="340A519D" w14:textId="77777777" w:rsidR="00D835BC" w:rsidRDefault="00000000">
            <w:r>
              <w:rPr>
                <w:rFonts w:eastAsia="Arial"/>
                <w:b/>
                <w:color w:val="0B5D48"/>
                <w:sz w:val="17"/>
              </w:rPr>
              <w:t>Strengths</w:t>
            </w:r>
          </w:p>
        </w:tc>
        <w:tc>
          <w:tcPr>
            <w:tcW w:w="5184" w:type="dxa"/>
            <w:gridSpan w:val="2"/>
            <w:tcMar>
              <w:top w:w="80" w:type="dxa"/>
              <w:left w:w="80" w:type="dxa"/>
              <w:bottom w:w="80" w:type="dxa"/>
              <w:right w:w="80" w:type="dxa"/>
            </w:tcMar>
          </w:tcPr>
          <w:p w14:paraId="0AE9C0C4" w14:textId="77777777" w:rsidR="00D835BC" w:rsidRDefault="00000000">
            <w:pPr>
              <w:spacing w:after="0"/>
            </w:pPr>
            <w:r>
              <w:rPr>
                <w:rFonts w:eastAsia="Arial"/>
                <w:i/>
                <w:color w:val="6B7280"/>
                <w:sz w:val="24"/>
              </w:rPr>
              <w:t>[What worked well? What capability or practice should be sustained?]</w:t>
            </w:r>
          </w:p>
        </w:tc>
      </w:tr>
      <w:tr w:rsidR="00D835BC" w14:paraId="3F174900" w14:textId="77777777">
        <w:tc>
          <w:tcPr>
            <w:tcW w:w="5184" w:type="dxa"/>
            <w:shd w:val="clear" w:color="auto" w:fill="FCEFE8"/>
            <w:tcMar>
              <w:top w:w="60" w:type="dxa"/>
              <w:left w:w="70" w:type="dxa"/>
              <w:bottom w:w="60" w:type="dxa"/>
              <w:right w:w="70" w:type="dxa"/>
            </w:tcMar>
          </w:tcPr>
          <w:p w14:paraId="1C632EE3" w14:textId="77777777" w:rsidR="00D835BC" w:rsidRDefault="00000000">
            <w:r>
              <w:rPr>
                <w:rFonts w:eastAsia="Arial"/>
                <w:b/>
                <w:color w:val="E85A24"/>
                <w:sz w:val="17"/>
              </w:rPr>
              <w:t>Areas for Improvement</w:t>
            </w:r>
          </w:p>
        </w:tc>
        <w:tc>
          <w:tcPr>
            <w:tcW w:w="5184" w:type="dxa"/>
            <w:gridSpan w:val="2"/>
            <w:tcMar>
              <w:top w:w="80" w:type="dxa"/>
              <w:left w:w="80" w:type="dxa"/>
              <w:bottom w:w="80" w:type="dxa"/>
              <w:right w:w="80" w:type="dxa"/>
            </w:tcMar>
          </w:tcPr>
          <w:p w14:paraId="240A6D7E" w14:textId="77777777" w:rsidR="00D835BC" w:rsidRDefault="00000000">
            <w:pPr>
              <w:spacing w:after="0"/>
            </w:pPr>
            <w:r>
              <w:rPr>
                <w:rFonts w:eastAsia="Arial"/>
                <w:i/>
                <w:color w:val="6B7280"/>
                <w:sz w:val="24"/>
              </w:rPr>
              <w:t>[What did not work as intended or could be improved?]</w:t>
            </w:r>
          </w:p>
        </w:tc>
      </w:tr>
      <w:tr w:rsidR="00D835BC" w14:paraId="65EEFB63" w14:textId="77777777">
        <w:tc>
          <w:tcPr>
            <w:tcW w:w="5184" w:type="dxa"/>
            <w:shd w:val="clear" w:color="auto" w:fill="F3F5F4"/>
            <w:tcMar>
              <w:top w:w="60" w:type="dxa"/>
              <w:left w:w="70" w:type="dxa"/>
              <w:bottom w:w="60" w:type="dxa"/>
              <w:right w:w="70" w:type="dxa"/>
            </w:tcMar>
          </w:tcPr>
          <w:p w14:paraId="7B5850C0" w14:textId="77777777" w:rsidR="00D835BC" w:rsidRDefault="00000000">
            <w:r>
              <w:rPr>
                <w:rFonts w:eastAsia="Arial"/>
                <w:b/>
                <w:color w:val="0B5D48"/>
                <w:sz w:val="17"/>
              </w:rPr>
              <w:t>Analysis / Contributing Factors</w:t>
            </w:r>
          </w:p>
        </w:tc>
        <w:tc>
          <w:tcPr>
            <w:tcW w:w="5184" w:type="dxa"/>
            <w:gridSpan w:val="2"/>
            <w:tcMar>
              <w:top w:w="80" w:type="dxa"/>
              <w:left w:w="80" w:type="dxa"/>
              <w:bottom w:w="80" w:type="dxa"/>
              <w:right w:w="80" w:type="dxa"/>
            </w:tcMar>
          </w:tcPr>
          <w:p w14:paraId="061EC818" w14:textId="77777777" w:rsidR="00D835BC" w:rsidRDefault="00000000">
            <w:pPr>
              <w:spacing w:after="0"/>
            </w:pPr>
            <w:r>
              <w:rPr>
                <w:rFonts w:eastAsia="Arial"/>
                <w:i/>
                <w:color w:val="6B7280"/>
                <w:sz w:val="24"/>
              </w:rPr>
              <w:t>[Why did the issue occur? Consider plans, organization, equipment, training, staffing, communications, systems, or external dependencies.]</w:t>
            </w:r>
          </w:p>
        </w:tc>
      </w:tr>
      <w:tr w:rsidR="00D835BC" w14:paraId="5C73240A" w14:textId="77777777">
        <w:tc>
          <w:tcPr>
            <w:tcW w:w="5184" w:type="dxa"/>
            <w:shd w:val="clear" w:color="auto" w:fill="F3F5F4"/>
            <w:tcMar>
              <w:top w:w="60" w:type="dxa"/>
              <w:left w:w="70" w:type="dxa"/>
              <w:bottom w:w="60" w:type="dxa"/>
              <w:right w:w="70" w:type="dxa"/>
            </w:tcMar>
          </w:tcPr>
          <w:p w14:paraId="1C2EE76C" w14:textId="77777777" w:rsidR="00D835BC" w:rsidRDefault="00000000">
            <w:r>
              <w:rPr>
                <w:rFonts w:eastAsia="Arial"/>
                <w:b/>
                <w:color w:val="0B5D48"/>
                <w:sz w:val="17"/>
              </w:rPr>
              <w:t>Recommended Corrective Actions</w:t>
            </w:r>
          </w:p>
        </w:tc>
        <w:tc>
          <w:tcPr>
            <w:tcW w:w="5184" w:type="dxa"/>
            <w:gridSpan w:val="2"/>
            <w:tcMar>
              <w:top w:w="80" w:type="dxa"/>
              <w:left w:w="80" w:type="dxa"/>
              <w:bottom w:w="80" w:type="dxa"/>
              <w:right w:w="80" w:type="dxa"/>
            </w:tcMar>
          </w:tcPr>
          <w:p w14:paraId="4E70E7A2" w14:textId="77777777" w:rsidR="00D835BC" w:rsidRDefault="00000000">
            <w:pPr>
              <w:spacing w:after="0"/>
            </w:pPr>
            <w:r>
              <w:rPr>
                <w:rFonts w:eastAsia="Arial"/>
                <w:i/>
                <w:color w:val="6B7280"/>
                <w:sz w:val="24"/>
              </w:rPr>
              <w:t>[What specific action(s) should be considered for the Improvement Plan?]</w:t>
            </w:r>
          </w:p>
        </w:tc>
      </w:tr>
      <w:tr w:rsidR="00D835BC" w14:paraId="093DD651" w14:textId="77777777">
        <w:tblPrEx>
          <w:jc w:val="center"/>
          <w:tblBorders>
            <w:top w:val="single" w:sz="4" w:space="0" w:color="AFC9BF"/>
            <w:left w:val="single" w:sz="4" w:space="0" w:color="AFC9BF"/>
            <w:bottom w:val="single" w:sz="4" w:space="0" w:color="AFC9BF"/>
            <w:right w:val="single" w:sz="4" w:space="0" w:color="AFC9BF"/>
            <w:insideH w:val="single" w:sz="4" w:space="0" w:color="AFC9BF"/>
            <w:insideV w:val="single" w:sz="4" w:space="0" w:color="AFC9BF"/>
          </w:tblBorders>
        </w:tblPrEx>
        <w:trPr>
          <w:gridAfter w:val="1"/>
          <w:wAfter w:w="15" w:type="dxa"/>
          <w:jc w:val="center"/>
        </w:trPr>
        <w:tc>
          <w:tcPr>
            <w:tcW w:w="10368" w:type="dxa"/>
            <w:gridSpan w:val="2"/>
            <w:shd w:val="clear" w:color="auto" w:fill="EAF4F0"/>
            <w:tcMar>
              <w:top w:w="70" w:type="dxa"/>
              <w:left w:w="85" w:type="dxa"/>
              <w:bottom w:w="70" w:type="dxa"/>
              <w:right w:w="85" w:type="dxa"/>
            </w:tcMar>
          </w:tcPr>
          <w:p w14:paraId="483A8CF1" w14:textId="77777777" w:rsidR="00D835BC" w:rsidRDefault="00000000">
            <w:r>
              <w:rPr>
                <w:rFonts w:eastAsia="Arial"/>
                <w:b/>
                <w:color w:val="0B5D48"/>
                <w:sz w:val="17"/>
              </w:rPr>
              <w:t xml:space="preserve">NEED MORE SPACE?  </w:t>
            </w:r>
            <w:r>
              <w:rPr>
                <w:rFonts w:eastAsia="Arial"/>
                <w:color w:val="1F2937"/>
                <w:sz w:val="17"/>
              </w:rPr>
              <w:t>Copy an Objective / Functional Area analysis block for each additional objective or capability evaluated. The final Improvement Plan should include only accepted corrective actions that the organization intends to track.</w:t>
            </w:r>
          </w:p>
        </w:tc>
      </w:tr>
    </w:tbl>
    <w:p w14:paraId="66419B97" w14:textId="77777777" w:rsidR="00D835BC" w:rsidRDefault="00D835BC">
      <w:pPr>
        <w:sectPr w:rsidR="00D835BC">
          <w:footerReference w:type="default" r:id="rId9"/>
          <w:pgSz w:w="12240" w:h="15840"/>
          <w:pgMar w:top="792" w:right="936" w:bottom="720" w:left="936" w:header="720" w:footer="720" w:gutter="0"/>
          <w:cols w:space="720"/>
          <w:docGrid w:linePitch="360"/>
        </w:sectPr>
      </w:pPr>
    </w:p>
    <w:p w14:paraId="7DFADC80" w14:textId="77777777" w:rsidR="00D835BC" w:rsidRDefault="00000000">
      <w:pPr>
        <w:keepNext/>
        <w:pBdr>
          <w:bottom w:val="single" w:sz="10" w:space="3" w:color="E85A24"/>
        </w:pBdr>
        <w:spacing w:before="160" w:after="80"/>
      </w:pPr>
      <w:r>
        <w:rPr>
          <w:rFonts w:eastAsia="Arial"/>
          <w:b/>
          <w:color w:val="0B5D48"/>
          <w:sz w:val="30"/>
        </w:rPr>
        <w:lastRenderedPageBreak/>
        <w:t>4. IMPROVEMENT PLAN</w:t>
      </w:r>
    </w:p>
    <w:p w14:paraId="1BEA0E57" w14:textId="77777777" w:rsidR="00D835BC" w:rsidRDefault="00000000">
      <w:r>
        <w:rPr>
          <w:rFonts w:eastAsia="Arial"/>
          <w:color w:val="1F2937"/>
          <w:sz w:val="18"/>
        </w:rPr>
        <w:t>Use this table to convert accepted findings into measurable corrective actions and track them through completion. Transfer longer-term actions to the HCC-ME Corrective Action / Improvement Tracker if desired.</w:t>
      </w:r>
    </w:p>
    <w:tbl>
      <w:tblPr>
        <w:tblW w:w="0" w:type="auto"/>
        <w:jc w:val="center"/>
        <w:tblBorders>
          <w:top w:val="single" w:sz="5" w:space="0" w:color="B7C8C1"/>
          <w:left w:val="single" w:sz="5" w:space="0" w:color="B7C8C1"/>
          <w:bottom w:val="single" w:sz="5" w:space="0" w:color="B7C8C1"/>
          <w:right w:val="single" w:sz="5" w:space="0" w:color="B7C8C1"/>
          <w:insideH w:val="single" w:sz="5" w:space="0" w:color="B7C8C1"/>
          <w:insideV w:val="single" w:sz="5" w:space="0" w:color="B7C8C1"/>
        </w:tblBorders>
        <w:tblLayout w:type="fixed"/>
        <w:tblLook w:val="04A0" w:firstRow="1" w:lastRow="0" w:firstColumn="1" w:lastColumn="0" w:noHBand="0" w:noVBand="1"/>
      </w:tblPr>
      <w:tblGrid>
        <w:gridCol w:w="1454"/>
        <w:gridCol w:w="1454"/>
        <w:gridCol w:w="1454"/>
        <w:gridCol w:w="1454"/>
        <w:gridCol w:w="1454"/>
        <w:gridCol w:w="1454"/>
        <w:gridCol w:w="1454"/>
        <w:gridCol w:w="1454"/>
        <w:gridCol w:w="1454"/>
        <w:gridCol w:w="1454"/>
      </w:tblGrid>
      <w:tr w:rsidR="00D835BC" w14:paraId="42A5669D" w14:textId="77777777">
        <w:trPr>
          <w:tblHeader/>
          <w:jc w:val="center"/>
        </w:trPr>
        <w:tc>
          <w:tcPr>
            <w:tcW w:w="1454" w:type="dxa"/>
            <w:shd w:val="clear" w:color="auto" w:fill="0B5D48"/>
            <w:tcMar>
              <w:top w:w="45" w:type="dxa"/>
              <w:left w:w="45" w:type="dxa"/>
              <w:bottom w:w="45" w:type="dxa"/>
              <w:right w:w="45" w:type="dxa"/>
            </w:tcMar>
          </w:tcPr>
          <w:p w14:paraId="7D34F28C" w14:textId="77777777" w:rsidR="00D835BC" w:rsidRDefault="00000000">
            <w:pPr>
              <w:jc w:val="center"/>
            </w:pPr>
            <w:r>
              <w:rPr>
                <w:rFonts w:eastAsia="Arial"/>
                <w:b/>
                <w:color w:val="FFFFFF"/>
                <w:sz w:val="15"/>
              </w:rPr>
              <w:t>ID</w:t>
            </w:r>
          </w:p>
        </w:tc>
        <w:tc>
          <w:tcPr>
            <w:tcW w:w="1454" w:type="dxa"/>
            <w:shd w:val="clear" w:color="auto" w:fill="0B5D48"/>
            <w:tcMar>
              <w:top w:w="45" w:type="dxa"/>
              <w:left w:w="45" w:type="dxa"/>
              <w:bottom w:w="45" w:type="dxa"/>
              <w:right w:w="45" w:type="dxa"/>
            </w:tcMar>
          </w:tcPr>
          <w:p w14:paraId="7349E7FB" w14:textId="77777777" w:rsidR="00D835BC" w:rsidRDefault="00000000">
            <w:pPr>
              <w:jc w:val="center"/>
            </w:pPr>
            <w:r>
              <w:rPr>
                <w:rFonts w:eastAsia="Arial"/>
                <w:b/>
                <w:color w:val="FFFFFF"/>
                <w:sz w:val="15"/>
              </w:rPr>
              <w:t>Area for Improvement</w:t>
            </w:r>
          </w:p>
        </w:tc>
        <w:tc>
          <w:tcPr>
            <w:tcW w:w="1454" w:type="dxa"/>
            <w:shd w:val="clear" w:color="auto" w:fill="0B5D48"/>
            <w:tcMar>
              <w:top w:w="45" w:type="dxa"/>
              <w:left w:w="45" w:type="dxa"/>
              <w:bottom w:w="45" w:type="dxa"/>
              <w:right w:w="45" w:type="dxa"/>
            </w:tcMar>
          </w:tcPr>
          <w:p w14:paraId="75558396" w14:textId="77777777" w:rsidR="00D835BC" w:rsidRDefault="00000000">
            <w:pPr>
              <w:jc w:val="center"/>
            </w:pPr>
            <w:r>
              <w:rPr>
                <w:rFonts w:eastAsia="Arial"/>
                <w:b/>
                <w:color w:val="FFFFFF"/>
                <w:sz w:val="15"/>
              </w:rPr>
              <w:t>Corrective Action</w:t>
            </w:r>
          </w:p>
        </w:tc>
        <w:tc>
          <w:tcPr>
            <w:tcW w:w="1454" w:type="dxa"/>
            <w:shd w:val="clear" w:color="auto" w:fill="0B5D48"/>
            <w:tcMar>
              <w:top w:w="45" w:type="dxa"/>
              <w:left w:w="45" w:type="dxa"/>
              <w:bottom w:w="45" w:type="dxa"/>
              <w:right w:w="45" w:type="dxa"/>
            </w:tcMar>
          </w:tcPr>
          <w:p w14:paraId="6CA617FC" w14:textId="77777777" w:rsidR="00D835BC" w:rsidRDefault="00000000">
            <w:pPr>
              <w:jc w:val="center"/>
            </w:pPr>
            <w:r>
              <w:rPr>
                <w:rFonts w:eastAsia="Arial"/>
                <w:b/>
                <w:color w:val="FFFFFF"/>
                <w:sz w:val="15"/>
              </w:rPr>
              <w:t>Capability / Plan Element</w:t>
            </w:r>
          </w:p>
        </w:tc>
        <w:tc>
          <w:tcPr>
            <w:tcW w:w="1454" w:type="dxa"/>
            <w:shd w:val="clear" w:color="auto" w:fill="0B5D48"/>
            <w:tcMar>
              <w:top w:w="45" w:type="dxa"/>
              <w:left w:w="45" w:type="dxa"/>
              <w:bottom w:w="45" w:type="dxa"/>
              <w:right w:w="45" w:type="dxa"/>
            </w:tcMar>
          </w:tcPr>
          <w:p w14:paraId="3AF3208C" w14:textId="77777777" w:rsidR="00D835BC" w:rsidRDefault="00000000">
            <w:pPr>
              <w:jc w:val="center"/>
            </w:pPr>
            <w:r>
              <w:rPr>
                <w:rFonts w:eastAsia="Arial"/>
                <w:b/>
                <w:color w:val="FFFFFF"/>
                <w:sz w:val="15"/>
              </w:rPr>
              <w:t>Priority</w:t>
            </w:r>
          </w:p>
        </w:tc>
        <w:tc>
          <w:tcPr>
            <w:tcW w:w="1454" w:type="dxa"/>
            <w:shd w:val="clear" w:color="auto" w:fill="0B5D48"/>
            <w:tcMar>
              <w:top w:w="45" w:type="dxa"/>
              <w:left w:w="45" w:type="dxa"/>
              <w:bottom w:w="45" w:type="dxa"/>
              <w:right w:w="45" w:type="dxa"/>
            </w:tcMar>
          </w:tcPr>
          <w:p w14:paraId="1C347A65" w14:textId="77777777" w:rsidR="00D835BC" w:rsidRDefault="00000000">
            <w:pPr>
              <w:jc w:val="center"/>
            </w:pPr>
            <w:r>
              <w:rPr>
                <w:rFonts w:eastAsia="Arial"/>
                <w:b/>
                <w:color w:val="FFFFFF"/>
                <w:sz w:val="15"/>
              </w:rPr>
              <w:t>Responsible Owner</w:t>
            </w:r>
          </w:p>
        </w:tc>
        <w:tc>
          <w:tcPr>
            <w:tcW w:w="1454" w:type="dxa"/>
            <w:shd w:val="clear" w:color="auto" w:fill="0B5D48"/>
            <w:tcMar>
              <w:top w:w="45" w:type="dxa"/>
              <w:left w:w="45" w:type="dxa"/>
              <w:bottom w:w="45" w:type="dxa"/>
              <w:right w:w="45" w:type="dxa"/>
            </w:tcMar>
          </w:tcPr>
          <w:p w14:paraId="24483EDF" w14:textId="77777777" w:rsidR="00D835BC" w:rsidRDefault="00000000">
            <w:pPr>
              <w:jc w:val="center"/>
            </w:pPr>
            <w:r>
              <w:rPr>
                <w:rFonts w:eastAsia="Arial"/>
                <w:b/>
                <w:color w:val="FFFFFF"/>
                <w:sz w:val="15"/>
              </w:rPr>
              <w:t>Start Date</w:t>
            </w:r>
          </w:p>
        </w:tc>
        <w:tc>
          <w:tcPr>
            <w:tcW w:w="1454" w:type="dxa"/>
            <w:shd w:val="clear" w:color="auto" w:fill="0B5D48"/>
            <w:tcMar>
              <w:top w:w="45" w:type="dxa"/>
              <w:left w:w="45" w:type="dxa"/>
              <w:bottom w:w="45" w:type="dxa"/>
              <w:right w:w="45" w:type="dxa"/>
            </w:tcMar>
          </w:tcPr>
          <w:p w14:paraId="02A0C41C" w14:textId="77777777" w:rsidR="00D835BC" w:rsidRDefault="00000000">
            <w:pPr>
              <w:jc w:val="center"/>
            </w:pPr>
            <w:r>
              <w:rPr>
                <w:rFonts w:eastAsia="Arial"/>
                <w:b/>
                <w:color w:val="FFFFFF"/>
                <w:sz w:val="15"/>
              </w:rPr>
              <w:t>Target Completion</w:t>
            </w:r>
          </w:p>
        </w:tc>
        <w:tc>
          <w:tcPr>
            <w:tcW w:w="1454" w:type="dxa"/>
            <w:shd w:val="clear" w:color="auto" w:fill="0B5D48"/>
            <w:tcMar>
              <w:top w:w="45" w:type="dxa"/>
              <w:left w:w="45" w:type="dxa"/>
              <w:bottom w:w="45" w:type="dxa"/>
              <w:right w:w="45" w:type="dxa"/>
            </w:tcMar>
          </w:tcPr>
          <w:p w14:paraId="6C902A81" w14:textId="77777777" w:rsidR="00D835BC" w:rsidRDefault="00000000">
            <w:pPr>
              <w:jc w:val="center"/>
            </w:pPr>
            <w:r>
              <w:rPr>
                <w:rFonts w:eastAsia="Arial"/>
                <w:b/>
                <w:color w:val="FFFFFF"/>
                <w:sz w:val="15"/>
              </w:rPr>
              <w:t>Status</w:t>
            </w:r>
          </w:p>
        </w:tc>
        <w:tc>
          <w:tcPr>
            <w:tcW w:w="1454" w:type="dxa"/>
            <w:shd w:val="clear" w:color="auto" w:fill="0B5D48"/>
            <w:tcMar>
              <w:top w:w="45" w:type="dxa"/>
              <w:left w:w="45" w:type="dxa"/>
              <w:bottom w:w="45" w:type="dxa"/>
              <w:right w:w="45" w:type="dxa"/>
            </w:tcMar>
          </w:tcPr>
          <w:p w14:paraId="71BB89E1" w14:textId="77777777" w:rsidR="00D835BC" w:rsidRDefault="00000000">
            <w:pPr>
              <w:jc w:val="center"/>
            </w:pPr>
            <w:r>
              <w:rPr>
                <w:rFonts w:eastAsia="Arial"/>
                <w:b/>
                <w:color w:val="FFFFFF"/>
                <w:sz w:val="15"/>
              </w:rPr>
              <w:t>Verification / Evidence</w:t>
            </w:r>
          </w:p>
        </w:tc>
      </w:tr>
      <w:tr w:rsidR="00D835BC" w14:paraId="04B6E5A6" w14:textId="77777777">
        <w:trPr>
          <w:jc w:val="center"/>
        </w:trPr>
        <w:tc>
          <w:tcPr>
            <w:tcW w:w="1454" w:type="dxa"/>
            <w:tcMar>
              <w:top w:w="55" w:type="dxa"/>
              <w:left w:w="45" w:type="dxa"/>
              <w:bottom w:w="55" w:type="dxa"/>
              <w:right w:w="45" w:type="dxa"/>
            </w:tcMar>
          </w:tcPr>
          <w:p w14:paraId="5E5E61D6" w14:textId="77777777" w:rsidR="00D835BC" w:rsidRDefault="00000000">
            <w:pPr>
              <w:jc w:val="center"/>
            </w:pPr>
            <w:r>
              <w:rPr>
                <w:rFonts w:eastAsia="Arial"/>
                <w:b/>
                <w:color w:val="0B5D48"/>
                <w:sz w:val="17"/>
              </w:rPr>
              <w:t>IP-01</w:t>
            </w:r>
          </w:p>
        </w:tc>
        <w:tc>
          <w:tcPr>
            <w:tcW w:w="1454" w:type="dxa"/>
            <w:tcMar>
              <w:top w:w="55" w:type="dxa"/>
              <w:left w:w="45" w:type="dxa"/>
              <w:bottom w:w="55" w:type="dxa"/>
              <w:right w:w="45" w:type="dxa"/>
            </w:tcMar>
          </w:tcPr>
          <w:p w14:paraId="65DC2F8C" w14:textId="77777777" w:rsidR="00D835BC" w:rsidRDefault="00000000">
            <w:r>
              <w:rPr>
                <w:rFonts w:eastAsia="Arial"/>
                <w:i/>
                <w:color w:val="6B7280"/>
                <w:sz w:val="21"/>
              </w:rPr>
              <w:t>[Enter]</w:t>
            </w:r>
          </w:p>
        </w:tc>
        <w:tc>
          <w:tcPr>
            <w:tcW w:w="1454" w:type="dxa"/>
            <w:tcMar>
              <w:top w:w="55" w:type="dxa"/>
              <w:left w:w="45" w:type="dxa"/>
              <w:bottom w:w="55" w:type="dxa"/>
              <w:right w:w="45" w:type="dxa"/>
            </w:tcMar>
          </w:tcPr>
          <w:p w14:paraId="4B1901C6" w14:textId="77777777" w:rsidR="00D835BC" w:rsidRDefault="00000000">
            <w:r>
              <w:rPr>
                <w:rFonts w:eastAsia="Arial"/>
                <w:i/>
                <w:color w:val="6B7280"/>
                <w:sz w:val="21"/>
              </w:rPr>
              <w:t>[Enter]</w:t>
            </w:r>
          </w:p>
        </w:tc>
        <w:tc>
          <w:tcPr>
            <w:tcW w:w="1454" w:type="dxa"/>
            <w:tcMar>
              <w:top w:w="55" w:type="dxa"/>
              <w:left w:w="45" w:type="dxa"/>
              <w:bottom w:w="55" w:type="dxa"/>
              <w:right w:w="45" w:type="dxa"/>
            </w:tcMar>
          </w:tcPr>
          <w:p w14:paraId="1965E2B2" w14:textId="77777777" w:rsidR="00D835BC" w:rsidRDefault="00000000">
            <w:r>
              <w:rPr>
                <w:rFonts w:eastAsia="Arial"/>
                <w:i/>
                <w:color w:val="6B7280"/>
                <w:sz w:val="21"/>
              </w:rPr>
              <w:t>[Enter]</w:t>
            </w:r>
          </w:p>
        </w:tc>
        <w:tc>
          <w:tcPr>
            <w:tcW w:w="1454" w:type="dxa"/>
            <w:tcMar>
              <w:top w:w="55" w:type="dxa"/>
              <w:left w:w="45" w:type="dxa"/>
              <w:bottom w:w="55" w:type="dxa"/>
              <w:right w:w="45" w:type="dxa"/>
            </w:tcMar>
          </w:tcPr>
          <w:p w14:paraId="74B6915D" w14:textId="77777777" w:rsidR="00D835BC" w:rsidRDefault="00000000">
            <w:r>
              <w:rPr>
                <w:rFonts w:eastAsia="Arial"/>
                <w:i/>
                <w:color w:val="6B7280"/>
                <w:sz w:val="21"/>
              </w:rPr>
              <w:t>[Enter]</w:t>
            </w:r>
          </w:p>
        </w:tc>
        <w:tc>
          <w:tcPr>
            <w:tcW w:w="1454" w:type="dxa"/>
            <w:tcMar>
              <w:top w:w="55" w:type="dxa"/>
              <w:left w:w="45" w:type="dxa"/>
              <w:bottom w:w="55" w:type="dxa"/>
              <w:right w:w="45" w:type="dxa"/>
            </w:tcMar>
          </w:tcPr>
          <w:p w14:paraId="1AF3A0A9" w14:textId="77777777" w:rsidR="00D835BC" w:rsidRDefault="00000000">
            <w:r>
              <w:rPr>
                <w:rFonts w:eastAsia="Arial"/>
                <w:i/>
                <w:color w:val="6B7280"/>
                <w:sz w:val="21"/>
              </w:rPr>
              <w:t>[Enter]</w:t>
            </w:r>
          </w:p>
        </w:tc>
        <w:tc>
          <w:tcPr>
            <w:tcW w:w="1454" w:type="dxa"/>
            <w:tcMar>
              <w:top w:w="55" w:type="dxa"/>
              <w:left w:w="45" w:type="dxa"/>
              <w:bottom w:w="55" w:type="dxa"/>
              <w:right w:w="45" w:type="dxa"/>
            </w:tcMar>
          </w:tcPr>
          <w:p w14:paraId="0F674140" w14:textId="77777777" w:rsidR="00D835BC" w:rsidRDefault="00000000">
            <w:r>
              <w:rPr>
                <w:rFonts w:eastAsia="Arial"/>
                <w:i/>
                <w:color w:val="6B7280"/>
                <w:sz w:val="21"/>
              </w:rPr>
              <w:t>[Enter]</w:t>
            </w:r>
          </w:p>
        </w:tc>
        <w:tc>
          <w:tcPr>
            <w:tcW w:w="1454" w:type="dxa"/>
            <w:tcMar>
              <w:top w:w="55" w:type="dxa"/>
              <w:left w:w="45" w:type="dxa"/>
              <w:bottom w:w="55" w:type="dxa"/>
              <w:right w:w="45" w:type="dxa"/>
            </w:tcMar>
          </w:tcPr>
          <w:p w14:paraId="073EDD2A" w14:textId="77777777" w:rsidR="00D835BC" w:rsidRDefault="00000000">
            <w:r>
              <w:rPr>
                <w:rFonts w:eastAsia="Arial"/>
                <w:i/>
                <w:color w:val="6B7280"/>
                <w:sz w:val="21"/>
              </w:rPr>
              <w:t>[Enter]</w:t>
            </w:r>
          </w:p>
        </w:tc>
        <w:tc>
          <w:tcPr>
            <w:tcW w:w="1454" w:type="dxa"/>
            <w:tcMar>
              <w:top w:w="55" w:type="dxa"/>
              <w:left w:w="45" w:type="dxa"/>
              <w:bottom w:w="55" w:type="dxa"/>
              <w:right w:w="45" w:type="dxa"/>
            </w:tcMar>
          </w:tcPr>
          <w:p w14:paraId="11B74E7B" w14:textId="77777777" w:rsidR="00D835BC" w:rsidRDefault="00000000">
            <w:r>
              <w:rPr>
                <w:rFonts w:eastAsia="Arial"/>
                <w:i/>
                <w:color w:val="6B7280"/>
                <w:sz w:val="21"/>
              </w:rPr>
              <w:t>[Enter]</w:t>
            </w:r>
          </w:p>
        </w:tc>
        <w:tc>
          <w:tcPr>
            <w:tcW w:w="1454" w:type="dxa"/>
            <w:tcMar>
              <w:top w:w="55" w:type="dxa"/>
              <w:left w:w="45" w:type="dxa"/>
              <w:bottom w:w="55" w:type="dxa"/>
              <w:right w:w="45" w:type="dxa"/>
            </w:tcMar>
          </w:tcPr>
          <w:p w14:paraId="404A7D54" w14:textId="77777777" w:rsidR="00D835BC" w:rsidRDefault="00000000">
            <w:r>
              <w:rPr>
                <w:rFonts w:eastAsia="Arial"/>
                <w:i/>
                <w:color w:val="6B7280"/>
                <w:sz w:val="21"/>
              </w:rPr>
              <w:t>[Enter]</w:t>
            </w:r>
          </w:p>
        </w:tc>
      </w:tr>
      <w:tr w:rsidR="00D835BC" w14:paraId="4F549C89" w14:textId="77777777">
        <w:trPr>
          <w:jc w:val="center"/>
        </w:trPr>
        <w:tc>
          <w:tcPr>
            <w:tcW w:w="1454" w:type="dxa"/>
            <w:tcMar>
              <w:top w:w="55" w:type="dxa"/>
              <w:left w:w="45" w:type="dxa"/>
              <w:bottom w:w="55" w:type="dxa"/>
              <w:right w:w="45" w:type="dxa"/>
            </w:tcMar>
          </w:tcPr>
          <w:p w14:paraId="7794B485" w14:textId="77777777" w:rsidR="00D835BC" w:rsidRDefault="00000000">
            <w:pPr>
              <w:jc w:val="center"/>
            </w:pPr>
            <w:r>
              <w:rPr>
                <w:rFonts w:eastAsia="Arial"/>
                <w:b/>
                <w:color w:val="0B5D48"/>
                <w:sz w:val="17"/>
              </w:rPr>
              <w:t>IP-02</w:t>
            </w:r>
          </w:p>
        </w:tc>
        <w:tc>
          <w:tcPr>
            <w:tcW w:w="1454" w:type="dxa"/>
            <w:tcMar>
              <w:top w:w="55" w:type="dxa"/>
              <w:left w:w="45" w:type="dxa"/>
              <w:bottom w:w="55" w:type="dxa"/>
              <w:right w:w="45" w:type="dxa"/>
            </w:tcMar>
          </w:tcPr>
          <w:p w14:paraId="1EDE3A65" w14:textId="77777777" w:rsidR="00D835BC" w:rsidRDefault="00000000">
            <w:r>
              <w:rPr>
                <w:rFonts w:eastAsia="Arial"/>
                <w:i/>
                <w:color w:val="6B7280"/>
                <w:sz w:val="21"/>
              </w:rPr>
              <w:t>[Enter]</w:t>
            </w:r>
          </w:p>
        </w:tc>
        <w:tc>
          <w:tcPr>
            <w:tcW w:w="1454" w:type="dxa"/>
            <w:tcMar>
              <w:top w:w="55" w:type="dxa"/>
              <w:left w:w="45" w:type="dxa"/>
              <w:bottom w:w="55" w:type="dxa"/>
              <w:right w:w="45" w:type="dxa"/>
            </w:tcMar>
          </w:tcPr>
          <w:p w14:paraId="4E72F3B5" w14:textId="77777777" w:rsidR="00D835BC" w:rsidRDefault="00000000">
            <w:r>
              <w:rPr>
                <w:rFonts w:eastAsia="Arial"/>
                <w:i/>
                <w:color w:val="6B7280"/>
                <w:sz w:val="21"/>
              </w:rPr>
              <w:t>[Enter]</w:t>
            </w:r>
          </w:p>
        </w:tc>
        <w:tc>
          <w:tcPr>
            <w:tcW w:w="1454" w:type="dxa"/>
            <w:tcMar>
              <w:top w:w="55" w:type="dxa"/>
              <w:left w:w="45" w:type="dxa"/>
              <w:bottom w:w="55" w:type="dxa"/>
              <w:right w:w="45" w:type="dxa"/>
            </w:tcMar>
          </w:tcPr>
          <w:p w14:paraId="2AFC3761" w14:textId="77777777" w:rsidR="00D835BC" w:rsidRDefault="00000000">
            <w:r>
              <w:rPr>
                <w:rFonts w:eastAsia="Arial"/>
                <w:i/>
                <w:color w:val="6B7280"/>
                <w:sz w:val="21"/>
              </w:rPr>
              <w:t>[Enter]</w:t>
            </w:r>
          </w:p>
        </w:tc>
        <w:tc>
          <w:tcPr>
            <w:tcW w:w="1454" w:type="dxa"/>
            <w:tcMar>
              <w:top w:w="55" w:type="dxa"/>
              <w:left w:w="45" w:type="dxa"/>
              <w:bottom w:w="55" w:type="dxa"/>
              <w:right w:w="45" w:type="dxa"/>
            </w:tcMar>
          </w:tcPr>
          <w:p w14:paraId="28E548CD" w14:textId="77777777" w:rsidR="00D835BC" w:rsidRDefault="00000000">
            <w:r>
              <w:rPr>
                <w:rFonts w:eastAsia="Arial"/>
                <w:i/>
                <w:color w:val="6B7280"/>
                <w:sz w:val="21"/>
              </w:rPr>
              <w:t>[Enter]</w:t>
            </w:r>
          </w:p>
        </w:tc>
        <w:tc>
          <w:tcPr>
            <w:tcW w:w="1454" w:type="dxa"/>
            <w:tcMar>
              <w:top w:w="55" w:type="dxa"/>
              <w:left w:w="45" w:type="dxa"/>
              <w:bottom w:w="55" w:type="dxa"/>
              <w:right w:w="45" w:type="dxa"/>
            </w:tcMar>
          </w:tcPr>
          <w:p w14:paraId="7F269BAA" w14:textId="77777777" w:rsidR="00D835BC" w:rsidRDefault="00000000">
            <w:r>
              <w:rPr>
                <w:rFonts w:eastAsia="Arial"/>
                <w:i/>
                <w:color w:val="6B7280"/>
                <w:sz w:val="21"/>
              </w:rPr>
              <w:t>[Enter]</w:t>
            </w:r>
          </w:p>
        </w:tc>
        <w:tc>
          <w:tcPr>
            <w:tcW w:w="1454" w:type="dxa"/>
            <w:tcMar>
              <w:top w:w="55" w:type="dxa"/>
              <w:left w:w="45" w:type="dxa"/>
              <w:bottom w:w="55" w:type="dxa"/>
              <w:right w:w="45" w:type="dxa"/>
            </w:tcMar>
          </w:tcPr>
          <w:p w14:paraId="072EB5A2" w14:textId="77777777" w:rsidR="00D835BC" w:rsidRDefault="00000000">
            <w:r>
              <w:rPr>
                <w:rFonts w:eastAsia="Arial"/>
                <w:i/>
                <w:color w:val="6B7280"/>
                <w:sz w:val="21"/>
              </w:rPr>
              <w:t>[Enter]</w:t>
            </w:r>
          </w:p>
        </w:tc>
        <w:tc>
          <w:tcPr>
            <w:tcW w:w="1454" w:type="dxa"/>
            <w:tcMar>
              <w:top w:w="55" w:type="dxa"/>
              <w:left w:w="45" w:type="dxa"/>
              <w:bottom w:w="55" w:type="dxa"/>
              <w:right w:w="45" w:type="dxa"/>
            </w:tcMar>
          </w:tcPr>
          <w:p w14:paraId="25FAB87B" w14:textId="77777777" w:rsidR="00D835BC" w:rsidRDefault="00000000">
            <w:r>
              <w:rPr>
                <w:rFonts w:eastAsia="Arial"/>
                <w:i/>
                <w:color w:val="6B7280"/>
                <w:sz w:val="21"/>
              </w:rPr>
              <w:t>[Enter]</w:t>
            </w:r>
          </w:p>
        </w:tc>
        <w:tc>
          <w:tcPr>
            <w:tcW w:w="1454" w:type="dxa"/>
            <w:tcMar>
              <w:top w:w="55" w:type="dxa"/>
              <w:left w:w="45" w:type="dxa"/>
              <w:bottom w:w="55" w:type="dxa"/>
              <w:right w:w="45" w:type="dxa"/>
            </w:tcMar>
          </w:tcPr>
          <w:p w14:paraId="1E841C1B" w14:textId="77777777" w:rsidR="00D835BC" w:rsidRDefault="00000000">
            <w:r>
              <w:rPr>
                <w:rFonts w:eastAsia="Arial"/>
                <w:i/>
                <w:color w:val="6B7280"/>
                <w:sz w:val="21"/>
              </w:rPr>
              <w:t>[Enter]</w:t>
            </w:r>
          </w:p>
        </w:tc>
        <w:tc>
          <w:tcPr>
            <w:tcW w:w="1454" w:type="dxa"/>
            <w:tcMar>
              <w:top w:w="55" w:type="dxa"/>
              <w:left w:w="45" w:type="dxa"/>
              <w:bottom w:w="55" w:type="dxa"/>
              <w:right w:w="45" w:type="dxa"/>
            </w:tcMar>
          </w:tcPr>
          <w:p w14:paraId="4D36EDFB" w14:textId="77777777" w:rsidR="00D835BC" w:rsidRDefault="00000000">
            <w:r>
              <w:rPr>
                <w:rFonts w:eastAsia="Arial"/>
                <w:i/>
                <w:color w:val="6B7280"/>
                <w:sz w:val="21"/>
              </w:rPr>
              <w:t>[Enter]</w:t>
            </w:r>
          </w:p>
        </w:tc>
      </w:tr>
      <w:tr w:rsidR="00D835BC" w14:paraId="11198234" w14:textId="77777777">
        <w:trPr>
          <w:jc w:val="center"/>
        </w:trPr>
        <w:tc>
          <w:tcPr>
            <w:tcW w:w="1454" w:type="dxa"/>
            <w:tcMar>
              <w:top w:w="55" w:type="dxa"/>
              <w:left w:w="45" w:type="dxa"/>
              <w:bottom w:w="55" w:type="dxa"/>
              <w:right w:w="45" w:type="dxa"/>
            </w:tcMar>
          </w:tcPr>
          <w:p w14:paraId="7C061240" w14:textId="77777777" w:rsidR="00D835BC" w:rsidRDefault="00000000">
            <w:pPr>
              <w:jc w:val="center"/>
            </w:pPr>
            <w:r>
              <w:rPr>
                <w:rFonts w:eastAsia="Arial"/>
                <w:b/>
                <w:color w:val="0B5D48"/>
                <w:sz w:val="17"/>
              </w:rPr>
              <w:t>IP-03</w:t>
            </w:r>
          </w:p>
        </w:tc>
        <w:tc>
          <w:tcPr>
            <w:tcW w:w="1454" w:type="dxa"/>
            <w:tcMar>
              <w:top w:w="55" w:type="dxa"/>
              <w:left w:w="45" w:type="dxa"/>
              <w:bottom w:w="55" w:type="dxa"/>
              <w:right w:w="45" w:type="dxa"/>
            </w:tcMar>
          </w:tcPr>
          <w:p w14:paraId="0FF72354" w14:textId="77777777" w:rsidR="00D835BC" w:rsidRDefault="00000000">
            <w:r>
              <w:rPr>
                <w:rFonts w:eastAsia="Arial"/>
                <w:i/>
                <w:color w:val="6B7280"/>
                <w:sz w:val="21"/>
              </w:rPr>
              <w:t>[Enter]</w:t>
            </w:r>
          </w:p>
        </w:tc>
        <w:tc>
          <w:tcPr>
            <w:tcW w:w="1454" w:type="dxa"/>
            <w:tcMar>
              <w:top w:w="55" w:type="dxa"/>
              <w:left w:w="45" w:type="dxa"/>
              <w:bottom w:w="55" w:type="dxa"/>
              <w:right w:w="45" w:type="dxa"/>
            </w:tcMar>
          </w:tcPr>
          <w:p w14:paraId="17130D95" w14:textId="77777777" w:rsidR="00D835BC" w:rsidRDefault="00000000">
            <w:r>
              <w:rPr>
                <w:rFonts w:eastAsia="Arial"/>
                <w:i/>
                <w:color w:val="6B7280"/>
                <w:sz w:val="21"/>
              </w:rPr>
              <w:t>[Enter]</w:t>
            </w:r>
          </w:p>
        </w:tc>
        <w:tc>
          <w:tcPr>
            <w:tcW w:w="1454" w:type="dxa"/>
            <w:tcMar>
              <w:top w:w="55" w:type="dxa"/>
              <w:left w:w="45" w:type="dxa"/>
              <w:bottom w:w="55" w:type="dxa"/>
              <w:right w:w="45" w:type="dxa"/>
            </w:tcMar>
          </w:tcPr>
          <w:p w14:paraId="50FCCC38" w14:textId="77777777" w:rsidR="00D835BC" w:rsidRDefault="00000000">
            <w:r>
              <w:rPr>
                <w:rFonts w:eastAsia="Arial"/>
                <w:i/>
                <w:color w:val="6B7280"/>
                <w:sz w:val="21"/>
              </w:rPr>
              <w:t>[Enter]</w:t>
            </w:r>
          </w:p>
        </w:tc>
        <w:tc>
          <w:tcPr>
            <w:tcW w:w="1454" w:type="dxa"/>
            <w:tcMar>
              <w:top w:w="55" w:type="dxa"/>
              <w:left w:w="45" w:type="dxa"/>
              <w:bottom w:w="55" w:type="dxa"/>
              <w:right w:w="45" w:type="dxa"/>
            </w:tcMar>
          </w:tcPr>
          <w:p w14:paraId="0D3357F0" w14:textId="77777777" w:rsidR="00D835BC" w:rsidRDefault="00000000">
            <w:r>
              <w:rPr>
                <w:rFonts w:eastAsia="Arial"/>
                <w:i/>
                <w:color w:val="6B7280"/>
                <w:sz w:val="21"/>
              </w:rPr>
              <w:t>[Enter]</w:t>
            </w:r>
          </w:p>
        </w:tc>
        <w:tc>
          <w:tcPr>
            <w:tcW w:w="1454" w:type="dxa"/>
            <w:tcMar>
              <w:top w:w="55" w:type="dxa"/>
              <w:left w:w="45" w:type="dxa"/>
              <w:bottom w:w="55" w:type="dxa"/>
              <w:right w:w="45" w:type="dxa"/>
            </w:tcMar>
          </w:tcPr>
          <w:p w14:paraId="05C152A1" w14:textId="77777777" w:rsidR="00D835BC" w:rsidRDefault="00000000">
            <w:r>
              <w:rPr>
                <w:rFonts w:eastAsia="Arial"/>
                <w:i/>
                <w:color w:val="6B7280"/>
                <w:sz w:val="21"/>
              </w:rPr>
              <w:t>[Enter]</w:t>
            </w:r>
          </w:p>
        </w:tc>
        <w:tc>
          <w:tcPr>
            <w:tcW w:w="1454" w:type="dxa"/>
            <w:tcMar>
              <w:top w:w="55" w:type="dxa"/>
              <w:left w:w="45" w:type="dxa"/>
              <w:bottom w:w="55" w:type="dxa"/>
              <w:right w:w="45" w:type="dxa"/>
            </w:tcMar>
          </w:tcPr>
          <w:p w14:paraId="648BA60E" w14:textId="77777777" w:rsidR="00D835BC" w:rsidRDefault="00000000">
            <w:r>
              <w:rPr>
                <w:rFonts w:eastAsia="Arial"/>
                <w:i/>
                <w:color w:val="6B7280"/>
                <w:sz w:val="21"/>
              </w:rPr>
              <w:t>[Enter]</w:t>
            </w:r>
          </w:p>
        </w:tc>
        <w:tc>
          <w:tcPr>
            <w:tcW w:w="1454" w:type="dxa"/>
            <w:tcMar>
              <w:top w:w="55" w:type="dxa"/>
              <w:left w:w="45" w:type="dxa"/>
              <w:bottom w:w="55" w:type="dxa"/>
              <w:right w:w="45" w:type="dxa"/>
            </w:tcMar>
          </w:tcPr>
          <w:p w14:paraId="5C6E506F" w14:textId="77777777" w:rsidR="00D835BC" w:rsidRDefault="00000000">
            <w:r>
              <w:rPr>
                <w:rFonts w:eastAsia="Arial"/>
                <w:i/>
                <w:color w:val="6B7280"/>
                <w:sz w:val="21"/>
              </w:rPr>
              <w:t>[Enter]</w:t>
            </w:r>
          </w:p>
        </w:tc>
        <w:tc>
          <w:tcPr>
            <w:tcW w:w="1454" w:type="dxa"/>
            <w:tcMar>
              <w:top w:w="55" w:type="dxa"/>
              <w:left w:w="45" w:type="dxa"/>
              <w:bottom w:w="55" w:type="dxa"/>
              <w:right w:w="45" w:type="dxa"/>
            </w:tcMar>
          </w:tcPr>
          <w:p w14:paraId="0F109B01" w14:textId="77777777" w:rsidR="00D835BC" w:rsidRDefault="00000000">
            <w:r>
              <w:rPr>
                <w:rFonts w:eastAsia="Arial"/>
                <w:i/>
                <w:color w:val="6B7280"/>
                <w:sz w:val="21"/>
              </w:rPr>
              <w:t>[Enter]</w:t>
            </w:r>
          </w:p>
        </w:tc>
        <w:tc>
          <w:tcPr>
            <w:tcW w:w="1454" w:type="dxa"/>
            <w:tcMar>
              <w:top w:w="55" w:type="dxa"/>
              <w:left w:w="45" w:type="dxa"/>
              <w:bottom w:w="55" w:type="dxa"/>
              <w:right w:w="45" w:type="dxa"/>
            </w:tcMar>
          </w:tcPr>
          <w:p w14:paraId="0B171F54" w14:textId="77777777" w:rsidR="00D835BC" w:rsidRDefault="00000000">
            <w:r>
              <w:rPr>
                <w:rFonts w:eastAsia="Arial"/>
                <w:i/>
                <w:color w:val="6B7280"/>
                <w:sz w:val="21"/>
              </w:rPr>
              <w:t>[Enter]</w:t>
            </w:r>
          </w:p>
        </w:tc>
      </w:tr>
      <w:tr w:rsidR="00D835BC" w14:paraId="44CD7060" w14:textId="77777777">
        <w:trPr>
          <w:jc w:val="center"/>
        </w:trPr>
        <w:tc>
          <w:tcPr>
            <w:tcW w:w="1454" w:type="dxa"/>
            <w:tcMar>
              <w:top w:w="55" w:type="dxa"/>
              <w:left w:w="45" w:type="dxa"/>
              <w:bottom w:w="55" w:type="dxa"/>
              <w:right w:w="45" w:type="dxa"/>
            </w:tcMar>
          </w:tcPr>
          <w:p w14:paraId="1AA4D092" w14:textId="77777777" w:rsidR="00D835BC" w:rsidRDefault="00000000">
            <w:pPr>
              <w:jc w:val="center"/>
            </w:pPr>
            <w:r>
              <w:rPr>
                <w:rFonts w:eastAsia="Arial"/>
                <w:b/>
                <w:color w:val="0B5D48"/>
                <w:sz w:val="17"/>
              </w:rPr>
              <w:t>IP-04</w:t>
            </w:r>
          </w:p>
        </w:tc>
        <w:tc>
          <w:tcPr>
            <w:tcW w:w="1454" w:type="dxa"/>
            <w:tcMar>
              <w:top w:w="55" w:type="dxa"/>
              <w:left w:w="45" w:type="dxa"/>
              <w:bottom w:w="55" w:type="dxa"/>
              <w:right w:w="45" w:type="dxa"/>
            </w:tcMar>
          </w:tcPr>
          <w:p w14:paraId="3FE2360C" w14:textId="77777777" w:rsidR="00D835BC" w:rsidRDefault="00000000">
            <w:r>
              <w:rPr>
                <w:rFonts w:eastAsia="Arial"/>
                <w:i/>
                <w:color w:val="6B7280"/>
                <w:sz w:val="21"/>
              </w:rPr>
              <w:t>[Enter]</w:t>
            </w:r>
          </w:p>
        </w:tc>
        <w:tc>
          <w:tcPr>
            <w:tcW w:w="1454" w:type="dxa"/>
            <w:tcMar>
              <w:top w:w="55" w:type="dxa"/>
              <w:left w:w="45" w:type="dxa"/>
              <w:bottom w:w="55" w:type="dxa"/>
              <w:right w:w="45" w:type="dxa"/>
            </w:tcMar>
          </w:tcPr>
          <w:p w14:paraId="64404F5C" w14:textId="77777777" w:rsidR="00D835BC" w:rsidRDefault="00000000">
            <w:r>
              <w:rPr>
                <w:rFonts w:eastAsia="Arial"/>
                <w:i/>
                <w:color w:val="6B7280"/>
                <w:sz w:val="21"/>
              </w:rPr>
              <w:t>[Enter]</w:t>
            </w:r>
          </w:p>
        </w:tc>
        <w:tc>
          <w:tcPr>
            <w:tcW w:w="1454" w:type="dxa"/>
            <w:tcMar>
              <w:top w:w="55" w:type="dxa"/>
              <w:left w:w="45" w:type="dxa"/>
              <w:bottom w:w="55" w:type="dxa"/>
              <w:right w:w="45" w:type="dxa"/>
            </w:tcMar>
          </w:tcPr>
          <w:p w14:paraId="123176EF" w14:textId="77777777" w:rsidR="00D835BC" w:rsidRDefault="00000000">
            <w:r>
              <w:rPr>
                <w:rFonts w:eastAsia="Arial"/>
                <w:i/>
                <w:color w:val="6B7280"/>
                <w:sz w:val="21"/>
              </w:rPr>
              <w:t>[Enter]</w:t>
            </w:r>
          </w:p>
        </w:tc>
        <w:tc>
          <w:tcPr>
            <w:tcW w:w="1454" w:type="dxa"/>
            <w:tcMar>
              <w:top w:w="55" w:type="dxa"/>
              <w:left w:w="45" w:type="dxa"/>
              <w:bottom w:w="55" w:type="dxa"/>
              <w:right w:w="45" w:type="dxa"/>
            </w:tcMar>
          </w:tcPr>
          <w:p w14:paraId="0EAC61A1" w14:textId="77777777" w:rsidR="00D835BC" w:rsidRDefault="00000000">
            <w:r>
              <w:rPr>
                <w:rFonts w:eastAsia="Arial"/>
                <w:i/>
                <w:color w:val="6B7280"/>
                <w:sz w:val="21"/>
              </w:rPr>
              <w:t>[Enter]</w:t>
            </w:r>
          </w:p>
        </w:tc>
        <w:tc>
          <w:tcPr>
            <w:tcW w:w="1454" w:type="dxa"/>
            <w:tcMar>
              <w:top w:w="55" w:type="dxa"/>
              <w:left w:w="45" w:type="dxa"/>
              <w:bottom w:w="55" w:type="dxa"/>
              <w:right w:w="45" w:type="dxa"/>
            </w:tcMar>
          </w:tcPr>
          <w:p w14:paraId="062A16D0" w14:textId="77777777" w:rsidR="00D835BC" w:rsidRDefault="00000000">
            <w:r>
              <w:rPr>
                <w:rFonts w:eastAsia="Arial"/>
                <w:i/>
                <w:color w:val="6B7280"/>
                <w:sz w:val="21"/>
              </w:rPr>
              <w:t>[Enter]</w:t>
            </w:r>
          </w:p>
        </w:tc>
        <w:tc>
          <w:tcPr>
            <w:tcW w:w="1454" w:type="dxa"/>
            <w:tcMar>
              <w:top w:w="55" w:type="dxa"/>
              <w:left w:w="45" w:type="dxa"/>
              <w:bottom w:w="55" w:type="dxa"/>
              <w:right w:w="45" w:type="dxa"/>
            </w:tcMar>
          </w:tcPr>
          <w:p w14:paraId="17B9DB51" w14:textId="77777777" w:rsidR="00D835BC" w:rsidRDefault="00000000">
            <w:r>
              <w:rPr>
                <w:rFonts w:eastAsia="Arial"/>
                <w:i/>
                <w:color w:val="6B7280"/>
                <w:sz w:val="21"/>
              </w:rPr>
              <w:t>[Enter]</w:t>
            </w:r>
          </w:p>
        </w:tc>
        <w:tc>
          <w:tcPr>
            <w:tcW w:w="1454" w:type="dxa"/>
            <w:tcMar>
              <w:top w:w="55" w:type="dxa"/>
              <w:left w:w="45" w:type="dxa"/>
              <w:bottom w:w="55" w:type="dxa"/>
              <w:right w:w="45" w:type="dxa"/>
            </w:tcMar>
          </w:tcPr>
          <w:p w14:paraId="501F7D47" w14:textId="77777777" w:rsidR="00D835BC" w:rsidRDefault="00000000">
            <w:r>
              <w:rPr>
                <w:rFonts w:eastAsia="Arial"/>
                <w:i/>
                <w:color w:val="6B7280"/>
                <w:sz w:val="21"/>
              </w:rPr>
              <w:t>[Enter]</w:t>
            </w:r>
          </w:p>
        </w:tc>
        <w:tc>
          <w:tcPr>
            <w:tcW w:w="1454" w:type="dxa"/>
            <w:tcMar>
              <w:top w:w="55" w:type="dxa"/>
              <w:left w:w="45" w:type="dxa"/>
              <w:bottom w:w="55" w:type="dxa"/>
              <w:right w:w="45" w:type="dxa"/>
            </w:tcMar>
          </w:tcPr>
          <w:p w14:paraId="6315F83D" w14:textId="77777777" w:rsidR="00D835BC" w:rsidRDefault="00000000">
            <w:r>
              <w:rPr>
                <w:rFonts w:eastAsia="Arial"/>
                <w:i/>
                <w:color w:val="6B7280"/>
                <w:sz w:val="21"/>
              </w:rPr>
              <w:t>[Enter]</w:t>
            </w:r>
          </w:p>
        </w:tc>
        <w:tc>
          <w:tcPr>
            <w:tcW w:w="1454" w:type="dxa"/>
            <w:tcMar>
              <w:top w:w="55" w:type="dxa"/>
              <w:left w:w="45" w:type="dxa"/>
              <w:bottom w:w="55" w:type="dxa"/>
              <w:right w:w="45" w:type="dxa"/>
            </w:tcMar>
          </w:tcPr>
          <w:p w14:paraId="5CE12821" w14:textId="77777777" w:rsidR="00D835BC" w:rsidRDefault="00000000">
            <w:r>
              <w:rPr>
                <w:rFonts w:eastAsia="Arial"/>
                <w:i/>
                <w:color w:val="6B7280"/>
                <w:sz w:val="21"/>
              </w:rPr>
              <w:t>[Enter]</w:t>
            </w:r>
          </w:p>
        </w:tc>
      </w:tr>
      <w:tr w:rsidR="00D835BC" w14:paraId="504CB2DF" w14:textId="77777777">
        <w:trPr>
          <w:jc w:val="center"/>
        </w:trPr>
        <w:tc>
          <w:tcPr>
            <w:tcW w:w="1454" w:type="dxa"/>
            <w:tcMar>
              <w:top w:w="55" w:type="dxa"/>
              <w:left w:w="45" w:type="dxa"/>
              <w:bottom w:w="55" w:type="dxa"/>
              <w:right w:w="45" w:type="dxa"/>
            </w:tcMar>
          </w:tcPr>
          <w:p w14:paraId="185CEC6B" w14:textId="77777777" w:rsidR="00D835BC" w:rsidRDefault="00000000">
            <w:pPr>
              <w:jc w:val="center"/>
            </w:pPr>
            <w:r>
              <w:rPr>
                <w:rFonts w:eastAsia="Arial"/>
                <w:b/>
                <w:color w:val="0B5D48"/>
                <w:sz w:val="17"/>
              </w:rPr>
              <w:t>IP-05</w:t>
            </w:r>
          </w:p>
        </w:tc>
        <w:tc>
          <w:tcPr>
            <w:tcW w:w="1454" w:type="dxa"/>
            <w:tcMar>
              <w:top w:w="55" w:type="dxa"/>
              <w:left w:w="45" w:type="dxa"/>
              <w:bottom w:w="55" w:type="dxa"/>
              <w:right w:w="45" w:type="dxa"/>
            </w:tcMar>
          </w:tcPr>
          <w:p w14:paraId="3FE67AAC" w14:textId="77777777" w:rsidR="00D835BC" w:rsidRDefault="00000000">
            <w:r>
              <w:rPr>
                <w:rFonts w:eastAsia="Arial"/>
                <w:i/>
                <w:color w:val="6B7280"/>
                <w:sz w:val="21"/>
              </w:rPr>
              <w:t>[Enter]</w:t>
            </w:r>
          </w:p>
        </w:tc>
        <w:tc>
          <w:tcPr>
            <w:tcW w:w="1454" w:type="dxa"/>
            <w:tcMar>
              <w:top w:w="55" w:type="dxa"/>
              <w:left w:w="45" w:type="dxa"/>
              <w:bottom w:w="55" w:type="dxa"/>
              <w:right w:w="45" w:type="dxa"/>
            </w:tcMar>
          </w:tcPr>
          <w:p w14:paraId="07FCDC00" w14:textId="77777777" w:rsidR="00D835BC" w:rsidRDefault="00000000">
            <w:r>
              <w:rPr>
                <w:rFonts w:eastAsia="Arial"/>
                <w:i/>
                <w:color w:val="6B7280"/>
                <w:sz w:val="21"/>
              </w:rPr>
              <w:t>[Enter]</w:t>
            </w:r>
          </w:p>
        </w:tc>
        <w:tc>
          <w:tcPr>
            <w:tcW w:w="1454" w:type="dxa"/>
            <w:tcMar>
              <w:top w:w="55" w:type="dxa"/>
              <w:left w:w="45" w:type="dxa"/>
              <w:bottom w:w="55" w:type="dxa"/>
              <w:right w:w="45" w:type="dxa"/>
            </w:tcMar>
          </w:tcPr>
          <w:p w14:paraId="0A90925E" w14:textId="77777777" w:rsidR="00D835BC" w:rsidRDefault="00000000">
            <w:r>
              <w:rPr>
                <w:rFonts w:eastAsia="Arial"/>
                <w:i/>
                <w:color w:val="6B7280"/>
                <w:sz w:val="21"/>
              </w:rPr>
              <w:t>[Enter]</w:t>
            </w:r>
          </w:p>
        </w:tc>
        <w:tc>
          <w:tcPr>
            <w:tcW w:w="1454" w:type="dxa"/>
            <w:tcMar>
              <w:top w:w="55" w:type="dxa"/>
              <w:left w:w="45" w:type="dxa"/>
              <w:bottom w:w="55" w:type="dxa"/>
              <w:right w:w="45" w:type="dxa"/>
            </w:tcMar>
          </w:tcPr>
          <w:p w14:paraId="674BD39F" w14:textId="77777777" w:rsidR="00D835BC" w:rsidRDefault="00000000">
            <w:r>
              <w:rPr>
                <w:rFonts w:eastAsia="Arial"/>
                <w:i/>
                <w:color w:val="6B7280"/>
                <w:sz w:val="21"/>
              </w:rPr>
              <w:t>[Enter]</w:t>
            </w:r>
          </w:p>
        </w:tc>
        <w:tc>
          <w:tcPr>
            <w:tcW w:w="1454" w:type="dxa"/>
            <w:tcMar>
              <w:top w:w="55" w:type="dxa"/>
              <w:left w:w="45" w:type="dxa"/>
              <w:bottom w:w="55" w:type="dxa"/>
              <w:right w:w="45" w:type="dxa"/>
            </w:tcMar>
          </w:tcPr>
          <w:p w14:paraId="630272CC" w14:textId="77777777" w:rsidR="00D835BC" w:rsidRDefault="00000000">
            <w:r>
              <w:rPr>
                <w:rFonts w:eastAsia="Arial"/>
                <w:i/>
                <w:color w:val="6B7280"/>
                <w:sz w:val="21"/>
              </w:rPr>
              <w:t>[Enter]</w:t>
            </w:r>
          </w:p>
        </w:tc>
        <w:tc>
          <w:tcPr>
            <w:tcW w:w="1454" w:type="dxa"/>
            <w:tcMar>
              <w:top w:w="55" w:type="dxa"/>
              <w:left w:w="45" w:type="dxa"/>
              <w:bottom w:w="55" w:type="dxa"/>
              <w:right w:w="45" w:type="dxa"/>
            </w:tcMar>
          </w:tcPr>
          <w:p w14:paraId="6FFAD57F" w14:textId="77777777" w:rsidR="00D835BC" w:rsidRDefault="00000000">
            <w:r>
              <w:rPr>
                <w:rFonts w:eastAsia="Arial"/>
                <w:i/>
                <w:color w:val="6B7280"/>
                <w:sz w:val="21"/>
              </w:rPr>
              <w:t>[Enter]</w:t>
            </w:r>
          </w:p>
        </w:tc>
        <w:tc>
          <w:tcPr>
            <w:tcW w:w="1454" w:type="dxa"/>
            <w:tcMar>
              <w:top w:w="55" w:type="dxa"/>
              <w:left w:w="45" w:type="dxa"/>
              <w:bottom w:w="55" w:type="dxa"/>
              <w:right w:w="45" w:type="dxa"/>
            </w:tcMar>
          </w:tcPr>
          <w:p w14:paraId="04DD5DBB" w14:textId="77777777" w:rsidR="00D835BC" w:rsidRDefault="00000000">
            <w:r>
              <w:rPr>
                <w:rFonts w:eastAsia="Arial"/>
                <w:i/>
                <w:color w:val="6B7280"/>
                <w:sz w:val="21"/>
              </w:rPr>
              <w:t>[Enter]</w:t>
            </w:r>
          </w:p>
        </w:tc>
        <w:tc>
          <w:tcPr>
            <w:tcW w:w="1454" w:type="dxa"/>
            <w:tcMar>
              <w:top w:w="55" w:type="dxa"/>
              <w:left w:w="45" w:type="dxa"/>
              <w:bottom w:w="55" w:type="dxa"/>
              <w:right w:w="45" w:type="dxa"/>
            </w:tcMar>
          </w:tcPr>
          <w:p w14:paraId="3B617453" w14:textId="77777777" w:rsidR="00D835BC" w:rsidRDefault="00000000">
            <w:r>
              <w:rPr>
                <w:rFonts w:eastAsia="Arial"/>
                <w:i/>
                <w:color w:val="6B7280"/>
                <w:sz w:val="21"/>
              </w:rPr>
              <w:t>[Enter]</w:t>
            </w:r>
          </w:p>
        </w:tc>
        <w:tc>
          <w:tcPr>
            <w:tcW w:w="1454" w:type="dxa"/>
            <w:tcMar>
              <w:top w:w="55" w:type="dxa"/>
              <w:left w:w="45" w:type="dxa"/>
              <w:bottom w:w="55" w:type="dxa"/>
              <w:right w:w="45" w:type="dxa"/>
            </w:tcMar>
          </w:tcPr>
          <w:p w14:paraId="24B86022" w14:textId="77777777" w:rsidR="00D835BC" w:rsidRDefault="00000000">
            <w:r>
              <w:rPr>
                <w:rFonts w:eastAsia="Arial"/>
                <w:i/>
                <w:color w:val="6B7280"/>
                <w:sz w:val="21"/>
              </w:rPr>
              <w:t>[Enter]</w:t>
            </w:r>
          </w:p>
        </w:tc>
      </w:tr>
      <w:tr w:rsidR="00D835BC" w14:paraId="0B5680D1" w14:textId="77777777">
        <w:trPr>
          <w:jc w:val="center"/>
        </w:trPr>
        <w:tc>
          <w:tcPr>
            <w:tcW w:w="1454" w:type="dxa"/>
            <w:tcMar>
              <w:top w:w="55" w:type="dxa"/>
              <w:left w:w="45" w:type="dxa"/>
              <w:bottom w:w="55" w:type="dxa"/>
              <w:right w:w="45" w:type="dxa"/>
            </w:tcMar>
          </w:tcPr>
          <w:p w14:paraId="2976E988" w14:textId="77777777" w:rsidR="00D835BC" w:rsidRDefault="00000000">
            <w:pPr>
              <w:jc w:val="center"/>
            </w:pPr>
            <w:r>
              <w:rPr>
                <w:rFonts w:eastAsia="Arial"/>
                <w:b/>
                <w:color w:val="0B5D48"/>
                <w:sz w:val="17"/>
              </w:rPr>
              <w:t>IP-06</w:t>
            </w:r>
          </w:p>
        </w:tc>
        <w:tc>
          <w:tcPr>
            <w:tcW w:w="1454" w:type="dxa"/>
            <w:tcMar>
              <w:top w:w="55" w:type="dxa"/>
              <w:left w:w="45" w:type="dxa"/>
              <w:bottom w:w="55" w:type="dxa"/>
              <w:right w:w="45" w:type="dxa"/>
            </w:tcMar>
          </w:tcPr>
          <w:p w14:paraId="51E9DC0C" w14:textId="77777777" w:rsidR="00D835BC" w:rsidRDefault="00000000">
            <w:r>
              <w:rPr>
                <w:rFonts w:eastAsia="Arial"/>
                <w:i/>
                <w:color w:val="6B7280"/>
                <w:sz w:val="21"/>
              </w:rPr>
              <w:t>[Enter]</w:t>
            </w:r>
          </w:p>
        </w:tc>
        <w:tc>
          <w:tcPr>
            <w:tcW w:w="1454" w:type="dxa"/>
            <w:tcMar>
              <w:top w:w="55" w:type="dxa"/>
              <w:left w:w="45" w:type="dxa"/>
              <w:bottom w:w="55" w:type="dxa"/>
              <w:right w:w="45" w:type="dxa"/>
            </w:tcMar>
          </w:tcPr>
          <w:p w14:paraId="13ABA9CE" w14:textId="77777777" w:rsidR="00D835BC" w:rsidRDefault="00000000">
            <w:r>
              <w:rPr>
                <w:rFonts w:eastAsia="Arial"/>
                <w:i/>
                <w:color w:val="6B7280"/>
                <w:sz w:val="21"/>
              </w:rPr>
              <w:t>[Enter]</w:t>
            </w:r>
          </w:p>
        </w:tc>
        <w:tc>
          <w:tcPr>
            <w:tcW w:w="1454" w:type="dxa"/>
            <w:tcMar>
              <w:top w:w="55" w:type="dxa"/>
              <w:left w:w="45" w:type="dxa"/>
              <w:bottom w:w="55" w:type="dxa"/>
              <w:right w:w="45" w:type="dxa"/>
            </w:tcMar>
          </w:tcPr>
          <w:p w14:paraId="3B9DF776" w14:textId="77777777" w:rsidR="00D835BC" w:rsidRDefault="00000000">
            <w:r>
              <w:rPr>
                <w:rFonts w:eastAsia="Arial"/>
                <w:i/>
                <w:color w:val="6B7280"/>
                <w:sz w:val="21"/>
              </w:rPr>
              <w:t>[Enter]</w:t>
            </w:r>
          </w:p>
        </w:tc>
        <w:tc>
          <w:tcPr>
            <w:tcW w:w="1454" w:type="dxa"/>
            <w:tcMar>
              <w:top w:w="55" w:type="dxa"/>
              <w:left w:w="45" w:type="dxa"/>
              <w:bottom w:w="55" w:type="dxa"/>
              <w:right w:w="45" w:type="dxa"/>
            </w:tcMar>
          </w:tcPr>
          <w:p w14:paraId="362B497A" w14:textId="77777777" w:rsidR="00D835BC" w:rsidRDefault="00000000">
            <w:r>
              <w:rPr>
                <w:rFonts w:eastAsia="Arial"/>
                <w:i/>
                <w:color w:val="6B7280"/>
                <w:sz w:val="21"/>
              </w:rPr>
              <w:t>[Enter]</w:t>
            </w:r>
          </w:p>
        </w:tc>
        <w:tc>
          <w:tcPr>
            <w:tcW w:w="1454" w:type="dxa"/>
            <w:tcMar>
              <w:top w:w="55" w:type="dxa"/>
              <w:left w:w="45" w:type="dxa"/>
              <w:bottom w:w="55" w:type="dxa"/>
              <w:right w:w="45" w:type="dxa"/>
            </w:tcMar>
          </w:tcPr>
          <w:p w14:paraId="35AE9E78" w14:textId="77777777" w:rsidR="00D835BC" w:rsidRDefault="00000000">
            <w:r>
              <w:rPr>
                <w:rFonts w:eastAsia="Arial"/>
                <w:i/>
                <w:color w:val="6B7280"/>
                <w:sz w:val="21"/>
              </w:rPr>
              <w:t>[Enter]</w:t>
            </w:r>
          </w:p>
        </w:tc>
        <w:tc>
          <w:tcPr>
            <w:tcW w:w="1454" w:type="dxa"/>
            <w:tcMar>
              <w:top w:w="55" w:type="dxa"/>
              <w:left w:w="45" w:type="dxa"/>
              <w:bottom w:w="55" w:type="dxa"/>
              <w:right w:w="45" w:type="dxa"/>
            </w:tcMar>
          </w:tcPr>
          <w:p w14:paraId="07023092" w14:textId="77777777" w:rsidR="00D835BC" w:rsidRDefault="00000000">
            <w:r>
              <w:rPr>
                <w:rFonts w:eastAsia="Arial"/>
                <w:i/>
                <w:color w:val="6B7280"/>
                <w:sz w:val="21"/>
              </w:rPr>
              <w:t>[Enter]</w:t>
            </w:r>
          </w:p>
        </w:tc>
        <w:tc>
          <w:tcPr>
            <w:tcW w:w="1454" w:type="dxa"/>
            <w:tcMar>
              <w:top w:w="55" w:type="dxa"/>
              <w:left w:w="45" w:type="dxa"/>
              <w:bottom w:w="55" w:type="dxa"/>
              <w:right w:w="45" w:type="dxa"/>
            </w:tcMar>
          </w:tcPr>
          <w:p w14:paraId="7A0E15BF" w14:textId="77777777" w:rsidR="00D835BC" w:rsidRDefault="00000000">
            <w:r>
              <w:rPr>
                <w:rFonts w:eastAsia="Arial"/>
                <w:i/>
                <w:color w:val="6B7280"/>
                <w:sz w:val="21"/>
              </w:rPr>
              <w:t>[Enter]</w:t>
            </w:r>
          </w:p>
        </w:tc>
        <w:tc>
          <w:tcPr>
            <w:tcW w:w="1454" w:type="dxa"/>
            <w:tcMar>
              <w:top w:w="55" w:type="dxa"/>
              <w:left w:w="45" w:type="dxa"/>
              <w:bottom w:w="55" w:type="dxa"/>
              <w:right w:w="45" w:type="dxa"/>
            </w:tcMar>
          </w:tcPr>
          <w:p w14:paraId="09652FE2" w14:textId="77777777" w:rsidR="00D835BC" w:rsidRDefault="00000000">
            <w:r>
              <w:rPr>
                <w:rFonts w:eastAsia="Arial"/>
                <w:i/>
                <w:color w:val="6B7280"/>
                <w:sz w:val="21"/>
              </w:rPr>
              <w:t>[Enter]</w:t>
            </w:r>
          </w:p>
        </w:tc>
        <w:tc>
          <w:tcPr>
            <w:tcW w:w="1454" w:type="dxa"/>
            <w:tcMar>
              <w:top w:w="55" w:type="dxa"/>
              <w:left w:w="45" w:type="dxa"/>
              <w:bottom w:w="55" w:type="dxa"/>
              <w:right w:w="45" w:type="dxa"/>
            </w:tcMar>
          </w:tcPr>
          <w:p w14:paraId="09EAAF5F" w14:textId="77777777" w:rsidR="00D835BC" w:rsidRDefault="00000000">
            <w:r>
              <w:rPr>
                <w:rFonts w:eastAsia="Arial"/>
                <w:i/>
                <w:color w:val="6B7280"/>
                <w:sz w:val="21"/>
              </w:rPr>
              <w:t>[Enter]</w:t>
            </w:r>
          </w:p>
        </w:tc>
      </w:tr>
      <w:tr w:rsidR="00D835BC" w14:paraId="5FE4F65E" w14:textId="77777777">
        <w:trPr>
          <w:jc w:val="center"/>
        </w:trPr>
        <w:tc>
          <w:tcPr>
            <w:tcW w:w="1454" w:type="dxa"/>
            <w:tcMar>
              <w:top w:w="55" w:type="dxa"/>
              <w:left w:w="45" w:type="dxa"/>
              <w:bottom w:w="55" w:type="dxa"/>
              <w:right w:w="45" w:type="dxa"/>
            </w:tcMar>
          </w:tcPr>
          <w:p w14:paraId="10989956" w14:textId="77777777" w:rsidR="00D835BC" w:rsidRDefault="00000000">
            <w:pPr>
              <w:jc w:val="center"/>
            </w:pPr>
            <w:r>
              <w:rPr>
                <w:rFonts w:eastAsia="Arial"/>
                <w:b/>
                <w:color w:val="0B5D48"/>
                <w:sz w:val="17"/>
              </w:rPr>
              <w:t>IP-07</w:t>
            </w:r>
          </w:p>
        </w:tc>
        <w:tc>
          <w:tcPr>
            <w:tcW w:w="1454" w:type="dxa"/>
            <w:tcMar>
              <w:top w:w="55" w:type="dxa"/>
              <w:left w:w="45" w:type="dxa"/>
              <w:bottom w:w="55" w:type="dxa"/>
              <w:right w:w="45" w:type="dxa"/>
            </w:tcMar>
          </w:tcPr>
          <w:p w14:paraId="493F2FB0" w14:textId="77777777" w:rsidR="00D835BC" w:rsidRDefault="00000000">
            <w:r>
              <w:rPr>
                <w:rFonts w:eastAsia="Arial"/>
                <w:i/>
                <w:color w:val="6B7280"/>
                <w:sz w:val="21"/>
              </w:rPr>
              <w:t>[Enter]</w:t>
            </w:r>
          </w:p>
        </w:tc>
        <w:tc>
          <w:tcPr>
            <w:tcW w:w="1454" w:type="dxa"/>
            <w:tcMar>
              <w:top w:w="55" w:type="dxa"/>
              <w:left w:w="45" w:type="dxa"/>
              <w:bottom w:w="55" w:type="dxa"/>
              <w:right w:w="45" w:type="dxa"/>
            </w:tcMar>
          </w:tcPr>
          <w:p w14:paraId="18155CAA" w14:textId="77777777" w:rsidR="00D835BC" w:rsidRDefault="00000000">
            <w:r>
              <w:rPr>
                <w:rFonts w:eastAsia="Arial"/>
                <w:i/>
                <w:color w:val="6B7280"/>
                <w:sz w:val="21"/>
              </w:rPr>
              <w:t>[Enter]</w:t>
            </w:r>
          </w:p>
        </w:tc>
        <w:tc>
          <w:tcPr>
            <w:tcW w:w="1454" w:type="dxa"/>
            <w:tcMar>
              <w:top w:w="55" w:type="dxa"/>
              <w:left w:w="45" w:type="dxa"/>
              <w:bottom w:w="55" w:type="dxa"/>
              <w:right w:w="45" w:type="dxa"/>
            </w:tcMar>
          </w:tcPr>
          <w:p w14:paraId="0690A48D" w14:textId="77777777" w:rsidR="00D835BC" w:rsidRDefault="00000000">
            <w:r>
              <w:rPr>
                <w:rFonts w:eastAsia="Arial"/>
                <w:i/>
                <w:color w:val="6B7280"/>
                <w:sz w:val="21"/>
              </w:rPr>
              <w:t>[Enter]</w:t>
            </w:r>
          </w:p>
        </w:tc>
        <w:tc>
          <w:tcPr>
            <w:tcW w:w="1454" w:type="dxa"/>
            <w:tcMar>
              <w:top w:w="55" w:type="dxa"/>
              <w:left w:w="45" w:type="dxa"/>
              <w:bottom w:w="55" w:type="dxa"/>
              <w:right w:w="45" w:type="dxa"/>
            </w:tcMar>
          </w:tcPr>
          <w:p w14:paraId="760570F0" w14:textId="77777777" w:rsidR="00D835BC" w:rsidRDefault="00000000">
            <w:r>
              <w:rPr>
                <w:rFonts w:eastAsia="Arial"/>
                <w:i/>
                <w:color w:val="6B7280"/>
                <w:sz w:val="21"/>
              </w:rPr>
              <w:t>[Enter]</w:t>
            </w:r>
          </w:p>
        </w:tc>
        <w:tc>
          <w:tcPr>
            <w:tcW w:w="1454" w:type="dxa"/>
            <w:tcMar>
              <w:top w:w="55" w:type="dxa"/>
              <w:left w:w="45" w:type="dxa"/>
              <w:bottom w:w="55" w:type="dxa"/>
              <w:right w:w="45" w:type="dxa"/>
            </w:tcMar>
          </w:tcPr>
          <w:p w14:paraId="49CA9E79" w14:textId="77777777" w:rsidR="00D835BC" w:rsidRDefault="00000000">
            <w:r>
              <w:rPr>
                <w:rFonts w:eastAsia="Arial"/>
                <w:i/>
                <w:color w:val="6B7280"/>
                <w:sz w:val="21"/>
              </w:rPr>
              <w:t>[Enter]</w:t>
            </w:r>
          </w:p>
        </w:tc>
        <w:tc>
          <w:tcPr>
            <w:tcW w:w="1454" w:type="dxa"/>
            <w:tcMar>
              <w:top w:w="55" w:type="dxa"/>
              <w:left w:w="45" w:type="dxa"/>
              <w:bottom w:w="55" w:type="dxa"/>
              <w:right w:w="45" w:type="dxa"/>
            </w:tcMar>
          </w:tcPr>
          <w:p w14:paraId="7D2E6863" w14:textId="77777777" w:rsidR="00D835BC" w:rsidRDefault="00000000">
            <w:r>
              <w:rPr>
                <w:rFonts w:eastAsia="Arial"/>
                <w:i/>
                <w:color w:val="6B7280"/>
                <w:sz w:val="21"/>
              </w:rPr>
              <w:t>[Enter]</w:t>
            </w:r>
          </w:p>
        </w:tc>
        <w:tc>
          <w:tcPr>
            <w:tcW w:w="1454" w:type="dxa"/>
            <w:tcMar>
              <w:top w:w="55" w:type="dxa"/>
              <w:left w:w="45" w:type="dxa"/>
              <w:bottom w:w="55" w:type="dxa"/>
              <w:right w:w="45" w:type="dxa"/>
            </w:tcMar>
          </w:tcPr>
          <w:p w14:paraId="78679566" w14:textId="77777777" w:rsidR="00D835BC" w:rsidRDefault="00000000">
            <w:r>
              <w:rPr>
                <w:rFonts w:eastAsia="Arial"/>
                <w:i/>
                <w:color w:val="6B7280"/>
                <w:sz w:val="21"/>
              </w:rPr>
              <w:t>[Enter]</w:t>
            </w:r>
          </w:p>
        </w:tc>
        <w:tc>
          <w:tcPr>
            <w:tcW w:w="1454" w:type="dxa"/>
            <w:tcMar>
              <w:top w:w="55" w:type="dxa"/>
              <w:left w:w="45" w:type="dxa"/>
              <w:bottom w:w="55" w:type="dxa"/>
              <w:right w:w="45" w:type="dxa"/>
            </w:tcMar>
          </w:tcPr>
          <w:p w14:paraId="38DB5893" w14:textId="77777777" w:rsidR="00D835BC" w:rsidRDefault="00000000">
            <w:r>
              <w:rPr>
                <w:rFonts w:eastAsia="Arial"/>
                <w:i/>
                <w:color w:val="6B7280"/>
                <w:sz w:val="21"/>
              </w:rPr>
              <w:t>[Enter]</w:t>
            </w:r>
          </w:p>
        </w:tc>
        <w:tc>
          <w:tcPr>
            <w:tcW w:w="1454" w:type="dxa"/>
            <w:tcMar>
              <w:top w:w="55" w:type="dxa"/>
              <w:left w:w="45" w:type="dxa"/>
              <w:bottom w:w="55" w:type="dxa"/>
              <w:right w:w="45" w:type="dxa"/>
            </w:tcMar>
          </w:tcPr>
          <w:p w14:paraId="51E1D63E" w14:textId="77777777" w:rsidR="00D835BC" w:rsidRDefault="00000000">
            <w:r>
              <w:rPr>
                <w:rFonts w:eastAsia="Arial"/>
                <w:i/>
                <w:color w:val="6B7280"/>
                <w:sz w:val="21"/>
              </w:rPr>
              <w:t>[Enter]</w:t>
            </w:r>
          </w:p>
        </w:tc>
      </w:tr>
      <w:tr w:rsidR="00D835BC" w14:paraId="57F73181" w14:textId="77777777">
        <w:trPr>
          <w:jc w:val="center"/>
        </w:trPr>
        <w:tc>
          <w:tcPr>
            <w:tcW w:w="1454" w:type="dxa"/>
            <w:tcMar>
              <w:top w:w="55" w:type="dxa"/>
              <w:left w:w="45" w:type="dxa"/>
              <w:bottom w:w="55" w:type="dxa"/>
              <w:right w:w="45" w:type="dxa"/>
            </w:tcMar>
          </w:tcPr>
          <w:p w14:paraId="6DCC58ED" w14:textId="77777777" w:rsidR="00D835BC" w:rsidRDefault="00000000">
            <w:pPr>
              <w:jc w:val="center"/>
            </w:pPr>
            <w:r>
              <w:rPr>
                <w:rFonts w:eastAsia="Arial"/>
                <w:b/>
                <w:color w:val="0B5D48"/>
                <w:sz w:val="17"/>
              </w:rPr>
              <w:t>IP-08</w:t>
            </w:r>
          </w:p>
        </w:tc>
        <w:tc>
          <w:tcPr>
            <w:tcW w:w="1454" w:type="dxa"/>
            <w:tcMar>
              <w:top w:w="55" w:type="dxa"/>
              <w:left w:w="45" w:type="dxa"/>
              <w:bottom w:w="55" w:type="dxa"/>
              <w:right w:w="45" w:type="dxa"/>
            </w:tcMar>
          </w:tcPr>
          <w:p w14:paraId="537C61B3" w14:textId="77777777" w:rsidR="00D835BC" w:rsidRDefault="00000000">
            <w:r>
              <w:rPr>
                <w:rFonts w:eastAsia="Arial"/>
                <w:i/>
                <w:color w:val="6B7280"/>
                <w:sz w:val="21"/>
              </w:rPr>
              <w:t>[Enter]</w:t>
            </w:r>
          </w:p>
        </w:tc>
        <w:tc>
          <w:tcPr>
            <w:tcW w:w="1454" w:type="dxa"/>
            <w:tcMar>
              <w:top w:w="55" w:type="dxa"/>
              <w:left w:w="45" w:type="dxa"/>
              <w:bottom w:w="55" w:type="dxa"/>
              <w:right w:w="45" w:type="dxa"/>
            </w:tcMar>
          </w:tcPr>
          <w:p w14:paraId="65BCF58E" w14:textId="77777777" w:rsidR="00D835BC" w:rsidRDefault="00000000">
            <w:r>
              <w:rPr>
                <w:rFonts w:eastAsia="Arial"/>
                <w:i/>
                <w:color w:val="6B7280"/>
                <w:sz w:val="21"/>
              </w:rPr>
              <w:t>[Enter]</w:t>
            </w:r>
          </w:p>
        </w:tc>
        <w:tc>
          <w:tcPr>
            <w:tcW w:w="1454" w:type="dxa"/>
            <w:tcMar>
              <w:top w:w="55" w:type="dxa"/>
              <w:left w:w="45" w:type="dxa"/>
              <w:bottom w:w="55" w:type="dxa"/>
              <w:right w:w="45" w:type="dxa"/>
            </w:tcMar>
          </w:tcPr>
          <w:p w14:paraId="1D252726" w14:textId="77777777" w:rsidR="00D835BC" w:rsidRDefault="00000000">
            <w:r>
              <w:rPr>
                <w:rFonts w:eastAsia="Arial"/>
                <w:i/>
                <w:color w:val="6B7280"/>
                <w:sz w:val="21"/>
              </w:rPr>
              <w:t>[Enter]</w:t>
            </w:r>
          </w:p>
        </w:tc>
        <w:tc>
          <w:tcPr>
            <w:tcW w:w="1454" w:type="dxa"/>
            <w:tcMar>
              <w:top w:w="55" w:type="dxa"/>
              <w:left w:w="45" w:type="dxa"/>
              <w:bottom w:w="55" w:type="dxa"/>
              <w:right w:w="45" w:type="dxa"/>
            </w:tcMar>
          </w:tcPr>
          <w:p w14:paraId="355B991F" w14:textId="77777777" w:rsidR="00D835BC" w:rsidRDefault="00000000">
            <w:r>
              <w:rPr>
                <w:rFonts w:eastAsia="Arial"/>
                <w:i/>
                <w:color w:val="6B7280"/>
                <w:sz w:val="21"/>
              </w:rPr>
              <w:t>[Enter]</w:t>
            </w:r>
          </w:p>
        </w:tc>
        <w:tc>
          <w:tcPr>
            <w:tcW w:w="1454" w:type="dxa"/>
            <w:tcMar>
              <w:top w:w="55" w:type="dxa"/>
              <w:left w:w="45" w:type="dxa"/>
              <w:bottom w:w="55" w:type="dxa"/>
              <w:right w:w="45" w:type="dxa"/>
            </w:tcMar>
          </w:tcPr>
          <w:p w14:paraId="160E1C92" w14:textId="77777777" w:rsidR="00D835BC" w:rsidRDefault="00000000">
            <w:r>
              <w:rPr>
                <w:rFonts w:eastAsia="Arial"/>
                <w:i/>
                <w:color w:val="6B7280"/>
                <w:sz w:val="21"/>
              </w:rPr>
              <w:t>[Enter]</w:t>
            </w:r>
          </w:p>
        </w:tc>
        <w:tc>
          <w:tcPr>
            <w:tcW w:w="1454" w:type="dxa"/>
            <w:tcMar>
              <w:top w:w="55" w:type="dxa"/>
              <w:left w:w="45" w:type="dxa"/>
              <w:bottom w:w="55" w:type="dxa"/>
              <w:right w:w="45" w:type="dxa"/>
            </w:tcMar>
          </w:tcPr>
          <w:p w14:paraId="366ACC81" w14:textId="77777777" w:rsidR="00D835BC" w:rsidRDefault="00000000">
            <w:r>
              <w:rPr>
                <w:rFonts w:eastAsia="Arial"/>
                <w:i/>
                <w:color w:val="6B7280"/>
                <w:sz w:val="21"/>
              </w:rPr>
              <w:t>[Enter]</w:t>
            </w:r>
          </w:p>
        </w:tc>
        <w:tc>
          <w:tcPr>
            <w:tcW w:w="1454" w:type="dxa"/>
            <w:tcMar>
              <w:top w:w="55" w:type="dxa"/>
              <w:left w:w="45" w:type="dxa"/>
              <w:bottom w:w="55" w:type="dxa"/>
              <w:right w:w="45" w:type="dxa"/>
            </w:tcMar>
          </w:tcPr>
          <w:p w14:paraId="3A3444EF" w14:textId="77777777" w:rsidR="00D835BC" w:rsidRDefault="00000000">
            <w:r>
              <w:rPr>
                <w:rFonts w:eastAsia="Arial"/>
                <w:i/>
                <w:color w:val="6B7280"/>
                <w:sz w:val="21"/>
              </w:rPr>
              <w:t>[Enter]</w:t>
            </w:r>
          </w:p>
        </w:tc>
        <w:tc>
          <w:tcPr>
            <w:tcW w:w="1454" w:type="dxa"/>
            <w:tcMar>
              <w:top w:w="55" w:type="dxa"/>
              <w:left w:w="45" w:type="dxa"/>
              <w:bottom w:w="55" w:type="dxa"/>
              <w:right w:w="45" w:type="dxa"/>
            </w:tcMar>
          </w:tcPr>
          <w:p w14:paraId="02455706" w14:textId="77777777" w:rsidR="00D835BC" w:rsidRDefault="00000000">
            <w:r>
              <w:rPr>
                <w:rFonts w:eastAsia="Arial"/>
                <w:i/>
                <w:color w:val="6B7280"/>
                <w:sz w:val="21"/>
              </w:rPr>
              <w:t>[Enter]</w:t>
            </w:r>
          </w:p>
        </w:tc>
        <w:tc>
          <w:tcPr>
            <w:tcW w:w="1454" w:type="dxa"/>
            <w:tcMar>
              <w:top w:w="55" w:type="dxa"/>
              <w:left w:w="45" w:type="dxa"/>
              <w:bottom w:w="55" w:type="dxa"/>
              <w:right w:w="45" w:type="dxa"/>
            </w:tcMar>
          </w:tcPr>
          <w:p w14:paraId="39283E9F" w14:textId="77777777" w:rsidR="00D835BC" w:rsidRDefault="00000000">
            <w:r>
              <w:rPr>
                <w:rFonts w:eastAsia="Arial"/>
                <w:i/>
                <w:color w:val="6B7280"/>
                <w:sz w:val="21"/>
              </w:rPr>
              <w:t>[Enter]</w:t>
            </w:r>
          </w:p>
        </w:tc>
      </w:tr>
      <w:tr w:rsidR="00D835BC" w14:paraId="680B599E" w14:textId="77777777">
        <w:trPr>
          <w:jc w:val="center"/>
        </w:trPr>
        <w:tc>
          <w:tcPr>
            <w:tcW w:w="1454" w:type="dxa"/>
            <w:tcMar>
              <w:top w:w="55" w:type="dxa"/>
              <w:left w:w="45" w:type="dxa"/>
              <w:bottom w:w="55" w:type="dxa"/>
              <w:right w:w="45" w:type="dxa"/>
            </w:tcMar>
          </w:tcPr>
          <w:p w14:paraId="4133073E" w14:textId="77777777" w:rsidR="00D835BC" w:rsidRDefault="00000000">
            <w:pPr>
              <w:jc w:val="center"/>
            </w:pPr>
            <w:r>
              <w:rPr>
                <w:rFonts w:eastAsia="Arial"/>
                <w:b/>
                <w:color w:val="0B5D48"/>
                <w:sz w:val="17"/>
              </w:rPr>
              <w:t>IP-09</w:t>
            </w:r>
          </w:p>
        </w:tc>
        <w:tc>
          <w:tcPr>
            <w:tcW w:w="1454" w:type="dxa"/>
            <w:tcMar>
              <w:top w:w="55" w:type="dxa"/>
              <w:left w:w="45" w:type="dxa"/>
              <w:bottom w:w="55" w:type="dxa"/>
              <w:right w:w="45" w:type="dxa"/>
            </w:tcMar>
          </w:tcPr>
          <w:p w14:paraId="5DA9A625" w14:textId="77777777" w:rsidR="00D835BC" w:rsidRDefault="00000000">
            <w:r>
              <w:rPr>
                <w:rFonts w:eastAsia="Arial"/>
                <w:i/>
                <w:color w:val="6B7280"/>
                <w:sz w:val="21"/>
              </w:rPr>
              <w:t>[Enter]</w:t>
            </w:r>
          </w:p>
        </w:tc>
        <w:tc>
          <w:tcPr>
            <w:tcW w:w="1454" w:type="dxa"/>
            <w:tcMar>
              <w:top w:w="55" w:type="dxa"/>
              <w:left w:w="45" w:type="dxa"/>
              <w:bottom w:w="55" w:type="dxa"/>
              <w:right w:w="45" w:type="dxa"/>
            </w:tcMar>
          </w:tcPr>
          <w:p w14:paraId="5057C45D" w14:textId="77777777" w:rsidR="00D835BC" w:rsidRDefault="00000000">
            <w:r>
              <w:rPr>
                <w:rFonts w:eastAsia="Arial"/>
                <w:i/>
                <w:color w:val="6B7280"/>
                <w:sz w:val="21"/>
              </w:rPr>
              <w:t>[Enter]</w:t>
            </w:r>
          </w:p>
        </w:tc>
        <w:tc>
          <w:tcPr>
            <w:tcW w:w="1454" w:type="dxa"/>
            <w:tcMar>
              <w:top w:w="55" w:type="dxa"/>
              <w:left w:w="45" w:type="dxa"/>
              <w:bottom w:w="55" w:type="dxa"/>
              <w:right w:w="45" w:type="dxa"/>
            </w:tcMar>
          </w:tcPr>
          <w:p w14:paraId="52150557" w14:textId="77777777" w:rsidR="00D835BC" w:rsidRDefault="00000000">
            <w:r>
              <w:rPr>
                <w:rFonts w:eastAsia="Arial"/>
                <w:i/>
                <w:color w:val="6B7280"/>
                <w:sz w:val="21"/>
              </w:rPr>
              <w:t>[Enter]</w:t>
            </w:r>
          </w:p>
        </w:tc>
        <w:tc>
          <w:tcPr>
            <w:tcW w:w="1454" w:type="dxa"/>
            <w:tcMar>
              <w:top w:w="55" w:type="dxa"/>
              <w:left w:w="45" w:type="dxa"/>
              <w:bottom w:w="55" w:type="dxa"/>
              <w:right w:w="45" w:type="dxa"/>
            </w:tcMar>
          </w:tcPr>
          <w:p w14:paraId="0B7AC77B" w14:textId="77777777" w:rsidR="00D835BC" w:rsidRDefault="00000000">
            <w:r>
              <w:rPr>
                <w:rFonts w:eastAsia="Arial"/>
                <w:i/>
                <w:color w:val="6B7280"/>
                <w:sz w:val="21"/>
              </w:rPr>
              <w:t>[Enter]</w:t>
            </w:r>
          </w:p>
        </w:tc>
        <w:tc>
          <w:tcPr>
            <w:tcW w:w="1454" w:type="dxa"/>
            <w:tcMar>
              <w:top w:w="55" w:type="dxa"/>
              <w:left w:w="45" w:type="dxa"/>
              <w:bottom w:w="55" w:type="dxa"/>
              <w:right w:w="45" w:type="dxa"/>
            </w:tcMar>
          </w:tcPr>
          <w:p w14:paraId="00436A3E" w14:textId="77777777" w:rsidR="00D835BC" w:rsidRDefault="00000000">
            <w:r>
              <w:rPr>
                <w:rFonts w:eastAsia="Arial"/>
                <w:i/>
                <w:color w:val="6B7280"/>
                <w:sz w:val="21"/>
              </w:rPr>
              <w:t>[Enter]</w:t>
            </w:r>
          </w:p>
        </w:tc>
        <w:tc>
          <w:tcPr>
            <w:tcW w:w="1454" w:type="dxa"/>
            <w:tcMar>
              <w:top w:w="55" w:type="dxa"/>
              <w:left w:w="45" w:type="dxa"/>
              <w:bottom w:w="55" w:type="dxa"/>
              <w:right w:w="45" w:type="dxa"/>
            </w:tcMar>
          </w:tcPr>
          <w:p w14:paraId="354F749C" w14:textId="77777777" w:rsidR="00D835BC" w:rsidRDefault="00000000">
            <w:r>
              <w:rPr>
                <w:rFonts w:eastAsia="Arial"/>
                <w:i/>
                <w:color w:val="6B7280"/>
                <w:sz w:val="21"/>
              </w:rPr>
              <w:t>[Enter]</w:t>
            </w:r>
          </w:p>
        </w:tc>
        <w:tc>
          <w:tcPr>
            <w:tcW w:w="1454" w:type="dxa"/>
            <w:tcMar>
              <w:top w:w="55" w:type="dxa"/>
              <w:left w:w="45" w:type="dxa"/>
              <w:bottom w:w="55" w:type="dxa"/>
              <w:right w:w="45" w:type="dxa"/>
            </w:tcMar>
          </w:tcPr>
          <w:p w14:paraId="44396555" w14:textId="77777777" w:rsidR="00D835BC" w:rsidRDefault="00000000">
            <w:r>
              <w:rPr>
                <w:rFonts w:eastAsia="Arial"/>
                <w:i/>
                <w:color w:val="6B7280"/>
                <w:sz w:val="21"/>
              </w:rPr>
              <w:t>[Enter]</w:t>
            </w:r>
          </w:p>
        </w:tc>
        <w:tc>
          <w:tcPr>
            <w:tcW w:w="1454" w:type="dxa"/>
            <w:tcMar>
              <w:top w:w="55" w:type="dxa"/>
              <w:left w:w="45" w:type="dxa"/>
              <w:bottom w:w="55" w:type="dxa"/>
              <w:right w:w="45" w:type="dxa"/>
            </w:tcMar>
          </w:tcPr>
          <w:p w14:paraId="68F13BE1" w14:textId="77777777" w:rsidR="00D835BC" w:rsidRDefault="00000000">
            <w:r>
              <w:rPr>
                <w:rFonts w:eastAsia="Arial"/>
                <w:i/>
                <w:color w:val="6B7280"/>
                <w:sz w:val="21"/>
              </w:rPr>
              <w:t>[Enter]</w:t>
            </w:r>
          </w:p>
        </w:tc>
        <w:tc>
          <w:tcPr>
            <w:tcW w:w="1454" w:type="dxa"/>
            <w:tcMar>
              <w:top w:w="55" w:type="dxa"/>
              <w:left w:w="45" w:type="dxa"/>
              <w:bottom w:w="55" w:type="dxa"/>
              <w:right w:w="45" w:type="dxa"/>
            </w:tcMar>
          </w:tcPr>
          <w:p w14:paraId="099303F4" w14:textId="77777777" w:rsidR="00D835BC" w:rsidRDefault="00000000">
            <w:r>
              <w:rPr>
                <w:rFonts w:eastAsia="Arial"/>
                <w:i/>
                <w:color w:val="6B7280"/>
                <w:sz w:val="21"/>
              </w:rPr>
              <w:t>[Enter]</w:t>
            </w:r>
          </w:p>
        </w:tc>
      </w:tr>
      <w:tr w:rsidR="00D835BC" w14:paraId="41136D3C" w14:textId="77777777">
        <w:trPr>
          <w:jc w:val="center"/>
        </w:trPr>
        <w:tc>
          <w:tcPr>
            <w:tcW w:w="1454" w:type="dxa"/>
            <w:tcMar>
              <w:top w:w="55" w:type="dxa"/>
              <w:left w:w="45" w:type="dxa"/>
              <w:bottom w:w="55" w:type="dxa"/>
              <w:right w:w="45" w:type="dxa"/>
            </w:tcMar>
          </w:tcPr>
          <w:p w14:paraId="1679E229" w14:textId="77777777" w:rsidR="00D835BC" w:rsidRDefault="00000000">
            <w:pPr>
              <w:jc w:val="center"/>
            </w:pPr>
            <w:r>
              <w:rPr>
                <w:rFonts w:eastAsia="Arial"/>
                <w:b/>
                <w:color w:val="0B5D48"/>
                <w:sz w:val="17"/>
              </w:rPr>
              <w:t>IP-10</w:t>
            </w:r>
          </w:p>
        </w:tc>
        <w:tc>
          <w:tcPr>
            <w:tcW w:w="1454" w:type="dxa"/>
            <w:tcMar>
              <w:top w:w="55" w:type="dxa"/>
              <w:left w:w="45" w:type="dxa"/>
              <w:bottom w:w="55" w:type="dxa"/>
              <w:right w:w="45" w:type="dxa"/>
            </w:tcMar>
          </w:tcPr>
          <w:p w14:paraId="5CE5F79D" w14:textId="77777777" w:rsidR="00D835BC" w:rsidRDefault="00000000">
            <w:r>
              <w:rPr>
                <w:rFonts w:eastAsia="Arial"/>
                <w:i/>
                <w:color w:val="6B7280"/>
                <w:sz w:val="21"/>
              </w:rPr>
              <w:t>[Enter]</w:t>
            </w:r>
          </w:p>
        </w:tc>
        <w:tc>
          <w:tcPr>
            <w:tcW w:w="1454" w:type="dxa"/>
            <w:tcMar>
              <w:top w:w="55" w:type="dxa"/>
              <w:left w:w="45" w:type="dxa"/>
              <w:bottom w:w="55" w:type="dxa"/>
              <w:right w:w="45" w:type="dxa"/>
            </w:tcMar>
          </w:tcPr>
          <w:p w14:paraId="7D592F21" w14:textId="77777777" w:rsidR="00D835BC" w:rsidRDefault="00000000">
            <w:r>
              <w:rPr>
                <w:rFonts w:eastAsia="Arial"/>
                <w:i/>
                <w:color w:val="6B7280"/>
                <w:sz w:val="21"/>
              </w:rPr>
              <w:t>[Enter]</w:t>
            </w:r>
          </w:p>
        </w:tc>
        <w:tc>
          <w:tcPr>
            <w:tcW w:w="1454" w:type="dxa"/>
            <w:tcMar>
              <w:top w:w="55" w:type="dxa"/>
              <w:left w:w="45" w:type="dxa"/>
              <w:bottom w:w="55" w:type="dxa"/>
              <w:right w:w="45" w:type="dxa"/>
            </w:tcMar>
          </w:tcPr>
          <w:p w14:paraId="6171F0CF" w14:textId="77777777" w:rsidR="00D835BC" w:rsidRDefault="00000000">
            <w:r>
              <w:rPr>
                <w:rFonts w:eastAsia="Arial"/>
                <w:i/>
                <w:color w:val="6B7280"/>
                <w:sz w:val="21"/>
              </w:rPr>
              <w:t>[Enter]</w:t>
            </w:r>
          </w:p>
        </w:tc>
        <w:tc>
          <w:tcPr>
            <w:tcW w:w="1454" w:type="dxa"/>
            <w:tcMar>
              <w:top w:w="55" w:type="dxa"/>
              <w:left w:w="45" w:type="dxa"/>
              <w:bottom w:w="55" w:type="dxa"/>
              <w:right w:w="45" w:type="dxa"/>
            </w:tcMar>
          </w:tcPr>
          <w:p w14:paraId="6B301DB9" w14:textId="77777777" w:rsidR="00D835BC" w:rsidRDefault="00000000">
            <w:r>
              <w:rPr>
                <w:rFonts w:eastAsia="Arial"/>
                <w:i/>
                <w:color w:val="6B7280"/>
                <w:sz w:val="21"/>
              </w:rPr>
              <w:t>[Enter]</w:t>
            </w:r>
          </w:p>
        </w:tc>
        <w:tc>
          <w:tcPr>
            <w:tcW w:w="1454" w:type="dxa"/>
            <w:tcMar>
              <w:top w:w="55" w:type="dxa"/>
              <w:left w:w="45" w:type="dxa"/>
              <w:bottom w:w="55" w:type="dxa"/>
              <w:right w:w="45" w:type="dxa"/>
            </w:tcMar>
          </w:tcPr>
          <w:p w14:paraId="2FF12AF5" w14:textId="77777777" w:rsidR="00D835BC" w:rsidRDefault="00000000">
            <w:r>
              <w:rPr>
                <w:rFonts w:eastAsia="Arial"/>
                <w:i/>
                <w:color w:val="6B7280"/>
                <w:sz w:val="21"/>
              </w:rPr>
              <w:t>[Enter]</w:t>
            </w:r>
          </w:p>
        </w:tc>
        <w:tc>
          <w:tcPr>
            <w:tcW w:w="1454" w:type="dxa"/>
            <w:tcMar>
              <w:top w:w="55" w:type="dxa"/>
              <w:left w:w="45" w:type="dxa"/>
              <w:bottom w:w="55" w:type="dxa"/>
              <w:right w:w="45" w:type="dxa"/>
            </w:tcMar>
          </w:tcPr>
          <w:p w14:paraId="5209D072" w14:textId="77777777" w:rsidR="00D835BC" w:rsidRDefault="00000000">
            <w:r>
              <w:rPr>
                <w:rFonts w:eastAsia="Arial"/>
                <w:i/>
                <w:color w:val="6B7280"/>
                <w:sz w:val="21"/>
              </w:rPr>
              <w:t>[Enter]</w:t>
            </w:r>
          </w:p>
        </w:tc>
        <w:tc>
          <w:tcPr>
            <w:tcW w:w="1454" w:type="dxa"/>
            <w:tcMar>
              <w:top w:w="55" w:type="dxa"/>
              <w:left w:w="45" w:type="dxa"/>
              <w:bottom w:w="55" w:type="dxa"/>
              <w:right w:w="45" w:type="dxa"/>
            </w:tcMar>
          </w:tcPr>
          <w:p w14:paraId="5D8E7E47" w14:textId="77777777" w:rsidR="00D835BC" w:rsidRDefault="00000000">
            <w:r>
              <w:rPr>
                <w:rFonts w:eastAsia="Arial"/>
                <w:i/>
                <w:color w:val="6B7280"/>
                <w:sz w:val="21"/>
              </w:rPr>
              <w:t>[Enter]</w:t>
            </w:r>
          </w:p>
        </w:tc>
        <w:tc>
          <w:tcPr>
            <w:tcW w:w="1454" w:type="dxa"/>
            <w:tcMar>
              <w:top w:w="55" w:type="dxa"/>
              <w:left w:w="45" w:type="dxa"/>
              <w:bottom w:w="55" w:type="dxa"/>
              <w:right w:w="45" w:type="dxa"/>
            </w:tcMar>
          </w:tcPr>
          <w:p w14:paraId="3E8F53F7" w14:textId="77777777" w:rsidR="00D835BC" w:rsidRDefault="00000000">
            <w:r>
              <w:rPr>
                <w:rFonts w:eastAsia="Arial"/>
                <w:i/>
                <w:color w:val="6B7280"/>
                <w:sz w:val="21"/>
              </w:rPr>
              <w:t>[Enter]</w:t>
            </w:r>
          </w:p>
        </w:tc>
        <w:tc>
          <w:tcPr>
            <w:tcW w:w="1454" w:type="dxa"/>
            <w:tcMar>
              <w:top w:w="55" w:type="dxa"/>
              <w:left w:w="45" w:type="dxa"/>
              <w:bottom w:w="55" w:type="dxa"/>
              <w:right w:w="45" w:type="dxa"/>
            </w:tcMar>
          </w:tcPr>
          <w:p w14:paraId="1B951355" w14:textId="77777777" w:rsidR="00D835BC" w:rsidRDefault="00000000">
            <w:r>
              <w:rPr>
                <w:rFonts w:eastAsia="Arial"/>
                <w:i/>
                <w:color w:val="6B7280"/>
                <w:sz w:val="21"/>
              </w:rPr>
              <w:t>[Enter]</w:t>
            </w:r>
          </w:p>
        </w:tc>
      </w:tr>
      <w:tr w:rsidR="00D835BC" w14:paraId="0D4C4526" w14:textId="77777777">
        <w:trPr>
          <w:jc w:val="center"/>
        </w:trPr>
        <w:tc>
          <w:tcPr>
            <w:tcW w:w="1454" w:type="dxa"/>
            <w:tcMar>
              <w:top w:w="55" w:type="dxa"/>
              <w:left w:w="45" w:type="dxa"/>
              <w:bottom w:w="55" w:type="dxa"/>
              <w:right w:w="45" w:type="dxa"/>
            </w:tcMar>
          </w:tcPr>
          <w:p w14:paraId="215269F8" w14:textId="77777777" w:rsidR="00D835BC" w:rsidRDefault="00000000">
            <w:pPr>
              <w:jc w:val="center"/>
            </w:pPr>
            <w:r>
              <w:rPr>
                <w:rFonts w:eastAsia="Arial"/>
                <w:b/>
                <w:color w:val="0B5D48"/>
                <w:sz w:val="17"/>
              </w:rPr>
              <w:t>IP-11</w:t>
            </w:r>
          </w:p>
        </w:tc>
        <w:tc>
          <w:tcPr>
            <w:tcW w:w="1454" w:type="dxa"/>
            <w:tcMar>
              <w:top w:w="55" w:type="dxa"/>
              <w:left w:w="45" w:type="dxa"/>
              <w:bottom w:w="55" w:type="dxa"/>
              <w:right w:w="45" w:type="dxa"/>
            </w:tcMar>
          </w:tcPr>
          <w:p w14:paraId="71B81A65" w14:textId="77777777" w:rsidR="00D835BC" w:rsidRDefault="00000000">
            <w:r>
              <w:rPr>
                <w:rFonts w:eastAsia="Arial"/>
                <w:i/>
                <w:color w:val="6B7280"/>
                <w:sz w:val="21"/>
              </w:rPr>
              <w:t>[Enter]</w:t>
            </w:r>
          </w:p>
        </w:tc>
        <w:tc>
          <w:tcPr>
            <w:tcW w:w="1454" w:type="dxa"/>
            <w:tcMar>
              <w:top w:w="55" w:type="dxa"/>
              <w:left w:w="45" w:type="dxa"/>
              <w:bottom w:w="55" w:type="dxa"/>
              <w:right w:w="45" w:type="dxa"/>
            </w:tcMar>
          </w:tcPr>
          <w:p w14:paraId="3ED98396" w14:textId="77777777" w:rsidR="00D835BC" w:rsidRDefault="00000000">
            <w:r>
              <w:rPr>
                <w:rFonts w:eastAsia="Arial"/>
                <w:i/>
                <w:color w:val="6B7280"/>
                <w:sz w:val="21"/>
              </w:rPr>
              <w:t>[Enter]</w:t>
            </w:r>
          </w:p>
        </w:tc>
        <w:tc>
          <w:tcPr>
            <w:tcW w:w="1454" w:type="dxa"/>
            <w:tcMar>
              <w:top w:w="55" w:type="dxa"/>
              <w:left w:w="45" w:type="dxa"/>
              <w:bottom w:w="55" w:type="dxa"/>
              <w:right w:w="45" w:type="dxa"/>
            </w:tcMar>
          </w:tcPr>
          <w:p w14:paraId="3999E4BD" w14:textId="77777777" w:rsidR="00D835BC" w:rsidRDefault="00000000">
            <w:r>
              <w:rPr>
                <w:rFonts w:eastAsia="Arial"/>
                <w:i/>
                <w:color w:val="6B7280"/>
                <w:sz w:val="21"/>
              </w:rPr>
              <w:t>[Enter]</w:t>
            </w:r>
          </w:p>
        </w:tc>
        <w:tc>
          <w:tcPr>
            <w:tcW w:w="1454" w:type="dxa"/>
            <w:tcMar>
              <w:top w:w="55" w:type="dxa"/>
              <w:left w:w="45" w:type="dxa"/>
              <w:bottom w:w="55" w:type="dxa"/>
              <w:right w:w="45" w:type="dxa"/>
            </w:tcMar>
          </w:tcPr>
          <w:p w14:paraId="5FE8F8EE" w14:textId="77777777" w:rsidR="00D835BC" w:rsidRDefault="00000000">
            <w:r>
              <w:rPr>
                <w:rFonts w:eastAsia="Arial"/>
                <w:i/>
                <w:color w:val="6B7280"/>
                <w:sz w:val="21"/>
              </w:rPr>
              <w:t>[Enter]</w:t>
            </w:r>
          </w:p>
        </w:tc>
        <w:tc>
          <w:tcPr>
            <w:tcW w:w="1454" w:type="dxa"/>
            <w:tcMar>
              <w:top w:w="55" w:type="dxa"/>
              <w:left w:w="45" w:type="dxa"/>
              <w:bottom w:w="55" w:type="dxa"/>
              <w:right w:w="45" w:type="dxa"/>
            </w:tcMar>
          </w:tcPr>
          <w:p w14:paraId="07A2AD3D" w14:textId="77777777" w:rsidR="00D835BC" w:rsidRDefault="00000000">
            <w:r>
              <w:rPr>
                <w:rFonts w:eastAsia="Arial"/>
                <w:i/>
                <w:color w:val="6B7280"/>
                <w:sz w:val="21"/>
              </w:rPr>
              <w:t>[Enter]</w:t>
            </w:r>
          </w:p>
        </w:tc>
        <w:tc>
          <w:tcPr>
            <w:tcW w:w="1454" w:type="dxa"/>
            <w:tcMar>
              <w:top w:w="55" w:type="dxa"/>
              <w:left w:w="45" w:type="dxa"/>
              <w:bottom w:w="55" w:type="dxa"/>
              <w:right w:w="45" w:type="dxa"/>
            </w:tcMar>
          </w:tcPr>
          <w:p w14:paraId="06DCAA6C" w14:textId="77777777" w:rsidR="00D835BC" w:rsidRDefault="00000000">
            <w:r>
              <w:rPr>
                <w:rFonts w:eastAsia="Arial"/>
                <w:i/>
                <w:color w:val="6B7280"/>
                <w:sz w:val="21"/>
              </w:rPr>
              <w:t>[Enter]</w:t>
            </w:r>
          </w:p>
        </w:tc>
        <w:tc>
          <w:tcPr>
            <w:tcW w:w="1454" w:type="dxa"/>
            <w:tcMar>
              <w:top w:w="55" w:type="dxa"/>
              <w:left w:w="45" w:type="dxa"/>
              <w:bottom w:w="55" w:type="dxa"/>
              <w:right w:w="45" w:type="dxa"/>
            </w:tcMar>
          </w:tcPr>
          <w:p w14:paraId="5A82999F" w14:textId="77777777" w:rsidR="00D835BC" w:rsidRDefault="00000000">
            <w:r>
              <w:rPr>
                <w:rFonts w:eastAsia="Arial"/>
                <w:i/>
                <w:color w:val="6B7280"/>
                <w:sz w:val="21"/>
              </w:rPr>
              <w:t>[Enter]</w:t>
            </w:r>
          </w:p>
        </w:tc>
        <w:tc>
          <w:tcPr>
            <w:tcW w:w="1454" w:type="dxa"/>
            <w:tcMar>
              <w:top w:w="55" w:type="dxa"/>
              <w:left w:w="45" w:type="dxa"/>
              <w:bottom w:w="55" w:type="dxa"/>
              <w:right w:w="45" w:type="dxa"/>
            </w:tcMar>
          </w:tcPr>
          <w:p w14:paraId="5F4C3EED" w14:textId="77777777" w:rsidR="00D835BC" w:rsidRDefault="00000000">
            <w:r>
              <w:rPr>
                <w:rFonts w:eastAsia="Arial"/>
                <w:i/>
                <w:color w:val="6B7280"/>
                <w:sz w:val="21"/>
              </w:rPr>
              <w:t>[Enter]</w:t>
            </w:r>
          </w:p>
        </w:tc>
        <w:tc>
          <w:tcPr>
            <w:tcW w:w="1454" w:type="dxa"/>
            <w:tcMar>
              <w:top w:w="55" w:type="dxa"/>
              <w:left w:w="45" w:type="dxa"/>
              <w:bottom w:w="55" w:type="dxa"/>
              <w:right w:w="45" w:type="dxa"/>
            </w:tcMar>
          </w:tcPr>
          <w:p w14:paraId="0B1705F5" w14:textId="77777777" w:rsidR="00D835BC" w:rsidRDefault="00000000">
            <w:r>
              <w:rPr>
                <w:rFonts w:eastAsia="Arial"/>
                <w:i/>
                <w:color w:val="6B7280"/>
                <w:sz w:val="21"/>
              </w:rPr>
              <w:t>[Enter]</w:t>
            </w:r>
          </w:p>
        </w:tc>
      </w:tr>
      <w:tr w:rsidR="00D835BC" w14:paraId="7960F6EC" w14:textId="77777777">
        <w:trPr>
          <w:jc w:val="center"/>
        </w:trPr>
        <w:tc>
          <w:tcPr>
            <w:tcW w:w="1454" w:type="dxa"/>
            <w:tcMar>
              <w:top w:w="55" w:type="dxa"/>
              <w:left w:w="45" w:type="dxa"/>
              <w:bottom w:w="55" w:type="dxa"/>
              <w:right w:w="45" w:type="dxa"/>
            </w:tcMar>
          </w:tcPr>
          <w:p w14:paraId="42057EAC" w14:textId="77777777" w:rsidR="00D835BC" w:rsidRDefault="00000000">
            <w:pPr>
              <w:jc w:val="center"/>
            </w:pPr>
            <w:r>
              <w:rPr>
                <w:rFonts w:eastAsia="Arial"/>
                <w:b/>
                <w:color w:val="0B5D48"/>
                <w:sz w:val="17"/>
              </w:rPr>
              <w:t>IP-12</w:t>
            </w:r>
          </w:p>
        </w:tc>
        <w:tc>
          <w:tcPr>
            <w:tcW w:w="1454" w:type="dxa"/>
            <w:tcMar>
              <w:top w:w="55" w:type="dxa"/>
              <w:left w:w="45" w:type="dxa"/>
              <w:bottom w:w="55" w:type="dxa"/>
              <w:right w:w="45" w:type="dxa"/>
            </w:tcMar>
          </w:tcPr>
          <w:p w14:paraId="67D96B57" w14:textId="77777777" w:rsidR="00D835BC" w:rsidRDefault="00000000">
            <w:r>
              <w:rPr>
                <w:rFonts w:eastAsia="Arial"/>
                <w:i/>
                <w:color w:val="6B7280"/>
                <w:sz w:val="21"/>
              </w:rPr>
              <w:t>[Enter]</w:t>
            </w:r>
          </w:p>
        </w:tc>
        <w:tc>
          <w:tcPr>
            <w:tcW w:w="1454" w:type="dxa"/>
            <w:tcMar>
              <w:top w:w="55" w:type="dxa"/>
              <w:left w:w="45" w:type="dxa"/>
              <w:bottom w:w="55" w:type="dxa"/>
              <w:right w:w="45" w:type="dxa"/>
            </w:tcMar>
          </w:tcPr>
          <w:p w14:paraId="1AF7E729" w14:textId="77777777" w:rsidR="00D835BC" w:rsidRDefault="00000000">
            <w:r>
              <w:rPr>
                <w:rFonts w:eastAsia="Arial"/>
                <w:i/>
                <w:color w:val="6B7280"/>
                <w:sz w:val="21"/>
              </w:rPr>
              <w:t>[Enter]</w:t>
            </w:r>
          </w:p>
        </w:tc>
        <w:tc>
          <w:tcPr>
            <w:tcW w:w="1454" w:type="dxa"/>
            <w:tcMar>
              <w:top w:w="55" w:type="dxa"/>
              <w:left w:w="45" w:type="dxa"/>
              <w:bottom w:w="55" w:type="dxa"/>
              <w:right w:w="45" w:type="dxa"/>
            </w:tcMar>
          </w:tcPr>
          <w:p w14:paraId="336BE1B8" w14:textId="77777777" w:rsidR="00D835BC" w:rsidRDefault="00000000">
            <w:r>
              <w:rPr>
                <w:rFonts w:eastAsia="Arial"/>
                <w:i/>
                <w:color w:val="6B7280"/>
                <w:sz w:val="21"/>
              </w:rPr>
              <w:t>[Enter]</w:t>
            </w:r>
          </w:p>
        </w:tc>
        <w:tc>
          <w:tcPr>
            <w:tcW w:w="1454" w:type="dxa"/>
            <w:tcMar>
              <w:top w:w="55" w:type="dxa"/>
              <w:left w:w="45" w:type="dxa"/>
              <w:bottom w:w="55" w:type="dxa"/>
              <w:right w:w="45" w:type="dxa"/>
            </w:tcMar>
          </w:tcPr>
          <w:p w14:paraId="4CBF10CE" w14:textId="77777777" w:rsidR="00D835BC" w:rsidRDefault="00000000">
            <w:r>
              <w:rPr>
                <w:rFonts w:eastAsia="Arial"/>
                <w:i/>
                <w:color w:val="6B7280"/>
                <w:sz w:val="21"/>
              </w:rPr>
              <w:t>[Enter]</w:t>
            </w:r>
          </w:p>
        </w:tc>
        <w:tc>
          <w:tcPr>
            <w:tcW w:w="1454" w:type="dxa"/>
            <w:tcMar>
              <w:top w:w="55" w:type="dxa"/>
              <w:left w:w="45" w:type="dxa"/>
              <w:bottom w:w="55" w:type="dxa"/>
              <w:right w:w="45" w:type="dxa"/>
            </w:tcMar>
          </w:tcPr>
          <w:p w14:paraId="58F49B2E" w14:textId="77777777" w:rsidR="00D835BC" w:rsidRDefault="00000000">
            <w:r>
              <w:rPr>
                <w:rFonts w:eastAsia="Arial"/>
                <w:i/>
                <w:color w:val="6B7280"/>
                <w:sz w:val="21"/>
              </w:rPr>
              <w:t>[Enter]</w:t>
            </w:r>
          </w:p>
        </w:tc>
        <w:tc>
          <w:tcPr>
            <w:tcW w:w="1454" w:type="dxa"/>
            <w:tcMar>
              <w:top w:w="55" w:type="dxa"/>
              <w:left w:w="45" w:type="dxa"/>
              <w:bottom w:w="55" w:type="dxa"/>
              <w:right w:w="45" w:type="dxa"/>
            </w:tcMar>
          </w:tcPr>
          <w:p w14:paraId="3AF22694" w14:textId="77777777" w:rsidR="00D835BC" w:rsidRDefault="00000000">
            <w:r>
              <w:rPr>
                <w:rFonts w:eastAsia="Arial"/>
                <w:i/>
                <w:color w:val="6B7280"/>
                <w:sz w:val="21"/>
              </w:rPr>
              <w:t>[Enter]</w:t>
            </w:r>
          </w:p>
        </w:tc>
        <w:tc>
          <w:tcPr>
            <w:tcW w:w="1454" w:type="dxa"/>
            <w:tcMar>
              <w:top w:w="55" w:type="dxa"/>
              <w:left w:w="45" w:type="dxa"/>
              <w:bottom w:w="55" w:type="dxa"/>
              <w:right w:w="45" w:type="dxa"/>
            </w:tcMar>
          </w:tcPr>
          <w:p w14:paraId="76BEC0B2" w14:textId="77777777" w:rsidR="00D835BC" w:rsidRDefault="00000000">
            <w:r>
              <w:rPr>
                <w:rFonts w:eastAsia="Arial"/>
                <w:i/>
                <w:color w:val="6B7280"/>
                <w:sz w:val="21"/>
              </w:rPr>
              <w:t>[Enter]</w:t>
            </w:r>
          </w:p>
        </w:tc>
        <w:tc>
          <w:tcPr>
            <w:tcW w:w="1454" w:type="dxa"/>
            <w:tcMar>
              <w:top w:w="55" w:type="dxa"/>
              <w:left w:w="45" w:type="dxa"/>
              <w:bottom w:w="55" w:type="dxa"/>
              <w:right w:w="45" w:type="dxa"/>
            </w:tcMar>
          </w:tcPr>
          <w:p w14:paraId="0EF37111" w14:textId="77777777" w:rsidR="00D835BC" w:rsidRDefault="00000000">
            <w:r>
              <w:rPr>
                <w:rFonts w:eastAsia="Arial"/>
                <w:i/>
                <w:color w:val="6B7280"/>
                <w:sz w:val="21"/>
              </w:rPr>
              <w:t>[Enter]</w:t>
            </w:r>
          </w:p>
        </w:tc>
        <w:tc>
          <w:tcPr>
            <w:tcW w:w="1454" w:type="dxa"/>
            <w:tcMar>
              <w:top w:w="55" w:type="dxa"/>
              <w:left w:w="45" w:type="dxa"/>
              <w:bottom w:w="55" w:type="dxa"/>
              <w:right w:w="45" w:type="dxa"/>
            </w:tcMar>
          </w:tcPr>
          <w:p w14:paraId="2C454B28" w14:textId="77777777" w:rsidR="00D835BC" w:rsidRDefault="00000000">
            <w:r>
              <w:rPr>
                <w:rFonts w:eastAsia="Arial"/>
                <w:i/>
                <w:color w:val="6B7280"/>
                <w:sz w:val="21"/>
              </w:rPr>
              <w:t>[Enter]</w:t>
            </w:r>
          </w:p>
        </w:tc>
      </w:tr>
    </w:tbl>
    <w:tbl>
      <w:tblPr>
        <w:tblW w:w="0" w:type="auto"/>
        <w:jc w:val="center"/>
        <w:tblBorders>
          <w:top w:val="single" w:sz="4" w:space="0" w:color="AFC9BF"/>
          <w:left w:val="single" w:sz="4" w:space="0" w:color="AFC9BF"/>
          <w:bottom w:val="single" w:sz="4" w:space="0" w:color="AFC9BF"/>
          <w:right w:val="single" w:sz="4" w:space="0" w:color="AFC9BF"/>
          <w:insideH w:val="single" w:sz="4" w:space="0" w:color="AFC9BF"/>
          <w:insideV w:val="single" w:sz="4" w:space="0" w:color="AFC9BF"/>
        </w:tblBorders>
        <w:tblLook w:val="04A0" w:firstRow="1" w:lastRow="0" w:firstColumn="1" w:lastColumn="0" w:noHBand="0" w:noVBand="1"/>
      </w:tblPr>
      <w:tblGrid>
        <w:gridCol w:w="14544"/>
      </w:tblGrid>
      <w:tr w:rsidR="00D835BC" w14:paraId="1718EEE2" w14:textId="77777777">
        <w:trPr>
          <w:jc w:val="center"/>
        </w:trPr>
        <w:tc>
          <w:tcPr>
            <w:tcW w:w="14544" w:type="dxa"/>
            <w:shd w:val="clear" w:color="auto" w:fill="EAF4F0"/>
            <w:tcMar>
              <w:top w:w="70" w:type="dxa"/>
              <w:left w:w="85" w:type="dxa"/>
              <w:bottom w:w="70" w:type="dxa"/>
              <w:right w:w="85" w:type="dxa"/>
            </w:tcMar>
          </w:tcPr>
          <w:p w14:paraId="17EDC12F" w14:textId="77777777" w:rsidR="00D835BC" w:rsidRDefault="00000000">
            <w:r>
              <w:rPr>
                <w:rFonts w:eastAsia="Arial"/>
                <w:b/>
                <w:color w:val="0B5D48"/>
                <w:sz w:val="17"/>
              </w:rPr>
              <w:t xml:space="preserve">IMPROVEMENT PLAN MANAGEMENT  </w:t>
            </w:r>
            <w:r>
              <w:rPr>
                <w:rFonts w:eastAsia="Arial"/>
                <w:color w:val="1F2937"/>
                <w:sz w:val="17"/>
              </w:rPr>
              <w:t>Corrective actions should be specific enough to assign, monitor, and verify. When an action is completed, retain evidence showing what changed and whether the action was validated through review, training, exercise, or other appropriate means.</w:t>
            </w:r>
          </w:p>
        </w:tc>
      </w:tr>
    </w:tbl>
    <w:p w14:paraId="194F81AC" w14:textId="77777777" w:rsidR="00D835BC" w:rsidRDefault="00D835BC">
      <w:pPr>
        <w:sectPr w:rsidR="00D835BC">
          <w:footerReference w:type="default" r:id="rId10"/>
          <w:pgSz w:w="15840" w:h="12240" w:orient="landscape"/>
          <w:pgMar w:top="648" w:right="648" w:bottom="648" w:left="648" w:header="720" w:footer="720" w:gutter="0"/>
          <w:cols w:space="720"/>
          <w:docGrid w:linePitch="360"/>
        </w:sectPr>
      </w:pPr>
    </w:p>
    <w:p w14:paraId="1A2E5504" w14:textId="77777777" w:rsidR="00D835BC" w:rsidRDefault="00000000">
      <w:pPr>
        <w:keepNext/>
        <w:pBdr>
          <w:bottom w:val="single" w:sz="10" w:space="3" w:color="E85A24"/>
        </w:pBdr>
        <w:spacing w:before="160" w:after="80"/>
      </w:pPr>
      <w:r>
        <w:rPr>
          <w:rFonts w:eastAsia="Arial"/>
          <w:b/>
          <w:color w:val="0B5D48"/>
          <w:sz w:val="30"/>
        </w:rPr>
        <w:lastRenderedPageBreak/>
        <w:t>5. CONCLUSION &amp; FOLLOW-THROUGH</w:t>
      </w:r>
    </w:p>
    <w:p w14:paraId="7E803066" w14:textId="77777777" w:rsidR="00D835BC" w:rsidRDefault="00000000">
      <w:pPr>
        <w:keepNext/>
        <w:spacing w:before="100" w:after="60"/>
      </w:pPr>
      <w:r>
        <w:rPr>
          <w:rFonts w:eastAsia="Arial"/>
          <w:b/>
          <w:color w:val="0B5D48"/>
          <w:sz w:val="23"/>
        </w:rPr>
        <w:t>Overall Conclusions</w:t>
      </w:r>
    </w:p>
    <w:tbl>
      <w:tblPr>
        <w:tblW w:w="0" w:type="auto"/>
        <w:tblBorders>
          <w:top w:val="single" w:sz="5" w:space="0" w:color="B7C8C1"/>
          <w:left w:val="single" w:sz="5" w:space="0" w:color="B7C8C1"/>
          <w:bottom w:val="single" w:sz="5" w:space="0" w:color="B7C8C1"/>
          <w:right w:val="single" w:sz="5" w:space="0" w:color="B7C8C1"/>
          <w:insideH w:val="single" w:sz="5" w:space="0" w:color="B7C8C1"/>
          <w:insideV w:val="single" w:sz="5" w:space="0" w:color="B7C8C1"/>
        </w:tblBorders>
        <w:tblLook w:val="04A0" w:firstRow="1" w:lastRow="0" w:firstColumn="1" w:lastColumn="0" w:noHBand="0" w:noVBand="1"/>
      </w:tblPr>
      <w:tblGrid>
        <w:gridCol w:w="13968"/>
      </w:tblGrid>
      <w:tr w:rsidR="00D835BC" w14:paraId="6C06F935" w14:textId="77777777">
        <w:tc>
          <w:tcPr>
            <w:tcW w:w="13968" w:type="dxa"/>
            <w:tcMar>
              <w:top w:w="90" w:type="dxa"/>
              <w:left w:w="90" w:type="dxa"/>
              <w:bottom w:w="90" w:type="dxa"/>
              <w:right w:w="90" w:type="dxa"/>
            </w:tcMar>
          </w:tcPr>
          <w:p w14:paraId="16CDB0DE" w14:textId="77777777" w:rsidR="00D835BC" w:rsidRDefault="00000000">
            <w:pPr>
              <w:spacing w:after="0"/>
            </w:pPr>
            <w:r>
              <w:rPr>
                <w:rFonts w:eastAsia="Arial"/>
                <w:i/>
                <w:color w:val="6B7280"/>
                <w:sz w:val="24"/>
              </w:rPr>
              <w:t>[Summarize the most important lessons, readiness implications, and next steps.]</w:t>
            </w:r>
          </w:p>
        </w:tc>
      </w:tr>
    </w:tbl>
    <w:p w14:paraId="629347CF" w14:textId="77777777" w:rsidR="00D835BC" w:rsidRDefault="00000000">
      <w:pPr>
        <w:keepNext/>
        <w:spacing w:before="100" w:after="60"/>
      </w:pPr>
      <w:r>
        <w:rPr>
          <w:rFonts w:eastAsia="Arial"/>
          <w:b/>
          <w:color w:val="0B5D48"/>
          <w:sz w:val="23"/>
        </w:rPr>
        <w:t>Plan / Policy / Training Changes Resulting from This Review</w:t>
      </w:r>
    </w:p>
    <w:tbl>
      <w:tblPr>
        <w:tblW w:w="0" w:type="auto"/>
        <w:tblBorders>
          <w:top w:val="single" w:sz="5" w:space="0" w:color="B7C8C1"/>
          <w:left w:val="single" w:sz="5" w:space="0" w:color="B7C8C1"/>
          <w:bottom w:val="single" w:sz="5" w:space="0" w:color="B7C8C1"/>
          <w:right w:val="single" w:sz="5" w:space="0" w:color="B7C8C1"/>
          <w:insideH w:val="single" w:sz="5" w:space="0" w:color="B7C8C1"/>
          <w:insideV w:val="single" w:sz="5" w:space="0" w:color="B7C8C1"/>
        </w:tblBorders>
        <w:tblLook w:val="04A0" w:firstRow="1" w:lastRow="0" w:firstColumn="1" w:lastColumn="0" w:noHBand="0" w:noVBand="1"/>
      </w:tblPr>
      <w:tblGrid>
        <w:gridCol w:w="4656"/>
        <w:gridCol w:w="4656"/>
        <w:gridCol w:w="4656"/>
      </w:tblGrid>
      <w:tr w:rsidR="00D835BC" w14:paraId="59A491B4" w14:textId="77777777">
        <w:tc>
          <w:tcPr>
            <w:tcW w:w="4656" w:type="dxa"/>
            <w:shd w:val="clear" w:color="auto" w:fill="0B5D48"/>
            <w:tcMar>
              <w:top w:w="60" w:type="dxa"/>
              <w:left w:w="70" w:type="dxa"/>
              <w:bottom w:w="60" w:type="dxa"/>
              <w:right w:w="70" w:type="dxa"/>
            </w:tcMar>
          </w:tcPr>
          <w:p w14:paraId="4736BD38" w14:textId="77777777" w:rsidR="00D835BC" w:rsidRDefault="00000000">
            <w:pPr>
              <w:jc w:val="center"/>
            </w:pPr>
            <w:r>
              <w:rPr>
                <w:rFonts w:eastAsia="Arial"/>
                <w:b/>
                <w:color w:val="FFFFFF"/>
                <w:sz w:val="17"/>
              </w:rPr>
              <w:t>Change Needed</w:t>
            </w:r>
          </w:p>
        </w:tc>
        <w:tc>
          <w:tcPr>
            <w:tcW w:w="4656" w:type="dxa"/>
            <w:shd w:val="clear" w:color="auto" w:fill="0B5D48"/>
            <w:tcMar>
              <w:top w:w="60" w:type="dxa"/>
              <w:left w:w="70" w:type="dxa"/>
              <w:bottom w:w="60" w:type="dxa"/>
              <w:right w:w="70" w:type="dxa"/>
            </w:tcMar>
          </w:tcPr>
          <w:p w14:paraId="1A05F233" w14:textId="77777777" w:rsidR="00D835BC" w:rsidRDefault="00000000">
            <w:pPr>
              <w:jc w:val="center"/>
            </w:pPr>
            <w:r>
              <w:rPr>
                <w:rFonts w:eastAsia="Arial"/>
                <w:b/>
                <w:color w:val="FFFFFF"/>
                <w:sz w:val="17"/>
              </w:rPr>
              <w:t>Responsible Owner</w:t>
            </w:r>
          </w:p>
        </w:tc>
        <w:tc>
          <w:tcPr>
            <w:tcW w:w="4656" w:type="dxa"/>
            <w:shd w:val="clear" w:color="auto" w:fill="0B5D48"/>
            <w:tcMar>
              <w:top w:w="60" w:type="dxa"/>
              <w:left w:w="70" w:type="dxa"/>
              <w:bottom w:w="60" w:type="dxa"/>
              <w:right w:w="70" w:type="dxa"/>
            </w:tcMar>
          </w:tcPr>
          <w:p w14:paraId="712954BC" w14:textId="77777777" w:rsidR="00D835BC" w:rsidRDefault="00000000">
            <w:pPr>
              <w:jc w:val="center"/>
            </w:pPr>
            <w:r>
              <w:rPr>
                <w:rFonts w:eastAsia="Arial"/>
                <w:b/>
                <w:color w:val="FFFFFF"/>
                <w:sz w:val="17"/>
              </w:rPr>
              <w:t>Target Date</w:t>
            </w:r>
          </w:p>
        </w:tc>
      </w:tr>
      <w:tr w:rsidR="00D835BC" w14:paraId="3E92229E" w14:textId="77777777">
        <w:tc>
          <w:tcPr>
            <w:tcW w:w="4656" w:type="dxa"/>
            <w:tcMar>
              <w:top w:w="60" w:type="dxa"/>
              <w:left w:w="70" w:type="dxa"/>
              <w:bottom w:w="60" w:type="dxa"/>
              <w:right w:w="70" w:type="dxa"/>
            </w:tcMar>
          </w:tcPr>
          <w:p w14:paraId="19768554" w14:textId="77777777" w:rsidR="00D835BC" w:rsidRDefault="00000000">
            <w:pPr>
              <w:spacing w:after="0"/>
            </w:pPr>
            <w:r>
              <w:rPr>
                <w:rFonts w:eastAsia="Arial"/>
                <w:i/>
                <w:color w:val="6B7280"/>
                <w:sz w:val="24"/>
              </w:rPr>
              <w:t>[Enter]</w:t>
            </w:r>
          </w:p>
        </w:tc>
        <w:tc>
          <w:tcPr>
            <w:tcW w:w="4656" w:type="dxa"/>
            <w:tcMar>
              <w:top w:w="60" w:type="dxa"/>
              <w:left w:w="70" w:type="dxa"/>
              <w:bottom w:w="60" w:type="dxa"/>
              <w:right w:w="70" w:type="dxa"/>
            </w:tcMar>
          </w:tcPr>
          <w:p w14:paraId="72E5A04F" w14:textId="77777777" w:rsidR="00D835BC" w:rsidRDefault="00000000">
            <w:pPr>
              <w:spacing w:after="0"/>
            </w:pPr>
            <w:r>
              <w:rPr>
                <w:rFonts w:eastAsia="Arial"/>
                <w:i/>
                <w:color w:val="6B7280"/>
                <w:sz w:val="24"/>
              </w:rPr>
              <w:t>[Enter]</w:t>
            </w:r>
          </w:p>
        </w:tc>
        <w:tc>
          <w:tcPr>
            <w:tcW w:w="4656" w:type="dxa"/>
            <w:tcMar>
              <w:top w:w="60" w:type="dxa"/>
              <w:left w:w="70" w:type="dxa"/>
              <w:bottom w:w="60" w:type="dxa"/>
              <w:right w:w="70" w:type="dxa"/>
            </w:tcMar>
          </w:tcPr>
          <w:p w14:paraId="6E43EAC3" w14:textId="77777777" w:rsidR="00D835BC" w:rsidRDefault="00000000">
            <w:pPr>
              <w:spacing w:after="0"/>
            </w:pPr>
            <w:r>
              <w:rPr>
                <w:rFonts w:eastAsia="Arial"/>
                <w:i/>
                <w:color w:val="6B7280"/>
                <w:sz w:val="24"/>
              </w:rPr>
              <w:t>[Enter]</w:t>
            </w:r>
          </w:p>
        </w:tc>
      </w:tr>
      <w:tr w:rsidR="00D835BC" w14:paraId="0CD1FD98" w14:textId="77777777">
        <w:tc>
          <w:tcPr>
            <w:tcW w:w="4656" w:type="dxa"/>
            <w:tcMar>
              <w:top w:w="60" w:type="dxa"/>
              <w:left w:w="70" w:type="dxa"/>
              <w:bottom w:w="60" w:type="dxa"/>
              <w:right w:w="70" w:type="dxa"/>
            </w:tcMar>
          </w:tcPr>
          <w:p w14:paraId="0746D0E8" w14:textId="77777777" w:rsidR="00D835BC" w:rsidRDefault="00000000">
            <w:pPr>
              <w:spacing w:after="0"/>
            </w:pPr>
            <w:r>
              <w:rPr>
                <w:rFonts w:eastAsia="Arial"/>
                <w:i/>
                <w:color w:val="6B7280"/>
                <w:sz w:val="24"/>
              </w:rPr>
              <w:t>[Enter]</w:t>
            </w:r>
          </w:p>
        </w:tc>
        <w:tc>
          <w:tcPr>
            <w:tcW w:w="4656" w:type="dxa"/>
            <w:tcMar>
              <w:top w:w="60" w:type="dxa"/>
              <w:left w:w="70" w:type="dxa"/>
              <w:bottom w:w="60" w:type="dxa"/>
              <w:right w:w="70" w:type="dxa"/>
            </w:tcMar>
          </w:tcPr>
          <w:p w14:paraId="42C90F06" w14:textId="77777777" w:rsidR="00D835BC" w:rsidRDefault="00000000">
            <w:pPr>
              <w:spacing w:after="0"/>
            </w:pPr>
            <w:r>
              <w:rPr>
                <w:rFonts w:eastAsia="Arial"/>
                <w:i/>
                <w:color w:val="6B7280"/>
                <w:sz w:val="24"/>
              </w:rPr>
              <w:t>[Enter]</w:t>
            </w:r>
          </w:p>
        </w:tc>
        <w:tc>
          <w:tcPr>
            <w:tcW w:w="4656" w:type="dxa"/>
            <w:tcMar>
              <w:top w:w="60" w:type="dxa"/>
              <w:left w:w="70" w:type="dxa"/>
              <w:bottom w:w="60" w:type="dxa"/>
              <w:right w:w="70" w:type="dxa"/>
            </w:tcMar>
          </w:tcPr>
          <w:p w14:paraId="3652429B" w14:textId="77777777" w:rsidR="00D835BC" w:rsidRDefault="00000000">
            <w:pPr>
              <w:spacing w:after="0"/>
            </w:pPr>
            <w:r>
              <w:rPr>
                <w:rFonts w:eastAsia="Arial"/>
                <w:i/>
                <w:color w:val="6B7280"/>
                <w:sz w:val="24"/>
              </w:rPr>
              <w:t>[Enter]</w:t>
            </w:r>
          </w:p>
        </w:tc>
      </w:tr>
      <w:tr w:rsidR="00D835BC" w14:paraId="4A69392C" w14:textId="77777777">
        <w:tc>
          <w:tcPr>
            <w:tcW w:w="4656" w:type="dxa"/>
            <w:tcMar>
              <w:top w:w="60" w:type="dxa"/>
              <w:left w:w="70" w:type="dxa"/>
              <w:bottom w:w="60" w:type="dxa"/>
              <w:right w:w="70" w:type="dxa"/>
            </w:tcMar>
          </w:tcPr>
          <w:p w14:paraId="6EFA560E" w14:textId="77777777" w:rsidR="00D835BC" w:rsidRDefault="00000000">
            <w:pPr>
              <w:spacing w:after="0"/>
            </w:pPr>
            <w:r>
              <w:rPr>
                <w:rFonts w:eastAsia="Arial"/>
                <w:i/>
                <w:color w:val="6B7280"/>
                <w:sz w:val="24"/>
              </w:rPr>
              <w:t>[Enter]</w:t>
            </w:r>
          </w:p>
        </w:tc>
        <w:tc>
          <w:tcPr>
            <w:tcW w:w="4656" w:type="dxa"/>
            <w:tcMar>
              <w:top w:w="60" w:type="dxa"/>
              <w:left w:w="70" w:type="dxa"/>
              <w:bottom w:w="60" w:type="dxa"/>
              <w:right w:w="70" w:type="dxa"/>
            </w:tcMar>
          </w:tcPr>
          <w:p w14:paraId="14C44CE0" w14:textId="77777777" w:rsidR="00D835BC" w:rsidRDefault="00000000">
            <w:pPr>
              <w:spacing w:after="0"/>
            </w:pPr>
            <w:r>
              <w:rPr>
                <w:rFonts w:eastAsia="Arial"/>
                <w:i/>
                <w:color w:val="6B7280"/>
                <w:sz w:val="24"/>
              </w:rPr>
              <w:t>[Enter]</w:t>
            </w:r>
          </w:p>
        </w:tc>
        <w:tc>
          <w:tcPr>
            <w:tcW w:w="4656" w:type="dxa"/>
            <w:tcMar>
              <w:top w:w="60" w:type="dxa"/>
              <w:left w:w="70" w:type="dxa"/>
              <w:bottom w:w="60" w:type="dxa"/>
              <w:right w:w="70" w:type="dxa"/>
            </w:tcMar>
          </w:tcPr>
          <w:p w14:paraId="49C5F588" w14:textId="77777777" w:rsidR="00D835BC" w:rsidRDefault="00000000">
            <w:pPr>
              <w:spacing w:after="0"/>
            </w:pPr>
            <w:r>
              <w:rPr>
                <w:rFonts w:eastAsia="Arial"/>
                <w:i/>
                <w:color w:val="6B7280"/>
                <w:sz w:val="24"/>
              </w:rPr>
              <w:t>[Enter]</w:t>
            </w:r>
          </w:p>
        </w:tc>
      </w:tr>
      <w:tr w:rsidR="00D835BC" w14:paraId="37195914" w14:textId="77777777">
        <w:tc>
          <w:tcPr>
            <w:tcW w:w="4656" w:type="dxa"/>
            <w:tcMar>
              <w:top w:w="60" w:type="dxa"/>
              <w:left w:w="70" w:type="dxa"/>
              <w:bottom w:w="60" w:type="dxa"/>
              <w:right w:w="70" w:type="dxa"/>
            </w:tcMar>
          </w:tcPr>
          <w:p w14:paraId="41C333DC" w14:textId="77777777" w:rsidR="00D835BC" w:rsidRDefault="00000000">
            <w:pPr>
              <w:spacing w:after="0"/>
            </w:pPr>
            <w:r>
              <w:rPr>
                <w:rFonts w:eastAsia="Arial"/>
                <w:i/>
                <w:color w:val="6B7280"/>
                <w:sz w:val="24"/>
              </w:rPr>
              <w:t>[Enter]</w:t>
            </w:r>
          </w:p>
        </w:tc>
        <w:tc>
          <w:tcPr>
            <w:tcW w:w="4656" w:type="dxa"/>
            <w:tcMar>
              <w:top w:w="60" w:type="dxa"/>
              <w:left w:w="70" w:type="dxa"/>
              <w:bottom w:w="60" w:type="dxa"/>
              <w:right w:w="70" w:type="dxa"/>
            </w:tcMar>
          </w:tcPr>
          <w:p w14:paraId="78A967D1" w14:textId="77777777" w:rsidR="00D835BC" w:rsidRDefault="00000000">
            <w:pPr>
              <w:spacing w:after="0"/>
            </w:pPr>
            <w:r>
              <w:rPr>
                <w:rFonts w:eastAsia="Arial"/>
                <w:i/>
                <w:color w:val="6B7280"/>
                <w:sz w:val="24"/>
              </w:rPr>
              <w:t>[Enter]</w:t>
            </w:r>
          </w:p>
        </w:tc>
        <w:tc>
          <w:tcPr>
            <w:tcW w:w="4656" w:type="dxa"/>
            <w:tcMar>
              <w:top w:w="60" w:type="dxa"/>
              <w:left w:w="70" w:type="dxa"/>
              <w:bottom w:w="60" w:type="dxa"/>
              <w:right w:w="70" w:type="dxa"/>
            </w:tcMar>
          </w:tcPr>
          <w:p w14:paraId="1600C885" w14:textId="77777777" w:rsidR="00D835BC" w:rsidRDefault="00000000">
            <w:pPr>
              <w:spacing w:after="0"/>
            </w:pPr>
            <w:r>
              <w:rPr>
                <w:rFonts w:eastAsia="Arial"/>
                <w:i/>
                <w:color w:val="6B7280"/>
                <w:sz w:val="24"/>
              </w:rPr>
              <w:t>[Enter]</w:t>
            </w:r>
          </w:p>
        </w:tc>
      </w:tr>
    </w:tbl>
    <w:p w14:paraId="627B2809" w14:textId="77777777" w:rsidR="00D835BC" w:rsidRDefault="00000000">
      <w:pPr>
        <w:keepNext/>
        <w:spacing w:before="100" w:after="60"/>
      </w:pPr>
      <w:r>
        <w:rPr>
          <w:rFonts w:eastAsia="Arial"/>
          <w:b/>
          <w:color w:val="0B5D48"/>
          <w:sz w:val="23"/>
        </w:rPr>
        <w:t>AAR/IP Review and Approval</w:t>
      </w:r>
    </w:p>
    <w:tbl>
      <w:tblPr>
        <w:tblW w:w="0" w:type="auto"/>
        <w:tblBorders>
          <w:top w:val="single" w:sz="5" w:space="0" w:color="B7C8C1"/>
          <w:left w:val="single" w:sz="5" w:space="0" w:color="B7C8C1"/>
          <w:bottom w:val="single" w:sz="5" w:space="0" w:color="B7C8C1"/>
          <w:right w:val="single" w:sz="5" w:space="0" w:color="B7C8C1"/>
          <w:insideH w:val="single" w:sz="5" w:space="0" w:color="B7C8C1"/>
          <w:insideV w:val="single" w:sz="5" w:space="0" w:color="B7C8C1"/>
        </w:tblBorders>
        <w:tblLook w:val="04A0" w:firstRow="1" w:lastRow="0" w:firstColumn="1" w:lastColumn="0" w:noHBand="0" w:noVBand="1"/>
      </w:tblPr>
      <w:tblGrid>
        <w:gridCol w:w="3492"/>
        <w:gridCol w:w="3492"/>
        <w:gridCol w:w="3492"/>
        <w:gridCol w:w="3492"/>
        <w:gridCol w:w="15"/>
      </w:tblGrid>
      <w:tr w:rsidR="00D835BC" w14:paraId="48404C94" w14:textId="77777777">
        <w:tc>
          <w:tcPr>
            <w:tcW w:w="3492" w:type="dxa"/>
            <w:shd w:val="clear" w:color="auto" w:fill="0B5D48"/>
            <w:tcMar>
              <w:top w:w="60" w:type="dxa"/>
              <w:left w:w="70" w:type="dxa"/>
              <w:bottom w:w="60" w:type="dxa"/>
              <w:right w:w="70" w:type="dxa"/>
            </w:tcMar>
          </w:tcPr>
          <w:p w14:paraId="29BBBDF5" w14:textId="77777777" w:rsidR="00D835BC" w:rsidRDefault="00000000">
            <w:pPr>
              <w:jc w:val="center"/>
            </w:pPr>
            <w:r>
              <w:rPr>
                <w:rFonts w:eastAsia="Arial"/>
                <w:b/>
                <w:color w:val="FFFFFF"/>
                <w:sz w:val="16"/>
              </w:rPr>
              <w:t>Role / Title</w:t>
            </w:r>
          </w:p>
        </w:tc>
        <w:tc>
          <w:tcPr>
            <w:tcW w:w="3492" w:type="dxa"/>
            <w:shd w:val="clear" w:color="auto" w:fill="0B5D48"/>
            <w:tcMar>
              <w:top w:w="60" w:type="dxa"/>
              <w:left w:w="70" w:type="dxa"/>
              <w:bottom w:w="60" w:type="dxa"/>
              <w:right w:w="70" w:type="dxa"/>
            </w:tcMar>
          </w:tcPr>
          <w:p w14:paraId="22732DEE" w14:textId="77777777" w:rsidR="00D835BC" w:rsidRDefault="00000000">
            <w:pPr>
              <w:jc w:val="center"/>
            </w:pPr>
            <w:r>
              <w:rPr>
                <w:rFonts w:eastAsia="Arial"/>
                <w:b/>
                <w:color w:val="FFFFFF"/>
                <w:sz w:val="16"/>
              </w:rPr>
              <w:t>Name</w:t>
            </w:r>
          </w:p>
        </w:tc>
        <w:tc>
          <w:tcPr>
            <w:tcW w:w="3492" w:type="dxa"/>
            <w:shd w:val="clear" w:color="auto" w:fill="0B5D48"/>
            <w:tcMar>
              <w:top w:w="60" w:type="dxa"/>
              <w:left w:w="70" w:type="dxa"/>
              <w:bottom w:w="60" w:type="dxa"/>
              <w:right w:w="70" w:type="dxa"/>
            </w:tcMar>
          </w:tcPr>
          <w:p w14:paraId="37B5D9B4" w14:textId="77777777" w:rsidR="00D835BC" w:rsidRDefault="00000000">
            <w:pPr>
              <w:jc w:val="center"/>
            </w:pPr>
            <w:r>
              <w:rPr>
                <w:rFonts w:eastAsia="Arial"/>
                <w:b/>
                <w:color w:val="FFFFFF"/>
                <w:sz w:val="16"/>
              </w:rPr>
              <w:t>Signature / Approval</w:t>
            </w:r>
          </w:p>
        </w:tc>
        <w:tc>
          <w:tcPr>
            <w:tcW w:w="3492" w:type="dxa"/>
            <w:gridSpan w:val="2"/>
            <w:shd w:val="clear" w:color="auto" w:fill="0B5D48"/>
            <w:tcMar>
              <w:top w:w="60" w:type="dxa"/>
              <w:left w:w="70" w:type="dxa"/>
              <w:bottom w:w="60" w:type="dxa"/>
              <w:right w:w="70" w:type="dxa"/>
            </w:tcMar>
          </w:tcPr>
          <w:p w14:paraId="566DAADA" w14:textId="77777777" w:rsidR="00D835BC" w:rsidRDefault="00000000">
            <w:pPr>
              <w:jc w:val="center"/>
            </w:pPr>
            <w:r>
              <w:rPr>
                <w:rFonts w:eastAsia="Arial"/>
                <w:b/>
                <w:color w:val="FFFFFF"/>
                <w:sz w:val="16"/>
              </w:rPr>
              <w:t>Date</w:t>
            </w:r>
          </w:p>
        </w:tc>
      </w:tr>
      <w:tr w:rsidR="00D835BC" w14:paraId="73B5AB69" w14:textId="77777777">
        <w:tc>
          <w:tcPr>
            <w:tcW w:w="3492" w:type="dxa"/>
            <w:tcMar>
              <w:top w:w="70" w:type="dxa"/>
              <w:left w:w="60" w:type="dxa"/>
              <w:bottom w:w="70" w:type="dxa"/>
              <w:right w:w="60" w:type="dxa"/>
            </w:tcMar>
          </w:tcPr>
          <w:p w14:paraId="65C6AC5F" w14:textId="77777777" w:rsidR="00D835BC" w:rsidRDefault="00000000">
            <w:pPr>
              <w:spacing w:after="0"/>
            </w:pPr>
            <w:r>
              <w:rPr>
                <w:rFonts w:eastAsia="Arial"/>
                <w:i/>
                <w:color w:val="6B7280"/>
                <w:sz w:val="24"/>
              </w:rPr>
              <w:t>[Enter]</w:t>
            </w:r>
          </w:p>
        </w:tc>
        <w:tc>
          <w:tcPr>
            <w:tcW w:w="3492" w:type="dxa"/>
            <w:tcMar>
              <w:top w:w="70" w:type="dxa"/>
              <w:left w:w="60" w:type="dxa"/>
              <w:bottom w:w="70" w:type="dxa"/>
              <w:right w:w="60" w:type="dxa"/>
            </w:tcMar>
          </w:tcPr>
          <w:p w14:paraId="11CF93DA" w14:textId="77777777" w:rsidR="00D835BC" w:rsidRDefault="00000000">
            <w:pPr>
              <w:spacing w:after="0"/>
            </w:pPr>
            <w:r>
              <w:rPr>
                <w:rFonts w:eastAsia="Arial"/>
                <w:i/>
                <w:color w:val="6B7280"/>
                <w:sz w:val="24"/>
              </w:rPr>
              <w:t>[Enter]</w:t>
            </w:r>
          </w:p>
        </w:tc>
        <w:tc>
          <w:tcPr>
            <w:tcW w:w="3492" w:type="dxa"/>
            <w:tcMar>
              <w:top w:w="70" w:type="dxa"/>
              <w:left w:w="60" w:type="dxa"/>
              <w:bottom w:w="70" w:type="dxa"/>
              <w:right w:w="60" w:type="dxa"/>
            </w:tcMar>
          </w:tcPr>
          <w:p w14:paraId="6367D5C7" w14:textId="77777777" w:rsidR="00D835BC" w:rsidRDefault="00000000">
            <w:pPr>
              <w:spacing w:after="0"/>
            </w:pPr>
            <w:r>
              <w:rPr>
                <w:rFonts w:eastAsia="Arial"/>
                <w:i/>
                <w:color w:val="6B7280"/>
                <w:sz w:val="24"/>
              </w:rPr>
              <w:t>[Enter]</w:t>
            </w:r>
          </w:p>
        </w:tc>
        <w:tc>
          <w:tcPr>
            <w:tcW w:w="3492" w:type="dxa"/>
            <w:gridSpan w:val="2"/>
            <w:tcMar>
              <w:top w:w="70" w:type="dxa"/>
              <w:left w:w="60" w:type="dxa"/>
              <w:bottom w:w="70" w:type="dxa"/>
              <w:right w:w="60" w:type="dxa"/>
            </w:tcMar>
          </w:tcPr>
          <w:p w14:paraId="21812D5A" w14:textId="77777777" w:rsidR="00D835BC" w:rsidRDefault="00000000">
            <w:pPr>
              <w:spacing w:after="0"/>
            </w:pPr>
            <w:r>
              <w:rPr>
                <w:rFonts w:eastAsia="Arial"/>
                <w:i/>
                <w:color w:val="6B7280"/>
                <w:sz w:val="24"/>
              </w:rPr>
              <w:t>[Enter]</w:t>
            </w:r>
          </w:p>
        </w:tc>
      </w:tr>
      <w:tr w:rsidR="00D835BC" w14:paraId="76EA0342" w14:textId="77777777">
        <w:tc>
          <w:tcPr>
            <w:tcW w:w="3492" w:type="dxa"/>
            <w:tcMar>
              <w:top w:w="70" w:type="dxa"/>
              <w:left w:w="60" w:type="dxa"/>
              <w:bottom w:w="70" w:type="dxa"/>
              <w:right w:w="60" w:type="dxa"/>
            </w:tcMar>
          </w:tcPr>
          <w:p w14:paraId="1B7DD38F" w14:textId="77777777" w:rsidR="00D835BC" w:rsidRDefault="00000000">
            <w:pPr>
              <w:spacing w:after="0"/>
            </w:pPr>
            <w:r>
              <w:rPr>
                <w:rFonts w:eastAsia="Arial"/>
                <w:i/>
                <w:color w:val="6B7280"/>
                <w:sz w:val="24"/>
              </w:rPr>
              <w:t>[Enter]</w:t>
            </w:r>
          </w:p>
        </w:tc>
        <w:tc>
          <w:tcPr>
            <w:tcW w:w="3492" w:type="dxa"/>
            <w:tcMar>
              <w:top w:w="70" w:type="dxa"/>
              <w:left w:w="60" w:type="dxa"/>
              <w:bottom w:w="70" w:type="dxa"/>
              <w:right w:w="60" w:type="dxa"/>
            </w:tcMar>
          </w:tcPr>
          <w:p w14:paraId="4529C487" w14:textId="77777777" w:rsidR="00D835BC" w:rsidRDefault="00000000">
            <w:pPr>
              <w:spacing w:after="0"/>
            </w:pPr>
            <w:r>
              <w:rPr>
                <w:rFonts w:eastAsia="Arial"/>
                <w:i/>
                <w:color w:val="6B7280"/>
                <w:sz w:val="24"/>
              </w:rPr>
              <w:t>[Enter]</w:t>
            </w:r>
          </w:p>
        </w:tc>
        <w:tc>
          <w:tcPr>
            <w:tcW w:w="3492" w:type="dxa"/>
            <w:tcMar>
              <w:top w:w="70" w:type="dxa"/>
              <w:left w:w="60" w:type="dxa"/>
              <w:bottom w:w="70" w:type="dxa"/>
              <w:right w:w="60" w:type="dxa"/>
            </w:tcMar>
          </w:tcPr>
          <w:p w14:paraId="6E6555FE" w14:textId="77777777" w:rsidR="00D835BC" w:rsidRDefault="00000000">
            <w:pPr>
              <w:spacing w:after="0"/>
            </w:pPr>
            <w:r>
              <w:rPr>
                <w:rFonts w:eastAsia="Arial"/>
                <w:i/>
                <w:color w:val="6B7280"/>
                <w:sz w:val="24"/>
              </w:rPr>
              <w:t>[Enter]</w:t>
            </w:r>
          </w:p>
        </w:tc>
        <w:tc>
          <w:tcPr>
            <w:tcW w:w="3492" w:type="dxa"/>
            <w:gridSpan w:val="2"/>
            <w:tcMar>
              <w:top w:w="70" w:type="dxa"/>
              <w:left w:w="60" w:type="dxa"/>
              <w:bottom w:w="70" w:type="dxa"/>
              <w:right w:w="60" w:type="dxa"/>
            </w:tcMar>
          </w:tcPr>
          <w:p w14:paraId="40A0E124" w14:textId="77777777" w:rsidR="00D835BC" w:rsidRDefault="00000000">
            <w:pPr>
              <w:spacing w:after="0"/>
            </w:pPr>
            <w:r>
              <w:rPr>
                <w:rFonts w:eastAsia="Arial"/>
                <w:i/>
                <w:color w:val="6B7280"/>
                <w:sz w:val="24"/>
              </w:rPr>
              <w:t>[Enter]</w:t>
            </w:r>
          </w:p>
        </w:tc>
      </w:tr>
      <w:tr w:rsidR="00D835BC" w14:paraId="64DA5E64" w14:textId="77777777">
        <w:tc>
          <w:tcPr>
            <w:tcW w:w="3492" w:type="dxa"/>
            <w:tcMar>
              <w:top w:w="70" w:type="dxa"/>
              <w:left w:w="60" w:type="dxa"/>
              <w:bottom w:w="70" w:type="dxa"/>
              <w:right w:w="60" w:type="dxa"/>
            </w:tcMar>
          </w:tcPr>
          <w:p w14:paraId="0A8BEB5F" w14:textId="77777777" w:rsidR="00D835BC" w:rsidRDefault="00000000">
            <w:pPr>
              <w:spacing w:after="0"/>
            </w:pPr>
            <w:r>
              <w:rPr>
                <w:rFonts w:eastAsia="Arial"/>
                <w:i/>
                <w:color w:val="6B7280"/>
                <w:sz w:val="24"/>
              </w:rPr>
              <w:t>[Enter]</w:t>
            </w:r>
          </w:p>
        </w:tc>
        <w:tc>
          <w:tcPr>
            <w:tcW w:w="3492" w:type="dxa"/>
            <w:tcMar>
              <w:top w:w="70" w:type="dxa"/>
              <w:left w:w="60" w:type="dxa"/>
              <w:bottom w:w="70" w:type="dxa"/>
              <w:right w:w="60" w:type="dxa"/>
            </w:tcMar>
          </w:tcPr>
          <w:p w14:paraId="34D160AC" w14:textId="77777777" w:rsidR="00D835BC" w:rsidRDefault="00000000">
            <w:pPr>
              <w:spacing w:after="0"/>
            </w:pPr>
            <w:r>
              <w:rPr>
                <w:rFonts w:eastAsia="Arial"/>
                <w:i/>
                <w:color w:val="6B7280"/>
                <w:sz w:val="24"/>
              </w:rPr>
              <w:t>[Enter]</w:t>
            </w:r>
          </w:p>
        </w:tc>
        <w:tc>
          <w:tcPr>
            <w:tcW w:w="3492" w:type="dxa"/>
            <w:tcMar>
              <w:top w:w="70" w:type="dxa"/>
              <w:left w:w="60" w:type="dxa"/>
              <w:bottom w:w="70" w:type="dxa"/>
              <w:right w:w="60" w:type="dxa"/>
            </w:tcMar>
          </w:tcPr>
          <w:p w14:paraId="5F76730F" w14:textId="77777777" w:rsidR="00D835BC" w:rsidRDefault="00000000">
            <w:pPr>
              <w:spacing w:after="0"/>
            </w:pPr>
            <w:r>
              <w:rPr>
                <w:rFonts w:eastAsia="Arial"/>
                <w:i/>
                <w:color w:val="6B7280"/>
                <w:sz w:val="24"/>
              </w:rPr>
              <w:t>[Enter]</w:t>
            </w:r>
          </w:p>
        </w:tc>
        <w:tc>
          <w:tcPr>
            <w:tcW w:w="3492" w:type="dxa"/>
            <w:gridSpan w:val="2"/>
            <w:tcMar>
              <w:top w:w="70" w:type="dxa"/>
              <w:left w:w="60" w:type="dxa"/>
              <w:bottom w:w="70" w:type="dxa"/>
              <w:right w:w="60" w:type="dxa"/>
            </w:tcMar>
          </w:tcPr>
          <w:p w14:paraId="5E28F8B7" w14:textId="77777777" w:rsidR="00D835BC" w:rsidRDefault="00000000">
            <w:pPr>
              <w:spacing w:after="0"/>
            </w:pPr>
            <w:r>
              <w:rPr>
                <w:rFonts w:eastAsia="Arial"/>
                <w:i/>
                <w:color w:val="6B7280"/>
                <w:sz w:val="24"/>
              </w:rPr>
              <w:t>[Enter]</w:t>
            </w:r>
          </w:p>
        </w:tc>
      </w:tr>
      <w:tr w:rsidR="00D835BC" w14:paraId="245F8F26" w14:textId="77777777">
        <w:tblPrEx>
          <w:jc w:val="center"/>
          <w:tblBorders>
            <w:top w:val="single" w:sz="4" w:space="0" w:color="AFC9BF"/>
            <w:left w:val="single" w:sz="4" w:space="0" w:color="AFC9BF"/>
            <w:bottom w:val="single" w:sz="4" w:space="0" w:color="AFC9BF"/>
            <w:right w:val="single" w:sz="4" w:space="0" w:color="AFC9BF"/>
            <w:insideH w:val="single" w:sz="4" w:space="0" w:color="AFC9BF"/>
            <w:insideV w:val="single" w:sz="4" w:space="0" w:color="AFC9BF"/>
          </w:tblBorders>
        </w:tblPrEx>
        <w:trPr>
          <w:gridAfter w:val="1"/>
          <w:wAfter w:w="15" w:type="dxa"/>
          <w:jc w:val="center"/>
        </w:trPr>
        <w:tc>
          <w:tcPr>
            <w:tcW w:w="13968" w:type="dxa"/>
            <w:gridSpan w:val="4"/>
            <w:shd w:val="clear" w:color="auto" w:fill="EAF4F0"/>
            <w:tcMar>
              <w:top w:w="70" w:type="dxa"/>
              <w:left w:w="85" w:type="dxa"/>
              <w:bottom w:w="70" w:type="dxa"/>
              <w:right w:w="85" w:type="dxa"/>
            </w:tcMar>
          </w:tcPr>
          <w:p w14:paraId="28642155" w14:textId="77777777" w:rsidR="00D835BC" w:rsidRDefault="00000000">
            <w:r>
              <w:rPr>
                <w:rFonts w:eastAsia="Arial"/>
                <w:b/>
                <w:color w:val="0B5D48"/>
                <w:sz w:val="17"/>
              </w:rPr>
              <w:t xml:space="preserve">FINAL STEP  </w:t>
            </w:r>
            <w:r>
              <w:rPr>
                <w:rFonts w:eastAsia="Arial"/>
                <w:color w:val="1F2937"/>
                <w:sz w:val="17"/>
              </w:rPr>
              <w:t>Share accepted corrective actions with responsible owners, establish target dates, and monitor progress until actions are completed and verified. Update the EOP, policies, training program, resource plans, or future exercise objectives when findings indicate a change is needed.</w:t>
            </w:r>
          </w:p>
        </w:tc>
      </w:tr>
    </w:tbl>
    <w:p w14:paraId="01037369" w14:textId="77777777" w:rsidR="00D835BC" w:rsidRDefault="00000000">
      <w:r>
        <w:br w:type="page"/>
      </w:r>
    </w:p>
    <w:p w14:paraId="7C6F2502" w14:textId="77777777" w:rsidR="00D835BC" w:rsidRDefault="00000000">
      <w:pPr>
        <w:keepNext/>
        <w:pBdr>
          <w:bottom w:val="single" w:sz="10" w:space="3" w:color="E85A24"/>
        </w:pBdr>
        <w:spacing w:before="160" w:after="80"/>
      </w:pPr>
      <w:r>
        <w:rPr>
          <w:rFonts w:eastAsia="Arial"/>
          <w:b/>
          <w:color w:val="0B5D48"/>
          <w:sz w:val="30"/>
        </w:rPr>
        <w:lastRenderedPageBreak/>
        <w:t>APPENDIX A. PARTICIPATING ORGANIZATIONS / KEY PARTICIPANTS</w:t>
      </w:r>
    </w:p>
    <w:tbl>
      <w:tblPr>
        <w:tblW w:w="0" w:type="auto"/>
        <w:tblBorders>
          <w:top w:val="single" w:sz="5" w:space="0" w:color="B7C8C1"/>
          <w:left w:val="single" w:sz="5" w:space="0" w:color="B7C8C1"/>
          <w:bottom w:val="single" w:sz="5" w:space="0" w:color="B7C8C1"/>
          <w:right w:val="single" w:sz="5" w:space="0" w:color="B7C8C1"/>
          <w:insideH w:val="single" w:sz="5" w:space="0" w:color="B7C8C1"/>
          <w:insideV w:val="single" w:sz="5" w:space="0" w:color="B7C8C1"/>
        </w:tblBorders>
        <w:tblLook w:val="04A0" w:firstRow="1" w:lastRow="0" w:firstColumn="1" w:lastColumn="0" w:noHBand="0" w:noVBand="1"/>
      </w:tblPr>
      <w:tblGrid>
        <w:gridCol w:w="3492"/>
        <w:gridCol w:w="3492"/>
        <w:gridCol w:w="3492"/>
        <w:gridCol w:w="3492"/>
      </w:tblGrid>
      <w:tr w:rsidR="00D835BC" w14:paraId="44D56E9E" w14:textId="77777777">
        <w:trPr>
          <w:tblHeader/>
        </w:trPr>
        <w:tc>
          <w:tcPr>
            <w:tcW w:w="3492" w:type="dxa"/>
            <w:shd w:val="clear" w:color="auto" w:fill="0B5D48"/>
            <w:tcMar>
              <w:top w:w="60" w:type="dxa"/>
              <w:left w:w="70" w:type="dxa"/>
              <w:bottom w:w="60" w:type="dxa"/>
              <w:right w:w="70" w:type="dxa"/>
            </w:tcMar>
          </w:tcPr>
          <w:p w14:paraId="4EEBC1D3" w14:textId="77777777" w:rsidR="00D835BC" w:rsidRDefault="00000000">
            <w:pPr>
              <w:jc w:val="center"/>
            </w:pPr>
            <w:r>
              <w:rPr>
                <w:rFonts w:eastAsia="Arial"/>
                <w:b/>
                <w:color w:val="FFFFFF"/>
                <w:sz w:val="16"/>
              </w:rPr>
              <w:t>Organization / Department</w:t>
            </w:r>
          </w:p>
        </w:tc>
        <w:tc>
          <w:tcPr>
            <w:tcW w:w="3492" w:type="dxa"/>
            <w:shd w:val="clear" w:color="auto" w:fill="0B5D48"/>
            <w:tcMar>
              <w:top w:w="60" w:type="dxa"/>
              <w:left w:w="70" w:type="dxa"/>
              <w:bottom w:w="60" w:type="dxa"/>
              <w:right w:w="70" w:type="dxa"/>
            </w:tcMar>
          </w:tcPr>
          <w:p w14:paraId="4577AA06" w14:textId="77777777" w:rsidR="00D835BC" w:rsidRDefault="00000000">
            <w:pPr>
              <w:jc w:val="center"/>
            </w:pPr>
            <w:r>
              <w:rPr>
                <w:rFonts w:eastAsia="Arial"/>
                <w:b/>
                <w:color w:val="FFFFFF"/>
                <w:sz w:val="16"/>
              </w:rPr>
              <w:t>Name / Role</w:t>
            </w:r>
          </w:p>
        </w:tc>
        <w:tc>
          <w:tcPr>
            <w:tcW w:w="3492" w:type="dxa"/>
            <w:shd w:val="clear" w:color="auto" w:fill="0B5D48"/>
            <w:tcMar>
              <w:top w:w="60" w:type="dxa"/>
              <w:left w:w="70" w:type="dxa"/>
              <w:bottom w:w="60" w:type="dxa"/>
              <w:right w:w="70" w:type="dxa"/>
            </w:tcMar>
          </w:tcPr>
          <w:p w14:paraId="1AC27103" w14:textId="77777777" w:rsidR="00D835BC" w:rsidRDefault="00000000">
            <w:pPr>
              <w:jc w:val="center"/>
            </w:pPr>
            <w:r>
              <w:rPr>
                <w:rFonts w:eastAsia="Arial"/>
                <w:b/>
                <w:color w:val="FFFFFF"/>
                <w:sz w:val="16"/>
              </w:rPr>
              <w:t>Exercise / Event Role</w:t>
            </w:r>
          </w:p>
        </w:tc>
        <w:tc>
          <w:tcPr>
            <w:tcW w:w="3492" w:type="dxa"/>
            <w:shd w:val="clear" w:color="auto" w:fill="0B5D48"/>
            <w:tcMar>
              <w:top w:w="60" w:type="dxa"/>
              <w:left w:w="70" w:type="dxa"/>
              <w:bottom w:w="60" w:type="dxa"/>
              <w:right w:w="70" w:type="dxa"/>
            </w:tcMar>
          </w:tcPr>
          <w:p w14:paraId="307648D9" w14:textId="77777777" w:rsidR="00D835BC" w:rsidRDefault="00000000">
            <w:pPr>
              <w:jc w:val="center"/>
            </w:pPr>
            <w:r>
              <w:rPr>
                <w:rFonts w:eastAsia="Arial"/>
                <w:b/>
                <w:color w:val="FFFFFF"/>
                <w:sz w:val="16"/>
              </w:rPr>
              <w:t>Contact / Notes</w:t>
            </w:r>
          </w:p>
        </w:tc>
      </w:tr>
      <w:tr w:rsidR="00D835BC" w14:paraId="529E0D6C" w14:textId="77777777">
        <w:tc>
          <w:tcPr>
            <w:tcW w:w="3492" w:type="dxa"/>
            <w:tcMar>
              <w:top w:w="60" w:type="dxa"/>
              <w:left w:w="70" w:type="dxa"/>
              <w:bottom w:w="60" w:type="dxa"/>
              <w:right w:w="70" w:type="dxa"/>
            </w:tcMar>
          </w:tcPr>
          <w:p w14:paraId="4B018FAB" w14:textId="77777777" w:rsidR="00D835BC" w:rsidRDefault="00000000">
            <w:pPr>
              <w:spacing w:after="0"/>
            </w:pPr>
            <w:r>
              <w:rPr>
                <w:rFonts w:eastAsia="Arial"/>
                <w:i/>
                <w:color w:val="6B7280"/>
                <w:sz w:val="24"/>
              </w:rPr>
              <w:t>[Enter]</w:t>
            </w:r>
          </w:p>
        </w:tc>
        <w:tc>
          <w:tcPr>
            <w:tcW w:w="3492" w:type="dxa"/>
            <w:tcMar>
              <w:top w:w="60" w:type="dxa"/>
              <w:left w:w="70" w:type="dxa"/>
              <w:bottom w:w="60" w:type="dxa"/>
              <w:right w:w="70" w:type="dxa"/>
            </w:tcMar>
          </w:tcPr>
          <w:p w14:paraId="15F17F05" w14:textId="77777777" w:rsidR="00D835BC" w:rsidRDefault="00000000">
            <w:pPr>
              <w:spacing w:after="0"/>
            </w:pPr>
            <w:r>
              <w:rPr>
                <w:rFonts w:eastAsia="Arial"/>
                <w:i/>
                <w:color w:val="6B7280"/>
                <w:sz w:val="24"/>
              </w:rPr>
              <w:t>[Enter]</w:t>
            </w:r>
          </w:p>
        </w:tc>
        <w:tc>
          <w:tcPr>
            <w:tcW w:w="3492" w:type="dxa"/>
            <w:tcMar>
              <w:top w:w="60" w:type="dxa"/>
              <w:left w:w="70" w:type="dxa"/>
              <w:bottom w:w="60" w:type="dxa"/>
              <w:right w:w="70" w:type="dxa"/>
            </w:tcMar>
          </w:tcPr>
          <w:p w14:paraId="6CA2ABDE" w14:textId="77777777" w:rsidR="00D835BC" w:rsidRDefault="00000000">
            <w:pPr>
              <w:spacing w:after="0"/>
            </w:pPr>
            <w:r>
              <w:rPr>
                <w:rFonts w:eastAsia="Arial"/>
                <w:i/>
                <w:color w:val="6B7280"/>
                <w:sz w:val="24"/>
              </w:rPr>
              <w:t>[Enter]</w:t>
            </w:r>
          </w:p>
        </w:tc>
        <w:tc>
          <w:tcPr>
            <w:tcW w:w="3492" w:type="dxa"/>
            <w:tcMar>
              <w:top w:w="60" w:type="dxa"/>
              <w:left w:w="70" w:type="dxa"/>
              <w:bottom w:w="60" w:type="dxa"/>
              <w:right w:w="70" w:type="dxa"/>
            </w:tcMar>
          </w:tcPr>
          <w:p w14:paraId="37A867AC" w14:textId="77777777" w:rsidR="00D835BC" w:rsidRDefault="00000000">
            <w:pPr>
              <w:spacing w:after="0"/>
            </w:pPr>
            <w:r>
              <w:rPr>
                <w:rFonts w:eastAsia="Arial"/>
                <w:i/>
                <w:color w:val="6B7280"/>
                <w:sz w:val="24"/>
              </w:rPr>
              <w:t>[Enter]</w:t>
            </w:r>
          </w:p>
        </w:tc>
      </w:tr>
      <w:tr w:rsidR="00D835BC" w14:paraId="1A96B63B" w14:textId="77777777">
        <w:tc>
          <w:tcPr>
            <w:tcW w:w="3492" w:type="dxa"/>
            <w:tcMar>
              <w:top w:w="60" w:type="dxa"/>
              <w:left w:w="70" w:type="dxa"/>
              <w:bottom w:w="60" w:type="dxa"/>
              <w:right w:w="70" w:type="dxa"/>
            </w:tcMar>
          </w:tcPr>
          <w:p w14:paraId="1475BD35" w14:textId="77777777" w:rsidR="00D835BC" w:rsidRDefault="00000000">
            <w:pPr>
              <w:spacing w:after="0"/>
            </w:pPr>
            <w:r>
              <w:rPr>
                <w:rFonts w:eastAsia="Arial"/>
                <w:i/>
                <w:color w:val="6B7280"/>
                <w:sz w:val="24"/>
              </w:rPr>
              <w:t>[Enter]</w:t>
            </w:r>
          </w:p>
        </w:tc>
        <w:tc>
          <w:tcPr>
            <w:tcW w:w="3492" w:type="dxa"/>
            <w:tcMar>
              <w:top w:w="60" w:type="dxa"/>
              <w:left w:w="70" w:type="dxa"/>
              <w:bottom w:w="60" w:type="dxa"/>
              <w:right w:w="70" w:type="dxa"/>
            </w:tcMar>
          </w:tcPr>
          <w:p w14:paraId="03E84CFC" w14:textId="77777777" w:rsidR="00D835BC" w:rsidRDefault="00000000">
            <w:pPr>
              <w:spacing w:after="0"/>
            </w:pPr>
            <w:r>
              <w:rPr>
                <w:rFonts w:eastAsia="Arial"/>
                <w:i/>
                <w:color w:val="6B7280"/>
                <w:sz w:val="24"/>
              </w:rPr>
              <w:t>[Enter]</w:t>
            </w:r>
          </w:p>
        </w:tc>
        <w:tc>
          <w:tcPr>
            <w:tcW w:w="3492" w:type="dxa"/>
            <w:tcMar>
              <w:top w:w="60" w:type="dxa"/>
              <w:left w:w="70" w:type="dxa"/>
              <w:bottom w:w="60" w:type="dxa"/>
              <w:right w:w="70" w:type="dxa"/>
            </w:tcMar>
          </w:tcPr>
          <w:p w14:paraId="01DE11E7" w14:textId="77777777" w:rsidR="00D835BC" w:rsidRDefault="00000000">
            <w:pPr>
              <w:spacing w:after="0"/>
            </w:pPr>
            <w:r>
              <w:rPr>
                <w:rFonts w:eastAsia="Arial"/>
                <w:i/>
                <w:color w:val="6B7280"/>
                <w:sz w:val="24"/>
              </w:rPr>
              <w:t>[Enter]</w:t>
            </w:r>
          </w:p>
        </w:tc>
        <w:tc>
          <w:tcPr>
            <w:tcW w:w="3492" w:type="dxa"/>
            <w:tcMar>
              <w:top w:w="60" w:type="dxa"/>
              <w:left w:w="70" w:type="dxa"/>
              <w:bottom w:w="60" w:type="dxa"/>
              <w:right w:w="70" w:type="dxa"/>
            </w:tcMar>
          </w:tcPr>
          <w:p w14:paraId="3F6180CB" w14:textId="77777777" w:rsidR="00D835BC" w:rsidRDefault="00000000">
            <w:pPr>
              <w:spacing w:after="0"/>
            </w:pPr>
            <w:r>
              <w:rPr>
                <w:rFonts w:eastAsia="Arial"/>
                <w:i/>
                <w:color w:val="6B7280"/>
                <w:sz w:val="24"/>
              </w:rPr>
              <w:t>[Enter]</w:t>
            </w:r>
          </w:p>
        </w:tc>
      </w:tr>
      <w:tr w:rsidR="00D835BC" w14:paraId="0EFDBB56" w14:textId="77777777">
        <w:tc>
          <w:tcPr>
            <w:tcW w:w="3492" w:type="dxa"/>
            <w:tcMar>
              <w:top w:w="60" w:type="dxa"/>
              <w:left w:w="70" w:type="dxa"/>
              <w:bottom w:w="60" w:type="dxa"/>
              <w:right w:w="70" w:type="dxa"/>
            </w:tcMar>
          </w:tcPr>
          <w:p w14:paraId="22D9AEAE" w14:textId="77777777" w:rsidR="00D835BC" w:rsidRDefault="00000000">
            <w:pPr>
              <w:spacing w:after="0"/>
            </w:pPr>
            <w:r>
              <w:rPr>
                <w:rFonts w:eastAsia="Arial"/>
                <w:i/>
                <w:color w:val="6B7280"/>
                <w:sz w:val="24"/>
              </w:rPr>
              <w:t>[Enter]</w:t>
            </w:r>
          </w:p>
        </w:tc>
        <w:tc>
          <w:tcPr>
            <w:tcW w:w="3492" w:type="dxa"/>
            <w:tcMar>
              <w:top w:w="60" w:type="dxa"/>
              <w:left w:w="70" w:type="dxa"/>
              <w:bottom w:w="60" w:type="dxa"/>
              <w:right w:w="70" w:type="dxa"/>
            </w:tcMar>
          </w:tcPr>
          <w:p w14:paraId="140F1A5C" w14:textId="77777777" w:rsidR="00D835BC" w:rsidRDefault="00000000">
            <w:pPr>
              <w:spacing w:after="0"/>
            </w:pPr>
            <w:r>
              <w:rPr>
                <w:rFonts w:eastAsia="Arial"/>
                <w:i/>
                <w:color w:val="6B7280"/>
                <w:sz w:val="24"/>
              </w:rPr>
              <w:t>[Enter]</w:t>
            </w:r>
          </w:p>
        </w:tc>
        <w:tc>
          <w:tcPr>
            <w:tcW w:w="3492" w:type="dxa"/>
            <w:tcMar>
              <w:top w:w="60" w:type="dxa"/>
              <w:left w:w="70" w:type="dxa"/>
              <w:bottom w:w="60" w:type="dxa"/>
              <w:right w:w="70" w:type="dxa"/>
            </w:tcMar>
          </w:tcPr>
          <w:p w14:paraId="22730A66" w14:textId="77777777" w:rsidR="00D835BC" w:rsidRDefault="00000000">
            <w:pPr>
              <w:spacing w:after="0"/>
            </w:pPr>
            <w:r>
              <w:rPr>
                <w:rFonts w:eastAsia="Arial"/>
                <w:i/>
                <w:color w:val="6B7280"/>
                <w:sz w:val="24"/>
              </w:rPr>
              <w:t>[Enter]</w:t>
            </w:r>
          </w:p>
        </w:tc>
        <w:tc>
          <w:tcPr>
            <w:tcW w:w="3492" w:type="dxa"/>
            <w:tcMar>
              <w:top w:w="60" w:type="dxa"/>
              <w:left w:w="70" w:type="dxa"/>
              <w:bottom w:w="60" w:type="dxa"/>
              <w:right w:w="70" w:type="dxa"/>
            </w:tcMar>
          </w:tcPr>
          <w:p w14:paraId="3262AFC4" w14:textId="77777777" w:rsidR="00D835BC" w:rsidRDefault="00000000">
            <w:pPr>
              <w:spacing w:after="0"/>
            </w:pPr>
            <w:r>
              <w:rPr>
                <w:rFonts w:eastAsia="Arial"/>
                <w:i/>
                <w:color w:val="6B7280"/>
                <w:sz w:val="24"/>
              </w:rPr>
              <w:t>[Enter]</w:t>
            </w:r>
          </w:p>
        </w:tc>
      </w:tr>
      <w:tr w:rsidR="00D835BC" w14:paraId="098FA70E" w14:textId="77777777">
        <w:tc>
          <w:tcPr>
            <w:tcW w:w="3492" w:type="dxa"/>
            <w:tcMar>
              <w:top w:w="60" w:type="dxa"/>
              <w:left w:w="70" w:type="dxa"/>
              <w:bottom w:w="60" w:type="dxa"/>
              <w:right w:w="70" w:type="dxa"/>
            </w:tcMar>
          </w:tcPr>
          <w:p w14:paraId="37089082" w14:textId="77777777" w:rsidR="00D835BC" w:rsidRDefault="00000000">
            <w:pPr>
              <w:spacing w:after="0"/>
            </w:pPr>
            <w:r>
              <w:rPr>
                <w:rFonts w:eastAsia="Arial"/>
                <w:i/>
                <w:color w:val="6B7280"/>
                <w:sz w:val="24"/>
              </w:rPr>
              <w:t>[Enter]</w:t>
            </w:r>
          </w:p>
        </w:tc>
        <w:tc>
          <w:tcPr>
            <w:tcW w:w="3492" w:type="dxa"/>
            <w:tcMar>
              <w:top w:w="60" w:type="dxa"/>
              <w:left w:w="70" w:type="dxa"/>
              <w:bottom w:w="60" w:type="dxa"/>
              <w:right w:w="70" w:type="dxa"/>
            </w:tcMar>
          </w:tcPr>
          <w:p w14:paraId="5E9CA2E4" w14:textId="77777777" w:rsidR="00D835BC" w:rsidRDefault="00000000">
            <w:pPr>
              <w:spacing w:after="0"/>
            </w:pPr>
            <w:r>
              <w:rPr>
                <w:rFonts w:eastAsia="Arial"/>
                <w:i/>
                <w:color w:val="6B7280"/>
                <w:sz w:val="24"/>
              </w:rPr>
              <w:t>[Enter]</w:t>
            </w:r>
          </w:p>
        </w:tc>
        <w:tc>
          <w:tcPr>
            <w:tcW w:w="3492" w:type="dxa"/>
            <w:tcMar>
              <w:top w:w="60" w:type="dxa"/>
              <w:left w:w="70" w:type="dxa"/>
              <w:bottom w:w="60" w:type="dxa"/>
              <w:right w:w="70" w:type="dxa"/>
            </w:tcMar>
          </w:tcPr>
          <w:p w14:paraId="3A21F299" w14:textId="77777777" w:rsidR="00D835BC" w:rsidRDefault="00000000">
            <w:pPr>
              <w:spacing w:after="0"/>
            </w:pPr>
            <w:r>
              <w:rPr>
                <w:rFonts w:eastAsia="Arial"/>
                <w:i/>
                <w:color w:val="6B7280"/>
                <w:sz w:val="24"/>
              </w:rPr>
              <w:t>[Enter]</w:t>
            </w:r>
          </w:p>
        </w:tc>
        <w:tc>
          <w:tcPr>
            <w:tcW w:w="3492" w:type="dxa"/>
            <w:tcMar>
              <w:top w:w="60" w:type="dxa"/>
              <w:left w:w="70" w:type="dxa"/>
              <w:bottom w:w="60" w:type="dxa"/>
              <w:right w:w="70" w:type="dxa"/>
            </w:tcMar>
          </w:tcPr>
          <w:p w14:paraId="4364B564" w14:textId="77777777" w:rsidR="00D835BC" w:rsidRDefault="00000000">
            <w:pPr>
              <w:spacing w:after="0"/>
            </w:pPr>
            <w:r>
              <w:rPr>
                <w:rFonts w:eastAsia="Arial"/>
                <w:i/>
                <w:color w:val="6B7280"/>
                <w:sz w:val="24"/>
              </w:rPr>
              <w:t>[Enter]</w:t>
            </w:r>
          </w:p>
        </w:tc>
      </w:tr>
      <w:tr w:rsidR="00D835BC" w14:paraId="4937E3FA" w14:textId="77777777">
        <w:tc>
          <w:tcPr>
            <w:tcW w:w="3492" w:type="dxa"/>
            <w:tcMar>
              <w:top w:w="60" w:type="dxa"/>
              <w:left w:w="70" w:type="dxa"/>
              <w:bottom w:w="60" w:type="dxa"/>
              <w:right w:w="70" w:type="dxa"/>
            </w:tcMar>
          </w:tcPr>
          <w:p w14:paraId="670882E0" w14:textId="77777777" w:rsidR="00D835BC" w:rsidRDefault="00000000">
            <w:pPr>
              <w:spacing w:after="0"/>
            </w:pPr>
            <w:r>
              <w:rPr>
                <w:rFonts w:eastAsia="Arial"/>
                <w:i/>
                <w:color w:val="6B7280"/>
                <w:sz w:val="24"/>
              </w:rPr>
              <w:t>[Enter]</w:t>
            </w:r>
          </w:p>
        </w:tc>
        <w:tc>
          <w:tcPr>
            <w:tcW w:w="3492" w:type="dxa"/>
            <w:tcMar>
              <w:top w:w="60" w:type="dxa"/>
              <w:left w:w="70" w:type="dxa"/>
              <w:bottom w:w="60" w:type="dxa"/>
              <w:right w:w="70" w:type="dxa"/>
            </w:tcMar>
          </w:tcPr>
          <w:p w14:paraId="4C91AD75" w14:textId="77777777" w:rsidR="00D835BC" w:rsidRDefault="00000000">
            <w:pPr>
              <w:spacing w:after="0"/>
            </w:pPr>
            <w:r>
              <w:rPr>
                <w:rFonts w:eastAsia="Arial"/>
                <w:i/>
                <w:color w:val="6B7280"/>
                <w:sz w:val="24"/>
              </w:rPr>
              <w:t>[Enter]</w:t>
            </w:r>
          </w:p>
        </w:tc>
        <w:tc>
          <w:tcPr>
            <w:tcW w:w="3492" w:type="dxa"/>
            <w:tcMar>
              <w:top w:w="60" w:type="dxa"/>
              <w:left w:w="70" w:type="dxa"/>
              <w:bottom w:w="60" w:type="dxa"/>
              <w:right w:w="70" w:type="dxa"/>
            </w:tcMar>
          </w:tcPr>
          <w:p w14:paraId="0BB8326E" w14:textId="77777777" w:rsidR="00D835BC" w:rsidRDefault="00000000">
            <w:pPr>
              <w:spacing w:after="0"/>
            </w:pPr>
            <w:r>
              <w:rPr>
                <w:rFonts w:eastAsia="Arial"/>
                <w:i/>
                <w:color w:val="6B7280"/>
                <w:sz w:val="24"/>
              </w:rPr>
              <w:t>[Enter]</w:t>
            </w:r>
          </w:p>
        </w:tc>
        <w:tc>
          <w:tcPr>
            <w:tcW w:w="3492" w:type="dxa"/>
            <w:tcMar>
              <w:top w:w="60" w:type="dxa"/>
              <w:left w:w="70" w:type="dxa"/>
              <w:bottom w:w="60" w:type="dxa"/>
              <w:right w:w="70" w:type="dxa"/>
            </w:tcMar>
          </w:tcPr>
          <w:p w14:paraId="34736008" w14:textId="77777777" w:rsidR="00D835BC" w:rsidRDefault="00000000">
            <w:pPr>
              <w:spacing w:after="0"/>
            </w:pPr>
            <w:r>
              <w:rPr>
                <w:rFonts w:eastAsia="Arial"/>
                <w:i/>
                <w:color w:val="6B7280"/>
                <w:sz w:val="24"/>
              </w:rPr>
              <w:t>[Enter]</w:t>
            </w:r>
          </w:p>
        </w:tc>
      </w:tr>
      <w:tr w:rsidR="00D835BC" w14:paraId="0C3B00FB" w14:textId="77777777">
        <w:tc>
          <w:tcPr>
            <w:tcW w:w="3492" w:type="dxa"/>
            <w:tcMar>
              <w:top w:w="60" w:type="dxa"/>
              <w:left w:w="70" w:type="dxa"/>
              <w:bottom w:w="60" w:type="dxa"/>
              <w:right w:w="70" w:type="dxa"/>
            </w:tcMar>
          </w:tcPr>
          <w:p w14:paraId="0031DC32" w14:textId="77777777" w:rsidR="00D835BC" w:rsidRDefault="00000000">
            <w:pPr>
              <w:spacing w:after="0"/>
            </w:pPr>
            <w:r>
              <w:rPr>
                <w:rFonts w:eastAsia="Arial"/>
                <w:i/>
                <w:color w:val="6B7280"/>
                <w:sz w:val="24"/>
              </w:rPr>
              <w:t>[Enter]</w:t>
            </w:r>
          </w:p>
        </w:tc>
        <w:tc>
          <w:tcPr>
            <w:tcW w:w="3492" w:type="dxa"/>
            <w:tcMar>
              <w:top w:w="60" w:type="dxa"/>
              <w:left w:w="70" w:type="dxa"/>
              <w:bottom w:w="60" w:type="dxa"/>
              <w:right w:w="70" w:type="dxa"/>
            </w:tcMar>
          </w:tcPr>
          <w:p w14:paraId="13D90CA2" w14:textId="77777777" w:rsidR="00D835BC" w:rsidRDefault="00000000">
            <w:pPr>
              <w:spacing w:after="0"/>
            </w:pPr>
            <w:r>
              <w:rPr>
                <w:rFonts w:eastAsia="Arial"/>
                <w:i/>
                <w:color w:val="6B7280"/>
                <w:sz w:val="24"/>
              </w:rPr>
              <w:t>[Enter]</w:t>
            </w:r>
          </w:p>
        </w:tc>
        <w:tc>
          <w:tcPr>
            <w:tcW w:w="3492" w:type="dxa"/>
            <w:tcMar>
              <w:top w:w="60" w:type="dxa"/>
              <w:left w:w="70" w:type="dxa"/>
              <w:bottom w:w="60" w:type="dxa"/>
              <w:right w:w="70" w:type="dxa"/>
            </w:tcMar>
          </w:tcPr>
          <w:p w14:paraId="08C66B9D" w14:textId="77777777" w:rsidR="00D835BC" w:rsidRDefault="00000000">
            <w:pPr>
              <w:spacing w:after="0"/>
            </w:pPr>
            <w:r>
              <w:rPr>
                <w:rFonts w:eastAsia="Arial"/>
                <w:i/>
                <w:color w:val="6B7280"/>
                <w:sz w:val="24"/>
              </w:rPr>
              <w:t>[Enter]</w:t>
            </w:r>
          </w:p>
        </w:tc>
        <w:tc>
          <w:tcPr>
            <w:tcW w:w="3492" w:type="dxa"/>
            <w:tcMar>
              <w:top w:w="60" w:type="dxa"/>
              <w:left w:w="70" w:type="dxa"/>
              <w:bottom w:w="60" w:type="dxa"/>
              <w:right w:w="70" w:type="dxa"/>
            </w:tcMar>
          </w:tcPr>
          <w:p w14:paraId="3F1B0FD4" w14:textId="77777777" w:rsidR="00D835BC" w:rsidRDefault="00000000">
            <w:pPr>
              <w:spacing w:after="0"/>
            </w:pPr>
            <w:r>
              <w:rPr>
                <w:rFonts w:eastAsia="Arial"/>
                <w:i/>
                <w:color w:val="6B7280"/>
                <w:sz w:val="24"/>
              </w:rPr>
              <w:t>[Enter]</w:t>
            </w:r>
          </w:p>
        </w:tc>
      </w:tr>
      <w:tr w:rsidR="00D835BC" w14:paraId="1CB027EB" w14:textId="77777777">
        <w:tc>
          <w:tcPr>
            <w:tcW w:w="3492" w:type="dxa"/>
            <w:tcMar>
              <w:top w:w="60" w:type="dxa"/>
              <w:left w:w="70" w:type="dxa"/>
              <w:bottom w:w="60" w:type="dxa"/>
              <w:right w:w="70" w:type="dxa"/>
            </w:tcMar>
          </w:tcPr>
          <w:p w14:paraId="4EA15561" w14:textId="77777777" w:rsidR="00D835BC" w:rsidRDefault="00000000">
            <w:pPr>
              <w:spacing w:after="0"/>
            </w:pPr>
            <w:r>
              <w:rPr>
                <w:rFonts w:eastAsia="Arial"/>
                <w:i/>
                <w:color w:val="6B7280"/>
                <w:sz w:val="24"/>
              </w:rPr>
              <w:t>[Enter]</w:t>
            </w:r>
          </w:p>
        </w:tc>
        <w:tc>
          <w:tcPr>
            <w:tcW w:w="3492" w:type="dxa"/>
            <w:tcMar>
              <w:top w:w="60" w:type="dxa"/>
              <w:left w:w="70" w:type="dxa"/>
              <w:bottom w:w="60" w:type="dxa"/>
              <w:right w:w="70" w:type="dxa"/>
            </w:tcMar>
          </w:tcPr>
          <w:p w14:paraId="1E554CEC" w14:textId="77777777" w:rsidR="00D835BC" w:rsidRDefault="00000000">
            <w:pPr>
              <w:spacing w:after="0"/>
            </w:pPr>
            <w:r>
              <w:rPr>
                <w:rFonts w:eastAsia="Arial"/>
                <w:i/>
                <w:color w:val="6B7280"/>
                <w:sz w:val="24"/>
              </w:rPr>
              <w:t>[Enter]</w:t>
            </w:r>
          </w:p>
        </w:tc>
        <w:tc>
          <w:tcPr>
            <w:tcW w:w="3492" w:type="dxa"/>
            <w:tcMar>
              <w:top w:w="60" w:type="dxa"/>
              <w:left w:w="70" w:type="dxa"/>
              <w:bottom w:w="60" w:type="dxa"/>
              <w:right w:w="70" w:type="dxa"/>
            </w:tcMar>
          </w:tcPr>
          <w:p w14:paraId="4974B5AD" w14:textId="77777777" w:rsidR="00D835BC" w:rsidRDefault="00000000">
            <w:pPr>
              <w:spacing w:after="0"/>
            </w:pPr>
            <w:r>
              <w:rPr>
                <w:rFonts w:eastAsia="Arial"/>
                <w:i/>
                <w:color w:val="6B7280"/>
                <w:sz w:val="24"/>
              </w:rPr>
              <w:t>[Enter]</w:t>
            </w:r>
          </w:p>
        </w:tc>
        <w:tc>
          <w:tcPr>
            <w:tcW w:w="3492" w:type="dxa"/>
            <w:tcMar>
              <w:top w:w="60" w:type="dxa"/>
              <w:left w:w="70" w:type="dxa"/>
              <w:bottom w:w="60" w:type="dxa"/>
              <w:right w:w="70" w:type="dxa"/>
            </w:tcMar>
          </w:tcPr>
          <w:p w14:paraId="1D6A93AD" w14:textId="77777777" w:rsidR="00D835BC" w:rsidRDefault="00000000">
            <w:pPr>
              <w:spacing w:after="0"/>
            </w:pPr>
            <w:r>
              <w:rPr>
                <w:rFonts w:eastAsia="Arial"/>
                <w:i/>
                <w:color w:val="6B7280"/>
                <w:sz w:val="24"/>
              </w:rPr>
              <w:t>[Enter]</w:t>
            </w:r>
          </w:p>
        </w:tc>
      </w:tr>
      <w:tr w:rsidR="00D835BC" w14:paraId="44E1614C" w14:textId="77777777">
        <w:tc>
          <w:tcPr>
            <w:tcW w:w="3492" w:type="dxa"/>
            <w:tcMar>
              <w:top w:w="60" w:type="dxa"/>
              <w:left w:w="70" w:type="dxa"/>
              <w:bottom w:w="60" w:type="dxa"/>
              <w:right w:w="70" w:type="dxa"/>
            </w:tcMar>
          </w:tcPr>
          <w:p w14:paraId="2CF83492" w14:textId="77777777" w:rsidR="00D835BC" w:rsidRDefault="00000000">
            <w:pPr>
              <w:spacing w:after="0"/>
            </w:pPr>
            <w:r>
              <w:rPr>
                <w:rFonts w:eastAsia="Arial"/>
                <w:i/>
                <w:color w:val="6B7280"/>
                <w:sz w:val="24"/>
              </w:rPr>
              <w:t>[Enter]</w:t>
            </w:r>
          </w:p>
        </w:tc>
        <w:tc>
          <w:tcPr>
            <w:tcW w:w="3492" w:type="dxa"/>
            <w:tcMar>
              <w:top w:w="60" w:type="dxa"/>
              <w:left w:w="70" w:type="dxa"/>
              <w:bottom w:w="60" w:type="dxa"/>
              <w:right w:w="70" w:type="dxa"/>
            </w:tcMar>
          </w:tcPr>
          <w:p w14:paraId="4905827B" w14:textId="77777777" w:rsidR="00D835BC" w:rsidRDefault="00000000">
            <w:pPr>
              <w:spacing w:after="0"/>
            </w:pPr>
            <w:r>
              <w:rPr>
                <w:rFonts w:eastAsia="Arial"/>
                <w:i/>
                <w:color w:val="6B7280"/>
                <w:sz w:val="24"/>
              </w:rPr>
              <w:t>[Enter]</w:t>
            </w:r>
          </w:p>
        </w:tc>
        <w:tc>
          <w:tcPr>
            <w:tcW w:w="3492" w:type="dxa"/>
            <w:tcMar>
              <w:top w:w="60" w:type="dxa"/>
              <w:left w:w="70" w:type="dxa"/>
              <w:bottom w:w="60" w:type="dxa"/>
              <w:right w:w="70" w:type="dxa"/>
            </w:tcMar>
          </w:tcPr>
          <w:p w14:paraId="736B806C" w14:textId="77777777" w:rsidR="00D835BC" w:rsidRDefault="00000000">
            <w:pPr>
              <w:spacing w:after="0"/>
            </w:pPr>
            <w:r>
              <w:rPr>
                <w:rFonts w:eastAsia="Arial"/>
                <w:i/>
                <w:color w:val="6B7280"/>
                <w:sz w:val="24"/>
              </w:rPr>
              <w:t>[Enter]</w:t>
            </w:r>
          </w:p>
        </w:tc>
        <w:tc>
          <w:tcPr>
            <w:tcW w:w="3492" w:type="dxa"/>
            <w:tcMar>
              <w:top w:w="60" w:type="dxa"/>
              <w:left w:w="70" w:type="dxa"/>
              <w:bottom w:w="60" w:type="dxa"/>
              <w:right w:w="70" w:type="dxa"/>
            </w:tcMar>
          </w:tcPr>
          <w:p w14:paraId="7E2AA3F8" w14:textId="77777777" w:rsidR="00D835BC" w:rsidRDefault="00000000">
            <w:pPr>
              <w:spacing w:after="0"/>
            </w:pPr>
            <w:r>
              <w:rPr>
                <w:rFonts w:eastAsia="Arial"/>
                <w:i/>
                <w:color w:val="6B7280"/>
                <w:sz w:val="24"/>
              </w:rPr>
              <w:t>[Enter]</w:t>
            </w:r>
          </w:p>
        </w:tc>
      </w:tr>
    </w:tbl>
    <w:p w14:paraId="155E725C" w14:textId="77777777" w:rsidR="00D835BC" w:rsidRDefault="00000000">
      <w:pPr>
        <w:keepNext/>
        <w:spacing w:before="100" w:after="60"/>
      </w:pPr>
      <w:r>
        <w:rPr>
          <w:rFonts w:eastAsia="Arial"/>
          <w:b/>
          <w:color w:val="0B5D48"/>
          <w:sz w:val="23"/>
        </w:rPr>
        <w:t>References</w:t>
      </w:r>
    </w:p>
    <w:p w14:paraId="6355ED6A" w14:textId="77777777" w:rsidR="00D835BC" w:rsidRDefault="00000000">
      <w:pPr>
        <w:spacing w:after="20"/>
      </w:pPr>
      <w:r>
        <w:rPr>
          <w:rFonts w:eastAsia="Arial"/>
          <w:b/>
          <w:color w:val="0B5D48"/>
          <w:sz w:val="16"/>
        </w:rPr>
        <w:t xml:space="preserve">FEMA Homeland Security Exercise and Evaluation Program (HSEEP) 2020: </w:t>
      </w:r>
      <w:r>
        <w:rPr>
          <w:rFonts w:eastAsia="Arial"/>
          <w:color w:val="1F2937"/>
          <w:sz w:val="16"/>
        </w:rPr>
        <w:t>https://www.fema.gov/sites/default/files/2020-04/Homeland-Security-Exercise-and-Evaluation-Program-Doctrine-2020-Revision-2-2-25.pdf</w:t>
      </w:r>
    </w:p>
    <w:p w14:paraId="7281EBF9" w14:textId="77777777" w:rsidR="00D835BC" w:rsidRDefault="00000000">
      <w:pPr>
        <w:spacing w:after="0"/>
      </w:pPr>
      <w:r>
        <w:rPr>
          <w:rFonts w:eastAsia="Arial"/>
          <w:b/>
          <w:color w:val="0B5D48"/>
          <w:sz w:val="16"/>
        </w:rPr>
        <w:t xml:space="preserve">FEMA HSEEP Resources and Templates: </w:t>
      </w:r>
      <w:r>
        <w:rPr>
          <w:rFonts w:eastAsia="Arial"/>
          <w:color w:val="1F2937"/>
          <w:sz w:val="16"/>
        </w:rPr>
        <w:t>https://preptoolkit.fema.gov/web/hseep-resources</w:t>
      </w:r>
    </w:p>
    <w:sectPr w:rsidR="00D835BC" w:rsidSect="00034616">
      <w:footerReference w:type="default" r:id="rId11"/>
      <w:pgSz w:w="15840" w:h="12240"/>
      <w:pgMar w:top="792" w:right="936" w:bottom="720" w:left="93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CB1B02" w14:textId="77777777" w:rsidR="00E709BC" w:rsidRDefault="00E709BC">
      <w:pPr>
        <w:spacing w:after="0" w:line="240" w:lineRule="auto"/>
      </w:pPr>
      <w:r>
        <w:separator/>
      </w:r>
    </w:p>
  </w:endnote>
  <w:endnote w:type="continuationSeparator" w:id="0">
    <w:p w14:paraId="59F741B5" w14:textId="77777777" w:rsidR="00E709BC" w:rsidRDefault="00E709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7AFCD1" w14:textId="77777777" w:rsidR="00D835BC" w:rsidRDefault="00000000">
    <w:pPr>
      <w:pStyle w:val="Footer"/>
      <w:jc w:val="center"/>
    </w:pPr>
    <w:r>
      <w:rPr>
        <w:rFonts w:eastAsia="Arial"/>
        <w:color w:val="6B7280"/>
        <w:sz w:val="15"/>
      </w:rPr>
      <w:t>Healthcare Coalition of Maine | Universal Planning Resource | AAR/IP Template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99BF60" w14:textId="77777777" w:rsidR="00D835BC" w:rsidRDefault="00000000">
    <w:pPr>
      <w:pStyle w:val="Footer"/>
      <w:jc w:val="center"/>
    </w:pPr>
    <w:r>
      <w:rPr>
        <w:rFonts w:eastAsia="Arial"/>
        <w:color w:val="6B7280"/>
        <w:sz w:val="15"/>
      </w:rPr>
      <w:t>Healthcare Coalition of Maine | Universal Planning Resource | AAR/IP Template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BFAFBC" w14:textId="77777777" w:rsidR="00D835BC" w:rsidRDefault="00000000">
    <w:pPr>
      <w:pStyle w:val="Footer"/>
      <w:jc w:val="center"/>
    </w:pPr>
    <w:r>
      <w:rPr>
        <w:rFonts w:eastAsia="Arial"/>
        <w:color w:val="6B7280"/>
        <w:sz w:val="15"/>
      </w:rPr>
      <w:t>Healthcare Coalition of Maine | Universal Planning Resource | AAR/IP Template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93474E" w14:textId="77777777" w:rsidR="00E709BC" w:rsidRDefault="00E709BC">
      <w:pPr>
        <w:spacing w:after="0" w:line="240" w:lineRule="auto"/>
      </w:pPr>
      <w:r>
        <w:separator/>
      </w:r>
    </w:p>
  </w:footnote>
  <w:footnote w:type="continuationSeparator" w:id="0">
    <w:p w14:paraId="5D4AE839" w14:textId="77777777" w:rsidR="00E709BC" w:rsidRDefault="00E709B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883907112">
    <w:abstractNumId w:val="8"/>
  </w:num>
  <w:num w:numId="2" w16cid:durableId="1652246043">
    <w:abstractNumId w:val="6"/>
  </w:num>
  <w:num w:numId="3" w16cid:durableId="869955806">
    <w:abstractNumId w:val="5"/>
  </w:num>
  <w:num w:numId="4" w16cid:durableId="321278218">
    <w:abstractNumId w:val="4"/>
  </w:num>
  <w:num w:numId="5" w16cid:durableId="2083873199">
    <w:abstractNumId w:val="7"/>
  </w:num>
  <w:num w:numId="6" w16cid:durableId="2098289478">
    <w:abstractNumId w:val="3"/>
  </w:num>
  <w:num w:numId="7" w16cid:durableId="1108626180">
    <w:abstractNumId w:val="2"/>
  </w:num>
  <w:num w:numId="8" w16cid:durableId="731737832">
    <w:abstractNumId w:val="1"/>
  </w:num>
  <w:num w:numId="9" w16cid:durableId="12671537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AA1D8D"/>
    <w:rsid w:val="00B47730"/>
    <w:rsid w:val="00C45A8A"/>
    <w:rsid w:val="00CB0664"/>
    <w:rsid w:val="00D835BC"/>
    <w:rsid w:val="00DE1AB6"/>
    <w:rsid w:val="00E709BC"/>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062061"/>
  <w14:defaultImageDpi w14:val="300"/>
  <w15:docId w15:val="{64CD9269-7EFC-4091-A8BA-AE6F759E8E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rial" w:hAnsi="Arial"/>
      <w:sz w:val="20"/>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1420</Words>
  <Characters>8098</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9500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Dieterich, Hannah</cp:lastModifiedBy>
  <cp:revision>2</cp:revision>
  <dcterms:created xsi:type="dcterms:W3CDTF">2013-12-23T23:15:00Z</dcterms:created>
  <dcterms:modified xsi:type="dcterms:W3CDTF">2026-09-08T18:20:00Z</dcterms:modified>
  <cp:category/>
</cp:coreProperties>
</file>