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ABEE" w14:textId="77777777" w:rsidR="00D47296" w:rsidRDefault="008C31C1">
      <w:pPr>
        <w:spacing w:after="80"/>
        <w:jc w:val="center"/>
      </w:pPr>
      <w:r>
        <w:rPr>
          <w:noProof/>
        </w:rPr>
        <w:drawing>
          <wp:inline distT="0" distB="0" distL="0" distR="0" wp14:anchorId="658A0F61" wp14:editId="7C7CE4C3">
            <wp:extent cx="2057400" cy="18137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2057400" cy="1813761"/>
                    </a:xfrm>
                    <a:prstGeom prst="rect">
                      <a:avLst/>
                    </a:prstGeom>
                  </pic:spPr>
                </pic:pic>
              </a:graphicData>
            </a:graphic>
          </wp:inline>
        </w:drawing>
      </w:r>
    </w:p>
    <w:p w14:paraId="248EBFA0" w14:textId="77777777" w:rsidR="00D47296" w:rsidRDefault="008C31C1">
      <w:pPr>
        <w:spacing w:after="40" w:line="240" w:lineRule="auto"/>
        <w:jc w:val="center"/>
      </w:pPr>
      <w:r>
        <w:rPr>
          <w:b/>
          <w:color w:val="015A41"/>
          <w:sz w:val="24"/>
        </w:rPr>
        <w:t>HEALTHCARE COALITION OF MAINE</w:t>
      </w:r>
    </w:p>
    <w:p w14:paraId="135A21D6" w14:textId="77777777" w:rsidR="00D47296" w:rsidRDefault="008C31C1">
      <w:pPr>
        <w:spacing w:after="20" w:line="240" w:lineRule="auto"/>
        <w:jc w:val="center"/>
      </w:pPr>
      <w:r>
        <w:rPr>
          <w:b/>
          <w:color w:val="015A41"/>
          <w:sz w:val="34"/>
        </w:rPr>
        <w:t>FEDERALLY QUALIFIED HEALTH CENTER (FQHC)</w:t>
      </w:r>
    </w:p>
    <w:p w14:paraId="03D0D7E0" w14:textId="77777777" w:rsidR="00D47296" w:rsidRDefault="008C31C1">
      <w:pPr>
        <w:spacing w:after="40" w:line="240" w:lineRule="auto"/>
        <w:jc w:val="center"/>
      </w:pPr>
      <w:r>
        <w:rPr>
          <w:b/>
          <w:color w:val="015A41"/>
          <w:sz w:val="46"/>
        </w:rPr>
        <w:t>EMERGENCY OPERATIONS PLAN</w:t>
      </w:r>
    </w:p>
    <w:p w14:paraId="7DF66AA3" w14:textId="77777777" w:rsidR="00D47296" w:rsidRDefault="008C31C1">
      <w:pPr>
        <w:spacing w:after="240" w:line="240" w:lineRule="auto"/>
        <w:jc w:val="center"/>
      </w:pPr>
      <w:r>
        <w:rPr>
          <w:b/>
          <w:color w:val="E63B07"/>
          <w:sz w:val="26"/>
        </w:rPr>
        <w:t>Template and Planning Resource</w:t>
      </w:r>
    </w:p>
    <w:tbl>
      <w:tblPr>
        <w:tblW w:w="0" w:type="auto"/>
        <w:jc w:val="center"/>
        <w:tblLayout w:type="fixed"/>
        <w:tblLook w:val="04A0" w:firstRow="1" w:lastRow="0" w:firstColumn="1" w:lastColumn="0" w:noHBand="0" w:noVBand="1"/>
      </w:tblPr>
      <w:tblGrid>
        <w:gridCol w:w="3600"/>
        <w:gridCol w:w="6912"/>
      </w:tblGrid>
      <w:tr w:rsidR="00D47296" w14:paraId="5A8047DF" w14:textId="77777777">
        <w:trPr>
          <w:tblHeader/>
          <w:jc w:val="center"/>
        </w:trPr>
        <w:tc>
          <w:tcPr>
            <w:tcW w:w="3600" w:type="dxa"/>
            <w:shd w:val="clear" w:color="auto" w:fill="015A41"/>
            <w:tcMar>
              <w:top w:w="70" w:type="dxa"/>
              <w:left w:w="70" w:type="dxa"/>
              <w:bottom w:w="70" w:type="dxa"/>
              <w:right w:w="70" w:type="dxa"/>
            </w:tcMar>
            <w:vAlign w:val="center"/>
          </w:tcPr>
          <w:p w14:paraId="7165ED3E" w14:textId="77777777" w:rsidR="00D47296" w:rsidRDefault="008C31C1">
            <w:r>
              <w:rPr>
                <w:b/>
                <w:color w:val="FFFFFF"/>
              </w:rPr>
              <w:t>Field</w:t>
            </w:r>
          </w:p>
        </w:tc>
        <w:tc>
          <w:tcPr>
            <w:tcW w:w="6912" w:type="dxa"/>
            <w:shd w:val="clear" w:color="auto" w:fill="015A41"/>
            <w:tcMar>
              <w:top w:w="70" w:type="dxa"/>
              <w:left w:w="70" w:type="dxa"/>
              <w:bottom w:w="70" w:type="dxa"/>
              <w:right w:w="70" w:type="dxa"/>
            </w:tcMar>
            <w:vAlign w:val="center"/>
          </w:tcPr>
          <w:p w14:paraId="6E4B5171" w14:textId="77777777" w:rsidR="00D47296" w:rsidRDefault="008C31C1">
            <w:r>
              <w:rPr>
                <w:b/>
                <w:color w:val="FFFFFF"/>
              </w:rPr>
              <w:t>Facility Entry</w:t>
            </w:r>
          </w:p>
        </w:tc>
      </w:tr>
      <w:tr w:rsidR="00D47296" w14:paraId="6586039B" w14:textId="77777777">
        <w:trPr>
          <w:jc w:val="center"/>
        </w:trPr>
        <w:tc>
          <w:tcPr>
            <w:tcW w:w="3600" w:type="dxa"/>
            <w:shd w:val="clear" w:color="auto" w:fill="E8F2EE"/>
            <w:tcMar>
              <w:top w:w="70" w:type="dxa"/>
              <w:left w:w="70" w:type="dxa"/>
              <w:bottom w:w="70" w:type="dxa"/>
              <w:right w:w="70" w:type="dxa"/>
            </w:tcMar>
            <w:vAlign w:val="center"/>
          </w:tcPr>
          <w:p w14:paraId="06521E8A" w14:textId="77777777" w:rsidR="00D47296" w:rsidRDefault="008C31C1">
            <w:r>
              <w:t>Facility / Organization</w:t>
            </w:r>
          </w:p>
        </w:tc>
        <w:tc>
          <w:tcPr>
            <w:tcW w:w="6912" w:type="dxa"/>
            <w:shd w:val="clear" w:color="auto" w:fill="E8F2EE"/>
            <w:tcMar>
              <w:top w:w="70" w:type="dxa"/>
              <w:left w:w="70" w:type="dxa"/>
              <w:bottom w:w="70" w:type="dxa"/>
              <w:right w:w="70" w:type="dxa"/>
            </w:tcMar>
            <w:vAlign w:val="center"/>
          </w:tcPr>
          <w:p w14:paraId="176A5686" w14:textId="77777777" w:rsidR="00D47296" w:rsidRDefault="008C31C1">
            <w:r>
              <w:rPr>
                <w:i/>
                <w:color w:val="777777"/>
                <w:sz w:val="24"/>
              </w:rPr>
              <w:t>&lt;Insert facility/organization name&gt;</w:t>
            </w:r>
          </w:p>
        </w:tc>
      </w:tr>
      <w:tr w:rsidR="00D47296" w14:paraId="096FF37E" w14:textId="77777777">
        <w:trPr>
          <w:jc w:val="center"/>
        </w:trPr>
        <w:tc>
          <w:tcPr>
            <w:tcW w:w="3600" w:type="dxa"/>
            <w:tcMar>
              <w:top w:w="70" w:type="dxa"/>
              <w:left w:w="70" w:type="dxa"/>
              <w:bottom w:w="70" w:type="dxa"/>
              <w:right w:w="70" w:type="dxa"/>
            </w:tcMar>
            <w:vAlign w:val="center"/>
          </w:tcPr>
          <w:p w14:paraId="61454299" w14:textId="77777777" w:rsidR="00D47296" w:rsidRDefault="008C31C1">
            <w:r>
              <w:t>FQHC Site / Location</w:t>
            </w:r>
          </w:p>
        </w:tc>
        <w:tc>
          <w:tcPr>
            <w:tcW w:w="6912" w:type="dxa"/>
            <w:tcMar>
              <w:top w:w="70" w:type="dxa"/>
              <w:left w:w="70" w:type="dxa"/>
              <w:bottom w:w="70" w:type="dxa"/>
              <w:right w:w="70" w:type="dxa"/>
            </w:tcMar>
            <w:vAlign w:val="center"/>
          </w:tcPr>
          <w:p w14:paraId="3918DA00" w14:textId="77777777" w:rsidR="00D47296" w:rsidRDefault="008C31C1">
            <w:r>
              <w:rPr>
                <w:i/>
                <w:color w:val="777777"/>
                <w:sz w:val="24"/>
              </w:rPr>
              <w:t>&lt;Insert site/location&gt;</w:t>
            </w:r>
          </w:p>
        </w:tc>
      </w:tr>
      <w:tr w:rsidR="00D47296" w14:paraId="34F09CE7" w14:textId="77777777">
        <w:trPr>
          <w:jc w:val="center"/>
        </w:trPr>
        <w:tc>
          <w:tcPr>
            <w:tcW w:w="3600" w:type="dxa"/>
            <w:shd w:val="clear" w:color="auto" w:fill="E8F2EE"/>
            <w:tcMar>
              <w:top w:w="70" w:type="dxa"/>
              <w:left w:w="70" w:type="dxa"/>
              <w:bottom w:w="70" w:type="dxa"/>
              <w:right w:w="70" w:type="dxa"/>
            </w:tcMar>
            <w:vAlign w:val="center"/>
          </w:tcPr>
          <w:p w14:paraId="26DCD2CF" w14:textId="77777777" w:rsidR="00D47296" w:rsidRDefault="008C31C1">
            <w:r>
              <w:t>CMS Certification / Provider Number</w:t>
            </w:r>
          </w:p>
        </w:tc>
        <w:tc>
          <w:tcPr>
            <w:tcW w:w="6912" w:type="dxa"/>
            <w:shd w:val="clear" w:color="auto" w:fill="E8F2EE"/>
            <w:tcMar>
              <w:top w:w="70" w:type="dxa"/>
              <w:left w:w="70" w:type="dxa"/>
              <w:bottom w:w="70" w:type="dxa"/>
              <w:right w:w="70" w:type="dxa"/>
            </w:tcMar>
            <w:vAlign w:val="center"/>
          </w:tcPr>
          <w:p w14:paraId="00902539" w14:textId="77777777" w:rsidR="00D47296" w:rsidRDefault="008C31C1">
            <w:r>
              <w:rPr>
                <w:i/>
                <w:color w:val="777777"/>
                <w:sz w:val="24"/>
              </w:rPr>
              <w:t>&lt;Insert&gt;</w:t>
            </w:r>
          </w:p>
        </w:tc>
      </w:tr>
      <w:tr w:rsidR="00D47296" w14:paraId="5C772A31" w14:textId="77777777">
        <w:trPr>
          <w:jc w:val="center"/>
        </w:trPr>
        <w:tc>
          <w:tcPr>
            <w:tcW w:w="3600" w:type="dxa"/>
            <w:tcMar>
              <w:top w:w="70" w:type="dxa"/>
              <w:left w:w="70" w:type="dxa"/>
              <w:bottom w:w="70" w:type="dxa"/>
              <w:right w:w="70" w:type="dxa"/>
            </w:tcMar>
            <w:vAlign w:val="center"/>
          </w:tcPr>
          <w:p w14:paraId="0DC00F4E" w14:textId="77777777" w:rsidR="00D47296" w:rsidRDefault="008C31C1">
            <w:r>
              <w:t>HRSA Health Center Program Status</w:t>
            </w:r>
          </w:p>
        </w:tc>
        <w:tc>
          <w:tcPr>
            <w:tcW w:w="6912" w:type="dxa"/>
            <w:tcMar>
              <w:top w:w="70" w:type="dxa"/>
              <w:left w:w="70" w:type="dxa"/>
              <w:bottom w:w="70" w:type="dxa"/>
              <w:right w:w="70" w:type="dxa"/>
            </w:tcMar>
            <w:vAlign w:val="center"/>
          </w:tcPr>
          <w:p w14:paraId="1C17E9F5" w14:textId="77777777" w:rsidR="00D47296" w:rsidRDefault="008C31C1">
            <w:r>
              <w:rPr>
                <w:i/>
                <w:color w:val="777777"/>
                <w:sz w:val="24"/>
              </w:rPr>
              <w:t>&lt;Award recipient / Look-alike / Other / N/A&gt;</w:t>
            </w:r>
          </w:p>
        </w:tc>
      </w:tr>
      <w:tr w:rsidR="00D47296" w14:paraId="06C0C13A" w14:textId="77777777">
        <w:trPr>
          <w:jc w:val="center"/>
        </w:trPr>
        <w:tc>
          <w:tcPr>
            <w:tcW w:w="3600" w:type="dxa"/>
            <w:shd w:val="clear" w:color="auto" w:fill="E8F2EE"/>
            <w:tcMar>
              <w:top w:w="70" w:type="dxa"/>
              <w:left w:w="70" w:type="dxa"/>
              <w:bottom w:w="70" w:type="dxa"/>
              <w:right w:w="70" w:type="dxa"/>
            </w:tcMar>
            <w:vAlign w:val="center"/>
          </w:tcPr>
          <w:p w14:paraId="629A7540" w14:textId="77777777" w:rsidR="00D47296" w:rsidRDefault="008C31C1">
            <w:r>
              <w:t>Plan Date / Revision</w:t>
            </w:r>
          </w:p>
        </w:tc>
        <w:tc>
          <w:tcPr>
            <w:tcW w:w="6912" w:type="dxa"/>
            <w:shd w:val="clear" w:color="auto" w:fill="E8F2EE"/>
            <w:tcMar>
              <w:top w:w="70" w:type="dxa"/>
              <w:left w:w="70" w:type="dxa"/>
              <w:bottom w:w="70" w:type="dxa"/>
              <w:right w:w="70" w:type="dxa"/>
            </w:tcMar>
            <w:vAlign w:val="center"/>
          </w:tcPr>
          <w:p w14:paraId="5A90F981" w14:textId="77777777" w:rsidR="00D47296" w:rsidRDefault="008C31C1">
            <w:r>
              <w:rPr>
                <w:i/>
                <w:color w:val="777777"/>
                <w:sz w:val="24"/>
              </w:rPr>
              <w:t>&lt;Insert&gt;</w:t>
            </w:r>
          </w:p>
        </w:tc>
      </w:tr>
      <w:tr w:rsidR="00D47296" w14:paraId="68A47E01" w14:textId="77777777">
        <w:trPr>
          <w:jc w:val="center"/>
        </w:trPr>
        <w:tc>
          <w:tcPr>
            <w:tcW w:w="3600" w:type="dxa"/>
            <w:tcMar>
              <w:top w:w="70" w:type="dxa"/>
              <w:left w:w="70" w:type="dxa"/>
              <w:bottom w:w="70" w:type="dxa"/>
              <w:right w:w="70" w:type="dxa"/>
            </w:tcMar>
            <w:vAlign w:val="center"/>
          </w:tcPr>
          <w:p w14:paraId="2BC18F1C" w14:textId="77777777" w:rsidR="00D47296" w:rsidRDefault="008C31C1">
            <w:r>
              <w:t>Supersedes</w:t>
            </w:r>
          </w:p>
        </w:tc>
        <w:tc>
          <w:tcPr>
            <w:tcW w:w="6912" w:type="dxa"/>
            <w:tcMar>
              <w:top w:w="70" w:type="dxa"/>
              <w:left w:w="70" w:type="dxa"/>
              <w:bottom w:w="70" w:type="dxa"/>
              <w:right w:w="70" w:type="dxa"/>
            </w:tcMar>
            <w:vAlign w:val="center"/>
          </w:tcPr>
          <w:p w14:paraId="3B9BF220" w14:textId="77777777" w:rsidR="00D47296" w:rsidRDefault="008C31C1">
            <w:r>
              <w:rPr>
                <w:i/>
                <w:color w:val="777777"/>
                <w:sz w:val="24"/>
              </w:rPr>
              <w:t>&lt;Insert previous version or N/A&gt;</w:t>
            </w:r>
          </w:p>
        </w:tc>
      </w:tr>
      <w:tr w:rsidR="00D47296" w14:paraId="441901AE" w14:textId="77777777">
        <w:trPr>
          <w:jc w:val="center"/>
        </w:trPr>
        <w:tc>
          <w:tcPr>
            <w:tcW w:w="3600" w:type="dxa"/>
            <w:shd w:val="clear" w:color="auto" w:fill="E8F2EE"/>
            <w:tcMar>
              <w:top w:w="70" w:type="dxa"/>
              <w:left w:w="70" w:type="dxa"/>
              <w:bottom w:w="70" w:type="dxa"/>
              <w:right w:w="70" w:type="dxa"/>
            </w:tcMar>
            <w:vAlign w:val="center"/>
          </w:tcPr>
          <w:p w14:paraId="0982D80A" w14:textId="77777777" w:rsidR="00D47296" w:rsidRDefault="008C31C1">
            <w:r>
              <w:t>Required CMS EP Review Cycle</w:t>
            </w:r>
          </w:p>
        </w:tc>
        <w:tc>
          <w:tcPr>
            <w:tcW w:w="6912" w:type="dxa"/>
            <w:shd w:val="clear" w:color="auto" w:fill="E8F2EE"/>
            <w:tcMar>
              <w:top w:w="70" w:type="dxa"/>
              <w:left w:w="70" w:type="dxa"/>
              <w:bottom w:w="70" w:type="dxa"/>
              <w:right w:w="70" w:type="dxa"/>
            </w:tcMar>
            <w:vAlign w:val="center"/>
          </w:tcPr>
          <w:p w14:paraId="7BA6ABC8" w14:textId="77777777" w:rsidR="00D47296" w:rsidRDefault="008C31C1">
            <w:r>
              <w:t>At least every 2 years under 42 CFR §491.12; update sooner when facility changes or lessons learned warrant.</w:t>
            </w:r>
          </w:p>
        </w:tc>
      </w:tr>
    </w:tbl>
    <w:p w14:paraId="0E624AF4" w14:textId="77777777" w:rsidR="00D47296" w:rsidRDefault="00D47296">
      <w:pPr>
        <w:spacing w:after="0"/>
      </w:pPr>
    </w:p>
    <w:p w14:paraId="6BE224D7" w14:textId="77777777" w:rsidR="00D47296" w:rsidRDefault="008C31C1">
      <w:pPr>
        <w:spacing w:after="40" w:line="240" w:lineRule="auto"/>
        <w:jc w:val="center"/>
      </w:pPr>
      <w:r>
        <w:rPr>
          <w:b/>
          <w:color w:val="E63B07"/>
          <w:sz w:val="19"/>
        </w:rPr>
        <w:t>HCC-ME 2026 Edition | Updated September 2026</w:t>
      </w:r>
    </w:p>
    <w:p w14:paraId="5DAC40C4" w14:textId="77777777" w:rsidR="00D47296" w:rsidRDefault="008C31C1">
      <w:pPr>
        <w:spacing w:after="80" w:line="240" w:lineRule="auto"/>
        <w:jc w:val="center"/>
      </w:pPr>
      <w:r>
        <w:rPr>
          <w:i/>
          <w:sz w:val="17"/>
        </w:rPr>
        <w:t>Designed for Maine Federally Qualified Health Centers subject to 42 CFR §491.12, with Maine public-health/fire-building overlays and HRSA Health Center Program guidance when applicable.</w:t>
      </w:r>
    </w:p>
    <w:p w14:paraId="343D985D" w14:textId="77777777" w:rsidR="00D47296" w:rsidRDefault="008C31C1">
      <w:r>
        <w:br w:type="page"/>
      </w:r>
    </w:p>
    <w:tbl>
      <w:tblPr>
        <w:tblW w:w="0" w:type="auto"/>
        <w:jc w:val="center"/>
        <w:tblLook w:val="04A0" w:firstRow="1" w:lastRow="0" w:firstColumn="1" w:lastColumn="0" w:noHBand="0" w:noVBand="1"/>
      </w:tblPr>
      <w:tblGrid>
        <w:gridCol w:w="10800"/>
      </w:tblGrid>
      <w:tr w:rsidR="00D47296" w14:paraId="51A39BCF" w14:textId="77777777">
        <w:trPr>
          <w:jc w:val="center"/>
        </w:trPr>
        <w:tc>
          <w:tcPr>
            <w:tcW w:w="10800" w:type="dxa"/>
            <w:shd w:val="clear" w:color="auto" w:fill="015A41"/>
          </w:tcPr>
          <w:p w14:paraId="3A0AF69C" w14:textId="77777777" w:rsidR="00D47296" w:rsidRDefault="008C31C1">
            <w:r>
              <w:rPr>
                <w:b/>
                <w:color w:val="FFFFFF"/>
                <w:sz w:val="34"/>
              </w:rPr>
              <w:lastRenderedPageBreak/>
              <w:t>IMPORTANT USE &amp; REGULATORY DISCLAIMER</w:t>
            </w:r>
          </w:p>
        </w:tc>
      </w:tr>
    </w:tbl>
    <w:p w14:paraId="0C9D2593"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269C5715" w14:textId="77777777">
        <w:trPr>
          <w:jc w:val="center"/>
        </w:trPr>
        <w:tc>
          <w:tcPr>
            <w:tcW w:w="10800" w:type="dxa"/>
            <w:shd w:val="clear" w:color="auto" w:fill="FFF1EC"/>
          </w:tcPr>
          <w:p w14:paraId="03B735EC" w14:textId="77777777" w:rsidR="00D47296" w:rsidRDefault="008C31C1">
            <w:r>
              <w:rPr>
                <w:b/>
                <w:color w:val="E63B07"/>
              </w:rPr>
              <w:t xml:space="preserve">PLANNING RESOURCE ONLY </w:t>
            </w:r>
            <w:r>
              <w:t>HCC-ME is not a regulatory, licensing, accreditation, survey, or enforcement authority. This optional template helps Maine FQHCs organize emergency preparedness information and cross-reference applicable requirements. Current controlling law, regulation, code, program requirements, and official survey guidance govern if they differ from this resource.</w:t>
            </w:r>
          </w:p>
        </w:tc>
      </w:tr>
    </w:tbl>
    <w:p w14:paraId="56C58AE2" w14:textId="77777777" w:rsidR="00D47296" w:rsidRDefault="00D47296">
      <w:pPr>
        <w:spacing w:after="0"/>
      </w:pPr>
    </w:p>
    <w:p w14:paraId="736DDA2A" w14:textId="77777777" w:rsidR="00D47296" w:rsidRDefault="008C31C1">
      <w:pPr>
        <w:spacing w:after="80" w:line="240" w:lineRule="auto"/>
      </w:pPr>
      <w:r>
        <w:t>Each FQHC remains responsible for identifying and meeting all Federal, State of Maine, local, CMS certification, public-health, privacy, fire/building, accessibility, HRSA Health Center Program (if applicable), accreditation, and organizational requirements that apply to its certification, services, site, and physical environment.</w:t>
      </w:r>
    </w:p>
    <w:p w14:paraId="3EB4B7CE" w14:textId="77777777" w:rsidR="004464E4" w:rsidRDefault="004464E4">
      <w:pPr>
        <w:spacing w:after="80" w:line="240" w:lineRule="auto"/>
      </w:pPr>
    </w:p>
    <w:tbl>
      <w:tblPr>
        <w:tblW w:w="0" w:type="auto"/>
        <w:jc w:val="center"/>
        <w:tblLook w:val="04A0" w:firstRow="1" w:lastRow="0" w:firstColumn="1" w:lastColumn="0" w:noHBand="0" w:noVBand="1"/>
      </w:tblPr>
      <w:tblGrid>
        <w:gridCol w:w="10800"/>
      </w:tblGrid>
      <w:tr w:rsidR="00D47296" w14:paraId="2B9DD5D8" w14:textId="77777777">
        <w:trPr>
          <w:jc w:val="center"/>
        </w:trPr>
        <w:tc>
          <w:tcPr>
            <w:tcW w:w="10800" w:type="dxa"/>
            <w:shd w:val="clear" w:color="auto" w:fill="FFF1EC"/>
          </w:tcPr>
          <w:p w14:paraId="585763D5" w14:textId="77777777" w:rsidR="00D47296" w:rsidRDefault="008C31C1">
            <w:r>
              <w:rPr>
                <w:b/>
                <w:color w:val="E63B07"/>
              </w:rPr>
              <w:t xml:space="preserve">CURRENT SOURCES CONTROL </w:t>
            </w:r>
            <w:r>
              <w:t>The eCFR version of 42 CFR §491.12 and other Part 491 requirements, current CMS Appendix Z guidance, Maine rules, Maine Office of State Fire Marshal requirements, local AHJ requirements, and applicable HRSA requirements should be rechecked at each formal review and before a compliance decision.</w:t>
            </w:r>
          </w:p>
        </w:tc>
      </w:tr>
    </w:tbl>
    <w:p w14:paraId="612195C9" w14:textId="77777777" w:rsidR="00D47296" w:rsidRDefault="00D47296">
      <w:pPr>
        <w:spacing w:after="0"/>
      </w:pPr>
    </w:p>
    <w:p w14:paraId="607C2373" w14:textId="77777777" w:rsidR="00D47296" w:rsidRDefault="008C31C1">
      <w:pPr>
        <w:spacing w:after="20" w:line="240" w:lineRule="auto"/>
      </w:pPr>
      <w:r>
        <w:rPr>
          <w:b/>
          <w:color w:val="015A41"/>
        </w:rPr>
        <w:t>FACILITY ENTRY FORMAT</w:t>
      </w:r>
    </w:p>
    <w:p w14:paraId="1568CE0B" w14:textId="77777777" w:rsidR="00D47296" w:rsidRDefault="008C31C1">
      <w:pPr>
        <w:spacing w:after="80" w:line="240" w:lineRule="auto"/>
      </w:pPr>
      <w:r>
        <w:t>Replace gray placeholder text with facility-specific information in Arial 12-point regular font. Large policies, rosters, inspection records, agreements, clinical records, and confidential information may be incorporated by reference using the Supporting Documentation Index rather than embedded in the broadly distributed EOP.</w:t>
      </w:r>
    </w:p>
    <w:tbl>
      <w:tblPr>
        <w:tblW w:w="0" w:type="auto"/>
        <w:jc w:val="center"/>
        <w:tblLayout w:type="fixed"/>
        <w:tblLook w:val="04A0" w:firstRow="1" w:lastRow="0" w:firstColumn="1" w:lastColumn="0" w:noHBand="0" w:noVBand="1"/>
      </w:tblPr>
      <w:tblGrid>
        <w:gridCol w:w="1944"/>
        <w:gridCol w:w="6696"/>
        <w:gridCol w:w="2160"/>
      </w:tblGrid>
      <w:tr w:rsidR="00D47296" w14:paraId="75E6E9C6" w14:textId="77777777">
        <w:trPr>
          <w:tblHeader/>
          <w:jc w:val="center"/>
        </w:trPr>
        <w:tc>
          <w:tcPr>
            <w:tcW w:w="1944" w:type="dxa"/>
            <w:shd w:val="clear" w:color="auto" w:fill="015A41"/>
            <w:tcMar>
              <w:top w:w="70" w:type="dxa"/>
              <w:left w:w="70" w:type="dxa"/>
              <w:bottom w:w="70" w:type="dxa"/>
              <w:right w:w="70" w:type="dxa"/>
            </w:tcMar>
            <w:vAlign w:val="center"/>
          </w:tcPr>
          <w:p w14:paraId="70B5389C" w14:textId="77777777" w:rsidR="00D47296" w:rsidRDefault="008C31C1">
            <w:r>
              <w:rPr>
                <w:b/>
                <w:color w:val="FFFFFF"/>
                <w:sz w:val="19"/>
              </w:rPr>
              <w:t>Source</w:t>
            </w:r>
          </w:p>
        </w:tc>
        <w:tc>
          <w:tcPr>
            <w:tcW w:w="6696" w:type="dxa"/>
            <w:shd w:val="clear" w:color="auto" w:fill="015A41"/>
            <w:tcMar>
              <w:top w:w="70" w:type="dxa"/>
              <w:left w:w="70" w:type="dxa"/>
              <w:bottom w:w="70" w:type="dxa"/>
              <w:right w:w="70" w:type="dxa"/>
            </w:tcMar>
            <w:vAlign w:val="center"/>
          </w:tcPr>
          <w:p w14:paraId="7349B6D9" w14:textId="77777777" w:rsidR="00D47296" w:rsidRDefault="008C31C1">
            <w:r>
              <w:rPr>
                <w:b/>
                <w:color w:val="FFFFFF"/>
                <w:sz w:val="19"/>
              </w:rPr>
              <w:t>Requirement / Planning Layer</w:t>
            </w:r>
          </w:p>
        </w:tc>
        <w:tc>
          <w:tcPr>
            <w:tcW w:w="2160" w:type="dxa"/>
            <w:shd w:val="clear" w:color="auto" w:fill="015A41"/>
            <w:tcMar>
              <w:top w:w="70" w:type="dxa"/>
              <w:left w:w="70" w:type="dxa"/>
              <w:bottom w:w="70" w:type="dxa"/>
              <w:right w:w="70" w:type="dxa"/>
            </w:tcMar>
            <w:vAlign w:val="center"/>
          </w:tcPr>
          <w:p w14:paraId="6DF89E89" w14:textId="77777777" w:rsidR="00D47296" w:rsidRDefault="008C31C1">
            <w:r>
              <w:rPr>
                <w:b/>
                <w:color w:val="FFFFFF"/>
                <w:sz w:val="19"/>
              </w:rPr>
              <w:t>Use</w:t>
            </w:r>
          </w:p>
        </w:tc>
      </w:tr>
      <w:tr w:rsidR="00D47296" w14:paraId="5D9F6369" w14:textId="77777777">
        <w:trPr>
          <w:jc w:val="center"/>
        </w:trPr>
        <w:tc>
          <w:tcPr>
            <w:tcW w:w="1944" w:type="dxa"/>
            <w:shd w:val="clear" w:color="auto" w:fill="E8F2EE"/>
            <w:tcMar>
              <w:top w:w="70" w:type="dxa"/>
              <w:left w:w="70" w:type="dxa"/>
              <w:bottom w:w="70" w:type="dxa"/>
              <w:right w:w="70" w:type="dxa"/>
            </w:tcMar>
            <w:vAlign w:val="center"/>
          </w:tcPr>
          <w:p w14:paraId="36A34272" w14:textId="77777777" w:rsidR="00D47296" w:rsidRDefault="008C31C1">
            <w:r>
              <w:rPr>
                <w:sz w:val="19"/>
              </w:rPr>
              <w:t>CMS / FEDERAL</w:t>
            </w:r>
          </w:p>
        </w:tc>
        <w:tc>
          <w:tcPr>
            <w:tcW w:w="6696" w:type="dxa"/>
            <w:shd w:val="clear" w:color="auto" w:fill="E8F2EE"/>
            <w:tcMar>
              <w:top w:w="70" w:type="dxa"/>
              <w:left w:w="70" w:type="dxa"/>
              <w:bottom w:w="70" w:type="dxa"/>
              <w:right w:w="70" w:type="dxa"/>
            </w:tcMar>
            <w:vAlign w:val="center"/>
          </w:tcPr>
          <w:p w14:paraId="3038F073" w14:textId="77777777" w:rsidR="00D47296" w:rsidRDefault="008C31C1">
            <w:r>
              <w:rPr>
                <w:sz w:val="19"/>
              </w:rPr>
              <w:t>42 CFR §491.12 Emergency Preparedness for RHCs/FQHCs; CMS State Operations Manual Appendix Z.</w:t>
            </w:r>
          </w:p>
        </w:tc>
        <w:tc>
          <w:tcPr>
            <w:tcW w:w="2160" w:type="dxa"/>
            <w:shd w:val="clear" w:color="auto" w:fill="E8F2EE"/>
            <w:tcMar>
              <w:top w:w="70" w:type="dxa"/>
              <w:left w:w="70" w:type="dxa"/>
              <w:bottom w:w="70" w:type="dxa"/>
              <w:right w:w="70" w:type="dxa"/>
            </w:tcMar>
            <w:vAlign w:val="center"/>
          </w:tcPr>
          <w:p w14:paraId="136D27DF" w14:textId="77777777" w:rsidR="00D47296" w:rsidRDefault="008C31C1">
            <w:r>
              <w:rPr>
                <w:sz w:val="19"/>
              </w:rPr>
              <w:t>Core federal layer</w:t>
            </w:r>
          </w:p>
        </w:tc>
      </w:tr>
      <w:tr w:rsidR="00D47296" w14:paraId="4173AE6C" w14:textId="77777777">
        <w:trPr>
          <w:jc w:val="center"/>
        </w:trPr>
        <w:tc>
          <w:tcPr>
            <w:tcW w:w="1944" w:type="dxa"/>
            <w:tcMar>
              <w:top w:w="70" w:type="dxa"/>
              <w:left w:w="70" w:type="dxa"/>
              <w:bottom w:w="70" w:type="dxa"/>
              <w:right w:w="70" w:type="dxa"/>
            </w:tcMar>
            <w:vAlign w:val="center"/>
          </w:tcPr>
          <w:p w14:paraId="46B5A556" w14:textId="77777777" w:rsidR="00D47296" w:rsidRDefault="008C31C1">
            <w:r>
              <w:rPr>
                <w:sz w:val="19"/>
              </w:rPr>
              <w:t>SUPPORTING FEDERAL</w:t>
            </w:r>
          </w:p>
        </w:tc>
        <w:tc>
          <w:tcPr>
            <w:tcW w:w="6696" w:type="dxa"/>
            <w:tcMar>
              <w:top w:w="70" w:type="dxa"/>
              <w:left w:w="70" w:type="dxa"/>
              <w:bottom w:w="70" w:type="dxa"/>
              <w:right w:w="70" w:type="dxa"/>
            </w:tcMar>
            <w:vAlign w:val="center"/>
          </w:tcPr>
          <w:p w14:paraId="4194A730" w14:textId="77777777" w:rsidR="00D47296" w:rsidRDefault="008C31C1">
            <w:r>
              <w:rPr>
                <w:sz w:val="19"/>
              </w:rPr>
              <w:t>42 CFR Part 491, including §491.6 physical plant/environment, §491.10 patient records, and §491.11 program evaluation.</w:t>
            </w:r>
          </w:p>
        </w:tc>
        <w:tc>
          <w:tcPr>
            <w:tcW w:w="2160" w:type="dxa"/>
            <w:tcMar>
              <w:top w:w="70" w:type="dxa"/>
              <w:left w:w="70" w:type="dxa"/>
              <w:bottom w:w="70" w:type="dxa"/>
              <w:right w:w="70" w:type="dxa"/>
            </w:tcMar>
            <w:vAlign w:val="center"/>
          </w:tcPr>
          <w:p w14:paraId="7EDEB932" w14:textId="77777777" w:rsidR="00D47296" w:rsidRDefault="008C31C1">
            <w:r>
              <w:rPr>
                <w:sz w:val="19"/>
              </w:rPr>
              <w:t>Supporting readiness layer</w:t>
            </w:r>
          </w:p>
        </w:tc>
      </w:tr>
      <w:tr w:rsidR="00D47296" w14:paraId="55895A4A" w14:textId="77777777">
        <w:trPr>
          <w:jc w:val="center"/>
        </w:trPr>
        <w:tc>
          <w:tcPr>
            <w:tcW w:w="1944" w:type="dxa"/>
            <w:shd w:val="clear" w:color="auto" w:fill="E8F2EE"/>
            <w:tcMar>
              <w:top w:w="70" w:type="dxa"/>
              <w:left w:w="70" w:type="dxa"/>
              <w:bottom w:w="70" w:type="dxa"/>
              <w:right w:w="70" w:type="dxa"/>
            </w:tcMar>
            <w:vAlign w:val="center"/>
          </w:tcPr>
          <w:p w14:paraId="0DF7376F" w14:textId="77777777" w:rsidR="00D47296" w:rsidRDefault="008C31C1">
            <w:r>
              <w:rPr>
                <w:sz w:val="19"/>
              </w:rPr>
              <w:t>HRSA-HCP</w:t>
            </w:r>
          </w:p>
        </w:tc>
        <w:tc>
          <w:tcPr>
            <w:tcW w:w="6696" w:type="dxa"/>
            <w:shd w:val="clear" w:color="auto" w:fill="E8F2EE"/>
            <w:tcMar>
              <w:top w:w="70" w:type="dxa"/>
              <w:left w:w="70" w:type="dxa"/>
              <w:bottom w:w="70" w:type="dxa"/>
              <w:right w:w="70" w:type="dxa"/>
            </w:tcMar>
            <w:vAlign w:val="center"/>
          </w:tcPr>
          <w:p w14:paraId="60165AC4" w14:textId="77777777" w:rsidR="00D47296" w:rsidRDefault="008C31C1">
            <w:r>
              <w:rPr>
                <w:sz w:val="19"/>
              </w:rPr>
              <w:t>Health Center Program Compliance Manual requirements, including Chapter 7 medical emergencies during/after hours, if applicable to the organization.</w:t>
            </w:r>
          </w:p>
        </w:tc>
        <w:tc>
          <w:tcPr>
            <w:tcW w:w="2160" w:type="dxa"/>
            <w:shd w:val="clear" w:color="auto" w:fill="E8F2EE"/>
            <w:tcMar>
              <w:top w:w="70" w:type="dxa"/>
              <w:left w:w="70" w:type="dxa"/>
              <w:bottom w:w="70" w:type="dxa"/>
              <w:right w:w="70" w:type="dxa"/>
            </w:tcMar>
            <w:vAlign w:val="center"/>
          </w:tcPr>
          <w:p w14:paraId="54A4E8F1" w14:textId="77777777" w:rsidR="00D47296" w:rsidRDefault="008C31C1">
            <w:r>
              <w:rPr>
                <w:sz w:val="19"/>
              </w:rPr>
              <w:t>Separate program layer</w:t>
            </w:r>
          </w:p>
        </w:tc>
      </w:tr>
      <w:tr w:rsidR="00D47296" w14:paraId="77F050CE" w14:textId="77777777">
        <w:trPr>
          <w:jc w:val="center"/>
        </w:trPr>
        <w:tc>
          <w:tcPr>
            <w:tcW w:w="1944" w:type="dxa"/>
            <w:tcMar>
              <w:top w:w="70" w:type="dxa"/>
              <w:left w:w="70" w:type="dxa"/>
              <w:bottom w:w="70" w:type="dxa"/>
              <w:right w:w="70" w:type="dxa"/>
            </w:tcMar>
            <w:vAlign w:val="center"/>
          </w:tcPr>
          <w:p w14:paraId="1159A293" w14:textId="77777777" w:rsidR="00D47296" w:rsidRDefault="008C31C1">
            <w:r>
              <w:rPr>
                <w:sz w:val="19"/>
              </w:rPr>
              <w:t>MAINE / LOCAL</w:t>
            </w:r>
          </w:p>
        </w:tc>
        <w:tc>
          <w:tcPr>
            <w:tcW w:w="6696" w:type="dxa"/>
            <w:tcMar>
              <w:top w:w="70" w:type="dxa"/>
              <w:left w:w="70" w:type="dxa"/>
              <w:bottom w:w="70" w:type="dxa"/>
              <w:right w:w="70" w:type="dxa"/>
            </w:tcMar>
            <w:vAlign w:val="center"/>
          </w:tcPr>
          <w:p w14:paraId="36BEA523" w14:textId="77777777" w:rsidR="00D47296" w:rsidRDefault="008C31C1">
            <w:r>
              <w:rPr>
                <w:sz w:val="19"/>
              </w:rPr>
              <w:t>Maine DLC oversight, Maine CDC reporting, Maine FMO/local AHJ fire/building/accessibility requirements, and service-specific State rules when independently applicable.</w:t>
            </w:r>
          </w:p>
        </w:tc>
        <w:tc>
          <w:tcPr>
            <w:tcW w:w="2160" w:type="dxa"/>
            <w:tcMar>
              <w:top w:w="70" w:type="dxa"/>
              <w:left w:w="70" w:type="dxa"/>
              <w:bottom w:w="70" w:type="dxa"/>
              <w:right w:w="70" w:type="dxa"/>
            </w:tcMar>
            <w:vAlign w:val="center"/>
          </w:tcPr>
          <w:p w14:paraId="4AD21159" w14:textId="77777777" w:rsidR="00D47296" w:rsidRDefault="008C31C1">
            <w:r>
              <w:rPr>
                <w:sz w:val="19"/>
              </w:rPr>
              <w:t>Applicability overlay</w:t>
            </w:r>
          </w:p>
        </w:tc>
      </w:tr>
      <w:tr w:rsidR="00D47296" w14:paraId="4528ADA0" w14:textId="77777777">
        <w:trPr>
          <w:jc w:val="center"/>
        </w:trPr>
        <w:tc>
          <w:tcPr>
            <w:tcW w:w="1944" w:type="dxa"/>
            <w:shd w:val="clear" w:color="auto" w:fill="E8F2EE"/>
            <w:tcMar>
              <w:top w:w="70" w:type="dxa"/>
              <w:left w:w="70" w:type="dxa"/>
              <w:bottom w:w="70" w:type="dxa"/>
              <w:right w:w="70" w:type="dxa"/>
            </w:tcMar>
            <w:vAlign w:val="center"/>
          </w:tcPr>
          <w:p w14:paraId="5958E7FE" w14:textId="77777777" w:rsidR="00D47296" w:rsidRDefault="008C31C1">
            <w:r>
              <w:rPr>
                <w:sz w:val="19"/>
              </w:rPr>
              <w:t>HCC-ME REC</w:t>
            </w:r>
          </w:p>
        </w:tc>
        <w:tc>
          <w:tcPr>
            <w:tcW w:w="6696" w:type="dxa"/>
            <w:shd w:val="clear" w:color="auto" w:fill="E8F2EE"/>
            <w:tcMar>
              <w:top w:w="70" w:type="dxa"/>
              <w:left w:w="70" w:type="dxa"/>
              <w:bottom w:w="70" w:type="dxa"/>
              <w:right w:w="70" w:type="dxa"/>
            </w:tcMar>
            <w:vAlign w:val="center"/>
          </w:tcPr>
          <w:p w14:paraId="42C8F089" w14:textId="77777777" w:rsidR="00D47296" w:rsidRDefault="008C31C1">
            <w:r>
              <w:rPr>
                <w:sz w:val="19"/>
              </w:rPr>
              <w:t>Operational readiness prompts suggested by HCC-ME.</w:t>
            </w:r>
          </w:p>
        </w:tc>
        <w:tc>
          <w:tcPr>
            <w:tcW w:w="2160" w:type="dxa"/>
            <w:shd w:val="clear" w:color="auto" w:fill="E8F2EE"/>
            <w:tcMar>
              <w:top w:w="70" w:type="dxa"/>
              <w:left w:w="70" w:type="dxa"/>
              <w:bottom w:w="70" w:type="dxa"/>
              <w:right w:w="70" w:type="dxa"/>
            </w:tcMar>
            <w:vAlign w:val="center"/>
          </w:tcPr>
          <w:p w14:paraId="31C09BE0" w14:textId="77777777" w:rsidR="00D47296" w:rsidRDefault="008C31C1">
            <w:r>
              <w:rPr>
                <w:sz w:val="19"/>
              </w:rPr>
              <w:t>Recommended, not stand-alone regulation</w:t>
            </w:r>
          </w:p>
        </w:tc>
      </w:tr>
    </w:tbl>
    <w:p w14:paraId="4499B761" w14:textId="77777777" w:rsidR="00D47296" w:rsidRDefault="00D47296">
      <w:pPr>
        <w:spacing w:after="0"/>
      </w:pPr>
    </w:p>
    <w:p w14:paraId="28DE33EF" w14:textId="6F7B19D5" w:rsidR="004464E4" w:rsidRDefault="008C31C1">
      <w:r>
        <w:br w:type="page"/>
      </w:r>
    </w:p>
    <w:tbl>
      <w:tblPr>
        <w:tblW w:w="0" w:type="auto"/>
        <w:jc w:val="center"/>
        <w:tblLook w:val="04A0" w:firstRow="1" w:lastRow="0" w:firstColumn="1" w:lastColumn="0" w:noHBand="0" w:noVBand="1"/>
      </w:tblPr>
      <w:tblGrid>
        <w:gridCol w:w="10800"/>
      </w:tblGrid>
      <w:tr w:rsidR="00D47296" w14:paraId="2A53209C" w14:textId="77777777">
        <w:trPr>
          <w:jc w:val="center"/>
        </w:trPr>
        <w:tc>
          <w:tcPr>
            <w:tcW w:w="10800" w:type="dxa"/>
            <w:shd w:val="clear" w:color="auto" w:fill="015A41"/>
          </w:tcPr>
          <w:p w14:paraId="66B4349C" w14:textId="77777777" w:rsidR="00D47296" w:rsidRDefault="008C31C1">
            <w:r>
              <w:rPr>
                <w:b/>
                <w:color w:val="FFFFFF"/>
                <w:sz w:val="34"/>
              </w:rPr>
              <w:lastRenderedPageBreak/>
              <w:t>FACILITY PROFILE</w:t>
            </w:r>
          </w:p>
        </w:tc>
      </w:tr>
    </w:tbl>
    <w:p w14:paraId="5216D5A4"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32EE7AFB" w14:textId="77777777">
        <w:trPr>
          <w:tblHeader/>
          <w:jc w:val="center"/>
        </w:trPr>
        <w:tc>
          <w:tcPr>
            <w:tcW w:w="4320" w:type="dxa"/>
            <w:shd w:val="clear" w:color="auto" w:fill="015A41"/>
            <w:tcMar>
              <w:top w:w="70" w:type="dxa"/>
              <w:left w:w="70" w:type="dxa"/>
              <w:bottom w:w="70" w:type="dxa"/>
              <w:right w:w="70" w:type="dxa"/>
            </w:tcMar>
            <w:vAlign w:val="center"/>
          </w:tcPr>
          <w:p w14:paraId="510ECDAB" w14:textId="77777777" w:rsidR="00D47296" w:rsidRDefault="008C31C1">
            <w:r>
              <w:rPr>
                <w:b/>
                <w:color w:val="FFFFFF"/>
                <w:sz w:val="19"/>
              </w:rPr>
              <w:t>Field</w:t>
            </w:r>
          </w:p>
        </w:tc>
        <w:tc>
          <w:tcPr>
            <w:tcW w:w="6192" w:type="dxa"/>
            <w:shd w:val="clear" w:color="auto" w:fill="015A41"/>
            <w:tcMar>
              <w:top w:w="70" w:type="dxa"/>
              <w:left w:w="70" w:type="dxa"/>
              <w:bottom w:w="70" w:type="dxa"/>
              <w:right w:w="70" w:type="dxa"/>
            </w:tcMar>
            <w:vAlign w:val="center"/>
          </w:tcPr>
          <w:p w14:paraId="3FF4F1D6" w14:textId="77777777" w:rsidR="00D47296" w:rsidRDefault="008C31C1">
            <w:r>
              <w:rPr>
                <w:b/>
                <w:color w:val="FFFFFF"/>
                <w:sz w:val="19"/>
              </w:rPr>
              <w:t>Facility Entry</w:t>
            </w:r>
          </w:p>
        </w:tc>
      </w:tr>
      <w:tr w:rsidR="00D47296" w14:paraId="6B630500" w14:textId="77777777">
        <w:trPr>
          <w:jc w:val="center"/>
        </w:trPr>
        <w:tc>
          <w:tcPr>
            <w:tcW w:w="4320" w:type="dxa"/>
            <w:shd w:val="clear" w:color="auto" w:fill="E8F2EE"/>
            <w:tcMar>
              <w:top w:w="70" w:type="dxa"/>
              <w:left w:w="70" w:type="dxa"/>
              <w:bottom w:w="70" w:type="dxa"/>
              <w:right w:w="70" w:type="dxa"/>
            </w:tcMar>
            <w:vAlign w:val="center"/>
          </w:tcPr>
          <w:p w14:paraId="01F0B9AB" w14:textId="77777777" w:rsidR="00D47296" w:rsidRDefault="008C31C1">
            <w:r>
              <w:rPr>
                <w:sz w:val="19"/>
              </w:rPr>
              <w:t>Facility Name</w:t>
            </w:r>
          </w:p>
        </w:tc>
        <w:tc>
          <w:tcPr>
            <w:tcW w:w="6192" w:type="dxa"/>
            <w:shd w:val="clear" w:color="auto" w:fill="E8F2EE"/>
            <w:tcMar>
              <w:top w:w="70" w:type="dxa"/>
              <w:left w:w="70" w:type="dxa"/>
              <w:bottom w:w="70" w:type="dxa"/>
              <w:right w:w="70" w:type="dxa"/>
            </w:tcMar>
            <w:vAlign w:val="center"/>
          </w:tcPr>
          <w:p w14:paraId="0B0F775E" w14:textId="77777777" w:rsidR="00D47296" w:rsidRDefault="008C31C1">
            <w:r>
              <w:rPr>
                <w:i/>
                <w:color w:val="777777"/>
                <w:sz w:val="24"/>
              </w:rPr>
              <w:t>&lt;Insert&gt;</w:t>
            </w:r>
          </w:p>
        </w:tc>
      </w:tr>
      <w:tr w:rsidR="00D47296" w14:paraId="5BC3BEBA" w14:textId="77777777">
        <w:trPr>
          <w:jc w:val="center"/>
        </w:trPr>
        <w:tc>
          <w:tcPr>
            <w:tcW w:w="4320" w:type="dxa"/>
            <w:tcMar>
              <w:top w:w="70" w:type="dxa"/>
              <w:left w:w="70" w:type="dxa"/>
              <w:bottom w:w="70" w:type="dxa"/>
              <w:right w:w="70" w:type="dxa"/>
            </w:tcMar>
            <w:vAlign w:val="center"/>
          </w:tcPr>
          <w:p w14:paraId="50C3B625" w14:textId="77777777" w:rsidR="00D47296" w:rsidRDefault="008C31C1">
            <w:r>
              <w:rPr>
                <w:sz w:val="19"/>
              </w:rPr>
              <w:t>Provider Type</w:t>
            </w:r>
          </w:p>
        </w:tc>
        <w:tc>
          <w:tcPr>
            <w:tcW w:w="6192" w:type="dxa"/>
            <w:tcMar>
              <w:top w:w="70" w:type="dxa"/>
              <w:left w:w="70" w:type="dxa"/>
              <w:bottom w:w="70" w:type="dxa"/>
              <w:right w:w="70" w:type="dxa"/>
            </w:tcMar>
            <w:vAlign w:val="center"/>
          </w:tcPr>
          <w:p w14:paraId="7F2F7C62" w14:textId="77777777" w:rsidR="00D47296" w:rsidRDefault="008C31C1">
            <w:r>
              <w:rPr>
                <w:sz w:val="19"/>
              </w:rPr>
              <w:t>Federally Qualified Health Center (FQHC)</w:t>
            </w:r>
          </w:p>
        </w:tc>
      </w:tr>
      <w:tr w:rsidR="00D47296" w14:paraId="5BAFE276" w14:textId="77777777">
        <w:trPr>
          <w:jc w:val="center"/>
        </w:trPr>
        <w:tc>
          <w:tcPr>
            <w:tcW w:w="4320" w:type="dxa"/>
            <w:shd w:val="clear" w:color="auto" w:fill="E8F2EE"/>
            <w:tcMar>
              <w:top w:w="70" w:type="dxa"/>
              <w:left w:w="70" w:type="dxa"/>
              <w:bottom w:w="70" w:type="dxa"/>
              <w:right w:w="70" w:type="dxa"/>
            </w:tcMar>
            <w:vAlign w:val="center"/>
          </w:tcPr>
          <w:p w14:paraId="7F78BA9C" w14:textId="77777777" w:rsidR="00D47296" w:rsidRDefault="008C31C1">
            <w:r>
              <w:rPr>
                <w:sz w:val="19"/>
              </w:rPr>
              <w:t>Site / Physical Address</w:t>
            </w:r>
          </w:p>
        </w:tc>
        <w:tc>
          <w:tcPr>
            <w:tcW w:w="6192" w:type="dxa"/>
            <w:shd w:val="clear" w:color="auto" w:fill="E8F2EE"/>
            <w:tcMar>
              <w:top w:w="70" w:type="dxa"/>
              <w:left w:w="70" w:type="dxa"/>
              <w:bottom w:w="70" w:type="dxa"/>
              <w:right w:w="70" w:type="dxa"/>
            </w:tcMar>
            <w:vAlign w:val="center"/>
          </w:tcPr>
          <w:p w14:paraId="559BF918" w14:textId="77777777" w:rsidR="00D47296" w:rsidRDefault="008C31C1">
            <w:r>
              <w:rPr>
                <w:i/>
                <w:color w:val="777777"/>
                <w:sz w:val="24"/>
              </w:rPr>
              <w:t>&lt;Insert&gt;</w:t>
            </w:r>
          </w:p>
        </w:tc>
      </w:tr>
      <w:tr w:rsidR="00D47296" w14:paraId="3C1C2B9B" w14:textId="77777777">
        <w:trPr>
          <w:jc w:val="center"/>
        </w:trPr>
        <w:tc>
          <w:tcPr>
            <w:tcW w:w="4320" w:type="dxa"/>
            <w:tcMar>
              <w:top w:w="70" w:type="dxa"/>
              <w:left w:w="70" w:type="dxa"/>
              <w:bottom w:w="70" w:type="dxa"/>
              <w:right w:w="70" w:type="dxa"/>
            </w:tcMar>
            <w:vAlign w:val="center"/>
          </w:tcPr>
          <w:p w14:paraId="058FB36B" w14:textId="77777777" w:rsidR="00D47296" w:rsidRDefault="008C31C1">
            <w:r>
              <w:rPr>
                <w:sz w:val="19"/>
              </w:rPr>
              <w:t>County</w:t>
            </w:r>
          </w:p>
        </w:tc>
        <w:tc>
          <w:tcPr>
            <w:tcW w:w="6192" w:type="dxa"/>
            <w:tcMar>
              <w:top w:w="70" w:type="dxa"/>
              <w:left w:w="70" w:type="dxa"/>
              <w:bottom w:w="70" w:type="dxa"/>
              <w:right w:w="70" w:type="dxa"/>
            </w:tcMar>
            <w:vAlign w:val="center"/>
          </w:tcPr>
          <w:p w14:paraId="74E2CE95" w14:textId="77777777" w:rsidR="00D47296" w:rsidRDefault="008C31C1">
            <w:r>
              <w:rPr>
                <w:i/>
                <w:color w:val="777777"/>
                <w:sz w:val="24"/>
              </w:rPr>
              <w:t>&lt;Insert&gt;</w:t>
            </w:r>
          </w:p>
        </w:tc>
      </w:tr>
      <w:tr w:rsidR="00D47296" w14:paraId="1BECCAB6" w14:textId="77777777">
        <w:trPr>
          <w:jc w:val="center"/>
        </w:trPr>
        <w:tc>
          <w:tcPr>
            <w:tcW w:w="4320" w:type="dxa"/>
            <w:shd w:val="clear" w:color="auto" w:fill="E8F2EE"/>
            <w:tcMar>
              <w:top w:w="70" w:type="dxa"/>
              <w:left w:w="70" w:type="dxa"/>
              <w:bottom w:w="70" w:type="dxa"/>
              <w:right w:w="70" w:type="dxa"/>
            </w:tcMar>
            <w:vAlign w:val="center"/>
          </w:tcPr>
          <w:p w14:paraId="1FC1AE5B" w14:textId="77777777" w:rsidR="00D47296" w:rsidRDefault="008C31C1">
            <w:r>
              <w:rPr>
                <w:sz w:val="19"/>
              </w:rPr>
              <w:t>Main Phone</w:t>
            </w:r>
          </w:p>
        </w:tc>
        <w:tc>
          <w:tcPr>
            <w:tcW w:w="6192" w:type="dxa"/>
            <w:shd w:val="clear" w:color="auto" w:fill="E8F2EE"/>
            <w:tcMar>
              <w:top w:w="70" w:type="dxa"/>
              <w:left w:w="70" w:type="dxa"/>
              <w:bottom w:w="70" w:type="dxa"/>
              <w:right w:w="70" w:type="dxa"/>
            </w:tcMar>
            <w:vAlign w:val="center"/>
          </w:tcPr>
          <w:p w14:paraId="644A92C0" w14:textId="77777777" w:rsidR="00D47296" w:rsidRDefault="008C31C1">
            <w:r>
              <w:rPr>
                <w:i/>
                <w:color w:val="777777"/>
                <w:sz w:val="24"/>
              </w:rPr>
              <w:t>&lt;Insert&gt;</w:t>
            </w:r>
          </w:p>
        </w:tc>
      </w:tr>
      <w:tr w:rsidR="00D47296" w14:paraId="5381FD2C" w14:textId="77777777">
        <w:trPr>
          <w:jc w:val="center"/>
        </w:trPr>
        <w:tc>
          <w:tcPr>
            <w:tcW w:w="4320" w:type="dxa"/>
            <w:tcMar>
              <w:top w:w="70" w:type="dxa"/>
              <w:left w:w="70" w:type="dxa"/>
              <w:bottom w:w="70" w:type="dxa"/>
              <w:right w:w="70" w:type="dxa"/>
            </w:tcMar>
            <w:vAlign w:val="center"/>
          </w:tcPr>
          <w:p w14:paraId="66295E5D" w14:textId="77777777" w:rsidR="00D47296" w:rsidRDefault="008C31C1">
            <w:r>
              <w:rPr>
                <w:sz w:val="19"/>
              </w:rPr>
              <w:t>24/7 Emergency / Administrative Contact</w:t>
            </w:r>
          </w:p>
        </w:tc>
        <w:tc>
          <w:tcPr>
            <w:tcW w:w="6192" w:type="dxa"/>
            <w:tcMar>
              <w:top w:w="70" w:type="dxa"/>
              <w:left w:w="70" w:type="dxa"/>
              <w:bottom w:w="70" w:type="dxa"/>
              <w:right w:w="70" w:type="dxa"/>
            </w:tcMar>
            <w:vAlign w:val="center"/>
          </w:tcPr>
          <w:p w14:paraId="5C16031B" w14:textId="77777777" w:rsidR="00D47296" w:rsidRDefault="008C31C1">
            <w:r>
              <w:rPr>
                <w:i/>
                <w:color w:val="777777"/>
                <w:sz w:val="24"/>
              </w:rPr>
              <w:t>&lt;Insert&gt;</w:t>
            </w:r>
          </w:p>
        </w:tc>
      </w:tr>
      <w:tr w:rsidR="00D47296" w14:paraId="21010C44" w14:textId="77777777">
        <w:trPr>
          <w:jc w:val="center"/>
        </w:trPr>
        <w:tc>
          <w:tcPr>
            <w:tcW w:w="4320" w:type="dxa"/>
            <w:shd w:val="clear" w:color="auto" w:fill="E8F2EE"/>
            <w:tcMar>
              <w:top w:w="70" w:type="dxa"/>
              <w:left w:w="70" w:type="dxa"/>
              <w:bottom w:w="70" w:type="dxa"/>
              <w:right w:w="70" w:type="dxa"/>
            </w:tcMar>
            <w:vAlign w:val="center"/>
          </w:tcPr>
          <w:p w14:paraId="3CDA5D12" w14:textId="77777777" w:rsidR="00D47296" w:rsidRDefault="008C31C1">
            <w:r>
              <w:rPr>
                <w:sz w:val="19"/>
              </w:rPr>
              <w:t>CMS Certification / Provider Number</w:t>
            </w:r>
          </w:p>
        </w:tc>
        <w:tc>
          <w:tcPr>
            <w:tcW w:w="6192" w:type="dxa"/>
            <w:shd w:val="clear" w:color="auto" w:fill="E8F2EE"/>
            <w:tcMar>
              <w:top w:w="70" w:type="dxa"/>
              <w:left w:w="70" w:type="dxa"/>
              <w:bottom w:w="70" w:type="dxa"/>
              <w:right w:w="70" w:type="dxa"/>
            </w:tcMar>
            <w:vAlign w:val="center"/>
          </w:tcPr>
          <w:p w14:paraId="20315E72" w14:textId="77777777" w:rsidR="00D47296" w:rsidRDefault="008C31C1">
            <w:r>
              <w:rPr>
                <w:i/>
                <w:color w:val="777777"/>
                <w:sz w:val="24"/>
              </w:rPr>
              <w:t>&lt;Insert&gt;</w:t>
            </w:r>
          </w:p>
        </w:tc>
      </w:tr>
      <w:tr w:rsidR="00D47296" w14:paraId="589AD589" w14:textId="77777777">
        <w:trPr>
          <w:jc w:val="center"/>
        </w:trPr>
        <w:tc>
          <w:tcPr>
            <w:tcW w:w="4320" w:type="dxa"/>
            <w:tcMar>
              <w:top w:w="70" w:type="dxa"/>
              <w:left w:w="70" w:type="dxa"/>
              <w:bottom w:w="70" w:type="dxa"/>
              <w:right w:w="70" w:type="dxa"/>
            </w:tcMar>
            <w:vAlign w:val="center"/>
          </w:tcPr>
          <w:p w14:paraId="40403FCE" w14:textId="77777777" w:rsidR="00D47296" w:rsidRDefault="008C31C1">
            <w:r>
              <w:rPr>
                <w:sz w:val="19"/>
              </w:rPr>
              <w:t>NPI (optional)</w:t>
            </w:r>
          </w:p>
        </w:tc>
        <w:tc>
          <w:tcPr>
            <w:tcW w:w="6192" w:type="dxa"/>
            <w:tcMar>
              <w:top w:w="70" w:type="dxa"/>
              <w:left w:w="70" w:type="dxa"/>
              <w:bottom w:w="70" w:type="dxa"/>
              <w:right w:w="70" w:type="dxa"/>
            </w:tcMar>
            <w:vAlign w:val="center"/>
          </w:tcPr>
          <w:p w14:paraId="7BDC9707" w14:textId="77777777" w:rsidR="00D47296" w:rsidRDefault="008C31C1">
            <w:r>
              <w:rPr>
                <w:i/>
                <w:color w:val="777777"/>
                <w:sz w:val="24"/>
              </w:rPr>
              <w:t>&lt;Insert&gt;</w:t>
            </w:r>
          </w:p>
        </w:tc>
      </w:tr>
      <w:tr w:rsidR="00D47296" w14:paraId="6B3DD90E" w14:textId="77777777">
        <w:trPr>
          <w:jc w:val="center"/>
        </w:trPr>
        <w:tc>
          <w:tcPr>
            <w:tcW w:w="4320" w:type="dxa"/>
            <w:shd w:val="clear" w:color="auto" w:fill="E8F2EE"/>
            <w:tcMar>
              <w:top w:w="70" w:type="dxa"/>
              <w:left w:w="70" w:type="dxa"/>
              <w:bottom w:w="70" w:type="dxa"/>
              <w:right w:w="70" w:type="dxa"/>
            </w:tcMar>
            <w:vAlign w:val="center"/>
          </w:tcPr>
          <w:p w14:paraId="46FEDB7C" w14:textId="77777777" w:rsidR="00D47296" w:rsidRDefault="008C31C1">
            <w:r>
              <w:rPr>
                <w:sz w:val="19"/>
              </w:rPr>
              <w:t>HRSA HCP Status</w:t>
            </w:r>
          </w:p>
        </w:tc>
        <w:tc>
          <w:tcPr>
            <w:tcW w:w="6192" w:type="dxa"/>
            <w:shd w:val="clear" w:color="auto" w:fill="E8F2EE"/>
            <w:tcMar>
              <w:top w:w="70" w:type="dxa"/>
              <w:left w:w="70" w:type="dxa"/>
              <w:bottom w:w="70" w:type="dxa"/>
              <w:right w:w="70" w:type="dxa"/>
            </w:tcMar>
            <w:vAlign w:val="center"/>
          </w:tcPr>
          <w:p w14:paraId="3A370169" w14:textId="77777777" w:rsidR="00D47296" w:rsidRDefault="008C31C1">
            <w:r>
              <w:rPr>
                <w:i/>
                <w:color w:val="777777"/>
                <w:sz w:val="24"/>
              </w:rPr>
              <w:t>&lt;Award recipient / Look-alike / Tribal/Urban Indian / Other / N/A&gt;</w:t>
            </w:r>
          </w:p>
        </w:tc>
      </w:tr>
      <w:tr w:rsidR="00D47296" w14:paraId="74C7745D" w14:textId="77777777">
        <w:trPr>
          <w:jc w:val="center"/>
        </w:trPr>
        <w:tc>
          <w:tcPr>
            <w:tcW w:w="4320" w:type="dxa"/>
            <w:tcMar>
              <w:top w:w="70" w:type="dxa"/>
              <w:left w:w="70" w:type="dxa"/>
              <w:bottom w:w="70" w:type="dxa"/>
              <w:right w:w="70" w:type="dxa"/>
            </w:tcMar>
            <w:vAlign w:val="center"/>
          </w:tcPr>
          <w:p w14:paraId="3EBCEBF7" w14:textId="77777777" w:rsidR="00D47296" w:rsidRDefault="008C31C1">
            <w:r>
              <w:rPr>
                <w:sz w:val="19"/>
              </w:rPr>
              <w:t>HRSA Form 5B Site</w:t>
            </w:r>
          </w:p>
        </w:tc>
        <w:tc>
          <w:tcPr>
            <w:tcW w:w="6192" w:type="dxa"/>
            <w:tcMar>
              <w:top w:w="70" w:type="dxa"/>
              <w:left w:w="70" w:type="dxa"/>
              <w:bottom w:w="70" w:type="dxa"/>
              <w:right w:w="70" w:type="dxa"/>
            </w:tcMar>
            <w:vAlign w:val="center"/>
          </w:tcPr>
          <w:p w14:paraId="70B54290" w14:textId="77777777" w:rsidR="00D47296" w:rsidRDefault="008C31C1">
            <w:r>
              <w:rPr>
                <w:i/>
                <w:color w:val="777777"/>
                <w:sz w:val="24"/>
              </w:rPr>
              <w:t>&lt;Yes / No / N/A&gt;</w:t>
            </w:r>
          </w:p>
        </w:tc>
      </w:tr>
      <w:tr w:rsidR="00D47296" w14:paraId="09BC8112" w14:textId="77777777">
        <w:trPr>
          <w:jc w:val="center"/>
        </w:trPr>
        <w:tc>
          <w:tcPr>
            <w:tcW w:w="4320" w:type="dxa"/>
            <w:shd w:val="clear" w:color="auto" w:fill="E8F2EE"/>
            <w:tcMar>
              <w:top w:w="70" w:type="dxa"/>
              <w:left w:w="70" w:type="dxa"/>
              <w:bottom w:w="70" w:type="dxa"/>
              <w:right w:w="70" w:type="dxa"/>
            </w:tcMar>
            <w:vAlign w:val="center"/>
          </w:tcPr>
          <w:p w14:paraId="22C7FCE9" w14:textId="77777777" w:rsidR="00D47296" w:rsidRDefault="008C31C1">
            <w:r>
              <w:rPr>
                <w:sz w:val="19"/>
              </w:rPr>
              <w:t>Owner / Parent Organization</w:t>
            </w:r>
          </w:p>
        </w:tc>
        <w:tc>
          <w:tcPr>
            <w:tcW w:w="6192" w:type="dxa"/>
            <w:shd w:val="clear" w:color="auto" w:fill="E8F2EE"/>
            <w:tcMar>
              <w:top w:w="70" w:type="dxa"/>
              <w:left w:w="70" w:type="dxa"/>
              <w:bottom w:w="70" w:type="dxa"/>
              <w:right w:w="70" w:type="dxa"/>
            </w:tcMar>
            <w:vAlign w:val="center"/>
          </w:tcPr>
          <w:p w14:paraId="6D3E4A7D" w14:textId="77777777" w:rsidR="00D47296" w:rsidRDefault="008C31C1">
            <w:r>
              <w:rPr>
                <w:i/>
                <w:color w:val="777777"/>
                <w:sz w:val="24"/>
              </w:rPr>
              <w:t>&lt;Insert&gt;</w:t>
            </w:r>
          </w:p>
        </w:tc>
      </w:tr>
      <w:tr w:rsidR="00D47296" w14:paraId="1A5F6E32" w14:textId="77777777">
        <w:trPr>
          <w:jc w:val="center"/>
        </w:trPr>
        <w:tc>
          <w:tcPr>
            <w:tcW w:w="4320" w:type="dxa"/>
            <w:tcMar>
              <w:top w:w="70" w:type="dxa"/>
              <w:left w:w="70" w:type="dxa"/>
              <w:bottom w:w="70" w:type="dxa"/>
              <w:right w:w="70" w:type="dxa"/>
            </w:tcMar>
            <w:vAlign w:val="center"/>
          </w:tcPr>
          <w:p w14:paraId="1FB03322" w14:textId="77777777" w:rsidR="00D47296" w:rsidRDefault="008C31C1">
            <w:r>
              <w:rPr>
                <w:sz w:val="19"/>
              </w:rPr>
              <w:t>Executive / Site Lead</w:t>
            </w:r>
          </w:p>
        </w:tc>
        <w:tc>
          <w:tcPr>
            <w:tcW w:w="6192" w:type="dxa"/>
            <w:tcMar>
              <w:top w:w="70" w:type="dxa"/>
              <w:left w:w="70" w:type="dxa"/>
              <w:bottom w:w="70" w:type="dxa"/>
              <w:right w:w="70" w:type="dxa"/>
            </w:tcMar>
            <w:vAlign w:val="center"/>
          </w:tcPr>
          <w:p w14:paraId="45A65D8B" w14:textId="77777777" w:rsidR="00D47296" w:rsidRDefault="008C31C1">
            <w:r>
              <w:rPr>
                <w:i/>
                <w:color w:val="777777"/>
                <w:sz w:val="24"/>
              </w:rPr>
              <w:t>&lt;Insert name / 24-7 contact&gt;</w:t>
            </w:r>
          </w:p>
        </w:tc>
      </w:tr>
      <w:tr w:rsidR="00D47296" w14:paraId="40C9878B" w14:textId="77777777">
        <w:trPr>
          <w:jc w:val="center"/>
        </w:trPr>
        <w:tc>
          <w:tcPr>
            <w:tcW w:w="4320" w:type="dxa"/>
            <w:shd w:val="clear" w:color="auto" w:fill="E8F2EE"/>
            <w:tcMar>
              <w:top w:w="70" w:type="dxa"/>
              <w:left w:w="70" w:type="dxa"/>
              <w:bottom w:w="70" w:type="dxa"/>
              <w:right w:w="70" w:type="dxa"/>
            </w:tcMar>
            <w:vAlign w:val="center"/>
          </w:tcPr>
          <w:p w14:paraId="5A133FB1" w14:textId="77777777" w:rsidR="00D47296" w:rsidRDefault="008C31C1">
            <w:r>
              <w:rPr>
                <w:sz w:val="19"/>
              </w:rPr>
              <w:t>Clinical / Medical Lead</w:t>
            </w:r>
          </w:p>
        </w:tc>
        <w:tc>
          <w:tcPr>
            <w:tcW w:w="6192" w:type="dxa"/>
            <w:shd w:val="clear" w:color="auto" w:fill="E8F2EE"/>
            <w:tcMar>
              <w:top w:w="70" w:type="dxa"/>
              <w:left w:w="70" w:type="dxa"/>
              <w:bottom w:w="70" w:type="dxa"/>
              <w:right w:w="70" w:type="dxa"/>
            </w:tcMar>
            <w:vAlign w:val="center"/>
          </w:tcPr>
          <w:p w14:paraId="2F7F46BD" w14:textId="77777777" w:rsidR="00D47296" w:rsidRDefault="008C31C1">
            <w:r>
              <w:rPr>
                <w:i/>
                <w:color w:val="777777"/>
                <w:sz w:val="24"/>
              </w:rPr>
              <w:t>&lt;Insert name / 24-7 contact&gt;</w:t>
            </w:r>
          </w:p>
        </w:tc>
      </w:tr>
      <w:tr w:rsidR="00D47296" w14:paraId="2FE5FCCD" w14:textId="77777777">
        <w:trPr>
          <w:jc w:val="center"/>
        </w:trPr>
        <w:tc>
          <w:tcPr>
            <w:tcW w:w="4320" w:type="dxa"/>
            <w:tcMar>
              <w:top w:w="70" w:type="dxa"/>
              <w:left w:w="70" w:type="dxa"/>
              <w:bottom w:w="70" w:type="dxa"/>
              <w:right w:w="70" w:type="dxa"/>
            </w:tcMar>
            <w:vAlign w:val="center"/>
          </w:tcPr>
          <w:p w14:paraId="0E61B2E5" w14:textId="77777777" w:rsidR="00D47296" w:rsidRDefault="008C31C1">
            <w:r>
              <w:rPr>
                <w:sz w:val="19"/>
              </w:rPr>
              <w:t>Emergency Preparedness Coordinator</w:t>
            </w:r>
          </w:p>
        </w:tc>
        <w:tc>
          <w:tcPr>
            <w:tcW w:w="6192" w:type="dxa"/>
            <w:tcMar>
              <w:top w:w="70" w:type="dxa"/>
              <w:left w:w="70" w:type="dxa"/>
              <w:bottom w:w="70" w:type="dxa"/>
              <w:right w:w="70" w:type="dxa"/>
            </w:tcMar>
            <w:vAlign w:val="center"/>
          </w:tcPr>
          <w:p w14:paraId="5518B509" w14:textId="77777777" w:rsidR="00D47296" w:rsidRDefault="008C31C1">
            <w:r>
              <w:rPr>
                <w:i/>
                <w:color w:val="777777"/>
                <w:sz w:val="24"/>
              </w:rPr>
              <w:t>&lt;Insert name / 24-7 contact&gt;</w:t>
            </w:r>
          </w:p>
        </w:tc>
      </w:tr>
      <w:tr w:rsidR="00D47296" w14:paraId="6E0937AA" w14:textId="77777777">
        <w:trPr>
          <w:jc w:val="center"/>
        </w:trPr>
        <w:tc>
          <w:tcPr>
            <w:tcW w:w="4320" w:type="dxa"/>
            <w:shd w:val="clear" w:color="auto" w:fill="E8F2EE"/>
            <w:tcMar>
              <w:top w:w="70" w:type="dxa"/>
              <w:left w:w="70" w:type="dxa"/>
              <w:bottom w:w="70" w:type="dxa"/>
              <w:right w:w="70" w:type="dxa"/>
            </w:tcMar>
            <w:vAlign w:val="center"/>
          </w:tcPr>
          <w:p w14:paraId="252018D8" w14:textId="77777777" w:rsidR="00D47296" w:rsidRDefault="008C31C1">
            <w:r>
              <w:rPr>
                <w:sz w:val="19"/>
              </w:rPr>
              <w:t>Backup EP Coordinator</w:t>
            </w:r>
          </w:p>
        </w:tc>
        <w:tc>
          <w:tcPr>
            <w:tcW w:w="6192" w:type="dxa"/>
            <w:shd w:val="clear" w:color="auto" w:fill="E8F2EE"/>
            <w:tcMar>
              <w:top w:w="70" w:type="dxa"/>
              <w:left w:w="70" w:type="dxa"/>
              <w:bottom w:w="70" w:type="dxa"/>
              <w:right w:w="70" w:type="dxa"/>
            </w:tcMar>
            <w:vAlign w:val="center"/>
          </w:tcPr>
          <w:p w14:paraId="5B65DE2C" w14:textId="77777777" w:rsidR="00D47296" w:rsidRDefault="008C31C1">
            <w:r>
              <w:rPr>
                <w:i/>
                <w:color w:val="777777"/>
                <w:sz w:val="24"/>
              </w:rPr>
              <w:t>&lt;Insert&gt;</w:t>
            </w:r>
          </w:p>
        </w:tc>
      </w:tr>
      <w:tr w:rsidR="00D47296" w14:paraId="179490D8" w14:textId="77777777">
        <w:trPr>
          <w:jc w:val="center"/>
        </w:trPr>
        <w:tc>
          <w:tcPr>
            <w:tcW w:w="4320" w:type="dxa"/>
            <w:tcMar>
              <w:top w:w="70" w:type="dxa"/>
              <w:left w:w="70" w:type="dxa"/>
              <w:bottom w:w="70" w:type="dxa"/>
              <w:right w:w="70" w:type="dxa"/>
            </w:tcMar>
            <w:vAlign w:val="center"/>
          </w:tcPr>
          <w:p w14:paraId="72A9745C" w14:textId="77777777" w:rsidR="00D47296" w:rsidRDefault="008C31C1">
            <w:r>
              <w:rPr>
                <w:sz w:val="19"/>
              </w:rPr>
              <w:t>Facilities / Safety Lead</w:t>
            </w:r>
          </w:p>
        </w:tc>
        <w:tc>
          <w:tcPr>
            <w:tcW w:w="6192" w:type="dxa"/>
            <w:tcMar>
              <w:top w:w="70" w:type="dxa"/>
              <w:left w:w="70" w:type="dxa"/>
              <w:bottom w:w="70" w:type="dxa"/>
              <w:right w:w="70" w:type="dxa"/>
            </w:tcMar>
            <w:vAlign w:val="center"/>
          </w:tcPr>
          <w:p w14:paraId="69E1D425" w14:textId="77777777" w:rsidR="00D47296" w:rsidRDefault="008C31C1">
            <w:r>
              <w:rPr>
                <w:i/>
                <w:color w:val="777777"/>
                <w:sz w:val="24"/>
              </w:rPr>
              <w:t>&lt;Insert&gt;</w:t>
            </w:r>
          </w:p>
        </w:tc>
      </w:tr>
      <w:tr w:rsidR="00D47296" w14:paraId="3210F511" w14:textId="77777777">
        <w:trPr>
          <w:jc w:val="center"/>
        </w:trPr>
        <w:tc>
          <w:tcPr>
            <w:tcW w:w="4320" w:type="dxa"/>
            <w:shd w:val="clear" w:color="auto" w:fill="E8F2EE"/>
            <w:tcMar>
              <w:top w:w="70" w:type="dxa"/>
              <w:left w:w="70" w:type="dxa"/>
              <w:bottom w:w="70" w:type="dxa"/>
              <w:right w:w="70" w:type="dxa"/>
            </w:tcMar>
            <w:vAlign w:val="center"/>
          </w:tcPr>
          <w:p w14:paraId="39857C8B" w14:textId="77777777" w:rsidR="00D47296" w:rsidRDefault="008C31C1">
            <w:r>
              <w:rPr>
                <w:sz w:val="19"/>
              </w:rPr>
              <w:t>IT / Security Lead</w:t>
            </w:r>
          </w:p>
        </w:tc>
        <w:tc>
          <w:tcPr>
            <w:tcW w:w="6192" w:type="dxa"/>
            <w:shd w:val="clear" w:color="auto" w:fill="E8F2EE"/>
            <w:tcMar>
              <w:top w:w="70" w:type="dxa"/>
              <w:left w:w="70" w:type="dxa"/>
              <w:bottom w:w="70" w:type="dxa"/>
              <w:right w:w="70" w:type="dxa"/>
            </w:tcMar>
            <w:vAlign w:val="center"/>
          </w:tcPr>
          <w:p w14:paraId="5107C4AD" w14:textId="77777777" w:rsidR="00D47296" w:rsidRDefault="008C31C1">
            <w:r>
              <w:rPr>
                <w:i/>
                <w:color w:val="777777"/>
                <w:sz w:val="24"/>
              </w:rPr>
              <w:t>&lt;Insert&gt;</w:t>
            </w:r>
          </w:p>
        </w:tc>
      </w:tr>
      <w:tr w:rsidR="00D47296" w14:paraId="7C1021D4" w14:textId="77777777">
        <w:trPr>
          <w:jc w:val="center"/>
        </w:trPr>
        <w:tc>
          <w:tcPr>
            <w:tcW w:w="4320" w:type="dxa"/>
            <w:tcMar>
              <w:top w:w="70" w:type="dxa"/>
              <w:left w:w="70" w:type="dxa"/>
              <w:bottom w:w="70" w:type="dxa"/>
              <w:right w:w="70" w:type="dxa"/>
            </w:tcMar>
            <w:vAlign w:val="center"/>
          </w:tcPr>
          <w:p w14:paraId="4F966D4F" w14:textId="77777777" w:rsidR="00D47296" w:rsidRDefault="008C31C1">
            <w:r>
              <w:rPr>
                <w:sz w:val="19"/>
              </w:rPr>
              <w:t>Infection Prevention / Public Health Lead</w:t>
            </w:r>
          </w:p>
        </w:tc>
        <w:tc>
          <w:tcPr>
            <w:tcW w:w="6192" w:type="dxa"/>
            <w:tcMar>
              <w:top w:w="70" w:type="dxa"/>
              <w:left w:w="70" w:type="dxa"/>
              <w:bottom w:w="70" w:type="dxa"/>
              <w:right w:w="70" w:type="dxa"/>
            </w:tcMar>
            <w:vAlign w:val="center"/>
          </w:tcPr>
          <w:p w14:paraId="58EC4B43" w14:textId="77777777" w:rsidR="00D47296" w:rsidRDefault="008C31C1">
            <w:r>
              <w:rPr>
                <w:i/>
                <w:color w:val="777777"/>
                <w:sz w:val="24"/>
              </w:rPr>
              <w:t>&lt;Insert&gt;</w:t>
            </w:r>
          </w:p>
        </w:tc>
      </w:tr>
      <w:tr w:rsidR="00D47296" w14:paraId="498637D9" w14:textId="77777777">
        <w:trPr>
          <w:jc w:val="center"/>
        </w:trPr>
        <w:tc>
          <w:tcPr>
            <w:tcW w:w="4320" w:type="dxa"/>
            <w:shd w:val="clear" w:color="auto" w:fill="E8F2EE"/>
            <w:tcMar>
              <w:top w:w="70" w:type="dxa"/>
              <w:left w:w="70" w:type="dxa"/>
              <w:bottom w:w="70" w:type="dxa"/>
              <w:right w:w="70" w:type="dxa"/>
            </w:tcMar>
            <w:vAlign w:val="center"/>
          </w:tcPr>
          <w:p w14:paraId="11EEAFB7" w14:textId="77777777" w:rsidR="00D47296" w:rsidRDefault="008C31C1">
            <w:r>
              <w:rPr>
                <w:sz w:val="19"/>
              </w:rPr>
              <w:lastRenderedPageBreak/>
              <w:t>Average Daily Visits / Encounter Volume</w:t>
            </w:r>
          </w:p>
        </w:tc>
        <w:tc>
          <w:tcPr>
            <w:tcW w:w="6192" w:type="dxa"/>
            <w:shd w:val="clear" w:color="auto" w:fill="E8F2EE"/>
            <w:tcMar>
              <w:top w:w="70" w:type="dxa"/>
              <w:left w:w="70" w:type="dxa"/>
              <w:bottom w:w="70" w:type="dxa"/>
              <w:right w:w="70" w:type="dxa"/>
            </w:tcMar>
            <w:vAlign w:val="center"/>
          </w:tcPr>
          <w:p w14:paraId="0CD7AFF6" w14:textId="77777777" w:rsidR="00D47296" w:rsidRDefault="008C31C1">
            <w:r>
              <w:rPr>
                <w:i/>
                <w:color w:val="777777"/>
                <w:sz w:val="24"/>
              </w:rPr>
              <w:t>&lt;Insert&gt;</w:t>
            </w:r>
          </w:p>
        </w:tc>
      </w:tr>
      <w:tr w:rsidR="00D47296" w14:paraId="2D6C54F5" w14:textId="77777777">
        <w:trPr>
          <w:jc w:val="center"/>
        </w:trPr>
        <w:tc>
          <w:tcPr>
            <w:tcW w:w="4320" w:type="dxa"/>
            <w:tcMar>
              <w:top w:w="70" w:type="dxa"/>
              <w:left w:w="70" w:type="dxa"/>
              <w:bottom w:w="70" w:type="dxa"/>
              <w:right w:w="70" w:type="dxa"/>
            </w:tcMar>
            <w:vAlign w:val="center"/>
          </w:tcPr>
          <w:p w14:paraId="3D19649C" w14:textId="77777777" w:rsidR="00D47296" w:rsidRDefault="008C31C1">
            <w:r>
              <w:rPr>
                <w:sz w:val="19"/>
              </w:rPr>
              <w:t>Hours of Operation</w:t>
            </w:r>
          </w:p>
        </w:tc>
        <w:tc>
          <w:tcPr>
            <w:tcW w:w="6192" w:type="dxa"/>
            <w:tcMar>
              <w:top w:w="70" w:type="dxa"/>
              <w:left w:w="70" w:type="dxa"/>
              <w:bottom w:w="70" w:type="dxa"/>
              <w:right w:w="70" w:type="dxa"/>
            </w:tcMar>
            <w:vAlign w:val="center"/>
          </w:tcPr>
          <w:p w14:paraId="12359A47" w14:textId="77777777" w:rsidR="00D47296" w:rsidRDefault="008C31C1">
            <w:r>
              <w:rPr>
                <w:i/>
                <w:color w:val="777777"/>
                <w:sz w:val="24"/>
              </w:rPr>
              <w:t>&lt;Insert&gt;</w:t>
            </w:r>
          </w:p>
        </w:tc>
      </w:tr>
      <w:tr w:rsidR="00D47296" w14:paraId="74E87194" w14:textId="77777777">
        <w:trPr>
          <w:jc w:val="center"/>
        </w:trPr>
        <w:tc>
          <w:tcPr>
            <w:tcW w:w="4320" w:type="dxa"/>
            <w:shd w:val="clear" w:color="auto" w:fill="E8F2EE"/>
            <w:tcMar>
              <w:top w:w="70" w:type="dxa"/>
              <w:left w:w="70" w:type="dxa"/>
              <w:bottom w:w="70" w:type="dxa"/>
              <w:right w:w="70" w:type="dxa"/>
            </w:tcMar>
            <w:vAlign w:val="center"/>
          </w:tcPr>
          <w:p w14:paraId="30041991" w14:textId="77777777" w:rsidR="00D47296" w:rsidRDefault="008C31C1">
            <w:r>
              <w:rPr>
                <w:sz w:val="19"/>
              </w:rPr>
              <w:t>Additional Sites Covered by this EOP</w:t>
            </w:r>
          </w:p>
        </w:tc>
        <w:tc>
          <w:tcPr>
            <w:tcW w:w="6192" w:type="dxa"/>
            <w:shd w:val="clear" w:color="auto" w:fill="E8F2EE"/>
            <w:tcMar>
              <w:top w:w="70" w:type="dxa"/>
              <w:left w:w="70" w:type="dxa"/>
              <w:bottom w:w="70" w:type="dxa"/>
              <w:right w:w="70" w:type="dxa"/>
            </w:tcMar>
            <w:vAlign w:val="center"/>
          </w:tcPr>
          <w:p w14:paraId="28558BFF" w14:textId="77777777" w:rsidR="00D47296" w:rsidRDefault="008C31C1">
            <w:r>
              <w:rPr>
                <w:i/>
                <w:color w:val="777777"/>
                <w:sz w:val="24"/>
              </w:rPr>
              <w:t>&lt;Insert or N/A&gt;</w:t>
            </w:r>
          </w:p>
        </w:tc>
      </w:tr>
    </w:tbl>
    <w:p w14:paraId="145A2099" w14:textId="77777777" w:rsidR="00D47296" w:rsidRDefault="00D47296">
      <w:pPr>
        <w:spacing w:after="0"/>
      </w:pPr>
    </w:p>
    <w:p w14:paraId="60A13B5D" w14:textId="77777777" w:rsidR="00D47296" w:rsidRDefault="008C31C1">
      <w:r>
        <w:br w:type="page"/>
      </w:r>
    </w:p>
    <w:tbl>
      <w:tblPr>
        <w:tblW w:w="0" w:type="auto"/>
        <w:jc w:val="center"/>
        <w:tblLook w:val="04A0" w:firstRow="1" w:lastRow="0" w:firstColumn="1" w:lastColumn="0" w:noHBand="0" w:noVBand="1"/>
      </w:tblPr>
      <w:tblGrid>
        <w:gridCol w:w="10800"/>
      </w:tblGrid>
      <w:tr w:rsidR="00D47296" w14:paraId="59C244F6" w14:textId="77777777">
        <w:trPr>
          <w:jc w:val="center"/>
        </w:trPr>
        <w:tc>
          <w:tcPr>
            <w:tcW w:w="10800" w:type="dxa"/>
            <w:shd w:val="clear" w:color="auto" w:fill="015A41"/>
          </w:tcPr>
          <w:p w14:paraId="246F37F4" w14:textId="77777777" w:rsidR="00D47296" w:rsidRDefault="008C31C1">
            <w:r>
              <w:rPr>
                <w:b/>
                <w:color w:val="FFFFFF"/>
                <w:sz w:val="34"/>
              </w:rPr>
              <w:lastRenderedPageBreak/>
              <w:t>FQHC SERVICES, PATIENT POPULATION &amp; OPERATIONAL DEPENDENCIES</w:t>
            </w:r>
          </w:p>
        </w:tc>
      </w:tr>
    </w:tbl>
    <w:p w14:paraId="0CDC697C"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5710871F" w14:textId="77777777">
        <w:trPr>
          <w:tblHeader/>
          <w:jc w:val="center"/>
        </w:trPr>
        <w:tc>
          <w:tcPr>
            <w:tcW w:w="4320" w:type="dxa"/>
            <w:shd w:val="clear" w:color="auto" w:fill="015A41"/>
            <w:tcMar>
              <w:top w:w="70" w:type="dxa"/>
              <w:left w:w="70" w:type="dxa"/>
              <w:bottom w:w="70" w:type="dxa"/>
              <w:right w:w="70" w:type="dxa"/>
            </w:tcMar>
            <w:vAlign w:val="center"/>
          </w:tcPr>
          <w:p w14:paraId="7EC784E6" w14:textId="77777777" w:rsidR="00D47296" w:rsidRDefault="008C31C1">
            <w:r>
              <w:rPr>
                <w:b/>
                <w:color w:val="FFFFFF"/>
                <w:sz w:val="19"/>
              </w:rPr>
              <w:t>Service / Function</w:t>
            </w:r>
          </w:p>
        </w:tc>
        <w:tc>
          <w:tcPr>
            <w:tcW w:w="6192" w:type="dxa"/>
            <w:shd w:val="clear" w:color="auto" w:fill="015A41"/>
            <w:tcMar>
              <w:top w:w="70" w:type="dxa"/>
              <w:left w:w="70" w:type="dxa"/>
              <w:bottom w:w="70" w:type="dxa"/>
              <w:right w:w="70" w:type="dxa"/>
            </w:tcMar>
            <w:vAlign w:val="center"/>
          </w:tcPr>
          <w:p w14:paraId="47425700" w14:textId="77777777" w:rsidR="00D47296" w:rsidRDefault="008C31C1">
            <w:r>
              <w:rPr>
                <w:b/>
                <w:color w:val="FFFFFF"/>
                <w:sz w:val="19"/>
              </w:rPr>
              <w:t>Facility Profile</w:t>
            </w:r>
          </w:p>
        </w:tc>
      </w:tr>
      <w:tr w:rsidR="00D47296" w14:paraId="6AB8ED46" w14:textId="77777777">
        <w:trPr>
          <w:jc w:val="center"/>
        </w:trPr>
        <w:tc>
          <w:tcPr>
            <w:tcW w:w="4320" w:type="dxa"/>
            <w:shd w:val="clear" w:color="auto" w:fill="E8F2EE"/>
            <w:tcMar>
              <w:top w:w="70" w:type="dxa"/>
              <w:left w:w="70" w:type="dxa"/>
              <w:bottom w:w="70" w:type="dxa"/>
              <w:right w:w="70" w:type="dxa"/>
            </w:tcMar>
            <w:vAlign w:val="center"/>
          </w:tcPr>
          <w:p w14:paraId="301C8E39" w14:textId="77777777" w:rsidR="00D47296" w:rsidRDefault="008C31C1">
            <w:r>
              <w:rPr>
                <w:sz w:val="19"/>
              </w:rPr>
              <w:t>Primary care</w:t>
            </w:r>
          </w:p>
        </w:tc>
        <w:tc>
          <w:tcPr>
            <w:tcW w:w="6192" w:type="dxa"/>
            <w:shd w:val="clear" w:color="auto" w:fill="E8F2EE"/>
            <w:tcMar>
              <w:top w:w="70" w:type="dxa"/>
              <w:left w:w="70" w:type="dxa"/>
              <w:bottom w:w="70" w:type="dxa"/>
              <w:right w:w="70" w:type="dxa"/>
            </w:tcMar>
            <w:vAlign w:val="center"/>
          </w:tcPr>
          <w:p w14:paraId="5288F201" w14:textId="77777777" w:rsidR="00D47296" w:rsidRDefault="008C31C1">
            <w:r>
              <w:rPr>
                <w:i/>
                <w:color w:val="777777"/>
                <w:sz w:val="24"/>
              </w:rPr>
              <w:t>&lt;Services / hours / critical dependencies&gt;</w:t>
            </w:r>
          </w:p>
        </w:tc>
      </w:tr>
      <w:tr w:rsidR="00D47296" w14:paraId="62D746ED" w14:textId="77777777">
        <w:trPr>
          <w:jc w:val="center"/>
        </w:trPr>
        <w:tc>
          <w:tcPr>
            <w:tcW w:w="4320" w:type="dxa"/>
            <w:tcMar>
              <w:top w:w="70" w:type="dxa"/>
              <w:left w:w="70" w:type="dxa"/>
              <w:bottom w:w="70" w:type="dxa"/>
              <w:right w:w="70" w:type="dxa"/>
            </w:tcMar>
            <w:vAlign w:val="center"/>
          </w:tcPr>
          <w:p w14:paraId="53737942" w14:textId="77777777" w:rsidR="00D47296" w:rsidRDefault="008C31C1">
            <w:r>
              <w:rPr>
                <w:sz w:val="19"/>
              </w:rPr>
              <w:t>Behavioral health</w:t>
            </w:r>
          </w:p>
        </w:tc>
        <w:tc>
          <w:tcPr>
            <w:tcW w:w="6192" w:type="dxa"/>
            <w:tcMar>
              <w:top w:w="70" w:type="dxa"/>
              <w:left w:w="70" w:type="dxa"/>
              <w:bottom w:w="70" w:type="dxa"/>
              <w:right w:w="70" w:type="dxa"/>
            </w:tcMar>
            <w:vAlign w:val="center"/>
          </w:tcPr>
          <w:p w14:paraId="0FFFC939" w14:textId="77777777" w:rsidR="00D47296" w:rsidRDefault="008C31C1">
            <w:r>
              <w:rPr>
                <w:i/>
                <w:color w:val="777777"/>
                <w:sz w:val="24"/>
              </w:rPr>
              <w:t>&lt;Insert or N/A&gt;</w:t>
            </w:r>
          </w:p>
        </w:tc>
      </w:tr>
      <w:tr w:rsidR="00D47296" w14:paraId="2982EDBC" w14:textId="77777777">
        <w:trPr>
          <w:jc w:val="center"/>
        </w:trPr>
        <w:tc>
          <w:tcPr>
            <w:tcW w:w="4320" w:type="dxa"/>
            <w:shd w:val="clear" w:color="auto" w:fill="E8F2EE"/>
            <w:tcMar>
              <w:top w:w="70" w:type="dxa"/>
              <w:left w:w="70" w:type="dxa"/>
              <w:bottom w:w="70" w:type="dxa"/>
              <w:right w:w="70" w:type="dxa"/>
            </w:tcMar>
            <w:vAlign w:val="center"/>
          </w:tcPr>
          <w:p w14:paraId="77C8ED47" w14:textId="77777777" w:rsidR="00D47296" w:rsidRDefault="008C31C1">
            <w:r>
              <w:rPr>
                <w:sz w:val="19"/>
              </w:rPr>
              <w:t>Dental / oral health</w:t>
            </w:r>
          </w:p>
        </w:tc>
        <w:tc>
          <w:tcPr>
            <w:tcW w:w="6192" w:type="dxa"/>
            <w:shd w:val="clear" w:color="auto" w:fill="E8F2EE"/>
            <w:tcMar>
              <w:top w:w="70" w:type="dxa"/>
              <w:left w:w="70" w:type="dxa"/>
              <w:bottom w:w="70" w:type="dxa"/>
              <w:right w:w="70" w:type="dxa"/>
            </w:tcMar>
            <w:vAlign w:val="center"/>
          </w:tcPr>
          <w:p w14:paraId="7243AE4E" w14:textId="77777777" w:rsidR="00D47296" w:rsidRDefault="008C31C1">
            <w:r>
              <w:rPr>
                <w:i/>
                <w:color w:val="777777"/>
                <w:sz w:val="24"/>
              </w:rPr>
              <w:t>&lt;Insert or N/A&gt;</w:t>
            </w:r>
          </w:p>
        </w:tc>
      </w:tr>
      <w:tr w:rsidR="00D47296" w14:paraId="107A09A8" w14:textId="77777777">
        <w:trPr>
          <w:jc w:val="center"/>
        </w:trPr>
        <w:tc>
          <w:tcPr>
            <w:tcW w:w="4320" w:type="dxa"/>
            <w:tcMar>
              <w:top w:w="70" w:type="dxa"/>
              <w:left w:w="70" w:type="dxa"/>
              <w:bottom w:w="70" w:type="dxa"/>
              <w:right w:w="70" w:type="dxa"/>
            </w:tcMar>
            <w:vAlign w:val="center"/>
          </w:tcPr>
          <w:p w14:paraId="1EE70177" w14:textId="77777777" w:rsidR="00D47296" w:rsidRDefault="008C31C1">
            <w:r>
              <w:rPr>
                <w:sz w:val="19"/>
              </w:rPr>
              <w:t>Pharmacy / medication dispensing</w:t>
            </w:r>
          </w:p>
        </w:tc>
        <w:tc>
          <w:tcPr>
            <w:tcW w:w="6192" w:type="dxa"/>
            <w:tcMar>
              <w:top w:w="70" w:type="dxa"/>
              <w:left w:w="70" w:type="dxa"/>
              <w:bottom w:w="70" w:type="dxa"/>
              <w:right w:w="70" w:type="dxa"/>
            </w:tcMar>
            <w:vAlign w:val="center"/>
          </w:tcPr>
          <w:p w14:paraId="1F30069A" w14:textId="77777777" w:rsidR="00D47296" w:rsidRDefault="008C31C1">
            <w:r>
              <w:rPr>
                <w:i/>
                <w:color w:val="777777"/>
                <w:sz w:val="24"/>
              </w:rPr>
              <w:t>&lt;Insert or N/A&gt;</w:t>
            </w:r>
          </w:p>
        </w:tc>
      </w:tr>
      <w:tr w:rsidR="00D47296" w14:paraId="42CBFD75" w14:textId="77777777">
        <w:trPr>
          <w:jc w:val="center"/>
        </w:trPr>
        <w:tc>
          <w:tcPr>
            <w:tcW w:w="4320" w:type="dxa"/>
            <w:shd w:val="clear" w:color="auto" w:fill="E8F2EE"/>
            <w:tcMar>
              <w:top w:w="70" w:type="dxa"/>
              <w:left w:w="70" w:type="dxa"/>
              <w:bottom w:w="70" w:type="dxa"/>
              <w:right w:w="70" w:type="dxa"/>
            </w:tcMar>
            <w:vAlign w:val="center"/>
          </w:tcPr>
          <w:p w14:paraId="34D11EFD" w14:textId="77777777" w:rsidR="00D47296" w:rsidRDefault="008C31C1">
            <w:r>
              <w:rPr>
                <w:sz w:val="19"/>
              </w:rPr>
              <w:t>Laboratory / point-of-care testing</w:t>
            </w:r>
          </w:p>
        </w:tc>
        <w:tc>
          <w:tcPr>
            <w:tcW w:w="6192" w:type="dxa"/>
            <w:shd w:val="clear" w:color="auto" w:fill="E8F2EE"/>
            <w:tcMar>
              <w:top w:w="70" w:type="dxa"/>
              <w:left w:w="70" w:type="dxa"/>
              <w:bottom w:w="70" w:type="dxa"/>
              <w:right w:w="70" w:type="dxa"/>
            </w:tcMar>
            <w:vAlign w:val="center"/>
          </w:tcPr>
          <w:p w14:paraId="559EA926" w14:textId="77777777" w:rsidR="00D47296" w:rsidRDefault="008C31C1">
            <w:r>
              <w:rPr>
                <w:i/>
                <w:color w:val="777777"/>
                <w:sz w:val="24"/>
              </w:rPr>
              <w:t>&lt;Insert or N/A&gt;</w:t>
            </w:r>
          </w:p>
        </w:tc>
      </w:tr>
      <w:tr w:rsidR="00D47296" w14:paraId="4022697F" w14:textId="77777777">
        <w:trPr>
          <w:jc w:val="center"/>
        </w:trPr>
        <w:tc>
          <w:tcPr>
            <w:tcW w:w="4320" w:type="dxa"/>
            <w:tcMar>
              <w:top w:w="70" w:type="dxa"/>
              <w:left w:w="70" w:type="dxa"/>
              <w:bottom w:w="70" w:type="dxa"/>
              <w:right w:w="70" w:type="dxa"/>
            </w:tcMar>
            <w:vAlign w:val="center"/>
          </w:tcPr>
          <w:p w14:paraId="26C74580" w14:textId="77777777" w:rsidR="00D47296" w:rsidRDefault="008C31C1">
            <w:r>
              <w:rPr>
                <w:sz w:val="19"/>
              </w:rPr>
              <w:t>Imaging / diagnostic services</w:t>
            </w:r>
          </w:p>
        </w:tc>
        <w:tc>
          <w:tcPr>
            <w:tcW w:w="6192" w:type="dxa"/>
            <w:tcMar>
              <w:top w:w="70" w:type="dxa"/>
              <w:left w:w="70" w:type="dxa"/>
              <w:bottom w:w="70" w:type="dxa"/>
              <w:right w:w="70" w:type="dxa"/>
            </w:tcMar>
            <w:vAlign w:val="center"/>
          </w:tcPr>
          <w:p w14:paraId="45C20ABA" w14:textId="77777777" w:rsidR="00D47296" w:rsidRDefault="008C31C1">
            <w:r>
              <w:rPr>
                <w:i/>
                <w:color w:val="777777"/>
                <w:sz w:val="24"/>
              </w:rPr>
              <w:t>&lt;Insert or N/A&gt;</w:t>
            </w:r>
          </w:p>
        </w:tc>
      </w:tr>
      <w:tr w:rsidR="00D47296" w14:paraId="1DD8F2C7" w14:textId="77777777">
        <w:trPr>
          <w:jc w:val="center"/>
        </w:trPr>
        <w:tc>
          <w:tcPr>
            <w:tcW w:w="4320" w:type="dxa"/>
            <w:shd w:val="clear" w:color="auto" w:fill="E8F2EE"/>
            <w:tcMar>
              <w:top w:w="70" w:type="dxa"/>
              <w:left w:w="70" w:type="dxa"/>
              <w:bottom w:w="70" w:type="dxa"/>
              <w:right w:w="70" w:type="dxa"/>
            </w:tcMar>
            <w:vAlign w:val="center"/>
          </w:tcPr>
          <w:p w14:paraId="03360482" w14:textId="77777777" w:rsidR="00D47296" w:rsidRDefault="008C31C1">
            <w:r>
              <w:rPr>
                <w:sz w:val="19"/>
              </w:rPr>
              <w:t>Women’s health / prenatal</w:t>
            </w:r>
          </w:p>
        </w:tc>
        <w:tc>
          <w:tcPr>
            <w:tcW w:w="6192" w:type="dxa"/>
            <w:shd w:val="clear" w:color="auto" w:fill="E8F2EE"/>
            <w:tcMar>
              <w:top w:w="70" w:type="dxa"/>
              <w:left w:w="70" w:type="dxa"/>
              <w:bottom w:w="70" w:type="dxa"/>
              <w:right w:w="70" w:type="dxa"/>
            </w:tcMar>
            <w:vAlign w:val="center"/>
          </w:tcPr>
          <w:p w14:paraId="4A579AC2" w14:textId="77777777" w:rsidR="00D47296" w:rsidRDefault="008C31C1">
            <w:r>
              <w:rPr>
                <w:i/>
                <w:color w:val="777777"/>
                <w:sz w:val="24"/>
              </w:rPr>
              <w:t>&lt;Insert or N/A&gt;</w:t>
            </w:r>
          </w:p>
        </w:tc>
      </w:tr>
      <w:tr w:rsidR="00D47296" w14:paraId="24AE5EF9" w14:textId="77777777">
        <w:trPr>
          <w:jc w:val="center"/>
        </w:trPr>
        <w:tc>
          <w:tcPr>
            <w:tcW w:w="4320" w:type="dxa"/>
            <w:tcMar>
              <w:top w:w="70" w:type="dxa"/>
              <w:left w:w="70" w:type="dxa"/>
              <w:bottom w:w="70" w:type="dxa"/>
              <w:right w:w="70" w:type="dxa"/>
            </w:tcMar>
            <w:vAlign w:val="center"/>
          </w:tcPr>
          <w:p w14:paraId="26E66ECC" w14:textId="77777777" w:rsidR="00D47296" w:rsidRDefault="008C31C1">
            <w:r>
              <w:rPr>
                <w:sz w:val="19"/>
              </w:rPr>
              <w:t>Pediatrics</w:t>
            </w:r>
          </w:p>
        </w:tc>
        <w:tc>
          <w:tcPr>
            <w:tcW w:w="6192" w:type="dxa"/>
            <w:tcMar>
              <w:top w:w="70" w:type="dxa"/>
              <w:left w:w="70" w:type="dxa"/>
              <w:bottom w:w="70" w:type="dxa"/>
              <w:right w:w="70" w:type="dxa"/>
            </w:tcMar>
            <w:vAlign w:val="center"/>
          </w:tcPr>
          <w:p w14:paraId="71354BEB" w14:textId="77777777" w:rsidR="00D47296" w:rsidRDefault="008C31C1">
            <w:r>
              <w:rPr>
                <w:i/>
                <w:color w:val="777777"/>
                <w:sz w:val="24"/>
              </w:rPr>
              <w:t>&lt;Insert or N/A&gt;</w:t>
            </w:r>
          </w:p>
        </w:tc>
      </w:tr>
      <w:tr w:rsidR="00D47296" w14:paraId="6A7AB499" w14:textId="77777777">
        <w:trPr>
          <w:jc w:val="center"/>
        </w:trPr>
        <w:tc>
          <w:tcPr>
            <w:tcW w:w="4320" w:type="dxa"/>
            <w:shd w:val="clear" w:color="auto" w:fill="E8F2EE"/>
            <w:tcMar>
              <w:top w:w="70" w:type="dxa"/>
              <w:left w:w="70" w:type="dxa"/>
              <w:bottom w:w="70" w:type="dxa"/>
              <w:right w:w="70" w:type="dxa"/>
            </w:tcMar>
            <w:vAlign w:val="center"/>
          </w:tcPr>
          <w:p w14:paraId="507E3FD0" w14:textId="77777777" w:rsidR="00D47296" w:rsidRDefault="008C31C1">
            <w:r>
              <w:rPr>
                <w:sz w:val="19"/>
              </w:rPr>
              <w:t>Chronic disease management</w:t>
            </w:r>
          </w:p>
        </w:tc>
        <w:tc>
          <w:tcPr>
            <w:tcW w:w="6192" w:type="dxa"/>
            <w:shd w:val="clear" w:color="auto" w:fill="E8F2EE"/>
            <w:tcMar>
              <w:top w:w="70" w:type="dxa"/>
              <w:left w:w="70" w:type="dxa"/>
              <w:bottom w:w="70" w:type="dxa"/>
              <w:right w:w="70" w:type="dxa"/>
            </w:tcMar>
            <w:vAlign w:val="center"/>
          </w:tcPr>
          <w:p w14:paraId="1662E1BC" w14:textId="77777777" w:rsidR="00D47296" w:rsidRDefault="008C31C1">
            <w:r>
              <w:rPr>
                <w:i/>
                <w:color w:val="777777"/>
                <w:sz w:val="24"/>
              </w:rPr>
              <w:t>&lt;Insert or N/A&gt;</w:t>
            </w:r>
          </w:p>
        </w:tc>
      </w:tr>
      <w:tr w:rsidR="00D47296" w14:paraId="4D0A9BF3" w14:textId="77777777">
        <w:trPr>
          <w:jc w:val="center"/>
        </w:trPr>
        <w:tc>
          <w:tcPr>
            <w:tcW w:w="4320" w:type="dxa"/>
            <w:tcMar>
              <w:top w:w="70" w:type="dxa"/>
              <w:left w:w="70" w:type="dxa"/>
              <w:bottom w:w="70" w:type="dxa"/>
              <w:right w:w="70" w:type="dxa"/>
            </w:tcMar>
            <w:vAlign w:val="center"/>
          </w:tcPr>
          <w:p w14:paraId="006F407B" w14:textId="77777777" w:rsidR="00D47296" w:rsidRDefault="008C31C1">
            <w:r>
              <w:rPr>
                <w:sz w:val="19"/>
              </w:rPr>
              <w:t>Vaccines / temperature-sensitive biologics</w:t>
            </w:r>
          </w:p>
        </w:tc>
        <w:tc>
          <w:tcPr>
            <w:tcW w:w="6192" w:type="dxa"/>
            <w:tcMar>
              <w:top w:w="70" w:type="dxa"/>
              <w:left w:w="70" w:type="dxa"/>
              <w:bottom w:w="70" w:type="dxa"/>
              <w:right w:w="70" w:type="dxa"/>
            </w:tcMar>
            <w:vAlign w:val="center"/>
          </w:tcPr>
          <w:p w14:paraId="47095B91" w14:textId="77777777" w:rsidR="00D47296" w:rsidRDefault="008C31C1">
            <w:r>
              <w:rPr>
                <w:i/>
                <w:color w:val="777777"/>
                <w:sz w:val="24"/>
              </w:rPr>
              <w:t>&lt;Insert or N/A&gt;</w:t>
            </w:r>
          </w:p>
        </w:tc>
      </w:tr>
      <w:tr w:rsidR="00D47296" w14:paraId="37E731F9" w14:textId="77777777">
        <w:trPr>
          <w:jc w:val="center"/>
        </w:trPr>
        <w:tc>
          <w:tcPr>
            <w:tcW w:w="4320" w:type="dxa"/>
            <w:shd w:val="clear" w:color="auto" w:fill="E8F2EE"/>
            <w:tcMar>
              <w:top w:w="70" w:type="dxa"/>
              <w:left w:w="70" w:type="dxa"/>
              <w:bottom w:w="70" w:type="dxa"/>
              <w:right w:w="70" w:type="dxa"/>
            </w:tcMar>
            <w:vAlign w:val="center"/>
          </w:tcPr>
          <w:p w14:paraId="2B0D8927" w14:textId="77777777" w:rsidR="00D47296" w:rsidRDefault="008C31C1">
            <w:r>
              <w:rPr>
                <w:sz w:val="19"/>
              </w:rPr>
              <w:t>Substance use / MAT services</w:t>
            </w:r>
          </w:p>
        </w:tc>
        <w:tc>
          <w:tcPr>
            <w:tcW w:w="6192" w:type="dxa"/>
            <w:shd w:val="clear" w:color="auto" w:fill="E8F2EE"/>
            <w:tcMar>
              <w:top w:w="70" w:type="dxa"/>
              <w:left w:w="70" w:type="dxa"/>
              <w:bottom w:w="70" w:type="dxa"/>
              <w:right w:w="70" w:type="dxa"/>
            </w:tcMar>
            <w:vAlign w:val="center"/>
          </w:tcPr>
          <w:p w14:paraId="415368C5" w14:textId="77777777" w:rsidR="00D47296" w:rsidRDefault="008C31C1">
            <w:r>
              <w:rPr>
                <w:i/>
                <w:color w:val="777777"/>
                <w:sz w:val="24"/>
              </w:rPr>
              <w:t>&lt;Insert or N/A&gt;</w:t>
            </w:r>
          </w:p>
        </w:tc>
      </w:tr>
      <w:tr w:rsidR="00D47296" w14:paraId="303A6D39" w14:textId="77777777">
        <w:trPr>
          <w:jc w:val="center"/>
        </w:trPr>
        <w:tc>
          <w:tcPr>
            <w:tcW w:w="4320" w:type="dxa"/>
            <w:tcMar>
              <w:top w:w="70" w:type="dxa"/>
              <w:left w:w="70" w:type="dxa"/>
              <w:bottom w:w="70" w:type="dxa"/>
              <w:right w:w="70" w:type="dxa"/>
            </w:tcMar>
            <w:vAlign w:val="center"/>
          </w:tcPr>
          <w:p w14:paraId="3B74E038" w14:textId="77777777" w:rsidR="00D47296" w:rsidRDefault="008C31C1">
            <w:r>
              <w:rPr>
                <w:sz w:val="19"/>
              </w:rPr>
              <w:t>Telehealth / remote care</w:t>
            </w:r>
          </w:p>
        </w:tc>
        <w:tc>
          <w:tcPr>
            <w:tcW w:w="6192" w:type="dxa"/>
            <w:tcMar>
              <w:top w:w="70" w:type="dxa"/>
              <w:left w:w="70" w:type="dxa"/>
              <w:bottom w:w="70" w:type="dxa"/>
              <w:right w:w="70" w:type="dxa"/>
            </w:tcMar>
            <w:vAlign w:val="center"/>
          </w:tcPr>
          <w:p w14:paraId="0DCA981E" w14:textId="77777777" w:rsidR="00D47296" w:rsidRDefault="008C31C1">
            <w:r>
              <w:rPr>
                <w:i/>
                <w:color w:val="777777"/>
                <w:sz w:val="24"/>
              </w:rPr>
              <w:t>&lt;Insert or N/A&gt;</w:t>
            </w:r>
          </w:p>
        </w:tc>
      </w:tr>
      <w:tr w:rsidR="00D47296" w14:paraId="14E0372F" w14:textId="77777777">
        <w:trPr>
          <w:jc w:val="center"/>
        </w:trPr>
        <w:tc>
          <w:tcPr>
            <w:tcW w:w="4320" w:type="dxa"/>
            <w:shd w:val="clear" w:color="auto" w:fill="E8F2EE"/>
            <w:tcMar>
              <w:top w:w="70" w:type="dxa"/>
              <w:left w:w="70" w:type="dxa"/>
              <w:bottom w:w="70" w:type="dxa"/>
              <w:right w:w="70" w:type="dxa"/>
            </w:tcMar>
            <w:vAlign w:val="center"/>
          </w:tcPr>
          <w:p w14:paraId="4C7CF1A2" w14:textId="77777777" w:rsidR="00D47296" w:rsidRDefault="008C31C1">
            <w:r>
              <w:rPr>
                <w:sz w:val="19"/>
              </w:rPr>
              <w:t>Mobile / school-based / outreach sites</w:t>
            </w:r>
          </w:p>
        </w:tc>
        <w:tc>
          <w:tcPr>
            <w:tcW w:w="6192" w:type="dxa"/>
            <w:shd w:val="clear" w:color="auto" w:fill="E8F2EE"/>
            <w:tcMar>
              <w:top w:w="70" w:type="dxa"/>
              <w:left w:w="70" w:type="dxa"/>
              <w:bottom w:w="70" w:type="dxa"/>
              <w:right w:w="70" w:type="dxa"/>
            </w:tcMar>
            <w:vAlign w:val="center"/>
          </w:tcPr>
          <w:p w14:paraId="704EAA17" w14:textId="77777777" w:rsidR="00D47296" w:rsidRDefault="008C31C1">
            <w:r>
              <w:rPr>
                <w:i/>
                <w:color w:val="777777"/>
                <w:sz w:val="24"/>
              </w:rPr>
              <w:t>&lt;Insert or N/A&gt;</w:t>
            </w:r>
          </w:p>
        </w:tc>
      </w:tr>
      <w:tr w:rsidR="00D47296" w14:paraId="3D76C56C" w14:textId="77777777">
        <w:trPr>
          <w:jc w:val="center"/>
        </w:trPr>
        <w:tc>
          <w:tcPr>
            <w:tcW w:w="4320" w:type="dxa"/>
            <w:tcMar>
              <w:top w:w="70" w:type="dxa"/>
              <w:left w:w="70" w:type="dxa"/>
              <w:bottom w:w="70" w:type="dxa"/>
              <w:right w:w="70" w:type="dxa"/>
            </w:tcMar>
            <w:vAlign w:val="center"/>
          </w:tcPr>
          <w:p w14:paraId="78B1BF3E" w14:textId="77777777" w:rsidR="00D47296" w:rsidRDefault="008C31C1">
            <w:r>
              <w:rPr>
                <w:sz w:val="19"/>
              </w:rPr>
              <w:t>Other services</w:t>
            </w:r>
          </w:p>
        </w:tc>
        <w:tc>
          <w:tcPr>
            <w:tcW w:w="6192" w:type="dxa"/>
            <w:tcMar>
              <w:top w:w="70" w:type="dxa"/>
              <w:left w:w="70" w:type="dxa"/>
              <w:bottom w:w="70" w:type="dxa"/>
              <w:right w:w="70" w:type="dxa"/>
            </w:tcMar>
            <w:vAlign w:val="center"/>
          </w:tcPr>
          <w:p w14:paraId="56029E11" w14:textId="77777777" w:rsidR="00D47296" w:rsidRDefault="008C31C1">
            <w:r>
              <w:rPr>
                <w:i/>
                <w:color w:val="777777"/>
                <w:sz w:val="24"/>
              </w:rPr>
              <w:t>&lt;Insert&gt;</w:t>
            </w:r>
          </w:p>
        </w:tc>
      </w:tr>
    </w:tbl>
    <w:p w14:paraId="10809282" w14:textId="77777777" w:rsidR="00D47296" w:rsidRDefault="00D47296">
      <w:pPr>
        <w:spacing w:after="0"/>
      </w:pPr>
    </w:p>
    <w:p w14:paraId="2F8149A3" w14:textId="77777777" w:rsidR="00D47296" w:rsidRDefault="008C31C1">
      <w:pPr>
        <w:spacing w:after="60" w:line="240" w:lineRule="auto"/>
      </w:pPr>
      <w:r>
        <w:rPr>
          <w:b/>
          <w:color w:val="015A41"/>
          <w:sz w:val="22"/>
        </w:rPr>
        <w:t>Patient and access/functional considerations</w:t>
      </w:r>
    </w:p>
    <w:tbl>
      <w:tblPr>
        <w:tblW w:w="0" w:type="auto"/>
        <w:jc w:val="center"/>
        <w:tblLayout w:type="fixed"/>
        <w:tblLook w:val="04A0" w:firstRow="1" w:lastRow="0" w:firstColumn="1" w:lastColumn="0" w:noHBand="0" w:noVBand="1"/>
      </w:tblPr>
      <w:tblGrid>
        <w:gridCol w:w="4896"/>
        <w:gridCol w:w="5616"/>
      </w:tblGrid>
      <w:tr w:rsidR="00D47296" w14:paraId="4DBAC4F1" w14:textId="77777777">
        <w:trPr>
          <w:tblHeader/>
          <w:jc w:val="center"/>
        </w:trPr>
        <w:tc>
          <w:tcPr>
            <w:tcW w:w="4896" w:type="dxa"/>
            <w:shd w:val="clear" w:color="auto" w:fill="015A41"/>
            <w:tcMar>
              <w:top w:w="70" w:type="dxa"/>
              <w:left w:w="70" w:type="dxa"/>
              <w:bottom w:w="70" w:type="dxa"/>
              <w:right w:w="70" w:type="dxa"/>
            </w:tcMar>
            <w:vAlign w:val="center"/>
          </w:tcPr>
          <w:p w14:paraId="0DF2C5D7" w14:textId="77777777" w:rsidR="00D47296" w:rsidRDefault="008C31C1">
            <w:r>
              <w:rPr>
                <w:b/>
                <w:color w:val="FFFFFF"/>
                <w:sz w:val="19"/>
              </w:rPr>
              <w:t>Patient Need / Consideration</w:t>
            </w:r>
          </w:p>
        </w:tc>
        <w:tc>
          <w:tcPr>
            <w:tcW w:w="5616" w:type="dxa"/>
            <w:shd w:val="clear" w:color="auto" w:fill="015A41"/>
            <w:tcMar>
              <w:top w:w="70" w:type="dxa"/>
              <w:left w:w="70" w:type="dxa"/>
              <w:bottom w:w="70" w:type="dxa"/>
              <w:right w:w="70" w:type="dxa"/>
            </w:tcMar>
            <w:vAlign w:val="center"/>
          </w:tcPr>
          <w:p w14:paraId="359C717E" w14:textId="77777777" w:rsidR="00D47296" w:rsidRDefault="008C31C1">
            <w:r>
              <w:rPr>
                <w:b/>
                <w:color w:val="FFFFFF"/>
                <w:sz w:val="19"/>
              </w:rPr>
              <w:t>Facility Profile</w:t>
            </w:r>
          </w:p>
        </w:tc>
      </w:tr>
      <w:tr w:rsidR="00D47296" w14:paraId="5B5974BB" w14:textId="77777777">
        <w:trPr>
          <w:jc w:val="center"/>
        </w:trPr>
        <w:tc>
          <w:tcPr>
            <w:tcW w:w="4896" w:type="dxa"/>
            <w:shd w:val="clear" w:color="auto" w:fill="E8F2EE"/>
            <w:tcMar>
              <w:top w:w="70" w:type="dxa"/>
              <w:left w:w="70" w:type="dxa"/>
              <w:bottom w:w="70" w:type="dxa"/>
              <w:right w:w="70" w:type="dxa"/>
            </w:tcMar>
            <w:vAlign w:val="center"/>
          </w:tcPr>
          <w:p w14:paraId="1122270C" w14:textId="77777777" w:rsidR="00D47296" w:rsidRDefault="008C31C1">
            <w:r>
              <w:rPr>
                <w:sz w:val="19"/>
              </w:rPr>
              <w:t>Limited mobility / need for evacuation assistance</w:t>
            </w:r>
          </w:p>
        </w:tc>
        <w:tc>
          <w:tcPr>
            <w:tcW w:w="5616" w:type="dxa"/>
            <w:shd w:val="clear" w:color="auto" w:fill="E8F2EE"/>
            <w:tcMar>
              <w:top w:w="70" w:type="dxa"/>
              <w:left w:w="70" w:type="dxa"/>
              <w:bottom w:w="70" w:type="dxa"/>
              <w:right w:w="70" w:type="dxa"/>
            </w:tcMar>
            <w:vAlign w:val="center"/>
          </w:tcPr>
          <w:p w14:paraId="6640B480" w14:textId="77777777" w:rsidR="00D47296" w:rsidRDefault="008C31C1">
            <w:r>
              <w:rPr>
                <w:i/>
                <w:color w:val="777777"/>
                <w:sz w:val="24"/>
              </w:rPr>
              <w:t>&lt;Typical needs / process&gt;</w:t>
            </w:r>
          </w:p>
        </w:tc>
      </w:tr>
      <w:tr w:rsidR="00D47296" w14:paraId="4CA86802" w14:textId="77777777">
        <w:trPr>
          <w:jc w:val="center"/>
        </w:trPr>
        <w:tc>
          <w:tcPr>
            <w:tcW w:w="4896" w:type="dxa"/>
            <w:tcMar>
              <w:top w:w="70" w:type="dxa"/>
              <w:left w:w="70" w:type="dxa"/>
              <w:bottom w:w="70" w:type="dxa"/>
              <w:right w:w="70" w:type="dxa"/>
            </w:tcMar>
            <w:vAlign w:val="center"/>
          </w:tcPr>
          <w:p w14:paraId="11E008CC" w14:textId="77777777" w:rsidR="00D47296" w:rsidRDefault="008C31C1">
            <w:r>
              <w:rPr>
                <w:sz w:val="19"/>
              </w:rPr>
              <w:t>Deaf / hard of hearing</w:t>
            </w:r>
          </w:p>
        </w:tc>
        <w:tc>
          <w:tcPr>
            <w:tcW w:w="5616" w:type="dxa"/>
            <w:tcMar>
              <w:top w:w="70" w:type="dxa"/>
              <w:left w:w="70" w:type="dxa"/>
              <w:bottom w:w="70" w:type="dxa"/>
              <w:right w:w="70" w:type="dxa"/>
            </w:tcMar>
            <w:vAlign w:val="center"/>
          </w:tcPr>
          <w:p w14:paraId="5ABE2BEF" w14:textId="77777777" w:rsidR="00D47296" w:rsidRDefault="008C31C1">
            <w:r>
              <w:rPr>
                <w:i/>
                <w:color w:val="777777"/>
                <w:sz w:val="24"/>
              </w:rPr>
              <w:t>&lt;Communication supports&gt;</w:t>
            </w:r>
          </w:p>
        </w:tc>
      </w:tr>
      <w:tr w:rsidR="00D47296" w14:paraId="35DC5E31" w14:textId="77777777">
        <w:trPr>
          <w:jc w:val="center"/>
        </w:trPr>
        <w:tc>
          <w:tcPr>
            <w:tcW w:w="4896" w:type="dxa"/>
            <w:shd w:val="clear" w:color="auto" w:fill="E8F2EE"/>
            <w:tcMar>
              <w:top w:w="70" w:type="dxa"/>
              <w:left w:w="70" w:type="dxa"/>
              <w:bottom w:w="70" w:type="dxa"/>
              <w:right w:w="70" w:type="dxa"/>
            </w:tcMar>
            <w:vAlign w:val="center"/>
          </w:tcPr>
          <w:p w14:paraId="73AAFC0D" w14:textId="77777777" w:rsidR="00D47296" w:rsidRDefault="008C31C1">
            <w:r>
              <w:rPr>
                <w:sz w:val="19"/>
              </w:rPr>
              <w:lastRenderedPageBreak/>
              <w:t>Blind / low vision</w:t>
            </w:r>
          </w:p>
        </w:tc>
        <w:tc>
          <w:tcPr>
            <w:tcW w:w="5616" w:type="dxa"/>
            <w:shd w:val="clear" w:color="auto" w:fill="E8F2EE"/>
            <w:tcMar>
              <w:top w:w="70" w:type="dxa"/>
              <w:left w:w="70" w:type="dxa"/>
              <w:bottom w:w="70" w:type="dxa"/>
              <w:right w:w="70" w:type="dxa"/>
            </w:tcMar>
            <w:vAlign w:val="center"/>
          </w:tcPr>
          <w:p w14:paraId="01946B13" w14:textId="77777777" w:rsidR="00D47296" w:rsidRDefault="008C31C1">
            <w:r>
              <w:rPr>
                <w:i/>
                <w:color w:val="777777"/>
                <w:sz w:val="24"/>
              </w:rPr>
              <w:t>&lt;Communication / navigation supports&gt;</w:t>
            </w:r>
          </w:p>
        </w:tc>
      </w:tr>
      <w:tr w:rsidR="00D47296" w14:paraId="6192C505" w14:textId="77777777">
        <w:trPr>
          <w:jc w:val="center"/>
        </w:trPr>
        <w:tc>
          <w:tcPr>
            <w:tcW w:w="4896" w:type="dxa"/>
            <w:tcMar>
              <w:top w:w="70" w:type="dxa"/>
              <w:left w:w="70" w:type="dxa"/>
              <w:bottom w:w="70" w:type="dxa"/>
              <w:right w:w="70" w:type="dxa"/>
            </w:tcMar>
            <w:vAlign w:val="center"/>
          </w:tcPr>
          <w:p w14:paraId="621650AC" w14:textId="77777777" w:rsidR="00D47296" w:rsidRDefault="008C31C1">
            <w:r>
              <w:rPr>
                <w:sz w:val="19"/>
              </w:rPr>
              <w:t>Limited English proficiency</w:t>
            </w:r>
          </w:p>
        </w:tc>
        <w:tc>
          <w:tcPr>
            <w:tcW w:w="5616" w:type="dxa"/>
            <w:tcMar>
              <w:top w:w="70" w:type="dxa"/>
              <w:left w:w="70" w:type="dxa"/>
              <w:bottom w:w="70" w:type="dxa"/>
              <w:right w:w="70" w:type="dxa"/>
            </w:tcMar>
            <w:vAlign w:val="center"/>
          </w:tcPr>
          <w:p w14:paraId="0D21B7BF" w14:textId="77777777" w:rsidR="00D47296" w:rsidRDefault="008C31C1">
            <w:r>
              <w:rPr>
                <w:i/>
                <w:color w:val="777777"/>
                <w:sz w:val="24"/>
              </w:rPr>
              <w:t>&lt;Primary languages / interpreter access&gt;</w:t>
            </w:r>
          </w:p>
        </w:tc>
      </w:tr>
      <w:tr w:rsidR="00D47296" w14:paraId="72D9F0FD" w14:textId="77777777">
        <w:trPr>
          <w:jc w:val="center"/>
        </w:trPr>
        <w:tc>
          <w:tcPr>
            <w:tcW w:w="4896" w:type="dxa"/>
            <w:shd w:val="clear" w:color="auto" w:fill="E8F2EE"/>
            <w:tcMar>
              <w:top w:w="70" w:type="dxa"/>
              <w:left w:w="70" w:type="dxa"/>
              <w:bottom w:w="70" w:type="dxa"/>
              <w:right w:w="70" w:type="dxa"/>
            </w:tcMar>
            <w:vAlign w:val="center"/>
          </w:tcPr>
          <w:p w14:paraId="569D3837" w14:textId="77777777" w:rsidR="00D47296" w:rsidRDefault="008C31C1">
            <w:r>
              <w:rPr>
                <w:sz w:val="19"/>
              </w:rPr>
              <w:t>Cognitive / behavioral health considerations</w:t>
            </w:r>
          </w:p>
        </w:tc>
        <w:tc>
          <w:tcPr>
            <w:tcW w:w="5616" w:type="dxa"/>
            <w:shd w:val="clear" w:color="auto" w:fill="E8F2EE"/>
            <w:tcMar>
              <w:top w:w="70" w:type="dxa"/>
              <w:left w:w="70" w:type="dxa"/>
              <w:bottom w:w="70" w:type="dxa"/>
              <w:right w:w="70" w:type="dxa"/>
            </w:tcMar>
            <w:vAlign w:val="center"/>
          </w:tcPr>
          <w:p w14:paraId="6882894B" w14:textId="77777777" w:rsidR="00D47296" w:rsidRDefault="008C31C1">
            <w:r>
              <w:rPr>
                <w:i/>
                <w:color w:val="777777"/>
                <w:sz w:val="24"/>
              </w:rPr>
              <w:t>&lt;Insert&gt;</w:t>
            </w:r>
          </w:p>
        </w:tc>
      </w:tr>
      <w:tr w:rsidR="00D47296" w14:paraId="4EB00079" w14:textId="77777777">
        <w:trPr>
          <w:jc w:val="center"/>
        </w:trPr>
        <w:tc>
          <w:tcPr>
            <w:tcW w:w="4896" w:type="dxa"/>
            <w:tcMar>
              <w:top w:w="70" w:type="dxa"/>
              <w:left w:w="70" w:type="dxa"/>
              <w:bottom w:w="70" w:type="dxa"/>
              <w:right w:w="70" w:type="dxa"/>
            </w:tcMar>
            <w:vAlign w:val="center"/>
          </w:tcPr>
          <w:p w14:paraId="2DFF0595" w14:textId="77777777" w:rsidR="00D47296" w:rsidRDefault="008C31C1">
            <w:r>
              <w:rPr>
                <w:sz w:val="19"/>
              </w:rPr>
              <w:t>Pediatric patients / caregivers</w:t>
            </w:r>
          </w:p>
        </w:tc>
        <w:tc>
          <w:tcPr>
            <w:tcW w:w="5616" w:type="dxa"/>
            <w:tcMar>
              <w:top w:w="70" w:type="dxa"/>
              <w:left w:w="70" w:type="dxa"/>
              <w:bottom w:w="70" w:type="dxa"/>
              <w:right w:w="70" w:type="dxa"/>
            </w:tcMar>
            <w:vAlign w:val="center"/>
          </w:tcPr>
          <w:p w14:paraId="2B85FFB8" w14:textId="77777777" w:rsidR="00D47296" w:rsidRDefault="008C31C1">
            <w:r>
              <w:rPr>
                <w:i/>
                <w:color w:val="777777"/>
                <w:sz w:val="24"/>
              </w:rPr>
              <w:t>&lt;Insert&gt;</w:t>
            </w:r>
          </w:p>
        </w:tc>
      </w:tr>
      <w:tr w:rsidR="00D47296" w14:paraId="6F97A8DB" w14:textId="77777777">
        <w:trPr>
          <w:jc w:val="center"/>
        </w:trPr>
        <w:tc>
          <w:tcPr>
            <w:tcW w:w="4896" w:type="dxa"/>
            <w:shd w:val="clear" w:color="auto" w:fill="E8F2EE"/>
            <w:tcMar>
              <w:top w:w="70" w:type="dxa"/>
              <w:left w:w="70" w:type="dxa"/>
              <w:bottom w:w="70" w:type="dxa"/>
              <w:right w:w="70" w:type="dxa"/>
            </w:tcMar>
            <w:vAlign w:val="center"/>
          </w:tcPr>
          <w:p w14:paraId="510EF880" w14:textId="77777777" w:rsidR="00D47296" w:rsidRDefault="008C31C1">
            <w:r>
              <w:rPr>
                <w:sz w:val="19"/>
              </w:rPr>
              <w:t>Older adults / frailty</w:t>
            </w:r>
          </w:p>
        </w:tc>
        <w:tc>
          <w:tcPr>
            <w:tcW w:w="5616" w:type="dxa"/>
            <w:shd w:val="clear" w:color="auto" w:fill="E8F2EE"/>
            <w:tcMar>
              <w:top w:w="70" w:type="dxa"/>
              <w:left w:w="70" w:type="dxa"/>
              <w:bottom w:w="70" w:type="dxa"/>
              <w:right w:w="70" w:type="dxa"/>
            </w:tcMar>
            <w:vAlign w:val="center"/>
          </w:tcPr>
          <w:p w14:paraId="46601879" w14:textId="77777777" w:rsidR="00D47296" w:rsidRDefault="008C31C1">
            <w:r>
              <w:rPr>
                <w:i/>
                <w:color w:val="777777"/>
                <w:sz w:val="24"/>
              </w:rPr>
              <w:t>&lt;Insert&gt;</w:t>
            </w:r>
          </w:p>
        </w:tc>
      </w:tr>
      <w:tr w:rsidR="00D47296" w14:paraId="683960FA" w14:textId="77777777">
        <w:trPr>
          <w:jc w:val="center"/>
        </w:trPr>
        <w:tc>
          <w:tcPr>
            <w:tcW w:w="4896" w:type="dxa"/>
            <w:tcMar>
              <w:top w:w="70" w:type="dxa"/>
              <w:left w:w="70" w:type="dxa"/>
              <w:bottom w:w="70" w:type="dxa"/>
              <w:right w:w="70" w:type="dxa"/>
            </w:tcMar>
            <w:vAlign w:val="center"/>
          </w:tcPr>
          <w:p w14:paraId="2835BDAA" w14:textId="77777777" w:rsidR="00D47296" w:rsidRDefault="008C31C1">
            <w:r>
              <w:rPr>
                <w:sz w:val="19"/>
              </w:rPr>
              <w:t>Electricity-dependent equipment during visits</w:t>
            </w:r>
          </w:p>
        </w:tc>
        <w:tc>
          <w:tcPr>
            <w:tcW w:w="5616" w:type="dxa"/>
            <w:tcMar>
              <w:top w:w="70" w:type="dxa"/>
              <w:left w:w="70" w:type="dxa"/>
              <w:bottom w:w="70" w:type="dxa"/>
              <w:right w:w="70" w:type="dxa"/>
            </w:tcMar>
            <w:vAlign w:val="center"/>
          </w:tcPr>
          <w:p w14:paraId="30B9F003" w14:textId="77777777" w:rsidR="00D47296" w:rsidRDefault="008C31C1">
            <w:r>
              <w:rPr>
                <w:i/>
                <w:color w:val="777777"/>
                <w:sz w:val="24"/>
              </w:rPr>
              <w:t>&lt;Insert&gt;</w:t>
            </w:r>
          </w:p>
        </w:tc>
      </w:tr>
      <w:tr w:rsidR="00D47296" w14:paraId="1ADFC09F" w14:textId="77777777">
        <w:trPr>
          <w:jc w:val="center"/>
        </w:trPr>
        <w:tc>
          <w:tcPr>
            <w:tcW w:w="4896" w:type="dxa"/>
            <w:shd w:val="clear" w:color="auto" w:fill="E8F2EE"/>
            <w:tcMar>
              <w:top w:w="70" w:type="dxa"/>
              <w:left w:w="70" w:type="dxa"/>
              <w:bottom w:w="70" w:type="dxa"/>
              <w:right w:w="70" w:type="dxa"/>
            </w:tcMar>
            <w:vAlign w:val="center"/>
          </w:tcPr>
          <w:p w14:paraId="7C4A585E" w14:textId="77777777" w:rsidR="00D47296" w:rsidRDefault="008C31C1">
            <w:r>
              <w:rPr>
                <w:sz w:val="19"/>
              </w:rPr>
              <w:t>Time-sensitive medication / treatment needs</w:t>
            </w:r>
          </w:p>
        </w:tc>
        <w:tc>
          <w:tcPr>
            <w:tcW w:w="5616" w:type="dxa"/>
            <w:shd w:val="clear" w:color="auto" w:fill="E8F2EE"/>
            <w:tcMar>
              <w:top w:w="70" w:type="dxa"/>
              <w:left w:w="70" w:type="dxa"/>
              <w:bottom w:w="70" w:type="dxa"/>
              <w:right w:w="70" w:type="dxa"/>
            </w:tcMar>
            <w:vAlign w:val="center"/>
          </w:tcPr>
          <w:p w14:paraId="4B2D1086" w14:textId="77777777" w:rsidR="00D47296" w:rsidRDefault="008C31C1">
            <w:r>
              <w:rPr>
                <w:i/>
                <w:color w:val="777777"/>
                <w:sz w:val="24"/>
              </w:rPr>
              <w:t>&lt;Insert&gt;</w:t>
            </w:r>
          </w:p>
        </w:tc>
      </w:tr>
      <w:tr w:rsidR="00D47296" w14:paraId="495BA1E0" w14:textId="77777777">
        <w:trPr>
          <w:jc w:val="center"/>
        </w:trPr>
        <w:tc>
          <w:tcPr>
            <w:tcW w:w="4896" w:type="dxa"/>
            <w:tcMar>
              <w:top w:w="70" w:type="dxa"/>
              <w:left w:w="70" w:type="dxa"/>
              <w:bottom w:w="70" w:type="dxa"/>
              <w:right w:w="70" w:type="dxa"/>
            </w:tcMar>
            <w:vAlign w:val="center"/>
          </w:tcPr>
          <w:p w14:paraId="14ED425F" w14:textId="77777777" w:rsidR="00D47296" w:rsidRDefault="008C31C1">
            <w:r>
              <w:rPr>
                <w:sz w:val="19"/>
              </w:rPr>
              <w:t>Unhoused / transportation-limited patients</w:t>
            </w:r>
          </w:p>
        </w:tc>
        <w:tc>
          <w:tcPr>
            <w:tcW w:w="5616" w:type="dxa"/>
            <w:tcMar>
              <w:top w:w="70" w:type="dxa"/>
              <w:left w:w="70" w:type="dxa"/>
              <w:bottom w:w="70" w:type="dxa"/>
              <w:right w:w="70" w:type="dxa"/>
            </w:tcMar>
            <w:vAlign w:val="center"/>
          </w:tcPr>
          <w:p w14:paraId="6D17E93C" w14:textId="77777777" w:rsidR="00D47296" w:rsidRDefault="008C31C1">
            <w:r>
              <w:rPr>
                <w:i/>
                <w:color w:val="777777"/>
                <w:sz w:val="24"/>
              </w:rPr>
              <w:t>&lt;Insert&gt;</w:t>
            </w:r>
          </w:p>
        </w:tc>
      </w:tr>
      <w:tr w:rsidR="00D47296" w14:paraId="03D6B790" w14:textId="77777777">
        <w:trPr>
          <w:jc w:val="center"/>
        </w:trPr>
        <w:tc>
          <w:tcPr>
            <w:tcW w:w="4896" w:type="dxa"/>
            <w:shd w:val="clear" w:color="auto" w:fill="E8F2EE"/>
            <w:tcMar>
              <w:top w:w="70" w:type="dxa"/>
              <w:left w:w="70" w:type="dxa"/>
              <w:bottom w:w="70" w:type="dxa"/>
              <w:right w:w="70" w:type="dxa"/>
            </w:tcMar>
            <w:vAlign w:val="center"/>
          </w:tcPr>
          <w:p w14:paraId="5B5DEA9C" w14:textId="77777777" w:rsidR="00D47296" w:rsidRDefault="008C31C1">
            <w:r>
              <w:rPr>
                <w:sz w:val="19"/>
              </w:rPr>
              <w:t>Other population-specific needs identified by HVA</w:t>
            </w:r>
          </w:p>
        </w:tc>
        <w:tc>
          <w:tcPr>
            <w:tcW w:w="5616" w:type="dxa"/>
            <w:shd w:val="clear" w:color="auto" w:fill="E8F2EE"/>
            <w:tcMar>
              <w:top w:w="70" w:type="dxa"/>
              <w:left w:w="70" w:type="dxa"/>
              <w:bottom w:w="70" w:type="dxa"/>
              <w:right w:w="70" w:type="dxa"/>
            </w:tcMar>
            <w:vAlign w:val="center"/>
          </w:tcPr>
          <w:p w14:paraId="3CFE5384" w14:textId="77777777" w:rsidR="00D47296" w:rsidRDefault="008C31C1">
            <w:r>
              <w:rPr>
                <w:i/>
                <w:color w:val="777777"/>
                <w:sz w:val="24"/>
              </w:rPr>
              <w:t>&lt;Insert&gt;</w:t>
            </w:r>
          </w:p>
        </w:tc>
      </w:tr>
    </w:tbl>
    <w:p w14:paraId="5F4CC329"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42FEB0EE" w14:textId="77777777">
        <w:trPr>
          <w:jc w:val="center"/>
        </w:trPr>
        <w:tc>
          <w:tcPr>
            <w:tcW w:w="10800" w:type="dxa"/>
            <w:shd w:val="clear" w:color="auto" w:fill="E8F2EE"/>
          </w:tcPr>
          <w:p w14:paraId="1EE7F069" w14:textId="77777777" w:rsidR="00D47296" w:rsidRDefault="008C31C1">
            <w:r>
              <w:rPr>
                <w:b/>
                <w:color w:val="015A41"/>
              </w:rPr>
              <w:t xml:space="preserve">FQHC-SPECIFIC NOTE </w:t>
            </w:r>
            <w:r>
              <w:t>42 CFR §491.12(a)(3) requires the plan to address the patient population, services the FQHC can provide during an emergency, and continuity of operations. The provider-specific regulation does not include the separate “persons at-risk” phrase used for some other provider types; however, the facility-based risk assessment should still reflect the actual vulnerabilities of the population served.</w:t>
            </w:r>
          </w:p>
        </w:tc>
      </w:tr>
    </w:tbl>
    <w:p w14:paraId="3FD66A8F" w14:textId="77777777" w:rsidR="00D47296" w:rsidRDefault="00D47296">
      <w:pPr>
        <w:spacing w:after="0"/>
      </w:pPr>
    </w:p>
    <w:p w14:paraId="1FC2D076" w14:textId="77777777" w:rsidR="00D47296" w:rsidRDefault="008C31C1">
      <w:r>
        <w:br w:type="page"/>
      </w:r>
    </w:p>
    <w:tbl>
      <w:tblPr>
        <w:tblW w:w="0" w:type="auto"/>
        <w:jc w:val="center"/>
        <w:tblLook w:val="04A0" w:firstRow="1" w:lastRow="0" w:firstColumn="1" w:lastColumn="0" w:noHBand="0" w:noVBand="1"/>
      </w:tblPr>
      <w:tblGrid>
        <w:gridCol w:w="10800"/>
      </w:tblGrid>
      <w:tr w:rsidR="00D47296" w14:paraId="6AEFEEBE" w14:textId="77777777">
        <w:trPr>
          <w:jc w:val="center"/>
        </w:trPr>
        <w:tc>
          <w:tcPr>
            <w:tcW w:w="10800" w:type="dxa"/>
            <w:shd w:val="clear" w:color="auto" w:fill="015A41"/>
          </w:tcPr>
          <w:p w14:paraId="0FC3F08C" w14:textId="77777777" w:rsidR="00D47296" w:rsidRDefault="008C31C1">
            <w:r>
              <w:rPr>
                <w:b/>
                <w:color w:val="FFFFFF"/>
                <w:sz w:val="34"/>
              </w:rPr>
              <w:lastRenderedPageBreak/>
              <w:t>FACILITY NETWORK &amp; KEY EMERGENCY CONTACTS</w:t>
            </w:r>
          </w:p>
        </w:tc>
      </w:tr>
    </w:tbl>
    <w:p w14:paraId="11A6DE98" w14:textId="77777777" w:rsidR="00D47296" w:rsidRDefault="00D47296">
      <w:pPr>
        <w:spacing w:after="0"/>
      </w:pPr>
    </w:p>
    <w:tbl>
      <w:tblPr>
        <w:tblW w:w="0" w:type="auto"/>
        <w:jc w:val="center"/>
        <w:tblLayout w:type="fixed"/>
        <w:tblLook w:val="04A0" w:firstRow="1" w:lastRow="0" w:firstColumn="1" w:lastColumn="0" w:noHBand="0" w:noVBand="1"/>
      </w:tblPr>
      <w:tblGrid>
        <w:gridCol w:w="3096"/>
        <w:gridCol w:w="2592"/>
        <w:gridCol w:w="2088"/>
        <w:gridCol w:w="2880"/>
      </w:tblGrid>
      <w:tr w:rsidR="00D47296" w14:paraId="5DF7B7B5" w14:textId="77777777">
        <w:trPr>
          <w:tblHeader/>
          <w:jc w:val="center"/>
        </w:trPr>
        <w:tc>
          <w:tcPr>
            <w:tcW w:w="3096" w:type="dxa"/>
            <w:shd w:val="clear" w:color="auto" w:fill="015A41"/>
            <w:tcMar>
              <w:top w:w="70" w:type="dxa"/>
              <w:left w:w="70" w:type="dxa"/>
              <w:bottom w:w="70" w:type="dxa"/>
              <w:right w:w="70" w:type="dxa"/>
            </w:tcMar>
            <w:vAlign w:val="center"/>
          </w:tcPr>
          <w:p w14:paraId="49B63287" w14:textId="77777777" w:rsidR="00D47296" w:rsidRDefault="008C31C1">
            <w:r>
              <w:rPr>
                <w:b/>
                <w:color w:val="FFFFFF"/>
                <w:sz w:val="17"/>
              </w:rPr>
              <w:t>Agency / Partner</w:t>
            </w:r>
          </w:p>
        </w:tc>
        <w:tc>
          <w:tcPr>
            <w:tcW w:w="2592" w:type="dxa"/>
            <w:shd w:val="clear" w:color="auto" w:fill="015A41"/>
            <w:tcMar>
              <w:top w:w="70" w:type="dxa"/>
              <w:left w:w="70" w:type="dxa"/>
              <w:bottom w:w="70" w:type="dxa"/>
              <w:right w:w="70" w:type="dxa"/>
            </w:tcMar>
            <w:vAlign w:val="center"/>
          </w:tcPr>
          <w:p w14:paraId="6DBD3F8E" w14:textId="77777777" w:rsidR="00D47296" w:rsidRDefault="008C31C1">
            <w:r>
              <w:rPr>
                <w:b/>
                <w:color w:val="FFFFFF"/>
                <w:sz w:val="17"/>
              </w:rPr>
              <w:t>Contact</w:t>
            </w:r>
          </w:p>
        </w:tc>
        <w:tc>
          <w:tcPr>
            <w:tcW w:w="2088" w:type="dxa"/>
            <w:shd w:val="clear" w:color="auto" w:fill="015A41"/>
            <w:tcMar>
              <w:top w:w="70" w:type="dxa"/>
              <w:left w:w="70" w:type="dxa"/>
              <w:bottom w:w="70" w:type="dxa"/>
              <w:right w:w="70" w:type="dxa"/>
            </w:tcMar>
            <w:vAlign w:val="center"/>
          </w:tcPr>
          <w:p w14:paraId="103C149D" w14:textId="77777777" w:rsidR="00D47296" w:rsidRDefault="008C31C1">
            <w:r>
              <w:rPr>
                <w:b/>
                <w:color w:val="FFFFFF"/>
                <w:sz w:val="17"/>
              </w:rPr>
              <w:t>Phone</w:t>
            </w:r>
          </w:p>
        </w:tc>
        <w:tc>
          <w:tcPr>
            <w:tcW w:w="2880" w:type="dxa"/>
            <w:shd w:val="clear" w:color="auto" w:fill="015A41"/>
            <w:tcMar>
              <w:top w:w="70" w:type="dxa"/>
              <w:left w:w="70" w:type="dxa"/>
              <w:bottom w:w="70" w:type="dxa"/>
              <w:right w:w="70" w:type="dxa"/>
            </w:tcMar>
            <w:vAlign w:val="center"/>
          </w:tcPr>
          <w:p w14:paraId="6BEF7F68" w14:textId="77777777" w:rsidR="00D47296" w:rsidRDefault="008C31C1">
            <w:r>
              <w:rPr>
                <w:b/>
                <w:color w:val="FFFFFF"/>
                <w:sz w:val="17"/>
              </w:rPr>
              <w:t>Email</w:t>
            </w:r>
          </w:p>
        </w:tc>
      </w:tr>
      <w:tr w:rsidR="00D47296" w14:paraId="40BCFBED" w14:textId="77777777">
        <w:trPr>
          <w:jc w:val="center"/>
        </w:trPr>
        <w:tc>
          <w:tcPr>
            <w:tcW w:w="3096" w:type="dxa"/>
            <w:shd w:val="clear" w:color="auto" w:fill="E8F2EE"/>
            <w:tcMar>
              <w:top w:w="70" w:type="dxa"/>
              <w:left w:w="70" w:type="dxa"/>
              <w:bottom w:w="70" w:type="dxa"/>
              <w:right w:w="70" w:type="dxa"/>
            </w:tcMar>
            <w:vAlign w:val="center"/>
          </w:tcPr>
          <w:p w14:paraId="034F8F92" w14:textId="77777777" w:rsidR="00D47296" w:rsidRDefault="008C31C1">
            <w:r>
              <w:rPr>
                <w:sz w:val="17"/>
              </w:rPr>
              <w:t>Local / County EMA</w:t>
            </w:r>
          </w:p>
        </w:tc>
        <w:tc>
          <w:tcPr>
            <w:tcW w:w="2592" w:type="dxa"/>
            <w:shd w:val="clear" w:color="auto" w:fill="E8F2EE"/>
            <w:tcMar>
              <w:top w:w="70" w:type="dxa"/>
              <w:left w:w="70" w:type="dxa"/>
              <w:bottom w:w="70" w:type="dxa"/>
              <w:right w:w="70" w:type="dxa"/>
            </w:tcMar>
            <w:vAlign w:val="center"/>
          </w:tcPr>
          <w:p w14:paraId="1E438E56"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20B838DC" w14:textId="77777777" w:rsidR="00D47296" w:rsidRDefault="008C31C1">
            <w:r>
              <w:rPr>
                <w:i/>
                <w:color w:val="777777"/>
                <w:sz w:val="24"/>
              </w:rPr>
              <w:t>&lt;Phone / 24-7&gt;</w:t>
            </w:r>
          </w:p>
        </w:tc>
        <w:tc>
          <w:tcPr>
            <w:tcW w:w="2880" w:type="dxa"/>
            <w:shd w:val="clear" w:color="auto" w:fill="E8F2EE"/>
            <w:tcMar>
              <w:top w:w="70" w:type="dxa"/>
              <w:left w:w="70" w:type="dxa"/>
              <w:bottom w:w="70" w:type="dxa"/>
              <w:right w:w="70" w:type="dxa"/>
            </w:tcMar>
            <w:vAlign w:val="center"/>
          </w:tcPr>
          <w:p w14:paraId="566A2291" w14:textId="77777777" w:rsidR="00D47296" w:rsidRDefault="008C31C1">
            <w:r>
              <w:rPr>
                <w:i/>
                <w:color w:val="777777"/>
                <w:sz w:val="24"/>
              </w:rPr>
              <w:t>&lt;Email&gt;</w:t>
            </w:r>
          </w:p>
        </w:tc>
      </w:tr>
      <w:tr w:rsidR="00D47296" w14:paraId="4CA67D76" w14:textId="77777777">
        <w:trPr>
          <w:jc w:val="center"/>
        </w:trPr>
        <w:tc>
          <w:tcPr>
            <w:tcW w:w="3096" w:type="dxa"/>
            <w:tcMar>
              <w:top w:w="70" w:type="dxa"/>
              <w:left w:w="70" w:type="dxa"/>
              <w:bottom w:w="70" w:type="dxa"/>
              <w:right w:w="70" w:type="dxa"/>
            </w:tcMar>
            <w:vAlign w:val="center"/>
          </w:tcPr>
          <w:p w14:paraId="2D19987A" w14:textId="77777777" w:rsidR="00D47296" w:rsidRDefault="008C31C1">
            <w:r>
              <w:rPr>
                <w:sz w:val="17"/>
              </w:rPr>
              <w:t>Fire / EMS</w:t>
            </w:r>
          </w:p>
        </w:tc>
        <w:tc>
          <w:tcPr>
            <w:tcW w:w="2592" w:type="dxa"/>
            <w:tcMar>
              <w:top w:w="70" w:type="dxa"/>
              <w:left w:w="70" w:type="dxa"/>
              <w:bottom w:w="70" w:type="dxa"/>
              <w:right w:w="70" w:type="dxa"/>
            </w:tcMar>
            <w:vAlign w:val="center"/>
          </w:tcPr>
          <w:p w14:paraId="49FB50F1"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495D1879"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1380BB84" w14:textId="77777777" w:rsidR="00D47296" w:rsidRDefault="008C31C1">
            <w:r>
              <w:rPr>
                <w:i/>
                <w:color w:val="777777"/>
                <w:sz w:val="24"/>
              </w:rPr>
              <w:t>&lt;Email&gt;</w:t>
            </w:r>
          </w:p>
        </w:tc>
      </w:tr>
      <w:tr w:rsidR="00D47296" w14:paraId="23CFA727" w14:textId="77777777">
        <w:trPr>
          <w:jc w:val="center"/>
        </w:trPr>
        <w:tc>
          <w:tcPr>
            <w:tcW w:w="3096" w:type="dxa"/>
            <w:shd w:val="clear" w:color="auto" w:fill="E8F2EE"/>
            <w:tcMar>
              <w:top w:w="70" w:type="dxa"/>
              <w:left w:w="70" w:type="dxa"/>
              <w:bottom w:w="70" w:type="dxa"/>
              <w:right w:w="70" w:type="dxa"/>
            </w:tcMar>
            <w:vAlign w:val="center"/>
          </w:tcPr>
          <w:p w14:paraId="2A27EEC9" w14:textId="77777777" w:rsidR="00D47296" w:rsidRDefault="008C31C1">
            <w:r>
              <w:rPr>
                <w:sz w:val="17"/>
              </w:rPr>
              <w:t>Law Enforcement</w:t>
            </w:r>
          </w:p>
        </w:tc>
        <w:tc>
          <w:tcPr>
            <w:tcW w:w="2592" w:type="dxa"/>
            <w:shd w:val="clear" w:color="auto" w:fill="E8F2EE"/>
            <w:tcMar>
              <w:top w:w="70" w:type="dxa"/>
              <w:left w:w="70" w:type="dxa"/>
              <w:bottom w:w="70" w:type="dxa"/>
              <w:right w:w="70" w:type="dxa"/>
            </w:tcMar>
            <w:vAlign w:val="center"/>
          </w:tcPr>
          <w:p w14:paraId="59006378"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7EF4D33F"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1159243B" w14:textId="77777777" w:rsidR="00D47296" w:rsidRDefault="008C31C1">
            <w:r>
              <w:rPr>
                <w:i/>
                <w:color w:val="777777"/>
                <w:sz w:val="24"/>
              </w:rPr>
              <w:t>&lt;Email&gt;</w:t>
            </w:r>
          </w:p>
        </w:tc>
      </w:tr>
      <w:tr w:rsidR="00D47296" w14:paraId="32DA5850" w14:textId="77777777">
        <w:trPr>
          <w:jc w:val="center"/>
        </w:trPr>
        <w:tc>
          <w:tcPr>
            <w:tcW w:w="3096" w:type="dxa"/>
            <w:tcMar>
              <w:top w:w="70" w:type="dxa"/>
              <w:left w:w="70" w:type="dxa"/>
              <w:bottom w:w="70" w:type="dxa"/>
              <w:right w:w="70" w:type="dxa"/>
            </w:tcMar>
            <w:vAlign w:val="center"/>
          </w:tcPr>
          <w:p w14:paraId="704C5417" w14:textId="77777777" w:rsidR="00D47296" w:rsidRDefault="008C31C1">
            <w:r>
              <w:rPr>
                <w:sz w:val="17"/>
              </w:rPr>
              <w:t>Maine DHHS / DLC</w:t>
            </w:r>
          </w:p>
        </w:tc>
        <w:tc>
          <w:tcPr>
            <w:tcW w:w="2592" w:type="dxa"/>
            <w:tcMar>
              <w:top w:w="70" w:type="dxa"/>
              <w:left w:w="70" w:type="dxa"/>
              <w:bottom w:w="70" w:type="dxa"/>
              <w:right w:w="70" w:type="dxa"/>
            </w:tcMar>
            <w:vAlign w:val="center"/>
          </w:tcPr>
          <w:p w14:paraId="3B42D6CA" w14:textId="77777777" w:rsidR="00D47296" w:rsidRDefault="008C31C1">
            <w:r>
              <w:rPr>
                <w:i/>
                <w:color w:val="777777"/>
                <w:sz w:val="24"/>
              </w:rPr>
              <w:t>&lt;Contact / unit&gt;</w:t>
            </w:r>
          </w:p>
        </w:tc>
        <w:tc>
          <w:tcPr>
            <w:tcW w:w="2088" w:type="dxa"/>
            <w:tcMar>
              <w:top w:w="70" w:type="dxa"/>
              <w:left w:w="70" w:type="dxa"/>
              <w:bottom w:w="70" w:type="dxa"/>
              <w:right w:w="70" w:type="dxa"/>
            </w:tcMar>
            <w:vAlign w:val="center"/>
          </w:tcPr>
          <w:p w14:paraId="0E36D489"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68843461" w14:textId="77777777" w:rsidR="00D47296" w:rsidRDefault="008C31C1">
            <w:r>
              <w:rPr>
                <w:i/>
                <w:color w:val="777777"/>
                <w:sz w:val="24"/>
              </w:rPr>
              <w:t>&lt;Email&gt;</w:t>
            </w:r>
          </w:p>
        </w:tc>
      </w:tr>
      <w:tr w:rsidR="00D47296" w14:paraId="1B60F8E5" w14:textId="77777777">
        <w:trPr>
          <w:jc w:val="center"/>
        </w:trPr>
        <w:tc>
          <w:tcPr>
            <w:tcW w:w="3096" w:type="dxa"/>
            <w:shd w:val="clear" w:color="auto" w:fill="E8F2EE"/>
            <w:tcMar>
              <w:top w:w="70" w:type="dxa"/>
              <w:left w:w="70" w:type="dxa"/>
              <w:bottom w:w="70" w:type="dxa"/>
              <w:right w:w="70" w:type="dxa"/>
            </w:tcMar>
            <w:vAlign w:val="center"/>
          </w:tcPr>
          <w:p w14:paraId="7D7ABE30" w14:textId="77777777" w:rsidR="00D47296" w:rsidRDefault="008C31C1">
            <w:r>
              <w:rPr>
                <w:sz w:val="17"/>
              </w:rPr>
              <w:t>Maine CDC / Public Health</w:t>
            </w:r>
          </w:p>
        </w:tc>
        <w:tc>
          <w:tcPr>
            <w:tcW w:w="2592" w:type="dxa"/>
            <w:shd w:val="clear" w:color="auto" w:fill="E8F2EE"/>
            <w:tcMar>
              <w:top w:w="70" w:type="dxa"/>
              <w:left w:w="70" w:type="dxa"/>
              <w:bottom w:w="70" w:type="dxa"/>
              <w:right w:w="70" w:type="dxa"/>
            </w:tcMar>
            <w:vAlign w:val="center"/>
          </w:tcPr>
          <w:p w14:paraId="68DF426D"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58044DB3"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3825C0C4" w14:textId="77777777" w:rsidR="00D47296" w:rsidRDefault="008C31C1">
            <w:r>
              <w:rPr>
                <w:i/>
                <w:color w:val="777777"/>
                <w:sz w:val="24"/>
              </w:rPr>
              <w:t>&lt;Email&gt;</w:t>
            </w:r>
          </w:p>
        </w:tc>
      </w:tr>
      <w:tr w:rsidR="00D47296" w14:paraId="5AFA7C44" w14:textId="77777777">
        <w:trPr>
          <w:jc w:val="center"/>
        </w:trPr>
        <w:tc>
          <w:tcPr>
            <w:tcW w:w="3096" w:type="dxa"/>
            <w:tcMar>
              <w:top w:w="70" w:type="dxa"/>
              <w:left w:w="70" w:type="dxa"/>
              <w:bottom w:w="70" w:type="dxa"/>
              <w:right w:w="70" w:type="dxa"/>
            </w:tcMar>
            <w:vAlign w:val="center"/>
          </w:tcPr>
          <w:p w14:paraId="72392CED" w14:textId="77777777" w:rsidR="00D47296" w:rsidRDefault="008C31C1">
            <w:r>
              <w:rPr>
                <w:sz w:val="17"/>
              </w:rPr>
              <w:t>HCC-ME District Liaison</w:t>
            </w:r>
          </w:p>
        </w:tc>
        <w:tc>
          <w:tcPr>
            <w:tcW w:w="2592" w:type="dxa"/>
            <w:tcMar>
              <w:top w:w="70" w:type="dxa"/>
              <w:left w:w="70" w:type="dxa"/>
              <w:bottom w:w="70" w:type="dxa"/>
              <w:right w:w="70" w:type="dxa"/>
            </w:tcMar>
            <w:vAlign w:val="center"/>
          </w:tcPr>
          <w:p w14:paraId="167D61BB"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631B107C"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20543ED0" w14:textId="77777777" w:rsidR="00D47296" w:rsidRDefault="008C31C1">
            <w:r>
              <w:rPr>
                <w:i/>
                <w:color w:val="777777"/>
                <w:sz w:val="24"/>
              </w:rPr>
              <w:t>&lt;Email&gt;</w:t>
            </w:r>
          </w:p>
        </w:tc>
      </w:tr>
      <w:tr w:rsidR="00D47296" w14:paraId="5BFFDC55" w14:textId="77777777">
        <w:trPr>
          <w:jc w:val="center"/>
        </w:trPr>
        <w:tc>
          <w:tcPr>
            <w:tcW w:w="3096" w:type="dxa"/>
            <w:shd w:val="clear" w:color="auto" w:fill="E8F2EE"/>
            <w:tcMar>
              <w:top w:w="70" w:type="dxa"/>
              <w:left w:w="70" w:type="dxa"/>
              <w:bottom w:w="70" w:type="dxa"/>
              <w:right w:w="70" w:type="dxa"/>
            </w:tcMar>
            <w:vAlign w:val="center"/>
          </w:tcPr>
          <w:p w14:paraId="567E1A36" w14:textId="77777777" w:rsidR="00D47296" w:rsidRDefault="008C31C1">
            <w:r>
              <w:rPr>
                <w:sz w:val="17"/>
              </w:rPr>
              <w:t>Nearest ED / hospital</w:t>
            </w:r>
          </w:p>
        </w:tc>
        <w:tc>
          <w:tcPr>
            <w:tcW w:w="2592" w:type="dxa"/>
            <w:shd w:val="clear" w:color="auto" w:fill="E8F2EE"/>
            <w:tcMar>
              <w:top w:w="70" w:type="dxa"/>
              <w:left w:w="70" w:type="dxa"/>
              <w:bottom w:w="70" w:type="dxa"/>
              <w:right w:w="70" w:type="dxa"/>
            </w:tcMar>
            <w:vAlign w:val="center"/>
          </w:tcPr>
          <w:p w14:paraId="3EC07DD5"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79A823A6"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426C9E40" w14:textId="77777777" w:rsidR="00D47296" w:rsidRDefault="008C31C1">
            <w:r>
              <w:rPr>
                <w:i/>
                <w:color w:val="777777"/>
                <w:sz w:val="24"/>
              </w:rPr>
              <w:t>&lt;Email&gt;</w:t>
            </w:r>
          </w:p>
        </w:tc>
      </w:tr>
      <w:tr w:rsidR="00D47296" w14:paraId="43356109" w14:textId="77777777">
        <w:trPr>
          <w:jc w:val="center"/>
        </w:trPr>
        <w:tc>
          <w:tcPr>
            <w:tcW w:w="3096" w:type="dxa"/>
            <w:tcMar>
              <w:top w:w="70" w:type="dxa"/>
              <w:left w:w="70" w:type="dxa"/>
              <w:bottom w:w="70" w:type="dxa"/>
              <w:right w:w="70" w:type="dxa"/>
            </w:tcMar>
            <w:vAlign w:val="center"/>
          </w:tcPr>
          <w:p w14:paraId="01B495FB" w14:textId="77777777" w:rsidR="00D47296" w:rsidRDefault="008C31C1">
            <w:r>
              <w:rPr>
                <w:sz w:val="17"/>
              </w:rPr>
              <w:t>Primary referral / receiving partner</w:t>
            </w:r>
          </w:p>
        </w:tc>
        <w:tc>
          <w:tcPr>
            <w:tcW w:w="2592" w:type="dxa"/>
            <w:tcMar>
              <w:top w:w="70" w:type="dxa"/>
              <w:left w:w="70" w:type="dxa"/>
              <w:bottom w:w="70" w:type="dxa"/>
              <w:right w:w="70" w:type="dxa"/>
            </w:tcMar>
            <w:vAlign w:val="center"/>
          </w:tcPr>
          <w:p w14:paraId="07EA5D48"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4509553F"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1218244D" w14:textId="77777777" w:rsidR="00D47296" w:rsidRDefault="008C31C1">
            <w:r>
              <w:rPr>
                <w:i/>
                <w:color w:val="777777"/>
                <w:sz w:val="24"/>
              </w:rPr>
              <w:t>&lt;Email&gt;</w:t>
            </w:r>
          </w:p>
        </w:tc>
      </w:tr>
      <w:tr w:rsidR="00D47296" w14:paraId="0E0F96E8" w14:textId="77777777">
        <w:trPr>
          <w:jc w:val="center"/>
        </w:trPr>
        <w:tc>
          <w:tcPr>
            <w:tcW w:w="3096" w:type="dxa"/>
            <w:shd w:val="clear" w:color="auto" w:fill="E8F2EE"/>
            <w:tcMar>
              <w:top w:w="70" w:type="dxa"/>
              <w:left w:w="70" w:type="dxa"/>
              <w:bottom w:w="70" w:type="dxa"/>
              <w:right w:w="70" w:type="dxa"/>
            </w:tcMar>
            <w:vAlign w:val="center"/>
          </w:tcPr>
          <w:p w14:paraId="71D85F8C" w14:textId="77777777" w:rsidR="00D47296" w:rsidRDefault="008C31C1">
            <w:r>
              <w:rPr>
                <w:sz w:val="17"/>
              </w:rPr>
              <w:t>Electric utility</w:t>
            </w:r>
          </w:p>
        </w:tc>
        <w:tc>
          <w:tcPr>
            <w:tcW w:w="2592" w:type="dxa"/>
            <w:shd w:val="clear" w:color="auto" w:fill="E8F2EE"/>
            <w:tcMar>
              <w:top w:w="70" w:type="dxa"/>
              <w:left w:w="70" w:type="dxa"/>
              <w:bottom w:w="70" w:type="dxa"/>
              <w:right w:w="70" w:type="dxa"/>
            </w:tcMar>
            <w:vAlign w:val="center"/>
          </w:tcPr>
          <w:p w14:paraId="14D6706D"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01A3D51A"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0532EF36" w14:textId="77777777" w:rsidR="00D47296" w:rsidRDefault="008C31C1">
            <w:r>
              <w:rPr>
                <w:i/>
                <w:color w:val="777777"/>
                <w:sz w:val="24"/>
              </w:rPr>
              <w:t>&lt;Email&gt;</w:t>
            </w:r>
          </w:p>
        </w:tc>
      </w:tr>
      <w:tr w:rsidR="00D47296" w14:paraId="711E6CDD" w14:textId="77777777">
        <w:trPr>
          <w:jc w:val="center"/>
        </w:trPr>
        <w:tc>
          <w:tcPr>
            <w:tcW w:w="3096" w:type="dxa"/>
            <w:tcMar>
              <w:top w:w="70" w:type="dxa"/>
              <w:left w:w="70" w:type="dxa"/>
              <w:bottom w:w="70" w:type="dxa"/>
              <w:right w:w="70" w:type="dxa"/>
            </w:tcMar>
            <w:vAlign w:val="center"/>
          </w:tcPr>
          <w:p w14:paraId="071CE84E" w14:textId="77777777" w:rsidR="00D47296" w:rsidRDefault="008C31C1">
            <w:r>
              <w:rPr>
                <w:sz w:val="17"/>
              </w:rPr>
              <w:t>Water / sewer utility</w:t>
            </w:r>
          </w:p>
        </w:tc>
        <w:tc>
          <w:tcPr>
            <w:tcW w:w="2592" w:type="dxa"/>
            <w:tcMar>
              <w:top w:w="70" w:type="dxa"/>
              <w:left w:w="70" w:type="dxa"/>
              <w:bottom w:w="70" w:type="dxa"/>
              <w:right w:w="70" w:type="dxa"/>
            </w:tcMar>
            <w:vAlign w:val="center"/>
          </w:tcPr>
          <w:p w14:paraId="7B08BE5F"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197C4432"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4F50FD9E" w14:textId="77777777" w:rsidR="00D47296" w:rsidRDefault="008C31C1">
            <w:r>
              <w:rPr>
                <w:i/>
                <w:color w:val="777777"/>
                <w:sz w:val="24"/>
              </w:rPr>
              <w:t>&lt;Email&gt;</w:t>
            </w:r>
          </w:p>
        </w:tc>
      </w:tr>
      <w:tr w:rsidR="00D47296" w14:paraId="00BF36E5" w14:textId="77777777">
        <w:trPr>
          <w:jc w:val="center"/>
        </w:trPr>
        <w:tc>
          <w:tcPr>
            <w:tcW w:w="3096" w:type="dxa"/>
            <w:shd w:val="clear" w:color="auto" w:fill="E8F2EE"/>
            <w:tcMar>
              <w:top w:w="70" w:type="dxa"/>
              <w:left w:w="70" w:type="dxa"/>
              <w:bottom w:w="70" w:type="dxa"/>
              <w:right w:w="70" w:type="dxa"/>
            </w:tcMar>
            <w:vAlign w:val="center"/>
          </w:tcPr>
          <w:p w14:paraId="37434BA7" w14:textId="77777777" w:rsidR="00D47296" w:rsidRDefault="008C31C1">
            <w:r>
              <w:rPr>
                <w:sz w:val="17"/>
              </w:rPr>
              <w:t>IT / EHR vendor</w:t>
            </w:r>
          </w:p>
        </w:tc>
        <w:tc>
          <w:tcPr>
            <w:tcW w:w="2592" w:type="dxa"/>
            <w:shd w:val="clear" w:color="auto" w:fill="E8F2EE"/>
            <w:tcMar>
              <w:top w:w="70" w:type="dxa"/>
              <w:left w:w="70" w:type="dxa"/>
              <w:bottom w:w="70" w:type="dxa"/>
              <w:right w:w="70" w:type="dxa"/>
            </w:tcMar>
            <w:vAlign w:val="center"/>
          </w:tcPr>
          <w:p w14:paraId="2BBA18C4"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1D54DB8A"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5B7709C8" w14:textId="77777777" w:rsidR="00D47296" w:rsidRDefault="008C31C1">
            <w:r>
              <w:rPr>
                <w:i/>
                <w:color w:val="777777"/>
                <w:sz w:val="24"/>
              </w:rPr>
              <w:t>&lt;Email&gt;</w:t>
            </w:r>
          </w:p>
        </w:tc>
      </w:tr>
      <w:tr w:rsidR="00D47296" w14:paraId="024CD30A" w14:textId="77777777">
        <w:trPr>
          <w:jc w:val="center"/>
        </w:trPr>
        <w:tc>
          <w:tcPr>
            <w:tcW w:w="3096" w:type="dxa"/>
            <w:tcMar>
              <w:top w:w="70" w:type="dxa"/>
              <w:left w:w="70" w:type="dxa"/>
              <w:bottom w:w="70" w:type="dxa"/>
              <w:right w:w="70" w:type="dxa"/>
            </w:tcMar>
            <w:vAlign w:val="center"/>
          </w:tcPr>
          <w:p w14:paraId="42A99E9F" w14:textId="77777777" w:rsidR="00D47296" w:rsidRDefault="008C31C1">
            <w:r>
              <w:rPr>
                <w:sz w:val="17"/>
              </w:rPr>
              <w:t>Pharmacy / medication vendor</w:t>
            </w:r>
          </w:p>
        </w:tc>
        <w:tc>
          <w:tcPr>
            <w:tcW w:w="2592" w:type="dxa"/>
            <w:tcMar>
              <w:top w:w="70" w:type="dxa"/>
              <w:left w:w="70" w:type="dxa"/>
              <w:bottom w:w="70" w:type="dxa"/>
              <w:right w:w="70" w:type="dxa"/>
            </w:tcMar>
            <w:vAlign w:val="center"/>
          </w:tcPr>
          <w:p w14:paraId="003712C8"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5BD83981"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1122E235" w14:textId="77777777" w:rsidR="00D47296" w:rsidRDefault="008C31C1">
            <w:r>
              <w:rPr>
                <w:i/>
                <w:color w:val="777777"/>
                <w:sz w:val="24"/>
              </w:rPr>
              <w:t>&lt;Email&gt;</w:t>
            </w:r>
          </w:p>
        </w:tc>
      </w:tr>
      <w:tr w:rsidR="00D47296" w14:paraId="5B4B6BF2" w14:textId="77777777">
        <w:trPr>
          <w:jc w:val="center"/>
        </w:trPr>
        <w:tc>
          <w:tcPr>
            <w:tcW w:w="3096" w:type="dxa"/>
            <w:shd w:val="clear" w:color="auto" w:fill="E8F2EE"/>
            <w:tcMar>
              <w:top w:w="70" w:type="dxa"/>
              <w:left w:w="70" w:type="dxa"/>
              <w:bottom w:w="70" w:type="dxa"/>
              <w:right w:w="70" w:type="dxa"/>
            </w:tcMar>
            <w:vAlign w:val="center"/>
          </w:tcPr>
          <w:p w14:paraId="5848DA8F" w14:textId="77777777" w:rsidR="00D47296" w:rsidRDefault="008C31C1">
            <w:r>
              <w:rPr>
                <w:sz w:val="17"/>
              </w:rPr>
              <w:t>Vaccine / cold-chain vendor</w:t>
            </w:r>
          </w:p>
        </w:tc>
        <w:tc>
          <w:tcPr>
            <w:tcW w:w="2592" w:type="dxa"/>
            <w:shd w:val="clear" w:color="auto" w:fill="E8F2EE"/>
            <w:tcMar>
              <w:top w:w="70" w:type="dxa"/>
              <w:left w:w="70" w:type="dxa"/>
              <w:bottom w:w="70" w:type="dxa"/>
              <w:right w:w="70" w:type="dxa"/>
            </w:tcMar>
            <w:vAlign w:val="center"/>
          </w:tcPr>
          <w:p w14:paraId="7DF57511"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4C990B34"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264FB7D0" w14:textId="77777777" w:rsidR="00D47296" w:rsidRDefault="008C31C1">
            <w:r>
              <w:rPr>
                <w:i/>
                <w:color w:val="777777"/>
                <w:sz w:val="24"/>
              </w:rPr>
              <w:t>&lt;Email&gt;</w:t>
            </w:r>
          </w:p>
        </w:tc>
      </w:tr>
      <w:tr w:rsidR="00D47296" w14:paraId="0C84FEC7" w14:textId="77777777">
        <w:trPr>
          <w:jc w:val="center"/>
        </w:trPr>
        <w:tc>
          <w:tcPr>
            <w:tcW w:w="3096" w:type="dxa"/>
            <w:tcMar>
              <w:top w:w="70" w:type="dxa"/>
              <w:left w:w="70" w:type="dxa"/>
              <w:bottom w:w="70" w:type="dxa"/>
              <w:right w:w="70" w:type="dxa"/>
            </w:tcMar>
            <w:vAlign w:val="center"/>
          </w:tcPr>
          <w:p w14:paraId="77790465" w14:textId="77777777" w:rsidR="00D47296" w:rsidRDefault="008C31C1">
            <w:r>
              <w:rPr>
                <w:sz w:val="17"/>
              </w:rPr>
              <w:t>Security / alarm</w:t>
            </w:r>
          </w:p>
        </w:tc>
        <w:tc>
          <w:tcPr>
            <w:tcW w:w="2592" w:type="dxa"/>
            <w:tcMar>
              <w:top w:w="70" w:type="dxa"/>
              <w:left w:w="70" w:type="dxa"/>
              <w:bottom w:w="70" w:type="dxa"/>
              <w:right w:w="70" w:type="dxa"/>
            </w:tcMar>
            <w:vAlign w:val="center"/>
          </w:tcPr>
          <w:p w14:paraId="78AA7C97"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3F7AAE42" w14:textId="77777777" w:rsidR="00D47296" w:rsidRDefault="008C31C1">
            <w:r>
              <w:rPr>
                <w:i/>
                <w:color w:val="777777"/>
                <w:sz w:val="24"/>
              </w:rPr>
              <w:t>&lt;Phone&gt;</w:t>
            </w:r>
          </w:p>
        </w:tc>
        <w:tc>
          <w:tcPr>
            <w:tcW w:w="2880" w:type="dxa"/>
            <w:tcMar>
              <w:top w:w="70" w:type="dxa"/>
              <w:left w:w="70" w:type="dxa"/>
              <w:bottom w:w="70" w:type="dxa"/>
              <w:right w:w="70" w:type="dxa"/>
            </w:tcMar>
            <w:vAlign w:val="center"/>
          </w:tcPr>
          <w:p w14:paraId="607BE820" w14:textId="77777777" w:rsidR="00D47296" w:rsidRDefault="008C31C1">
            <w:r>
              <w:rPr>
                <w:i/>
                <w:color w:val="777777"/>
                <w:sz w:val="24"/>
              </w:rPr>
              <w:t>&lt;Email&gt;</w:t>
            </w:r>
          </w:p>
        </w:tc>
      </w:tr>
      <w:tr w:rsidR="00D47296" w14:paraId="04F78F90" w14:textId="77777777">
        <w:trPr>
          <w:jc w:val="center"/>
        </w:trPr>
        <w:tc>
          <w:tcPr>
            <w:tcW w:w="3096" w:type="dxa"/>
            <w:shd w:val="clear" w:color="auto" w:fill="E8F2EE"/>
            <w:tcMar>
              <w:top w:w="70" w:type="dxa"/>
              <w:left w:w="70" w:type="dxa"/>
              <w:bottom w:w="70" w:type="dxa"/>
              <w:right w:w="70" w:type="dxa"/>
            </w:tcMar>
            <w:vAlign w:val="center"/>
          </w:tcPr>
          <w:p w14:paraId="652EC207" w14:textId="77777777" w:rsidR="00D47296" w:rsidRDefault="008C31C1">
            <w:r>
              <w:rPr>
                <w:sz w:val="17"/>
              </w:rPr>
              <w:t>Other critical vendor</w:t>
            </w:r>
          </w:p>
        </w:tc>
        <w:tc>
          <w:tcPr>
            <w:tcW w:w="2592" w:type="dxa"/>
            <w:shd w:val="clear" w:color="auto" w:fill="E8F2EE"/>
            <w:tcMar>
              <w:top w:w="70" w:type="dxa"/>
              <w:left w:w="70" w:type="dxa"/>
              <w:bottom w:w="70" w:type="dxa"/>
              <w:right w:w="70" w:type="dxa"/>
            </w:tcMar>
            <w:vAlign w:val="center"/>
          </w:tcPr>
          <w:p w14:paraId="4DD6670D"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353C35C4" w14:textId="77777777" w:rsidR="00D47296" w:rsidRDefault="008C31C1">
            <w:r>
              <w:rPr>
                <w:i/>
                <w:color w:val="777777"/>
                <w:sz w:val="24"/>
              </w:rPr>
              <w:t>&lt;Phone&gt;</w:t>
            </w:r>
          </w:p>
        </w:tc>
        <w:tc>
          <w:tcPr>
            <w:tcW w:w="2880" w:type="dxa"/>
            <w:shd w:val="clear" w:color="auto" w:fill="E8F2EE"/>
            <w:tcMar>
              <w:top w:w="70" w:type="dxa"/>
              <w:left w:w="70" w:type="dxa"/>
              <w:bottom w:w="70" w:type="dxa"/>
              <w:right w:w="70" w:type="dxa"/>
            </w:tcMar>
            <w:vAlign w:val="center"/>
          </w:tcPr>
          <w:p w14:paraId="61E76416" w14:textId="77777777" w:rsidR="00D47296" w:rsidRDefault="008C31C1">
            <w:r>
              <w:rPr>
                <w:i/>
                <w:color w:val="777777"/>
                <w:sz w:val="24"/>
              </w:rPr>
              <w:t>&lt;Email&gt;</w:t>
            </w:r>
          </w:p>
        </w:tc>
      </w:tr>
    </w:tbl>
    <w:p w14:paraId="284B4C8C"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6932DF8F" w14:textId="77777777">
        <w:trPr>
          <w:jc w:val="center"/>
        </w:trPr>
        <w:tc>
          <w:tcPr>
            <w:tcW w:w="10800" w:type="dxa"/>
            <w:shd w:val="clear" w:color="auto" w:fill="E8F2EE"/>
          </w:tcPr>
          <w:p w14:paraId="6BC46A67" w14:textId="77777777" w:rsidR="00D47296" w:rsidRDefault="008C31C1">
            <w:r>
              <w:rPr>
                <w:b/>
                <w:color w:val="015A41"/>
              </w:rPr>
              <w:t xml:space="preserve">CMS COMMUNICATION PLAN </w:t>
            </w:r>
            <w:r>
              <w:t>Maintain required contacts and primary/alternate methods in accordance with 42 CFR §491.12(c). Personal staff phone numbers and patient information should be kept in appropriate secured systems and referenced by controlled location.</w:t>
            </w:r>
          </w:p>
        </w:tc>
      </w:tr>
    </w:tbl>
    <w:p w14:paraId="5FB771C0" w14:textId="77777777" w:rsidR="00D47296" w:rsidRDefault="00D47296">
      <w:pPr>
        <w:spacing w:after="0"/>
      </w:pPr>
    </w:p>
    <w:p w14:paraId="1B93B5CF" w14:textId="77777777" w:rsidR="00D47296" w:rsidRDefault="008C31C1">
      <w:r>
        <w:br w:type="page"/>
      </w:r>
    </w:p>
    <w:tbl>
      <w:tblPr>
        <w:tblW w:w="0" w:type="auto"/>
        <w:jc w:val="center"/>
        <w:tblLook w:val="04A0" w:firstRow="1" w:lastRow="0" w:firstColumn="1" w:lastColumn="0" w:noHBand="0" w:noVBand="1"/>
      </w:tblPr>
      <w:tblGrid>
        <w:gridCol w:w="10800"/>
      </w:tblGrid>
      <w:tr w:rsidR="00D47296" w14:paraId="36B06AFC" w14:textId="77777777">
        <w:trPr>
          <w:jc w:val="center"/>
        </w:trPr>
        <w:tc>
          <w:tcPr>
            <w:tcW w:w="10800" w:type="dxa"/>
            <w:shd w:val="clear" w:color="auto" w:fill="015A41"/>
          </w:tcPr>
          <w:p w14:paraId="0CB27EA0" w14:textId="77777777" w:rsidR="00D47296" w:rsidRDefault="008C31C1">
            <w:r>
              <w:rPr>
                <w:b/>
                <w:color w:val="FFFFFF"/>
                <w:sz w:val="34"/>
              </w:rPr>
              <w:lastRenderedPageBreak/>
              <w:t>PLAN APPROVAL &amp; BIENNIAL CMS REVIEW</w:t>
            </w:r>
          </w:p>
        </w:tc>
      </w:tr>
    </w:tbl>
    <w:p w14:paraId="29051B7E" w14:textId="77777777" w:rsidR="00D47296" w:rsidRDefault="00D47296">
      <w:pPr>
        <w:spacing w:after="0"/>
      </w:pPr>
    </w:p>
    <w:tbl>
      <w:tblPr>
        <w:tblW w:w="0" w:type="auto"/>
        <w:jc w:val="center"/>
        <w:tblLayout w:type="fixed"/>
        <w:tblLook w:val="04A0" w:firstRow="1" w:lastRow="0" w:firstColumn="1" w:lastColumn="0" w:noHBand="0" w:noVBand="1"/>
      </w:tblPr>
      <w:tblGrid>
        <w:gridCol w:w="3168"/>
        <w:gridCol w:w="2736"/>
        <w:gridCol w:w="3168"/>
        <w:gridCol w:w="1440"/>
      </w:tblGrid>
      <w:tr w:rsidR="00D47296" w14:paraId="5DAB2098" w14:textId="77777777">
        <w:trPr>
          <w:tblHeader/>
          <w:jc w:val="center"/>
        </w:trPr>
        <w:tc>
          <w:tcPr>
            <w:tcW w:w="3168" w:type="dxa"/>
            <w:shd w:val="clear" w:color="auto" w:fill="015A41"/>
            <w:tcMar>
              <w:top w:w="70" w:type="dxa"/>
              <w:left w:w="70" w:type="dxa"/>
              <w:bottom w:w="70" w:type="dxa"/>
              <w:right w:w="70" w:type="dxa"/>
            </w:tcMar>
            <w:vAlign w:val="center"/>
          </w:tcPr>
          <w:p w14:paraId="43FC715D" w14:textId="77777777" w:rsidR="00D47296" w:rsidRDefault="008C31C1">
            <w:r>
              <w:rPr>
                <w:b/>
                <w:color w:val="FFFFFF"/>
                <w:sz w:val="17"/>
              </w:rPr>
              <w:t>Approver Role</w:t>
            </w:r>
          </w:p>
        </w:tc>
        <w:tc>
          <w:tcPr>
            <w:tcW w:w="2736" w:type="dxa"/>
            <w:shd w:val="clear" w:color="auto" w:fill="015A41"/>
            <w:tcMar>
              <w:top w:w="70" w:type="dxa"/>
              <w:left w:w="70" w:type="dxa"/>
              <w:bottom w:w="70" w:type="dxa"/>
              <w:right w:w="70" w:type="dxa"/>
            </w:tcMar>
            <w:vAlign w:val="center"/>
          </w:tcPr>
          <w:p w14:paraId="4695C64A" w14:textId="77777777" w:rsidR="00D47296" w:rsidRDefault="008C31C1">
            <w:r>
              <w:rPr>
                <w:b/>
                <w:color w:val="FFFFFF"/>
                <w:sz w:val="17"/>
              </w:rPr>
              <w:t>Name / Title</w:t>
            </w:r>
          </w:p>
        </w:tc>
        <w:tc>
          <w:tcPr>
            <w:tcW w:w="3168" w:type="dxa"/>
            <w:shd w:val="clear" w:color="auto" w:fill="015A41"/>
            <w:tcMar>
              <w:top w:w="70" w:type="dxa"/>
              <w:left w:w="70" w:type="dxa"/>
              <w:bottom w:w="70" w:type="dxa"/>
              <w:right w:w="70" w:type="dxa"/>
            </w:tcMar>
            <w:vAlign w:val="center"/>
          </w:tcPr>
          <w:p w14:paraId="7AE4E5FD" w14:textId="77777777" w:rsidR="00D47296" w:rsidRDefault="008C31C1">
            <w:r>
              <w:rPr>
                <w:b/>
                <w:color w:val="FFFFFF"/>
                <w:sz w:val="17"/>
              </w:rPr>
              <w:t>Approval</w:t>
            </w:r>
          </w:p>
        </w:tc>
        <w:tc>
          <w:tcPr>
            <w:tcW w:w="1440" w:type="dxa"/>
            <w:shd w:val="clear" w:color="auto" w:fill="015A41"/>
            <w:tcMar>
              <w:top w:w="70" w:type="dxa"/>
              <w:left w:w="70" w:type="dxa"/>
              <w:bottom w:w="70" w:type="dxa"/>
              <w:right w:w="70" w:type="dxa"/>
            </w:tcMar>
            <w:vAlign w:val="center"/>
          </w:tcPr>
          <w:p w14:paraId="3A580456" w14:textId="77777777" w:rsidR="00D47296" w:rsidRDefault="008C31C1">
            <w:r>
              <w:rPr>
                <w:b/>
                <w:color w:val="FFFFFF"/>
                <w:sz w:val="17"/>
              </w:rPr>
              <w:t>Date</w:t>
            </w:r>
          </w:p>
        </w:tc>
      </w:tr>
      <w:tr w:rsidR="00D47296" w14:paraId="46485207" w14:textId="77777777">
        <w:trPr>
          <w:jc w:val="center"/>
        </w:trPr>
        <w:tc>
          <w:tcPr>
            <w:tcW w:w="3168" w:type="dxa"/>
            <w:shd w:val="clear" w:color="auto" w:fill="E8F2EE"/>
            <w:tcMar>
              <w:top w:w="70" w:type="dxa"/>
              <w:left w:w="70" w:type="dxa"/>
              <w:bottom w:w="70" w:type="dxa"/>
              <w:right w:w="70" w:type="dxa"/>
            </w:tcMar>
            <w:vAlign w:val="center"/>
          </w:tcPr>
          <w:p w14:paraId="090E60C2" w14:textId="77777777" w:rsidR="00D47296" w:rsidRDefault="008C31C1">
            <w:r>
              <w:rPr>
                <w:sz w:val="17"/>
              </w:rPr>
              <w:t>Executive / Site Leader</w:t>
            </w:r>
          </w:p>
        </w:tc>
        <w:tc>
          <w:tcPr>
            <w:tcW w:w="2736" w:type="dxa"/>
            <w:shd w:val="clear" w:color="auto" w:fill="E8F2EE"/>
            <w:tcMar>
              <w:top w:w="70" w:type="dxa"/>
              <w:left w:w="70" w:type="dxa"/>
              <w:bottom w:w="70" w:type="dxa"/>
              <w:right w:w="70" w:type="dxa"/>
            </w:tcMar>
            <w:vAlign w:val="center"/>
          </w:tcPr>
          <w:p w14:paraId="07A2976C" w14:textId="77777777" w:rsidR="00D47296" w:rsidRDefault="008C31C1">
            <w:r>
              <w:rPr>
                <w:i/>
                <w:color w:val="777777"/>
                <w:sz w:val="24"/>
              </w:rPr>
              <w:t>&lt;Insert&gt;</w:t>
            </w:r>
          </w:p>
        </w:tc>
        <w:tc>
          <w:tcPr>
            <w:tcW w:w="3168" w:type="dxa"/>
            <w:shd w:val="clear" w:color="auto" w:fill="E8F2EE"/>
            <w:tcMar>
              <w:top w:w="70" w:type="dxa"/>
              <w:left w:w="70" w:type="dxa"/>
              <w:bottom w:w="70" w:type="dxa"/>
              <w:right w:w="70" w:type="dxa"/>
            </w:tcMar>
            <w:vAlign w:val="center"/>
          </w:tcPr>
          <w:p w14:paraId="0397AC68" w14:textId="77777777" w:rsidR="00D47296" w:rsidRDefault="008C31C1">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6CBDBEA9" w14:textId="77777777" w:rsidR="00D47296" w:rsidRDefault="008C31C1">
            <w:r>
              <w:rPr>
                <w:i/>
                <w:color w:val="777777"/>
                <w:sz w:val="24"/>
              </w:rPr>
              <w:t>&lt;Date&gt;</w:t>
            </w:r>
          </w:p>
        </w:tc>
      </w:tr>
      <w:tr w:rsidR="00D47296" w14:paraId="4C0A8CD6" w14:textId="77777777">
        <w:trPr>
          <w:jc w:val="center"/>
        </w:trPr>
        <w:tc>
          <w:tcPr>
            <w:tcW w:w="3168" w:type="dxa"/>
            <w:tcMar>
              <w:top w:w="70" w:type="dxa"/>
              <w:left w:w="70" w:type="dxa"/>
              <w:bottom w:w="70" w:type="dxa"/>
              <w:right w:w="70" w:type="dxa"/>
            </w:tcMar>
            <w:vAlign w:val="center"/>
          </w:tcPr>
          <w:p w14:paraId="5F7FC177" w14:textId="77777777" w:rsidR="00D47296" w:rsidRDefault="008C31C1">
            <w:r>
              <w:rPr>
                <w:sz w:val="17"/>
              </w:rPr>
              <w:t>Clinical / Medical Lead</w:t>
            </w:r>
          </w:p>
        </w:tc>
        <w:tc>
          <w:tcPr>
            <w:tcW w:w="2736" w:type="dxa"/>
            <w:tcMar>
              <w:top w:w="70" w:type="dxa"/>
              <w:left w:w="70" w:type="dxa"/>
              <w:bottom w:w="70" w:type="dxa"/>
              <w:right w:w="70" w:type="dxa"/>
            </w:tcMar>
            <w:vAlign w:val="center"/>
          </w:tcPr>
          <w:p w14:paraId="432DD3CA" w14:textId="77777777" w:rsidR="00D47296" w:rsidRDefault="008C31C1">
            <w:r>
              <w:rPr>
                <w:i/>
                <w:color w:val="777777"/>
                <w:sz w:val="24"/>
              </w:rPr>
              <w:t>&lt;Insert&gt;</w:t>
            </w:r>
          </w:p>
        </w:tc>
        <w:tc>
          <w:tcPr>
            <w:tcW w:w="3168" w:type="dxa"/>
            <w:tcMar>
              <w:top w:w="70" w:type="dxa"/>
              <w:left w:w="70" w:type="dxa"/>
              <w:bottom w:w="70" w:type="dxa"/>
              <w:right w:w="70" w:type="dxa"/>
            </w:tcMar>
            <w:vAlign w:val="center"/>
          </w:tcPr>
          <w:p w14:paraId="5022B2E4" w14:textId="77777777" w:rsidR="00D47296" w:rsidRDefault="008C31C1">
            <w:r>
              <w:rPr>
                <w:i/>
                <w:color w:val="777777"/>
                <w:sz w:val="24"/>
              </w:rPr>
              <w:t>&lt;Signature / electronic approval&gt;</w:t>
            </w:r>
          </w:p>
        </w:tc>
        <w:tc>
          <w:tcPr>
            <w:tcW w:w="1440" w:type="dxa"/>
            <w:tcMar>
              <w:top w:w="70" w:type="dxa"/>
              <w:left w:w="70" w:type="dxa"/>
              <w:bottom w:w="70" w:type="dxa"/>
              <w:right w:w="70" w:type="dxa"/>
            </w:tcMar>
            <w:vAlign w:val="center"/>
          </w:tcPr>
          <w:p w14:paraId="5E35ABBE" w14:textId="77777777" w:rsidR="00D47296" w:rsidRDefault="008C31C1">
            <w:r>
              <w:rPr>
                <w:i/>
                <w:color w:val="777777"/>
                <w:sz w:val="24"/>
              </w:rPr>
              <w:t>&lt;Date&gt;</w:t>
            </w:r>
          </w:p>
        </w:tc>
      </w:tr>
      <w:tr w:rsidR="00D47296" w14:paraId="3FA9C0EC" w14:textId="77777777">
        <w:trPr>
          <w:jc w:val="center"/>
        </w:trPr>
        <w:tc>
          <w:tcPr>
            <w:tcW w:w="3168" w:type="dxa"/>
            <w:shd w:val="clear" w:color="auto" w:fill="E8F2EE"/>
            <w:tcMar>
              <w:top w:w="70" w:type="dxa"/>
              <w:left w:w="70" w:type="dxa"/>
              <w:bottom w:w="70" w:type="dxa"/>
              <w:right w:w="70" w:type="dxa"/>
            </w:tcMar>
            <w:vAlign w:val="center"/>
          </w:tcPr>
          <w:p w14:paraId="4BC9CE66" w14:textId="77777777" w:rsidR="00D47296" w:rsidRDefault="008C31C1">
            <w:r>
              <w:rPr>
                <w:sz w:val="17"/>
              </w:rPr>
              <w:t>Emergency Preparedness Coordinator</w:t>
            </w:r>
          </w:p>
        </w:tc>
        <w:tc>
          <w:tcPr>
            <w:tcW w:w="2736" w:type="dxa"/>
            <w:shd w:val="clear" w:color="auto" w:fill="E8F2EE"/>
            <w:tcMar>
              <w:top w:w="70" w:type="dxa"/>
              <w:left w:w="70" w:type="dxa"/>
              <w:bottom w:w="70" w:type="dxa"/>
              <w:right w:w="70" w:type="dxa"/>
            </w:tcMar>
            <w:vAlign w:val="center"/>
          </w:tcPr>
          <w:p w14:paraId="18000509" w14:textId="77777777" w:rsidR="00D47296" w:rsidRDefault="008C31C1">
            <w:r>
              <w:rPr>
                <w:i/>
                <w:color w:val="777777"/>
                <w:sz w:val="24"/>
              </w:rPr>
              <w:t>&lt;Insert&gt;</w:t>
            </w:r>
          </w:p>
        </w:tc>
        <w:tc>
          <w:tcPr>
            <w:tcW w:w="3168" w:type="dxa"/>
            <w:shd w:val="clear" w:color="auto" w:fill="E8F2EE"/>
            <w:tcMar>
              <w:top w:w="70" w:type="dxa"/>
              <w:left w:w="70" w:type="dxa"/>
              <w:bottom w:w="70" w:type="dxa"/>
              <w:right w:w="70" w:type="dxa"/>
            </w:tcMar>
            <w:vAlign w:val="center"/>
          </w:tcPr>
          <w:p w14:paraId="53CDE5E9" w14:textId="77777777" w:rsidR="00D47296" w:rsidRDefault="008C31C1">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1CFA0BF7" w14:textId="77777777" w:rsidR="00D47296" w:rsidRDefault="008C31C1">
            <w:r>
              <w:rPr>
                <w:i/>
                <w:color w:val="777777"/>
                <w:sz w:val="24"/>
              </w:rPr>
              <w:t>&lt;Date&gt;</w:t>
            </w:r>
          </w:p>
        </w:tc>
      </w:tr>
      <w:tr w:rsidR="00D47296" w14:paraId="2D6DEFB2" w14:textId="77777777">
        <w:trPr>
          <w:jc w:val="center"/>
        </w:trPr>
        <w:tc>
          <w:tcPr>
            <w:tcW w:w="3168" w:type="dxa"/>
            <w:tcMar>
              <w:top w:w="70" w:type="dxa"/>
              <w:left w:w="70" w:type="dxa"/>
              <w:bottom w:w="70" w:type="dxa"/>
              <w:right w:w="70" w:type="dxa"/>
            </w:tcMar>
            <w:vAlign w:val="center"/>
          </w:tcPr>
          <w:p w14:paraId="6E5AEE6E" w14:textId="77777777" w:rsidR="00D47296" w:rsidRDefault="008C31C1">
            <w:r>
              <w:rPr>
                <w:sz w:val="17"/>
              </w:rPr>
              <w:t>Facilities / Safety Lead</w:t>
            </w:r>
          </w:p>
        </w:tc>
        <w:tc>
          <w:tcPr>
            <w:tcW w:w="2736" w:type="dxa"/>
            <w:tcMar>
              <w:top w:w="70" w:type="dxa"/>
              <w:left w:w="70" w:type="dxa"/>
              <w:bottom w:w="70" w:type="dxa"/>
              <w:right w:w="70" w:type="dxa"/>
            </w:tcMar>
            <w:vAlign w:val="center"/>
          </w:tcPr>
          <w:p w14:paraId="3179E3DA" w14:textId="77777777" w:rsidR="00D47296" w:rsidRDefault="008C31C1">
            <w:r>
              <w:rPr>
                <w:i/>
                <w:color w:val="777777"/>
                <w:sz w:val="24"/>
              </w:rPr>
              <w:t>&lt;Insert&gt;</w:t>
            </w:r>
          </w:p>
        </w:tc>
        <w:tc>
          <w:tcPr>
            <w:tcW w:w="3168" w:type="dxa"/>
            <w:tcMar>
              <w:top w:w="70" w:type="dxa"/>
              <w:left w:w="70" w:type="dxa"/>
              <w:bottom w:w="70" w:type="dxa"/>
              <w:right w:w="70" w:type="dxa"/>
            </w:tcMar>
            <w:vAlign w:val="center"/>
          </w:tcPr>
          <w:p w14:paraId="2C26FFA2" w14:textId="77777777" w:rsidR="00D47296" w:rsidRDefault="008C31C1">
            <w:r>
              <w:rPr>
                <w:i/>
                <w:color w:val="777777"/>
                <w:sz w:val="24"/>
              </w:rPr>
              <w:t>&lt;Signature / electronic approval&gt;</w:t>
            </w:r>
          </w:p>
        </w:tc>
        <w:tc>
          <w:tcPr>
            <w:tcW w:w="1440" w:type="dxa"/>
            <w:tcMar>
              <w:top w:w="70" w:type="dxa"/>
              <w:left w:w="70" w:type="dxa"/>
              <w:bottom w:w="70" w:type="dxa"/>
              <w:right w:w="70" w:type="dxa"/>
            </w:tcMar>
            <w:vAlign w:val="center"/>
          </w:tcPr>
          <w:p w14:paraId="6F29B0BB" w14:textId="77777777" w:rsidR="00D47296" w:rsidRDefault="008C31C1">
            <w:r>
              <w:rPr>
                <w:i/>
                <w:color w:val="777777"/>
                <w:sz w:val="24"/>
              </w:rPr>
              <w:t>&lt;Date&gt;</w:t>
            </w:r>
          </w:p>
        </w:tc>
      </w:tr>
      <w:tr w:rsidR="00D47296" w14:paraId="0FFDC4C5" w14:textId="77777777">
        <w:trPr>
          <w:jc w:val="center"/>
        </w:trPr>
        <w:tc>
          <w:tcPr>
            <w:tcW w:w="3168" w:type="dxa"/>
            <w:shd w:val="clear" w:color="auto" w:fill="E8F2EE"/>
            <w:tcMar>
              <w:top w:w="70" w:type="dxa"/>
              <w:left w:w="70" w:type="dxa"/>
              <w:bottom w:w="70" w:type="dxa"/>
              <w:right w:w="70" w:type="dxa"/>
            </w:tcMar>
            <w:vAlign w:val="center"/>
          </w:tcPr>
          <w:p w14:paraId="6D913995" w14:textId="77777777" w:rsidR="00D47296" w:rsidRDefault="008C31C1">
            <w:r>
              <w:rPr>
                <w:sz w:val="17"/>
              </w:rPr>
              <w:t>IT / Security Lead</w:t>
            </w:r>
          </w:p>
        </w:tc>
        <w:tc>
          <w:tcPr>
            <w:tcW w:w="2736" w:type="dxa"/>
            <w:shd w:val="clear" w:color="auto" w:fill="E8F2EE"/>
            <w:tcMar>
              <w:top w:w="70" w:type="dxa"/>
              <w:left w:w="70" w:type="dxa"/>
              <w:bottom w:w="70" w:type="dxa"/>
              <w:right w:w="70" w:type="dxa"/>
            </w:tcMar>
            <w:vAlign w:val="center"/>
          </w:tcPr>
          <w:p w14:paraId="775AF2A0" w14:textId="77777777" w:rsidR="00D47296" w:rsidRDefault="008C31C1">
            <w:r>
              <w:rPr>
                <w:i/>
                <w:color w:val="777777"/>
                <w:sz w:val="24"/>
              </w:rPr>
              <w:t>&lt;Insert&gt;</w:t>
            </w:r>
          </w:p>
        </w:tc>
        <w:tc>
          <w:tcPr>
            <w:tcW w:w="3168" w:type="dxa"/>
            <w:shd w:val="clear" w:color="auto" w:fill="E8F2EE"/>
            <w:tcMar>
              <w:top w:w="70" w:type="dxa"/>
              <w:left w:w="70" w:type="dxa"/>
              <w:bottom w:w="70" w:type="dxa"/>
              <w:right w:w="70" w:type="dxa"/>
            </w:tcMar>
            <w:vAlign w:val="center"/>
          </w:tcPr>
          <w:p w14:paraId="771ADABC" w14:textId="77777777" w:rsidR="00D47296" w:rsidRDefault="008C31C1">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5C464CD1" w14:textId="77777777" w:rsidR="00D47296" w:rsidRDefault="008C31C1">
            <w:r>
              <w:rPr>
                <w:i/>
                <w:color w:val="777777"/>
                <w:sz w:val="24"/>
              </w:rPr>
              <w:t>&lt;Date&gt;</w:t>
            </w:r>
          </w:p>
        </w:tc>
      </w:tr>
      <w:tr w:rsidR="00D47296" w14:paraId="453F6133" w14:textId="77777777">
        <w:trPr>
          <w:jc w:val="center"/>
        </w:trPr>
        <w:tc>
          <w:tcPr>
            <w:tcW w:w="3168" w:type="dxa"/>
            <w:tcMar>
              <w:top w:w="70" w:type="dxa"/>
              <w:left w:w="70" w:type="dxa"/>
              <w:bottom w:w="70" w:type="dxa"/>
              <w:right w:w="70" w:type="dxa"/>
            </w:tcMar>
            <w:vAlign w:val="center"/>
          </w:tcPr>
          <w:p w14:paraId="1572810D" w14:textId="77777777" w:rsidR="00D47296" w:rsidRDefault="008C31C1">
            <w:r>
              <w:rPr>
                <w:sz w:val="17"/>
              </w:rPr>
              <w:t>Infection Prevention / Public Health Lead</w:t>
            </w:r>
          </w:p>
        </w:tc>
        <w:tc>
          <w:tcPr>
            <w:tcW w:w="2736" w:type="dxa"/>
            <w:tcMar>
              <w:top w:w="70" w:type="dxa"/>
              <w:left w:w="70" w:type="dxa"/>
              <w:bottom w:w="70" w:type="dxa"/>
              <w:right w:w="70" w:type="dxa"/>
            </w:tcMar>
            <w:vAlign w:val="center"/>
          </w:tcPr>
          <w:p w14:paraId="64CD8E23" w14:textId="77777777" w:rsidR="00D47296" w:rsidRDefault="008C31C1">
            <w:r>
              <w:rPr>
                <w:i/>
                <w:color w:val="777777"/>
                <w:sz w:val="24"/>
              </w:rPr>
              <w:t>&lt;Insert&gt;</w:t>
            </w:r>
          </w:p>
        </w:tc>
        <w:tc>
          <w:tcPr>
            <w:tcW w:w="3168" w:type="dxa"/>
            <w:tcMar>
              <w:top w:w="70" w:type="dxa"/>
              <w:left w:w="70" w:type="dxa"/>
              <w:bottom w:w="70" w:type="dxa"/>
              <w:right w:w="70" w:type="dxa"/>
            </w:tcMar>
            <w:vAlign w:val="center"/>
          </w:tcPr>
          <w:p w14:paraId="3CD2BA51" w14:textId="77777777" w:rsidR="00D47296" w:rsidRDefault="008C31C1">
            <w:r>
              <w:rPr>
                <w:i/>
                <w:color w:val="777777"/>
                <w:sz w:val="24"/>
              </w:rPr>
              <w:t>&lt;Signature / electronic approval&gt;</w:t>
            </w:r>
          </w:p>
        </w:tc>
        <w:tc>
          <w:tcPr>
            <w:tcW w:w="1440" w:type="dxa"/>
            <w:tcMar>
              <w:top w:w="70" w:type="dxa"/>
              <w:left w:w="70" w:type="dxa"/>
              <w:bottom w:w="70" w:type="dxa"/>
              <w:right w:w="70" w:type="dxa"/>
            </w:tcMar>
            <w:vAlign w:val="center"/>
          </w:tcPr>
          <w:p w14:paraId="7B429AF3" w14:textId="77777777" w:rsidR="00D47296" w:rsidRDefault="008C31C1">
            <w:r>
              <w:rPr>
                <w:i/>
                <w:color w:val="777777"/>
                <w:sz w:val="24"/>
              </w:rPr>
              <w:t>&lt;Date&gt;</w:t>
            </w:r>
          </w:p>
        </w:tc>
      </w:tr>
      <w:tr w:rsidR="00D47296" w14:paraId="75F50CB7" w14:textId="77777777">
        <w:trPr>
          <w:jc w:val="center"/>
        </w:trPr>
        <w:tc>
          <w:tcPr>
            <w:tcW w:w="3168" w:type="dxa"/>
            <w:shd w:val="clear" w:color="auto" w:fill="E8F2EE"/>
            <w:tcMar>
              <w:top w:w="70" w:type="dxa"/>
              <w:left w:w="70" w:type="dxa"/>
              <w:bottom w:w="70" w:type="dxa"/>
              <w:right w:w="70" w:type="dxa"/>
            </w:tcMar>
            <w:vAlign w:val="center"/>
          </w:tcPr>
          <w:p w14:paraId="2B80C45C" w14:textId="77777777" w:rsidR="00D47296" w:rsidRDefault="008C31C1">
            <w:r>
              <w:rPr>
                <w:sz w:val="17"/>
              </w:rPr>
              <w:t>Other Required Approver</w:t>
            </w:r>
          </w:p>
        </w:tc>
        <w:tc>
          <w:tcPr>
            <w:tcW w:w="2736" w:type="dxa"/>
            <w:shd w:val="clear" w:color="auto" w:fill="E8F2EE"/>
            <w:tcMar>
              <w:top w:w="70" w:type="dxa"/>
              <w:left w:w="70" w:type="dxa"/>
              <w:bottom w:w="70" w:type="dxa"/>
              <w:right w:w="70" w:type="dxa"/>
            </w:tcMar>
            <w:vAlign w:val="center"/>
          </w:tcPr>
          <w:p w14:paraId="05F9C74E" w14:textId="77777777" w:rsidR="00D47296" w:rsidRDefault="008C31C1">
            <w:r>
              <w:rPr>
                <w:i/>
                <w:color w:val="777777"/>
                <w:sz w:val="24"/>
              </w:rPr>
              <w:t>&lt;Insert or N/A&gt;</w:t>
            </w:r>
          </w:p>
        </w:tc>
        <w:tc>
          <w:tcPr>
            <w:tcW w:w="3168" w:type="dxa"/>
            <w:shd w:val="clear" w:color="auto" w:fill="E8F2EE"/>
            <w:tcMar>
              <w:top w:w="70" w:type="dxa"/>
              <w:left w:w="70" w:type="dxa"/>
              <w:bottom w:w="70" w:type="dxa"/>
              <w:right w:w="70" w:type="dxa"/>
            </w:tcMar>
            <w:vAlign w:val="center"/>
          </w:tcPr>
          <w:p w14:paraId="5A5FB28F" w14:textId="77777777" w:rsidR="00D47296" w:rsidRDefault="008C31C1">
            <w:r>
              <w:rPr>
                <w:i/>
                <w:color w:val="777777"/>
                <w:sz w:val="24"/>
              </w:rPr>
              <w:t>&lt;Signature / electronic approval&gt;</w:t>
            </w:r>
          </w:p>
        </w:tc>
        <w:tc>
          <w:tcPr>
            <w:tcW w:w="1440" w:type="dxa"/>
            <w:shd w:val="clear" w:color="auto" w:fill="E8F2EE"/>
            <w:tcMar>
              <w:top w:w="70" w:type="dxa"/>
              <w:left w:w="70" w:type="dxa"/>
              <w:bottom w:w="70" w:type="dxa"/>
              <w:right w:w="70" w:type="dxa"/>
            </w:tcMar>
            <w:vAlign w:val="center"/>
          </w:tcPr>
          <w:p w14:paraId="2451ECC5" w14:textId="77777777" w:rsidR="00D47296" w:rsidRDefault="008C31C1">
            <w:r>
              <w:rPr>
                <w:i/>
                <w:color w:val="777777"/>
                <w:sz w:val="24"/>
              </w:rPr>
              <w:t>&lt;Date&gt;</w:t>
            </w:r>
          </w:p>
        </w:tc>
      </w:tr>
    </w:tbl>
    <w:p w14:paraId="54F5CFCD" w14:textId="77777777" w:rsidR="00D47296" w:rsidRDefault="00D47296">
      <w:pPr>
        <w:spacing w:after="0"/>
      </w:pPr>
    </w:p>
    <w:tbl>
      <w:tblPr>
        <w:tblW w:w="0" w:type="auto"/>
        <w:jc w:val="center"/>
        <w:tblLayout w:type="fixed"/>
        <w:tblLook w:val="04A0" w:firstRow="1" w:lastRow="0" w:firstColumn="1" w:lastColumn="0" w:noHBand="0" w:noVBand="1"/>
      </w:tblPr>
      <w:tblGrid>
        <w:gridCol w:w="3744"/>
        <w:gridCol w:w="6768"/>
      </w:tblGrid>
      <w:tr w:rsidR="00D47296" w14:paraId="35DE7637" w14:textId="77777777">
        <w:trPr>
          <w:tblHeader/>
          <w:jc w:val="center"/>
        </w:trPr>
        <w:tc>
          <w:tcPr>
            <w:tcW w:w="3744" w:type="dxa"/>
            <w:shd w:val="clear" w:color="auto" w:fill="015A41"/>
            <w:tcMar>
              <w:top w:w="70" w:type="dxa"/>
              <w:left w:w="70" w:type="dxa"/>
              <w:bottom w:w="70" w:type="dxa"/>
              <w:right w:w="70" w:type="dxa"/>
            </w:tcMar>
            <w:vAlign w:val="center"/>
          </w:tcPr>
          <w:p w14:paraId="7531C71B" w14:textId="77777777" w:rsidR="00D47296" w:rsidRDefault="008C31C1">
            <w:r>
              <w:rPr>
                <w:b/>
                <w:color w:val="FFFFFF"/>
                <w:sz w:val="19"/>
              </w:rPr>
              <w:t>Field</w:t>
            </w:r>
          </w:p>
        </w:tc>
        <w:tc>
          <w:tcPr>
            <w:tcW w:w="6768" w:type="dxa"/>
            <w:shd w:val="clear" w:color="auto" w:fill="015A41"/>
            <w:tcMar>
              <w:top w:w="70" w:type="dxa"/>
              <w:left w:w="70" w:type="dxa"/>
              <w:bottom w:w="70" w:type="dxa"/>
              <w:right w:w="70" w:type="dxa"/>
            </w:tcMar>
            <w:vAlign w:val="center"/>
          </w:tcPr>
          <w:p w14:paraId="11B05CA2" w14:textId="77777777" w:rsidR="00D47296" w:rsidRDefault="008C31C1">
            <w:r>
              <w:rPr>
                <w:b/>
                <w:color w:val="FFFFFF"/>
                <w:sz w:val="19"/>
              </w:rPr>
              <w:t>Facility Entry</w:t>
            </w:r>
          </w:p>
        </w:tc>
      </w:tr>
      <w:tr w:rsidR="00D47296" w14:paraId="25E5463B" w14:textId="77777777">
        <w:trPr>
          <w:jc w:val="center"/>
        </w:trPr>
        <w:tc>
          <w:tcPr>
            <w:tcW w:w="3744" w:type="dxa"/>
            <w:shd w:val="clear" w:color="auto" w:fill="E8F2EE"/>
            <w:tcMar>
              <w:top w:w="70" w:type="dxa"/>
              <w:left w:w="70" w:type="dxa"/>
              <w:bottom w:w="70" w:type="dxa"/>
              <w:right w:w="70" w:type="dxa"/>
            </w:tcMar>
            <w:vAlign w:val="center"/>
          </w:tcPr>
          <w:p w14:paraId="3269DAC6" w14:textId="77777777" w:rsidR="00D47296" w:rsidRDefault="008C31C1">
            <w:r>
              <w:rPr>
                <w:sz w:val="19"/>
              </w:rPr>
              <w:t>Responsible Plan Owner</w:t>
            </w:r>
          </w:p>
        </w:tc>
        <w:tc>
          <w:tcPr>
            <w:tcW w:w="6768" w:type="dxa"/>
            <w:shd w:val="clear" w:color="auto" w:fill="E8F2EE"/>
            <w:tcMar>
              <w:top w:w="70" w:type="dxa"/>
              <w:left w:w="70" w:type="dxa"/>
              <w:bottom w:w="70" w:type="dxa"/>
              <w:right w:w="70" w:type="dxa"/>
            </w:tcMar>
            <w:vAlign w:val="center"/>
          </w:tcPr>
          <w:p w14:paraId="21FA99A6" w14:textId="77777777" w:rsidR="00D47296" w:rsidRDefault="008C31C1">
            <w:r>
              <w:rPr>
                <w:i/>
                <w:color w:val="777777"/>
                <w:sz w:val="24"/>
              </w:rPr>
              <w:t>&lt;Insert&gt;</w:t>
            </w:r>
          </w:p>
        </w:tc>
      </w:tr>
      <w:tr w:rsidR="00D47296" w14:paraId="28826732" w14:textId="77777777">
        <w:trPr>
          <w:jc w:val="center"/>
        </w:trPr>
        <w:tc>
          <w:tcPr>
            <w:tcW w:w="3744" w:type="dxa"/>
            <w:tcMar>
              <w:top w:w="70" w:type="dxa"/>
              <w:left w:w="70" w:type="dxa"/>
              <w:bottom w:w="70" w:type="dxa"/>
              <w:right w:w="70" w:type="dxa"/>
            </w:tcMar>
            <w:vAlign w:val="center"/>
          </w:tcPr>
          <w:p w14:paraId="67C3FF80" w14:textId="77777777" w:rsidR="00D47296" w:rsidRDefault="008C31C1">
            <w:r>
              <w:rPr>
                <w:sz w:val="19"/>
              </w:rPr>
              <w:t>Last Formal CMS EP Review</w:t>
            </w:r>
          </w:p>
        </w:tc>
        <w:tc>
          <w:tcPr>
            <w:tcW w:w="6768" w:type="dxa"/>
            <w:tcMar>
              <w:top w:w="70" w:type="dxa"/>
              <w:left w:w="70" w:type="dxa"/>
              <w:bottom w:w="70" w:type="dxa"/>
              <w:right w:w="70" w:type="dxa"/>
            </w:tcMar>
            <w:vAlign w:val="center"/>
          </w:tcPr>
          <w:p w14:paraId="652DC8EF" w14:textId="77777777" w:rsidR="00D47296" w:rsidRDefault="008C31C1">
            <w:r>
              <w:rPr>
                <w:i/>
                <w:color w:val="777777"/>
                <w:sz w:val="24"/>
              </w:rPr>
              <w:t>&lt;Insert&gt;</w:t>
            </w:r>
          </w:p>
        </w:tc>
      </w:tr>
      <w:tr w:rsidR="00D47296" w14:paraId="1319807B" w14:textId="77777777">
        <w:trPr>
          <w:jc w:val="center"/>
        </w:trPr>
        <w:tc>
          <w:tcPr>
            <w:tcW w:w="3744" w:type="dxa"/>
            <w:shd w:val="clear" w:color="auto" w:fill="E8F2EE"/>
            <w:tcMar>
              <w:top w:w="70" w:type="dxa"/>
              <w:left w:w="70" w:type="dxa"/>
              <w:bottom w:w="70" w:type="dxa"/>
              <w:right w:w="70" w:type="dxa"/>
            </w:tcMar>
            <w:vAlign w:val="center"/>
          </w:tcPr>
          <w:p w14:paraId="2DBDB1FF" w14:textId="77777777" w:rsidR="00D47296" w:rsidRDefault="008C31C1">
            <w:r>
              <w:rPr>
                <w:sz w:val="19"/>
              </w:rPr>
              <w:t>Next CMS EP Review Due</w:t>
            </w:r>
          </w:p>
        </w:tc>
        <w:tc>
          <w:tcPr>
            <w:tcW w:w="6768" w:type="dxa"/>
            <w:shd w:val="clear" w:color="auto" w:fill="E8F2EE"/>
            <w:tcMar>
              <w:top w:w="70" w:type="dxa"/>
              <w:left w:w="70" w:type="dxa"/>
              <w:bottom w:w="70" w:type="dxa"/>
              <w:right w:w="70" w:type="dxa"/>
            </w:tcMar>
            <w:vAlign w:val="center"/>
          </w:tcPr>
          <w:p w14:paraId="61624C64" w14:textId="77777777" w:rsidR="00D47296" w:rsidRDefault="008C31C1">
            <w:r>
              <w:rPr>
                <w:i/>
                <w:color w:val="777777"/>
                <w:sz w:val="24"/>
              </w:rPr>
              <w:t>&lt;Insert - no later than 2 years&gt;</w:t>
            </w:r>
          </w:p>
        </w:tc>
      </w:tr>
      <w:tr w:rsidR="00D47296" w14:paraId="2A3EE52C" w14:textId="77777777">
        <w:trPr>
          <w:jc w:val="center"/>
        </w:trPr>
        <w:tc>
          <w:tcPr>
            <w:tcW w:w="3744" w:type="dxa"/>
            <w:tcMar>
              <w:top w:w="70" w:type="dxa"/>
              <w:left w:w="70" w:type="dxa"/>
              <w:bottom w:w="70" w:type="dxa"/>
              <w:right w:w="70" w:type="dxa"/>
            </w:tcMar>
            <w:vAlign w:val="center"/>
          </w:tcPr>
          <w:p w14:paraId="5462B497" w14:textId="77777777" w:rsidR="00D47296" w:rsidRDefault="008C31C1">
            <w:r>
              <w:rPr>
                <w:sz w:val="19"/>
              </w:rPr>
              <w:t>Interim Revision Triggers</w:t>
            </w:r>
          </w:p>
        </w:tc>
        <w:tc>
          <w:tcPr>
            <w:tcW w:w="6768" w:type="dxa"/>
            <w:tcMar>
              <w:top w:w="70" w:type="dxa"/>
              <w:left w:w="70" w:type="dxa"/>
              <w:bottom w:w="70" w:type="dxa"/>
              <w:right w:w="70" w:type="dxa"/>
            </w:tcMar>
            <w:vAlign w:val="center"/>
          </w:tcPr>
          <w:p w14:paraId="69B6F0C0" w14:textId="77777777" w:rsidR="00D47296" w:rsidRDefault="008C31C1">
            <w:r>
              <w:rPr>
                <w:sz w:val="19"/>
              </w:rPr>
              <w:t>Changes in HVA, services, patient population, site, staffing, systems, agreements, laws/rules, exercises, actual events, or other material changes.</w:t>
            </w:r>
          </w:p>
        </w:tc>
      </w:tr>
      <w:tr w:rsidR="00D47296" w14:paraId="1EE47BF3" w14:textId="77777777">
        <w:trPr>
          <w:jc w:val="center"/>
        </w:trPr>
        <w:tc>
          <w:tcPr>
            <w:tcW w:w="3744" w:type="dxa"/>
            <w:shd w:val="clear" w:color="auto" w:fill="E8F2EE"/>
            <w:tcMar>
              <w:top w:w="70" w:type="dxa"/>
              <w:left w:w="70" w:type="dxa"/>
              <w:bottom w:w="70" w:type="dxa"/>
              <w:right w:w="70" w:type="dxa"/>
            </w:tcMar>
            <w:vAlign w:val="center"/>
          </w:tcPr>
          <w:p w14:paraId="49EA8048" w14:textId="77777777" w:rsidR="00D47296" w:rsidRDefault="008C31C1">
            <w:r>
              <w:rPr>
                <w:sz w:val="19"/>
              </w:rPr>
              <w:t>HRSA / organizational review cycle</w:t>
            </w:r>
          </w:p>
        </w:tc>
        <w:tc>
          <w:tcPr>
            <w:tcW w:w="6768" w:type="dxa"/>
            <w:shd w:val="clear" w:color="auto" w:fill="E8F2EE"/>
            <w:tcMar>
              <w:top w:w="70" w:type="dxa"/>
              <w:left w:w="70" w:type="dxa"/>
              <w:bottom w:w="70" w:type="dxa"/>
              <w:right w:w="70" w:type="dxa"/>
            </w:tcMar>
            <w:vAlign w:val="center"/>
          </w:tcPr>
          <w:p w14:paraId="444825F2" w14:textId="77777777" w:rsidR="00D47296" w:rsidRDefault="008C31C1">
            <w:r>
              <w:rPr>
                <w:i/>
                <w:color w:val="777777"/>
                <w:sz w:val="24"/>
              </w:rPr>
              <w:t>&lt;Insert if applicable&gt;</w:t>
            </w:r>
          </w:p>
        </w:tc>
      </w:tr>
      <w:tr w:rsidR="00D47296" w14:paraId="796B2A79" w14:textId="77777777">
        <w:trPr>
          <w:jc w:val="center"/>
        </w:trPr>
        <w:tc>
          <w:tcPr>
            <w:tcW w:w="3744" w:type="dxa"/>
            <w:tcMar>
              <w:top w:w="70" w:type="dxa"/>
              <w:left w:w="70" w:type="dxa"/>
              <w:bottom w:w="70" w:type="dxa"/>
              <w:right w:w="70" w:type="dxa"/>
            </w:tcMar>
            <w:vAlign w:val="center"/>
          </w:tcPr>
          <w:p w14:paraId="3E73D43F" w14:textId="77777777" w:rsidR="00D47296" w:rsidRDefault="008C31C1">
            <w:r>
              <w:rPr>
                <w:sz w:val="19"/>
              </w:rPr>
              <w:t>Program evaluation cross-reference</w:t>
            </w:r>
          </w:p>
        </w:tc>
        <w:tc>
          <w:tcPr>
            <w:tcW w:w="6768" w:type="dxa"/>
            <w:tcMar>
              <w:top w:w="70" w:type="dxa"/>
              <w:left w:w="70" w:type="dxa"/>
              <w:bottom w:w="70" w:type="dxa"/>
              <w:right w:w="70" w:type="dxa"/>
            </w:tcMar>
            <w:vAlign w:val="center"/>
          </w:tcPr>
          <w:p w14:paraId="7CA24CD9" w14:textId="77777777" w:rsidR="00D47296" w:rsidRDefault="008C31C1">
            <w:r>
              <w:rPr>
                <w:i/>
                <w:color w:val="777777"/>
                <w:sz w:val="24"/>
              </w:rPr>
              <w:t>&lt;42 CFR §491.11 evaluation date/location&gt;</w:t>
            </w:r>
          </w:p>
        </w:tc>
      </w:tr>
    </w:tbl>
    <w:p w14:paraId="1F4957B9"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1B57AC17" w14:textId="77777777">
        <w:trPr>
          <w:jc w:val="center"/>
        </w:trPr>
        <w:tc>
          <w:tcPr>
            <w:tcW w:w="10800" w:type="dxa"/>
            <w:shd w:val="clear" w:color="auto" w:fill="FFF1EC"/>
          </w:tcPr>
          <w:p w14:paraId="5BB7201C" w14:textId="77777777" w:rsidR="00D47296" w:rsidRDefault="008C31C1">
            <w:r>
              <w:rPr>
                <w:b/>
                <w:color w:val="E63B07"/>
              </w:rPr>
              <w:lastRenderedPageBreak/>
              <w:t xml:space="preserve">CMS REQUIRED </w:t>
            </w:r>
            <w:r>
              <w:t>For FQHCs, the emergency plan, emergency preparedness policies/procedures, communication plan, and training/testing program must be reviewed and updated at least every 2 years. Significant P&amp;P updates trigger training on the updated policies/procedures.</w:t>
            </w:r>
          </w:p>
        </w:tc>
      </w:tr>
    </w:tbl>
    <w:p w14:paraId="0D71A0A3" w14:textId="77777777" w:rsidR="00D47296" w:rsidRDefault="00D47296">
      <w:pPr>
        <w:spacing w:after="0"/>
      </w:pPr>
    </w:p>
    <w:p w14:paraId="5B2C3C1E" w14:textId="77777777" w:rsidR="00D47296" w:rsidRDefault="008C31C1">
      <w:r>
        <w:br w:type="page"/>
      </w:r>
    </w:p>
    <w:tbl>
      <w:tblPr>
        <w:tblW w:w="0" w:type="auto"/>
        <w:jc w:val="center"/>
        <w:tblLook w:val="04A0" w:firstRow="1" w:lastRow="0" w:firstColumn="1" w:lastColumn="0" w:noHBand="0" w:noVBand="1"/>
      </w:tblPr>
      <w:tblGrid>
        <w:gridCol w:w="10800"/>
      </w:tblGrid>
      <w:tr w:rsidR="00D47296" w14:paraId="099DC985" w14:textId="77777777">
        <w:trPr>
          <w:jc w:val="center"/>
        </w:trPr>
        <w:tc>
          <w:tcPr>
            <w:tcW w:w="10800" w:type="dxa"/>
            <w:shd w:val="clear" w:color="auto" w:fill="015A41"/>
          </w:tcPr>
          <w:p w14:paraId="4B0B3FDC" w14:textId="77777777" w:rsidR="00D47296" w:rsidRDefault="008C31C1">
            <w:r>
              <w:rPr>
                <w:b/>
                <w:color w:val="FFFFFF"/>
                <w:sz w:val="34"/>
              </w:rPr>
              <w:lastRenderedPageBreak/>
              <w:t>RECORD OF CHANGES</w:t>
            </w:r>
          </w:p>
        </w:tc>
      </w:tr>
    </w:tbl>
    <w:p w14:paraId="0548AAB1" w14:textId="77777777" w:rsidR="00D47296" w:rsidRDefault="00D47296">
      <w:pPr>
        <w:spacing w:after="0"/>
      </w:pPr>
    </w:p>
    <w:tbl>
      <w:tblPr>
        <w:tblW w:w="0" w:type="auto"/>
        <w:jc w:val="center"/>
        <w:tblLayout w:type="fixed"/>
        <w:tblLook w:val="04A0" w:firstRow="1" w:lastRow="0" w:firstColumn="1" w:lastColumn="0" w:noHBand="0" w:noVBand="1"/>
      </w:tblPr>
      <w:tblGrid>
        <w:gridCol w:w="1008"/>
        <w:gridCol w:w="1440"/>
        <w:gridCol w:w="1872"/>
        <w:gridCol w:w="5472"/>
        <w:gridCol w:w="1152"/>
      </w:tblGrid>
      <w:tr w:rsidR="00D47296" w14:paraId="231E4A1B" w14:textId="77777777">
        <w:trPr>
          <w:tblHeader/>
          <w:jc w:val="center"/>
        </w:trPr>
        <w:tc>
          <w:tcPr>
            <w:tcW w:w="1008" w:type="dxa"/>
            <w:shd w:val="clear" w:color="auto" w:fill="015A41"/>
            <w:tcMar>
              <w:top w:w="70" w:type="dxa"/>
              <w:left w:w="70" w:type="dxa"/>
              <w:bottom w:w="70" w:type="dxa"/>
              <w:right w:w="70" w:type="dxa"/>
            </w:tcMar>
            <w:vAlign w:val="center"/>
          </w:tcPr>
          <w:p w14:paraId="4FC904B1" w14:textId="77777777" w:rsidR="00D47296" w:rsidRDefault="008C31C1">
            <w:r>
              <w:rPr>
                <w:b/>
                <w:color w:val="FFFFFF"/>
                <w:sz w:val="17"/>
              </w:rPr>
              <w:t>Change #</w:t>
            </w:r>
          </w:p>
        </w:tc>
        <w:tc>
          <w:tcPr>
            <w:tcW w:w="1440" w:type="dxa"/>
            <w:shd w:val="clear" w:color="auto" w:fill="015A41"/>
            <w:tcMar>
              <w:top w:w="70" w:type="dxa"/>
              <w:left w:w="70" w:type="dxa"/>
              <w:bottom w:w="70" w:type="dxa"/>
              <w:right w:w="70" w:type="dxa"/>
            </w:tcMar>
            <w:vAlign w:val="center"/>
          </w:tcPr>
          <w:p w14:paraId="6DC5E393" w14:textId="77777777" w:rsidR="00D47296" w:rsidRDefault="008C31C1">
            <w:r>
              <w:rPr>
                <w:b/>
                <w:color w:val="FFFFFF"/>
                <w:sz w:val="17"/>
              </w:rPr>
              <w:t>Date</w:t>
            </w:r>
          </w:p>
        </w:tc>
        <w:tc>
          <w:tcPr>
            <w:tcW w:w="1872" w:type="dxa"/>
            <w:shd w:val="clear" w:color="auto" w:fill="015A41"/>
            <w:tcMar>
              <w:top w:w="70" w:type="dxa"/>
              <w:left w:w="70" w:type="dxa"/>
              <w:bottom w:w="70" w:type="dxa"/>
              <w:right w:w="70" w:type="dxa"/>
            </w:tcMar>
            <w:vAlign w:val="center"/>
          </w:tcPr>
          <w:p w14:paraId="5BB8601C" w14:textId="77777777" w:rsidR="00D47296" w:rsidRDefault="008C31C1">
            <w:r>
              <w:rPr>
                <w:b/>
                <w:color w:val="FFFFFF"/>
                <w:sz w:val="17"/>
              </w:rPr>
              <w:t>Section / Page</w:t>
            </w:r>
          </w:p>
        </w:tc>
        <w:tc>
          <w:tcPr>
            <w:tcW w:w="5472" w:type="dxa"/>
            <w:shd w:val="clear" w:color="auto" w:fill="015A41"/>
            <w:tcMar>
              <w:top w:w="70" w:type="dxa"/>
              <w:left w:w="70" w:type="dxa"/>
              <w:bottom w:w="70" w:type="dxa"/>
              <w:right w:w="70" w:type="dxa"/>
            </w:tcMar>
            <w:vAlign w:val="center"/>
          </w:tcPr>
          <w:p w14:paraId="4B4BE69E" w14:textId="77777777" w:rsidR="00D47296" w:rsidRDefault="008C31C1">
            <w:r>
              <w:rPr>
                <w:b/>
                <w:color w:val="FFFFFF"/>
                <w:sz w:val="17"/>
              </w:rPr>
              <w:t>Description</w:t>
            </w:r>
          </w:p>
        </w:tc>
        <w:tc>
          <w:tcPr>
            <w:tcW w:w="1152" w:type="dxa"/>
            <w:shd w:val="clear" w:color="auto" w:fill="015A41"/>
            <w:tcMar>
              <w:top w:w="70" w:type="dxa"/>
              <w:left w:w="70" w:type="dxa"/>
              <w:bottom w:w="70" w:type="dxa"/>
              <w:right w:w="70" w:type="dxa"/>
            </w:tcMar>
            <w:vAlign w:val="center"/>
          </w:tcPr>
          <w:p w14:paraId="39DB0A13" w14:textId="77777777" w:rsidR="00D47296" w:rsidRDefault="008C31C1">
            <w:r>
              <w:rPr>
                <w:b/>
                <w:color w:val="FFFFFF"/>
                <w:sz w:val="17"/>
              </w:rPr>
              <w:t>Initials</w:t>
            </w:r>
          </w:p>
        </w:tc>
      </w:tr>
      <w:tr w:rsidR="00D47296" w14:paraId="67D718DE" w14:textId="77777777">
        <w:trPr>
          <w:jc w:val="center"/>
        </w:trPr>
        <w:tc>
          <w:tcPr>
            <w:tcW w:w="1008" w:type="dxa"/>
            <w:shd w:val="clear" w:color="auto" w:fill="E8F2EE"/>
            <w:tcMar>
              <w:top w:w="70" w:type="dxa"/>
              <w:left w:w="70" w:type="dxa"/>
              <w:bottom w:w="70" w:type="dxa"/>
              <w:right w:w="70" w:type="dxa"/>
            </w:tcMar>
            <w:vAlign w:val="center"/>
          </w:tcPr>
          <w:p w14:paraId="5C0DA10F" w14:textId="77777777" w:rsidR="00D47296" w:rsidRDefault="008C31C1">
            <w:r>
              <w:rPr>
                <w:sz w:val="17"/>
              </w:rPr>
              <w:t>1</w:t>
            </w:r>
          </w:p>
        </w:tc>
        <w:tc>
          <w:tcPr>
            <w:tcW w:w="1440" w:type="dxa"/>
            <w:shd w:val="clear" w:color="auto" w:fill="E8F2EE"/>
            <w:tcMar>
              <w:top w:w="70" w:type="dxa"/>
              <w:left w:w="70" w:type="dxa"/>
              <w:bottom w:w="70" w:type="dxa"/>
              <w:right w:w="70" w:type="dxa"/>
            </w:tcMar>
            <w:vAlign w:val="center"/>
          </w:tcPr>
          <w:p w14:paraId="11E89F95" w14:textId="77777777" w:rsidR="00D47296" w:rsidRDefault="00D47296"/>
        </w:tc>
        <w:tc>
          <w:tcPr>
            <w:tcW w:w="1872" w:type="dxa"/>
            <w:shd w:val="clear" w:color="auto" w:fill="E8F2EE"/>
            <w:tcMar>
              <w:top w:w="70" w:type="dxa"/>
              <w:left w:w="70" w:type="dxa"/>
              <w:bottom w:w="70" w:type="dxa"/>
              <w:right w:w="70" w:type="dxa"/>
            </w:tcMar>
            <w:vAlign w:val="center"/>
          </w:tcPr>
          <w:p w14:paraId="243ED685" w14:textId="77777777" w:rsidR="00D47296" w:rsidRDefault="00D47296"/>
        </w:tc>
        <w:tc>
          <w:tcPr>
            <w:tcW w:w="5472" w:type="dxa"/>
            <w:shd w:val="clear" w:color="auto" w:fill="E8F2EE"/>
            <w:tcMar>
              <w:top w:w="70" w:type="dxa"/>
              <w:left w:w="70" w:type="dxa"/>
              <w:bottom w:w="70" w:type="dxa"/>
              <w:right w:w="70" w:type="dxa"/>
            </w:tcMar>
            <w:vAlign w:val="center"/>
          </w:tcPr>
          <w:p w14:paraId="19B8796C" w14:textId="77777777" w:rsidR="00D47296" w:rsidRDefault="00D47296"/>
        </w:tc>
        <w:tc>
          <w:tcPr>
            <w:tcW w:w="1152" w:type="dxa"/>
            <w:shd w:val="clear" w:color="auto" w:fill="E8F2EE"/>
            <w:tcMar>
              <w:top w:w="70" w:type="dxa"/>
              <w:left w:w="70" w:type="dxa"/>
              <w:bottom w:w="70" w:type="dxa"/>
              <w:right w:w="70" w:type="dxa"/>
            </w:tcMar>
            <w:vAlign w:val="center"/>
          </w:tcPr>
          <w:p w14:paraId="5516D430" w14:textId="77777777" w:rsidR="00D47296" w:rsidRDefault="00D47296"/>
        </w:tc>
      </w:tr>
      <w:tr w:rsidR="00D47296" w14:paraId="1A8329E6" w14:textId="77777777">
        <w:trPr>
          <w:jc w:val="center"/>
        </w:trPr>
        <w:tc>
          <w:tcPr>
            <w:tcW w:w="1008" w:type="dxa"/>
            <w:tcMar>
              <w:top w:w="70" w:type="dxa"/>
              <w:left w:w="70" w:type="dxa"/>
              <w:bottom w:w="70" w:type="dxa"/>
              <w:right w:w="70" w:type="dxa"/>
            </w:tcMar>
            <w:vAlign w:val="center"/>
          </w:tcPr>
          <w:p w14:paraId="41E1D7E9" w14:textId="77777777" w:rsidR="00D47296" w:rsidRDefault="008C31C1">
            <w:r>
              <w:rPr>
                <w:sz w:val="17"/>
              </w:rPr>
              <w:t>2</w:t>
            </w:r>
          </w:p>
        </w:tc>
        <w:tc>
          <w:tcPr>
            <w:tcW w:w="1440" w:type="dxa"/>
            <w:tcMar>
              <w:top w:w="70" w:type="dxa"/>
              <w:left w:w="70" w:type="dxa"/>
              <w:bottom w:w="70" w:type="dxa"/>
              <w:right w:w="70" w:type="dxa"/>
            </w:tcMar>
            <w:vAlign w:val="center"/>
          </w:tcPr>
          <w:p w14:paraId="1024E8A1" w14:textId="77777777" w:rsidR="00D47296" w:rsidRDefault="00D47296"/>
        </w:tc>
        <w:tc>
          <w:tcPr>
            <w:tcW w:w="1872" w:type="dxa"/>
            <w:tcMar>
              <w:top w:w="70" w:type="dxa"/>
              <w:left w:w="70" w:type="dxa"/>
              <w:bottom w:w="70" w:type="dxa"/>
              <w:right w:w="70" w:type="dxa"/>
            </w:tcMar>
            <w:vAlign w:val="center"/>
          </w:tcPr>
          <w:p w14:paraId="72FD19F0" w14:textId="77777777" w:rsidR="00D47296" w:rsidRDefault="00D47296"/>
        </w:tc>
        <w:tc>
          <w:tcPr>
            <w:tcW w:w="5472" w:type="dxa"/>
            <w:tcMar>
              <w:top w:w="70" w:type="dxa"/>
              <w:left w:w="70" w:type="dxa"/>
              <w:bottom w:w="70" w:type="dxa"/>
              <w:right w:w="70" w:type="dxa"/>
            </w:tcMar>
            <w:vAlign w:val="center"/>
          </w:tcPr>
          <w:p w14:paraId="72D907E4" w14:textId="77777777" w:rsidR="00D47296" w:rsidRDefault="00D47296"/>
        </w:tc>
        <w:tc>
          <w:tcPr>
            <w:tcW w:w="1152" w:type="dxa"/>
            <w:tcMar>
              <w:top w:w="70" w:type="dxa"/>
              <w:left w:w="70" w:type="dxa"/>
              <w:bottom w:w="70" w:type="dxa"/>
              <w:right w:w="70" w:type="dxa"/>
            </w:tcMar>
            <w:vAlign w:val="center"/>
          </w:tcPr>
          <w:p w14:paraId="0B10B1D7" w14:textId="77777777" w:rsidR="00D47296" w:rsidRDefault="00D47296"/>
        </w:tc>
      </w:tr>
      <w:tr w:rsidR="00D47296" w14:paraId="46256065" w14:textId="77777777">
        <w:trPr>
          <w:jc w:val="center"/>
        </w:trPr>
        <w:tc>
          <w:tcPr>
            <w:tcW w:w="1008" w:type="dxa"/>
            <w:shd w:val="clear" w:color="auto" w:fill="E8F2EE"/>
            <w:tcMar>
              <w:top w:w="70" w:type="dxa"/>
              <w:left w:w="70" w:type="dxa"/>
              <w:bottom w:w="70" w:type="dxa"/>
              <w:right w:w="70" w:type="dxa"/>
            </w:tcMar>
            <w:vAlign w:val="center"/>
          </w:tcPr>
          <w:p w14:paraId="34EB1726" w14:textId="77777777" w:rsidR="00D47296" w:rsidRDefault="008C31C1">
            <w:r>
              <w:rPr>
                <w:sz w:val="17"/>
              </w:rPr>
              <w:t>3</w:t>
            </w:r>
          </w:p>
        </w:tc>
        <w:tc>
          <w:tcPr>
            <w:tcW w:w="1440" w:type="dxa"/>
            <w:shd w:val="clear" w:color="auto" w:fill="E8F2EE"/>
            <w:tcMar>
              <w:top w:w="70" w:type="dxa"/>
              <w:left w:w="70" w:type="dxa"/>
              <w:bottom w:w="70" w:type="dxa"/>
              <w:right w:w="70" w:type="dxa"/>
            </w:tcMar>
            <w:vAlign w:val="center"/>
          </w:tcPr>
          <w:p w14:paraId="39E3E84B" w14:textId="77777777" w:rsidR="00D47296" w:rsidRDefault="00D47296"/>
        </w:tc>
        <w:tc>
          <w:tcPr>
            <w:tcW w:w="1872" w:type="dxa"/>
            <w:shd w:val="clear" w:color="auto" w:fill="E8F2EE"/>
            <w:tcMar>
              <w:top w:w="70" w:type="dxa"/>
              <w:left w:w="70" w:type="dxa"/>
              <w:bottom w:w="70" w:type="dxa"/>
              <w:right w:w="70" w:type="dxa"/>
            </w:tcMar>
            <w:vAlign w:val="center"/>
          </w:tcPr>
          <w:p w14:paraId="775356C4" w14:textId="77777777" w:rsidR="00D47296" w:rsidRDefault="00D47296"/>
        </w:tc>
        <w:tc>
          <w:tcPr>
            <w:tcW w:w="5472" w:type="dxa"/>
            <w:shd w:val="clear" w:color="auto" w:fill="E8F2EE"/>
            <w:tcMar>
              <w:top w:w="70" w:type="dxa"/>
              <w:left w:w="70" w:type="dxa"/>
              <w:bottom w:w="70" w:type="dxa"/>
              <w:right w:w="70" w:type="dxa"/>
            </w:tcMar>
            <w:vAlign w:val="center"/>
          </w:tcPr>
          <w:p w14:paraId="53348F05" w14:textId="77777777" w:rsidR="00D47296" w:rsidRDefault="00D47296"/>
        </w:tc>
        <w:tc>
          <w:tcPr>
            <w:tcW w:w="1152" w:type="dxa"/>
            <w:shd w:val="clear" w:color="auto" w:fill="E8F2EE"/>
            <w:tcMar>
              <w:top w:w="70" w:type="dxa"/>
              <w:left w:w="70" w:type="dxa"/>
              <w:bottom w:w="70" w:type="dxa"/>
              <w:right w:w="70" w:type="dxa"/>
            </w:tcMar>
            <w:vAlign w:val="center"/>
          </w:tcPr>
          <w:p w14:paraId="225F895C" w14:textId="77777777" w:rsidR="00D47296" w:rsidRDefault="00D47296"/>
        </w:tc>
      </w:tr>
      <w:tr w:rsidR="00D47296" w14:paraId="7D7CD691" w14:textId="77777777">
        <w:trPr>
          <w:jc w:val="center"/>
        </w:trPr>
        <w:tc>
          <w:tcPr>
            <w:tcW w:w="1008" w:type="dxa"/>
            <w:tcMar>
              <w:top w:w="70" w:type="dxa"/>
              <w:left w:w="70" w:type="dxa"/>
              <w:bottom w:w="70" w:type="dxa"/>
              <w:right w:w="70" w:type="dxa"/>
            </w:tcMar>
            <w:vAlign w:val="center"/>
          </w:tcPr>
          <w:p w14:paraId="22EFD198" w14:textId="77777777" w:rsidR="00D47296" w:rsidRDefault="008C31C1">
            <w:r>
              <w:rPr>
                <w:sz w:val="17"/>
              </w:rPr>
              <w:t>4</w:t>
            </w:r>
          </w:p>
        </w:tc>
        <w:tc>
          <w:tcPr>
            <w:tcW w:w="1440" w:type="dxa"/>
            <w:tcMar>
              <w:top w:w="70" w:type="dxa"/>
              <w:left w:w="70" w:type="dxa"/>
              <w:bottom w:w="70" w:type="dxa"/>
              <w:right w:w="70" w:type="dxa"/>
            </w:tcMar>
            <w:vAlign w:val="center"/>
          </w:tcPr>
          <w:p w14:paraId="654871F5" w14:textId="77777777" w:rsidR="00D47296" w:rsidRDefault="00D47296"/>
        </w:tc>
        <w:tc>
          <w:tcPr>
            <w:tcW w:w="1872" w:type="dxa"/>
            <w:tcMar>
              <w:top w:w="70" w:type="dxa"/>
              <w:left w:w="70" w:type="dxa"/>
              <w:bottom w:w="70" w:type="dxa"/>
              <w:right w:w="70" w:type="dxa"/>
            </w:tcMar>
            <w:vAlign w:val="center"/>
          </w:tcPr>
          <w:p w14:paraId="2748B79F" w14:textId="77777777" w:rsidR="00D47296" w:rsidRDefault="00D47296"/>
        </w:tc>
        <w:tc>
          <w:tcPr>
            <w:tcW w:w="5472" w:type="dxa"/>
            <w:tcMar>
              <w:top w:w="70" w:type="dxa"/>
              <w:left w:w="70" w:type="dxa"/>
              <w:bottom w:w="70" w:type="dxa"/>
              <w:right w:w="70" w:type="dxa"/>
            </w:tcMar>
            <w:vAlign w:val="center"/>
          </w:tcPr>
          <w:p w14:paraId="2BB90CA7" w14:textId="77777777" w:rsidR="00D47296" w:rsidRDefault="00D47296"/>
        </w:tc>
        <w:tc>
          <w:tcPr>
            <w:tcW w:w="1152" w:type="dxa"/>
            <w:tcMar>
              <w:top w:w="70" w:type="dxa"/>
              <w:left w:w="70" w:type="dxa"/>
              <w:bottom w:w="70" w:type="dxa"/>
              <w:right w:w="70" w:type="dxa"/>
            </w:tcMar>
            <w:vAlign w:val="center"/>
          </w:tcPr>
          <w:p w14:paraId="75273DDA" w14:textId="77777777" w:rsidR="00D47296" w:rsidRDefault="00D47296"/>
        </w:tc>
      </w:tr>
      <w:tr w:rsidR="00D47296" w14:paraId="4F1C15D6" w14:textId="77777777">
        <w:trPr>
          <w:jc w:val="center"/>
        </w:trPr>
        <w:tc>
          <w:tcPr>
            <w:tcW w:w="1008" w:type="dxa"/>
            <w:shd w:val="clear" w:color="auto" w:fill="E8F2EE"/>
            <w:tcMar>
              <w:top w:w="70" w:type="dxa"/>
              <w:left w:w="70" w:type="dxa"/>
              <w:bottom w:w="70" w:type="dxa"/>
              <w:right w:w="70" w:type="dxa"/>
            </w:tcMar>
            <w:vAlign w:val="center"/>
          </w:tcPr>
          <w:p w14:paraId="39407AFA" w14:textId="77777777" w:rsidR="00D47296" w:rsidRDefault="008C31C1">
            <w:r>
              <w:rPr>
                <w:sz w:val="17"/>
              </w:rPr>
              <w:t>5</w:t>
            </w:r>
          </w:p>
        </w:tc>
        <w:tc>
          <w:tcPr>
            <w:tcW w:w="1440" w:type="dxa"/>
            <w:shd w:val="clear" w:color="auto" w:fill="E8F2EE"/>
            <w:tcMar>
              <w:top w:w="70" w:type="dxa"/>
              <w:left w:w="70" w:type="dxa"/>
              <w:bottom w:w="70" w:type="dxa"/>
              <w:right w:w="70" w:type="dxa"/>
            </w:tcMar>
            <w:vAlign w:val="center"/>
          </w:tcPr>
          <w:p w14:paraId="79BA9DDC" w14:textId="77777777" w:rsidR="00D47296" w:rsidRDefault="00D47296"/>
        </w:tc>
        <w:tc>
          <w:tcPr>
            <w:tcW w:w="1872" w:type="dxa"/>
            <w:shd w:val="clear" w:color="auto" w:fill="E8F2EE"/>
            <w:tcMar>
              <w:top w:w="70" w:type="dxa"/>
              <w:left w:w="70" w:type="dxa"/>
              <w:bottom w:w="70" w:type="dxa"/>
              <w:right w:w="70" w:type="dxa"/>
            </w:tcMar>
            <w:vAlign w:val="center"/>
          </w:tcPr>
          <w:p w14:paraId="07470759" w14:textId="77777777" w:rsidR="00D47296" w:rsidRDefault="00D47296"/>
        </w:tc>
        <w:tc>
          <w:tcPr>
            <w:tcW w:w="5472" w:type="dxa"/>
            <w:shd w:val="clear" w:color="auto" w:fill="E8F2EE"/>
            <w:tcMar>
              <w:top w:w="70" w:type="dxa"/>
              <w:left w:w="70" w:type="dxa"/>
              <w:bottom w:w="70" w:type="dxa"/>
              <w:right w:w="70" w:type="dxa"/>
            </w:tcMar>
            <w:vAlign w:val="center"/>
          </w:tcPr>
          <w:p w14:paraId="4AF18FB6" w14:textId="77777777" w:rsidR="00D47296" w:rsidRDefault="00D47296"/>
        </w:tc>
        <w:tc>
          <w:tcPr>
            <w:tcW w:w="1152" w:type="dxa"/>
            <w:shd w:val="clear" w:color="auto" w:fill="E8F2EE"/>
            <w:tcMar>
              <w:top w:w="70" w:type="dxa"/>
              <w:left w:w="70" w:type="dxa"/>
              <w:bottom w:w="70" w:type="dxa"/>
              <w:right w:w="70" w:type="dxa"/>
            </w:tcMar>
            <w:vAlign w:val="center"/>
          </w:tcPr>
          <w:p w14:paraId="302323AB" w14:textId="77777777" w:rsidR="00D47296" w:rsidRDefault="00D47296"/>
        </w:tc>
      </w:tr>
      <w:tr w:rsidR="00D47296" w14:paraId="39D1F85B" w14:textId="77777777">
        <w:trPr>
          <w:jc w:val="center"/>
        </w:trPr>
        <w:tc>
          <w:tcPr>
            <w:tcW w:w="1008" w:type="dxa"/>
            <w:tcMar>
              <w:top w:w="70" w:type="dxa"/>
              <w:left w:w="70" w:type="dxa"/>
              <w:bottom w:w="70" w:type="dxa"/>
              <w:right w:w="70" w:type="dxa"/>
            </w:tcMar>
            <w:vAlign w:val="center"/>
          </w:tcPr>
          <w:p w14:paraId="037E8DDC" w14:textId="77777777" w:rsidR="00D47296" w:rsidRDefault="008C31C1">
            <w:r>
              <w:rPr>
                <w:sz w:val="17"/>
              </w:rPr>
              <w:t>6</w:t>
            </w:r>
          </w:p>
        </w:tc>
        <w:tc>
          <w:tcPr>
            <w:tcW w:w="1440" w:type="dxa"/>
            <w:tcMar>
              <w:top w:w="70" w:type="dxa"/>
              <w:left w:w="70" w:type="dxa"/>
              <w:bottom w:w="70" w:type="dxa"/>
              <w:right w:w="70" w:type="dxa"/>
            </w:tcMar>
            <w:vAlign w:val="center"/>
          </w:tcPr>
          <w:p w14:paraId="2914DF9B" w14:textId="77777777" w:rsidR="00D47296" w:rsidRDefault="00D47296"/>
        </w:tc>
        <w:tc>
          <w:tcPr>
            <w:tcW w:w="1872" w:type="dxa"/>
            <w:tcMar>
              <w:top w:w="70" w:type="dxa"/>
              <w:left w:w="70" w:type="dxa"/>
              <w:bottom w:w="70" w:type="dxa"/>
              <w:right w:w="70" w:type="dxa"/>
            </w:tcMar>
            <w:vAlign w:val="center"/>
          </w:tcPr>
          <w:p w14:paraId="20D2F701" w14:textId="77777777" w:rsidR="00D47296" w:rsidRDefault="00D47296"/>
        </w:tc>
        <w:tc>
          <w:tcPr>
            <w:tcW w:w="5472" w:type="dxa"/>
            <w:tcMar>
              <w:top w:w="70" w:type="dxa"/>
              <w:left w:w="70" w:type="dxa"/>
              <w:bottom w:w="70" w:type="dxa"/>
              <w:right w:w="70" w:type="dxa"/>
            </w:tcMar>
            <w:vAlign w:val="center"/>
          </w:tcPr>
          <w:p w14:paraId="585AB5F5" w14:textId="77777777" w:rsidR="00D47296" w:rsidRDefault="00D47296"/>
        </w:tc>
        <w:tc>
          <w:tcPr>
            <w:tcW w:w="1152" w:type="dxa"/>
            <w:tcMar>
              <w:top w:w="70" w:type="dxa"/>
              <w:left w:w="70" w:type="dxa"/>
              <w:bottom w:w="70" w:type="dxa"/>
              <w:right w:w="70" w:type="dxa"/>
            </w:tcMar>
            <w:vAlign w:val="center"/>
          </w:tcPr>
          <w:p w14:paraId="2B03549E" w14:textId="77777777" w:rsidR="00D47296" w:rsidRDefault="00D47296"/>
        </w:tc>
      </w:tr>
      <w:tr w:rsidR="00D47296" w14:paraId="44BE6A26" w14:textId="77777777">
        <w:trPr>
          <w:jc w:val="center"/>
        </w:trPr>
        <w:tc>
          <w:tcPr>
            <w:tcW w:w="1008" w:type="dxa"/>
            <w:shd w:val="clear" w:color="auto" w:fill="E8F2EE"/>
            <w:tcMar>
              <w:top w:w="70" w:type="dxa"/>
              <w:left w:w="70" w:type="dxa"/>
              <w:bottom w:w="70" w:type="dxa"/>
              <w:right w:w="70" w:type="dxa"/>
            </w:tcMar>
            <w:vAlign w:val="center"/>
          </w:tcPr>
          <w:p w14:paraId="4731956C" w14:textId="77777777" w:rsidR="00D47296" w:rsidRDefault="008C31C1">
            <w:r>
              <w:rPr>
                <w:sz w:val="17"/>
              </w:rPr>
              <w:t>7</w:t>
            </w:r>
          </w:p>
        </w:tc>
        <w:tc>
          <w:tcPr>
            <w:tcW w:w="1440" w:type="dxa"/>
            <w:shd w:val="clear" w:color="auto" w:fill="E8F2EE"/>
            <w:tcMar>
              <w:top w:w="70" w:type="dxa"/>
              <w:left w:w="70" w:type="dxa"/>
              <w:bottom w:w="70" w:type="dxa"/>
              <w:right w:w="70" w:type="dxa"/>
            </w:tcMar>
            <w:vAlign w:val="center"/>
          </w:tcPr>
          <w:p w14:paraId="543E2C52" w14:textId="77777777" w:rsidR="00D47296" w:rsidRDefault="00D47296"/>
        </w:tc>
        <w:tc>
          <w:tcPr>
            <w:tcW w:w="1872" w:type="dxa"/>
            <w:shd w:val="clear" w:color="auto" w:fill="E8F2EE"/>
            <w:tcMar>
              <w:top w:w="70" w:type="dxa"/>
              <w:left w:w="70" w:type="dxa"/>
              <w:bottom w:w="70" w:type="dxa"/>
              <w:right w:w="70" w:type="dxa"/>
            </w:tcMar>
            <w:vAlign w:val="center"/>
          </w:tcPr>
          <w:p w14:paraId="703728B1" w14:textId="77777777" w:rsidR="00D47296" w:rsidRDefault="00D47296"/>
        </w:tc>
        <w:tc>
          <w:tcPr>
            <w:tcW w:w="5472" w:type="dxa"/>
            <w:shd w:val="clear" w:color="auto" w:fill="E8F2EE"/>
            <w:tcMar>
              <w:top w:w="70" w:type="dxa"/>
              <w:left w:w="70" w:type="dxa"/>
              <w:bottom w:w="70" w:type="dxa"/>
              <w:right w:w="70" w:type="dxa"/>
            </w:tcMar>
            <w:vAlign w:val="center"/>
          </w:tcPr>
          <w:p w14:paraId="0F210584" w14:textId="77777777" w:rsidR="00D47296" w:rsidRDefault="00D47296"/>
        </w:tc>
        <w:tc>
          <w:tcPr>
            <w:tcW w:w="1152" w:type="dxa"/>
            <w:shd w:val="clear" w:color="auto" w:fill="E8F2EE"/>
            <w:tcMar>
              <w:top w:w="70" w:type="dxa"/>
              <w:left w:w="70" w:type="dxa"/>
              <w:bottom w:w="70" w:type="dxa"/>
              <w:right w:w="70" w:type="dxa"/>
            </w:tcMar>
            <w:vAlign w:val="center"/>
          </w:tcPr>
          <w:p w14:paraId="00DD4C22" w14:textId="77777777" w:rsidR="00D47296" w:rsidRDefault="00D47296"/>
        </w:tc>
      </w:tr>
      <w:tr w:rsidR="00D47296" w14:paraId="558F6831" w14:textId="77777777">
        <w:trPr>
          <w:jc w:val="center"/>
        </w:trPr>
        <w:tc>
          <w:tcPr>
            <w:tcW w:w="1008" w:type="dxa"/>
            <w:tcMar>
              <w:top w:w="70" w:type="dxa"/>
              <w:left w:w="70" w:type="dxa"/>
              <w:bottom w:w="70" w:type="dxa"/>
              <w:right w:w="70" w:type="dxa"/>
            </w:tcMar>
            <w:vAlign w:val="center"/>
          </w:tcPr>
          <w:p w14:paraId="57FB1DAE" w14:textId="77777777" w:rsidR="00D47296" w:rsidRDefault="008C31C1">
            <w:r>
              <w:rPr>
                <w:sz w:val="17"/>
              </w:rPr>
              <w:t>8</w:t>
            </w:r>
          </w:p>
        </w:tc>
        <w:tc>
          <w:tcPr>
            <w:tcW w:w="1440" w:type="dxa"/>
            <w:tcMar>
              <w:top w:w="70" w:type="dxa"/>
              <w:left w:w="70" w:type="dxa"/>
              <w:bottom w:w="70" w:type="dxa"/>
              <w:right w:w="70" w:type="dxa"/>
            </w:tcMar>
            <w:vAlign w:val="center"/>
          </w:tcPr>
          <w:p w14:paraId="57AE7467" w14:textId="77777777" w:rsidR="00D47296" w:rsidRDefault="00D47296"/>
        </w:tc>
        <w:tc>
          <w:tcPr>
            <w:tcW w:w="1872" w:type="dxa"/>
            <w:tcMar>
              <w:top w:w="70" w:type="dxa"/>
              <w:left w:w="70" w:type="dxa"/>
              <w:bottom w:w="70" w:type="dxa"/>
              <w:right w:w="70" w:type="dxa"/>
            </w:tcMar>
            <w:vAlign w:val="center"/>
          </w:tcPr>
          <w:p w14:paraId="5AB4653D" w14:textId="77777777" w:rsidR="00D47296" w:rsidRDefault="00D47296"/>
        </w:tc>
        <w:tc>
          <w:tcPr>
            <w:tcW w:w="5472" w:type="dxa"/>
            <w:tcMar>
              <w:top w:w="70" w:type="dxa"/>
              <w:left w:w="70" w:type="dxa"/>
              <w:bottom w:w="70" w:type="dxa"/>
              <w:right w:w="70" w:type="dxa"/>
            </w:tcMar>
            <w:vAlign w:val="center"/>
          </w:tcPr>
          <w:p w14:paraId="559CBC7C" w14:textId="77777777" w:rsidR="00D47296" w:rsidRDefault="00D47296"/>
        </w:tc>
        <w:tc>
          <w:tcPr>
            <w:tcW w:w="1152" w:type="dxa"/>
            <w:tcMar>
              <w:top w:w="70" w:type="dxa"/>
              <w:left w:w="70" w:type="dxa"/>
              <w:bottom w:w="70" w:type="dxa"/>
              <w:right w:w="70" w:type="dxa"/>
            </w:tcMar>
            <w:vAlign w:val="center"/>
          </w:tcPr>
          <w:p w14:paraId="78F7CD64" w14:textId="77777777" w:rsidR="00D47296" w:rsidRDefault="00D47296"/>
        </w:tc>
      </w:tr>
      <w:tr w:rsidR="00D47296" w14:paraId="39FA69AF" w14:textId="77777777">
        <w:trPr>
          <w:jc w:val="center"/>
        </w:trPr>
        <w:tc>
          <w:tcPr>
            <w:tcW w:w="1008" w:type="dxa"/>
            <w:shd w:val="clear" w:color="auto" w:fill="E8F2EE"/>
            <w:tcMar>
              <w:top w:w="70" w:type="dxa"/>
              <w:left w:w="70" w:type="dxa"/>
              <w:bottom w:w="70" w:type="dxa"/>
              <w:right w:w="70" w:type="dxa"/>
            </w:tcMar>
            <w:vAlign w:val="center"/>
          </w:tcPr>
          <w:p w14:paraId="799D0B2B" w14:textId="77777777" w:rsidR="00D47296" w:rsidRDefault="008C31C1">
            <w:r>
              <w:rPr>
                <w:sz w:val="17"/>
              </w:rPr>
              <w:t>9</w:t>
            </w:r>
          </w:p>
        </w:tc>
        <w:tc>
          <w:tcPr>
            <w:tcW w:w="1440" w:type="dxa"/>
            <w:shd w:val="clear" w:color="auto" w:fill="E8F2EE"/>
            <w:tcMar>
              <w:top w:w="70" w:type="dxa"/>
              <w:left w:w="70" w:type="dxa"/>
              <w:bottom w:w="70" w:type="dxa"/>
              <w:right w:w="70" w:type="dxa"/>
            </w:tcMar>
            <w:vAlign w:val="center"/>
          </w:tcPr>
          <w:p w14:paraId="18C27BFE" w14:textId="77777777" w:rsidR="00D47296" w:rsidRDefault="00D47296"/>
        </w:tc>
        <w:tc>
          <w:tcPr>
            <w:tcW w:w="1872" w:type="dxa"/>
            <w:shd w:val="clear" w:color="auto" w:fill="E8F2EE"/>
            <w:tcMar>
              <w:top w:w="70" w:type="dxa"/>
              <w:left w:w="70" w:type="dxa"/>
              <w:bottom w:w="70" w:type="dxa"/>
              <w:right w:w="70" w:type="dxa"/>
            </w:tcMar>
            <w:vAlign w:val="center"/>
          </w:tcPr>
          <w:p w14:paraId="781B6D0D" w14:textId="77777777" w:rsidR="00D47296" w:rsidRDefault="00D47296"/>
        </w:tc>
        <w:tc>
          <w:tcPr>
            <w:tcW w:w="5472" w:type="dxa"/>
            <w:shd w:val="clear" w:color="auto" w:fill="E8F2EE"/>
            <w:tcMar>
              <w:top w:w="70" w:type="dxa"/>
              <w:left w:w="70" w:type="dxa"/>
              <w:bottom w:w="70" w:type="dxa"/>
              <w:right w:w="70" w:type="dxa"/>
            </w:tcMar>
            <w:vAlign w:val="center"/>
          </w:tcPr>
          <w:p w14:paraId="4F338B40" w14:textId="77777777" w:rsidR="00D47296" w:rsidRDefault="00D47296"/>
        </w:tc>
        <w:tc>
          <w:tcPr>
            <w:tcW w:w="1152" w:type="dxa"/>
            <w:shd w:val="clear" w:color="auto" w:fill="E8F2EE"/>
            <w:tcMar>
              <w:top w:w="70" w:type="dxa"/>
              <w:left w:w="70" w:type="dxa"/>
              <w:bottom w:w="70" w:type="dxa"/>
              <w:right w:w="70" w:type="dxa"/>
            </w:tcMar>
            <w:vAlign w:val="center"/>
          </w:tcPr>
          <w:p w14:paraId="0771F616" w14:textId="77777777" w:rsidR="00D47296" w:rsidRDefault="00D47296"/>
        </w:tc>
      </w:tr>
      <w:tr w:rsidR="00D47296" w14:paraId="3D0C6C08" w14:textId="77777777">
        <w:trPr>
          <w:jc w:val="center"/>
        </w:trPr>
        <w:tc>
          <w:tcPr>
            <w:tcW w:w="1008" w:type="dxa"/>
            <w:tcMar>
              <w:top w:w="70" w:type="dxa"/>
              <w:left w:w="70" w:type="dxa"/>
              <w:bottom w:w="70" w:type="dxa"/>
              <w:right w:w="70" w:type="dxa"/>
            </w:tcMar>
            <w:vAlign w:val="center"/>
          </w:tcPr>
          <w:p w14:paraId="56B5212F" w14:textId="77777777" w:rsidR="00D47296" w:rsidRDefault="008C31C1">
            <w:r>
              <w:rPr>
                <w:sz w:val="17"/>
              </w:rPr>
              <w:t>10</w:t>
            </w:r>
          </w:p>
        </w:tc>
        <w:tc>
          <w:tcPr>
            <w:tcW w:w="1440" w:type="dxa"/>
            <w:tcMar>
              <w:top w:w="70" w:type="dxa"/>
              <w:left w:w="70" w:type="dxa"/>
              <w:bottom w:w="70" w:type="dxa"/>
              <w:right w:w="70" w:type="dxa"/>
            </w:tcMar>
            <w:vAlign w:val="center"/>
          </w:tcPr>
          <w:p w14:paraId="7DC6F444" w14:textId="77777777" w:rsidR="00D47296" w:rsidRDefault="00D47296"/>
        </w:tc>
        <w:tc>
          <w:tcPr>
            <w:tcW w:w="1872" w:type="dxa"/>
            <w:tcMar>
              <w:top w:w="70" w:type="dxa"/>
              <w:left w:w="70" w:type="dxa"/>
              <w:bottom w:w="70" w:type="dxa"/>
              <w:right w:w="70" w:type="dxa"/>
            </w:tcMar>
            <w:vAlign w:val="center"/>
          </w:tcPr>
          <w:p w14:paraId="5495DFFE" w14:textId="77777777" w:rsidR="00D47296" w:rsidRDefault="00D47296"/>
        </w:tc>
        <w:tc>
          <w:tcPr>
            <w:tcW w:w="5472" w:type="dxa"/>
            <w:tcMar>
              <w:top w:w="70" w:type="dxa"/>
              <w:left w:w="70" w:type="dxa"/>
              <w:bottom w:w="70" w:type="dxa"/>
              <w:right w:w="70" w:type="dxa"/>
            </w:tcMar>
            <w:vAlign w:val="center"/>
          </w:tcPr>
          <w:p w14:paraId="14BF06E4" w14:textId="77777777" w:rsidR="00D47296" w:rsidRDefault="00D47296"/>
        </w:tc>
        <w:tc>
          <w:tcPr>
            <w:tcW w:w="1152" w:type="dxa"/>
            <w:tcMar>
              <w:top w:w="70" w:type="dxa"/>
              <w:left w:w="70" w:type="dxa"/>
              <w:bottom w:w="70" w:type="dxa"/>
              <w:right w:w="70" w:type="dxa"/>
            </w:tcMar>
            <w:vAlign w:val="center"/>
          </w:tcPr>
          <w:p w14:paraId="7F7816B7" w14:textId="77777777" w:rsidR="00D47296" w:rsidRDefault="00D47296"/>
        </w:tc>
      </w:tr>
    </w:tbl>
    <w:p w14:paraId="20994AFF"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06A51690" w14:textId="77777777">
        <w:trPr>
          <w:jc w:val="center"/>
        </w:trPr>
        <w:tc>
          <w:tcPr>
            <w:tcW w:w="10800" w:type="dxa"/>
            <w:shd w:val="clear" w:color="auto" w:fill="015A41"/>
          </w:tcPr>
          <w:p w14:paraId="33DED52E" w14:textId="77777777" w:rsidR="00D47296" w:rsidRDefault="008C31C1">
            <w:r>
              <w:rPr>
                <w:b/>
                <w:color w:val="FFFFFF"/>
                <w:sz w:val="34"/>
              </w:rPr>
              <w:t>RECORD OF DISTRIBUTION / CONTROLLED ACCESS</w:t>
            </w:r>
          </w:p>
        </w:tc>
      </w:tr>
    </w:tbl>
    <w:p w14:paraId="065F456B" w14:textId="77777777" w:rsidR="00D47296" w:rsidRDefault="00D47296">
      <w:pPr>
        <w:spacing w:after="0"/>
      </w:pPr>
    </w:p>
    <w:tbl>
      <w:tblPr>
        <w:tblW w:w="0" w:type="auto"/>
        <w:jc w:val="center"/>
        <w:tblLayout w:type="fixed"/>
        <w:tblLook w:val="04A0" w:firstRow="1" w:lastRow="0" w:firstColumn="1" w:lastColumn="0" w:noHBand="0" w:noVBand="1"/>
      </w:tblPr>
      <w:tblGrid>
        <w:gridCol w:w="3312"/>
        <w:gridCol w:w="3312"/>
        <w:gridCol w:w="1584"/>
        <w:gridCol w:w="2448"/>
      </w:tblGrid>
      <w:tr w:rsidR="00D47296" w14:paraId="0A1C9A7C" w14:textId="77777777">
        <w:trPr>
          <w:tblHeader/>
          <w:jc w:val="center"/>
        </w:trPr>
        <w:tc>
          <w:tcPr>
            <w:tcW w:w="3312" w:type="dxa"/>
            <w:shd w:val="clear" w:color="auto" w:fill="015A41"/>
            <w:tcMar>
              <w:top w:w="70" w:type="dxa"/>
              <w:left w:w="70" w:type="dxa"/>
              <w:bottom w:w="70" w:type="dxa"/>
              <w:right w:w="70" w:type="dxa"/>
            </w:tcMar>
            <w:vAlign w:val="center"/>
          </w:tcPr>
          <w:p w14:paraId="0FF6C8B4" w14:textId="77777777" w:rsidR="00D47296" w:rsidRDefault="008C31C1">
            <w:r>
              <w:rPr>
                <w:b/>
                <w:color w:val="FFFFFF"/>
                <w:sz w:val="17"/>
              </w:rPr>
              <w:t>Recipient / Role</w:t>
            </w:r>
          </w:p>
        </w:tc>
        <w:tc>
          <w:tcPr>
            <w:tcW w:w="3312" w:type="dxa"/>
            <w:shd w:val="clear" w:color="auto" w:fill="015A41"/>
            <w:tcMar>
              <w:top w:w="70" w:type="dxa"/>
              <w:left w:w="70" w:type="dxa"/>
              <w:bottom w:w="70" w:type="dxa"/>
              <w:right w:w="70" w:type="dxa"/>
            </w:tcMar>
            <w:vAlign w:val="center"/>
          </w:tcPr>
          <w:p w14:paraId="097E6907" w14:textId="77777777" w:rsidR="00D47296" w:rsidRDefault="008C31C1">
            <w:r>
              <w:rPr>
                <w:b/>
                <w:color w:val="FFFFFF"/>
                <w:sz w:val="17"/>
              </w:rPr>
              <w:t>Department / Agency</w:t>
            </w:r>
          </w:p>
        </w:tc>
        <w:tc>
          <w:tcPr>
            <w:tcW w:w="1584" w:type="dxa"/>
            <w:shd w:val="clear" w:color="auto" w:fill="015A41"/>
            <w:tcMar>
              <w:top w:w="70" w:type="dxa"/>
              <w:left w:w="70" w:type="dxa"/>
              <w:bottom w:w="70" w:type="dxa"/>
              <w:right w:w="70" w:type="dxa"/>
            </w:tcMar>
            <w:vAlign w:val="center"/>
          </w:tcPr>
          <w:p w14:paraId="518FD788" w14:textId="77777777" w:rsidR="00D47296" w:rsidRDefault="008C31C1">
            <w:r>
              <w:rPr>
                <w:b/>
                <w:color w:val="FFFFFF"/>
                <w:sz w:val="17"/>
              </w:rPr>
              <w:t>Date</w:t>
            </w:r>
          </w:p>
        </w:tc>
        <w:tc>
          <w:tcPr>
            <w:tcW w:w="2448" w:type="dxa"/>
            <w:shd w:val="clear" w:color="auto" w:fill="015A41"/>
            <w:tcMar>
              <w:top w:w="70" w:type="dxa"/>
              <w:left w:w="70" w:type="dxa"/>
              <w:bottom w:w="70" w:type="dxa"/>
              <w:right w:w="70" w:type="dxa"/>
            </w:tcMar>
            <w:vAlign w:val="center"/>
          </w:tcPr>
          <w:p w14:paraId="164C59C5" w14:textId="77777777" w:rsidR="00D47296" w:rsidRDefault="008C31C1">
            <w:r>
              <w:rPr>
                <w:b/>
                <w:color w:val="FFFFFF"/>
                <w:sz w:val="17"/>
              </w:rPr>
              <w:t>Copy / Access</w:t>
            </w:r>
          </w:p>
        </w:tc>
      </w:tr>
      <w:tr w:rsidR="00D47296" w14:paraId="7AE4EBA7" w14:textId="77777777">
        <w:trPr>
          <w:jc w:val="center"/>
        </w:trPr>
        <w:tc>
          <w:tcPr>
            <w:tcW w:w="3312" w:type="dxa"/>
            <w:shd w:val="clear" w:color="auto" w:fill="E8F2EE"/>
            <w:tcMar>
              <w:top w:w="70" w:type="dxa"/>
              <w:left w:w="70" w:type="dxa"/>
              <w:bottom w:w="70" w:type="dxa"/>
              <w:right w:w="70" w:type="dxa"/>
            </w:tcMar>
            <w:vAlign w:val="center"/>
          </w:tcPr>
          <w:p w14:paraId="065F3834" w14:textId="77777777" w:rsidR="00D47296" w:rsidRDefault="00D47296"/>
        </w:tc>
        <w:tc>
          <w:tcPr>
            <w:tcW w:w="3312" w:type="dxa"/>
            <w:shd w:val="clear" w:color="auto" w:fill="E8F2EE"/>
            <w:tcMar>
              <w:top w:w="70" w:type="dxa"/>
              <w:left w:w="70" w:type="dxa"/>
              <w:bottom w:w="70" w:type="dxa"/>
              <w:right w:w="70" w:type="dxa"/>
            </w:tcMar>
            <w:vAlign w:val="center"/>
          </w:tcPr>
          <w:p w14:paraId="0DFBDC5D" w14:textId="77777777" w:rsidR="00D47296" w:rsidRDefault="00D47296"/>
        </w:tc>
        <w:tc>
          <w:tcPr>
            <w:tcW w:w="1584" w:type="dxa"/>
            <w:shd w:val="clear" w:color="auto" w:fill="E8F2EE"/>
            <w:tcMar>
              <w:top w:w="70" w:type="dxa"/>
              <w:left w:w="70" w:type="dxa"/>
              <w:bottom w:w="70" w:type="dxa"/>
              <w:right w:w="70" w:type="dxa"/>
            </w:tcMar>
            <w:vAlign w:val="center"/>
          </w:tcPr>
          <w:p w14:paraId="12419B7A" w14:textId="77777777" w:rsidR="00D47296" w:rsidRDefault="00D47296"/>
        </w:tc>
        <w:tc>
          <w:tcPr>
            <w:tcW w:w="2448" w:type="dxa"/>
            <w:shd w:val="clear" w:color="auto" w:fill="E8F2EE"/>
            <w:tcMar>
              <w:top w:w="70" w:type="dxa"/>
              <w:left w:w="70" w:type="dxa"/>
              <w:bottom w:w="70" w:type="dxa"/>
              <w:right w:w="70" w:type="dxa"/>
            </w:tcMar>
            <w:vAlign w:val="center"/>
          </w:tcPr>
          <w:p w14:paraId="79F659EE" w14:textId="77777777" w:rsidR="00D47296" w:rsidRDefault="00D47296"/>
        </w:tc>
      </w:tr>
      <w:tr w:rsidR="00D47296" w14:paraId="3F53C550" w14:textId="77777777">
        <w:trPr>
          <w:jc w:val="center"/>
        </w:trPr>
        <w:tc>
          <w:tcPr>
            <w:tcW w:w="3312" w:type="dxa"/>
            <w:tcMar>
              <w:top w:w="70" w:type="dxa"/>
              <w:left w:w="70" w:type="dxa"/>
              <w:bottom w:w="70" w:type="dxa"/>
              <w:right w:w="70" w:type="dxa"/>
            </w:tcMar>
            <w:vAlign w:val="center"/>
          </w:tcPr>
          <w:p w14:paraId="3B3170F6" w14:textId="77777777" w:rsidR="00D47296" w:rsidRDefault="00D47296"/>
        </w:tc>
        <w:tc>
          <w:tcPr>
            <w:tcW w:w="3312" w:type="dxa"/>
            <w:tcMar>
              <w:top w:w="70" w:type="dxa"/>
              <w:left w:w="70" w:type="dxa"/>
              <w:bottom w:w="70" w:type="dxa"/>
              <w:right w:w="70" w:type="dxa"/>
            </w:tcMar>
            <w:vAlign w:val="center"/>
          </w:tcPr>
          <w:p w14:paraId="72C75A9E" w14:textId="77777777" w:rsidR="00D47296" w:rsidRDefault="00D47296"/>
        </w:tc>
        <w:tc>
          <w:tcPr>
            <w:tcW w:w="1584" w:type="dxa"/>
            <w:tcMar>
              <w:top w:w="70" w:type="dxa"/>
              <w:left w:w="70" w:type="dxa"/>
              <w:bottom w:w="70" w:type="dxa"/>
              <w:right w:w="70" w:type="dxa"/>
            </w:tcMar>
            <w:vAlign w:val="center"/>
          </w:tcPr>
          <w:p w14:paraId="64EC43A7" w14:textId="77777777" w:rsidR="00D47296" w:rsidRDefault="00D47296"/>
        </w:tc>
        <w:tc>
          <w:tcPr>
            <w:tcW w:w="2448" w:type="dxa"/>
            <w:tcMar>
              <w:top w:w="70" w:type="dxa"/>
              <w:left w:w="70" w:type="dxa"/>
              <w:bottom w:w="70" w:type="dxa"/>
              <w:right w:w="70" w:type="dxa"/>
            </w:tcMar>
            <w:vAlign w:val="center"/>
          </w:tcPr>
          <w:p w14:paraId="56EC3901" w14:textId="77777777" w:rsidR="00D47296" w:rsidRDefault="00D47296"/>
        </w:tc>
      </w:tr>
      <w:tr w:rsidR="00D47296" w14:paraId="22271708" w14:textId="77777777">
        <w:trPr>
          <w:jc w:val="center"/>
        </w:trPr>
        <w:tc>
          <w:tcPr>
            <w:tcW w:w="3312" w:type="dxa"/>
            <w:shd w:val="clear" w:color="auto" w:fill="E8F2EE"/>
            <w:tcMar>
              <w:top w:w="70" w:type="dxa"/>
              <w:left w:w="70" w:type="dxa"/>
              <w:bottom w:w="70" w:type="dxa"/>
              <w:right w:w="70" w:type="dxa"/>
            </w:tcMar>
            <w:vAlign w:val="center"/>
          </w:tcPr>
          <w:p w14:paraId="0BC561C3" w14:textId="77777777" w:rsidR="00D47296" w:rsidRDefault="00D47296"/>
        </w:tc>
        <w:tc>
          <w:tcPr>
            <w:tcW w:w="3312" w:type="dxa"/>
            <w:shd w:val="clear" w:color="auto" w:fill="E8F2EE"/>
            <w:tcMar>
              <w:top w:w="70" w:type="dxa"/>
              <w:left w:w="70" w:type="dxa"/>
              <w:bottom w:w="70" w:type="dxa"/>
              <w:right w:w="70" w:type="dxa"/>
            </w:tcMar>
            <w:vAlign w:val="center"/>
          </w:tcPr>
          <w:p w14:paraId="2E442532" w14:textId="77777777" w:rsidR="00D47296" w:rsidRDefault="00D47296"/>
        </w:tc>
        <w:tc>
          <w:tcPr>
            <w:tcW w:w="1584" w:type="dxa"/>
            <w:shd w:val="clear" w:color="auto" w:fill="E8F2EE"/>
            <w:tcMar>
              <w:top w:w="70" w:type="dxa"/>
              <w:left w:w="70" w:type="dxa"/>
              <w:bottom w:w="70" w:type="dxa"/>
              <w:right w:w="70" w:type="dxa"/>
            </w:tcMar>
            <w:vAlign w:val="center"/>
          </w:tcPr>
          <w:p w14:paraId="0753C137" w14:textId="77777777" w:rsidR="00D47296" w:rsidRDefault="00D47296"/>
        </w:tc>
        <w:tc>
          <w:tcPr>
            <w:tcW w:w="2448" w:type="dxa"/>
            <w:shd w:val="clear" w:color="auto" w:fill="E8F2EE"/>
            <w:tcMar>
              <w:top w:w="70" w:type="dxa"/>
              <w:left w:w="70" w:type="dxa"/>
              <w:bottom w:w="70" w:type="dxa"/>
              <w:right w:w="70" w:type="dxa"/>
            </w:tcMar>
            <w:vAlign w:val="center"/>
          </w:tcPr>
          <w:p w14:paraId="33280A7C" w14:textId="77777777" w:rsidR="00D47296" w:rsidRDefault="00D47296"/>
        </w:tc>
      </w:tr>
      <w:tr w:rsidR="00D47296" w14:paraId="79F8B97B" w14:textId="77777777">
        <w:trPr>
          <w:jc w:val="center"/>
        </w:trPr>
        <w:tc>
          <w:tcPr>
            <w:tcW w:w="3312" w:type="dxa"/>
            <w:tcMar>
              <w:top w:w="70" w:type="dxa"/>
              <w:left w:w="70" w:type="dxa"/>
              <w:bottom w:w="70" w:type="dxa"/>
              <w:right w:w="70" w:type="dxa"/>
            </w:tcMar>
            <w:vAlign w:val="center"/>
          </w:tcPr>
          <w:p w14:paraId="50AB5B88" w14:textId="77777777" w:rsidR="00D47296" w:rsidRDefault="00D47296"/>
        </w:tc>
        <w:tc>
          <w:tcPr>
            <w:tcW w:w="3312" w:type="dxa"/>
            <w:tcMar>
              <w:top w:w="70" w:type="dxa"/>
              <w:left w:w="70" w:type="dxa"/>
              <w:bottom w:w="70" w:type="dxa"/>
              <w:right w:w="70" w:type="dxa"/>
            </w:tcMar>
            <w:vAlign w:val="center"/>
          </w:tcPr>
          <w:p w14:paraId="58E35123" w14:textId="77777777" w:rsidR="00D47296" w:rsidRDefault="00D47296"/>
        </w:tc>
        <w:tc>
          <w:tcPr>
            <w:tcW w:w="1584" w:type="dxa"/>
            <w:tcMar>
              <w:top w:w="70" w:type="dxa"/>
              <w:left w:w="70" w:type="dxa"/>
              <w:bottom w:w="70" w:type="dxa"/>
              <w:right w:w="70" w:type="dxa"/>
            </w:tcMar>
            <w:vAlign w:val="center"/>
          </w:tcPr>
          <w:p w14:paraId="23AC98AA" w14:textId="77777777" w:rsidR="00D47296" w:rsidRDefault="00D47296"/>
        </w:tc>
        <w:tc>
          <w:tcPr>
            <w:tcW w:w="2448" w:type="dxa"/>
            <w:tcMar>
              <w:top w:w="70" w:type="dxa"/>
              <w:left w:w="70" w:type="dxa"/>
              <w:bottom w:w="70" w:type="dxa"/>
              <w:right w:w="70" w:type="dxa"/>
            </w:tcMar>
            <w:vAlign w:val="center"/>
          </w:tcPr>
          <w:p w14:paraId="2F696948" w14:textId="77777777" w:rsidR="00D47296" w:rsidRDefault="00D47296"/>
        </w:tc>
      </w:tr>
      <w:tr w:rsidR="00D47296" w14:paraId="513783A6" w14:textId="77777777">
        <w:trPr>
          <w:jc w:val="center"/>
        </w:trPr>
        <w:tc>
          <w:tcPr>
            <w:tcW w:w="3312" w:type="dxa"/>
            <w:shd w:val="clear" w:color="auto" w:fill="E8F2EE"/>
            <w:tcMar>
              <w:top w:w="70" w:type="dxa"/>
              <w:left w:w="70" w:type="dxa"/>
              <w:bottom w:w="70" w:type="dxa"/>
              <w:right w:w="70" w:type="dxa"/>
            </w:tcMar>
            <w:vAlign w:val="center"/>
          </w:tcPr>
          <w:p w14:paraId="55F0AB14" w14:textId="77777777" w:rsidR="00D47296" w:rsidRDefault="00D47296"/>
        </w:tc>
        <w:tc>
          <w:tcPr>
            <w:tcW w:w="3312" w:type="dxa"/>
            <w:shd w:val="clear" w:color="auto" w:fill="E8F2EE"/>
            <w:tcMar>
              <w:top w:w="70" w:type="dxa"/>
              <w:left w:w="70" w:type="dxa"/>
              <w:bottom w:w="70" w:type="dxa"/>
              <w:right w:w="70" w:type="dxa"/>
            </w:tcMar>
            <w:vAlign w:val="center"/>
          </w:tcPr>
          <w:p w14:paraId="0CE000CD" w14:textId="77777777" w:rsidR="00D47296" w:rsidRDefault="00D47296"/>
        </w:tc>
        <w:tc>
          <w:tcPr>
            <w:tcW w:w="1584" w:type="dxa"/>
            <w:shd w:val="clear" w:color="auto" w:fill="E8F2EE"/>
            <w:tcMar>
              <w:top w:w="70" w:type="dxa"/>
              <w:left w:w="70" w:type="dxa"/>
              <w:bottom w:w="70" w:type="dxa"/>
              <w:right w:w="70" w:type="dxa"/>
            </w:tcMar>
            <w:vAlign w:val="center"/>
          </w:tcPr>
          <w:p w14:paraId="088B667B" w14:textId="77777777" w:rsidR="00D47296" w:rsidRDefault="00D47296"/>
        </w:tc>
        <w:tc>
          <w:tcPr>
            <w:tcW w:w="2448" w:type="dxa"/>
            <w:shd w:val="clear" w:color="auto" w:fill="E8F2EE"/>
            <w:tcMar>
              <w:top w:w="70" w:type="dxa"/>
              <w:left w:w="70" w:type="dxa"/>
              <w:bottom w:w="70" w:type="dxa"/>
              <w:right w:w="70" w:type="dxa"/>
            </w:tcMar>
            <w:vAlign w:val="center"/>
          </w:tcPr>
          <w:p w14:paraId="66E74463" w14:textId="77777777" w:rsidR="00D47296" w:rsidRDefault="00D47296"/>
        </w:tc>
      </w:tr>
      <w:tr w:rsidR="00D47296" w14:paraId="10B7B5F5" w14:textId="77777777">
        <w:trPr>
          <w:jc w:val="center"/>
        </w:trPr>
        <w:tc>
          <w:tcPr>
            <w:tcW w:w="3312" w:type="dxa"/>
            <w:tcMar>
              <w:top w:w="70" w:type="dxa"/>
              <w:left w:w="70" w:type="dxa"/>
              <w:bottom w:w="70" w:type="dxa"/>
              <w:right w:w="70" w:type="dxa"/>
            </w:tcMar>
            <w:vAlign w:val="center"/>
          </w:tcPr>
          <w:p w14:paraId="59C2508B" w14:textId="77777777" w:rsidR="00D47296" w:rsidRDefault="00D47296"/>
        </w:tc>
        <w:tc>
          <w:tcPr>
            <w:tcW w:w="3312" w:type="dxa"/>
            <w:tcMar>
              <w:top w:w="70" w:type="dxa"/>
              <w:left w:w="70" w:type="dxa"/>
              <w:bottom w:w="70" w:type="dxa"/>
              <w:right w:w="70" w:type="dxa"/>
            </w:tcMar>
            <w:vAlign w:val="center"/>
          </w:tcPr>
          <w:p w14:paraId="0E98CB27" w14:textId="77777777" w:rsidR="00D47296" w:rsidRDefault="00D47296"/>
        </w:tc>
        <w:tc>
          <w:tcPr>
            <w:tcW w:w="1584" w:type="dxa"/>
            <w:tcMar>
              <w:top w:w="70" w:type="dxa"/>
              <w:left w:w="70" w:type="dxa"/>
              <w:bottom w:w="70" w:type="dxa"/>
              <w:right w:w="70" w:type="dxa"/>
            </w:tcMar>
            <w:vAlign w:val="center"/>
          </w:tcPr>
          <w:p w14:paraId="16B644CD" w14:textId="77777777" w:rsidR="00D47296" w:rsidRDefault="00D47296"/>
        </w:tc>
        <w:tc>
          <w:tcPr>
            <w:tcW w:w="2448" w:type="dxa"/>
            <w:tcMar>
              <w:top w:w="70" w:type="dxa"/>
              <w:left w:w="70" w:type="dxa"/>
              <w:bottom w:w="70" w:type="dxa"/>
              <w:right w:w="70" w:type="dxa"/>
            </w:tcMar>
            <w:vAlign w:val="center"/>
          </w:tcPr>
          <w:p w14:paraId="697A37B3" w14:textId="77777777" w:rsidR="00D47296" w:rsidRDefault="00D47296"/>
        </w:tc>
      </w:tr>
      <w:tr w:rsidR="00D47296" w14:paraId="46ECF1D4" w14:textId="77777777">
        <w:trPr>
          <w:jc w:val="center"/>
        </w:trPr>
        <w:tc>
          <w:tcPr>
            <w:tcW w:w="3312" w:type="dxa"/>
            <w:shd w:val="clear" w:color="auto" w:fill="E8F2EE"/>
            <w:tcMar>
              <w:top w:w="70" w:type="dxa"/>
              <w:left w:w="70" w:type="dxa"/>
              <w:bottom w:w="70" w:type="dxa"/>
              <w:right w:w="70" w:type="dxa"/>
            </w:tcMar>
            <w:vAlign w:val="center"/>
          </w:tcPr>
          <w:p w14:paraId="72CC2901" w14:textId="77777777" w:rsidR="00D47296" w:rsidRDefault="00D47296"/>
        </w:tc>
        <w:tc>
          <w:tcPr>
            <w:tcW w:w="3312" w:type="dxa"/>
            <w:shd w:val="clear" w:color="auto" w:fill="E8F2EE"/>
            <w:tcMar>
              <w:top w:w="70" w:type="dxa"/>
              <w:left w:w="70" w:type="dxa"/>
              <w:bottom w:w="70" w:type="dxa"/>
              <w:right w:w="70" w:type="dxa"/>
            </w:tcMar>
            <w:vAlign w:val="center"/>
          </w:tcPr>
          <w:p w14:paraId="1D4E03A0" w14:textId="77777777" w:rsidR="00D47296" w:rsidRDefault="00D47296"/>
        </w:tc>
        <w:tc>
          <w:tcPr>
            <w:tcW w:w="1584" w:type="dxa"/>
            <w:shd w:val="clear" w:color="auto" w:fill="E8F2EE"/>
            <w:tcMar>
              <w:top w:w="70" w:type="dxa"/>
              <w:left w:w="70" w:type="dxa"/>
              <w:bottom w:w="70" w:type="dxa"/>
              <w:right w:w="70" w:type="dxa"/>
            </w:tcMar>
            <w:vAlign w:val="center"/>
          </w:tcPr>
          <w:p w14:paraId="54EDD921" w14:textId="77777777" w:rsidR="00D47296" w:rsidRDefault="00D47296"/>
        </w:tc>
        <w:tc>
          <w:tcPr>
            <w:tcW w:w="2448" w:type="dxa"/>
            <w:shd w:val="clear" w:color="auto" w:fill="E8F2EE"/>
            <w:tcMar>
              <w:top w:w="70" w:type="dxa"/>
              <w:left w:w="70" w:type="dxa"/>
              <w:bottom w:w="70" w:type="dxa"/>
              <w:right w:w="70" w:type="dxa"/>
            </w:tcMar>
            <w:vAlign w:val="center"/>
          </w:tcPr>
          <w:p w14:paraId="43AFB62F" w14:textId="77777777" w:rsidR="00D47296" w:rsidRDefault="00D47296"/>
        </w:tc>
      </w:tr>
      <w:tr w:rsidR="00D47296" w14:paraId="7EE3E8F7" w14:textId="77777777">
        <w:trPr>
          <w:jc w:val="center"/>
        </w:trPr>
        <w:tc>
          <w:tcPr>
            <w:tcW w:w="3312" w:type="dxa"/>
            <w:tcMar>
              <w:top w:w="70" w:type="dxa"/>
              <w:left w:w="70" w:type="dxa"/>
              <w:bottom w:w="70" w:type="dxa"/>
              <w:right w:w="70" w:type="dxa"/>
            </w:tcMar>
            <w:vAlign w:val="center"/>
          </w:tcPr>
          <w:p w14:paraId="0B063A2B" w14:textId="77777777" w:rsidR="00D47296" w:rsidRDefault="00D47296"/>
        </w:tc>
        <w:tc>
          <w:tcPr>
            <w:tcW w:w="3312" w:type="dxa"/>
            <w:tcMar>
              <w:top w:w="70" w:type="dxa"/>
              <w:left w:w="70" w:type="dxa"/>
              <w:bottom w:w="70" w:type="dxa"/>
              <w:right w:w="70" w:type="dxa"/>
            </w:tcMar>
            <w:vAlign w:val="center"/>
          </w:tcPr>
          <w:p w14:paraId="08F24988" w14:textId="77777777" w:rsidR="00D47296" w:rsidRDefault="00D47296"/>
        </w:tc>
        <w:tc>
          <w:tcPr>
            <w:tcW w:w="1584" w:type="dxa"/>
            <w:tcMar>
              <w:top w:w="70" w:type="dxa"/>
              <w:left w:w="70" w:type="dxa"/>
              <w:bottom w:w="70" w:type="dxa"/>
              <w:right w:w="70" w:type="dxa"/>
            </w:tcMar>
            <w:vAlign w:val="center"/>
          </w:tcPr>
          <w:p w14:paraId="51FBABF0" w14:textId="77777777" w:rsidR="00D47296" w:rsidRDefault="00D47296"/>
        </w:tc>
        <w:tc>
          <w:tcPr>
            <w:tcW w:w="2448" w:type="dxa"/>
            <w:tcMar>
              <w:top w:w="70" w:type="dxa"/>
              <w:left w:w="70" w:type="dxa"/>
              <w:bottom w:w="70" w:type="dxa"/>
              <w:right w:w="70" w:type="dxa"/>
            </w:tcMar>
            <w:vAlign w:val="center"/>
          </w:tcPr>
          <w:p w14:paraId="3F00059B" w14:textId="77777777" w:rsidR="00D47296" w:rsidRDefault="00D47296"/>
        </w:tc>
      </w:tr>
    </w:tbl>
    <w:p w14:paraId="086D4DE2"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2A2F3F8E" w14:textId="77777777">
        <w:trPr>
          <w:jc w:val="center"/>
        </w:trPr>
        <w:tc>
          <w:tcPr>
            <w:tcW w:w="10800" w:type="dxa"/>
            <w:shd w:val="clear" w:color="auto" w:fill="E8F2EE"/>
          </w:tcPr>
          <w:p w14:paraId="64519E35" w14:textId="77777777" w:rsidR="00D47296" w:rsidRDefault="008C31C1">
            <w:r>
              <w:rPr>
                <w:b/>
                <w:color w:val="015A41"/>
              </w:rPr>
              <w:t xml:space="preserve">PRIVACY / SECURITY </w:t>
            </w:r>
            <w:r>
              <w:t>Do not place patient-identifiable information, unrestricted employee personal contacts, passwords, security-system codes, or other sensitive information in broadly distributed copies of the EOP. Reference secured controlled locations.</w:t>
            </w:r>
          </w:p>
        </w:tc>
      </w:tr>
    </w:tbl>
    <w:p w14:paraId="71A5FE6E" w14:textId="77777777" w:rsidR="00D47296" w:rsidRDefault="00D47296">
      <w:pPr>
        <w:spacing w:after="0"/>
      </w:pPr>
    </w:p>
    <w:p w14:paraId="081EA59F" w14:textId="77777777" w:rsidR="00D47296" w:rsidRDefault="008C31C1">
      <w:r>
        <w:br w:type="page"/>
      </w:r>
    </w:p>
    <w:tbl>
      <w:tblPr>
        <w:tblW w:w="0" w:type="auto"/>
        <w:jc w:val="center"/>
        <w:tblLook w:val="04A0" w:firstRow="1" w:lastRow="0" w:firstColumn="1" w:lastColumn="0" w:noHBand="0" w:noVBand="1"/>
      </w:tblPr>
      <w:tblGrid>
        <w:gridCol w:w="10800"/>
      </w:tblGrid>
      <w:tr w:rsidR="00D47296" w14:paraId="7BE4293F" w14:textId="77777777">
        <w:trPr>
          <w:jc w:val="center"/>
        </w:trPr>
        <w:tc>
          <w:tcPr>
            <w:tcW w:w="10800" w:type="dxa"/>
            <w:shd w:val="clear" w:color="auto" w:fill="015A41"/>
          </w:tcPr>
          <w:p w14:paraId="1AC4685B" w14:textId="77777777" w:rsidR="00D47296" w:rsidRDefault="008C31C1">
            <w:r>
              <w:rPr>
                <w:b/>
                <w:color w:val="FFFFFF"/>
                <w:sz w:val="34"/>
              </w:rPr>
              <w:lastRenderedPageBreak/>
              <w:t>TABLE OF CONTENTS - STANDARD HCC-ME FQHC STRUCTURE</w:t>
            </w:r>
          </w:p>
        </w:tc>
      </w:tr>
    </w:tbl>
    <w:p w14:paraId="7B0F4CF2" w14:textId="77777777" w:rsidR="00D47296" w:rsidRDefault="00D47296">
      <w:pPr>
        <w:spacing w:after="0"/>
      </w:pPr>
    </w:p>
    <w:tbl>
      <w:tblPr>
        <w:tblW w:w="0" w:type="auto"/>
        <w:jc w:val="center"/>
        <w:tblLayout w:type="fixed"/>
        <w:tblLook w:val="04A0" w:firstRow="1" w:lastRow="0" w:firstColumn="1" w:lastColumn="0" w:noHBand="0" w:noVBand="1"/>
      </w:tblPr>
      <w:tblGrid>
        <w:gridCol w:w="1440"/>
        <w:gridCol w:w="9072"/>
      </w:tblGrid>
      <w:tr w:rsidR="00D47296" w14:paraId="1D9BF313" w14:textId="77777777">
        <w:trPr>
          <w:tblHeader/>
          <w:jc w:val="center"/>
        </w:trPr>
        <w:tc>
          <w:tcPr>
            <w:tcW w:w="1440" w:type="dxa"/>
            <w:shd w:val="clear" w:color="auto" w:fill="015A41"/>
            <w:tcMar>
              <w:top w:w="70" w:type="dxa"/>
              <w:left w:w="70" w:type="dxa"/>
              <w:bottom w:w="70" w:type="dxa"/>
              <w:right w:w="70" w:type="dxa"/>
            </w:tcMar>
            <w:vAlign w:val="center"/>
          </w:tcPr>
          <w:p w14:paraId="1507D1E2" w14:textId="77777777" w:rsidR="00D47296" w:rsidRDefault="008C31C1">
            <w:r>
              <w:rPr>
                <w:b/>
                <w:color w:val="FFFFFF"/>
                <w:sz w:val="20"/>
              </w:rPr>
              <w:t>Section</w:t>
            </w:r>
          </w:p>
        </w:tc>
        <w:tc>
          <w:tcPr>
            <w:tcW w:w="9072" w:type="dxa"/>
            <w:shd w:val="clear" w:color="auto" w:fill="015A41"/>
            <w:tcMar>
              <w:top w:w="70" w:type="dxa"/>
              <w:left w:w="70" w:type="dxa"/>
              <w:bottom w:w="70" w:type="dxa"/>
              <w:right w:w="70" w:type="dxa"/>
            </w:tcMar>
            <w:vAlign w:val="center"/>
          </w:tcPr>
          <w:p w14:paraId="680B8937" w14:textId="77777777" w:rsidR="00D47296" w:rsidRDefault="008C31C1">
            <w:r>
              <w:rPr>
                <w:b/>
                <w:color w:val="FFFFFF"/>
                <w:sz w:val="20"/>
              </w:rPr>
              <w:t>Title</w:t>
            </w:r>
          </w:p>
        </w:tc>
      </w:tr>
      <w:tr w:rsidR="00D47296" w14:paraId="5B5BA7ED" w14:textId="77777777">
        <w:trPr>
          <w:jc w:val="center"/>
        </w:trPr>
        <w:tc>
          <w:tcPr>
            <w:tcW w:w="1440" w:type="dxa"/>
            <w:shd w:val="clear" w:color="auto" w:fill="E8F2EE"/>
            <w:tcMar>
              <w:top w:w="70" w:type="dxa"/>
              <w:left w:w="70" w:type="dxa"/>
              <w:bottom w:w="70" w:type="dxa"/>
              <w:right w:w="70" w:type="dxa"/>
            </w:tcMar>
            <w:vAlign w:val="center"/>
          </w:tcPr>
          <w:p w14:paraId="02C8EF8E" w14:textId="77777777" w:rsidR="00D47296" w:rsidRDefault="008C31C1">
            <w:r>
              <w:rPr>
                <w:sz w:val="20"/>
              </w:rPr>
              <w:t>1</w:t>
            </w:r>
          </w:p>
        </w:tc>
        <w:tc>
          <w:tcPr>
            <w:tcW w:w="9072" w:type="dxa"/>
            <w:shd w:val="clear" w:color="auto" w:fill="E8F2EE"/>
            <w:tcMar>
              <w:top w:w="70" w:type="dxa"/>
              <w:left w:w="70" w:type="dxa"/>
              <w:bottom w:w="70" w:type="dxa"/>
              <w:right w:w="70" w:type="dxa"/>
            </w:tcMar>
            <w:vAlign w:val="center"/>
          </w:tcPr>
          <w:p w14:paraId="719AD148" w14:textId="77777777" w:rsidR="00D47296" w:rsidRDefault="008C31C1">
            <w:r>
              <w:rPr>
                <w:sz w:val="20"/>
              </w:rPr>
              <w:t>INTRODUCTION</w:t>
            </w:r>
          </w:p>
        </w:tc>
      </w:tr>
      <w:tr w:rsidR="00D47296" w14:paraId="4E14230F" w14:textId="77777777">
        <w:trPr>
          <w:jc w:val="center"/>
        </w:trPr>
        <w:tc>
          <w:tcPr>
            <w:tcW w:w="1440" w:type="dxa"/>
            <w:tcMar>
              <w:top w:w="70" w:type="dxa"/>
              <w:left w:w="70" w:type="dxa"/>
              <w:bottom w:w="70" w:type="dxa"/>
              <w:right w:w="70" w:type="dxa"/>
            </w:tcMar>
            <w:vAlign w:val="center"/>
          </w:tcPr>
          <w:p w14:paraId="664607BC" w14:textId="77777777" w:rsidR="00D47296" w:rsidRDefault="008C31C1">
            <w:r>
              <w:rPr>
                <w:sz w:val="20"/>
              </w:rPr>
              <w:t>2</w:t>
            </w:r>
          </w:p>
        </w:tc>
        <w:tc>
          <w:tcPr>
            <w:tcW w:w="9072" w:type="dxa"/>
            <w:tcMar>
              <w:top w:w="70" w:type="dxa"/>
              <w:left w:w="70" w:type="dxa"/>
              <w:bottom w:w="70" w:type="dxa"/>
              <w:right w:w="70" w:type="dxa"/>
            </w:tcMar>
            <w:vAlign w:val="center"/>
          </w:tcPr>
          <w:p w14:paraId="27A3B2EE" w14:textId="77777777" w:rsidR="00D47296" w:rsidRDefault="008C31C1">
            <w:r>
              <w:rPr>
                <w:sz w:val="20"/>
              </w:rPr>
              <w:t>ADMINISTRATION</w:t>
            </w:r>
          </w:p>
        </w:tc>
      </w:tr>
      <w:tr w:rsidR="00D47296" w14:paraId="777E4CC3" w14:textId="77777777">
        <w:trPr>
          <w:jc w:val="center"/>
        </w:trPr>
        <w:tc>
          <w:tcPr>
            <w:tcW w:w="1440" w:type="dxa"/>
            <w:shd w:val="clear" w:color="auto" w:fill="E8F2EE"/>
            <w:tcMar>
              <w:top w:w="70" w:type="dxa"/>
              <w:left w:w="70" w:type="dxa"/>
              <w:bottom w:w="70" w:type="dxa"/>
              <w:right w:w="70" w:type="dxa"/>
            </w:tcMar>
            <w:vAlign w:val="center"/>
          </w:tcPr>
          <w:p w14:paraId="7591E50A" w14:textId="77777777" w:rsidR="00D47296" w:rsidRDefault="008C31C1">
            <w:r>
              <w:rPr>
                <w:sz w:val="20"/>
              </w:rPr>
              <w:t>3</w:t>
            </w:r>
          </w:p>
        </w:tc>
        <w:tc>
          <w:tcPr>
            <w:tcW w:w="9072" w:type="dxa"/>
            <w:shd w:val="clear" w:color="auto" w:fill="E8F2EE"/>
            <w:tcMar>
              <w:top w:w="70" w:type="dxa"/>
              <w:left w:w="70" w:type="dxa"/>
              <w:bottom w:w="70" w:type="dxa"/>
              <w:right w:w="70" w:type="dxa"/>
            </w:tcMar>
            <w:vAlign w:val="center"/>
          </w:tcPr>
          <w:p w14:paraId="790CB4BA" w14:textId="77777777" w:rsidR="00D47296" w:rsidRDefault="008C31C1">
            <w:r>
              <w:rPr>
                <w:sz w:val="20"/>
              </w:rPr>
              <w:t>SITUATION / RISK ASSESSMENT</w:t>
            </w:r>
          </w:p>
        </w:tc>
      </w:tr>
      <w:tr w:rsidR="00D47296" w14:paraId="6ED8208F" w14:textId="77777777">
        <w:trPr>
          <w:jc w:val="center"/>
        </w:trPr>
        <w:tc>
          <w:tcPr>
            <w:tcW w:w="1440" w:type="dxa"/>
            <w:tcMar>
              <w:top w:w="70" w:type="dxa"/>
              <w:left w:w="70" w:type="dxa"/>
              <w:bottom w:w="70" w:type="dxa"/>
              <w:right w:w="70" w:type="dxa"/>
            </w:tcMar>
            <w:vAlign w:val="center"/>
          </w:tcPr>
          <w:p w14:paraId="4353C528" w14:textId="77777777" w:rsidR="00D47296" w:rsidRDefault="008C31C1">
            <w:r>
              <w:rPr>
                <w:sz w:val="20"/>
              </w:rPr>
              <w:t>4</w:t>
            </w:r>
          </w:p>
        </w:tc>
        <w:tc>
          <w:tcPr>
            <w:tcW w:w="9072" w:type="dxa"/>
            <w:tcMar>
              <w:top w:w="70" w:type="dxa"/>
              <w:left w:w="70" w:type="dxa"/>
              <w:bottom w:w="70" w:type="dxa"/>
              <w:right w:w="70" w:type="dxa"/>
            </w:tcMar>
            <w:vAlign w:val="center"/>
          </w:tcPr>
          <w:p w14:paraId="7FBF7428" w14:textId="77777777" w:rsidR="00D47296" w:rsidRDefault="008C31C1">
            <w:r>
              <w:rPr>
                <w:sz w:val="20"/>
              </w:rPr>
              <w:t>CONCEPT OF OPERATIONS</w:t>
            </w:r>
          </w:p>
        </w:tc>
      </w:tr>
      <w:tr w:rsidR="00D47296" w14:paraId="4967671E" w14:textId="77777777">
        <w:trPr>
          <w:jc w:val="center"/>
        </w:trPr>
        <w:tc>
          <w:tcPr>
            <w:tcW w:w="1440" w:type="dxa"/>
            <w:shd w:val="clear" w:color="auto" w:fill="E8F2EE"/>
            <w:tcMar>
              <w:top w:w="70" w:type="dxa"/>
              <w:left w:w="70" w:type="dxa"/>
              <w:bottom w:w="70" w:type="dxa"/>
              <w:right w:w="70" w:type="dxa"/>
            </w:tcMar>
            <w:vAlign w:val="center"/>
          </w:tcPr>
          <w:p w14:paraId="7465FBDE" w14:textId="77777777" w:rsidR="00D47296" w:rsidRDefault="008C31C1">
            <w:r>
              <w:rPr>
                <w:sz w:val="20"/>
              </w:rPr>
              <w:t>5</w:t>
            </w:r>
          </w:p>
        </w:tc>
        <w:tc>
          <w:tcPr>
            <w:tcW w:w="9072" w:type="dxa"/>
            <w:shd w:val="clear" w:color="auto" w:fill="E8F2EE"/>
            <w:tcMar>
              <w:top w:w="70" w:type="dxa"/>
              <w:left w:w="70" w:type="dxa"/>
              <w:bottom w:w="70" w:type="dxa"/>
              <w:right w:w="70" w:type="dxa"/>
            </w:tcMar>
            <w:vAlign w:val="center"/>
          </w:tcPr>
          <w:p w14:paraId="077C5F79" w14:textId="77777777" w:rsidR="00D47296" w:rsidRDefault="008C31C1">
            <w:r>
              <w:rPr>
                <w:sz w:val="20"/>
              </w:rPr>
              <w:t>ROLES AND RESPONSIBILITIES</w:t>
            </w:r>
          </w:p>
        </w:tc>
      </w:tr>
      <w:tr w:rsidR="00D47296" w14:paraId="20331583" w14:textId="77777777">
        <w:trPr>
          <w:jc w:val="center"/>
        </w:trPr>
        <w:tc>
          <w:tcPr>
            <w:tcW w:w="1440" w:type="dxa"/>
            <w:tcMar>
              <w:top w:w="70" w:type="dxa"/>
              <w:left w:w="70" w:type="dxa"/>
              <w:bottom w:w="70" w:type="dxa"/>
              <w:right w:w="70" w:type="dxa"/>
            </w:tcMar>
            <w:vAlign w:val="center"/>
          </w:tcPr>
          <w:p w14:paraId="1EEBD2A7" w14:textId="77777777" w:rsidR="00D47296" w:rsidRDefault="008C31C1">
            <w:r>
              <w:rPr>
                <w:sz w:val="20"/>
              </w:rPr>
              <w:t>6</w:t>
            </w:r>
          </w:p>
        </w:tc>
        <w:tc>
          <w:tcPr>
            <w:tcW w:w="9072" w:type="dxa"/>
            <w:tcMar>
              <w:top w:w="70" w:type="dxa"/>
              <w:left w:w="70" w:type="dxa"/>
              <w:bottom w:w="70" w:type="dxa"/>
              <w:right w:w="70" w:type="dxa"/>
            </w:tcMar>
            <w:vAlign w:val="center"/>
          </w:tcPr>
          <w:p w14:paraId="57FD0198" w14:textId="77777777" w:rsidR="00D47296" w:rsidRDefault="008C31C1">
            <w:r>
              <w:rPr>
                <w:sz w:val="20"/>
              </w:rPr>
              <w:t>COMMAND AND COORDINATION</w:t>
            </w:r>
          </w:p>
        </w:tc>
      </w:tr>
      <w:tr w:rsidR="00D47296" w14:paraId="7052F95B" w14:textId="77777777">
        <w:trPr>
          <w:jc w:val="center"/>
        </w:trPr>
        <w:tc>
          <w:tcPr>
            <w:tcW w:w="1440" w:type="dxa"/>
            <w:shd w:val="clear" w:color="auto" w:fill="E8F2EE"/>
            <w:tcMar>
              <w:top w:w="70" w:type="dxa"/>
              <w:left w:w="70" w:type="dxa"/>
              <w:bottom w:w="70" w:type="dxa"/>
              <w:right w:w="70" w:type="dxa"/>
            </w:tcMar>
            <w:vAlign w:val="center"/>
          </w:tcPr>
          <w:p w14:paraId="62CD0EA4" w14:textId="77777777" w:rsidR="00D47296" w:rsidRDefault="008C31C1">
            <w:r>
              <w:rPr>
                <w:sz w:val="20"/>
              </w:rPr>
              <w:t>7</w:t>
            </w:r>
          </w:p>
        </w:tc>
        <w:tc>
          <w:tcPr>
            <w:tcW w:w="9072" w:type="dxa"/>
            <w:shd w:val="clear" w:color="auto" w:fill="E8F2EE"/>
            <w:tcMar>
              <w:top w:w="70" w:type="dxa"/>
              <w:left w:w="70" w:type="dxa"/>
              <w:bottom w:w="70" w:type="dxa"/>
              <w:right w:w="70" w:type="dxa"/>
            </w:tcMar>
            <w:vAlign w:val="center"/>
          </w:tcPr>
          <w:p w14:paraId="6FB7916D" w14:textId="77777777" w:rsidR="00D47296" w:rsidRDefault="008C31C1">
            <w:r>
              <w:rPr>
                <w:sz w:val="20"/>
              </w:rPr>
              <w:t>RESOURCES AND ASSETS</w:t>
            </w:r>
          </w:p>
        </w:tc>
      </w:tr>
      <w:tr w:rsidR="00D47296" w14:paraId="1BAD41D2" w14:textId="77777777">
        <w:trPr>
          <w:jc w:val="center"/>
        </w:trPr>
        <w:tc>
          <w:tcPr>
            <w:tcW w:w="1440" w:type="dxa"/>
            <w:tcMar>
              <w:top w:w="70" w:type="dxa"/>
              <w:left w:w="70" w:type="dxa"/>
              <w:bottom w:w="70" w:type="dxa"/>
              <w:right w:w="70" w:type="dxa"/>
            </w:tcMar>
            <w:vAlign w:val="center"/>
          </w:tcPr>
          <w:p w14:paraId="3A351484" w14:textId="77777777" w:rsidR="00D47296" w:rsidRDefault="008C31C1">
            <w:r>
              <w:rPr>
                <w:sz w:val="20"/>
              </w:rPr>
              <w:t>8</w:t>
            </w:r>
          </w:p>
        </w:tc>
        <w:tc>
          <w:tcPr>
            <w:tcW w:w="9072" w:type="dxa"/>
            <w:tcMar>
              <w:top w:w="70" w:type="dxa"/>
              <w:left w:w="70" w:type="dxa"/>
              <w:bottom w:w="70" w:type="dxa"/>
              <w:right w:w="70" w:type="dxa"/>
            </w:tcMar>
            <w:vAlign w:val="center"/>
          </w:tcPr>
          <w:p w14:paraId="2160DA8E" w14:textId="77777777" w:rsidR="00D47296" w:rsidRDefault="008C31C1">
            <w:r>
              <w:rPr>
                <w:sz w:val="20"/>
              </w:rPr>
              <w:t>MANAGEMENT OF STAFF &amp; VOLUNTEERS</w:t>
            </w:r>
          </w:p>
        </w:tc>
      </w:tr>
      <w:tr w:rsidR="00D47296" w14:paraId="21866515" w14:textId="77777777">
        <w:trPr>
          <w:jc w:val="center"/>
        </w:trPr>
        <w:tc>
          <w:tcPr>
            <w:tcW w:w="1440" w:type="dxa"/>
            <w:shd w:val="clear" w:color="auto" w:fill="E8F2EE"/>
            <w:tcMar>
              <w:top w:w="70" w:type="dxa"/>
              <w:left w:w="70" w:type="dxa"/>
              <w:bottom w:w="70" w:type="dxa"/>
              <w:right w:w="70" w:type="dxa"/>
            </w:tcMar>
            <w:vAlign w:val="center"/>
          </w:tcPr>
          <w:p w14:paraId="60C2CCA9" w14:textId="77777777" w:rsidR="00D47296" w:rsidRDefault="008C31C1">
            <w:r>
              <w:rPr>
                <w:sz w:val="20"/>
              </w:rPr>
              <w:t>9</w:t>
            </w:r>
          </w:p>
        </w:tc>
        <w:tc>
          <w:tcPr>
            <w:tcW w:w="9072" w:type="dxa"/>
            <w:shd w:val="clear" w:color="auto" w:fill="E8F2EE"/>
            <w:tcMar>
              <w:top w:w="70" w:type="dxa"/>
              <w:left w:w="70" w:type="dxa"/>
              <w:bottom w:w="70" w:type="dxa"/>
              <w:right w:w="70" w:type="dxa"/>
            </w:tcMar>
            <w:vAlign w:val="center"/>
          </w:tcPr>
          <w:p w14:paraId="2C325227" w14:textId="77777777" w:rsidR="00D47296" w:rsidRDefault="008C31C1">
            <w:r>
              <w:rPr>
                <w:sz w:val="20"/>
              </w:rPr>
              <w:t>MANAGEMENT OF PATIENTS &amp; CLINICAL SERVICES</w:t>
            </w:r>
          </w:p>
        </w:tc>
      </w:tr>
      <w:tr w:rsidR="00D47296" w14:paraId="6B1D5997" w14:textId="77777777">
        <w:trPr>
          <w:jc w:val="center"/>
        </w:trPr>
        <w:tc>
          <w:tcPr>
            <w:tcW w:w="1440" w:type="dxa"/>
            <w:tcMar>
              <w:top w:w="70" w:type="dxa"/>
              <w:left w:w="70" w:type="dxa"/>
              <w:bottom w:w="70" w:type="dxa"/>
              <w:right w:w="70" w:type="dxa"/>
            </w:tcMar>
            <w:vAlign w:val="center"/>
          </w:tcPr>
          <w:p w14:paraId="3BE091F9" w14:textId="77777777" w:rsidR="00D47296" w:rsidRDefault="008C31C1">
            <w:r>
              <w:rPr>
                <w:sz w:val="20"/>
              </w:rPr>
              <w:t>10</w:t>
            </w:r>
          </w:p>
        </w:tc>
        <w:tc>
          <w:tcPr>
            <w:tcW w:w="9072" w:type="dxa"/>
            <w:tcMar>
              <w:top w:w="70" w:type="dxa"/>
              <w:left w:w="70" w:type="dxa"/>
              <w:bottom w:w="70" w:type="dxa"/>
              <w:right w:w="70" w:type="dxa"/>
            </w:tcMar>
            <w:vAlign w:val="center"/>
          </w:tcPr>
          <w:p w14:paraId="314CD1E7" w14:textId="77777777" w:rsidR="00D47296" w:rsidRDefault="008C31C1">
            <w:r>
              <w:rPr>
                <w:sz w:val="20"/>
              </w:rPr>
              <w:t>UTILITIES, PHYSICAL PLANT &amp; SUPPLIES</w:t>
            </w:r>
          </w:p>
        </w:tc>
      </w:tr>
      <w:tr w:rsidR="00D47296" w14:paraId="1CF5F50D" w14:textId="77777777">
        <w:trPr>
          <w:jc w:val="center"/>
        </w:trPr>
        <w:tc>
          <w:tcPr>
            <w:tcW w:w="1440" w:type="dxa"/>
            <w:shd w:val="clear" w:color="auto" w:fill="E8F2EE"/>
            <w:tcMar>
              <w:top w:w="70" w:type="dxa"/>
              <w:left w:w="70" w:type="dxa"/>
              <w:bottom w:w="70" w:type="dxa"/>
              <w:right w:w="70" w:type="dxa"/>
            </w:tcMar>
            <w:vAlign w:val="center"/>
          </w:tcPr>
          <w:p w14:paraId="6002EB6B" w14:textId="77777777" w:rsidR="00D47296" w:rsidRDefault="008C31C1">
            <w:r>
              <w:rPr>
                <w:sz w:val="20"/>
              </w:rPr>
              <w:t>11</w:t>
            </w:r>
          </w:p>
        </w:tc>
        <w:tc>
          <w:tcPr>
            <w:tcW w:w="9072" w:type="dxa"/>
            <w:shd w:val="clear" w:color="auto" w:fill="E8F2EE"/>
            <w:tcMar>
              <w:top w:w="70" w:type="dxa"/>
              <w:left w:w="70" w:type="dxa"/>
              <w:bottom w:w="70" w:type="dxa"/>
              <w:right w:w="70" w:type="dxa"/>
            </w:tcMar>
            <w:vAlign w:val="center"/>
          </w:tcPr>
          <w:p w14:paraId="6B0E418F" w14:textId="77777777" w:rsidR="00D47296" w:rsidRDefault="008C31C1">
            <w:r>
              <w:rPr>
                <w:sz w:val="20"/>
              </w:rPr>
              <w:t>COMMUNICATIONS &amp; INFORMATION SYSTEMS</w:t>
            </w:r>
          </w:p>
        </w:tc>
      </w:tr>
      <w:tr w:rsidR="00D47296" w14:paraId="57E67F8B" w14:textId="77777777">
        <w:trPr>
          <w:jc w:val="center"/>
        </w:trPr>
        <w:tc>
          <w:tcPr>
            <w:tcW w:w="1440" w:type="dxa"/>
            <w:tcMar>
              <w:top w:w="70" w:type="dxa"/>
              <w:left w:w="70" w:type="dxa"/>
              <w:bottom w:w="70" w:type="dxa"/>
              <w:right w:w="70" w:type="dxa"/>
            </w:tcMar>
            <w:vAlign w:val="center"/>
          </w:tcPr>
          <w:p w14:paraId="22C6AEFE" w14:textId="77777777" w:rsidR="00D47296" w:rsidRDefault="008C31C1">
            <w:r>
              <w:rPr>
                <w:sz w:val="20"/>
              </w:rPr>
              <w:t>12</w:t>
            </w:r>
          </w:p>
        </w:tc>
        <w:tc>
          <w:tcPr>
            <w:tcW w:w="9072" w:type="dxa"/>
            <w:tcMar>
              <w:top w:w="70" w:type="dxa"/>
              <w:left w:w="70" w:type="dxa"/>
              <w:bottom w:w="70" w:type="dxa"/>
              <w:right w:w="70" w:type="dxa"/>
            </w:tcMar>
            <w:vAlign w:val="center"/>
          </w:tcPr>
          <w:p w14:paraId="3B3413C0" w14:textId="77777777" w:rsidR="00D47296" w:rsidRDefault="008C31C1">
            <w:r>
              <w:rPr>
                <w:sz w:val="20"/>
              </w:rPr>
              <w:t>EVACUATION, SHELTER-IN-PLACE &amp; CLOSURE</w:t>
            </w:r>
          </w:p>
        </w:tc>
      </w:tr>
      <w:tr w:rsidR="00D47296" w14:paraId="7343617D" w14:textId="77777777">
        <w:trPr>
          <w:jc w:val="center"/>
        </w:trPr>
        <w:tc>
          <w:tcPr>
            <w:tcW w:w="1440" w:type="dxa"/>
            <w:shd w:val="clear" w:color="auto" w:fill="E8F2EE"/>
            <w:tcMar>
              <w:top w:w="70" w:type="dxa"/>
              <w:left w:w="70" w:type="dxa"/>
              <w:bottom w:w="70" w:type="dxa"/>
              <w:right w:w="70" w:type="dxa"/>
            </w:tcMar>
            <w:vAlign w:val="center"/>
          </w:tcPr>
          <w:p w14:paraId="40B7ECAF" w14:textId="77777777" w:rsidR="00D47296" w:rsidRDefault="008C31C1">
            <w:r>
              <w:rPr>
                <w:sz w:val="20"/>
              </w:rPr>
              <w:t>13</w:t>
            </w:r>
          </w:p>
        </w:tc>
        <w:tc>
          <w:tcPr>
            <w:tcW w:w="9072" w:type="dxa"/>
            <w:shd w:val="clear" w:color="auto" w:fill="E8F2EE"/>
            <w:tcMar>
              <w:top w:w="70" w:type="dxa"/>
              <w:left w:w="70" w:type="dxa"/>
              <w:bottom w:w="70" w:type="dxa"/>
              <w:right w:w="70" w:type="dxa"/>
            </w:tcMar>
            <w:vAlign w:val="center"/>
          </w:tcPr>
          <w:p w14:paraId="6AFFD2B5" w14:textId="77777777" w:rsidR="00D47296" w:rsidRDefault="008C31C1">
            <w:r>
              <w:rPr>
                <w:sz w:val="20"/>
              </w:rPr>
              <w:t>RECOVERY &amp; CONTINUITY</w:t>
            </w:r>
          </w:p>
        </w:tc>
      </w:tr>
      <w:tr w:rsidR="00D47296" w14:paraId="7A150232" w14:textId="77777777">
        <w:trPr>
          <w:jc w:val="center"/>
        </w:trPr>
        <w:tc>
          <w:tcPr>
            <w:tcW w:w="1440" w:type="dxa"/>
            <w:tcMar>
              <w:top w:w="70" w:type="dxa"/>
              <w:left w:w="70" w:type="dxa"/>
              <w:bottom w:w="70" w:type="dxa"/>
              <w:right w:w="70" w:type="dxa"/>
            </w:tcMar>
            <w:vAlign w:val="center"/>
          </w:tcPr>
          <w:p w14:paraId="7AFFDC70" w14:textId="77777777" w:rsidR="00D47296" w:rsidRDefault="008C31C1">
            <w:r>
              <w:rPr>
                <w:sz w:val="20"/>
              </w:rPr>
              <w:t>14</w:t>
            </w:r>
          </w:p>
        </w:tc>
        <w:tc>
          <w:tcPr>
            <w:tcW w:w="9072" w:type="dxa"/>
            <w:tcMar>
              <w:top w:w="70" w:type="dxa"/>
              <w:left w:w="70" w:type="dxa"/>
              <w:bottom w:w="70" w:type="dxa"/>
              <w:right w:w="70" w:type="dxa"/>
            </w:tcMar>
            <w:vAlign w:val="center"/>
          </w:tcPr>
          <w:p w14:paraId="44B8A169" w14:textId="77777777" w:rsidR="00D47296" w:rsidRDefault="008C31C1">
            <w:r>
              <w:rPr>
                <w:sz w:val="20"/>
              </w:rPr>
              <w:t>GLOSSARY</w:t>
            </w:r>
          </w:p>
        </w:tc>
      </w:tr>
      <w:tr w:rsidR="00D47296" w14:paraId="425F0CD8" w14:textId="77777777">
        <w:trPr>
          <w:jc w:val="center"/>
        </w:trPr>
        <w:tc>
          <w:tcPr>
            <w:tcW w:w="1440" w:type="dxa"/>
            <w:shd w:val="clear" w:color="auto" w:fill="E8F2EE"/>
            <w:tcMar>
              <w:top w:w="70" w:type="dxa"/>
              <w:left w:w="70" w:type="dxa"/>
              <w:bottom w:w="70" w:type="dxa"/>
              <w:right w:w="70" w:type="dxa"/>
            </w:tcMar>
            <w:vAlign w:val="center"/>
          </w:tcPr>
          <w:p w14:paraId="13023C31" w14:textId="77777777" w:rsidR="00D47296" w:rsidRDefault="008C31C1">
            <w:r>
              <w:rPr>
                <w:sz w:val="20"/>
              </w:rPr>
              <w:t>15</w:t>
            </w:r>
          </w:p>
        </w:tc>
        <w:tc>
          <w:tcPr>
            <w:tcW w:w="9072" w:type="dxa"/>
            <w:shd w:val="clear" w:color="auto" w:fill="E8F2EE"/>
            <w:tcMar>
              <w:top w:w="70" w:type="dxa"/>
              <w:left w:w="70" w:type="dxa"/>
              <w:bottom w:w="70" w:type="dxa"/>
              <w:right w:w="70" w:type="dxa"/>
            </w:tcMar>
            <w:vAlign w:val="center"/>
          </w:tcPr>
          <w:p w14:paraId="57CBD960" w14:textId="77777777" w:rsidR="00D47296" w:rsidRDefault="008C31C1">
            <w:r>
              <w:rPr>
                <w:sz w:val="20"/>
              </w:rPr>
              <w:t>ACRONYMS</w:t>
            </w:r>
          </w:p>
        </w:tc>
      </w:tr>
      <w:tr w:rsidR="00D47296" w14:paraId="3F542EFF" w14:textId="77777777">
        <w:trPr>
          <w:jc w:val="center"/>
        </w:trPr>
        <w:tc>
          <w:tcPr>
            <w:tcW w:w="1440" w:type="dxa"/>
            <w:tcMar>
              <w:top w:w="70" w:type="dxa"/>
              <w:left w:w="70" w:type="dxa"/>
              <w:bottom w:w="70" w:type="dxa"/>
              <w:right w:w="70" w:type="dxa"/>
            </w:tcMar>
            <w:vAlign w:val="center"/>
          </w:tcPr>
          <w:p w14:paraId="537C938F" w14:textId="77777777" w:rsidR="00D47296" w:rsidRDefault="008C31C1">
            <w:r>
              <w:rPr>
                <w:sz w:val="20"/>
              </w:rPr>
              <w:t>16</w:t>
            </w:r>
          </w:p>
        </w:tc>
        <w:tc>
          <w:tcPr>
            <w:tcW w:w="9072" w:type="dxa"/>
            <w:tcMar>
              <w:top w:w="70" w:type="dxa"/>
              <w:left w:w="70" w:type="dxa"/>
              <w:bottom w:w="70" w:type="dxa"/>
              <w:right w:w="70" w:type="dxa"/>
            </w:tcMar>
            <w:vAlign w:val="center"/>
          </w:tcPr>
          <w:p w14:paraId="6D35ADA9" w14:textId="77777777" w:rsidR="00D47296" w:rsidRDefault="008C31C1">
            <w:r>
              <w:rPr>
                <w:sz w:val="20"/>
              </w:rPr>
              <w:t>ATTACHMENTS &amp; SUPPORTING DOCUMENTATION</w:t>
            </w:r>
          </w:p>
        </w:tc>
      </w:tr>
      <w:tr w:rsidR="00D47296" w14:paraId="1B9512F8" w14:textId="77777777">
        <w:trPr>
          <w:jc w:val="center"/>
        </w:trPr>
        <w:tc>
          <w:tcPr>
            <w:tcW w:w="1440" w:type="dxa"/>
            <w:shd w:val="clear" w:color="auto" w:fill="E8F2EE"/>
            <w:tcMar>
              <w:top w:w="70" w:type="dxa"/>
              <w:left w:w="70" w:type="dxa"/>
              <w:bottom w:w="70" w:type="dxa"/>
              <w:right w:w="70" w:type="dxa"/>
            </w:tcMar>
            <w:vAlign w:val="center"/>
          </w:tcPr>
          <w:p w14:paraId="1B9BB731" w14:textId="77777777" w:rsidR="00D47296" w:rsidRDefault="008C31C1">
            <w:r>
              <w:rPr>
                <w:sz w:val="20"/>
              </w:rPr>
              <w:t>17</w:t>
            </w:r>
          </w:p>
        </w:tc>
        <w:tc>
          <w:tcPr>
            <w:tcW w:w="9072" w:type="dxa"/>
            <w:shd w:val="clear" w:color="auto" w:fill="E8F2EE"/>
            <w:tcMar>
              <w:top w:w="70" w:type="dxa"/>
              <w:left w:w="70" w:type="dxa"/>
              <w:bottom w:w="70" w:type="dxa"/>
              <w:right w:w="70" w:type="dxa"/>
            </w:tcMar>
            <w:vAlign w:val="center"/>
          </w:tcPr>
          <w:p w14:paraId="3FCFA260" w14:textId="77777777" w:rsidR="00D47296" w:rsidRDefault="008C31C1">
            <w:r>
              <w:rPr>
                <w:sz w:val="20"/>
              </w:rPr>
              <w:t>ANNEXES</w:t>
            </w:r>
          </w:p>
        </w:tc>
      </w:tr>
      <w:tr w:rsidR="00D47296" w14:paraId="01C2FB0A" w14:textId="77777777">
        <w:trPr>
          <w:jc w:val="center"/>
        </w:trPr>
        <w:tc>
          <w:tcPr>
            <w:tcW w:w="1440" w:type="dxa"/>
            <w:tcMar>
              <w:top w:w="70" w:type="dxa"/>
              <w:left w:w="70" w:type="dxa"/>
              <w:bottom w:w="70" w:type="dxa"/>
              <w:right w:w="70" w:type="dxa"/>
            </w:tcMar>
            <w:vAlign w:val="center"/>
          </w:tcPr>
          <w:p w14:paraId="4105829E" w14:textId="77777777" w:rsidR="00D47296" w:rsidRDefault="008C31C1">
            <w:r>
              <w:rPr>
                <w:sz w:val="20"/>
              </w:rPr>
              <w:t>18</w:t>
            </w:r>
          </w:p>
        </w:tc>
        <w:tc>
          <w:tcPr>
            <w:tcW w:w="9072" w:type="dxa"/>
            <w:tcMar>
              <w:top w:w="70" w:type="dxa"/>
              <w:left w:w="70" w:type="dxa"/>
              <w:bottom w:w="70" w:type="dxa"/>
              <w:right w:w="70" w:type="dxa"/>
            </w:tcMar>
            <w:vAlign w:val="center"/>
          </w:tcPr>
          <w:p w14:paraId="0B70CF07" w14:textId="77777777" w:rsidR="00D47296" w:rsidRDefault="008C31C1">
            <w:r>
              <w:rPr>
                <w:sz w:val="20"/>
              </w:rPr>
              <w:t>INCIDENT-SPECIFIC APPENDICES</w:t>
            </w:r>
          </w:p>
        </w:tc>
      </w:tr>
      <w:tr w:rsidR="00D47296" w14:paraId="16DC7F66" w14:textId="77777777">
        <w:trPr>
          <w:jc w:val="center"/>
        </w:trPr>
        <w:tc>
          <w:tcPr>
            <w:tcW w:w="1440" w:type="dxa"/>
            <w:shd w:val="clear" w:color="auto" w:fill="E8F2EE"/>
            <w:tcMar>
              <w:top w:w="70" w:type="dxa"/>
              <w:left w:w="70" w:type="dxa"/>
              <w:bottom w:w="70" w:type="dxa"/>
              <w:right w:w="70" w:type="dxa"/>
            </w:tcMar>
            <w:vAlign w:val="center"/>
          </w:tcPr>
          <w:p w14:paraId="30256AA7" w14:textId="77777777" w:rsidR="00D47296" w:rsidRDefault="008C31C1">
            <w:r>
              <w:rPr>
                <w:sz w:val="20"/>
              </w:rPr>
              <w:t>19</w:t>
            </w:r>
          </w:p>
        </w:tc>
        <w:tc>
          <w:tcPr>
            <w:tcW w:w="9072" w:type="dxa"/>
            <w:shd w:val="clear" w:color="auto" w:fill="E8F2EE"/>
            <w:tcMar>
              <w:top w:w="70" w:type="dxa"/>
              <w:left w:w="70" w:type="dxa"/>
              <w:bottom w:w="70" w:type="dxa"/>
              <w:right w:w="70" w:type="dxa"/>
            </w:tcMar>
            <w:vAlign w:val="center"/>
          </w:tcPr>
          <w:p w14:paraId="26794F1B" w14:textId="77777777" w:rsidR="00D47296" w:rsidRDefault="008C31C1">
            <w:r>
              <w:rPr>
                <w:sz w:val="20"/>
              </w:rPr>
              <w:t>OFFICIAL SOURCES &amp; VERSION REFERENCES</w:t>
            </w:r>
          </w:p>
        </w:tc>
      </w:tr>
    </w:tbl>
    <w:p w14:paraId="24103590" w14:textId="77777777" w:rsidR="00D47296" w:rsidRDefault="00D47296">
      <w:pPr>
        <w:spacing w:after="0"/>
      </w:pPr>
    </w:p>
    <w:p w14:paraId="1CE3900F" w14:textId="77777777" w:rsidR="00D47296" w:rsidRDefault="008C31C1">
      <w:pPr>
        <w:spacing w:after="80" w:line="240" w:lineRule="auto"/>
        <w:jc w:val="center"/>
      </w:pPr>
      <w:r>
        <w:rPr>
          <w:i/>
          <w:sz w:val="18"/>
        </w:rPr>
        <w:t>After facility customization, update Word navigation/TOC fields and page references before final adoption.</w:t>
      </w:r>
    </w:p>
    <w:p w14:paraId="611A5282" w14:textId="77777777" w:rsidR="00D47296" w:rsidRDefault="008C31C1">
      <w:r>
        <w:br w:type="page"/>
      </w:r>
    </w:p>
    <w:p w14:paraId="49DC34DF" w14:textId="77777777" w:rsidR="00D47296" w:rsidRDefault="008C31C1">
      <w:pPr>
        <w:pStyle w:val="Heading1"/>
      </w:pPr>
      <w:r>
        <w:lastRenderedPageBreak/>
        <w:t>1. INTRODUCTION</w:t>
      </w:r>
    </w:p>
    <w:tbl>
      <w:tblPr>
        <w:tblW w:w="0" w:type="auto"/>
        <w:jc w:val="center"/>
        <w:tblLook w:val="04A0" w:firstRow="1" w:lastRow="0" w:firstColumn="1" w:lastColumn="0" w:noHBand="0" w:noVBand="1"/>
      </w:tblPr>
      <w:tblGrid>
        <w:gridCol w:w="10800"/>
      </w:tblGrid>
      <w:tr w:rsidR="00D47296" w14:paraId="3351DC68" w14:textId="77777777">
        <w:trPr>
          <w:jc w:val="center"/>
        </w:trPr>
        <w:tc>
          <w:tcPr>
            <w:tcW w:w="10800" w:type="dxa"/>
            <w:shd w:val="clear" w:color="auto" w:fill="E8F2EE"/>
          </w:tcPr>
          <w:p w14:paraId="1FE51B37" w14:textId="77777777" w:rsidR="00D47296" w:rsidRDefault="008C31C1">
            <w:r>
              <w:rPr>
                <w:b/>
                <w:color w:val="015A41"/>
              </w:rPr>
              <w:t xml:space="preserve">REGULATORY BASIS </w:t>
            </w:r>
            <w:r>
              <w:t>42 CFR §491.12(a); CMS Appendix Z. Supporting references include 42 CFR Part 491 and applicable Maine/HRSA requirements.</w:t>
            </w:r>
          </w:p>
        </w:tc>
      </w:tr>
    </w:tbl>
    <w:p w14:paraId="668149EF" w14:textId="77777777" w:rsidR="00D47296" w:rsidRDefault="00D47296">
      <w:pPr>
        <w:spacing w:after="0"/>
      </w:pPr>
    </w:p>
    <w:p w14:paraId="08FE52F5" w14:textId="77777777" w:rsidR="00D47296" w:rsidRDefault="008C31C1">
      <w:pPr>
        <w:pStyle w:val="Heading2"/>
      </w:pPr>
      <w:r>
        <w:t>A. Purpose</w:t>
      </w:r>
    </w:p>
    <w:p w14:paraId="1FC14185" w14:textId="77777777" w:rsidR="00D47296" w:rsidRDefault="008C31C1">
      <w:pPr>
        <w:spacing w:after="80" w:line="240" w:lineRule="auto"/>
      </w:pPr>
      <w:r>
        <w:t>The &lt;Insert facility name&gt; Emergency Operations Plan (EOP) is an all-hazards plan for preparing for, responding to, maintaining essential outpatient health services during, and recovering from emergencies that could affect patient safety, staff, infrastructure, access, service delivery, or facility operations.</w:t>
      </w:r>
    </w:p>
    <w:p w14:paraId="53FB4DDA" w14:textId="77777777" w:rsidR="00D47296" w:rsidRDefault="008C31C1">
      <w:pPr>
        <w:pStyle w:val="Heading2"/>
      </w:pPr>
      <w:r>
        <w:t>B. Scope</w:t>
      </w:r>
    </w:p>
    <w:p w14:paraId="6AE6896C" w14:textId="77777777" w:rsidR="00D47296" w:rsidRDefault="008C31C1">
      <w:pPr>
        <w:spacing w:after="80" w:line="240" w:lineRule="auto"/>
      </w:pPr>
      <w:r>
        <w:t>This EOP applies to &lt;insert sites, buildings, departments, services, contracted functions, mobile/outreach operations, and telehealth functions&gt;. It addresses staff, individuals providing services under arrangement, volunteers, patients, visitors, and other persons affected by FQHC operations as appropriate.</w:t>
      </w:r>
    </w:p>
    <w:p w14:paraId="2932DD49" w14:textId="77777777" w:rsidR="00D47296" w:rsidRDefault="008C31C1">
      <w:pPr>
        <w:pStyle w:val="Heading2"/>
      </w:pPr>
      <w:r>
        <w:t>C. Planning Assumptions</w:t>
      </w:r>
    </w:p>
    <w:p w14:paraId="1F600679" w14:textId="77777777" w:rsidR="00D47296" w:rsidRDefault="008C31C1" w:rsidP="004464E4">
      <w:pPr>
        <w:pStyle w:val="ListBullet"/>
        <w:tabs>
          <w:tab w:val="clear" w:pos="360"/>
          <w:tab w:val="num" w:pos="720"/>
        </w:tabs>
        <w:spacing w:after="40"/>
      </w:pPr>
      <w:r>
        <w:rPr>
          <w:sz w:val="21"/>
        </w:rPr>
        <w:t>Emergencies may affect the FQHC internally, the surrounding community, or both.</w:t>
      </w:r>
    </w:p>
    <w:p w14:paraId="41E51857" w14:textId="77777777" w:rsidR="00D47296" w:rsidRDefault="008C31C1" w:rsidP="004464E4">
      <w:pPr>
        <w:pStyle w:val="ListBullet"/>
        <w:tabs>
          <w:tab w:val="clear" w:pos="360"/>
          <w:tab w:val="num" w:pos="720"/>
        </w:tabs>
        <w:spacing w:after="40"/>
      </w:pPr>
      <w:r>
        <w:rPr>
          <w:sz w:val="21"/>
        </w:rPr>
        <w:t>The FQHC may need to shelter in place, evacuate, close temporarily, reduce or redirect services, use alternate sites or remote processes when permitted, and coordinate urgent referral/transfer of patients.</w:t>
      </w:r>
    </w:p>
    <w:p w14:paraId="0CE386EB" w14:textId="77777777" w:rsidR="00D47296" w:rsidRDefault="008C31C1" w:rsidP="004464E4">
      <w:pPr>
        <w:pStyle w:val="ListBullet"/>
        <w:tabs>
          <w:tab w:val="clear" w:pos="360"/>
          <w:tab w:val="num" w:pos="720"/>
        </w:tabs>
        <w:spacing w:after="40"/>
      </w:pPr>
      <w:r>
        <w:rPr>
          <w:sz w:val="21"/>
        </w:rPr>
        <w:t>Normal staffing, utilities, communications, transportation, IT/EHR, pharmacy, vendors, cold chain, supplies, and</w:t>
      </w:r>
      <w:r>
        <w:rPr>
          <w:sz w:val="21"/>
        </w:rPr>
        <w:t xml:space="preserve"> </w:t>
      </w:r>
      <w:r>
        <w:rPr>
          <w:sz w:val="21"/>
        </w:rPr>
        <w:t>community resources may be disrupted.</w:t>
      </w:r>
    </w:p>
    <w:p w14:paraId="0FBB9986" w14:textId="77777777" w:rsidR="00D47296" w:rsidRDefault="008C31C1" w:rsidP="004464E4">
      <w:pPr>
        <w:pStyle w:val="ListBullet"/>
        <w:tabs>
          <w:tab w:val="clear" w:pos="360"/>
          <w:tab w:val="num" w:pos="720"/>
        </w:tabs>
        <w:spacing w:after="40"/>
      </w:pPr>
      <w:r>
        <w:rPr>
          <w:sz w:val="21"/>
        </w:rPr>
        <w:t>The FQHC will use primary and alternate methods for critical functions when normal systems are unavailable.</w:t>
      </w:r>
    </w:p>
    <w:p w14:paraId="2AFD6D57" w14:textId="77777777" w:rsidR="00D47296" w:rsidRDefault="008C31C1" w:rsidP="004464E4">
      <w:pPr>
        <w:pStyle w:val="ListBullet"/>
        <w:tabs>
          <w:tab w:val="clear" w:pos="360"/>
          <w:tab w:val="num" w:pos="720"/>
        </w:tabs>
        <w:spacing w:after="40"/>
      </w:pPr>
      <w:r>
        <w:rPr>
          <w:sz w:val="21"/>
        </w:rPr>
        <w:t xml:space="preserve">Staff will be trained </w:t>
      </w:r>
      <w:proofErr w:type="gramStart"/>
      <w:r>
        <w:rPr>
          <w:sz w:val="21"/>
        </w:rPr>
        <w:t>to</w:t>
      </w:r>
      <w:proofErr w:type="gramEnd"/>
      <w:r>
        <w:rPr>
          <w:sz w:val="21"/>
        </w:rPr>
        <w:t xml:space="preserve"> their expected emergency roles and will use this EOP and referenced procedures during emergencies.</w:t>
      </w:r>
    </w:p>
    <w:p w14:paraId="57587D45" w14:textId="77777777" w:rsidR="00D47296" w:rsidRDefault="008C31C1">
      <w:pPr>
        <w:pStyle w:val="Heading2"/>
      </w:pPr>
      <w:r>
        <w:t>D. Relationship to Supporting Plans</w:t>
      </w:r>
    </w:p>
    <w:p w14:paraId="78CA91A9" w14:textId="77777777" w:rsidR="00D47296" w:rsidRDefault="008C31C1">
      <w:pPr>
        <w:spacing w:after="80" w:line="240" w:lineRule="auto"/>
      </w:pPr>
      <w:r>
        <w:t>The EOP may incorporate controlled policies, procedures, fire/life-safety plans, infection-control plans, IT/cyber downtime procedures, vendor agreements, after-hours coverage arrangements, referral agreements, continuity documents, communication directories, floor plans, and other supporting materials by reference. CMS permits flexible organization, but the FQHC must be able to produce written evidence showing where applicable requirements are addressed.</w:t>
      </w:r>
    </w:p>
    <w:p w14:paraId="0E42F92F" w14:textId="77777777" w:rsidR="00D47296" w:rsidRDefault="008C31C1">
      <w:r>
        <w:br w:type="page"/>
      </w:r>
    </w:p>
    <w:p w14:paraId="3A5E2C0F" w14:textId="77777777" w:rsidR="00D47296" w:rsidRDefault="008C31C1">
      <w:pPr>
        <w:pStyle w:val="Heading1"/>
      </w:pPr>
      <w:r>
        <w:lastRenderedPageBreak/>
        <w:t>2. ADMINISTRATION</w:t>
      </w:r>
    </w:p>
    <w:tbl>
      <w:tblPr>
        <w:tblW w:w="0" w:type="auto"/>
        <w:jc w:val="center"/>
        <w:tblLook w:val="04A0" w:firstRow="1" w:lastRow="0" w:firstColumn="1" w:lastColumn="0" w:noHBand="0" w:noVBand="1"/>
      </w:tblPr>
      <w:tblGrid>
        <w:gridCol w:w="10800"/>
      </w:tblGrid>
      <w:tr w:rsidR="00D47296" w14:paraId="598BC283" w14:textId="77777777">
        <w:trPr>
          <w:jc w:val="center"/>
        </w:trPr>
        <w:tc>
          <w:tcPr>
            <w:tcW w:w="10800" w:type="dxa"/>
            <w:shd w:val="clear" w:color="auto" w:fill="E8F2EE"/>
          </w:tcPr>
          <w:p w14:paraId="49CD06D4" w14:textId="77777777" w:rsidR="00D47296" w:rsidRDefault="008C31C1">
            <w:r>
              <w:rPr>
                <w:b/>
                <w:color w:val="015A41"/>
              </w:rPr>
              <w:t xml:space="preserve">REGULATORY BASIS </w:t>
            </w:r>
            <w:r>
              <w:t>42 CFR §491.12; CMS Appendix Z; supporting 42 CFR Part 491 requirements and applicable HRSA/Maine layers.</w:t>
            </w:r>
          </w:p>
        </w:tc>
      </w:tr>
    </w:tbl>
    <w:p w14:paraId="61B21113" w14:textId="77777777" w:rsidR="00D47296" w:rsidRDefault="00D47296">
      <w:pPr>
        <w:spacing w:after="0"/>
      </w:pPr>
    </w:p>
    <w:p w14:paraId="0745FEEA" w14:textId="77777777" w:rsidR="00D47296" w:rsidRDefault="008C31C1">
      <w:pPr>
        <w:pStyle w:val="Heading2"/>
      </w:pPr>
      <w:r>
        <w:t>A. Emergency Preparedness Program</w:t>
      </w:r>
    </w:p>
    <w:p w14:paraId="235117E6" w14:textId="77777777" w:rsidR="00D47296" w:rsidRDefault="008C31C1">
      <w:pPr>
        <w:spacing w:after="80" w:line="240" w:lineRule="auto"/>
      </w:pPr>
      <w:r>
        <w:t>The &lt;Insert facility name&gt; maintains an emergency preparedness program consisting of: (1) an emergency plan based on facility- and community-based risk assessments; (2) emergency preparedness policies and procedures; (3) a communication plan; and (4) a training and testing program. These core elements are maintained under 42 CFR §491.12.</w:t>
      </w:r>
    </w:p>
    <w:p w14:paraId="790E9191" w14:textId="77777777" w:rsidR="00D47296" w:rsidRDefault="008C31C1">
      <w:pPr>
        <w:pStyle w:val="Heading2"/>
      </w:pPr>
      <w:r>
        <w:t>B. Review, Maintenance &amp; Testing Cycle</w:t>
      </w:r>
    </w:p>
    <w:p w14:paraId="3EF35EAA" w14:textId="77777777" w:rsidR="00D47296" w:rsidRDefault="008C31C1">
      <w:pPr>
        <w:spacing w:after="80" w:line="240" w:lineRule="auto"/>
      </w:pPr>
      <w:r>
        <w:t>The emergency plan, policies/procedures, communication plan, and training/testing program will be reviewed and updated at least every 2 years. Interim updates will be made when material changes or lessons learned make current information inaccurate or unsafe.</w:t>
      </w:r>
    </w:p>
    <w:p w14:paraId="75D57175" w14:textId="77777777" w:rsidR="004464E4" w:rsidRDefault="004464E4">
      <w:pPr>
        <w:spacing w:after="80" w:line="240" w:lineRule="auto"/>
      </w:pPr>
    </w:p>
    <w:tbl>
      <w:tblPr>
        <w:tblW w:w="0" w:type="auto"/>
        <w:jc w:val="center"/>
        <w:tblLook w:val="04A0" w:firstRow="1" w:lastRow="0" w:firstColumn="1" w:lastColumn="0" w:noHBand="0" w:noVBand="1"/>
      </w:tblPr>
      <w:tblGrid>
        <w:gridCol w:w="10800"/>
      </w:tblGrid>
      <w:tr w:rsidR="00D47296" w14:paraId="60AC58FB" w14:textId="77777777">
        <w:trPr>
          <w:jc w:val="center"/>
        </w:trPr>
        <w:tc>
          <w:tcPr>
            <w:tcW w:w="10800" w:type="dxa"/>
            <w:shd w:val="clear" w:color="auto" w:fill="FFF1EC"/>
          </w:tcPr>
          <w:p w14:paraId="19836452" w14:textId="77777777" w:rsidR="00D47296" w:rsidRDefault="008C31C1">
            <w:r>
              <w:rPr>
                <w:b/>
                <w:color w:val="E63B07"/>
              </w:rPr>
              <w:t xml:space="preserve">CMS TESTING CYCLE </w:t>
            </w:r>
            <w:r>
              <w:t>The FQHC conducts at least one emergency-plan testing exercise annually. At least every 2 years, it participates in a community-based full-scale exercise when accessible, or conducts an individual facility-based functional exercise when a community-based exercise is not accessible. In the opposite year it conducts an additional qualifying exercise such as another full-scale/functional exercise, a mock disaster drill, or a facilitator-led tabletop/workshop. A qualifying actual emergency requiring EOP activat</w:t>
            </w:r>
            <w:r>
              <w:t>ion may exempt the FQHC from its next required full-scale/functional exercise, but does not erase the opposite-year exercise requirement.</w:t>
            </w:r>
          </w:p>
        </w:tc>
      </w:tr>
    </w:tbl>
    <w:p w14:paraId="4EDE820E" w14:textId="77777777" w:rsidR="00D47296" w:rsidRDefault="00D47296">
      <w:pPr>
        <w:spacing w:after="0"/>
      </w:pPr>
    </w:p>
    <w:p w14:paraId="49302A01" w14:textId="77777777" w:rsidR="00D47296" w:rsidRDefault="008C31C1">
      <w:pPr>
        <w:pStyle w:val="Heading2"/>
      </w:pPr>
      <w:r>
        <w:t>C. Authorities &amp; References</w:t>
      </w:r>
    </w:p>
    <w:p w14:paraId="57C836D0" w14:textId="77777777" w:rsidR="00D47296" w:rsidRDefault="008C31C1" w:rsidP="004464E4">
      <w:pPr>
        <w:pStyle w:val="ListBullet"/>
        <w:tabs>
          <w:tab w:val="clear" w:pos="360"/>
          <w:tab w:val="num" w:pos="720"/>
        </w:tabs>
        <w:spacing w:after="40"/>
      </w:pPr>
      <w:r>
        <w:rPr>
          <w:sz w:val="21"/>
        </w:rPr>
        <w:t>42 CFR §491.12 - Emergency Preparedness for RHCs/FQHCs</w:t>
      </w:r>
    </w:p>
    <w:p w14:paraId="36EBAA39" w14:textId="77777777" w:rsidR="00D47296" w:rsidRDefault="008C31C1" w:rsidP="004464E4">
      <w:pPr>
        <w:pStyle w:val="ListBullet"/>
        <w:tabs>
          <w:tab w:val="clear" w:pos="360"/>
          <w:tab w:val="num" w:pos="720"/>
        </w:tabs>
        <w:spacing w:after="40"/>
      </w:pPr>
      <w:r>
        <w:rPr>
          <w:sz w:val="21"/>
        </w:rPr>
        <w:t>CMS State Operations Manual, Appendix Z - Emergency Preparedness</w:t>
      </w:r>
    </w:p>
    <w:p w14:paraId="09EE0C53" w14:textId="77777777" w:rsidR="00D47296" w:rsidRDefault="008C31C1" w:rsidP="004464E4">
      <w:pPr>
        <w:pStyle w:val="ListBullet"/>
        <w:tabs>
          <w:tab w:val="clear" w:pos="360"/>
          <w:tab w:val="num" w:pos="720"/>
        </w:tabs>
        <w:spacing w:after="40"/>
      </w:pPr>
      <w:r>
        <w:rPr>
          <w:sz w:val="21"/>
        </w:rPr>
        <w:t>42 CFR Part 491 supporting Conditions for Certification/Coverage</w:t>
      </w:r>
    </w:p>
    <w:p w14:paraId="0C5B87CC" w14:textId="77777777" w:rsidR="00D47296" w:rsidRDefault="008C31C1" w:rsidP="004464E4">
      <w:pPr>
        <w:pStyle w:val="ListBullet"/>
        <w:tabs>
          <w:tab w:val="clear" w:pos="360"/>
          <w:tab w:val="num" w:pos="720"/>
        </w:tabs>
        <w:spacing w:after="40"/>
      </w:pPr>
      <w:r>
        <w:rPr>
          <w:sz w:val="21"/>
        </w:rPr>
        <w:t>HRSA Health Center Program Compliance Manual, when applicable</w:t>
      </w:r>
    </w:p>
    <w:p w14:paraId="2E756711" w14:textId="77777777" w:rsidR="00D47296" w:rsidRDefault="008C31C1" w:rsidP="004464E4">
      <w:pPr>
        <w:pStyle w:val="ListBullet"/>
        <w:tabs>
          <w:tab w:val="clear" w:pos="360"/>
          <w:tab w:val="num" w:pos="720"/>
        </w:tabs>
        <w:spacing w:after="40"/>
      </w:pPr>
      <w:r>
        <w:rPr>
          <w:sz w:val="21"/>
        </w:rPr>
        <w:t>Maine DHHS Division of Licensing &amp; Certification provider guidance</w:t>
      </w:r>
    </w:p>
    <w:p w14:paraId="68FFB55D" w14:textId="77777777" w:rsidR="00D47296" w:rsidRDefault="008C31C1" w:rsidP="004464E4">
      <w:pPr>
        <w:pStyle w:val="ListBullet"/>
        <w:tabs>
          <w:tab w:val="clear" w:pos="360"/>
          <w:tab w:val="num" w:pos="720"/>
        </w:tabs>
        <w:spacing w:after="40"/>
      </w:pPr>
      <w:r>
        <w:rPr>
          <w:sz w:val="21"/>
        </w:rPr>
        <w:t>Maine CDC public-health reporting requirements</w:t>
      </w:r>
    </w:p>
    <w:p w14:paraId="34DDA7D9" w14:textId="77777777" w:rsidR="00D47296" w:rsidRDefault="008C31C1" w:rsidP="004464E4">
      <w:pPr>
        <w:pStyle w:val="ListBullet"/>
        <w:tabs>
          <w:tab w:val="clear" w:pos="360"/>
          <w:tab w:val="num" w:pos="720"/>
        </w:tabs>
        <w:spacing w:after="40"/>
      </w:pPr>
      <w:r>
        <w:rPr>
          <w:sz w:val="21"/>
        </w:rPr>
        <w:t>Maine Office of State Fire Marshal and local AHJ requirements based on actual occupancy and services</w:t>
      </w:r>
    </w:p>
    <w:p w14:paraId="367CFB5C" w14:textId="77777777" w:rsidR="00D47296" w:rsidRDefault="008C31C1" w:rsidP="004464E4">
      <w:pPr>
        <w:pStyle w:val="ListBullet"/>
        <w:tabs>
          <w:tab w:val="clear" w:pos="360"/>
          <w:tab w:val="num" w:pos="720"/>
        </w:tabs>
        <w:spacing w:after="40"/>
      </w:pPr>
      <w:r>
        <w:rPr>
          <w:sz w:val="21"/>
        </w:rPr>
        <w:t>Facility policies, contracts, agreements, risk assessments, and accreditation requirements, if applicable</w:t>
      </w:r>
    </w:p>
    <w:p w14:paraId="73C3D5DB" w14:textId="77777777" w:rsidR="00D47296" w:rsidRDefault="008C31C1">
      <w:pPr>
        <w:pStyle w:val="Heading2"/>
      </w:pPr>
      <w:r>
        <w:t>D. Program Governance</w:t>
      </w:r>
    </w:p>
    <w:tbl>
      <w:tblPr>
        <w:tblW w:w="0" w:type="auto"/>
        <w:jc w:val="center"/>
        <w:tblLayout w:type="fixed"/>
        <w:tblLook w:val="04A0" w:firstRow="1" w:lastRow="0" w:firstColumn="1" w:lastColumn="0" w:noHBand="0" w:noVBand="1"/>
      </w:tblPr>
      <w:tblGrid>
        <w:gridCol w:w="3888"/>
        <w:gridCol w:w="6624"/>
      </w:tblGrid>
      <w:tr w:rsidR="00D47296" w14:paraId="24D27863" w14:textId="77777777">
        <w:trPr>
          <w:tblHeader/>
          <w:jc w:val="center"/>
        </w:trPr>
        <w:tc>
          <w:tcPr>
            <w:tcW w:w="3888" w:type="dxa"/>
            <w:shd w:val="clear" w:color="auto" w:fill="015A41"/>
            <w:tcMar>
              <w:top w:w="70" w:type="dxa"/>
              <w:left w:w="70" w:type="dxa"/>
              <w:bottom w:w="70" w:type="dxa"/>
              <w:right w:w="70" w:type="dxa"/>
            </w:tcMar>
            <w:vAlign w:val="center"/>
          </w:tcPr>
          <w:p w14:paraId="3AF01FCE" w14:textId="77777777" w:rsidR="00D47296" w:rsidRDefault="008C31C1">
            <w:r>
              <w:rPr>
                <w:b/>
                <w:color w:val="FFFFFF"/>
                <w:sz w:val="19"/>
              </w:rPr>
              <w:t>Field</w:t>
            </w:r>
          </w:p>
        </w:tc>
        <w:tc>
          <w:tcPr>
            <w:tcW w:w="6624" w:type="dxa"/>
            <w:shd w:val="clear" w:color="auto" w:fill="015A41"/>
            <w:tcMar>
              <w:top w:w="70" w:type="dxa"/>
              <w:left w:w="70" w:type="dxa"/>
              <w:bottom w:w="70" w:type="dxa"/>
              <w:right w:w="70" w:type="dxa"/>
            </w:tcMar>
            <w:vAlign w:val="center"/>
          </w:tcPr>
          <w:p w14:paraId="2900F562" w14:textId="77777777" w:rsidR="00D47296" w:rsidRDefault="008C31C1">
            <w:r>
              <w:rPr>
                <w:b/>
                <w:color w:val="FFFFFF"/>
                <w:sz w:val="19"/>
              </w:rPr>
              <w:t>Facility Entry</w:t>
            </w:r>
          </w:p>
        </w:tc>
      </w:tr>
      <w:tr w:rsidR="00D47296" w14:paraId="56BDB6F0" w14:textId="77777777">
        <w:trPr>
          <w:jc w:val="center"/>
        </w:trPr>
        <w:tc>
          <w:tcPr>
            <w:tcW w:w="3888" w:type="dxa"/>
            <w:shd w:val="clear" w:color="auto" w:fill="E8F2EE"/>
            <w:tcMar>
              <w:top w:w="70" w:type="dxa"/>
              <w:left w:w="70" w:type="dxa"/>
              <w:bottom w:w="70" w:type="dxa"/>
              <w:right w:w="70" w:type="dxa"/>
            </w:tcMar>
            <w:vAlign w:val="center"/>
          </w:tcPr>
          <w:p w14:paraId="396121E4" w14:textId="77777777" w:rsidR="00D47296" w:rsidRDefault="008C31C1">
            <w:r>
              <w:rPr>
                <w:sz w:val="19"/>
              </w:rPr>
              <w:t>Emergency Preparedness Program Lead</w:t>
            </w:r>
          </w:p>
        </w:tc>
        <w:tc>
          <w:tcPr>
            <w:tcW w:w="6624" w:type="dxa"/>
            <w:shd w:val="clear" w:color="auto" w:fill="E8F2EE"/>
            <w:tcMar>
              <w:top w:w="70" w:type="dxa"/>
              <w:left w:w="70" w:type="dxa"/>
              <w:bottom w:w="70" w:type="dxa"/>
              <w:right w:w="70" w:type="dxa"/>
            </w:tcMar>
            <w:vAlign w:val="center"/>
          </w:tcPr>
          <w:p w14:paraId="5E5DFCF2" w14:textId="77777777" w:rsidR="00D47296" w:rsidRDefault="008C31C1">
            <w:r>
              <w:rPr>
                <w:i/>
                <w:color w:val="777777"/>
                <w:sz w:val="24"/>
              </w:rPr>
              <w:t>&lt;Insert&gt;</w:t>
            </w:r>
          </w:p>
        </w:tc>
      </w:tr>
      <w:tr w:rsidR="00D47296" w14:paraId="6F0A780E" w14:textId="77777777">
        <w:trPr>
          <w:jc w:val="center"/>
        </w:trPr>
        <w:tc>
          <w:tcPr>
            <w:tcW w:w="3888" w:type="dxa"/>
            <w:tcMar>
              <w:top w:w="70" w:type="dxa"/>
              <w:left w:w="70" w:type="dxa"/>
              <w:bottom w:w="70" w:type="dxa"/>
              <w:right w:w="70" w:type="dxa"/>
            </w:tcMar>
            <w:vAlign w:val="center"/>
          </w:tcPr>
          <w:p w14:paraId="47200C06" w14:textId="77777777" w:rsidR="00D47296" w:rsidRDefault="008C31C1">
            <w:r>
              <w:rPr>
                <w:sz w:val="19"/>
              </w:rPr>
              <w:t>Backup Lead</w:t>
            </w:r>
          </w:p>
        </w:tc>
        <w:tc>
          <w:tcPr>
            <w:tcW w:w="6624" w:type="dxa"/>
            <w:tcMar>
              <w:top w:w="70" w:type="dxa"/>
              <w:left w:w="70" w:type="dxa"/>
              <w:bottom w:w="70" w:type="dxa"/>
              <w:right w:w="70" w:type="dxa"/>
            </w:tcMar>
            <w:vAlign w:val="center"/>
          </w:tcPr>
          <w:p w14:paraId="337A1F2B" w14:textId="77777777" w:rsidR="00D47296" w:rsidRDefault="008C31C1">
            <w:r>
              <w:rPr>
                <w:i/>
                <w:color w:val="777777"/>
                <w:sz w:val="24"/>
              </w:rPr>
              <w:t>&lt;Insert&gt;</w:t>
            </w:r>
          </w:p>
        </w:tc>
      </w:tr>
      <w:tr w:rsidR="00D47296" w14:paraId="59D16739" w14:textId="77777777">
        <w:trPr>
          <w:jc w:val="center"/>
        </w:trPr>
        <w:tc>
          <w:tcPr>
            <w:tcW w:w="3888" w:type="dxa"/>
            <w:shd w:val="clear" w:color="auto" w:fill="E8F2EE"/>
            <w:tcMar>
              <w:top w:w="70" w:type="dxa"/>
              <w:left w:w="70" w:type="dxa"/>
              <w:bottom w:w="70" w:type="dxa"/>
              <w:right w:w="70" w:type="dxa"/>
            </w:tcMar>
            <w:vAlign w:val="center"/>
          </w:tcPr>
          <w:p w14:paraId="7FAC9D34" w14:textId="77777777" w:rsidR="00D47296" w:rsidRDefault="008C31C1">
            <w:r>
              <w:rPr>
                <w:sz w:val="19"/>
              </w:rPr>
              <w:t>Leadership Oversight Group</w:t>
            </w:r>
          </w:p>
        </w:tc>
        <w:tc>
          <w:tcPr>
            <w:tcW w:w="6624" w:type="dxa"/>
            <w:shd w:val="clear" w:color="auto" w:fill="E8F2EE"/>
            <w:tcMar>
              <w:top w:w="70" w:type="dxa"/>
              <w:left w:w="70" w:type="dxa"/>
              <w:bottom w:w="70" w:type="dxa"/>
              <w:right w:w="70" w:type="dxa"/>
            </w:tcMar>
            <w:vAlign w:val="center"/>
          </w:tcPr>
          <w:p w14:paraId="1C17D84B" w14:textId="77777777" w:rsidR="00D47296" w:rsidRDefault="008C31C1">
            <w:r>
              <w:rPr>
                <w:i/>
                <w:color w:val="777777"/>
                <w:sz w:val="24"/>
              </w:rPr>
              <w:t>&lt;Insert committee / leadership team&gt;</w:t>
            </w:r>
          </w:p>
        </w:tc>
      </w:tr>
      <w:tr w:rsidR="00D47296" w14:paraId="6B998B28" w14:textId="77777777">
        <w:trPr>
          <w:jc w:val="center"/>
        </w:trPr>
        <w:tc>
          <w:tcPr>
            <w:tcW w:w="3888" w:type="dxa"/>
            <w:tcMar>
              <w:top w:w="70" w:type="dxa"/>
              <w:left w:w="70" w:type="dxa"/>
              <w:bottom w:w="70" w:type="dxa"/>
              <w:right w:w="70" w:type="dxa"/>
            </w:tcMar>
            <w:vAlign w:val="center"/>
          </w:tcPr>
          <w:p w14:paraId="5171D577" w14:textId="77777777" w:rsidR="00D47296" w:rsidRDefault="008C31C1">
            <w:r>
              <w:rPr>
                <w:sz w:val="19"/>
              </w:rPr>
              <w:lastRenderedPageBreak/>
              <w:t>Formal Review Participants</w:t>
            </w:r>
          </w:p>
        </w:tc>
        <w:tc>
          <w:tcPr>
            <w:tcW w:w="6624" w:type="dxa"/>
            <w:tcMar>
              <w:top w:w="70" w:type="dxa"/>
              <w:left w:w="70" w:type="dxa"/>
              <w:bottom w:w="70" w:type="dxa"/>
              <w:right w:w="70" w:type="dxa"/>
            </w:tcMar>
            <w:vAlign w:val="center"/>
          </w:tcPr>
          <w:p w14:paraId="17171551" w14:textId="77777777" w:rsidR="00D47296" w:rsidRDefault="008C31C1">
            <w:r>
              <w:rPr>
                <w:i/>
                <w:color w:val="777777"/>
                <w:sz w:val="24"/>
              </w:rPr>
              <w:t>&lt;Executive/site lead, clinical lead, facilities/safety, infection prevention, IT, HR, operations, pharmacy, others as applicable&gt;</w:t>
            </w:r>
          </w:p>
        </w:tc>
      </w:tr>
      <w:tr w:rsidR="00D47296" w14:paraId="4CDD6F2B" w14:textId="77777777">
        <w:trPr>
          <w:jc w:val="center"/>
        </w:trPr>
        <w:tc>
          <w:tcPr>
            <w:tcW w:w="3888" w:type="dxa"/>
            <w:shd w:val="clear" w:color="auto" w:fill="E8F2EE"/>
            <w:tcMar>
              <w:top w:w="70" w:type="dxa"/>
              <w:left w:w="70" w:type="dxa"/>
              <w:bottom w:w="70" w:type="dxa"/>
              <w:right w:w="70" w:type="dxa"/>
            </w:tcMar>
            <w:vAlign w:val="center"/>
          </w:tcPr>
          <w:p w14:paraId="7C7C695A" w14:textId="77777777" w:rsidR="00D47296" w:rsidRDefault="008C31C1">
            <w:r>
              <w:rPr>
                <w:sz w:val="19"/>
              </w:rPr>
              <w:t>Unified / Integrated System Program</w:t>
            </w:r>
          </w:p>
        </w:tc>
        <w:tc>
          <w:tcPr>
            <w:tcW w:w="6624" w:type="dxa"/>
            <w:shd w:val="clear" w:color="auto" w:fill="E8F2EE"/>
            <w:tcMar>
              <w:top w:w="70" w:type="dxa"/>
              <w:left w:w="70" w:type="dxa"/>
              <w:bottom w:w="70" w:type="dxa"/>
              <w:right w:w="70" w:type="dxa"/>
            </w:tcMar>
            <w:vAlign w:val="center"/>
          </w:tcPr>
          <w:p w14:paraId="4BE28A38" w14:textId="77777777" w:rsidR="00D47296" w:rsidRDefault="008C31C1">
            <w:r>
              <w:rPr>
                <w:i/>
                <w:color w:val="777777"/>
                <w:sz w:val="24"/>
              </w:rPr>
              <w:t>&lt;Yes / No; if yes, document active FQHC participation under §491.12(e)&gt;</w:t>
            </w:r>
          </w:p>
        </w:tc>
      </w:tr>
      <w:tr w:rsidR="00D47296" w14:paraId="58007D12" w14:textId="77777777">
        <w:trPr>
          <w:jc w:val="center"/>
        </w:trPr>
        <w:tc>
          <w:tcPr>
            <w:tcW w:w="3888" w:type="dxa"/>
            <w:tcMar>
              <w:top w:w="70" w:type="dxa"/>
              <w:left w:w="70" w:type="dxa"/>
              <w:bottom w:w="70" w:type="dxa"/>
              <w:right w:w="70" w:type="dxa"/>
            </w:tcMar>
            <w:vAlign w:val="center"/>
          </w:tcPr>
          <w:p w14:paraId="65FEA2E1" w14:textId="77777777" w:rsidR="00D47296" w:rsidRDefault="008C31C1">
            <w:r>
              <w:rPr>
                <w:sz w:val="19"/>
              </w:rPr>
              <w:t>HRSA HCP applicability</w:t>
            </w:r>
          </w:p>
        </w:tc>
        <w:tc>
          <w:tcPr>
            <w:tcW w:w="6624" w:type="dxa"/>
            <w:tcMar>
              <w:top w:w="70" w:type="dxa"/>
              <w:left w:w="70" w:type="dxa"/>
              <w:bottom w:w="70" w:type="dxa"/>
              <w:right w:w="70" w:type="dxa"/>
            </w:tcMar>
            <w:vAlign w:val="center"/>
          </w:tcPr>
          <w:p w14:paraId="74BB7EE8" w14:textId="77777777" w:rsidR="00D47296" w:rsidRDefault="008C31C1">
            <w:r>
              <w:rPr>
                <w:i/>
                <w:color w:val="777777"/>
                <w:sz w:val="24"/>
              </w:rPr>
              <w:t>&lt;Applicable / not applicable; document basis&gt;</w:t>
            </w:r>
          </w:p>
        </w:tc>
      </w:tr>
    </w:tbl>
    <w:p w14:paraId="25CAFFDF" w14:textId="77777777" w:rsidR="00D47296" w:rsidRDefault="00D47296">
      <w:pPr>
        <w:spacing w:after="0"/>
      </w:pPr>
    </w:p>
    <w:p w14:paraId="77C6C9CD" w14:textId="77777777" w:rsidR="00D47296" w:rsidRDefault="008C31C1">
      <w:pPr>
        <w:pStyle w:val="Heading2"/>
      </w:pPr>
      <w:r>
        <w:t>E. Regulatory Alignment</w:t>
      </w:r>
    </w:p>
    <w:p w14:paraId="2038BBBB" w14:textId="77777777" w:rsidR="00D47296" w:rsidRDefault="008C31C1">
      <w:pPr>
        <w:spacing w:after="80" w:line="240" w:lineRule="auto"/>
      </w:pPr>
      <w:r>
        <w:t>Use Attachment A (Regulatory &amp; EOP Crosswalk), Attachment C (Policies &amp; Procedures Index), and the Supporting Documentation Index to document where each CMS, supporting Federal, HRSA, Maine, fire/building, and organizational requirement or evidence item is maintained.</w:t>
      </w:r>
    </w:p>
    <w:p w14:paraId="3B86AAF5" w14:textId="77777777" w:rsidR="00D47296" w:rsidRDefault="008C31C1">
      <w:r>
        <w:br w:type="page"/>
      </w:r>
    </w:p>
    <w:p w14:paraId="3859516C" w14:textId="77777777" w:rsidR="00D47296" w:rsidRDefault="008C31C1">
      <w:pPr>
        <w:pStyle w:val="Heading1"/>
      </w:pPr>
      <w:r>
        <w:lastRenderedPageBreak/>
        <w:t>3. SITUATION / RISK ASSESSMENT</w:t>
      </w:r>
    </w:p>
    <w:tbl>
      <w:tblPr>
        <w:tblW w:w="0" w:type="auto"/>
        <w:jc w:val="center"/>
        <w:tblLook w:val="04A0" w:firstRow="1" w:lastRow="0" w:firstColumn="1" w:lastColumn="0" w:noHBand="0" w:noVBand="1"/>
      </w:tblPr>
      <w:tblGrid>
        <w:gridCol w:w="10800"/>
      </w:tblGrid>
      <w:tr w:rsidR="00D47296" w14:paraId="5E0E348B" w14:textId="77777777">
        <w:trPr>
          <w:jc w:val="center"/>
        </w:trPr>
        <w:tc>
          <w:tcPr>
            <w:tcW w:w="10800" w:type="dxa"/>
            <w:shd w:val="clear" w:color="auto" w:fill="E8F2EE"/>
          </w:tcPr>
          <w:p w14:paraId="55955C99" w14:textId="77777777" w:rsidR="00D47296" w:rsidRDefault="008C31C1">
            <w:r>
              <w:rPr>
                <w:b/>
                <w:color w:val="015A41"/>
              </w:rPr>
              <w:t xml:space="preserve">REGULATORY BASIS </w:t>
            </w:r>
            <w:r>
              <w:t>42 CFR §491.12(a)(1)-(3); E-0006/E-0007. The plan must include documented facility- and community-based risk assessments using an all-hazards approach and strategies for identified events.</w:t>
            </w:r>
          </w:p>
        </w:tc>
      </w:tr>
    </w:tbl>
    <w:p w14:paraId="6202A5F7" w14:textId="77777777" w:rsidR="00D47296" w:rsidRDefault="00D47296">
      <w:pPr>
        <w:spacing w:after="0"/>
      </w:pPr>
    </w:p>
    <w:p w14:paraId="1AA5DD09" w14:textId="77777777" w:rsidR="00D47296" w:rsidRDefault="008C31C1">
      <w:pPr>
        <w:pStyle w:val="Heading2"/>
      </w:pPr>
      <w:r>
        <w:t>A. Facility-Based Risk Assessment / HVA</w:t>
      </w:r>
    </w:p>
    <w:tbl>
      <w:tblPr>
        <w:tblW w:w="0" w:type="auto"/>
        <w:jc w:val="center"/>
        <w:tblLayout w:type="fixed"/>
        <w:tblLook w:val="04A0" w:firstRow="1" w:lastRow="0" w:firstColumn="1" w:lastColumn="0" w:noHBand="0" w:noVBand="1"/>
      </w:tblPr>
      <w:tblGrid>
        <w:gridCol w:w="3600"/>
        <w:gridCol w:w="6912"/>
      </w:tblGrid>
      <w:tr w:rsidR="00D47296" w14:paraId="7BAACB95" w14:textId="77777777">
        <w:trPr>
          <w:tblHeader/>
          <w:jc w:val="center"/>
        </w:trPr>
        <w:tc>
          <w:tcPr>
            <w:tcW w:w="3600" w:type="dxa"/>
            <w:shd w:val="clear" w:color="auto" w:fill="015A41"/>
            <w:tcMar>
              <w:top w:w="70" w:type="dxa"/>
              <w:left w:w="70" w:type="dxa"/>
              <w:bottom w:w="70" w:type="dxa"/>
              <w:right w:w="70" w:type="dxa"/>
            </w:tcMar>
            <w:vAlign w:val="center"/>
          </w:tcPr>
          <w:p w14:paraId="681D4FC0" w14:textId="77777777" w:rsidR="00D47296" w:rsidRDefault="008C31C1">
            <w:r>
              <w:rPr>
                <w:b/>
                <w:color w:val="FFFFFF"/>
                <w:sz w:val="19"/>
              </w:rPr>
              <w:t>Field</w:t>
            </w:r>
          </w:p>
        </w:tc>
        <w:tc>
          <w:tcPr>
            <w:tcW w:w="6912" w:type="dxa"/>
            <w:shd w:val="clear" w:color="auto" w:fill="015A41"/>
            <w:tcMar>
              <w:top w:w="70" w:type="dxa"/>
              <w:left w:w="70" w:type="dxa"/>
              <w:bottom w:w="70" w:type="dxa"/>
              <w:right w:w="70" w:type="dxa"/>
            </w:tcMar>
            <w:vAlign w:val="center"/>
          </w:tcPr>
          <w:p w14:paraId="47895C68" w14:textId="77777777" w:rsidR="00D47296" w:rsidRDefault="008C31C1">
            <w:r>
              <w:rPr>
                <w:b/>
                <w:color w:val="FFFFFF"/>
                <w:sz w:val="19"/>
              </w:rPr>
              <w:t>Facility Entry</w:t>
            </w:r>
          </w:p>
        </w:tc>
      </w:tr>
      <w:tr w:rsidR="00D47296" w14:paraId="7259B250" w14:textId="77777777">
        <w:trPr>
          <w:jc w:val="center"/>
        </w:trPr>
        <w:tc>
          <w:tcPr>
            <w:tcW w:w="3600" w:type="dxa"/>
            <w:shd w:val="clear" w:color="auto" w:fill="E8F2EE"/>
            <w:tcMar>
              <w:top w:w="70" w:type="dxa"/>
              <w:left w:w="70" w:type="dxa"/>
              <w:bottom w:w="70" w:type="dxa"/>
              <w:right w:w="70" w:type="dxa"/>
            </w:tcMar>
            <w:vAlign w:val="center"/>
          </w:tcPr>
          <w:p w14:paraId="6251101C" w14:textId="77777777" w:rsidR="00D47296" w:rsidRDefault="008C31C1">
            <w:r>
              <w:rPr>
                <w:sz w:val="19"/>
              </w:rPr>
              <w:t>Assessment tool / methodology</w:t>
            </w:r>
          </w:p>
        </w:tc>
        <w:tc>
          <w:tcPr>
            <w:tcW w:w="6912" w:type="dxa"/>
            <w:shd w:val="clear" w:color="auto" w:fill="E8F2EE"/>
            <w:tcMar>
              <w:top w:w="70" w:type="dxa"/>
              <w:left w:w="70" w:type="dxa"/>
              <w:bottom w:w="70" w:type="dxa"/>
              <w:right w:w="70" w:type="dxa"/>
            </w:tcMar>
            <w:vAlign w:val="center"/>
          </w:tcPr>
          <w:p w14:paraId="5AE3DB1C" w14:textId="77777777" w:rsidR="00D47296" w:rsidRDefault="008C31C1">
            <w:r>
              <w:rPr>
                <w:i/>
                <w:color w:val="777777"/>
                <w:sz w:val="24"/>
              </w:rPr>
              <w:t>&lt;Insert&gt;</w:t>
            </w:r>
          </w:p>
        </w:tc>
      </w:tr>
      <w:tr w:rsidR="00D47296" w14:paraId="7C38E9A9" w14:textId="77777777">
        <w:trPr>
          <w:jc w:val="center"/>
        </w:trPr>
        <w:tc>
          <w:tcPr>
            <w:tcW w:w="3600" w:type="dxa"/>
            <w:tcMar>
              <w:top w:w="70" w:type="dxa"/>
              <w:left w:w="70" w:type="dxa"/>
              <w:bottom w:w="70" w:type="dxa"/>
              <w:right w:w="70" w:type="dxa"/>
            </w:tcMar>
            <w:vAlign w:val="center"/>
          </w:tcPr>
          <w:p w14:paraId="761A8B8A" w14:textId="77777777" w:rsidR="00D47296" w:rsidRDefault="008C31C1">
            <w:r>
              <w:rPr>
                <w:sz w:val="19"/>
              </w:rPr>
              <w:t>Assessment date</w:t>
            </w:r>
          </w:p>
        </w:tc>
        <w:tc>
          <w:tcPr>
            <w:tcW w:w="6912" w:type="dxa"/>
            <w:tcMar>
              <w:top w:w="70" w:type="dxa"/>
              <w:left w:w="70" w:type="dxa"/>
              <w:bottom w:w="70" w:type="dxa"/>
              <w:right w:w="70" w:type="dxa"/>
            </w:tcMar>
            <w:vAlign w:val="center"/>
          </w:tcPr>
          <w:p w14:paraId="73681D4C" w14:textId="77777777" w:rsidR="00D47296" w:rsidRDefault="008C31C1">
            <w:r>
              <w:rPr>
                <w:i/>
                <w:color w:val="777777"/>
                <w:sz w:val="24"/>
              </w:rPr>
              <w:t>&lt;Insert&gt;</w:t>
            </w:r>
          </w:p>
        </w:tc>
      </w:tr>
      <w:tr w:rsidR="00D47296" w14:paraId="0F807CE9" w14:textId="77777777">
        <w:trPr>
          <w:jc w:val="center"/>
        </w:trPr>
        <w:tc>
          <w:tcPr>
            <w:tcW w:w="3600" w:type="dxa"/>
            <w:shd w:val="clear" w:color="auto" w:fill="E8F2EE"/>
            <w:tcMar>
              <w:top w:w="70" w:type="dxa"/>
              <w:left w:w="70" w:type="dxa"/>
              <w:bottom w:w="70" w:type="dxa"/>
              <w:right w:w="70" w:type="dxa"/>
            </w:tcMar>
            <w:vAlign w:val="center"/>
          </w:tcPr>
          <w:p w14:paraId="2E68FEBE" w14:textId="77777777" w:rsidR="00D47296" w:rsidRDefault="008C31C1">
            <w:r>
              <w:rPr>
                <w:sz w:val="19"/>
              </w:rPr>
              <w:t>Assessment owner/team</w:t>
            </w:r>
          </w:p>
        </w:tc>
        <w:tc>
          <w:tcPr>
            <w:tcW w:w="6912" w:type="dxa"/>
            <w:shd w:val="clear" w:color="auto" w:fill="E8F2EE"/>
            <w:tcMar>
              <w:top w:w="70" w:type="dxa"/>
              <w:left w:w="70" w:type="dxa"/>
              <w:bottom w:w="70" w:type="dxa"/>
              <w:right w:w="70" w:type="dxa"/>
            </w:tcMar>
            <w:vAlign w:val="center"/>
          </w:tcPr>
          <w:p w14:paraId="0D018CBA" w14:textId="77777777" w:rsidR="00D47296" w:rsidRDefault="008C31C1">
            <w:r>
              <w:rPr>
                <w:i/>
                <w:color w:val="777777"/>
                <w:sz w:val="24"/>
              </w:rPr>
              <w:t>&lt;Insert&gt;</w:t>
            </w:r>
          </w:p>
        </w:tc>
      </w:tr>
      <w:tr w:rsidR="00D47296" w14:paraId="737ABC58" w14:textId="77777777">
        <w:trPr>
          <w:jc w:val="center"/>
        </w:trPr>
        <w:tc>
          <w:tcPr>
            <w:tcW w:w="3600" w:type="dxa"/>
            <w:tcMar>
              <w:top w:w="70" w:type="dxa"/>
              <w:left w:w="70" w:type="dxa"/>
              <w:bottom w:w="70" w:type="dxa"/>
              <w:right w:w="70" w:type="dxa"/>
            </w:tcMar>
            <w:vAlign w:val="center"/>
          </w:tcPr>
          <w:p w14:paraId="4F44B91B" w14:textId="77777777" w:rsidR="00D47296" w:rsidRDefault="008C31C1">
            <w:r>
              <w:rPr>
                <w:sz w:val="19"/>
              </w:rPr>
              <w:t>Next scheduled review</w:t>
            </w:r>
          </w:p>
        </w:tc>
        <w:tc>
          <w:tcPr>
            <w:tcW w:w="6912" w:type="dxa"/>
            <w:tcMar>
              <w:top w:w="70" w:type="dxa"/>
              <w:left w:w="70" w:type="dxa"/>
              <w:bottom w:w="70" w:type="dxa"/>
              <w:right w:w="70" w:type="dxa"/>
            </w:tcMar>
            <w:vAlign w:val="center"/>
          </w:tcPr>
          <w:p w14:paraId="1A7E1F12" w14:textId="77777777" w:rsidR="00D47296" w:rsidRDefault="008C31C1">
            <w:r>
              <w:rPr>
                <w:i/>
                <w:color w:val="777777"/>
                <w:sz w:val="24"/>
              </w:rPr>
              <w:t>&lt;Insert&gt;</w:t>
            </w:r>
          </w:p>
        </w:tc>
      </w:tr>
      <w:tr w:rsidR="00D47296" w14:paraId="3CD27CFE" w14:textId="77777777">
        <w:trPr>
          <w:jc w:val="center"/>
        </w:trPr>
        <w:tc>
          <w:tcPr>
            <w:tcW w:w="3600" w:type="dxa"/>
            <w:shd w:val="clear" w:color="auto" w:fill="E8F2EE"/>
            <w:tcMar>
              <w:top w:w="70" w:type="dxa"/>
              <w:left w:w="70" w:type="dxa"/>
              <w:bottom w:w="70" w:type="dxa"/>
              <w:right w:w="70" w:type="dxa"/>
            </w:tcMar>
            <w:vAlign w:val="center"/>
          </w:tcPr>
          <w:p w14:paraId="46986EC2" w14:textId="77777777" w:rsidR="00D47296" w:rsidRDefault="008C31C1">
            <w:r>
              <w:rPr>
                <w:sz w:val="19"/>
              </w:rPr>
              <w:t>Controlled location</w:t>
            </w:r>
          </w:p>
        </w:tc>
        <w:tc>
          <w:tcPr>
            <w:tcW w:w="6912" w:type="dxa"/>
            <w:shd w:val="clear" w:color="auto" w:fill="E8F2EE"/>
            <w:tcMar>
              <w:top w:w="70" w:type="dxa"/>
              <w:left w:w="70" w:type="dxa"/>
              <w:bottom w:w="70" w:type="dxa"/>
              <w:right w:w="70" w:type="dxa"/>
            </w:tcMar>
            <w:vAlign w:val="center"/>
          </w:tcPr>
          <w:p w14:paraId="60DDECCE" w14:textId="77777777" w:rsidR="00D47296" w:rsidRDefault="008C31C1">
            <w:r>
              <w:rPr>
                <w:i/>
                <w:color w:val="777777"/>
                <w:sz w:val="24"/>
              </w:rPr>
              <w:t>&lt;Insert&gt;</w:t>
            </w:r>
          </w:p>
        </w:tc>
      </w:tr>
    </w:tbl>
    <w:p w14:paraId="7211F429" w14:textId="77777777" w:rsidR="00D47296" w:rsidRDefault="00D47296">
      <w:pPr>
        <w:spacing w:after="0"/>
      </w:pPr>
    </w:p>
    <w:p w14:paraId="35D0CB92" w14:textId="77777777" w:rsidR="00D47296" w:rsidRDefault="008C31C1">
      <w:pPr>
        <w:pStyle w:val="Heading2"/>
      </w:pPr>
      <w:r>
        <w:t>B. Community-Based Risk Assessment</w:t>
      </w:r>
    </w:p>
    <w:tbl>
      <w:tblPr>
        <w:tblW w:w="0" w:type="auto"/>
        <w:jc w:val="center"/>
        <w:tblLayout w:type="fixed"/>
        <w:tblLook w:val="04A0" w:firstRow="1" w:lastRow="0" w:firstColumn="1" w:lastColumn="0" w:noHBand="0" w:noVBand="1"/>
      </w:tblPr>
      <w:tblGrid>
        <w:gridCol w:w="4464"/>
        <w:gridCol w:w="6048"/>
      </w:tblGrid>
      <w:tr w:rsidR="00D47296" w14:paraId="58CE07C7" w14:textId="77777777">
        <w:trPr>
          <w:tblHeader/>
          <w:jc w:val="center"/>
        </w:trPr>
        <w:tc>
          <w:tcPr>
            <w:tcW w:w="4464" w:type="dxa"/>
            <w:shd w:val="clear" w:color="auto" w:fill="015A41"/>
            <w:tcMar>
              <w:top w:w="70" w:type="dxa"/>
              <w:left w:w="70" w:type="dxa"/>
              <w:bottom w:w="70" w:type="dxa"/>
              <w:right w:w="70" w:type="dxa"/>
            </w:tcMar>
            <w:vAlign w:val="center"/>
          </w:tcPr>
          <w:p w14:paraId="261E717D" w14:textId="77777777" w:rsidR="00D47296" w:rsidRDefault="008C31C1">
            <w:r>
              <w:rPr>
                <w:b/>
                <w:color w:val="FFFFFF"/>
                <w:sz w:val="19"/>
              </w:rPr>
              <w:t>Source</w:t>
            </w:r>
          </w:p>
        </w:tc>
        <w:tc>
          <w:tcPr>
            <w:tcW w:w="6048" w:type="dxa"/>
            <w:shd w:val="clear" w:color="auto" w:fill="015A41"/>
            <w:tcMar>
              <w:top w:w="70" w:type="dxa"/>
              <w:left w:w="70" w:type="dxa"/>
              <w:bottom w:w="70" w:type="dxa"/>
              <w:right w:w="70" w:type="dxa"/>
            </w:tcMar>
            <w:vAlign w:val="center"/>
          </w:tcPr>
          <w:p w14:paraId="78F48CE4" w14:textId="77777777" w:rsidR="00D47296" w:rsidRDefault="008C31C1">
            <w:r>
              <w:rPr>
                <w:b/>
                <w:color w:val="FFFFFF"/>
                <w:sz w:val="19"/>
              </w:rPr>
              <w:t>Facility Entry</w:t>
            </w:r>
          </w:p>
        </w:tc>
      </w:tr>
      <w:tr w:rsidR="00D47296" w14:paraId="428B2AAD" w14:textId="77777777">
        <w:trPr>
          <w:jc w:val="center"/>
        </w:trPr>
        <w:tc>
          <w:tcPr>
            <w:tcW w:w="4464" w:type="dxa"/>
            <w:shd w:val="clear" w:color="auto" w:fill="E8F2EE"/>
            <w:tcMar>
              <w:top w:w="70" w:type="dxa"/>
              <w:left w:w="70" w:type="dxa"/>
              <w:bottom w:w="70" w:type="dxa"/>
              <w:right w:w="70" w:type="dxa"/>
            </w:tcMar>
            <w:vAlign w:val="center"/>
          </w:tcPr>
          <w:p w14:paraId="730D4E5B" w14:textId="77777777" w:rsidR="00D47296" w:rsidRDefault="008C31C1">
            <w:r>
              <w:rPr>
                <w:sz w:val="19"/>
              </w:rPr>
              <w:t>County / local EMA HVA or hazard plan</w:t>
            </w:r>
          </w:p>
        </w:tc>
        <w:tc>
          <w:tcPr>
            <w:tcW w:w="6048" w:type="dxa"/>
            <w:shd w:val="clear" w:color="auto" w:fill="E8F2EE"/>
            <w:tcMar>
              <w:top w:w="70" w:type="dxa"/>
              <w:left w:w="70" w:type="dxa"/>
              <w:bottom w:w="70" w:type="dxa"/>
              <w:right w:w="70" w:type="dxa"/>
            </w:tcMar>
            <w:vAlign w:val="center"/>
          </w:tcPr>
          <w:p w14:paraId="6083FCEE" w14:textId="77777777" w:rsidR="00D47296" w:rsidRDefault="008C31C1">
            <w:r>
              <w:rPr>
                <w:i/>
                <w:color w:val="777777"/>
                <w:sz w:val="24"/>
              </w:rPr>
              <w:t>&lt;Source / date / location&gt;</w:t>
            </w:r>
          </w:p>
        </w:tc>
      </w:tr>
      <w:tr w:rsidR="00D47296" w14:paraId="5C05FC8D" w14:textId="77777777">
        <w:trPr>
          <w:jc w:val="center"/>
        </w:trPr>
        <w:tc>
          <w:tcPr>
            <w:tcW w:w="4464" w:type="dxa"/>
            <w:tcMar>
              <w:top w:w="70" w:type="dxa"/>
              <w:left w:w="70" w:type="dxa"/>
              <w:bottom w:w="70" w:type="dxa"/>
              <w:right w:w="70" w:type="dxa"/>
            </w:tcMar>
            <w:vAlign w:val="center"/>
          </w:tcPr>
          <w:p w14:paraId="6FF0FE1F" w14:textId="77777777" w:rsidR="00D47296" w:rsidRDefault="008C31C1">
            <w:r>
              <w:rPr>
                <w:sz w:val="19"/>
              </w:rPr>
              <w:t>Maine hazard / public-health sources</w:t>
            </w:r>
          </w:p>
        </w:tc>
        <w:tc>
          <w:tcPr>
            <w:tcW w:w="6048" w:type="dxa"/>
            <w:tcMar>
              <w:top w:w="70" w:type="dxa"/>
              <w:left w:w="70" w:type="dxa"/>
              <w:bottom w:w="70" w:type="dxa"/>
              <w:right w:w="70" w:type="dxa"/>
            </w:tcMar>
            <w:vAlign w:val="center"/>
          </w:tcPr>
          <w:p w14:paraId="0B51CBD9" w14:textId="77777777" w:rsidR="00D47296" w:rsidRDefault="008C31C1">
            <w:r>
              <w:rPr>
                <w:i/>
                <w:color w:val="777777"/>
                <w:sz w:val="24"/>
              </w:rPr>
              <w:t>&lt;Source / date / location&gt;</w:t>
            </w:r>
          </w:p>
        </w:tc>
      </w:tr>
      <w:tr w:rsidR="00D47296" w14:paraId="3C7BB66A" w14:textId="77777777">
        <w:trPr>
          <w:jc w:val="center"/>
        </w:trPr>
        <w:tc>
          <w:tcPr>
            <w:tcW w:w="4464" w:type="dxa"/>
            <w:shd w:val="clear" w:color="auto" w:fill="E8F2EE"/>
            <w:tcMar>
              <w:top w:w="70" w:type="dxa"/>
              <w:left w:w="70" w:type="dxa"/>
              <w:bottom w:w="70" w:type="dxa"/>
              <w:right w:w="70" w:type="dxa"/>
            </w:tcMar>
            <w:vAlign w:val="center"/>
          </w:tcPr>
          <w:p w14:paraId="6CB69A51" w14:textId="77777777" w:rsidR="00D47296" w:rsidRDefault="008C31C1">
            <w:r>
              <w:rPr>
                <w:sz w:val="19"/>
              </w:rPr>
              <w:t>Utility / infrastructure risk sources</w:t>
            </w:r>
          </w:p>
        </w:tc>
        <w:tc>
          <w:tcPr>
            <w:tcW w:w="6048" w:type="dxa"/>
            <w:shd w:val="clear" w:color="auto" w:fill="E8F2EE"/>
            <w:tcMar>
              <w:top w:w="70" w:type="dxa"/>
              <w:left w:w="70" w:type="dxa"/>
              <w:bottom w:w="70" w:type="dxa"/>
              <w:right w:w="70" w:type="dxa"/>
            </w:tcMar>
            <w:vAlign w:val="center"/>
          </w:tcPr>
          <w:p w14:paraId="344B0140" w14:textId="77777777" w:rsidR="00D47296" w:rsidRDefault="008C31C1">
            <w:r>
              <w:rPr>
                <w:i/>
                <w:color w:val="777777"/>
                <w:sz w:val="24"/>
              </w:rPr>
              <w:t>&lt;Insert&gt;</w:t>
            </w:r>
          </w:p>
        </w:tc>
      </w:tr>
      <w:tr w:rsidR="00D47296" w14:paraId="1C5C3A0D" w14:textId="77777777">
        <w:trPr>
          <w:jc w:val="center"/>
        </w:trPr>
        <w:tc>
          <w:tcPr>
            <w:tcW w:w="4464" w:type="dxa"/>
            <w:tcMar>
              <w:top w:w="70" w:type="dxa"/>
              <w:left w:w="70" w:type="dxa"/>
              <w:bottom w:w="70" w:type="dxa"/>
              <w:right w:w="70" w:type="dxa"/>
            </w:tcMar>
            <w:vAlign w:val="center"/>
          </w:tcPr>
          <w:p w14:paraId="7111C2E4" w14:textId="77777777" w:rsidR="00D47296" w:rsidRDefault="008C31C1">
            <w:r>
              <w:rPr>
                <w:sz w:val="19"/>
              </w:rPr>
              <w:t>Community partner input</w:t>
            </w:r>
          </w:p>
        </w:tc>
        <w:tc>
          <w:tcPr>
            <w:tcW w:w="6048" w:type="dxa"/>
            <w:tcMar>
              <w:top w:w="70" w:type="dxa"/>
              <w:left w:w="70" w:type="dxa"/>
              <w:bottom w:w="70" w:type="dxa"/>
              <w:right w:w="70" w:type="dxa"/>
            </w:tcMar>
            <w:vAlign w:val="center"/>
          </w:tcPr>
          <w:p w14:paraId="516EA27B" w14:textId="77777777" w:rsidR="00D47296" w:rsidRDefault="008C31C1">
            <w:r>
              <w:rPr>
                <w:i/>
                <w:color w:val="777777"/>
                <w:sz w:val="24"/>
              </w:rPr>
              <w:t>&lt;Insert&gt;</w:t>
            </w:r>
          </w:p>
        </w:tc>
      </w:tr>
      <w:tr w:rsidR="00D47296" w14:paraId="26FEF7E3" w14:textId="77777777">
        <w:trPr>
          <w:jc w:val="center"/>
        </w:trPr>
        <w:tc>
          <w:tcPr>
            <w:tcW w:w="4464" w:type="dxa"/>
            <w:shd w:val="clear" w:color="auto" w:fill="E8F2EE"/>
            <w:tcMar>
              <w:top w:w="70" w:type="dxa"/>
              <w:left w:w="70" w:type="dxa"/>
              <w:bottom w:w="70" w:type="dxa"/>
              <w:right w:w="70" w:type="dxa"/>
            </w:tcMar>
            <w:vAlign w:val="center"/>
          </w:tcPr>
          <w:p w14:paraId="192BD7BF" w14:textId="77777777" w:rsidR="00D47296" w:rsidRDefault="008C31C1">
            <w:r>
              <w:rPr>
                <w:sz w:val="19"/>
              </w:rPr>
              <w:t>HCC-ME / coalition planning sources</w:t>
            </w:r>
          </w:p>
        </w:tc>
        <w:tc>
          <w:tcPr>
            <w:tcW w:w="6048" w:type="dxa"/>
            <w:shd w:val="clear" w:color="auto" w:fill="E8F2EE"/>
            <w:tcMar>
              <w:top w:w="70" w:type="dxa"/>
              <w:left w:w="70" w:type="dxa"/>
              <w:bottom w:w="70" w:type="dxa"/>
              <w:right w:w="70" w:type="dxa"/>
            </w:tcMar>
            <w:vAlign w:val="center"/>
          </w:tcPr>
          <w:p w14:paraId="420077C1" w14:textId="77777777" w:rsidR="00D47296" w:rsidRDefault="008C31C1">
            <w:r>
              <w:rPr>
                <w:i/>
                <w:color w:val="777777"/>
                <w:sz w:val="24"/>
              </w:rPr>
              <w:t>&lt;Insert if used&gt;</w:t>
            </w:r>
          </w:p>
        </w:tc>
      </w:tr>
    </w:tbl>
    <w:p w14:paraId="1E7891F7" w14:textId="77777777" w:rsidR="00D47296" w:rsidRDefault="00D47296">
      <w:pPr>
        <w:spacing w:after="0"/>
      </w:pPr>
    </w:p>
    <w:p w14:paraId="128463AF" w14:textId="77777777" w:rsidR="00D47296" w:rsidRDefault="008C31C1">
      <w:pPr>
        <w:pStyle w:val="Heading2"/>
      </w:pPr>
      <w:r>
        <w:t>C. Priority Hazards &amp; Strategies</w:t>
      </w:r>
    </w:p>
    <w:tbl>
      <w:tblPr>
        <w:tblW w:w="0" w:type="auto"/>
        <w:jc w:val="center"/>
        <w:tblLayout w:type="fixed"/>
        <w:tblLook w:val="04A0" w:firstRow="1" w:lastRow="0" w:firstColumn="1" w:lastColumn="0" w:noHBand="0" w:noVBand="1"/>
      </w:tblPr>
      <w:tblGrid>
        <w:gridCol w:w="5040"/>
        <w:gridCol w:w="1728"/>
        <w:gridCol w:w="3744"/>
      </w:tblGrid>
      <w:tr w:rsidR="00D47296" w14:paraId="6D7B4D20" w14:textId="77777777">
        <w:trPr>
          <w:tblHeader/>
          <w:jc w:val="center"/>
        </w:trPr>
        <w:tc>
          <w:tcPr>
            <w:tcW w:w="5040" w:type="dxa"/>
            <w:shd w:val="clear" w:color="auto" w:fill="015A41"/>
            <w:tcMar>
              <w:top w:w="70" w:type="dxa"/>
              <w:left w:w="70" w:type="dxa"/>
              <w:bottom w:w="70" w:type="dxa"/>
              <w:right w:w="70" w:type="dxa"/>
            </w:tcMar>
            <w:vAlign w:val="center"/>
          </w:tcPr>
          <w:p w14:paraId="7BF0F7D4" w14:textId="77777777" w:rsidR="00D47296" w:rsidRDefault="008C31C1">
            <w:r>
              <w:rPr>
                <w:b/>
                <w:color w:val="FFFFFF"/>
                <w:sz w:val="18"/>
              </w:rPr>
              <w:t>Hazard / Scenario</w:t>
            </w:r>
          </w:p>
        </w:tc>
        <w:tc>
          <w:tcPr>
            <w:tcW w:w="1728" w:type="dxa"/>
            <w:shd w:val="clear" w:color="auto" w:fill="015A41"/>
            <w:tcMar>
              <w:top w:w="70" w:type="dxa"/>
              <w:left w:w="70" w:type="dxa"/>
              <w:bottom w:w="70" w:type="dxa"/>
              <w:right w:w="70" w:type="dxa"/>
            </w:tcMar>
            <w:vAlign w:val="center"/>
          </w:tcPr>
          <w:p w14:paraId="66607640" w14:textId="77777777" w:rsidR="00D47296" w:rsidRDefault="008C31C1">
            <w:r>
              <w:rPr>
                <w:b/>
                <w:color w:val="FFFFFF"/>
                <w:sz w:val="18"/>
              </w:rPr>
              <w:t>HVA Rating</w:t>
            </w:r>
          </w:p>
        </w:tc>
        <w:tc>
          <w:tcPr>
            <w:tcW w:w="3744" w:type="dxa"/>
            <w:shd w:val="clear" w:color="auto" w:fill="015A41"/>
            <w:tcMar>
              <w:top w:w="70" w:type="dxa"/>
              <w:left w:w="70" w:type="dxa"/>
              <w:bottom w:w="70" w:type="dxa"/>
              <w:right w:w="70" w:type="dxa"/>
            </w:tcMar>
            <w:vAlign w:val="center"/>
          </w:tcPr>
          <w:p w14:paraId="1DA5675E" w14:textId="77777777" w:rsidR="00D47296" w:rsidRDefault="008C31C1">
            <w:r>
              <w:rPr>
                <w:b/>
                <w:color w:val="FFFFFF"/>
                <w:sz w:val="18"/>
              </w:rPr>
              <w:t>Primary Strategy / Annex</w:t>
            </w:r>
          </w:p>
        </w:tc>
      </w:tr>
      <w:tr w:rsidR="00D47296" w14:paraId="5DD028E0" w14:textId="77777777">
        <w:trPr>
          <w:jc w:val="center"/>
        </w:trPr>
        <w:tc>
          <w:tcPr>
            <w:tcW w:w="5040" w:type="dxa"/>
            <w:shd w:val="clear" w:color="auto" w:fill="E8F2EE"/>
            <w:tcMar>
              <w:top w:w="70" w:type="dxa"/>
              <w:left w:w="70" w:type="dxa"/>
              <w:bottom w:w="70" w:type="dxa"/>
              <w:right w:w="70" w:type="dxa"/>
            </w:tcMar>
            <w:vAlign w:val="center"/>
          </w:tcPr>
          <w:p w14:paraId="2E4AA582" w14:textId="77777777" w:rsidR="00D47296" w:rsidRDefault="008C31C1">
            <w:r>
              <w:rPr>
                <w:sz w:val="18"/>
              </w:rPr>
              <w:t>Severe winter weather / extreme cold</w:t>
            </w:r>
          </w:p>
        </w:tc>
        <w:tc>
          <w:tcPr>
            <w:tcW w:w="1728" w:type="dxa"/>
            <w:shd w:val="clear" w:color="auto" w:fill="E8F2EE"/>
            <w:tcMar>
              <w:top w:w="70" w:type="dxa"/>
              <w:left w:w="70" w:type="dxa"/>
              <w:bottom w:w="70" w:type="dxa"/>
              <w:right w:w="70" w:type="dxa"/>
            </w:tcMar>
            <w:vAlign w:val="center"/>
          </w:tcPr>
          <w:p w14:paraId="00BC40D3"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510F94E6" w14:textId="77777777" w:rsidR="00D47296" w:rsidRDefault="008C31C1">
            <w:r>
              <w:rPr>
                <w:i/>
                <w:color w:val="777777"/>
                <w:sz w:val="24"/>
              </w:rPr>
              <w:t>&lt;Insert&gt;</w:t>
            </w:r>
          </w:p>
        </w:tc>
      </w:tr>
      <w:tr w:rsidR="00D47296" w14:paraId="7AE8141D" w14:textId="77777777">
        <w:trPr>
          <w:jc w:val="center"/>
        </w:trPr>
        <w:tc>
          <w:tcPr>
            <w:tcW w:w="5040" w:type="dxa"/>
            <w:tcMar>
              <w:top w:w="70" w:type="dxa"/>
              <w:left w:w="70" w:type="dxa"/>
              <w:bottom w:w="70" w:type="dxa"/>
              <w:right w:w="70" w:type="dxa"/>
            </w:tcMar>
            <w:vAlign w:val="center"/>
          </w:tcPr>
          <w:p w14:paraId="15BCFF35" w14:textId="77777777" w:rsidR="00D47296" w:rsidRDefault="008C31C1">
            <w:r>
              <w:rPr>
                <w:sz w:val="18"/>
              </w:rPr>
              <w:t>Extended power / HVAC failure</w:t>
            </w:r>
          </w:p>
        </w:tc>
        <w:tc>
          <w:tcPr>
            <w:tcW w:w="1728" w:type="dxa"/>
            <w:tcMar>
              <w:top w:w="70" w:type="dxa"/>
              <w:left w:w="70" w:type="dxa"/>
              <w:bottom w:w="70" w:type="dxa"/>
              <w:right w:w="70" w:type="dxa"/>
            </w:tcMar>
            <w:vAlign w:val="center"/>
          </w:tcPr>
          <w:p w14:paraId="0E9741F7"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5BCA4C90" w14:textId="77777777" w:rsidR="00D47296" w:rsidRDefault="008C31C1">
            <w:r>
              <w:rPr>
                <w:i/>
                <w:color w:val="777777"/>
                <w:sz w:val="24"/>
              </w:rPr>
              <w:t>&lt;Insert&gt;</w:t>
            </w:r>
          </w:p>
        </w:tc>
      </w:tr>
      <w:tr w:rsidR="00D47296" w14:paraId="34109781" w14:textId="77777777">
        <w:trPr>
          <w:jc w:val="center"/>
        </w:trPr>
        <w:tc>
          <w:tcPr>
            <w:tcW w:w="5040" w:type="dxa"/>
            <w:shd w:val="clear" w:color="auto" w:fill="E8F2EE"/>
            <w:tcMar>
              <w:top w:w="70" w:type="dxa"/>
              <w:left w:w="70" w:type="dxa"/>
              <w:bottom w:w="70" w:type="dxa"/>
              <w:right w:w="70" w:type="dxa"/>
            </w:tcMar>
            <w:vAlign w:val="center"/>
          </w:tcPr>
          <w:p w14:paraId="34589AA4" w14:textId="77777777" w:rsidR="00D47296" w:rsidRDefault="008C31C1">
            <w:r>
              <w:rPr>
                <w:sz w:val="18"/>
              </w:rPr>
              <w:lastRenderedPageBreak/>
              <w:t>Fire / smoke / building evacuation</w:t>
            </w:r>
          </w:p>
        </w:tc>
        <w:tc>
          <w:tcPr>
            <w:tcW w:w="1728" w:type="dxa"/>
            <w:shd w:val="clear" w:color="auto" w:fill="E8F2EE"/>
            <w:tcMar>
              <w:top w:w="70" w:type="dxa"/>
              <w:left w:w="70" w:type="dxa"/>
              <w:bottom w:w="70" w:type="dxa"/>
              <w:right w:w="70" w:type="dxa"/>
            </w:tcMar>
            <w:vAlign w:val="center"/>
          </w:tcPr>
          <w:p w14:paraId="46315407"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6D717133" w14:textId="77777777" w:rsidR="00D47296" w:rsidRDefault="008C31C1">
            <w:r>
              <w:rPr>
                <w:i/>
                <w:color w:val="777777"/>
                <w:sz w:val="24"/>
              </w:rPr>
              <w:t>&lt;Insert&gt;</w:t>
            </w:r>
          </w:p>
        </w:tc>
      </w:tr>
      <w:tr w:rsidR="00D47296" w14:paraId="69BD826B" w14:textId="77777777">
        <w:trPr>
          <w:jc w:val="center"/>
        </w:trPr>
        <w:tc>
          <w:tcPr>
            <w:tcW w:w="5040" w:type="dxa"/>
            <w:tcMar>
              <w:top w:w="70" w:type="dxa"/>
              <w:left w:w="70" w:type="dxa"/>
              <w:bottom w:w="70" w:type="dxa"/>
              <w:right w:w="70" w:type="dxa"/>
            </w:tcMar>
            <w:vAlign w:val="center"/>
          </w:tcPr>
          <w:p w14:paraId="7B9111F1" w14:textId="77777777" w:rsidR="00D47296" w:rsidRDefault="008C31C1">
            <w:r>
              <w:rPr>
                <w:sz w:val="18"/>
              </w:rPr>
              <w:t>Emerging infectious disease / outbreak</w:t>
            </w:r>
          </w:p>
        </w:tc>
        <w:tc>
          <w:tcPr>
            <w:tcW w:w="1728" w:type="dxa"/>
            <w:tcMar>
              <w:top w:w="70" w:type="dxa"/>
              <w:left w:w="70" w:type="dxa"/>
              <w:bottom w:w="70" w:type="dxa"/>
              <w:right w:w="70" w:type="dxa"/>
            </w:tcMar>
            <w:vAlign w:val="center"/>
          </w:tcPr>
          <w:p w14:paraId="076A41D7"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126C8F2E" w14:textId="77777777" w:rsidR="00D47296" w:rsidRDefault="008C31C1">
            <w:r>
              <w:rPr>
                <w:i/>
                <w:color w:val="777777"/>
                <w:sz w:val="24"/>
              </w:rPr>
              <w:t>&lt;Insert&gt;</w:t>
            </w:r>
          </w:p>
        </w:tc>
      </w:tr>
      <w:tr w:rsidR="00D47296" w14:paraId="2D90D2B7" w14:textId="77777777">
        <w:trPr>
          <w:jc w:val="center"/>
        </w:trPr>
        <w:tc>
          <w:tcPr>
            <w:tcW w:w="5040" w:type="dxa"/>
            <w:shd w:val="clear" w:color="auto" w:fill="E8F2EE"/>
            <w:tcMar>
              <w:top w:w="70" w:type="dxa"/>
              <w:left w:w="70" w:type="dxa"/>
              <w:bottom w:w="70" w:type="dxa"/>
              <w:right w:w="70" w:type="dxa"/>
            </w:tcMar>
            <w:vAlign w:val="center"/>
          </w:tcPr>
          <w:p w14:paraId="2641313E" w14:textId="77777777" w:rsidR="00D47296" w:rsidRDefault="008C31C1">
            <w:r>
              <w:rPr>
                <w:sz w:val="18"/>
              </w:rPr>
              <w:t>Cyberattack / EHR or network downtime</w:t>
            </w:r>
          </w:p>
        </w:tc>
        <w:tc>
          <w:tcPr>
            <w:tcW w:w="1728" w:type="dxa"/>
            <w:shd w:val="clear" w:color="auto" w:fill="E8F2EE"/>
            <w:tcMar>
              <w:top w:w="70" w:type="dxa"/>
              <w:left w:w="70" w:type="dxa"/>
              <w:bottom w:w="70" w:type="dxa"/>
              <w:right w:w="70" w:type="dxa"/>
            </w:tcMar>
            <w:vAlign w:val="center"/>
          </w:tcPr>
          <w:p w14:paraId="2E0AE05B"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724DCBD0" w14:textId="77777777" w:rsidR="00D47296" w:rsidRDefault="008C31C1">
            <w:r>
              <w:rPr>
                <w:i/>
                <w:color w:val="777777"/>
                <w:sz w:val="24"/>
              </w:rPr>
              <w:t>&lt;Insert&gt;</w:t>
            </w:r>
          </w:p>
        </w:tc>
      </w:tr>
      <w:tr w:rsidR="00D47296" w14:paraId="738367AB" w14:textId="77777777">
        <w:trPr>
          <w:jc w:val="center"/>
        </w:trPr>
        <w:tc>
          <w:tcPr>
            <w:tcW w:w="5040" w:type="dxa"/>
            <w:tcMar>
              <w:top w:w="70" w:type="dxa"/>
              <w:left w:w="70" w:type="dxa"/>
              <w:bottom w:w="70" w:type="dxa"/>
              <w:right w:w="70" w:type="dxa"/>
            </w:tcMar>
            <w:vAlign w:val="center"/>
          </w:tcPr>
          <w:p w14:paraId="27F07C8A" w14:textId="77777777" w:rsidR="00D47296" w:rsidRDefault="008C31C1">
            <w:r>
              <w:rPr>
                <w:sz w:val="18"/>
              </w:rPr>
              <w:t>Flood / severe storm / high wind</w:t>
            </w:r>
          </w:p>
        </w:tc>
        <w:tc>
          <w:tcPr>
            <w:tcW w:w="1728" w:type="dxa"/>
            <w:tcMar>
              <w:top w:w="70" w:type="dxa"/>
              <w:left w:w="70" w:type="dxa"/>
              <w:bottom w:w="70" w:type="dxa"/>
              <w:right w:w="70" w:type="dxa"/>
            </w:tcMar>
            <w:vAlign w:val="center"/>
          </w:tcPr>
          <w:p w14:paraId="4FE68D9A"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5AD3341F" w14:textId="77777777" w:rsidR="00D47296" w:rsidRDefault="008C31C1">
            <w:r>
              <w:rPr>
                <w:i/>
                <w:color w:val="777777"/>
                <w:sz w:val="24"/>
              </w:rPr>
              <w:t>&lt;Insert&gt;</w:t>
            </w:r>
          </w:p>
        </w:tc>
      </w:tr>
      <w:tr w:rsidR="00D47296" w14:paraId="2E516853" w14:textId="77777777">
        <w:trPr>
          <w:jc w:val="center"/>
        </w:trPr>
        <w:tc>
          <w:tcPr>
            <w:tcW w:w="5040" w:type="dxa"/>
            <w:shd w:val="clear" w:color="auto" w:fill="E8F2EE"/>
            <w:tcMar>
              <w:top w:w="70" w:type="dxa"/>
              <w:left w:w="70" w:type="dxa"/>
              <w:bottom w:w="70" w:type="dxa"/>
              <w:right w:w="70" w:type="dxa"/>
            </w:tcMar>
            <w:vAlign w:val="center"/>
          </w:tcPr>
          <w:p w14:paraId="132D063B" w14:textId="77777777" w:rsidR="00D47296" w:rsidRDefault="008C31C1">
            <w:r>
              <w:rPr>
                <w:sz w:val="18"/>
              </w:rPr>
              <w:t>Water / sewer interruption</w:t>
            </w:r>
          </w:p>
        </w:tc>
        <w:tc>
          <w:tcPr>
            <w:tcW w:w="1728" w:type="dxa"/>
            <w:shd w:val="clear" w:color="auto" w:fill="E8F2EE"/>
            <w:tcMar>
              <w:top w:w="70" w:type="dxa"/>
              <w:left w:w="70" w:type="dxa"/>
              <w:bottom w:w="70" w:type="dxa"/>
              <w:right w:w="70" w:type="dxa"/>
            </w:tcMar>
            <w:vAlign w:val="center"/>
          </w:tcPr>
          <w:p w14:paraId="4154C9B2"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6CCA7758" w14:textId="77777777" w:rsidR="00D47296" w:rsidRDefault="008C31C1">
            <w:r>
              <w:rPr>
                <w:i/>
                <w:color w:val="777777"/>
                <w:sz w:val="24"/>
              </w:rPr>
              <w:t>&lt;Insert&gt;</w:t>
            </w:r>
          </w:p>
        </w:tc>
      </w:tr>
      <w:tr w:rsidR="00D47296" w14:paraId="55D7D9CD" w14:textId="77777777">
        <w:trPr>
          <w:jc w:val="center"/>
        </w:trPr>
        <w:tc>
          <w:tcPr>
            <w:tcW w:w="5040" w:type="dxa"/>
            <w:tcMar>
              <w:top w:w="70" w:type="dxa"/>
              <w:left w:w="70" w:type="dxa"/>
              <w:bottom w:w="70" w:type="dxa"/>
              <w:right w:w="70" w:type="dxa"/>
            </w:tcMar>
            <w:vAlign w:val="center"/>
          </w:tcPr>
          <w:p w14:paraId="041C0DA6" w14:textId="77777777" w:rsidR="00D47296" w:rsidRDefault="008C31C1">
            <w:r>
              <w:rPr>
                <w:sz w:val="18"/>
              </w:rPr>
              <w:t>Active threat / violence / security incident</w:t>
            </w:r>
          </w:p>
        </w:tc>
        <w:tc>
          <w:tcPr>
            <w:tcW w:w="1728" w:type="dxa"/>
            <w:tcMar>
              <w:top w:w="70" w:type="dxa"/>
              <w:left w:w="70" w:type="dxa"/>
              <w:bottom w:w="70" w:type="dxa"/>
              <w:right w:w="70" w:type="dxa"/>
            </w:tcMar>
            <w:vAlign w:val="center"/>
          </w:tcPr>
          <w:p w14:paraId="43445672"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2FB535A5" w14:textId="77777777" w:rsidR="00D47296" w:rsidRDefault="008C31C1">
            <w:r>
              <w:rPr>
                <w:i/>
                <w:color w:val="777777"/>
                <w:sz w:val="24"/>
              </w:rPr>
              <w:t>&lt;Insert&gt;</w:t>
            </w:r>
          </w:p>
        </w:tc>
      </w:tr>
      <w:tr w:rsidR="00D47296" w14:paraId="053DDBB5" w14:textId="77777777">
        <w:trPr>
          <w:jc w:val="center"/>
        </w:trPr>
        <w:tc>
          <w:tcPr>
            <w:tcW w:w="5040" w:type="dxa"/>
            <w:shd w:val="clear" w:color="auto" w:fill="E8F2EE"/>
            <w:tcMar>
              <w:top w:w="70" w:type="dxa"/>
              <w:left w:w="70" w:type="dxa"/>
              <w:bottom w:w="70" w:type="dxa"/>
              <w:right w:w="70" w:type="dxa"/>
            </w:tcMar>
            <w:vAlign w:val="center"/>
          </w:tcPr>
          <w:p w14:paraId="54CB65AA" w14:textId="77777777" w:rsidR="00D47296" w:rsidRDefault="008C31C1">
            <w:r>
              <w:rPr>
                <w:sz w:val="18"/>
              </w:rPr>
              <w:t>Supply chain / pharmacy / vaccine cold-chain disruption</w:t>
            </w:r>
          </w:p>
        </w:tc>
        <w:tc>
          <w:tcPr>
            <w:tcW w:w="1728" w:type="dxa"/>
            <w:shd w:val="clear" w:color="auto" w:fill="E8F2EE"/>
            <w:tcMar>
              <w:top w:w="70" w:type="dxa"/>
              <w:left w:w="70" w:type="dxa"/>
              <w:bottom w:w="70" w:type="dxa"/>
              <w:right w:w="70" w:type="dxa"/>
            </w:tcMar>
            <w:vAlign w:val="center"/>
          </w:tcPr>
          <w:p w14:paraId="1A07FC95"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3F71A118" w14:textId="77777777" w:rsidR="00D47296" w:rsidRDefault="008C31C1">
            <w:r>
              <w:rPr>
                <w:i/>
                <w:color w:val="777777"/>
                <w:sz w:val="24"/>
              </w:rPr>
              <w:t>&lt;Insert&gt;</w:t>
            </w:r>
          </w:p>
        </w:tc>
      </w:tr>
      <w:tr w:rsidR="00D47296" w14:paraId="18287AAA" w14:textId="77777777">
        <w:trPr>
          <w:jc w:val="center"/>
        </w:trPr>
        <w:tc>
          <w:tcPr>
            <w:tcW w:w="5040" w:type="dxa"/>
            <w:tcMar>
              <w:top w:w="70" w:type="dxa"/>
              <w:left w:w="70" w:type="dxa"/>
              <w:bottom w:w="70" w:type="dxa"/>
              <w:right w:w="70" w:type="dxa"/>
            </w:tcMar>
            <w:vAlign w:val="center"/>
          </w:tcPr>
          <w:p w14:paraId="312254E5" w14:textId="77777777" w:rsidR="00D47296" w:rsidRDefault="008C31C1">
            <w:r>
              <w:rPr>
                <w:sz w:val="18"/>
              </w:rPr>
              <w:t>Mass casualty / community surge</w:t>
            </w:r>
          </w:p>
        </w:tc>
        <w:tc>
          <w:tcPr>
            <w:tcW w:w="1728" w:type="dxa"/>
            <w:tcMar>
              <w:top w:w="70" w:type="dxa"/>
              <w:left w:w="70" w:type="dxa"/>
              <w:bottom w:w="70" w:type="dxa"/>
              <w:right w:w="70" w:type="dxa"/>
            </w:tcMar>
            <w:vAlign w:val="center"/>
          </w:tcPr>
          <w:p w14:paraId="0D1F9A21"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10689BAA" w14:textId="77777777" w:rsidR="00D47296" w:rsidRDefault="008C31C1">
            <w:r>
              <w:rPr>
                <w:i/>
                <w:color w:val="777777"/>
                <w:sz w:val="24"/>
              </w:rPr>
              <w:t>&lt;Insert&gt;</w:t>
            </w:r>
          </w:p>
        </w:tc>
      </w:tr>
      <w:tr w:rsidR="00D47296" w14:paraId="5DAC34EF" w14:textId="77777777">
        <w:trPr>
          <w:jc w:val="center"/>
        </w:trPr>
        <w:tc>
          <w:tcPr>
            <w:tcW w:w="5040" w:type="dxa"/>
            <w:shd w:val="clear" w:color="auto" w:fill="E8F2EE"/>
            <w:tcMar>
              <w:top w:w="70" w:type="dxa"/>
              <w:left w:w="70" w:type="dxa"/>
              <w:bottom w:w="70" w:type="dxa"/>
              <w:right w:w="70" w:type="dxa"/>
            </w:tcMar>
            <w:vAlign w:val="center"/>
          </w:tcPr>
          <w:p w14:paraId="63F67E2F" w14:textId="77777777" w:rsidR="00D47296" w:rsidRDefault="008C31C1">
            <w:r>
              <w:rPr>
                <w:sz w:val="18"/>
              </w:rPr>
              <w:t>Hazardous materials / indoor air / environmental event</w:t>
            </w:r>
          </w:p>
        </w:tc>
        <w:tc>
          <w:tcPr>
            <w:tcW w:w="1728" w:type="dxa"/>
            <w:shd w:val="clear" w:color="auto" w:fill="E8F2EE"/>
            <w:tcMar>
              <w:top w:w="70" w:type="dxa"/>
              <w:left w:w="70" w:type="dxa"/>
              <w:bottom w:w="70" w:type="dxa"/>
              <w:right w:w="70" w:type="dxa"/>
            </w:tcMar>
            <w:vAlign w:val="center"/>
          </w:tcPr>
          <w:p w14:paraId="0253B449"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6037F483" w14:textId="77777777" w:rsidR="00D47296" w:rsidRDefault="008C31C1">
            <w:r>
              <w:rPr>
                <w:i/>
                <w:color w:val="777777"/>
                <w:sz w:val="24"/>
              </w:rPr>
              <w:t>&lt;Insert&gt;</w:t>
            </w:r>
          </w:p>
        </w:tc>
      </w:tr>
      <w:tr w:rsidR="00D47296" w14:paraId="3214DAA8" w14:textId="77777777">
        <w:trPr>
          <w:jc w:val="center"/>
        </w:trPr>
        <w:tc>
          <w:tcPr>
            <w:tcW w:w="5040" w:type="dxa"/>
            <w:tcMar>
              <w:top w:w="70" w:type="dxa"/>
              <w:left w:w="70" w:type="dxa"/>
              <w:bottom w:w="70" w:type="dxa"/>
              <w:right w:w="70" w:type="dxa"/>
            </w:tcMar>
            <w:vAlign w:val="center"/>
          </w:tcPr>
          <w:p w14:paraId="3277A285" w14:textId="77777777" w:rsidR="00D47296" w:rsidRDefault="008C31C1">
            <w:r>
              <w:rPr>
                <w:sz w:val="18"/>
              </w:rPr>
              <w:t>Extreme heat / wildfire smoke / air quality</w:t>
            </w:r>
          </w:p>
        </w:tc>
        <w:tc>
          <w:tcPr>
            <w:tcW w:w="1728" w:type="dxa"/>
            <w:tcMar>
              <w:top w:w="70" w:type="dxa"/>
              <w:left w:w="70" w:type="dxa"/>
              <w:bottom w:w="70" w:type="dxa"/>
              <w:right w:w="70" w:type="dxa"/>
            </w:tcMar>
            <w:vAlign w:val="center"/>
          </w:tcPr>
          <w:p w14:paraId="32A29F29"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23C0AF61" w14:textId="77777777" w:rsidR="00D47296" w:rsidRDefault="008C31C1">
            <w:r>
              <w:rPr>
                <w:i/>
                <w:color w:val="777777"/>
                <w:sz w:val="24"/>
              </w:rPr>
              <w:t>&lt;Insert&gt;</w:t>
            </w:r>
          </w:p>
        </w:tc>
      </w:tr>
      <w:tr w:rsidR="00D47296" w14:paraId="24FF5820" w14:textId="77777777">
        <w:trPr>
          <w:jc w:val="center"/>
        </w:trPr>
        <w:tc>
          <w:tcPr>
            <w:tcW w:w="5040" w:type="dxa"/>
            <w:shd w:val="clear" w:color="auto" w:fill="E8F2EE"/>
            <w:tcMar>
              <w:top w:w="70" w:type="dxa"/>
              <w:left w:w="70" w:type="dxa"/>
              <w:bottom w:w="70" w:type="dxa"/>
              <w:right w:w="70" w:type="dxa"/>
            </w:tcMar>
            <w:vAlign w:val="center"/>
          </w:tcPr>
          <w:p w14:paraId="65151E45" w14:textId="77777777" w:rsidR="00D47296" w:rsidRDefault="008C31C1">
            <w:r>
              <w:rPr>
                <w:sz w:val="18"/>
              </w:rPr>
              <w:t>Transportation / access disruption</w:t>
            </w:r>
          </w:p>
        </w:tc>
        <w:tc>
          <w:tcPr>
            <w:tcW w:w="1728" w:type="dxa"/>
            <w:shd w:val="clear" w:color="auto" w:fill="E8F2EE"/>
            <w:tcMar>
              <w:top w:w="70" w:type="dxa"/>
              <w:left w:w="70" w:type="dxa"/>
              <w:bottom w:w="70" w:type="dxa"/>
              <w:right w:w="70" w:type="dxa"/>
            </w:tcMar>
            <w:vAlign w:val="center"/>
          </w:tcPr>
          <w:p w14:paraId="76372297" w14:textId="77777777" w:rsidR="00D47296" w:rsidRDefault="008C31C1">
            <w:r>
              <w:rPr>
                <w:i/>
                <w:color w:val="777777"/>
                <w:sz w:val="24"/>
              </w:rPr>
              <w:t>&lt;Insert&gt;</w:t>
            </w:r>
          </w:p>
        </w:tc>
        <w:tc>
          <w:tcPr>
            <w:tcW w:w="3744" w:type="dxa"/>
            <w:shd w:val="clear" w:color="auto" w:fill="E8F2EE"/>
            <w:tcMar>
              <w:top w:w="70" w:type="dxa"/>
              <w:left w:w="70" w:type="dxa"/>
              <w:bottom w:w="70" w:type="dxa"/>
              <w:right w:w="70" w:type="dxa"/>
            </w:tcMar>
            <w:vAlign w:val="center"/>
          </w:tcPr>
          <w:p w14:paraId="3C36FFC7" w14:textId="77777777" w:rsidR="00D47296" w:rsidRDefault="008C31C1">
            <w:r>
              <w:rPr>
                <w:i/>
                <w:color w:val="777777"/>
                <w:sz w:val="24"/>
              </w:rPr>
              <w:t>&lt;Insert&gt;</w:t>
            </w:r>
          </w:p>
        </w:tc>
      </w:tr>
      <w:tr w:rsidR="00D47296" w14:paraId="4E426B9B" w14:textId="77777777">
        <w:trPr>
          <w:jc w:val="center"/>
        </w:trPr>
        <w:tc>
          <w:tcPr>
            <w:tcW w:w="5040" w:type="dxa"/>
            <w:tcMar>
              <w:top w:w="70" w:type="dxa"/>
              <w:left w:w="70" w:type="dxa"/>
              <w:bottom w:w="70" w:type="dxa"/>
              <w:right w:w="70" w:type="dxa"/>
            </w:tcMar>
            <w:vAlign w:val="center"/>
          </w:tcPr>
          <w:p w14:paraId="72E48D80" w14:textId="77777777" w:rsidR="00D47296" w:rsidRDefault="008C31C1">
            <w:r>
              <w:rPr>
                <w:sz w:val="18"/>
              </w:rPr>
              <w:t>Other locally identified hazard</w:t>
            </w:r>
          </w:p>
        </w:tc>
        <w:tc>
          <w:tcPr>
            <w:tcW w:w="1728" w:type="dxa"/>
            <w:tcMar>
              <w:top w:w="70" w:type="dxa"/>
              <w:left w:w="70" w:type="dxa"/>
              <w:bottom w:w="70" w:type="dxa"/>
              <w:right w:w="70" w:type="dxa"/>
            </w:tcMar>
            <w:vAlign w:val="center"/>
          </w:tcPr>
          <w:p w14:paraId="45156B73" w14:textId="77777777" w:rsidR="00D47296" w:rsidRDefault="008C31C1">
            <w:r>
              <w:rPr>
                <w:i/>
                <w:color w:val="777777"/>
                <w:sz w:val="24"/>
              </w:rPr>
              <w:t>&lt;Insert&gt;</w:t>
            </w:r>
          </w:p>
        </w:tc>
        <w:tc>
          <w:tcPr>
            <w:tcW w:w="3744" w:type="dxa"/>
            <w:tcMar>
              <w:top w:w="70" w:type="dxa"/>
              <w:left w:w="70" w:type="dxa"/>
              <w:bottom w:w="70" w:type="dxa"/>
              <w:right w:w="70" w:type="dxa"/>
            </w:tcMar>
            <w:vAlign w:val="center"/>
          </w:tcPr>
          <w:p w14:paraId="61C7EFAB" w14:textId="77777777" w:rsidR="00D47296" w:rsidRDefault="008C31C1">
            <w:r>
              <w:rPr>
                <w:i/>
                <w:color w:val="777777"/>
                <w:sz w:val="24"/>
              </w:rPr>
              <w:t>&lt;Insert&gt;</w:t>
            </w:r>
          </w:p>
        </w:tc>
      </w:tr>
    </w:tbl>
    <w:p w14:paraId="6526F625" w14:textId="77777777" w:rsidR="00D47296" w:rsidRDefault="00D47296">
      <w:pPr>
        <w:spacing w:after="0"/>
      </w:pPr>
    </w:p>
    <w:p w14:paraId="22BDC54E" w14:textId="77777777" w:rsidR="00D47296" w:rsidRDefault="008C31C1">
      <w:pPr>
        <w:pStyle w:val="Heading2"/>
      </w:pPr>
      <w:r>
        <w:t>D. Reassessment Triggers</w:t>
      </w:r>
    </w:p>
    <w:p w14:paraId="65470F56" w14:textId="77777777" w:rsidR="00D47296" w:rsidRDefault="008C31C1">
      <w:pPr>
        <w:spacing w:after="80" w:line="240" w:lineRule="auto"/>
      </w:pPr>
      <w:r>
        <w:t>The FQHC should reconsider the HVA when major facility/service changes, actual events, exercises, new community risks, infrastructure changes, significant IT/vendor changes, or changes in population/service delivery could alter preparedness priorities.</w:t>
      </w:r>
    </w:p>
    <w:p w14:paraId="72243373" w14:textId="77777777" w:rsidR="00D47296" w:rsidRDefault="008C31C1">
      <w:r>
        <w:br w:type="page"/>
      </w:r>
    </w:p>
    <w:p w14:paraId="71D6C17A" w14:textId="77777777" w:rsidR="00D47296" w:rsidRDefault="008C31C1">
      <w:pPr>
        <w:pStyle w:val="Heading1"/>
      </w:pPr>
      <w:r>
        <w:lastRenderedPageBreak/>
        <w:t>4. CONCEPT OF OPERATIONS</w:t>
      </w:r>
    </w:p>
    <w:tbl>
      <w:tblPr>
        <w:tblW w:w="0" w:type="auto"/>
        <w:jc w:val="center"/>
        <w:tblLook w:val="04A0" w:firstRow="1" w:lastRow="0" w:firstColumn="1" w:lastColumn="0" w:noHBand="0" w:noVBand="1"/>
      </w:tblPr>
      <w:tblGrid>
        <w:gridCol w:w="10800"/>
      </w:tblGrid>
      <w:tr w:rsidR="00D47296" w14:paraId="082E8D16" w14:textId="77777777">
        <w:trPr>
          <w:jc w:val="center"/>
        </w:trPr>
        <w:tc>
          <w:tcPr>
            <w:tcW w:w="10800" w:type="dxa"/>
            <w:shd w:val="clear" w:color="auto" w:fill="E8F2EE"/>
          </w:tcPr>
          <w:p w14:paraId="56C96B84" w14:textId="77777777" w:rsidR="00D47296" w:rsidRDefault="008C31C1">
            <w:r>
              <w:rPr>
                <w:b/>
                <w:color w:val="015A41"/>
              </w:rPr>
              <w:t xml:space="preserve">REGULATORY BASIS </w:t>
            </w:r>
            <w:r>
              <w:t>42 CFR §491.12(a)(2)-(4), with policies/procedures at §491.12(b).</w:t>
            </w:r>
          </w:p>
        </w:tc>
      </w:tr>
    </w:tbl>
    <w:p w14:paraId="7CE72835" w14:textId="77777777" w:rsidR="00D47296" w:rsidRDefault="00D47296">
      <w:pPr>
        <w:spacing w:after="0"/>
      </w:pPr>
    </w:p>
    <w:p w14:paraId="4AFE6154" w14:textId="77777777" w:rsidR="00D47296" w:rsidRDefault="008C31C1">
      <w:pPr>
        <w:pStyle w:val="Heading2"/>
      </w:pPr>
      <w:r>
        <w:t>A. Incident Phases</w:t>
      </w:r>
    </w:p>
    <w:tbl>
      <w:tblPr>
        <w:tblW w:w="0" w:type="auto"/>
        <w:jc w:val="center"/>
        <w:tblLayout w:type="fixed"/>
        <w:tblLook w:val="04A0" w:firstRow="1" w:lastRow="0" w:firstColumn="1" w:lastColumn="0" w:noHBand="0" w:noVBand="1"/>
      </w:tblPr>
      <w:tblGrid>
        <w:gridCol w:w="2016"/>
        <w:gridCol w:w="8496"/>
      </w:tblGrid>
      <w:tr w:rsidR="00D47296" w14:paraId="7BC18B7B" w14:textId="77777777">
        <w:trPr>
          <w:tblHeader/>
          <w:jc w:val="center"/>
        </w:trPr>
        <w:tc>
          <w:tcPr>
            <w:tcW w:w="2016" w:type="dxa"/>
            <w:shd w:val="clear" w:color="auto" w:fill="015A41"/>
            <w:tcMar>
              <w:top w:w="70" w:type="dxa"/>
              <w:left w:w="70" w:type="dxa"/>
              <w:bottom w:w="70" w:type="dxa"/>
              <w:right w:w="70" w:type="dxa"/>
            </w:tcMar>
            <w:vAlign w:val="center"/>
          </w:tcPr>
          <w:p w14:paraId="1BE8B8E5" w14:textId="77777777" w:rsidR="00D47296" w:rsidRDefault="008C31C1">
            <w:r>
              <w:rPr>
                <w:b/>
                <w:color w:val="FFFFFF"/>
                <w:sz w:val="19"/>
              </w:rPr>
              <w:t>Phase</w:t>
            </w:r>
          </w:p>
        </w:tc>
        <w:tc>
          <w:tcPr>
            <w:tcW w:w="8496" w:type="dxa"/>
            <w:shd w:val="clear" w:color="auto" w:fill="015A41"/>
            <w:tcMar>
              <w:top w:w="70" w:type="dxa"/>
              <w:left w:w="70" w:type="dxa"/>
              <w:bottom w:w="70" w:type="dxa"/>
              <w:right w:w="70" w:type="dxa"/>
            </w:tcMar>
            <w:vAlign w:val="center"/>
          </w:tcPr>
          <w:p w14:paraId="4A09F9D0" w14:textId="77777777" w:rsidR="00D47296" w:rsidRDefault="008C31C1">
            <w:r>
              <w:rPr>
                <w:b/>
                <w:color w:val="FFFFFF"/>
                <w:sz w:val="19"/>
              </w:rPr>
              <w:t>Facility Approach</w:t>
            </w:r>
          </w:p>
        </w:tc>
      </w:tr>
      <w:tr w:rsidR="00D47296" w14:paraId="0F774596" w14:textId="77777777">
        <w:trPr>
          <w:jc w:val="center"/>
        </w:trPr>
        <w:tc>
          <w:tcPr>
            <w:tcW w:w="2016" w:type="dxa"/>
            <w:shd w:val="clear" w:color="auto" w:fill="E8F2EE"/>
            <w:tcMar>
              <w:top w:w="70" w:type="dxa"/>
              <w:left w:w="70" w:type="dxa"/>
              <w:bottom w:w="70" w:type="dxa"/>
              <w:right w:w="70" w:type="dxa"/>
            </w:tcMar>
            <w:vAlign w:val="center"/>
          </w:tcPr>
          <w:p w14:paraId="4B10F59A" w14:textId="77777777" w:rsidR="00D47296" w:rsidRDefault="008C31C1">
            <w:r>
              <w:rPr>
                <w:sz w:val="19"/>
              </w:rPr>
              <w:t>Mitigation</w:t>
            </w:r>
          </w:p>
        </w:tc>
        <w:tc>
          <w:tcPr>
            <w:tcW w:w="8496" w:type="dxa"/>
            <w:shd w:val="clear" w:color="auto" w:fill="E8F2EE"/>
            <w:tcMar>
              <w:top w:w="70" w:type="dxa"/>
              <w:left w:w="70" w:type="dxa"/>
              <w:bottom w:w="70" w:type="dxa"/>
              <w:right w:w="70" w:type="dxa"/>
            </w:tcMar>
            <w:vAlign w:val="center"/>
          </w:tcPr>
          <w:p w14:paraId="64AB01F7" w14:textId="77777777" w:rsidR="00D47296" w:rsidRDefault="008C31C1">
            <w:r>
              <w:rPr>
                <w:i/>
                <w:color w:val="777777"/>
                <w:sz w:val="24"/>
              </w:rPr>
              <w:t>&lt;Risk reduction / prevention strategies&gt;</w:t>
            </w:r>
          </w:p>
        </w:tc>
      </w:tr>
      <w:tr w:rsidR="00D47296" w14:paraId="4C6B7E42" w14:textId="77777777">
        <w:trPr>
          <w:jc w:val="center"/>
        </w:trPr>
        <w:tc>
          <w:tcPr>
            <w:tcW w:w="2016" w:type="dxa"/>
            <w:tcMar>
              <w:top w:w="70" w:type="dxa"/>
              <w:left w:w="70" w:type="dxa"/>
              <w:bottom w:w="70" w:type="dxa"/>
              <w:right w:w="70" w:type="dxa"/>
            </w:tcMar>
            <w:vAlign w:val="center"/>
          </w:tcPr>
          <w:p w14:paraId="6DB551B3" w14:textId="77777777" w:rsidR="00D47296" w:rsidRDefault="008C31C1">
            <w:r>
              <w:rPr>
                <w:sz w:val="19"/>
              </w:rPr>
              <w:t>Preparedness</w:t>
            </w:r>
          </w:p>
        </w:tc>
        <w:tc>
          <w:tcPr>
            <w:tcW w:w="8496" w:type="dxa"/>
            <w:tcMar>
              <w:top w:w="70" w:type="dxa"/>
              <w:left w:w="70" w:type="dxa"/>
              <w:bottom w:w="70" w:type="dxa"/>
              <w:right w:w="70" w:type="dxa"/>
            </w:tcMar>
            <w:vAlign w:val="center"/>
          </w:tcPr>
          <w:p w14:paraId="600C216F" w14:textId="77777777" w:rsidR="00D47296" w:rsidRDefault="008C31C1">
            <w:r>
              <w:rPr>
                <w:i/>
                <w:color w:val="777777"/>
                <w:sz w:val="24"/>
              </w:rPr>
              <w:t>&lt;Plans, training, exercises, agreements, supplies&gt;</w:t>
            </w:r>
          </w:p>
        </w:tc>
      </w:tr>
      <w:tr w:rsidR="00D47296" w14:paraId="00D2B736" w14:textId="77777777">
        <w:trPr>
          <w:jc w:val="center"/>
        </w:trPr>
        <w:tc>
          <w:tcPr>
            <w:tcW w:w="2016" w:type="dxa"/>
            <w:shd w:val="clear" w:color="auto" w:fill="E8F2EE"/>
            <w:tcMar>
              <w:top w:w="70" w:type="dxa"/>
              <w:left w:w="70" w:type="dxa"/>
              <w:bottom w:w="70" w:type="dxa"/>
              <w:right w:w="70" w:type="dxa"/>
            </w:tcMar>
            <w:vAlign w:val="center"/>
          </w:tcPr>
          <w:p w14:paraId="52D78922" w14:textId="77777777" w:rsidR="00D47296" w:rsidRDefault="008C31C1">
            <w:r>
              <w:rPr>
                <w:sz w:val="19"/>
              </w:rPr>
              <w:t>Response</w:t>
            </w:r>
          </w:p>
        </w:tc>
        <w:tc>
          <w:tcPr>
            <w:tcW w:w="8496" w:type="dxa"/>
            <w:shd w:val="clear" w:color="auto" w:fill="E8F2EE"/>
            <w:tcMar>
              <w:top w:w="70" w:type="dxa"/>
              <w:left w:w="70" w:type="dxa"/>
              <w:bottom w:w="70" w:type="dxa"/>
              <w:right w:w="70" w:type="dxa"/>
            </w:tcMar>
            <w:vAlign w:val="center"/>
          </w:tcPr>
          <w:p w14:paraId="31B4D16B" w14:textId="77777777" w:rsidR="00D47296" w:rsidRDefault="008C31C1">
            <w:r>
              <w:rPr>
                <w:i/>
                <w:color w:val="777777"/>
                <w:sz w:val="24"/>
              </w:rPr>
              <w:t>&lt;Activation, protective actions, patient safety, coordination&gt;</w:t>
            </w:r>
          </w:p>
        </w:tc>
      </w:tr>
      <w:tr w:rsidR="00D47296" w14:paraId="1119135B" w14:textId="77777777">
        <w:trPr>
          <w:jc w:val="center"/>
        </w:trPr>
        <w:tc>
          <w:tcPr>
            <w:tcW w:w="2016" w:type="dxa"/>
            <w:tcMar>
              <w:top w:w="70" w:type="dxa"/>
              <w:left w:w="70" w:type="dxa"/>
              <w:bottom w:w="70" w:type="dxa"/>
              <w:right w:w="70" w:type="dxa"/>
            </w:tcMar>
            <w:vAlign w:val="center"/>
          </w:tcPr>
          <w:p w14:paraId="2ECB5514" w14:textId="77777777" w:rsidR="00D47296" w:rsidRDefault="008C31C1">
            <w:r>
              <w:rPr>
                <w:sz w:val="19"/>
              </w:rPr>
              <w:t>Recovery</w:t>
            </w:r>
          </w:p>
        </w:tc>
        <w:tc>
          <w:tcPr>
            <w:tcW w:w="8496" w:type="dxa"/>
            <w:tcMar>
              <w:top w:w="70" w:type="dxa"/>
              <w:left w:w="70" w:type="dxa"/>
              <w:bottom w:w="70" w:type="dxa"/>
              <w:right w:w="70" w:type="dxa"/>
            </w:tcMar>
            <w:vAlign w:val="center"/>
          </w:tcPr>
          <w:p w14:paraId="498BBE87" w14:textId="77777777" w:rsidR="00D47296" w:rsidRDefault="008C31C1">
            <w:r>
              <w:rPr>
                <w:i/>
                <w:color w:val="777777"/>
                <w:sz w:val="24"/>
              </w:rPr>
              <w:t>&lt;Restoration, continuity, AAR/IP, plan updates&gt;</w:t>
            </w:r>
          </w:p>
        </w:tc>
      </w:tr>
    </w:tbl>
    <w:p w14:paraId="0A083ED0" w14:textId="77777777" w:rsidR="00D47296" w:rsidRDefault="00D47296">
      <w:pPr>
        <w:spacing w:after="0"/>
      </w:pPr>
    </w:p>
    <w:p w14:paraId="795E603D" w14:textId="77777777" w:rsidR="00D47296" w:rsidRDefault="008C31C1">
      <w:pPr>
        <w:pStyle w:val="Heading2"/>
      </w:pPr>
      <w:r>
        <w:t>B. Plan Activation</w:t>
      </w:r>
    </w:p>
    <w:tbl>
      <w:tblPr>
        <w:tblW w:w="0" w:type="auto"/>
        <w:jc w:val="center"/>
        <w:tblLayout w:type="fixed"/>
        <w:tblLook w:val="04A0" w:firstRow="1" w:lastRow="0" w:firstColumn="1" w:lastColumn="0" w:noHBand="0" w:noVBand="1"/>
      </w:tblPr>
      <w:tblGrid>
        <w:gridCol w:w="2304"/>
        <w:gridCol w:w="3168"/>
        <w:gridCol w:w="2160"/>
        <w:gridCol w:w="2880"/>
      </w:tblGrid>
      <w:tr w:rsidR="00D47296" w14:paraId="2FC6BDA8" w14:textId="77777777">
        <w:trPr>
          <w:tblHeader/>
          <w:jc w:val="center"/>
        </w:trPr>
        <w:tc>
          <w:tcPr>
            <w:tcW w:w="2304" w:type="dxa"/>
            <w:shd w:val="clear" w:color="auto" w:fill="015A41"/>
            <w:tcMar>
              <w:top w:w="70" w:type="dxa"/>
              <w:left w:w="70" w:type="dxa"/>
              <w:bottom w:w="70" w:type="dxa"/>
              <w:right w:w="70" w:type="dxa"/>
            </w:tcMar>
            <w:vAlign w:val="center"/>
          </w:tcPr>
          <w:p w14:paraId="349F0A95" w14:textId="77777777" w:rsidR="00D47296" w:rsidRDefault="008C31C1">
            <w:r>
              <w:rPr>
                <w:b/>
                <w:color w:val="FFFFFF"/>
                <w:sz w:val="17"/>
              </w:rPr>
              <w:t>Activation Level</w:t>
            </w:r>
          </w:p>
        </w:tc>
        <w:tc>
          <w:tcPr>
            <w:tcW w:w="3168" w:type="dxa"/>
            <w:shd w:val="clear" w:color="auto" w:fill="015A41"/>
            <w:tcMar>
              <w:top w:w="70" w:type="dxa"/>
              <w:left w:w="70" w:type="dxa"/>
              <w:bottom w:w="70" w:type="dxa"/>
              <w:right w:w="70" w:type="dxa"/>
            </w:tcMar>
            <w:vAlign w:val="center"/>
          </w:tcPr>
          <w:p w14:paraId="5465CADF" w14:textId="77777777" w:rsidR="00D47296" w:rsidRDefault="008C31C1">
            <w:r>
              <w:rPr>
                <w:b/>
                <w:color w:val="FFFFFF"/>
                <w:sz w:val="17"/>
              </w:rPr>
              <w:t>Triggers</w:t>
            </w:r>
          </w:p>
        </w:tc>
        <w:tc>
          <w:tcPr>
            <w:tcW w:w="2160" w:type="dxa"/>
            <w:shd w:val="clear" w:color="auto" w:fill="015A41"/>
            <w:tcMar>
              <w:top w:w="70" w:type="dxa"/>
              <w:left w:w="70" w:type="dxa"/>
              <w:bottom w:w="70" w:type="dxa"/>
              <w:right w:w="70" w:type="dxa"/>
            </w:tcMar>
            <w:vAlign w:val="center"/>
          </w:tcPr>
          <w:p w14:paraId="6024B78F" w14:textId="77777777" w:rsidR="00D47296" w:rsidRDefault="008C31C1">
            <w:r>
              <w:rPr>
                <w:b/>
                <w:color w:val="FFFFFF"/>
                <w:sz w:val="17"/>
              </w:rPr>
              <w:t>Authority</w:t>
            </w:r>
          </w:p>
        </w:tc>
        <w:tc>
          <w:tcPr>
            <w:tcW w:w="2880" w:type="dxa"/>
            <w:shd w:val="clear" w:color="auto" w:fill="015A41"/>
            <w:tcMar>
              <w:top w:w="70" w:type="dxa"/>
              <w:left w:w="70" w:type="dxa"/>
              <w:bottom w:w="70" w:type="dxa"/>
              <w:right w:w="70" w:type="dxa"/>
            </w:tcMar>
            <w:vAlign w:val="center"/>
          </w:tcPr>
          <w:p w14:paraId="7BA2CE06" w14:textId="77777777" w:rsidR="00D47296" w:rsidRDefault="008C31C1">
            <w:r>
              <w:rPr>
                <w:b/>
                <w:color w:val="FFFFFF"/>
                <w:sz w:val="17"/>
              </w:rPr>
              <w:t>Initial Actions</w:t>
            </w:r>
          </w:p>
        </w:tc>
      </w:tr>
      <w:tr w:rsidR="00D47296" w14:paraId="22A398ED" w14:textId="77777777">
        <w:trPr>
          <w:jc w:val="center"/>
        </w:trPr>
        <w:tc>
          <w:tcPr>
            <w:tcW w:w="2304" w:type="dxa"/>
            <w:shd w:val="clear" w:color="auto" w:fill="E8F2EE"/>
            <w:tcMar>
              <w:top w:w="70" w:type="dxa"/>
              <w:left w:w="70" w:type="dxa"/>
              <w:bottom w:w="70" w:type="dxa"/>
              <w:right w:w="70" w:type="dxa"/>
            </w:tcMar>
            <w:vAlign w:val="center"/>
          </w:tcPr>
          <w:p w14:paraId="7666AB12" w14:textId="77777777" w:rsidR="00D47296" w:rsidRDefault="008C31C1">
            <w:r>
              <w:rPr>
                <w:sz w:val="17"/>
              </w:rPr>
              <w:t>Level 1 - Monitoring</w:t>
            </w:r>
          </w:p>
        </w:tc>
        <w:tc>
          <w:tcPr>
            <w:tcW w:w="3168" w:type="dxa"/>
            <w:shd w:val="clear" w:color="auto" w:fill="E8F2EE"/>
            <w:tcMar>
              <w:top w:w="70" w:type="dxa"/>
              <w:left w:w="70" w:type="dxa"/>
              <w:bottom w:w="70" w:type="dxa"/>
              <w:right w:w="70" w:type="dxa"/>
            </w:tcMar>
            <w:vAlign w:val="center"/>
          </w:tcPr>
          <w:p w14:paraId="5BBDD7F6" w14:textId="77777777" w:rsidR="00D47296" w:rsidRDefault="008C31C1">
            <w:r>
              <w:rPr>
                <w:i/>
                <w:color w:val="777777"/>
                <w:sz w:val="24"/>
              </w:rPr>
              <w:t>&lt;Triggers&gt;</w:t>
            </w:r>
          </w:p>
        </w:tc>
        <w:tc>
          <w:tcPr>
            <w:tcW w:w="2160" w:type="dxa"/>
            <w:shd w:val="clear" w:color="auto" w:fill="E8F2EE"/>
            <w:tcMar>
              <w:top w:w="70" w:type="dxa"/>
              <w:left w:w="70" w:type="dxa"/>
              <w:bottom w:w="70" w:type="dxa"/>
              <w:right w:w="70" w:type="dxa"/>
            </w:tcMar>
            <w:vAlign w:val="center"/>
          </w:tcPr>
          <w:p w14:paraId="1D12CD1D" w14:textId="77777777" w:rsidR="00D47296" w:rsidRDefault="008C31C1">
            <w:r>
              <w:rPr>
                <w:i/>
                <w:color w:val="777777"/>
                <w:sz w:val="24"/>
              </w:rPr>
              <w:t>&lt;Authority&gt;</w:t>
            </w:r>
          </w:p>
        </w:tc>
        <w:tc>
          <w:tcPr>
            <w:tcW w:w="2880" w:type="dxa"/>
            <w:shd w:val="clear" w:color="auto" w:fill="E8F2EE"/>
            <w:tcMar>
              <w:top w:w="70" w:type="dxa"/>
              <w:left w:w="70" w:type="dxa"/>
              <w:bottom w:w="70" w:type="dxa"/>
              <w:right w:w="70" w:type="dxa"/>
            </w:tcMar>
            <w:vAlign w:val="center"/>
          </w:tcPr>
          <w:p w14:paraId="755395B8" w14:textId="77777777" w:rsidR="00D47296" w:rsidRDefault="008C31C1">
            <w:r>
              <w:rPr>
                <w:i/>
                <w:color w:val="777777"/>
                <w:sz w:val="24"/>
              </w:rPr>
              <w:t>&lt;Actions&gt;</w:t>
            </w:r>
          </w:p>
        </w:tc>
      </w:tr>
      <w:tr w:rsidR="00D47296" w14:paraId="3950AF5A" w14:textId="77777777">
        <w:trPr>
          <w:jc w:val="center"/>
        </w:trPr>
        <w:tc>
          <w:tcPr>
            <w:tcW w:w="2304" w:type="dxa"/>
            <w:tcMar>
              <w:top w:w="70" w:type="dxa"/>
              <w:left w:w="70" w:type="dxa"/>
              <w:bottom w:w="70" w:type="dxa"/>
              <w:right w:w="70" w:type="dxa"/>
            </w:tcMar>
            <w:vAlign w:val="center"/>
          </w:tcPr>
          <w:p w14:paraId="792E70EB" w14:textId="77777777" w:rsidR="00D47296" w:rsidRDefault="008C31C1">
            <w:r>
              <w:rPr>
                <w:sz w:val="17"/>
              </w:rPr>
              <w:t>Level 2 - Partial Activation</w:t>
            </w:r>
          </w:p>
        </w:tc>
        <w:tc>
          <w:tcPr>
            <w:tcW w:w="3168" w:type="dxa"/>
            <w:tcMar>
              <w:top w:w="70" w:type="dxa"/>
              <w:left w:w="70" w:type="dxa"/>
              <w:bottom w:w="70" w:type="dxa"/>
              <w:right w:w="70" w:type="dxa"/>
            </w:tcMar>
            <w:vAlign w:val="center"/>
          </w:tcPr>
          <w:p w14:paraId="05AEE9C0" w14:textId="77777777" w:rsidR="00D47296" w:rsidRDefault="008C31C1">
            <w:r>
              <w:rPr>
                <w:i/>
                <w:color w:val="777777"/>
                <w:sz w:val="24"/>
              </w:rPr>
              <w:t>&lt;Triggers&gt;</w:t>
            </w:r>
          </w:p>
        </w:tc>
        <w:tc>
          <w:tcPr>
            <w:tcW w:w="2160" w:type="dxa"/>
            <w:tcMar>
              <w:top w:w="70" w:type="dxa"/>
              <w:left w:w="70" w:type="dxa"/>
              <w:bottom w:w="70" w:type="dxa"/>
              <w:right w:w="70" w:type="dxa"/>
            </w:tcMar>
            <w:vAlign w:val="center"/>
          </w:tcPr>
          <w:p w14:paraId="224A2053" w14:textId="77777777" w:rsidR="00D47296" w:rsidRDefault="008C31C1">
            <w:r>
              <w:rPr>
                <w:i/>
                <w:color w:val="777777"/>
                <w:sz w:val="24"/>
              </w:rPr>
              <w:t>&lt;Authority&gt;</w:t>
            </w:r>
          </w:p>
        </w:tc>
        <w:tc>
          <w:tcPr>
            <w:tcW w:w="2880" w:type="dxa"/>
            <w:tcMar>
              <w:top w:w="70" w:type="dxa"/>
              <w:left w:w="70" w:type="dxa"/>
              <w:bottom w:w="70" w:type="dxa"/>
              <w:right w:w="70" w:type="dxa"/>
            </w:tcMar>
            <w:vAlign w:val="center"/>
          </w:tcPr>
          <w:p w14:paraId="10C6E520" w14:textId="77777777" w:rsidR="00D47296" w:rsidRDefault="008C31C1">
            <w:r>
              <w:rPr>
                <w:i/>
                <w:color w:val="777777"/>
                <w:sz w:val="24"/>
              </w:rPr>
              <w:t>&lt;Actions&gt;</w:t>
            </w:r>
          </w:p>
        </w:tc>
      </w:tr>
      <w:tr w:rsidR="00D47296" w14:paraId="261537C1" w14:textId="77777777">
        <w:trPr>
          <w:jc w:val="center"/>
        </w:trPr>
        <w:tc>
          <w:tcPr>
            <w:tcW w:w="2304" w:type="dxa"/>
            <w:shd w:val="clear" w:color="auto" w:fill="E8F2EE"/>
            <w:tcMar>
              <w:top w:w="70" w:type="dxa"/>
              <w:left w:w="70" w:type="dxa"/>
              <w:bottom w:w="70" w:type="dxa"/>
              <w:right w:w="70" w:type="dxa"/>
            </w:tcMar>
            <w:vAlign w:val="center"/>
          </w:tcPr>
          <w:p w14:paraId="6763E869" w14:textId="77777777" w:rsidR="00D47296" w:rsidRDefault="008C31C1">
            <w:r>
              <w:rPr>
                <w:sz w:val="17"/>
              </w:rPr>
              <w:t>Level 3 - Full Activation</w:t>
            </w:r>
          </w:p>
        </w:tc>
        <w:tc>
          <w:tcPr>
            <w:tcW w:w="3168" w:type="dxa"/>
            <w:shd w:val="clear" w:color="auto" w:fill="E8F2EE"/>
            <w:tcMar>
              <w:top w:w="70" w:type="dxa"/>
              <w:left w:w="70" w:type="dxa"/>
              <w:bottom w:w="70" w:type="dxa"/>
              <w:right w:w="70" w:type="dxa"/>
            </w:tcMar>
            <w:vAlign w:val="center"/>
          </w:tcPr>
          <w:p w14:paraId="7ED7E061" w14:textId="77777777" w:rsidR="00D47296" w:rsidRDefault="008C31C1">
            <w:r>
              <w:rPr>
                <w:i/>
                <w:color w:val="777777"/>
                <w:sz w:val="24"/>
              </w:rPr>
              <w:t>&lt;Triggers&gt;</w:t>
            </w:r>
          </w:p>
        </w:tc>
        <w:tc>
          <w:tcPr>
            <w:tcW w:w="2160" w:type="dxa"/>
            <w:shd w:val="clear" w:color="auto" w:fill="E8F2EE"/>
            <w:tcMar>
              <w:top w:w="70" w:type="dxa"/>
              <w:left w:w="70" w:type="dxa"/>
              <w:bottom w:w="70" w:type="dxa"/>
              <w:right w:w="70" w:type="dxa"/>
            </w:tcMar>
            <w:vAlign w:val="center"/>
          </w:tcPr>
          <w:p w14:paraId="3AC7DA15" w14:textId="77777777" w:rsidR="00D47296" w:rsidRDefault="008C31C1">
            <w:r>
              <w:rPr>
                <w:i/>
                <w:color w:val="777777"/>
                <w:sz w:val="24"/>
              </w:rPr>
              <w:t>&lt;Authority&gt;</w:t>
            </w:r>
          </w:p>
        </w:tc>
        <w:tc>
          <w:tcPr>
            <w:tcW w:w="2880" w:type="dxa"/>
            <w:shd w:val="clear" w:color="auto" w:fill="E8F2EE"/>
            <w:tcMar>
              <w:top w:w="70" w:type="dxa"/>
              <w:left w:w="70" w:type="dxa"/>
              <w:bottom w:w="70" w:type="dxa"/>
              <w:right w:w="70" w:type="dxa"/>
            </w:tcMar>
            <w:vAlign w:val="center"/>
          </w:tcPr>
          <w:p w14:paraId="20062063" w14:textId="77777777" w:rsidR="00D47296" w:rsidRDefault="008C31C1">
            <w:r>
              <w:rPr>
                <w:i/>
                <w:color w:val="777777"/>
                <w:sz w:val="24"/>
              </w:rPr>
              <w:t>&lt;Actions&gt;</w:t>
            </w:r>
          </w:p>
        </w:tc>
      </w:tr>
    </w:tbl>
    <w:p w14:paraId="1708AD06" w14:textId="77777777" w:rsidR="00D47296" w:rsidRDefault="00D47296">
      <w:pPr>
        <w:spacing w:after="0"/>
      </w:pPr>
    </w:p>
    <w:p w14:paraId="42E284B7" w14:textId="77777777" w:rsidR="00D47296" w:rsidRDefault="008C31C1">
      <w:pPr>
        <w:pStyle w:val="Heading2"/>
      </w:pPr>
      <w:r>
        <w:t>C. Protective Action Decisions</w:t>
      </w:r>
    </w:p>
    <w:p w14:paraId="070A298A" w14:textId="77777777" w:rsidR="00D47296" w:rsidRDefault="008C31C1">
      <w:pPr>
        <w:spacing w:after="80" w:line="240" w:lineRule="auto"/>
      </w:pPr>
      <w:r>
        <w:t>The Incident Lead or designated successor will determine whether to shelter in place, evacuate, close or reduce services, activate alternate/remote operations when permitted, redirect patients, or take other protective actions based on patient needs, building/site conditions, utilities, staffing, transportation, weather, public-health or emergency-official guidance, and available resources.</w:t>
      </w:r>
    </w:p>
    <w:p w14:paraId="2BE84A6E" w14:textId="77777777" w:rsidR="00D47296" w:rsidRDefault="008C31C1">
      <w:pPr>
        <w:pStyle w:val="Heading2"/>
      </w:pPr>
      <w:r>
        <w:t>D. Demobilization / Return to Normal</w:t>
      </w:r>
    </w:p>
    <w:p w14:paraId="097C39C0" w14:textId="77777777" w:rsidR="00D47296" w:rsidRDefault="008C31C1">
      <w:pPr>
        <w:spacing w:after="20"/>
      </w:pPr>
      <w:r>
        <w:rPr>
          <w:color w:val="B4B4B4"/>
          <w:sz w:val="16"/>
        </w:rPr>
        <w:t>__________________________________________________________________________________________________</w:t>
      </w:r>
    </w:p>
    <w:p w14:paraId="7DC041C7" w14:textId="77777777" w:rsidR="00D47296" w:rsidRDefault="008C31C1">
      <w:pPr>
        <w:spacing w:after="20"/>
      </w:pPr>
      <w:r>
        <w:rPr>
          <w:color w:val="B4B4B4"/>
          <w:sz w:val="16"/>
        </w:rPr>
        <w:t>__________________________________________________________________________________________________</w:t>
      </w:r>
    </w:p>
    <w:p w14:paraId="53A876FD" w14:textId="77777777" w:rsidR="00D47296" w:rsidRDefault="008C31C1">
      <w:pPr>
        <w:spacing w:after="20"/>
      </w:pPr>
      <w:r>
        <w:rPr>
          <w:color w:val="B4B4B4"/>
          <w:sz w:val="16"/>
        </w:rPr>
        <w:t>__________________________________________________________________________________________________</w:t>
      </w:r>
    </w:p>
    <w:p w14:paraId="00E99FF4" w14:textId="77777777" w:rsidR="00D47296" w:rsidRDefault="008C31C1">
      <w:pPr>
        <w:spacing w:after="20"/>
      </w:pPr>
      <w:r>
        <w:rPr>
          <w:color w:val="B4B4B4"/>
          <w:sz w:val="16"/>
        </w:rPr>
        <w:t>__________________________________________________________________________________________________</w:t>
      </w:r>
    </w:p>
    <w:p w14:paraId="1DAA1787" w14:textId="77777777" w:rsidR="00D47296" w:rsidRDefault="008C31C1">
      <w:pPr>
        <w:spacing w:after="20"/>
      </w:pPr>
      <w:r>
        <w:rPr>
          <w:color w:val="B4B4B4"/>
          <w:sz w:val="16"/>
        </w:rPr>
        <w:t>__________________________________________________________________________________________________</w:t>
      </w:r>
    </w:p>
    <w:p w14:paraId="21555F40" w14:textId="77777777" w:rsidR="00D47296" w:rsidRDefault="008C31C1">
      <w:r>
        <w:br w:type="page"/>
      </w:r>
    </w:p>
    <w:p w14:paraId="6333EAFC" w14:textId="77777777" w:rsidR="00D47296" w:rsidRDefault="008C31C1">
      <w:pPr>
        <w:pStyle w:val="Heading1"/>
      </w:pPr>
      <w:r>
        <w:lastRenderedPageBreak/>
        <w:t>5. ROLES AND RESPONSIBILITIES</w:t>
      </w:r>
    </w:p>
    <w:tbl>
      <w:tblPr>
        <w:tblW w:w="0" w:type="auto"/>
        <w:jc w:val="center"/>
        <w:tblLayout w:type="fixed"/>
        <w:tblLook w:val="04A0" w:firstRow="1" w:lastRow="0" w:firstColumn="1" w:lastColumn="0" w:noHBand="0" w:noVBand="1"/>
      </w:tblPr>
      <w:tblGrid>
        <w:gridCol w:w="3168"/>
        <w:gridCol w:w="7344"/>
      </w:tblGrid>
      <w:tr w:rsidR="00D47296" w14:paraId="4F215759" w14:textId="77777777">
        <w:trPr>
          <w:tblHeader/>
          <w:jc w:val="center"/>
        </w:trPr>
        <w:tc>
          <w:tcPr>
            <w:tcW w:w="3168" w:type="dxa"/>
            <w:shd w:val="clear" w:color="auto" w:fill="015A41"/>
            <w:tcMar>
              <w:top w:w="70" w:type="dxa"/>
              <w:left w:w="70" w:type="dxa"/>
              <w:bottom w:w="70" w:type="dxa"/>
              <w:right w:w="70" w:type="dxa"/>
            </w:tcMar>
            <w:vAlign w:val="center"/>
          </w:tcPr>
          <w:p w14:paraId="59CAA7BD" w14:textId="77777777" w:rsidR="00D47296" w:rsidRDefault="008C31C1">
            <w:r>
              <w:rPr>
                <w:b/>
                <w:color w:val="FFFFFF"/>
                <w:sz w:val="18"/>
              </w:rPr>
              <w:t>Role / Function</w:t>
            </w:r>
          </w:p>
        </w:tc>
        <w:tc>
          <w:tcPr>
            <w:tcW w:w="7344" w:type="dxa"/>
            <w:shd w:val="clear" w:color="auto" w:fill="015A41"/>
            <w:tcMar>
              <w:top w:w="70" w:type="dxa"/>
              <w:left w:w="70" w:type="dxa"/>
              <w:bottom w:w="70" w:type="dxa"/>
              <w:right w:w="70" w:type="dxa"/>
            </w:tcMar>
            <w:vAlign w:val="center"/>
          </w:tcPr>
          <w:p w14:paraId="4E91EC41" w14:textId="77777777" w:rsidR="00D47296" w:rsidRDefault="008C31C1">
            <w:r>
              <w:rPr>
                <w:b/>
                <w:color w:val="FFFFFF"/>
                <w:sz w:val="18"/>
              </w:rPr>
              <w:t>Core Emergency Responsibilities</w:t>
            </w:r>
          </w:p>
        </w:tc>
      </w:tr>
      <w:tr w:rsidR="00D47296" w14:paraId="4F22C769" w14:textId="77777777">
        <w:trPr>
          <w:jc w:val="center"/>
        </w:trPr>
        <w:tc>
          <w:tcPr>
            <w:tcW w:w="3168" w:type="dxa"/>
            <w:shd w:val="clear" w:color="auto" w:fill="E8F2EE"/>
            <w:tcMar>
              <w:top w:w="70" w:type="dxa"/>
              <w:left w:w="70" w:type="dxa"/>
              <w:bottom w:w="70" w:type="dxa"/>
              <w:right w:w="70" w:type="dxa"/>
            </w:tcMar>
            <w:vAlign w:val="center"/>
          </w:tcPr>
          <w:p w14:paraId="4D20D416" w14:textId="77777777" w:rsidR="00D47296" w:rsidRDefault="008C31C1">
            <w:r>
              <w:rPr>
                <w:sz w:val="18"/>
              </w:rPr>
              <w:t>Executive / Site Lead</w:t>
            </w:r>
          </w:p>
        </w:tc>
        <w:tc>
          <w:tcPr>
            <w:tcW w:w="7344" w:type="dxa"/>
            <w:shd w:val="clear" w:color="auto" w:fill="E8F2EE"/>
            <w:tcMar>
              <w:top w:w="70" w:type="dxa"/>
              <w:left w:w="70" w:type="dxa"/>
              <w:bottom w:w="70" w:type="dxa"/>
              <w:right w:w="70" w:type="dxa"/>
            </w:tcMar>
            <w:vAlign w:val="center"/>
          </w:tcPr>
          <w:p w14:paraId="7F753943" w14:textId="77777777" w:rsidR="00D47296" w:rsidRDefault="008C31C1">
            <w:r>
              <w:rPr>
                <w:sz w:val="18"/>
              </w:rPr>
              <w:t>Executive authority; continuity and closure decisions; external coordination; resource authorization.</w:t>
            </w:r>
          </w:p>
        </w:tc>
      </w:tr>
      <w:tr w:rsidR="00D47296" w14:paraId="455D769B" w14:textId="77777777">
        <w:trPr>
          <w:jc w:val="center"/>
        </w:trPr>
        <w:tc>
          <w:tcPr>
            <w:tcW w:w="3168" w:type="dxa"/>
            <w:tcMar>
              <w:top w:w="70" w:type="dxa"/>
              <w:left w:w="70" w:type="dxa"/>
              <w:bottom w:w="70" w:type="dxa"/>
              <w:right w:w="70" w:type="dxa"/>
            </w:tcMar>
            <w:vAlign w:val="center"/>
          </w:tcPr>
          <w:p w14:paraId="0448DB98" w14:textId="77777777" w:rsidR="00D47296" w:rsidRDefault="008C31C1">
            <w:r>
              <w:rPr>
                <w:sz w:val="18"/>
              </w:rPr>
              <w:t>Emergency Preparedness Coordinator</w:t>
            </w:r>
          </w:p>
        </w:tc>
        <w:tc>
          <w:tcPr>
            <w:tcW w:w="7344" w:type="dxa"/>
            <w:tcMar>
              <w:top w:w="70" w:type="dxa"/>
              <w:left w:w="70" w:type="dxa"/>
              <w:bottom w:w="70" w:type="dxa"/>
              <w:right w:w="70" w:type="dxa"/>
            </w:tcMar>
            <w:vAlign w:val="center"/>
          </w:tcPr>
          <w:p w14:paraId="7A1CFE87" w14:textId="77777777" w:rsidR="00D47296" w:rsidRDefault="008C31C1">
            <w:r>
              <w:rPr>
                <w:sz w:val="18"/>
              </w:rPr>
              <w:t>Maintains EOP/HVA; coordinates readiness, training/testing, documentation, exercises and AAR/IP.</w:t>
            </w:r>
          </w:p>
        </w:tc>
      </w:tr>
      <w:tr w:rsidR="00D47296" w14:paraId="52D8E6ED" w14:textId="77777777">
        <w:trPr>
          <w:jc w:val="center"/>
        </w:trPr>
        <w:tc>
          <w:tcPr>
            <w:tcW w:w="3168" w:type="dxa"/>
            <w:shd w:val="clear" w:color="auto" w:fill="E8F2EE"/>
            <w:tcMar>
              <w:top w:w="70" w:type="dxa"/>
              <w:left w:w="70" w:type="dxa"/>
              <w:bottom w:w="70" w:type="dxa"/>
              <w:right w:w="70" w:type="dxa"/>
            </w:tcMar>
            <w:vAlign w:val="center"/>
          </w:tcPr>
          <w:p w14:paraId="2D9BF200" w14:textId="77777777" w:rsidR="00D47296" w:rsidRDefault="008C31C1">
            <w:r>
              <w:rPr>
                <w:sz w:val="18"/>
              </w:rPr>
              <w:t>Clinical / Medical Lead</w:t>
            </w:r>
          </w:p>
        </w:tc>
        <w:tc>
          <w:tcPr>
            <w:tcW w:w="7344" w:type="dxa"/>
            <w:shd w:val="clear" w:color="auto" w:fill="E8F2EE"/>
            <w:tcMar>
              <w:top w:w="70" w:type="dxa"/>
              <w:left w:w="70" w:type="dxa"/>
              <w:bottom w:w="70" w:type="dxa"/>
              <w:right w:w="70" w:type="dxa"/>
            </w:tcMar>
            <w:vAlign w:val="center"/>
          </w:tcPr>
          <w:p w14:paraId="529FADBC" w14:textId="77777777" w:rsidR="00D47296" w:rsidRDefault="008C31C1">
            <w:r>
              <w:rPr>
                <w:sz w:val="18"/>
              </w:rPr>
              <w:t>Clinical priorities, patient safety, triage/referral, staffing, clinical communications, alternate-care decisions.</w:t>
            </w:r>
          </w:p>
        </w:tc>
      </w:tr>
      <w:tr w:rsidR="00D47296" w14:paraId="4796845F" w14:textId="77777777">
        <w:trPr>
          <w:jc w:val="center"/>
        </w:trPr>
        <w:tc>
          <w:tcPr>
            <w:tcW w:w="3168" w:type="dxa"/>
            <w:tcMar>
              <w:top w:w="70" w:type="dxa"/>
              <w:left w:w="70" w:type="dxa"/>
              <w:bottom w:w="70" w:type="dxa"/>
              <w:right w:w="70" w:type="dxa"/>
            </w:tcMar>
            <w:vAlign w:val="center"/>
          </w:tcPr>
          <w:p w14:paraId="662005EF" w14:textId="77777777" w:rsidR="00D47296" w:rsidRDefault="008C31C1">
            <w:r>
              <w:rPr>
                <w:sz w:val="18"/>
              </w:rPr>
              <w:t>Operations / Practice Manager</w:t>
            </w:r>
          </w:p>
        </w:tc>
        <w:tc>
          <w:tcPr>
            <w:tcW w:w="7344" w:type="dxa"/>
            <w:tcMar>
              <w:top w:w="70" w:type="dxa"/>
              <w:left w:w="70" w:type="dxa"/>
              <w:bottom w:w="70" w:type="dxa"/>
              <w:right w:w="70" w:type="dxa"/>
            </w:tcMar>
            <w:vAlign w:val="center"/>
          </w:tcPr>
          <w:p w14:paraId="75909AFB" w14:textId="77777777" w:rsidR="00D47296" w:rsidRDefault="008C31C1">
            <w:r>
              <w:rPr>
                <w:sz w:val="18"/>
              </w:rPr>
              <w:t>Operational continuity, patient flow, scheduling/cancellations, supplies, vendor coordination, administrative staffing.</w:t>
            </w:r>
          </w:p>
        </w:tc>
      </w:tr>
      <w:tr w:rsidR="00D47296" w14:paraId="49EA52E0" w14:textId="77777777">
        <w:trPr>
          <w:jc w:val="center"/>
        </w:trPr>
        <w:tc>
          <w:tcPr>
            <w:tcW w:w="3168" w:type="dxa"/>
            <w:shd w:val="clear" w:color="auto" w:fill="E8F2EE"/>
            <w:tcMar>
              <w:top w:w="70" w:type="dxa"/>
              <w:left w:w="70" w:type="dxa"/>
              <w:bottom w:w="70" w:type="dxa"/>
              <w:right w:w="70" w:type="dxa"/>
            </w:tcMar>
            <w:vAlign w:val="center"/>
          </w:tcPr>
          <w:p w14:paraId="74610DA5" w14:textId="77777777" w:rsidR="00D47296" w:rsidRDefault="008C31C1">
            <w:r>
              <w:rPr>
                <w:sz w:val="18"/>
              </w:rPr>
              <w:t>Facilities / Safety Lead</w:t>
            </w:r>
          </w:p>
        </w:tc>
        <w:tc>
          <w:tcPr>
            <w:tcW w:w="7344" w:type="dxa"/>
            <w:shd w:val="clear" w:color="auto" w:fill="E8F2EE"/>
            <w:tcMar>
              <w:top w:w="70" w:type="dxa"/>
              <w:left w:w="70" w:type="dxa"/>
              <w:bottom w:w="70" w:type="dxa"/>
              <w:right w:w="70" w:type="dxa"/>
            </w:tcMar>
            <w:vAlign w:val="center"/>
          </w:tcPr>
          <w:p w14:paraId="4A556AAD" w14:textId="77777777" w:rsidR="00D47296" w:rsidRDefault="008C31C1">
            <w:r>
              <w:rPr>
                <w:sz w:val="18"/>
              </w:rPr>
              <w:t>Building conditions, utilities, egress, fire/life safety, repair vendors, FMO/AHJ coordination.</w:t>
            </w:r>
          </w:p>
        </w:tc>
      </w:tr>
      <w:tr w:rsidR="00D47296" w14:paraId="3A24C29D" w14:textId="77777777">
        <w:trPr>
          <w:jc w:val="center"/>
        </w:trPr>
        <w:tc>
          <w:tcPr>
            <w:tcW w:w="3168" w:type="dxa"/>
            <w:tcMar>
              <w:top w:w="70" w:type="dxa"/>
              <w:left w:w="70" w:type="dxa"/>
              <w:bottom w:w="70" w:type="dxa"/>
              <w:right w:w="70" w:type="dxa"/>
            </w:tcMar>
            <w:vAlign w:val="center"/>
          </w:tcPr>
          <w:p w14:paraId="3D7A4806" w14:textId="77777777" w:rsidR="00D47296" w:rsidRDefault="008C31C1">
            <w:r>
              <w:rPr>
                <w:sz w:val="18"/>
              </w:rPr>
              <w:t>IT / Security Lead</w:t>
            </w:r>
          </w:p>
        </w:tc>
        <w:tc>
          <w:tcPr>
            <w:tcW w:w="7344" w:type="dxa"/>
            <w:tcMar>
              <w:top w:w="70" w:type="dxa"/>
              <w:left w:w="70" w:type="dxa"/>
              <w:bottom w:w="70" w:type="dxa"/>
              <w:right w:w="70" w:type="dxa"/>
            </w:tcMar>
            <w:vAlign w:val="center"/>
          </w:tcPr>
          <w:p w14:paraId="1729D032" w14:textId="77777777" w:rsidR="00D47296" w:rsidRDefault="008C31C1">
            <w:r>
              <w:rPr>
                <w:sz w:val="18"/>
              </w:rPr>
              <w:t>EHR/network/telecommunications continuity, cybersecurity response, downtime, data restoration.</w:t>
            </w:r>
          </w:p>
        </w:tc>
      </w:tr>
      <w:tr w:rsidR="00D47296" w14:paraId="25393671" w14:textId="77777777">
        <w:trPr>
          <w:jc w:val="center"/>
        </w:trPr>
        <w:tc>
          <w:tcPr>
            <w:tcW w:w="3168" w:type="dxa"/>
            <w:shd w:val="clear" w:color="auto" w:fill="E8F2EE"/>
            <w:tcMar>
              <w:top w:w="70" w:type="dxa"/>
              <w:left w:w="70" w:type="dxa"/>
              <w:bottom w:w="70" w:type="dxa"/>
              <w:right w:w="70" w:type="dxa"/>
            </w:tcMar>
            <w:vAlign w:val="center"/>
          </w:tcPr>
          <w:p w14:paraId="2F4AE092" w14:textId="77777777" w:rsidR="00D47296" w:rsidRDefault="008C31C1">
            <w:r>
              <w:rPr>
                <w:sz w:val="18"/>
              </w:rPr>
              <w:t>Infection Prevention / Public Health Lead</w:t>
            </w:r>
          </w:p>
        </w:tc>
        <w:tc>
          <w:tcPr>
            <w:tcW w:w="7344" w:type="dxa"/>
            <w:shd w:val="clear" w:color="auto" w:fill="E8F2EE"/>
            <w:tcMar>
              <w:top w:w="70" w:type="dxa"/>
              <w:left w:w="70" w:type="dxa"/>
              <w:bottom w:w="70" w:type="dxa"/>
              <w:right w:w="70" w:type="dxa"/>
            </w:tcMar>
            <w:vAlign w:val="center"/>
          </w:tcPr>
          <w:p w14:paraId="66960B37" w14:textId="77777777" w:rsidR="00D47296" w:rsidRDefault="008C31C1">
            <w:r>
              <w:rPr>
                <w:sz w:val="18"/>
              </w:rPr>
              <w:t>Outbreak/EID planning, source control, public-health reporting, PPE, staff/patient communications.</w:t>
            </w:r>
          </w:p>
        </w:tc>
      </w:tr>
      <w:tr w:rsidR="00D47296" w14:paraId="4100F345" w14:textId="77777777">
        <w:trPr>
          <w:jc w:val="center"/>
        </w:trPr>
        <w:tc>
          <w:tcPr>
            <w:tcW w:w="3168" w:type="dxa"/>
            <w:tcMar>
              <w:top w:w="70" w:type="dxa"/>
              <w:left w:w="70" w:type="dxa"/>
              <w:bottom w:w="70" w:type="dxa"/>
              <w:right w:w="70" w:type="dxa"/>
            </w:tcMar>
            <w:vAlign w:val="center"/>
          </w:tcPr>
          <w:p w14:paraId="1EEA5163" w14:textId="77777777" w:rsidR="00D47296" w:rsidRDefault="008C31C1">
            <w:r>
              <w:rPr>
                <w:sz w:val="18"/>
              </w:rPr>
              <w:t>HR / Workforce Lead</w:t>
            </w:r>
          </w:p>
        </w:tc>
        <w:tc>
          <w:tcPr>
            <w:tcW w:w="7344" w:type="dxa"/>
            <w:tcMar>
              <w:top w:w="70" w:type="dxa"/>
              <w:left w:w="70" w:type="dxa"/>
              <w:bottom w:w="70" w:type="dxa"/>
              <w:right w:w="70" w:type="dxa"/>
            </w:tcMar>
            <w:vAlign w:val="center"/>
          </w:tcPr>
          <w:p w14:paraId="1E410F9E" w14:textId="77777777" w:rsidR="00D47296" w:rsidRDefault="008C31C1">
            <w:r>
              <w:rPr>
                <w:sz w:val="18"/>
              </w:rPr>
              <w:t>Call-back, staffing contingencies, credential/identity verification, staff support, documentation.</w:t>
            </w:r>
          </w:p>
        </w:tc>
      </w:tr>
      <w:tr w:rsidR="00D47296" w14:paraId="483FA3EF" w14:textId="77777777">
        <w:trPr>
          <w:jc w:val="center"/>
        </w:trPr>
        <w:tc>
          <w:tcPr>
            <w:tcW w:w="3168" w:type="dxa"/>
            <w:shd w:val="clear" w:color="auto" w:fill="E8F2EE"/>
            <w:tcMar>
              <w:top w:w="70" w:type="dxa"/>
              <w:left w:w="70" w:type="dxa"/>
              <w:bottom w:w="70" w:type="dxa"/>
              <w:right w:w="70" w:type="dxa"/>
            </w:tcMar>
            <w:vAlign w:val="center"/>
          </w:tcPr>
          <w:p w14:paraId="5C8173DC" w14:textId="77777777" w:rsidR="00D47296" w:rsidRDefault="008C31C1">
            <w:r>
              <w:rPr>
                <w:sz w:val="18"/>
              </w:rPr>
              <w:t>Communications / PIO</w:t>
            </w:r>
          </w:p>
        </w:tc>
        <w:tc>
          <w:tcPr>
            <w:tcW w:w="7344" w:type="dxa"/>
            <w:shd w:val="clear" w:color="auto" w:fill="E8F2EE"/>
            <w:tcMar>
              <w:top w:w="70" w:type="dxa"/>
              <w:left w:w="70" w:type="dxa"/>
              <w:bottom w:w="70" w:type="dxa"/>
              <w:right w:w="70" w:type="dxa"/>
            </w:tcMar>
            <w:vAlign w:val="center"/>
          </w:tcPr>
          <w:p w14:paraId="6D4697EF" w14:textId="77777777" w:rsidR="00D47296" w:rsidRDefault="008C31C1">
            <w:r>
              <w:rPr>
                <w:sz w:val="18"/>
              </w:rPr>
              <w:t>Internal/external messaging, patient instructions, media coordination, message approval.</w:t>
            </w:r>
          </w:p>
        </w:tc>
      </w:tr>
      <w:tr w:rsidR="00D47296" w14:paraId="25AAA3BB" w14:textId="77777777">
        <w:trPr>
          <w:jc w:val="center"/>
        </w:trPr>
        <w:tc>
          <w:tcPr>
            <w:tcW w:w="3168" w:type="dxa"/>
            <w:tcMar>
              <w:top w:w="70" w:type="dxa"/>
              <w:left w:w="70" w:type="dxa"/>
              <w:bottom w:w="70" w:type="dxa"/>
              <w:right w:w="70" w:type="dxa"/>
            </w:tcMar>
            <w:vAlign w:val="center"/>
          </w:tcPr>
          <w:p w14:paraId="4C80E842" w14:textId="77777777" w:rsidR="00D47296" w:rsidRDefault="008C31C1">
            <w:r>
              <w:rPr>
                <w:sz w:val="18"/>
              </w:rPr>
              <w:t>Finance / Administration</w:t>
            </w:r>
          </w:p>
        </w:tc>
        <w:tc>
          <w:tcPr>
            <w:tcW w:w="7344" w:type="dxa"/>
            <w:tcMar>
              <w:top w:w="70" w:type="dxa"/>
              <w:left w:w="70" w:type="dxa"/>
              <w:bottom w:w="70" w:type="dxa"/>
              <w:right w:w="70" w:type="dxa"/>
            </w:tcMar>
            <w:vAlign w:val="center"/>
          </w:tcPr>
          <w:p w14:paraId="085AFD0D" w14:textId="77777777" w:rsidR="00D47296" w:rsidRDefault="008C31C1">
            <w:r>
              <w:rPr>
                <w:sz w:val="18"/>
              </w:rPr>
              <w:t>Emergency purchases, expense tracking, contracts, documentation, insurance/recovery support.</w:t>
            </w:r>
          </w:p>
        </w:tc>
      </w:tr>
      <w:tr w:rsidR="00D47296" w14:paraId="4518B727" w14:textId="77777777">
        <w:trPr>
          <w:jc w:val="center"/>
        </w:trPr>
        <w:tc>
          <w:tcPr>
            <w:tcW w:w="3168" w:type="dxa"/>
            <w:shd w:val="clear" w:color="auto" w:fill="E8F2EE"/>
            <w:tcMar>
              <w:top w:w="70" w:type="dxa"/>
              <w:left w:w="70" w:type="dxa"/>
              <w:bottom w:w="70" w:type="dxa"/>
              <w:right w:w="70" w:type="dxa"/>
            </w:tcMar>
            <w:vAlign w:val="center"/>
          </w:tcPr>
          <w:p w14:paraId="1E5805C4" w14:textId="77777777" w:rsidR="00D47296" w:rsidRDefault="008C31C1">
            <w:r>
              <w:rPr>
                <w:sz w:val="18"/>
              </w:rPr>
              <w:t>All Staff</w:t>
            </w:r>
          </w:p>
        </w:tc>
        <w:tc>
          <w:tcPr>
            <w:tcW w:w="7344" w:type="dxa"/>
            <w:shd w:val="clear" w:color="auto" w:fill="E8F2EE"/>
            <w:tcMar>
              <w:top w:w="70" w:type="dxa"/>
              <w:left w:w="70" w:type="dxa"/>
              <w:bottom w:w="70" w:type="dxa"/>
              <w:right w:w="70" w:type="dxa"/>
            </w:tcMar>
            <w:vAlign w:val="center"/>
          </w:tcPr>
          <w:p w14:paraId="31E1F8F6" w14:textId="77777777" w:rsidR="00D47296" w:rsidRDefault="008C31C1">
            <w:r>
              <w:rPr>
                <w:sz w:val="18"/>
              </w:rPr>
              <w:t>Know assigned role, evacuation/SIP actions, communication methods, emergency procedures, and reporting expectations.</w:t>
            </w:r>
          </w:p>
        </w:tc>
      </w:tr>
    </w:tbl>
    <w:p w14:paraId="60373F70" w14:textId="77777777" w:rsidR="00D47296" w:rsidRDefault="00D47296">
      <w:pPr>
        <w:spacing w:after="0"/>
      </w:pPr>
    </w:p>
    <w:p w14:paraId="42899796" w14:textId="77777777" w:rsidR="00D47296" w:rsidRDefault="008C31C1">
      <w:pPr>
        <w:pStyle w:val="Heading2"/>
      </w:pPr>
      <w:r>
        <w:t>A. Delegations of Authority</w:t>
      </w:r>
    </w:p>
    <w:tbl>
      <w:tblPr>
        <w:tblW w:w="0" w:type="auto"/>
        <w:jc w:val="center"/>
        <w:tblLayout w:type="fixed"/>
        <w:tblLook w:val="04A0" w:firstRow="1" w:lastRow="0" w:firstColumn="1" w:lastColumn="0" w:noHBand="0" w:noVBand="1"/>
      </w:tblPr>
      <w:tblGrid>
        <w:gridCol w:w="2448"/>
        <w:gridCol w:w="2016"/>
        <w:gridCol w:w="1872"/>
        <w:gridCol w:w="1872"/>
        <w:gridCol w:w="2304"/>
      </w:tblGrid>
      <w:tr w:rsidR="00D47296" w14:paraId="396AA7A7" w14:textId="77777777">
        <w:trPr>
          <w:tblHeader/>
          <w:jc w:val="center"/>
        </w:trPr>
        <w:tc>
          <w:tcPr>
            <w:tcW w:w="2448" w:type="dxa"/>
            <w:shd w:val="clear" w:color="auto" w:fill="015A41"/>
            <w:tcMar>
              <w:top w:w="70" w:type="dxa"/>
              <w:left w:w="70" w:type="dxa"/>
              <w:bottom w:w="70" w:type="dxa"/>
              <w:right w:w="70" w:type="dxa"/>
            </w:tcMar>
            <w:vAlign w:val="center"/>
          </w:tcPr>
          <w:p w14:paraId="33891E8C" w14:textId="77777777" w:rsidR="00D47296" w:rsidRDefault="008C31C1">
            <w:r>
              <w:rPr>
                <w:b/>
                <w:color w:val="FFFFFF"/>
                <w:sz w:val="16"/>
              </w:rPr>
              <w:t>Authority / Decision</w:t>
            </w:r>
          </w:p>
        </w:tc>
        <w:tc>
          <w:tcPr>
            <w:tcW w:w="2016" w:type="dxa"/>
            <w:shd w:val="clear" w:color="auto" w:fill="015A41"/>
            <w:tcMar>
              <w:top w:w="70" w:type="dxa"/>
              <w:left w:w="70" w:type="dxa"/>
              <w:bottom w:w="70" w:type="dxa"/>
              <w:right w:w="70" w:type="dxa"/>
            </w:tcMar>
            <w:vAlign w:val="center"/>
          </w:tcPr>
          <w:p w14:paraId="2E65BE85" w14:textId="77777777" w:rsidR="00D47296" w:rsidRDefault="008C31C1">
            <w:r>
              <w:rPr>
                <w:b/>
                <w:color w:val="FFFFFF"/>
                <w:sz w:val="16"/>
              </w:rPr>
              <w:t>Primary Role</w:t>
            </w:r>
          </w:p>
        </w:tc>
        <w:tc>
          <w:tcPr>
            <w:tcW w:w="1872" w:type="dxa"/>
            <w:shd w:val="clear" w:color="auto" w:fill="015A41"/>
            <w:tcMar>
              <w:top w:w="70" w:type="dxa"/>
              <w:left w:w="70" w:type="dxa"/>
              <w:bottom w:w="70" w:type="dxa"/>
              <w:right w:w="70" w:type="dxa"/>
            </w:tcMar>
            <w:vAlign w:val="center"/>
          </w:tcPr>
          <w:p w14:paraId="104AD01B" w14:textId="77777777" w:rsidR="00D47296" w:rsidRDefault="008C31C1">
            <w:r>
              <w:rPr>
                <w:b/>
                <w:color w:val="FFFFFF"/>
                <w:sz w:val="16"/>
              </w:rPr>
              <w:t>Successor 1</w:t>
            </w:r>
          </w:p>
        </w:tc>
        <w:tc>
          <w:tcPr>
            <w:tcW w:w="1872" w:type="dxa"/>
            <w:shd w:val="clear" w:color="auto" w:fill="015A41"/>
            <w:tcMar>
              <w:top w:w="70" w:type="dxa"/>
              <w:left w:w="70" w:type="dxa"/>
              <w:bottom w:w="70" w:type="dxa"/>
              <w:right w:w="70" w:type="dxa"/>
            </w:tcMar>
            <w:vAlign w:val="center"/>
          </w:tcPr>
          <w:p w14:paraId="211E62D8" w14:textId="77777777" w:rsidR="00D47296" w:rsidRDefault="008C31C1">
            <w:r>
              <w:rPr>
                <w:b/>
                <w:color w:val="FFFFFF"/>
                <w:sz w:val="16"/>
              </w:rPr>
              <w:t>Successor 2</w:t>
            </w:r>
          </w:p>
        </w:tc>
        <w:tc>
          <w:tcPr>
            <w:tcW w:w="2304" w:type="dxa"/>
            <w:shd w:val="clear" w:color="auto" w:fill="015A41"/>
            <w:tcMar>
              <w:top w:w="70" w:type="dxa"/>
              <w:left w:w="70" w:type="dxa"/>
              <w:bottom w:w="70" w:type="dxa"/>
              <w:right w:w="70" w:type="dxa"/>
            </w:tcMar>
            <w:vAlign w:val="center"/>
          </w:tcPr>
          <w:p w14:paraId="25C2B370" w14:textId="77777777" w:rsidR="00D47296" w:rsidRDefault="008C31C1">
            <w:r>
              <w:rPr>
                <w:b/>
                <w:color w:val="FFFFFF"/>
                <w:sz w:val="16"/>
              </w:rPr>
              <w:t>Limits / Notes</w:t>
            </w:r>
          </w:p>
        </w:tc>
      </w:tr>
      <w:tr w:rsidR="00D47296" w14:paraId="13178292" w14:textId="77777777">
        <w:trPr>
          <w:jc w:val="center"/>
        </w:trPr>
        <w:tc>
          <w:tcPr>
            <w:tcW w:w="2448" w:type="dxa"/>
            <w:shd w:val="clear" w:color="auto" w:fill="E8F2EE"/>
            <w:tcMar>
              <w:top w:w="70" w:type="dxa"/>
              <w:left w:w="70" w:type="dxa"/>
              <w:bottom w:w="70" w:type="dxa"/>
              <w:right w:w="70" w:type="dxa"/>
            </w:tcMar>
            <w:vAlign w:val="center"/>
          </w:tcPr>
          <w:p w14:paraId="4BAE94F3" w14:textId="77777777" w:rsidR="00D47296" w:rsidRDefault="008C31C1">
            <w:r>
              <w:rPr>
                <w:sz w:val="16"/>
              </w:rPr>
              <w:t>Activate EOP</w:t>
            </w:r>
          </w:p>
        </w:tc>
        <w:tc>
          <w:tcPr>
            <w:tcW w:w="2016" w:type="dxa"/>
            <w:shd w:val="clear" w:color="auto" w:fill="E8F2EE"/>
            <w:tcMar>
              <w:top w:w="70" w:type="dxa"/>
              <w:left w:w="70" w:type="dxa"/>
              <w:bottom w:w="70" w:type="dxa"/>
              <w:right w:w="70" w:type="dxa"/>
            </w:tcMar>
            <w:vAlign w:val="center"/>
          </w:tcPr>
          <w:p w14:paraId="0394FB9B"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05852E2C"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6148FEB0"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485F8253" w14:textId="77777777" w:rsidR="00D47296" w:rsidRDefault="008C31C1">
            <w:r>
              <w:rPr>
                <w:i/>
                <w:color w:val="777777"/>
                <w:sz w:val="24"/>
              </w:rPr>
              <w:t>&lt;Insert&gt;</w:t>
            </w:r>
          </w:p>
        </w:tc>
      </w:tr>
      <w:tr w:rsidR="00D47296" w14:paraId="6B0F7301" w14:textId="77777777">
        <w:trPr>
          <w:jc w:val="center"/>
        </w:trPr>
        <w:tc>
          <w:tcPr>
            <w:tcW w:w="2448" w:type="dxa"/>
            <w:tcMar>
              <w:top w:w="70" w:type="dxa"/>
              <w:left w:w="70" w:type="dxa"/>
              <w:bottom w:w="70" w:type="dxa"/>
              <w:right w:w="70" w:type="dxa"/>
            </w:tcMar>
            <w:vAlign w:val="center"/>
          </w:tcPr>
          <w:p w14:paraId="07F8DB68" w14:textId="77777777" w:rsidR="00D47296" w:rsidRDefault="008C31C1">
            <w:r>
              <w:rPr>
                <w:sz w:val="16"/>
              </w:rPr>
              <w:t>Close / reduce services</w:t>
            </w:r>
          </w:p>
        </w:tc>
        <w:tc>
          <w:tcPr>
            <w:tcW w:w="2016" w:type="dxa"/>
            <w:tcMar>
              <w:top w:w="70" w:type="dxa"/>
              <w:left w:w="70" w:type="dxa"/>
              <w:bottom w:w="70" w:type="dxa"/>
              <w:right w:w="70" w:type="dxa"/>
            </w:tcMar>
            <w:vAlign w:val="center"/>
          </w:tcPr>
          <w:p w14:paraId="7105D961"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08714BB6"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7D724720"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241F97CE" w14:textId="77777777" w:rsidR="00D47296" w:rsidRDefault="008C31C1">
            <w:r>
              <w:rPr>
                <w:i/>
                <w:color w:val="777777"/>
                <w:sz w:val="24"/>
              </w:rPr>
              <w:t>&lt;Insert&gt;</w:t>
            </w:r>
          </w:p>
        </w:tc>
      </w:tr>
      <w:tr w:rsidR="00D47296" w14:paraId="4B206F89" w14:textId="77777777">
        <w:trPr>
          <w:jc w:val="center"/>
        </w:trPr>
        <w:tc>
          <w:tcPr>
            <w:tcW w:w="2448" w:type="dxa"/>
            <w:shd w:val="clear" w:color="auto" w:fill="E8F2EE"/>
            <w:tcMar>
              <w:top w:w="70" w:type="dxa"/>
              <w:left w:w="70" w:type="dxa"/>
              <w:bottom w:w="70" w:type="dxa"/>
              <w:right w:w="70" w:type="dxa"/>
            </w:tcMar>
            <w:vAlign w:val="center"/>
          </w:tcPr>
          <w:p w14:paraId="4ABBDDE8" w14:textId="77777777" w:rsidR="00D47296" w:rsidRDefault="008C31C1">
            <w:r>
              <w:rPr>
                <w:sz w:val="16"/>
              </w:rPr>
              <w:t>Evacuate / shelter</w:t>
            </w:r>
          </w:p>
        </w:tc>
        <w:tc>
          <w:tcPr>
            <w:tcW w:w="2016" w:type="dxa"/>
            <w:shd w:val="clear" w:color="auto" w:fill="E8F2EE"/>
            <w:tcMar>
              <w:top w:w="70" w:type="dxa"/>
              <w:left w:w="70" w:type="dxa"/>
              <w:bottom w:w="70" w:type="dxa"/>
              <w:right w:w="70" w:type="dxa"/>
            </w:tcMar>
            <w:vAlign w:val="center"/>
          </w:tcPr>
          <w:p w14:paraId="243CE087"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4E7E6D50"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633480D5"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703F655C" w14:textId="77777777" w:rsidR="00D47296" w:rsidRDefault="008C31C1">
            <w:r>
              <w:rPr>
                <w:i/>
                <w:color w:val="777777"/>
                <w:sz w:val="24"/>
              </w:rPr>
              <w:t>&lt;Insert&gt;</w:t>
            </w:r>
          </w:p>
        </w:tc>
      </w:tr>
      <w:tr w:rsidR="00D47296" w14:paraId="3B282DEB" w14:textId="77777777">
        <w:trPr>
          <w:jc w:val="center"/>
        </w:trPr>
        <w:tc>
          <w:tcPr>
            <w:tcW w:w="2448" w:type="dxa"/>
            <w:tcMar>
              <w:top w:w="70" w:type="dxa"/>
              <w:left w:w="70" w:type="dxa"/>
              <w:bottom w:w="70" w:type="dxa"/>
              <w:right w:w="70" w:type="dxa"/>
            </w:tcMar>
            <w:vAlign w:val="center"/>
          </w:tcPr>
          <w:p w14:paraId="3663B103" w14:textId="77777777" w:rsidR="00D47296" w:rsidRDefault="008C31C1">
            <w:r>
              <w:rPr>
                <w:sz w:val="16"/>
              </w:rPr>
              <w:t>Emergency spending</w:t>
            </w:r>
          </w:p>
        </w:tc>
        <w:tc>
          <w:tcPr>
            <w:tcW w:w="2016" w:type="dxa"/>
            <w:tcMar>
              <w:top w:w="70" w:type="dxa"/>
              <w:left w:w="70" w:type="dxa"/>
              <w:bottom w:w="70" w:type="dxa"/>
              <w:right w:w="70" w:type="dxa"/>
            </w:tcMar>
            <w:vAlign w:val="center"/>
          </w:tcPr>
          <w:p w14:paraId="298A9C8E"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45A4AC9B"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597E98EA"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68BD2458" w14:textId="77777777" w:rsidR="00D47296" w:rsidRDefault="008C31C1">
            <w:r>
              <w:rPr>
                <w:i/>
                <w:color w:val="777777"/>
                <w:sz w:val="24"/>
              </w:rPr>
              <w:t>&lt;Insert&gt;</w:t>
            </w:r>
          </w:p>
        </w:tc>
      </w:tr>
      <w:tr w:rsidR="00D47296" w14:paraId="59EE82AB" w14:textId="77777777">
        <w:trPr>
          <w:jc w:val="center"/>
        </w:trPr>
        <w:tc>
          <w:tcPr>
            <w:tcW w:w="2448" w:type="dxa"/>
            <w:shd w:val="clear" w:color="auto" w:fill="E8F2EE"/>
            <w:tcMar>
              <w:top w:w="70" w:type="dxa"/>
              <w:left w:w="70" w:type="dxa"/>
              <w:bottom w:w="70" w:type="dxa"/>
              <w:right w:w="70" w:type="dxa"/>
            </w:tcMar>
            <w:vAlign w:val="center"/>
          </w:tcPr>
          <w:p w14:paraId="0F766412" w14:textId="77777777" w:rsidR="00D47296" w:rsidRDefault="008C31C1">
            <w:r>
              <w:rPr>
                <w:sz w:val="16"/>
              </w:rPr>
              <w:lastRenderedPageBreak/>
              <w:t>Public messaging</w:t>
            </w:r>
          </w:p>
        </w:tc>
        <w:tc>
          <w:tcPr>
            <w:tcW w:w="2016" w:type="dxa"/>
            <w:shd w:val="clear" w:color="auto" w:fill="E8F2EE"/>
            <w:tcMar>
              <w:top w:w="70" w:type="dxa"/>
              <w:left w:w="70" w:type="dxa"/>
              <w:bottom w:w="70" w:type="dxa"/>
              <w:right w:w="70" w:type="dxa"/>
            </w:tcMar>
            <w:vAlign w:val="center"/>
          </w:tcPr>
          <w:p w14:paraId="4BE9B5E5"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5FF3E43C"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2A87CE08"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36F7C287" w14:textId="77777777" w:rsidR="00D47296" w:rsidRDefault="008C31C1">
            <w:r>
              <w:rPr>
                <w:i/>
                <w:color w:val="777777"/>
                <w:sz w:val="24"/>
              </w:rPr>
              <w:t>&lt;Insert&gt;</w:t>
            </w:r>
          </w:p>
        </w:tc>
      </w:tr>
      <w:tr w:rsidR="00D47296" w14:paraId="3D6A4324" w14:textId="77777777">
        <w:trPr>
          <w:jc w:val="center"/>
        </w:trPr>
        <w:tc>
          <w:tcPr>
            <w:tcW w:w="2448" w:type="dxa"/>
            <w:tcMar>
              <w:top w:w="70" w:type="dxa"/>
              <w:left w:w="70" w:type="dxa"/>
              <w:bottom w:w="70" w:type="dxa"/>
              <w:right w:w="70" w:type="dxa"/>
            </w:tcMar>
            <w:vAlign w:val="center"/>
          </w:tcPr>
          <w:p w14:paraId="2E17BADB" w14:textId="77777777" w:rsidR="00D47296" w:rsidRDefault="008C31C1">
            <w:r>
              <w:rPr>
                <w:sz w:val="16"/>
              </w:rPr>
              <w:t>Clinical redirection / referral</w:t>
            </w:r>
          </w:p>
        </w:tc>
        <w:tc>
          <w:tcPr>
            <w:tcW w:w="2016" w:type="dxa"/>
            <w:tcMar>
              <w:top w:w="70" w:type="dxa"/>
              <w:left w:w="70" w:type="dxa"/>
              <w:bottom w:w="70" w:type="dxa"/>
              <w:right w:w="70" w:type="dxa"/>
            </w:tcMar>
            <w:vAlign w:val="center"/>
          </w:tcPr>
          <w:p w14:paraId="5F682A24"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3A2584F7"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4C6AC20F"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36A39A7B" w14:textId="77777777" w:rsidR="00D47296" w:rsidRDefault="008C31C1">
            <w:r>
              <w:rPr>
                <w:i/>
                <w:color w:val="777777"/>
                <w:sz w:val="24"/>
              </w:rPr>
              <w:t>&lt;Insert&gt;</w:t>
            </w:r>
          </w:p>
        </w:tc>
      </w:tr>
    </w:tbl>
    <w:p w14:paraId="309E897B" w14:textId="77777777" w:rsidR="00D47296" w:rsidRDefault="00D47296">
      <w:pPr>
        <w:spacing w:after="0"/>
      </w:pPr>
    </w:p>
    <w:p w14:paraId="4D0CFF83" w14:textId="77777777" w:rsidR="00D47296" w:rsidRDefault="008C31C1">
      <w:pPr>
        <w:pStyle w:val="Heading2"/>
      </w:pPr>
      <w:r>
        <w:t>B. Succession</w:t>
      </w:r>
    </w:p>
    <w:p w14:paraId="06B3178A" w14:textId="77777777" w:rsidR="00D47296" w:rsidRDefault="008C31C1">
      <w:pPr>
        <w:spacing w:after="80" w:line="240" w:lineRule="auto"/>
      </w:pPr>
      <w:r>
        <w:t>Succession plans identify who assumes critical leadership and operational functions when normal leaders are unavailable. The facility will maintain an accessible current succession list and ensure successors understand assigned authorities and responsibilities.</w:t>
      </w:r>
    </w:p>
    <w:p w14:paraId="1F9ABF88" w14:textId="77777777" w:rsidR="00D47296" w:rsidRDefault="008C31C1">
      <w:r>
        <w:br w:type="page"/>
      </w:r>
    </w:p>
    <w:p w14:paraId="0EB2994E" w14:textId="77777777" w:rsidR="00D47296" w:rsidRDefault="008C31C1">
      <w:pPr>
        <w:pStyle w:val="Heading1"/>
      </w:pPr>
      <w:r>
        <w:lastRenderedPageBreak/>
        <w:t>6. COMMAND AND COORDINATION</w:t>
      </w:r>
    </w:p>
    <w:tbl>
      <w:tblPr>
        <w:tblW w:w="0" w:type="auto"/>
        <w:jc w:val="center"/>
        <w:tblLook w:val="04A0" w:firstRow="1" w:lastRow="0" w:firstColumn="1" w:lastColumn="0" w:noHBand="0" w:noVBand="1"/>
      </w:tblPr>
      <w:tblGrid>
        <w:gridCol w:w="10800"/>
      </w:tblGrid>
      <w:tr w:rsidR="00D47296" w14:paraId="1CC1028F" w14:textId="77777777">
        <w:trPr>
          <w:jc w:val="center"/>
        </w:trPr>
        <w:tc>
          <w:tcPr>
            <w:tcW w:w="10800" w:type="dxa"/>
            <w:shd w:val="clear" w:color="auto" w:fill="E8F2EE"/>
          </w:tcPr>
          <w:p w14:paraId="74AFF117" w14:textId="77777777" w:rsidR="00D47296" w:rsidRDefault="008C31C1">
            <w:r>
              <w:rPr>
                <w:b/>
                <w:color w:val="015A41"/>
              </w:rPr>
              <w:t xml:space="preserve">REGULATORY BASIS </w:t>
            </w:r>
            <w:r>
              <w:t>42 CFR §491.12(a)(4), §491.12(c), and §491.12(e) if using a unified/integrated system program.</w:t>
            </w:r>
          </w:p>
        </w:tc>
      </w:tr>
    </w:tbl>
    <w:p w14:paraId="338BDD86" w14:textId="77777777" w:rsidR="00D47296" w:rsidRDefault="00D47296">
      <w:pPr>
        <w:spacing w:after="0"/>
      </w:pPr>
    </w:p>
    <w:p w14:paraId="17BE32A7" w14:textId="77777777" w:rsidR="00D47296" w:rsidRDefault="008C31C1">
      <w:pPr>
        <w:pStyle w:val="Heading2"/>
      </w:pPr>
      <w:r>
        <w:t>A. Incident Management Structure</w:t>
      </w:r>
    </w:p>
    <w:tbl>
      <w:tblPr>
        <w:tblW w:w="0" w:type="auto"/>
        <w:jc w:val="center"/>
        <w:tblLayout w:type="fixed"/>
        <w:tblLook w:val="04A0" w:firstRow="1" w:lastRow="0" w:firstColumn="1" w:lastColumn="0" w:noHBand="0" w:noVBand="1"/>
      </w:tblPr>
      <w:tblGrid>
        <w:gridCol w:w="2448"/>
        <w:gridCol w:w="3024"/>
        <w:gridCol w:w="5040"/>
      </w:tblGrid>
      <w:tr w:rsidR="00D47296" w14:paraId="073F7660" w14:textId="77777777">
        <w:trPr>
          <w:tblHeader/>
          <w:jc w:val="center"/>
        </w:trPr>
        <w:tc>
          <w:tcPr>
            <w:tcW w:w="2448" w:type="dxa"/>
            <w:shd w:val="clear" w:color="auto" w:fill="015A41"/>
            <w:tcMar>
              <w:top w:w="70" w:type="dxa"/>
              <w:left w:w="70" w:type="dxa"/>
              <w:bottom w:w="70" w:type="dxa"/>
              <w:right w:w="70" w:type="dxa"/>
            </w:tcMar>
            <w:vAlign w:val="center"/>
          </w:tcPr>
          <w:p w14:paraId="76A9E364" w14:textId="77777777" w:rsidR="00D47296" w:rsidRDefault="008C31C1">
            <w:r>
              <w:rPr>
                <w:b/>
                <w:color w:val="FFFFFF"/>
                <w:sz w:val="17"/>
              </w:rPr>
              <w:t>Function</w:t>
            </w:r>
          </w:p>
        </w:tc>
        <w:tc>
          <w:tcPr>
            <w:tcW w:w="3024" w:type="dxa"/>
            <w:shd w:val="clear" w:color="auto" w:fill="015A41"/>
            <w:tcMar>
              <w:top w:w="70" w:type="dxa"/>
              <w:left w:w="70" w:type="dxa"/>
              <w:bottom w:w="70" w:type="dxa"/>
              <w:right w:w="70" w:type="dxa"/>
            </w:tcMar>
            <w:vAlign w:val="center"/>
          </w:tcPr>
          <w:p w14:paraId="6E857267" w14:textId="77777777" w:rsidR="00D47296" w:rsidRDefault="008C31C1">
            <w:r>
              <w:rPr>
                <w:b/>
                <w:color w:val="FFFFFF"/>
                <w:sz w:val="17"/>
              </w:rPr>
              <w:t>Assigned Role / Backup</w:t>
            </w:r>
          </w:p>
        </w:tc>
        <w:tc>
          <w:tcPr>
            <w:tcW w:w="5040" w:type="dxa"/>
            <w:shd w:val="clear" w:color="auto" w:fill="015A41"/>
            <w:tcMar>
              <w:top w:w="70" w:type="dxa"/>
              <w:left w:w="70" w:type="dxa"/>
              <w:bottom w:w="70" w:type="dxa"/>
              <w:right w:w="70" w:type="dxa"/>
            </w:tcMar>
            <w:vAlign w:val="center"/>
          </w:tcPr>
          <w:p w14:paraId="1082DC05" w14:textId="77777777" w:rsidR="00D47296" w:rsidRDefault="008C31C1">
            <w:r>
              <w:rPr>
                <w:b/>
                <w:color w:val="FFFFFF"/>
                <w:sz w:val="17"/>
              </w:rPr>
              <w:t>Primary Responsibilities</w:t>
            </w:r>
          </w:p>
        </w:tc>
      </w:tr>
      <w:tr w:rsidR="00D47296" w14:paraId="1ACB6595" w14:textId="77777777">
        <w:trPr>
          <w:jc w:val="center"/>
        </w:trPr>
        <w:tc>
          <w:tcPr>
            <w:tcW w:w="2448" w:type="dxa"/>
            <w:shd w:val="clear" w:color="auto" w:fill="E8F2EE"/>
            <w:tcMar>
              <w:top w:w="70" w:type="dxa"/>
              <w:left w:w="70" w:type="dxa"/>
              <w:bottom w:w="70" w:type="dxa"/>
              <w:right w:w="70" w:type="dxa"/>
            </w:tcMar>
            <w:vAlign w:val="center"/>
          </w:tcPr>
          <w:p w14:paraId="28ACEA16" w14:textId="77777777" w:rsidR="00D47296" w:rsidRDefault="008C31C1">
            <w:r>
              <w:rPr>
                <w:sz w:val="17"/>
              </w:rPr>
              <w:t>Incident Lead</w:t>
            </w:r>
          </w:p>
        </w:tc>
        <w:tc>
          <w:tcPr>
            <w:tcW w:w="3024" w:type="dxa"/>
            <w:shd w:val="clear" w:color="auto" w:fill="E8F2EE"/>
            <w:tcMar>
              <w:top w:w="70" w:type="dxa"/>
              <w:left w:w="70" w:type="dxa"/>
              <w:bottom w:w="70" w:type="dxa"/>
              <w:right w:w="70" w:type="dxa"/>
            </w:tcMar>
            <w:vAlign w:val="center"/>
          </w:tcPr>
          <w:p w14:paraId="0C9D2417" w14:textId="77777777" w:rsidR="00D47296" w:rsidRDefault="008C31C1">
            <w:r>
              <w:rPr>
                <w:i/>
                <w:color w:val="777777"/>
                <w:sz w:val="24"/>
              </w:rPr>
              <w:t>&lt;Insert&gt;</w:t>
            </w:r>
          </w:p>
        </w:tc>
        <w:tc>
          <w:tcPr>
            <w:tcW w:w="5040" w:type="dxa"/>
            <w:shd w:val="clear" w:color="auto" w:fill="E8F2EE"/>
            <w:tcMar>
              <w:top w:w="70" w:type="dxa"/>
              <w:left w:w="70" w:type="dxa"/>
              <w:bottom w:w="70" w:type="dxa"/>
              <w:right w:w="70" w:type="dxa"/>
            </w:tcMar>
            <w:vAlign w:val="center"/>
          </w:tcPr>
          <w:p w14:paraId="037E2E85" w14:textId="77777777" w:rsidR="00D47296" w:rsidRDefault="008C31C1">
            <w:r>
              <w:rPr>
                <w:sz w:val="17"/>
              </w:rPr>
              <w:t>Overall direction, priorities, coordination</w:t>
            </w:r>
          </w:p>
        </w:tc>
      </w:tr>
      <w:tr w:rsidR="00D47296" w14:paraId="7B247452" w14:textId="77777777">
        <w:trPr>
          <w:jc w:val="center"/>
        </w:trPr>
        <w:tc>
          <w:tcPr>
            <w:tcW w:w="2448" w:type="dxa"/>
            <w:tcMar>
              <w:top w:w="70" w:type="dxa"/>
              <w:left w:w="70" w:type="dxa"/>
              <w:bottom w:w="70" w:type="dxa"/>
              <w:right w:w="70" w:type="dxa"/>
            </w:tcMar>
            <w:vAlign w:val="center"/>
          </w:tcPr>
          <w:p w14:paraId="0804C0A0" w14:textId="77777777" w:rsidR="00D47296" w:rsidRDefault="008C31C1">
            <w:r>
              <w:rPr>
                <w:sz w:val="17"/>
              </w:rPr>
              <w:t>Clinical Operations</w:t>
            </w:r>
          </w:p>
        </w:tc>
        <w:tc>
          <w:tcPr>
            <w:tcW w:w="3024" w:type="dxa"/>
            <w:tcMar>
              <w:top w:w="70" w:type="dxa"/>
              <w:left w:w="70" w:type="dxa"/>
              <w:bottom w:w="70" w:type="dxa"/>
              <w:right w:w="70" w:type="dxa"/>
            </w:tcMar>
            <w:vAlign w:val="center"/>
          </w:tcPr>
          <w:p w14:paraId="395E7625" w14:textId="77777777" w:rsidR="00D47296" w:rsidRDefault="008C31C1">
            <w:r>
              <w:rPr>
                <w:i/>
                <w:color w:val="777777"/>
                <w:sz w:val="24"/>
              </w:rPr>
              <w:t>&lt;Insert&gt;</w:t>
            </w:r>
          </w:p>
        </w:tc>
        <w:tc>
          <w:tcPr>
            <w:tcW w:w="5040" w:type="dxa"/>
            <w:tcMar>
              <w:top w:w="70" w:type="dxa"/>
              <w:left w:w="70" w:type="dxa"/>
              <w:bottom w:w="70" w:type="dxa"/>
              <w:right w:w="70" w:type="dxa"/>
            </w:tcMar>
            <w:vAlign w:val="center"/>
          </w:tcPr>
          <w:p w14:paraId="77E72FDF" w14:textId="77777777" w:rsidR="00D47296" w:rsidRDefault="008C31C1">
            <w:r>
              <w:rPr>
                <w:sz w:val="17"/>
              </w:rPr>
              <w:t>Patient safety, triage/referral, clinical continuity</w:t>
            </w:r>
          </w:p>
        </w:tc>
      </w:tr>
      <w:tr w:rsidR="00D47296" w14:paraId="68EB27FC" w14:textId="77777777">
        <w:trPr>
          <w:jc w:val="center"/>
        </w:trPr>
        <w:tc>
          <w:tcPr>
            <w:tcW w:w="2448" w:type="dxa"/>
            <w:shd w:val="clear" w:color="auto" w:fill="E8F2EE"/>
            <w:tcMar>
              <w:top w:w="70" w:type="dxa"/>
              <w:left w:w="70" w:type="dxa"/>
              <w:bottom w:w="70" w:type="dxa"/>
              <w:right w:w="70" w:type="dxa"/>
            </w:tcMar>
            <w:vAlign w:val="center"/>
          </w:tcPr>
          <w:p w14:paraId="408F66CC" w14:textId="77777777" w:rsidR="00D47296" w:rsidRDefault="008C31C1">
            <w:r>
              <w:rPr>
                <w:sz w:val="17"/>
              </w:rPr>
              <w:t>Operations / Logistics</w:t>
            </w:r>
          </w:p>
        </w:tc>
        <w:tc>
          <w:tcPr>
            <w:tcW w:w="3024" w:type="dxa"/>
            <w:shd w:val="clear" w:color="auto" w:fill="E8F2EE"/>
            <w:tcMar>
              <w:top w:w="70" w:type="dxa"/>
              <w:left w:w="70" w:type="dxa"/>
              <w:bottom w:w="70" w:type="dxa"/>
              <w:right w:w="70" w:type="dxa"/>
            </w:tcMar>
            <w:vAlign w:val="center"/>
          </w:tcPr>
          <w:p w14:paraId="5867876F" w14:textId="77777777" w:rsidR="00D47296" w:rsidRDefault="008C31C1">
            <w:r>
              <w:rPr>
                <w:i/>
                <w:color w:val="777777"/>
                <w:sz w:val="24"/>
              </w:rPr>
              <w:t>&lt;Insert&gt;</w:t>
            </w:r>
          </w:p>
        </w:tc>
        <w:tc>
          <w:tcPr>
            <w:tcW w:w="5040" w:type="dxa"/>
            <w:shd w:val="clear" w:color="auto" w:fill="E8F2EE"/>
            <w:tcMar>
              <w:top w:w="70" w:type="dxa"/>
              <w:left w:w="70" w:type="dxa"/>
              <w:bottom w:w="70" w:type="dxa"/>
              <w:right w:w="70" w:type="dxa"/>
            </w:tcMar>
            <w:vAlign w:val="center"/>
          </w:tcPr>
          <w:p w14:paraId="16C399AC" w14:textId="77777777" w:rsidR="00D47296" w:rsidRDefault="008C31C1">
            <w:r>
              <w:rPr>
                <w:sz w:val="17"/>
              </w:rPr>
              <w:t>Facilities, supplies, vendors, service continuity</w:t>
            </w:r>
          </w:p>
        </w:tc>
      </w:tr>
      <w:tr w:rsidR="00D47296" w14:paraId="6AD97CC7" w14:textId="77777777">
        <w:trPr>
          <w:jc w:val="center"/>
        </w:trPr>
        <w:tc>
          <w:tcPr>
            <w:tcW w:w="2448" w:type="dxa"/>
            <w:tcMar>
              <w:top w:w="70" w:type="dxa"/>
              <w:left w:w="70" w:type="dxa"/>
              <w:bottom w:w="70" w:type="dxa"/>
              <w:right w:w="70" w:type="dxa"/>
            </w:tcMar>
            <w:vAlign w:val="center"/>
          </w:tcPr>
          <w:p w14:paraId="2069D9D9" w14:textId="77777777" w:rsidR="00D47296" w:rsidRDefault="008C31C1">
            <w:r>
              <w:rPr>
                <w:sz w:val="17"/>
              </w:rPr>
              <w:t>Safety / Security</w:t>
            </w:r>
          </w:p>
        </w:tc>
        <w:tc>
          <w:tcPr>
            <w:tcW w:w="3024" w:type="dxa"/>
            <w:tcMar>
              <w:top w:w="70" w:type="dxa"/>
              <w:left w:w="70" w:type="dxa"/>
              <w:bottom w:w="70" w:type="dxa"/>
              <w:right w:w="70" w:type="dxa"/>
            </w:tcMar>
            <w:vAlign w:val="center"/>
          </w:tcPr>
          <w:p w14:paraId="17D71182" w14:textId="77777777" w:rsidR="00D47296" w:rsidRDefault="008C31C1">
            <w:r>
              <w:rPr>
                <w:i/>
                <w:color w:val="777777"/>
                <w:sz w:val="24"/>
              </w:rPr>
              <w:t>&lt;Insert&gt;</w:t>
            </w:r>
          </w:p>
        </w:tc>
        <w:tc>
          <w:tcPr>
            <w:tcW w:w="5040" w:type="dxa"/>
            <w:tcMar>
              <w:top w:w="70" w:type="dxa"/>
              <w:left w:w="70" w:type="dxa"/>
              <w:bottom w:w="70" w:type="dxa"/>
              <w:right w:w="70" w:type="dxa"/>
            </w:tcMar>
            <w:vAlign w:val="center"/>
          </w:tcPr>
          <w:p w14:paraId="30C75A21" w14:textId="77777777" w:rsidR="00D47296" w:rsidRDefault="008C31C1">
            <w:r>
              <w:rPr>
                <w:sz w:val="17"/>
              </w:rPr>
              <w:t>Life safety, site security, hazards</w:t>
            </w:r>
          </w:p>
        </w:tc>
      </w:tr>
      <w:tr w:rsidR="00D47296" w14:paraId="05388D9D" w14:textId="77777777">
        <w:trPr>
          <w:jc w:val="center"/>
        </w:trPr>
        <w:tc>
          <w:tcPr>
            <w:tcW w:w="2448" w:type="dxa"/>
            <w:shd w:val="clear" w:color="auto" w:fill="E8F2EE"/>
            <w:tcMar>
              <w:top w:w="70" w:type="dxa"/>
              <w:left w:w="70" w:type="dxa"/>
              <w:bottom w:w="70" w:type="dxa"/>
              <w:right w:w="70" w:type="dxa"/>
            </w:tcMar>
            <w:vAlign w:val="center"/>
          </w:tcPr>
          <w:p w14:paraId="3494C180" w14:textId="77777777" w:rsidR="00D47296" w:rsidRDefault="008C31C1">
            <w:r>
              <w:rPr>
                <w:sz w:val="17"/>
              </w:rPr>
              <w:t>Planning / Documentation</w:t>
            </w:r>
          </w:p>
        </w:tc>
        <w:tc>
          <w:tcPr>
            <w:tcW w:w="3024" w:type="dxa"/>
            <w:shd w:val="clear" w:color="auto" w:fill="E8F2EE"/>
            <w:tcMar>
              <w:top w:w="70" w:type="dxa"/>
              <w:left w:w="70" w:type="dxa"/>
              <w:bottom w:w="70" w:type="dxa"/>
              <w:right w:w="70" w:type="dxa"/>
            </w:tcMar>
            <w:vAlign w:val="center"/>
          </w:tcPr>
          <w:p w14:paraId="49D011DB" w14:textId="77777777" w:rsidR="00D47296" w:rsidRDefault="008C31C1">
            <w:r>
              <w:rPr>
                <w:i/>
                <w:color w:val="777777"/>
                <w:sz w:val="24"/>
              </w:rPr>
              <w:t>&lt;Insert&gt;</w:t>
            </w:r>
          </w:p>
        </w:tc>
        <w:tc>
          <w:tcPr>
            <w:tcW w:w="5040" w:type="dxa"/>
            <w:shd w:val="clear" w:color="auto" w:fill="E8F2EE"/>
            <w:tcMar>
              <w:top w:w="70" w:type="dxa"/>
              <w:left w:w="70" w:type="dxa"/>
              <w:bottom w:w="70" w:type="dxa"/>
              <w:right w:w="70" w:type="dxa"/>
            </w:tcMar>
            <w:vAlign w:val="center"/>
          </w:tcPr>
          <w:p w14:paraId="4E49EDE7" w14:textId="77777777" w:rsidR="00D47296" w:rsidRDefault="008C31C1">
            <w:r>
              <w:rPr>
                <w:sz w:val="17"/>
              </w:rPr>
              <w:t>Situation status, action planning, records, AAR</w:t>
            </w:r>
          </w:p>
        </w:tc>
      </w:tr>
      <w:tr w:rsidR="00D47296" w14:paraId="389D3595" w14:textId="77777777">
        <w:trPr>
          <w:jc w:val="center"/>
        </w:trPr>
        <w:tc>
          <w:tcPr>
            <w:tcW w:w="2448" w:type="dxa"/>
            <w:tcMar>
              <w:top w:w="70" w:type="dxa"/>
              <w:left w:w="70" w:type="dxa"/>
              <w:bottom w:w="70" w:type="dxa"/>
              <w:right w:w="70" w:type="dxa"/>
            </w:tcMar>
            <w:vAlign w:val="center"/>
          </w:tcPr>
          <w:p w14:paraId="659D7994" w14:textId="77777777" w:rsidR="00D47296" w:rsidRDefault="008C31C1">
            <w:r>
              <w:rPr>
                <w:sz w:val="17"/>
              </w:rPr>
              <w:t>Communications / Liaison</w:t>
            </w:r>
          </w:p>
        </w:tc>
        <w:tc>
          <w:tcPr>
            <w:tcW w:w="3024" w:type="dxa"/>
            <w:tcMar>
              <w:top w:w="70" w:type="dxa"/>
              <w:left w:w="70" w:type="dxa"/>
              <w:bottom w:w="70" w:type="dxa"/>
              <w:right w:w="70" w:type="dxa"/>
            </w:tcMar>
            <w:vAlign w:val="center"/>
          </w:tcPr>
          <w:p w14:paraId="654E0FC9" w14:textId="77777777" w:rsidR="00D47296" w:rsidRDefault="008C31C1">
            <w:r>
              <w:rPr>
                <w:i/>
                <w:color w:val="777777"/>
                <w:sz w:val="24"/>
              </w:rPr>
              <w:t>&lt;Insert&gt;</w:t>
            </w:r>
          </w:p>
        </w:tc>
        <w:tc>
          <w:tcPr>
            <w:tcW w:w="5040" w:type="dxa"/>
            <w:tcMar>
              <w:top w:w="70" w:type="dxa"/>
              <w:left w:w="70" w:type="dxa"/>
              <w:bottom w:w="70" w:type="dxa"/>
              <w:right w:w="70" w:type="dxa"/>
            </w:tcMar>
            <w:vAlign w:val="center"/>
          </w:tcPr>
          <w:p w14:paraId="7EC076DF" w14:textId="77777777" w:rsidR="00D47296" w:rsidRDefault="008C31C1">
            <w:r>
              <w:rPr>
                <w:sz w:val="17"/>
              </w:rPr>
              <w:t>Staff/patient/partner communications</w:t>
            </w:r>
          </w:p>
        </w:tc>
      </w:tr>
      <w:tr w:rsidR="00D47296" w14:paraId="46423221" w14:textId="77777777">
        <w:trPr>
          <w:jc w:val="center"/>
        </w:trPr>
        <w:tc>
          <w:tcPr>
            <w:tcW w:w="2448" w:type="dxa"/>
            <w:shd w:val="clear" w:color="auto" w:fill="E8F2EE"/>
            <w:tcMar>
              <w:top w:w="70" w:type="dxa"/>
              <w:left w:w="70" w:type="dxa"/>
              <w:bottom w:w="70" w:type="dxa"/>
              <w:right w:w="70" w:type="dxa"/>
            </w:tcMar>
            <w:vAlign w:val="center"/>
          </w:tcPr>
          <w:p w14:paraId="021D769D" w14:textId="77777777" w:rsidR="00D47296" w:rsidRDefault="008C31C1">
            <w:r>
              <w:rPr>
                <w:sz w:val="17"/>
              </w:rPr>
              <w:t>Finance / Administration</w:t>
            </w:r>
          </w:p>
        </w:tc>
        <w:tc>
          <w:tcPr>
            <w:tcW w:w="3024" w:type="dxa"/>
            <w:shd w:val="clear" w:color="auto" w:fill="E8F2EE"/>
            <w:tcMar>
              <w:top w:w="70" w:type="dxa"/>
              <w:left w:w="70" w:type="dxa"/>
              <w:bottom w:w="70" w:type="dxa"/>
              <w:right w:w="70" w:type="dxa"/>
            </w:tcMar>
            <w:vAlign w:val="center"/>
          </w:tcPr>
          <w:p w14:paraId="3F5C2493" w14:textId="77777777" w:rsidR="00D47296" w:rsidRDefault="008C31C1">
            <w:r>
              <w:rPr>
                <w:i/>
                <w:color w:val="777777"/>
                <w:sz w:val="24"/>
              </w:rPr>
              <w:t>&lt;Insert&gt;</w:t>
            </w:r>
          </w:p>
        </w:tc>
        <w:tc>
          <w:tcPr>
            <w:tcW w:w="5040" w:type="dxa"/>
            <w:shd w:val="clear" w:color="auto" w:fill="E8F2EE"/>
            <w:tcMar>
              <w:top w:w="70" w:type="dxa"/>
              <w:left w:w="70" w:type="dxa"/>
              <w:bottom w:w="70" w:type="dxa"/>
              <w:right w:w="70" w:type="dxa"/>
            </w:tcMar>
            <w:vAlign w:val="center"/>
          </w:tcPr>
          <w:p w14:paraId="4CF3F671" w14:textId="77777777" w:rsidR="00D47296" w:rsidRDefault="008C31C1">
            <w:r>
              <w:rPr>
                <w:sz w:val="17"/>
              </w:rPr>
              <w:t>Purchasing, contracts, cost tracking</w:t>
            </w:r>
          </w:p>
        </w:tc>
      </w:tr>
    </w:tbl>
    <w:p w14:paraId="7489F719" w14:textId="77777777" w:rsidR="00D47296" w:rsidRDefault="00D47296">
      <w:pPr>
        <w:spacing w:after="0"/>
      </w:pPr>
    </w:p>
    <w:p w14:paraId="6BD9757D" w14:textId="77777777" w:rsidR="00D47296" w:rsidRDefault="008C31C1">
      <w:pPr>
        <w:pStyle w:val="Heading2"/>
      </w:pPr>
      <w:r>
        <w:t>B. Emergency Operations / Coordination Location</w:t>
      </w:r>
    </w:p>
    <w:tbl>
      <w:tblPr>
        <w:tblW w:w="0" w:type="auto"/>
        <w:jc w:val="center"/>
        <w:tblLayout w:type="fixed"/>
        <w:tblLook w:val="04A0" w:firstRow="1" w:lastRow="0" w:firstColumn="1" w:lastColumn="0" w:noHBand="0" w:noVBand="1"/>
      </w:tblPr>
      <w:tblGrid>
        <w:gridCol w:w="3888"/>
        <w:gridCol w:w="6624"/>
      </w:tblGrid>
      <w:tr w:rsidR="00D47296" w14:paraId="2A55E3D0" w14:textId="77777777">
        <w:trPr>
          <w:tblHeader/>
          <w:jc w:val="center"/>
        </w:trPr>
        <w:tc>
          <w:tcPr>
            <w:tcW w:w="3888" w:type="dxa"/>
            <w:shd w:val="clear" w:color="auto" w:fill="015A41"/>
            <w:tcMar>
              <w:top w:w="70" w:type="dxa"/>
              <w:left w:w="70" w:type="dxa"/>
              <w:bottom w:w="70" w:type="dxa"/>
              <w:right w:w="70" w:type="dxa"/>
            </w:tcMar>
            <w:vAlign w:val="center"/>
          </w:tcPr>
          <w:p w14:paraId="107D1C8C" w14:textId="77777777" w:rsidR="00D47296" w:rsidRDefault="008C31C1">
            <w:r>
              <w:rPr>
                <w:b/>
                <w:color w:val="FFFFFF"/>
                <w:sz w:val="19"/>
              </w:rPr>
              <w:t>Field</w:t>
            </w:r>
          </w:p>
        </w:tc>
        <w:tc>
          <w:tcPr>
            <w:tcW w:w="6624" w:type="dxa"/>
            <w:shd w:val="clear" w:color="auto" w:fill="015A41"/>
            <w:tcMar>
              <w:top w:w="70" w:type="dxa"/>
              <w:left w:w="70" w:type="dxa"/>
              <w:bottom w:w="70" w:type="dxa"/>
              <w:right w:w="70" w:type="dxa"/>
            </w:tcMar>
            <w:vAlign w:val="center"/>
          </w:tcPr>
          <w:p w14:paraId="2ABCDC23" w14:textId="77777777" w:rsidR="00D47296" w:rsidRDefault="008C31C1">
            <w:r>
              <w:rPr>
                <w:b/>
                <w:color w:val="FFFFFF"/>
                <w:sz w:val="19"/>
              </w:rPr>
              <w:t>Facility Entry</w:t>
            </w:r>
          </w:p>
        </w:tc>
      </w:tr>
      <w:tr w:rsidR="00D47296" w14:paraId="252F59C4" w14:textId="77777777">
        <w:trPr>
          <w:jc w:val="center"/>
        </w:trPr>
        <w:tc>
          <w:tcPr>
            <w:tcW w:w="3888" w:type="dxa"/>
            <w:shd w:val="clear" w:color="auto" w:fill="E8F2EE"/>
            <w:tcMar>
              <w:top w:w="70" w:type="dxa"/>
              <w:left w:w="70" w:type="dxa"/>
              <w:bottom w:w="70" w:type="dxa"/>
              <w:right w:w="70" w:type="dxa"/>
            </w:tcMar>
            <w:vAlign w:val="center"/>
          </w:tcPr>
          <w:p w14:paraId="3C1165C6" w14:textId="77777777" w:rsidR="00D47296" w:rsidRDefault="008C31C1">
            <w:r>
              <w:rPr>
                <w:sz w:val="19"/>
              </w:rPr>
              <w:t>Primary command/coordination location</w:t>
            </w:r>
          </w:p>
        </w:tc>
        <w:tc>
          <w:tcPr>
            <w:tcW w:w="6624" w:type="dxa"/>
            <w:shd w:val="clear" w:color="auto" w:fill="E8F2EE"/>
            <w:tcMar>
              <w:top w:w="70" w:type="dxa"/>
              <w:left w:w="70" w:type="dxa"/>
              <w:bottom w:w="70" w:type="dxa"/>
              <w:right w:w="70" w:type="dxa"/>
            </w:tcMar>
            <w:vAlign w:val="center"/>
          </w:tcPr>
          <w:p w14:paraId="027A3426" w14:textId="77777777" w:rsidR="00D47296" w:rsidRDefault="008C31C1">
            <w:r>
              <w:rPr>
                <w:i/>
                <w:color w:val="777777"/>
                <w:sz w:val="24"/>
              </w:rPr>
              <w:t>&lt;Insert&gt;</w:t>
            </w:r>
          </w:p>
        </w:tc>
      </w:tr>
      <w:tr w:rsidR="00D47296" w14:paraId="20B94EEA" w14:textId="77777777">
        <w:trPr>
          <w:jc w:val="center"/>
        </w:trPr>
        <w:tc>
          <w:tcPr>
            <w:tcW w:w="3888" w:type="dxa"/>
            <w:tcMar>
              <w:top w:w="70" w:type="dxa"/>
              <w:left w:w="70" w:type="dxa"/>
              <w:bottom w:w="70" w:type="dxa"/>
              <w:right w:w="70" w:type="dxa"/>
            </w:tcMar>
            <w:vAlign w:val="center"/>
          </w:tcPr>
          <w:p w14:paraId="24938461" w14:textId="77777777" w:rsidR="00D47296" w:rsidRDefault="008C31C1">
            <w:r>
              <w:rPr>
                <w:sz w:val="19"/>
              </w:rPr>
              <w:t>Alternate location</w:t>
            </w:r>
          </w:p>
        </w:tc>
        <w:tc>
          <w:tcPr>
            <w:tcW w:w="6624" w:type="dxa"/>
            <w:tcMar>
              <w:top w:w="70" w:type="dxa"/>
              <w:left w:w="70" w:type="dxa"/>
              <w:bottom w:w="70" w:type="dxa"/>
              <w:right w:w="70" w:type="dxa"/>
            </w:tcMar>
            <w:vAlign w:val="center"/>
          </w:tcPr>
          <w:p w14:paraId="4A4A555B" w14:textId="77777777" w:rsidR="00D47296" w:rsidRDefault="008C31C1">
            <w:r>
              <w:rPr>
                <w:i/>
                <w:color w:val="777777"/>
                <w:sz w:val="24"/>
              </w:rPr>
              <w:t>&lt;Insert&gt;</w:t>
            </w:r>
          </w:p>
        </w:tc>
      </w:tr>
      <w:tr w:rsidR="00D47296" w14:paraId="641B188A" w14:textId="77777777">
        <w:trPr>
          <w:jc w:val="center"/>
        </w:trPr>
        <w:tc>
          <w:tcPr>
            <w:tcW w:w="3888" w:type="dxa"/>
            <w:shd w:val="clear" w:color="auto" w:fill="E8F2EE"/>
            <w:tcMar>
              <w:top w:w="70" w:type="dxa"/>
              <w:left w:w="70" w:type="dxa"/>
              <w:bottom w:w="70" w:type="dxa"/>
              <w:right w:w="70" w:type="dxa"/>
            </w:tcMar>
            <w:vAlign w:val="center"/>
          </w:tcPr>
          <w:p w14:paraId="00152C19" w14:textId="77777777" w:rsidR="00D47296" w:rsidRDefault="008C31C1">
            <w:r>
              <w:rPr>
                <w:sz w:val="19"/>
              </w:rPr>
              <w:t>Virtual/remote coordination method</w:t>
            </w:r>
          </w:p>
        </w:tc>
        <w:tc>
          <w:tcPr>
            <w:tcW w:w="6624" w:type="dxa"/>
            <w:shd w:val="clear" w:color="auto" w:fill="E8F2EE"/>
            <w:tcMar>
              <w:top w:w="70" w:type="dxa"/>
              <w:left w:w="70" w:type="dxa"/>
              <w:bottom w:w="70" w:type="dxa"/>
              <w:right w:w="70" w:type="dxa"/>
            </w:tcMar>
            <w:vAlign w:val="center"/>
          </w:tcPr>
          <w:p w14:paraId="47495A54" w14:textId="77777777" w:rsidR="00D47296" w:rsidRDefault="008C31C1">
            <w:r>
              <w:rPr>
                <w:i/>
                <w:color w:val="777777"/>
                <w:sz w:val="24"/>
              </w:rPr>
              <w:t>&lt;Insert&gt;</w:t>
            </w:r>
          </w:p>
        </w:tc>
      </w:tr>
      <w:tr w:rsidR="00D47296" w14:paraId="488F3CEA" w14:textId="77777777">
        <w:trPr>
          <w:jc w:val="center"/>
        </w:trPr>
        <w:tc>
          <w:tcPr>
            <w:tcW w:w="3888" w:type="dxa"/>
            <w:tcMar>
              <w:top w:w="70" w:type="dxa"/>
              <w:left w:w="70" w:type="dxa"/>
              <w:bottom w:w="70" w:type="dxa"/>
              <w:right w:w="70" w:type="dxa"/>
            </w:tcMar>
            <w:vAlign w:val="center"/>
          </w:tcPr>
          <w:p w14:paraId="7E894D4E" w14:textId="77777777" w:rsidR="00D47296" w:rsidRDefault="008C31C1">
            <w:r>
              <w:rPr>
                <w:sz w:val="19"/>
              </w:rPr>
              <w:t>Activation supplies/equipment</w:t>
            </w:r>
          </w:p>
        </w:tc>
        <w:tc>
          <w:tcPr>
            <w:tcW w:w="6624" w:type="dxa"/>
            <w:tcMar>
              <w:top w:w="70" w:type="dxa"/>
              <w:left w:w="70" w:type="dxa"/>
              <w:bottom w:w="70" w:type="dxa"/>
              <w:right w:w="70" w:type="dxa"/>
            </w:tcMar>
            <w:vAlign w:val="center"/>
          </w:tcPr>
          <w:p w14:paraId="7467AE1B" w14:textId="77777777" w:rsidR="00D47296" w:rsidRDefault="008C31C1">
            <w:r>
              <w:rPr>
                <w:i/>
                <w:color w:val="777777"/>
                <w:sz w:val="24"/>
              </w:rPr>
              <w:t>&lt;Insert&gt;</w:t>
            </w:r>
          </w:p>
        </w:tc>
      </w:tr>
      <w:tr w:rsidR="00D47296" w14:paraId="4705F9C3" w14:textId="77777777">
        <w:trPr>
          <w:jc w:val="center"/>
        </w:trPr>
        <w:tc>
          <w:tcPr>
            <w:tcW w:w="3888" w:type="dxa"/>
            <w:shd w:val="clear" w:color="auto" w:fill="E8F2EE"/>
            <w:tcMar>
              <w:top w:w="70" w:type="dxa"/>
              <w:left w:w="70" w:type="dxa"/>
              <w:bottom w:w="70" w:type="dxa"/>
              <w:right w:w="70" w:type="dxa"/>
            </w:tcMar>
            <w:vAlign w:val="center"/>
          </w:tcPr>
          <w:p w14:paraId="3A20C7A2" w14:textId="77777777" w:rsidR="00D47296" w:rsidRDefault="008C31C1">
            <w:r>
              <w:rPr>
                <w:sz w:val="19"/>
              </w:rPr>
              <w:t>Situation board / status reporting location</w:t>
            </w:r>
          </w:p>
        </w:tc>
        <w:tc>
          <w:tcPr>
            <w:tcW w:w="6624" w:type="dxa"/>
            <w:shd w:val="clear" w:color="auto" w:fill="E8F2EE"/>
            <w:tcMar>
              <w:top w:w="70" w:type="dxa"/>
              <w:left w:w="70" w:type="dxa"/>
              <w:bottom w:w="70" w:type="dxa"/>
              <w:right w:w="70" w:type="dxa"/>
            </w:tcMar>
            <w:vAlign w:val="center"/>
          </w:tcPr>
          <w:p w14:paraId="1697578A" w14:textId="77777777" w:rsidR="00D47296" w:rsidRDefault="008C31C1">
            <w:r>
              <w:rPr>
                <w:i/>
                <w:color w:val="777777"/>
                <w:sz w:val="24"/>
              </w:rPr>
              <w:t>&lt;Insert&gt;</w:t>
            </w:r>
          </w:p>
        </w:tc>
      </w:tr>
    </w:tbl>
    <w:p w14:paraId="4B4B8342" w14:textId="77777777" w:rsidR="00D47296" w:rsidRDefault="00D47296">
      <w:pPr>
        <w:spacing w:after="0"/>
      </w:pPr>
    </w:p>
    <w:p w14:paraId="2AF75784" w14:textId="77777777" w:rsidR="00D47296" w:rsidRDefault="008C31C1">
      <w:pPr>
        <w:pStyle w:val="Heading2"/>
      </w:pPr>
      <w:r>
        <w:t>C. External Coordination</w:t>
      </w:r>
    </w:p>
    <w:p w14:paraId="6DE522F0" w14:textId="77777777" w:rsidR="00D47296" w:rsidRDefault="008C31C1">
      <w:pPr>
        <w:pStyle w:val="ListBullet"/>
        <w:spacing w:after="40"/>
        <w:ind w:left="0"/>
      </w:pPr>
      <w:r>
        <w:rPr>
          <w:sz w:val="21"/>
        </w:rPr>
        <w:t>Local/county emergency management and Incident Command/EOC as appropriate.</w:t>
      </w:r>
    </w:p>
    <w:p w14:paraId="0A7A560A" w14:textId="77777777" w:rsidR="00D47296" w:rsidRDefault="008C31C1">
      <w:pPr>
        <w:pStyle w:val="ListBullet"/>
        <w:spacing w:after="40"/>
        <w:ind w:left="0"/>
      </w:pPr>
      <w:r>
        <w:rPr>
          <w:sz w:val="21"/>
        </w:rPr>
        <w:t>Maine CDC/public health for outbreaks, reportable conditions, and public-health guidance.</w:t>
      </w:r>
    </w:p>
    <w:p w14:paraId="1243730F" w14:textId="77777777" w:rsidR="00D47296" w:rsidRDefault="008C31C1">
      <w:pPr>
        <w:pStyle w:val="ListBullet"/>
        <w:spacing w:after="40"/>
        <w:ind w:left="0"/>
      </w:pPr>
      <w:r>
        <w:rPr>
          <w:sz w:val="21"/>
        </w:rPr>
        <w:t>Fire/EMS/law enforcement for immediate response and site safety.</w:t>
      </w:r>
    </w:p>
    <w:p w14:paraId="40A1CD7B" w14:textId="77777777" w:rsidR="00D47296" w:rsidRDefault="008C31C1">
      <w:pPr>
        <w:pStyle w:val="ListBullet"/>
        <w:spacing w:after="40"/>
        <w:ind w:left="0"/>
      </w:pPr>
      <w:r>
        <w:rPr>
          <w:sz w:val="21"/>
        </w:rPr>
        <w:t>Other RHCs/FQHCs, hospitals/EDs, pharmacies, laboratories, and community partners as applicable.</w:t>
      </w:r>
    </w:p>
    <w:p w14:paraId="1A54C905" w14:textId="77777777" w:rsidR="00D47296" w:rsidRDefault="008C31C1">
      <w:pPr>
        <w:pStyle w:val="ListBullet"/>
        <w:spacing w:after="40"/>
        <w:ind w:left="0"/>
      </w:pPr>
      <w:r>
        <w:rPr>
          <w:sz w:val="21"/>
        </w:rPr>
        <w:lastRenderedPageBreak/>
        <w:t>HCC-ME and EMResource when used for situational awareness or resource coordination; coalition participation does not replace required regulatory reporting.</w:t>
      </w:r>
    </w:p>
    <w:p w14:paraId="41B0766B" w14:textId="77777777" w:rsidR="00D47296" w:rsidRDefault="008C31C1">
      <w:pPr>
        <w:pStyle w:val="Heading2"/>
      </w:pPr>
      <w:r>
        <w:t>D. Unified / Integrated Healthcare System Program - If Applicable</w:t>
      </w:r>
    </w:p>
    <w:p w14:paraId="29BBCA27" w14:textId="77777777" w:rsidR="00D47296" w:rsidRDefault="008C31C1">
      <w:pPr>
        <w:spacing w:after="80" w:line="240" w:lineRule="auto"/>
      </w:pPr>
      <w:r>
        <w:t>If the FQHC elects to participate in a unified/integrated emergency preparedness program, retain evidence that the separately certified FQHC actively participated in program development and required reviews/updates; that the program accounts for the FQHC’s unique circumstances, patient population, location, and services; that an individual facility-based all-hazards risk assessment exists; and that the FQHC can actively implement and comply with the integrated program.</w:t>
      </w:r>
    </w:p>
    <w:p w14:paraId="2447077F" w14:textId="77777777" w:rsidR="00D47296" w:rsidRDefault="008C31C1">
      <w:r>
        <w:br w:type="page"/>
      </w:r>
    </w:p>
    <w:p w14:paraId="53F757FF" w14:textId="77777777" w:rsidR="00D47296" w:rsidRDefault="008C31C1">
      <w:pPr>
        <w:pStyle w:val="Heading1"/>
      </w:pPr>
      <w:r>
        <w:lastRenderedPageBreak/>
        <w:t>7. RESOURCES AND ASSETS</w:t>
      </w:r>
    </w:p>
    <w:p w14:paraId="52F7A8B4" w14:textId="77777777" w:rsidR="00D47296" w:rsidRDefault="008C31C1">
      <w:pPr>
        <w:pStyle w:val="Heading2"/>
      </w:pPr>
      <w:r>
        <w:t>A. Critical Resource Priorities</w:t>
      </w:r>
    </w:p>
    <w:tbl>
      <w:tblPr>
        <w:tblW w:w="0" w:type="auto"/>
        <w:jc w:val="center"/>
        <w:tblLayout w:type="fixed"/>
        <w:tblLook w:val="04A0" w:firstRow="1" w:lastRow="0" w:firstColumn="1" w:lastColumn="0" w:noHBand="0" w:noVBand="1"/>
      </w:tblPr>
      <w:tblGrid>
        <w:gridCol w:w="3744"/>
        <w:gridCol w:w="6768"/>
      </w:tblGrid>
      <w:tr w:rsidR="00D47296" w14:paraId="06814D7D" w14:textId="77777777">
        <w:trPr>
          <w:tblHeader/>
          <w:jc w:val="center"/>
        </w:trPr>
        <w:tc>
          <w:tcPr>
            <w:tcW w:w="3744" w:type="dxa"/>
            <w:shd w:val="clear" w:color="auto" w:fill="015A41"/>
            <w:tcMar>
              <w:top w:w="70" w:type="dxa"/>
              <w:left w:w="70" w:type="dxa"/>
              <w:bottom w:w="70" w:type="dxa"/>
              <w:right w:w="70" w:type="dxa"/>
            </w:tcMar>
            <w:vAlign w:val="center"/>
          </w:tcPr>
          <w:p w14:paraId="020FDDC8" w14:textId="77777777" w:rsidR="00D47296" w:rsidRDefault="008C31C1">
            <w:r>
              <w:rPr>
                <w:b/>
                <w:color w:val="FFFFFF"/>
                <w:sz w:val="19"/>
              </w:rPr>
              <w:t>Resource</w:t>
            </w:r>
          </w:p>
        </w:tc>
        <w:tc>
          <w:tcPr>
            <w:tcW w:w="6768" w:type="dxa"/>
            <w:shd w:val="clear" w:color="auto" w:fill="015A41"/>
            <w:tcMar>
              <w:top w:w="70" w:type="dxa"/>
              <w:left w:w="70" w:type="dxa"/>
              <w:bottom w:w="70" w:type="dxa"/>
              <w:right w:w="70" w:type="dxa"/>
            </w:tcMar>
            <w:vAlign w:val="center"/>
          </w:tcPr>
          <w:p w14:paraId="35BBF3B6" w14:textId="77777777" w:rsidR="00D47296" w:rsidRDefault="008C31C1">
            <w:r>
              <w:rPr>
                <w:b/>
                <w:color w:val="FFFFFF"/>
                <w:sz w:val="19"/>
              </w:rPr>
              <w:t>Facility Planning Content</w:t>
            </w:r>
          </w:p>
        </w:tc>
      </w:tr>
      <w:tr w:rsidR="00D47296" w14:paraId="44291DE1" w14:textId="77777777">
        <w:trPr>
          <w:jc w:val="center"/>
        </w:trPr>
        <w:tc>
          <w:tcPr>
            <w:tcW w:w="3744" w:type="dxa"/>
            <w:shd w:val="clear" w:color="auto" w:fill="E8F2EE"/>
            <w:tcMar>
              <w:top w:w="70" w:type="dxa"/>
              <w:left w:w="70" w:type="dxa"/>
              <w:bottom w:w="70" w:type="dxa"/>
              <w:right w:w="70" w:type="dxa"/>
            </w:tcMar>
            <w:vAlign w:val="center"/>
          </w:tcPr>
          <w:p w14:paraId="298659A7" w14:textId="77777777" w:rsidR="00D47296" w:rsidRDefault="008C31C1">
            <w:r>
              <w:rPr>
                <w:sz w:val="19"/>
              </w:rPr>
              <w:t>Clinical supplies / PPE</w:t>
            </w:r>
          </w:p>
        </w:tc>
        <w:tc>
          <w:tcPr>
            <w:tcW w:w="6768" w:type="dxa"/>
            <w:shd w:val="clear" w:color="auto" w:fill="E8F2EE"/>
            <w:tcMar>
              <w:top w:w="70" w:type="dxa"/>
              <w:left w:w="70" w:type="dxa"/>
              <w:bottom w:w="70" w:type="dxa"/>
              <w:right w:w="70" w:type="dxa"/>
            </w:tcMar>
            <w:vAlign w:val="center"/>
          </w:tcPr>
          <w:p w14:paraId="222A19B6" w14:textId="77777777" w:rsidR="00D47296" w:rsidRDefault="008C31C1">
            <w:r>
              <w:rPr>
                <w:i/>
                <w:color w:val="777777"/>
                <w:sz w:val="24"/>
              </w:rPr>
              <w:t>&lt;Minimum stock / vendor / contingency&gt;</w:t>
            </w:r>
          </w:p>
        </w:tc>
      </w:tr>
      <w:tr w:rsidR="00D47296" w14:paraId="06792E03" w14:textId="77777777">
        <w:trPr>
          <w:jc w:val="center"/>
        </w:trPr>
        <w:tc>
          <w:tcPr>
            <w:tcW w:w="3744" w:type="dxa"/>
            <w:tcMar>
              <w:top w:w="70" w:type="dxa"/>
              <w:left w:w="70" w:type="dxa"/>
              <w:bottom w:w="70" w:type="dxa"/>
              <w:right w:w="70" w:type="dxa"/>
            </w:tcMar>
            <w:vAlign w:val="center"/>
          </w:tcPr>
          <w:p w14:paraId="786C1481" w14:textId="77777777" w:rsidR="00D47296" w:rsidRDefault="008C31C1">
            <w:r>
              <w:rPr>
                <w:sz w:val="19"/>
              </w:rPr>
              <w:t>Medications / emergency drugs</w:t>
            </w:r>
          </w:p>
        </w:tc>
        <w:tc>
          <w:tcPr>
            <w:tcW w:w="6768" w:type="dxa"/>
            <w:tcMar>
              <w:top w:w="70" w:type="dxa"/>
              <w:left w:w="70" w:type="dxa"/>
              <w:bottom w:w="70" w:type="dxa"/>
              <w:right w:w="70" w:type="dxa"/>
            </w:tcMar>
            <w:vAlign w:val="center"/>
          </w:tcPr>
          <w:p w14:paraId="655B9BE9" w14:textId="77777777" w:rsidR="00D47296" w:rsidRDefault="008C31C1">
            <w:r>
              <w:rPr>
                <w:i/>
                <w:color w:val="777777"/>
                <w:sz w:val="24"/>
              </w:rPr>
              <w:t>&lt;Insert&gt;</w:t>
            </w:r>
          </w:p>
        </w:tc>
      </w:tr>
      <w:tr w:rsidR="00D47296" w14:paraId="7C7E64DF" w14:textId="77777777">
        <w:trPr>
          <w:jc w:val="center"/>
        </w:trPr>
        <w:tc>
          <w:tcPr>
            <w:tcW w:w="3744" w:type="dxa"/>
            <w:shd w:val="clear" w:color="auto" w:fill="E8F2EE"/>
            <w:tcMar>
              <w:top w:w="70" w:type="dxa"/>
              <w:left w:w="70" w:type="dxa"/>
              <w:bottom w:w="70" w:type="dxa"/>
              <w:right w:w="70" w:type="dxa"/>
            </w:tcMar>
            <w:vAlign w:val="center"/>
          </w:tcPr>
          <w:p w14:paraId="71E6DFEF" w14:textId="77777777" w:rsidR="00D47296" w:rsidRDefault="008C31C1">
            <w:r>
              <w:rPr>
                <w:sz w:val="19"/>
              </w:rPr>
              <w:t>Vaccines / refrigerated biologics</w:t>
            </w:r>
          </w:p>
        </w:tc>
        <w:tc>
          <w:tcPr>
            <w:tcW w:w="6768" w:type="dxa"/>
            <w:shd w:val="clear" w:color="auto" w:fill="E8F2EE"/>
            <w:tcMar>
              <w:top w:w="70" w:type="dxa"/>
              <w:left w:w="70" w:type="dxa"/>
              <w:bottom w:w="70" w:type="dxa"/>
              <w:right w:w="70" w:type="dxa"/>
            </w:tcMar>
            <w:vAlign w:val="center"/>
          </w:tcPr>
          <w:p w14:paraId="4129D287" w14:textId="77777777" w:rsidR="00D47296" w:rsidRDefault="008C31C1">
            <w:r>
              <w:rPr>
                <w:i/>
                <w:color w:val="777777"/>
                <w:sz w:val="24"/>
              </w:rPr>
              <w:t>&lt;Cold-chain continuity / alternate storage&gt;</w:t>
            </w:r>
          </w:p>
        </w:tc>
      </w:tr>
      <w:tr w:rsidR="00D47296" w14:paraId="52EA75FA" w14:textId="77777777">
        <w:trPr>
          <w:jc w:val="center"/>
        </w:trPr>
        <w:tc>
          <w:tcPr>
            <w:tcW w:w="3744" w:type="dxa"/>
            <w:tcMar>
              <w:top w:w="70" w:type="dxa"/>
              <w:left w:w="70" w:type="dxa"/>
              <w:bottom w:w="70" w:type="dxa"/>
              <w:right w:w="70" w:type="dxa"/>
            </w:tcMar>
            <w:vAlign w:val="center"/>
          </w:tcPr>
          <w:p w14:paraId="17F0CB6E" w14:textId="77777777" w:rsidR="00D47296" w:rsidRDefault="008C31C1">
            <w:r>
              <w:rPr>
                <w:sz w:val="19"/>
              </w:rPr>
              <w:t>Lab / testing supplies</w:t>
            </w:r>
          </w:p>
        </w:tc>
        <w:tc>
          <w:tcPr>
            <w:tcW w:w="6768" w:type="dxa"/>
            <w:tcMar>
              <w:top w:w="70" w:type="dxa"/>
              <w:left w:w="70" w:type="dxa"/>
              <w:bottom w:w="70" w:type="dxa"/>
              <w:right w:w="70" w:type="dxa"/>
            </w:tcMar>
            <w:vAlign w:val="center"/>
          </w:tcPr>
          <w:p w14:paraId="0BB8FDBA" w14:textId="77777777" w:rsidR="00D47296" w:rsidRDefault="008C31C1">
            <w:r>
              <w:rPr>
                <w:i/>
                <w:color w:val="777777"/>
                <w:sz w:val="24"/>
              </w:rPr>
              <w:t>&lt;Insert&gt;</w:t>
            </w:r>
          </w:p>
        </w:tc>
      </w:tr>
      <w:tr w:rsidR="00D47296" w14:paraId="6869A769" w14:textId="77777777">
        <w:trPr>
          <w:jc w:val="center"/>
        </w:trPr>
        <w:tc>
          <w:tcPr>
            <w:tcW w:w="3744" w:type="dxa"/>
            <w:shd w:val="clear" w:color="auto" w:fill="E8F2EE"/>
            <w:tcMar>
              <w:top w:w="70" w:type="dxa"/>
              <w:left w:w="70" w:type="dxa"/>
              <w:bottom w:w="70" w:type="dxa"/>
              <w:right w:w="70" w:type="dxa"/>
            </w:tcMar>
            <w:vAlign w:val="center"/>
          </w:tcPr>
          <w:p w14:paraId="07BCD483" w14:textId="77777777" w:rsidR="00D47296" w:rsidRDefault="008C31C1">
            <w:r>
              <w:rPr>
                <w:sz w:val="19"/>
              </w:rPr>
              <w:t>Oxygen / emergency medical equipment</w:t>
            </w:r>
          </w:p>
        </w:tc>
        <w:tc>
          <w:tcPr>
            <w:tcW w:w="6768" w:type="dxa"/>
            <w:shd w:val="clear" w:color="auto" w:fill="E8F2EE"/>
            <w:tcMar>
              <w:top w:w="70" w:type="dxa"/>
              <w:left w:w="70" w:type="dxa"/>
              <w:bottom w:w="70" w:type="dxa"/>
              <w:right w:w="70" w:type="dxa"/>
            </w:tcMar>
            <w:vAlign w:val="center"/>
          </w:tcPr>
          <w:p w14:paraId="72314D26" w14:textId="77777777" w:rsidR="00D47296" w:rsidRDefault="008C31C1">
            <w:r>
              <w:rPr>
                <w:i/>
                <w:color w:val="777777"/>
                <w:sz w:val="24"/>
              </w:rPr>
              <w:t>&lt;If applicable&gt;</w:t>
            </w:r>
          </w:p>
        </w:tc>
      </w:tr>
      <w:tr w:rsidR="00D47296" w14:paraId="487482CC" w14:textId="77777777">
        <w:trPr>
          <w:jc w:val="center"/>
        </w:trPr>
        <w:tc>
          <w:tcPr>
            <w:tcW w:w="3744" w:type="dxa"/>
            <w:tcMar>
              <w:top w:w="70" w:type="dxa"/>
              <w:left w:w="70" w:type="dxa"/>
              <w:bottom w:w="70" w:type="dxa"/>
              <w:right w:w="70" w:type="dxa"/>
            </w:tcMar>
            <w:vAlign w:val="center"/>
          </w:tcPr>
          <w:p w14:paraId="384843AF" w14:textId="77777777" w:rsidR="00D47296" w:rsidRDefault="008C31C1">
            <w:r>
              <w:rPr>
                <w:sz w:val="19"/>
              </w:rPr>
              <w:t>Office / paper downtime supplies</w:t>
            </w:r>
          </w:p>
        </w:tc>
        <w:tc>
          <w:tcPr>
            <w:tcW w:w="6768" w:type="dxa"/>
            <w:tcMar>
              <w:top w:w="70" w:type="dxa"/>
              <w:left w:w="70" w:type="dxa"/>
              <w:bottom w:w="70" w:type="dxa"/>
              <w:right w:w="70" w:type="dxa"/>
            </w:tcMar>
            <w:vAlign w:val="center"/>
          </w:tcPr>
          <w:p w14:paraId="47595090" w14:textId="77777777" w:rsidR="00D47296" w:rsidRDefault="008C31C1">
            <w:r>
              <w:rPr>
                <w:i/>
                <w:color w:val="777777"/>
                <w:sz w:val="24"/>
              </w:rPr>
              <w:t>&lt;Insert&gt;</w:t>
            </w:r>
          </w:p>
        </w:tc>
      </w:tr>
      <w:tr w:rsidR="00D47296" w14:paraId="5DA296EF" w14:textId="77777777">
        <w:trPr>
          <w:jc w:val="center"/>
        </w:trPr>
        <w:tc>
          <w:tcPr>
            <w:tcW w:w="3744" w:type="dxa"/>
            <w:shd w:val="clear" w:color="auto" w:fill="E8F2EE"/>
            <w:tcMar>
              <w:top w:w="70" w:type="dxa"/>
              <w:left w:w="70" w:type="dxa"/>
              <w:bottom w:w="70" w:type="dxa"/>
              <w:right w:w="70" w:type="dxa"/>
            </w:tcMar>
            <w:vAlign w:val="center"/>
          </w:tcPr>
          <w:p w14:paraId="38CAA7D3" w14:textId="77777777" w:rsidR="00D47296" w:rsidRDefault="008C31C1">
            <w:r>
              <w:rPr>
                <w:sz w:val="19"/>
              </w:rPr>
              <w:t>Fuel / generator / portable power</w:t>
            </w:r>
          </w:p>
        </w:tc>
        <w:tc>
          <w:tcPr>
            <w:tcW w:w="6768" w:type="dxa"/>
            <w:shd w:val="clear" w:color="auto" w:fill="E8F2EE"/>
            <w:tcMar>
              <w:top w:w="70" w:type="dxa"/>
              <w:left w:w="70" w:type="dxa"/>
              <w:bottom w:w="70" w:type="dxa"/>
              <w:right w:w="70" w:type="dxa"/>
            </w:tcMar>
            <w:vAlign w:val="center"/>
          </w:tcPr>
          <w:p w14:paraId="519509B7" w14:textId="77777777" w:rsidR="00D47296" w:rsidRDefault="008C31C1">
            <w:r>
              <w:rPr>
                <w:i/>
                <w:color w:val="777777"/>
                <w:sz w:val="24"/>
              </w:rPr>
              <w:t>&lt;If applicable&gt;</w:t>
            </w:r>
          </w:p>
        </w:tc>
      </w:tr>
      <w:tr w:rsidR="00D47296" w14:paraId="52FC93A1" w14:textId="77777777">
        <w:trPr>
          <w:jc w:val="center"/>
        </w:trPr>
        <w:tc>
          <w:tcPr>
            <w:tcW w:w="3744" w:type="dxa"/>
            <w:tcMar>
              <w:top w:w="70" w:type="dxa"/>
              <w:left w:w="70" w:type="dxa"/>
              <w:bottom w:w="70" w:type="dxa"/>
              <w:right w:w="70" w:type="dxa"/>
            </w:tcMar>
            <w:vAlign w:val="center"/>
          </w:tcPr>
          <w:p w14:paraId="4185266A" w14:textId="77777777" w:rsidR="00D47296" w:rsidRDefault="008C31C1">
            <w:r>
              <w:rPr>
                <w:sz w:val="19"/>
              </w:rPr>
              <w:t>Water / sanitation supplies</w:t>
            </w:r>
          </w:p>
        </w:tc>
        <w:tc>
          <w:tcPr>
            <w:tcW w:w="6768" w:type="dxa"/>
            <w:tcMar>
              <w:top w:w="70" w:type="dxa"/>
              <w:left w:w="70" w:type="dxa"/>
              <w:bottom w:w="70" w:type="dxa"/>
              <w:right w:w="70" w:type="dxa"/>
            </w:tcMar>
            <w:vAlign w:val="center"/>
          </w:tcPr>
          <w:p w14:paraId="2C1F9750" w14:textId="77777777" w:rsidR="00D47296" w:rsidRDefault="008C31C1">
            <w:r>
              <w:rPr>
                <w:i/>
                <w:color w:val="777777"/>
                <w:sz w:val="24"/>
              </w:rPr>
              <w:t>&lt;Insert&gt;</w:t>
            </w:r>
          </w:p>
        </w:tc>
      </w:tr>
      <w:tr w:rsidR="00D47296" w14:paraId="210F9B32" w14:textId="77777777">
        <w:trPr>
          <w:jc w:val="center"/>
        </w:trPr>
        <w:tc>
          <w:tcPr>
            <w:tcW w:w="3744" w:type="dxa"/>
            <w:shd w:val="clear" w:color="auto" w:fill="E8F2EE"/>
            <w:tcMar>
              <w:top w:w="70" w:type="dxa"/>
              <w:left w:w="70" w:type="dxa"/>
              <w:bottom w:w="70" w:type="dxa"/>
              <w:right w:w="70" w:type="dxa"/>
            </w:tcMar>
            <w:vAlign w:val="center"/>
          </w:tcPr>
          <w:p w14:paraId="3EB870D6" w14:textId="77777777" w:rsidR="00D47296" w:rsidRDefault="008C31C1">
            <w:r>
              <w:rPr>
                <w:sz w:val="19"/>
              </w:rPr>
              <w:t>Security / access-control supplies</w:t>
            </w:r>
          </w:p>
        </w:tc>
        <w:tc>
          <w:tcPr>
            <w:tcW w:w="6768" w:type="dxa"/>
            <w:shd w:val="clear" w:color="auto" w:fill="E8F2EE"/>
            <w:tcMar>
              <w:top w:w="70" w:type="dxa"/>
              <w:left w:w="70" w:type="dxa"/>
              <w:bottom w:w="70" w:type="dxa"/>
              <w:right w:w="70" w:type="dxa"/>
            </w:tcMar>
            <w:vAlign w:val="center"/>
          </w:tcPr>
          <w:p w14:paraId="44CDAA6B" w14:textId="77777777" w:rsidR="00D47296" w:rsidRDefault="008C31C1">
            <w:r>
              <w:rPr>
                <w:i/>
                <w:color w:val="777777"/>
                <w:sz w:val="24"/>
              </w:rPr>
              <w:t>&lt;Insert&gt;</w:t>
            </w:r>
          </w:p>
        </w:tc>
      </w:tr>
      <w:tr w:rsidR="00D47296" w14:paraId="5B4FD98D" w14:textId="77777777">
        <w:trPr>
          <w:jc w:val="center"/>
        </w:trPr>
        <w:tc>
          <w:tcPr>
            <w:tcW w:w="3744" w:type="dxa"/>
            <w:tcMar>
              <w:top w:w="70" w:type="dxa"/>
              <w:left w:w="70" w:type="dxa"/>
              <w:bottom w:w="70" w:type="dxa"/>
              <w:right w:w="70" w:type="dxa"/>
            </w:tcMar>
            <w:vAlign w:val="center"/>
          </w:tcPr>
          <w:p w14:paraId="6EC19C36" w14:textId="77777777" w:rsidR="00D47296" w:rsidRDefault="008C31C1">
            <w:r>
              <w:rPr>
                <w:sz w:val="19"/>
              </w:rPr>
              <w:t>Other essential resources</w:t>
            </w:r>
          </w:p>
        </w:tc>
        <w:tc>
          <w:tcPr>
            <w:tcW w:w="6768" w:type="dxa"/>
            <w:tcMar>
              <w:top w:w="70" w:type="dxa"/>
              <w:left w:w="70" w:type="dxa"/>
              <w:bottom w:w="70" w:type="dxa"/>
              <w:right w:w="70" w:type="dxa"/>
            </w:tcMar>
            <w:vAlign w:val="center"/>
          </w:tcPr>
          <w:p w14:paraId="1492B5A9" w14:textId="77777777" w:rsidR="00D47296" w:rsidRDefault="008C31C1">
            <w:r>
              <w:rPr>
                <w:i/>
                <w:color w:val="777777"/>
                <w:sz w:val="24"/>
              </w:rPr>
              <w:t>&lt;Insert&gt;</w:t>
            </w:r>
          </w:p>
        </w:tc>
      </w:tr>
    </w:tbl>
    <w:p w14:paraId="2159E92A" w14:textId="77777777" w:rsidR="00D47296" w:rsidRDefault="00D47296">
      <w:pPr>
        <w:spacing w:after="0"/>
      </w:pPr>
    </w:p>
    <w:p w14:paraId="1152BC2A" w14:textId="77777777" w:rsidR="00D47296" w:rsidRDefault="008C31C1">
      <w:pPr>
        <w:pStyle w:val="Heading2"/>
      </w:pPr>
      <w:r>
        <w:t>B. Vendor / Supply Chain Continuity</w:t>
      </w:r>
    </w:p>
    <w:tbl>
      <w:tblPr>
        <w:tblW w:w="0" w:type="auto"/>
        <w:jc w:val="center"/>
        <w:tblLayout w:type="fixed"/>
        <w:tblLook w:val="04A0" w:firstRow="1" w:lastRow="0" w:firstColumn="1" w:lastColumn="0" w:noHBand="0" w:noVBand="1"/>
      </w:tblPr>
      <w:tblGrid>
        <w:gridCol w:w="2160"/>
        <w:gridCol w:w="2016"/>
        <w:gridCol w:w="2160"/>
        <w:gridCol w:w="2592"/>
        <w:gridCol w:w="1728"/>
      </w:tblGrid>
      <w:tr w:rsidR="00D47296" w14:paraId="1F0677F6" w14:textId="77777777">
        <w:trPr>
          <w:tblHeader/>
          <w:jc w:val="center"/>
        </w:trPr>
        <w:tc>
          <w:tcPr>
            <w:tcW w:w="2160" w:type="dxa"/>
            <w:shd w:val="clear" w:color="auto" w:fill="015A41"/>
            <w:tcMar>
              <w:top w:w="70" w:type="dxa"/>
              <w:left w:w="70" w:type="dxa"/>
              <w:bottom w:w="70" w:type="dxa"/>
              <w:right w:w="70" w:type="dxa"/>
            </w:tcMar>
            <w:vAlign w:val="center"/>
          </w:tcPr>
          <w:p w14:paraId="2E094ACF" w14:textId="77777777" w:rsidR="00D47296" w:rsidRDefault="008C31C1">
            <w:r>
              <w:rPr>
                <w:b/>
                <w:color w:val="FFFFFF"/>
                <w:sz w:val="16"/>
              </w:rPr>
              <w:t>Vendor / Resource</w:t>
            </w:r>
          </w:p>
        </w:tc>
        <w:tc>
          <w:tcPr>
            <w:tcW w:w="2016" w:type="dxa"/>
            <w:shd w:val="clear" w:color="auto" w:fill="015A41"/>
            <w:tcMar>
              <w:top w:w="70" w:type="dxa"/>
              <w:left w:w="70" w:type="dxa"/>
              <w:bottom w:w="70" w:type="dxa"/>
              <w:right w:w="70" w:type="dxa"/>
            </w:tcMar>
            <w:vAlign w:val="center"/>
          </w:tcPr>
          <w:p w14:paraId="3587BFD7" w14:textId="77777777" w:rsidR="00D47296" w:rsidRDefault="008C31C1">
            <w:r>
              <w:rPr>
                <w:b/>
                <w:color w:val="FFFFFF"/>
                <w:sz w:val="16"/>
              </w:rPr>
              <w:t>Primary Contact</w:t>
            </w:r>
          </w:p>
        </w:tc>
        <w:tc>
          <w:tcPr>
            <w:tcW w:w="2160" w:type="dxa"/>
            <w:shd w:val="clear" w:color="auto" w:fill="015A41"/>
            <w:tcMar>
              <w:top w:w="70" w:type="dxa"/>
              <w:left w:w="70" w:type="dxa"/>
              <w:bottom w:w="70" w:type="dxa"/>
              <w:right w:w="70" w:type="dxa"/>
            </w:tcMar>
            <w:vAlign w:val="center"/>
          </w:tcPr>
          <w:p w14:paraId="33D77060" w14:textId="77777777" w:rsidR="00D47296" w:rsidRDefault="008C31C1">
            <w:r>
              <w:rPr>
                <w:b/>
                <w:color w:val="FFFFFF"/>
                <w:sz w:val="16"/>
              </w:rPr>
              <w:t>Alternate Source</w:t>
            </w:r>
          </w:p>
        </w:tc>
        <w:tc>
          <w:tcPr>
            <w:tcW w:w="2592" w:type="dxa"/>
            <w:shd w:val="clear" w:color="auto" w:fill="015A41"/>
            <w:tcMar>
              <w:top w:w="70" w:type="dxa"/>
              <w:left w:w="70" w:type="dxa"/>
              <w:bottom w:w="70" w:type="dxa"/>
              <w:right w:w="70" w:type="dxa"/>
            </w:tcMar>
            <w:vAlign w:val="center"/>
          </w:tcPr>
          <w:p w14:paraId="6AFEE179" w14:textId="77777777" w:rsidR="00D47296" w:rsidRDefault="008C31C1">
            <w:r>
              <w:rPr>
                <w:b/>
                <w:color w:val="FFFFFF"/>
                <w:sz w:val="16"/>
              </w:rPr>
              <w:t>Emergency Terms / Lead Time</w:t>
            </w:r>
          </w:p>
        </w:tc>
        <w:tc>
          <w:tcPr>
            <w:tcW w:w="1728" w:type="dxa"/>
            <w:shd w:val="clear" w:color="auto" w:fill="015A41"/>
            <w:tcMar>
              <w:top w:w="70" w:type="dxa"/>
              <w:left w:w="70" w:type="dxa"/>
              <w:bottom w:w="70" w:type="dxa"/>
              <w:right w:w="70" w:type="dxa"/>
            </w:tcMar>
            <w:vAlign w:val="center"/>
          </w:tcPr>
          <w:p w14:paraId="4F1CCD8D" w14:textId="77777777" w:rsidR="00D47296" w:rsidRDefault="008C31C1">
            <w:r>
              <w:rPr>
                <w:b/>
                <w:color w:val="FFFFFF"/>
                <w:sz w:val="16"/>
              </w:rPr>
              <w:t>Record Location</w:t>
            </w:r>
          </w:p>
        </w:tc>
      </w:tr>
      <w:tr w:rsidR="00D47296" w14:paraId="7E4865FC" w14:textId="77777777">
        <w:trPr>
          <w:jc w:val="center"/>
        </w:trPr>
        <w:tc>
          <w:tcPr>
            <w:tcW w:w="2160" w:type="dxa"/>
            <w:shd w:val="clear" w:color="auto" w:fill="E8F2EE"/>
            <w:tcMar>
              <w:top w:w="70" w:type="dxa"/>
              <w:left w:w="70" w:type="dxa"/>
              <w:bottom w:w="70" w:type="dxa"/>
              <w:right w:w="70" w:type="dxa"/>
            </w:tcMar>
            <w:vAlign w:val="center"/>
          </w:tcPr>
          <w:p w14:paraId="5634D4C2"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43D2FFC0"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10AA4A76"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6FF73EF2"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7B36BEF3" w14:textId="77777777" w:rsidR="00D47296" w:rsidRDefault="008C31C1">
            <w:r>
              <w:rPr>
                <w:i/>
                <w:color w:val="777777"/>
                <w:sz w:val="24"/>
              </w:rPr>
              <w:t>&lt;Insert&gt;</w:t>
            </w:r>
          </w:p>
        </w:tc>
      </w:tr>
      <w:tr w:rsidR="00D47296" w14:paraId="2C6EAC90" w14:textId="77777777">
        <w:trPr>
          <w:jc w:val="center"/>
        </w:trPr>
        <w:tc>
          <w:tcPr>
            <w:tcW w:w="2160" w:type="dxa"/>
            <w:tcMar>
              <w:top w:w="70" w:type="dxa"/>
              <w:left w:w="70" w:type="dxa"/>
              <w:bottom w:w="70" w:type="dxa"/>
              <w:right w:w="70" w:type="dxa"/>
            </w:tcMar>
            <w:vAlign w:val="center"/>
          </w:tcPr>
          <w:p w14:paraId="3A7D8289"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7C05A3B3"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7F65F35F"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053692B4"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19A6BB5D" w14:textId="77777777" w:rsidR="00D47296" w:rsidRDefault="008C31C1">
            <w:r>
              <w:rPr>
                <w:i/>
                <w:color w:val="777777"/>
                <w:sz w:val="24"/>
              </w:rPr>
              <w:t>&lt;Insert&gt;</w:t>
            </w:r>
          </w:p>
        </w:tc>
      </w:tr>
      <w:tr w:rsidR="00D47296" w14:paraId="69FEA0E4" w14:textId="77777777">
        <w:trPr>
          <w:jc w:val="center"/>
        </w:trPr>
        <w:tc>
          <w:tcPr>
            <w:tcW w:w="2160" w:type="dxa"/>
            <w:shd w:val="clear" w:color="auto" w:fill="E8F2EE"/>
            <w:tcMar>
              <w:top w:w="70" w:type="dxa"/>
              <w:left w:w="70" w:type="dxa"/>
              <w:bottom w:w="70" w:type="dxa"/>
              <w:right w:w="70" w:type="dxa"/>
            </w:tcMar>
            <w:vAlign w:val="center"/>
          </w:tcPr>
          <w:p w14:paraId="2CDED89F"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7C290A19"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4D756614"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2BD9F6FE"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63E52D10" w14:textId="77777777" w:rsidR="00D47296" w:rsidRDefault="008C31C1">
            <w:r>
              <w:rPr>
                <w:i/>
                <w:color w:val="777777"/>
                <w:sz w:val="24"/>
              </w:rPr>
              <w:t>&lt;Insert&gt;</w:t>
            </w:r>
          </w:p>
        </w:tc>
      </w:tr>
      <w:tr w:rsidR="00D47296" w14:paraId="2765318C" w14:textId="77777777">
        <w:trPr>
          <w:jc w:val="center"/>
        </w:trPr>
        <w:tc>
          <w:tcPr>
            <w:tcW w:w="2160" w:type="dxa"/>
            <w:tcMar>
              <w:top w:w="70" w:type="dxa"/>
              <w:left w:w="70" w:type="dxa"/>
              <w:bottom w:w="70" w:type="dxa"/>
              <w:right w:w="70" w:type="dxa"/>
            </w:tcMar>
            <w:vAlign w:val="center"/>
          </w:tcPr>
          <w:p w14:paraId="686F421D"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0F4832F9"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5FD8252A"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0216AAA2"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3A9CAB52" w14:textId="77777777" w:rsidR="00D47296" w:rsidRDefault="008C31C1">
            <w:r>
              <w:rPr>
                <w:i/>
                <w:color w:val="777777"/>
                <w:sz w:val="24"/>
              </w:rPr>
              <w:t>&lt;Insert&gt;</w:t>
            </w:r>
          </w:p>
        </w:tc>
      </w:tr>
      <w:tr w:rsidR="00D47296" w14:paraId="68AB32C5" w14:textId="77777777">
        <w:trPr>
          <w:jc w:val="center"/>
        </w:trPr>
        <w:tc>
          <w:tcPr>
            <w:tcW w:w="2160" w:type="dxa"/>
            <w:shd w:val="clear" w:color="auto" w:fill="E8F2EE"/>
            <w:tcMar>
              <w:top w:w="70" w:type="dxa"/>
              <w:left w:w="70" w:type="dxa"/>
              <w:bottom w:w="70" w:type="dxa"/>
              <w:right w:w="70" w:type="dxa"/>
            </w:tcMar>
            <w:vAlign w:val="center"/>
          </w:tcPr>
          <w:p w14:paraId="702AA0A6"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2E61E383"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7C61DEF2"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51B2D942"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55458FD1" w14:textId="77777777" w:rsidR="00D47296" w:rsidRDefault="008C31C1">
            <w:r>
              <w:rPr>
                <w:i/>
                <w:color w:val="777777"/>
                <w:sz w:val="24"/>
              </w:rPr>
              <w:t>&lt;Insert&gt;</w:t>
            </w:r>
          </w:p>
        </w:tc>
      </w:tr>
      <w:tr w:rsidR="00D47296" w14:paraId="7800B2B3" w14:textId="77777777">
        <w:trPr>
          <w:jc w:val="center"/>
        </w:trPr>
        <w:tc>
          <w:tcPr>
            <w:tcW w:w="2160" w:type="dxa"/>
            <w:tcMar>
              <w:top w:w="70" w:type="dxa"/>
              <w:left w:w="70" w:type="dxa"/>
              <w:bottom w:w="70" w:type="dxa"/>
              <w:right w:w="70" w:type="dxa"/>
            </w:tcMar>
            <w:vAlign w:val="center"/>
          </w:tcPr>
          <w:p w14:paraId="0AC79459"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2592D993"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DB19B92"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71A9E83C"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1E3F287B" w14:textId="77777777" w:rsidR="00D47296" w:rsidRDefault="008C31C1">
            <w:r>
              <w:rPr>
                <w:i/>
                <w:color w:val="777777"/>
                <w:sz w:val="24"/>
              </w:rPr>
              <w:t>&lt;Insert&gt;</w:t>
            </w:r>
          </w:p>
        </w:tc>
      </w:tr>
      <w:tr w:rsidR="00D47296" w14:paraId="50AF87DC" w14:textId="77777777">
        <w:trPr>
          <w:jc w:val="center"/>
        </w:trPr>
        <w:tc>
          <w:tcPr>
            <w:tcW w:w="2160" w:type="dxa"/>
            <w:shd w:val="clear" w:color="auto" w:fill="E8F2EE"/>
            <w:tcMar>
              <w:top w:w="70" w:type="dxa"/>
              <w:left w:w="70" w:type="dxa"/>
              <w:bottom w:w="70" w:type="dxa"/>
              <w:right w:w="70" w:type="dxa"/>
            </w:tcMar>
            <w:vAlign w:val="center"/>
          </w:tcPr>
          <w:p w14:paraId="4DD469D3" w14:textId="77777777" w:rsidR="00D47296" w:rsidRDefault="008C31C1">
            <w:r>
              <w:rPr>
                <w:i/>
                <w:color w:val="777777"/>
                <w:sz w:val="24"/>
              </w:rPr>
              <w:lastRenderedPageBreak/>
              <w:t>&lt;Insert&gt;</w:t>
            </w:r>
          </w:p>
        </w:tc>
        <w:tc>
          <w:tcPr>
            <w:tcW w:w="2016" w:type="dxa"/>
            <w:shd w:val="clear" w:color="auto" w:fill="E8F2EE"/>
            <w:tcMar>
              <w:top w:w="70" w:type="dxa"/>
              <w:left w:w="70" w:type="dxa"/>
              <w:bottom w:w="70" w:type="dxa"/>
              <w:right w:w="70" w:type="dxa"/>
            </w:tcMar>
            <w:vAlign w:val="center"/>
          </w:tcPr>
          <w:p w14:paraId="68EC9399"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56E74D84"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0295A13D"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4157644C" w14:textId="77777777" w:rsidR="00D47296" w:rsidRDefault="008C31C1">
            <w:r>
              <w:rPr>
                <w:i/>
                <w:color w:val="777777"/>
                <w:sz w:val="24"/>
              </w:rPr>
              <w:t>&lt;Insert&gt;</w:t>
            </w:r>
          </w:p>
        </w:tc>
      </w:tr>
      <w:tr w:rsidR="00D47296" w14:paraId="1E701ED2" w14:textId="77777777">
        <w:trPr>
          <w:jc w:val="center"/>
        </w:trPr>
        <w:tc>
          <w:tcPr>
            <w:tcW w:w="2160" w:type="dxa"/>
            <w:tcMar>
              <w:top w:w="70" w:type="dxa"/>
              <w:left w:w="70" w:type="dxa"/>
              <w:bottom w:w="70" w:type="dxa"/>
              <w:right w:w="70" w:type="dxa"/>
            </w:tcMar>
            <w:vAlign w:val="center"/>
          </w:tcPr>
          <w:p w14:paraId="78FBE201"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721A2D75"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714ECD53"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7727D1AD"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4DA3C2AC" w14:textId="77777777" w:rsidR="00D47296" w:rsidRDefault="008C31C1">
            <w:r>
              <w:rPr>
                <w:i/>
                <w:color w:val="777777"/>
                <w:sz w:val="24"/>
              </w:rPr>
              <w:t>&lt;Insert&gt;</w:t>
            </w:r>
          </w:p>
        </w:tc>
      </w:tr>
    </w:tbl>
    <w:p w14:paraId="4E5B2C10" w14:textId="77777777" w:rsidR="00D47296" w:rsidRDefault="00D47296">
      <w:pPr>
        <w:spacing w:after="0"/>
      </w:pPr>
    </w:p>
    <w:p w14:paraId="1AB6507C" w14:textId="77777777" w:rsidR="00D47296" w:rsidRDefault="008C31C1">
      <w:pPr>
        <w:pStyle w:val="Heading2"/>
      </w:pPr>
      <w:r>
        <w:t>C. Mutual Aid / Agreements / Arrangements</w:t>
      </w:r>
    </w:p>
    <w:p w14:paraId="5F3A6363" w14:textId="77777777" w:rsidR="00D47296" w:rsidRDefault="008C31C1">
      <w:pPr>
        <w:spacing w:after="80" w:line="240" w:lineRule="auto"/>
      </w:pPr>
      <w:r>
        <w:t>FQHCs are not subject to the CMS E-0025 receiving-facility arrangement requirement as a core §491.12 P&amp;P. However, facility-specific referral, transfer, vendor, after-hours coverage, reciprocal support, or community agreements may be important to continuity and should be documented where applicable.</w:t>
      </w:r>
    </w:p>
    <w:p w14:paraId="5E03AB99" w14:textId="77777777" w:rsidR="00D47296" w:rsidRDefault="008C31C1">
      <w:r>
        <w:br w:type="page"/>
      </w:r>
    </w:p>
    <w:p w14:paraId="4DDAF63B" w14:textId="77777777" w:rsidR="00D47296" w:rsidRDefault="008C31C1">
      <w:pPr>
        <w:pStyle w:val="Heading1"/>
      </w:pPr>
      <w:r>
        <w:lastRenderedPageBreak/>
        <w:t>8. MANAGEMENT OF STAFF &amp; VOLUNTEERS</w:t>
      </w:r>
    </w:p>
    <w:tbl>
      <w:tblPr>
        <w:tblW w:w="0" w:type="auto"/>
        <w:jc w:val="center"/>
        <w:tblLook w:val="04A0" w:firstRow="1" w:lastRow="0" w:firstColumn="1" w:lastColumn="0" w:noHBand="0" w:noVBand="1"/>
      </w:tblPr>
      <w:tblGrid>
        <w:gridCol w:w="10800"/>
      </w:tblGrid>
      <w:tr w:rsidR="00D47296" w14:paraId="7D6E7A99" w14:textId="77777777">
        <w:trPr>
          <w:jc w:val="center"/>
        </w:trPr>
        <w:tc>
          <w:tcPr>
            <w:tcW w:w="10800" w:type="dxa"/>
            <w:shd w:val="clear" w:color="auto" w:fill="E8F2EE"/>
          </w:tcPr>
          <w:p w14:paraId="6425139E" w14:textId="77777777" w:rsidR="00D47296" w:rsidRDefault="008C31C1">
            <w:r>
              <w:rPr>
                <w:b/>
                <w:color w:val="015A41"/>
              </w:rPr>
              <w:t xml:space="preserve">REGULATORY BASIS </w:t>
            </w:r>
            <w:r>
              <w:t>42 CFR §491.12(b)(4), §491.12(d)(1); CMS Appendix Z.</w:t>
            </w:r>
          </w:p>
        </w:tc>
      </w:tr>
    </w:tbl>
    <w:p w14:paraId="1262367F" w14:textId="77777777" w:rsidR="00D47296" w:rsidRDefault="00D47296">
      <w:pPr>
        <w:spacing w:after="0"/>
      </w:pPr>
    </w:p>
    <w:p w14:paraId="5CD163CD" w14:textId="77777777" w:rsidR="00D47296" w:rsidRDefault="008C31C1">
      <w:pPr>
        <w:pStyle w:val="Heading2"/>
      </w:pPr>
      <w:r>
        <w:t>A. Emergency Staffing Strategies</w:t>
      </w:r>
    </w:p>
    <w:tbl>
      <w:tblPr>
        <w:tblW w:w="0" w:type="auto"/>
        <w:jc w:val="center"/>
        <w:tblLayout w:type="fixed"/>
        <w:tblLook w:val="04A0" w:firstRow="1" w:lastRow="0" w:firstColumn="1" w:lastColumn="0" w:noHBand="0" w:noVBand="1"/>
      </w:tblPr>
      <w:tblGrid>
        <w:gridCol w:w="4032"/>
        <w:gridCol w:w="6480"/>
      </w:tblGrid>
      <w:tr w:rsidR="00D47296" w14:paraId="2D383F3F" w14:textId="77777777">
        <w:trPr>
          <w:tblHeader/>
          <w:jc w:val="center"/>
        </w:trPr>
        <w:tc>
          <w:tcPr>
            <w:tcW w:w="4032" w:type="dxa"/>
            <w:shd w:val="clear" w:color="auto" w:fill="015A41"/>
            <w:tcMar>
              <w:top w:w="70" w:type="dxa"/>
              <w:left w:w="70" w:type="dxa"/>
              <w:bottom w:w="70" w:type="dxa"/>
              <w:right w:w="70" w:type="dxa"/>
            </w:tcMar>
            <w:vAlign w:val="center"/>
          </w:tcPr>
          <w:p w14:paraId="67EE9C1E" w14:textId="77777777" w:rsidR="00D47296" w:rsidRDefault="008C31C1">
            <w:r>
              <w:rPr>
                <w:b/>
                <w:color w:val="FFFFFF"/>
                <w:sz w:val="18"/>
              </w:rPr>
              <w:t>Strategy</w:t>
            </w:r>
          </w:p>
        </w:tc>
        <w:tc>
          <w:tcPr>
            <w:tcW w:w="6480" w:type="dxa"/>
            <w:shd w:val="clear" w:color="auto" w:fill="015A41"/>
            <w:tcMar>
              <w:top w:w="70" w:type="dxa"/>
              <w:left w:w="70" w:type="dxa"/>
              <w:bottom w:w="70" w:type="dxa"/>
              <w:right w:w="70" w:type="dxa"/>
            </w:tcMar>
            <w:vAlign w:val="center"/>
          </w:tcPr>
          <w:p w14:paraId="47E81346" w14:textId="77777777" w:rsidR="00D47296" w:rsidRDefault="008C31C1">
            <w:r>
              <w:rPr>
                <w:b/>
                <w:color w:val="FFFFFF"/>
                <w:sz w:val="18"/>
              </w:rPr>
              <w:t>Facility Process / Controlled Location</w:t>
            </w:r>
          </w:p>
        </w:tc>
      </w:tr>
      <w:tr w:rsidR="00D47296" w14:paraId="62AB6D95" w14:textId="77777777">
        <w:trPr>
          <w:jc w:val="center"/>
        </w:trPr>
        <w:tc>
          <w:tcPr>
            <w:tcW w:w="4032" w:type="dxa"/>
            <w:shd w:val="clear" w:color="auto" w:fill="E8F2EE"/>
            <w:tcMar>
              <w:top w:w="70" w:type="dxa"/>
              <w:left w:w="70" w:type="dxa"/>
              <w:bottom w:w="70" w:type="dxa"/>
              <w:right w:w="70" w:type="dxa"/>
            </w:tcMar>
            <w:vAlign w:val="center"/>
          </w:tcPr>
          <w:p w14:paraId="61DF0D0E" w14:textId="77777777" w:rsidR="00D47296" w:rsidRDefault="008C31C1">
            <w:r>
              <w:rPr>
                <w:sz w:val="18"/>
              </w:rPr>
              <w:t>Staff call-back / notification</w:t>
            </w:r>
          </w:p>
        </w:tc>
        <w:tc>
          <w:tcPr>
            <w:tcW w:w="6480" w:type="dxa"/>
            <w:shd w:val="clear" w:color="auto" w:fill="E8F2EE"/>
            <w:tcMar>
              <w:top w:w="70" w:type="dxa"/>
              <w:left w:w="70" w:type="dxa"/>
              <w:bottom w:w="70" w:type="dxa"/>
              <w:right w:w="70" w:type="dxa"/>
            </w:tcMar>
            <w:vAlign w:val="center"/>
          </w:tcPr>
          <w:p w14:paraId="4504C2A1" w14:textId="77777777" w:rsidR="00D47296" w:rsidRDefault="008C31C1">
            <w:r>
              <w:rPr>
                <w:i/>
                <w:color w:val="777777"/>
                <w:sz w:val="24"/>
              </w:rPr>
              <w:t>&lt;Insert&gt;</w:t>
            </w:r>
          </w:p>
        </w:tc>
      </w:tr>
      <w:tr w:rsidR="00D47296" w14:paraId="5ECFEEFD" w14:textId="77777777">
        <w:trPr>
          <w:jc w:val="center"/>
        </w:trPr>
        <w:tc>
          <w:tcPr>
            <w:tcW w:w="4032" w:type="dxa"/>
            <w:tcMar>
              <w:top w:w="70" w:type="dxa"/>
              <w:left w:w="70" w:type="dxa"/>
              <w:bottom w:w="70" w:type="dxa"/>
              <w:right w:w="70" w:type="dxa"/>
            </w:tcMar>
            <w:vAlign w:val="center"/>
          </w:tcPr>
          <w:p w14:paraId="6597D7D3" w14:textId="77777777" w:rsidR="00D47296" w:rsidRDefault="008C31C1">
            <w:r>
              <w:rPr>
                <w:sz w:val="18"/>
              </w:rPr>
              <w:t>Cross-coverage / reassignment</w:t>
            </w:r>
          </w:p>
        </w:tc>
        <w:tc>
          <w:tcPr>
            <w:tcW w:w="6480" w:type="dxa"/>
            <w:tcMar>
              <w:top w:w="70" w:type="dxa"/>
              <w:left w:w="70" w:type="dxa"/>
              <w:bottom w:w="70" w:type="dxa"/>
              <w:right w:w="70" w:type="dxa"/>
            </w:tcMar>
            <w:vAlign w:val="center"/>
          </w:tcPr>
          <w:p w14:paraId="0D3FACAC" w14:textId="77777777" w:rsidR="00D47296" w:rsidRDefault="008C31C1">
            <w:r>
              <w:rPr>
                <w:i/>
                <w:color w:val="777777"/>
                <w:sz w:val="24"/>
              </w:rPr>
              <w:t>&lt;Insert&gt;</w:t>
            </w:r>
          </w:p>
        </w:tc>
      </w:tr>
      <w:tr w:rsidR="00D47296" w14:paraId="376E168C" w14:textId="77777777">
        <w:trPr>
          <w:jc w:val="center"/>
        </w:trPr>
        <w:tc>
          <w:tcPr>
            <w:tcW w:w="4032" w:type="dxa"/>
            <w:shd w:val="clear" w:color="auto" w:fill="E8F2EE"/>
            <w:tcMar>
              <w:top w:w="70" w:type="dxa"/>
              <w:left w:w="70" w:type="dxa"/>
              <w:bottom w:w="70" w:type="dxa"/>
              <w:right w:w="70" w:type="dxa"/>
            </w:tcMar>
            <w:vAlign w:val="center"/>
          </w:tcPr>
          <w:p w14:paraId="6A105C10" w14:textId="77777777" w:rsidR="00D47296" w:rsidRDefault="008C31C1">
            <w:r>
              <w:rPr>
                <w:sz w:val="18"/>
              </w:rPr>
              <w:t>Contracted / agency staffing</w:t>
            </w:r>
          </w:p>
        </w:tc>
        <w:tc>
          <w:tcPr>
            <w:tcW w:w="6480" w:type="dxa"/>
            <w:shd w:val="clear" w:color="auto" w:fill="E8F2EE"/>
            <w:tcMar>
              <w:top w:w="70" w:type="dxa"/>
              <w:left w:w="70" w:type="dxa"/>
              <w:bottom w:w="70" w:type="dxa"/>
              <w:right w:w="70" w:type="dxa"/>
            </w:tcMar>
            <w:vAlign w:val="center"/>
          </w:tcPr>
          <w:p w14:paraId="10A8D132" w14:textId="77777777" w:rsidR="00D47296" w:rsidRDefault="008C31C1">
            <w:r>
              <w:rPr>
                <w:i/>
                <w:color w:val="777777"/>
                <w:sz w:val="24"/>
              </w:rPr>
              <w:t>&lt;Insert&gt;</w:t>
            </w:r>
          </w:p>
        </w:tc>
      </w:tr>
      <w:tr w:rsidR="00D47296" w14:paraId="003E1EE9" w14:textId="77777777">
        <w:trPr>
          <w:jc w:val="center"/>
        </w:trPr>
        <w:tc>
          <w:tcPr>
            <w:tcW w:w="4032" w:type="dxa"/>
            <w:tcMar>
              <w:top w:w="70" w:type="dxa"/>
              <w:left w:w="70" w:type="dxa"/>
              <w:bottom w:w="70" w:type="dxa"/>
              <w:right w:w="70" w:type="dxa"/>
            </w:tcMar>
            <w:vAlign w:val="center"/>
          </w:tcPr>
          <w:p w14:paraId="1563D938" w14:textId="77777777" w:rsidR="00D47296" w:rsidRDefault="008C31C1">
            <w:r>
              <w:rPr>
                <w:sz w:val="18"/>
              </w:rPr>
              <w:t>Remote work / telehealth staffing</w:t>
            </w:r>
          </w:p>
        </w:tc>
        <w:tc>
          <w:tcPr>
            <w:tcW w:w="6480" w:type="dxa"/>
            <w:tcMar>
              <w:top w:w="70" w:type="dxa"/>
              <w:left w:w="70" w:type="dxa"/>
              <w:bottom w:w="70" w:type="dxa"/>
              <w:right w:w="70" w:type="dxa"/>
            </w:tcMar>
            <w:vAlign w:val="center"/>
          </w:tcPr>
          <w:p w14:paraId="32910373" w14:textId="77777777" w:rsidR="00D47296" w:rsidRDefault="008C31C1">
            <w:r>
              <w:rPr>
                <w:i/>
                <w:color w:val="777777"/>
                <w:sz w:val="24"/>
              </w:rPr>
              <w:t>&lt;Insert when permitted&gt;</w:t>
            </w:r>
          </w:p>
        </w:tc>
      </w:tr>
      <w:tr w:rsidR="00D47296" w14:paraId="3CEC43F7" w14:textId="77777777">
        <w:trPr>
          <w:jc w:val="center"/>
        </w:trPr>
        <w:tc>
          <w:tcPr>
            <w:tcW w:w="4032" w:type="dxa"/>
            <w:shd w:val="clear" w:color="auto" w:fill="E8F2EE"/>
            <w:tcMar>
              <w:top w:w="70" w:type="dxa"/>
              <w:left w:w="70" w:type="dxa"/>
              <w:bottom w:w="70" w:type="dxa"/>
              <w:right w:w="70" w:type="dxa"/>
            </w:tcMar>
            <w:vAlign w:val="center"/>
          </w:tcPr>
          <w:p w14:paraId="6A3472BC" w14:textId="77777777" w:rsidR="00D47296" w:rsidRDefault="008C31C1">
            <w:r>
              <w:rPr>
                <w:sz w:val="18"/>
              </w:rPr>
              <w:t>Volunteer use</w:t>
            </w:r>
          </w:p>
        </w:tc>
        <w:tc>
          <w:tcPr>
            <w:tcW w:w="6480" w:type="dxa"/>
            <w:shd w:val="clear" w:color="auto" w:fill="E8F2EE"/>
            <w:tcMar>
              <w:top w:w="70" w:type="dxa"/>
              <w:left w:w="70" w:type="dxa"/>
              <w:bottom w:w="70" w:type="dxa"/>
              <w:right w:w="70" w:type="dxa"/>
            </w:tcMar>
            <w:vAlign w:val="center"/>
          </w:tcPr>
          <w:p w14:paraId="792288EF" w14:textId="77777777" w:rsidR="00D47296" w:rsidRDefault="008C31C1">
            <w:r>
              <w:rPr>
                <w:i/>
                <w:color w:val="777777"/>
                <w:sz w:val="24"/>
              </w:rPr>
              <w:t>&lt;Insert&gt;</w:t>
            </w:r>
          </w:p>
        </w:tc>
      </w:tr>
      <w:tr w:rsidR="00D47296" w14:paraId="37E8F83B" w14:textId="77777777">
        <w:trPr>
          <w:jc w:val="center"/>
        </w:trPr>
        <w:tc>
          <w:tcPr>
            <w:tcW w:w="4032" w:type="dxa"/>
            <w:tcMar>
              <w:top w:w="70" w:type="dxa"/>
              <w:left w:w="70" w:type="dxa"/>
              <w:bottom w:w="70" w:type="dxa"/>
              <w:right w:w="70" w:type="dxa"/>
            </w:tcMar>
            <w:vAlign w:val="center"/>
          </w:tcPr>
          <w:p w14:paraId="4EF84068" w14:textId="77777777" w:rsidR="00D47296" w:rsidRDefault="008C31C1">
            <w:r>
              <w:rPr>
                <w:sz w:val="18"/>
              </w:rPr>
              <w:t>State/Federally designated health professionals</w:t>
            </w:r>
          </w:p>
        </w:tc>
        <w:tc>
          <w:tcPr>
            <w:tcW w:w="6480" w:type="dxa"/>
            <w:tcMar>
              <w:top w:w="70" w:type="dxa"/>
              <w:left w:w="70" w:type="dxa"/>
              <w:bottom w:w="70" w:type="dxa"/>
              <w:right w:w="70" w:type="dxa"/>
            </w:tcMar>
            <w:vAlign w:val="center"/>
          </w:tcPr>
          <w:p w14:paraId="24CBC248" w14:textId="77777777" w:rsidR="00D47296" w:rsidRDefault="008C31C1">
            <w:r>
              <w:rPr>
                <w:i/>
                <w:color w:val="777777"/>
                <w:sz w:val="24"/>
              </w:rPr>
              <w:t>&lt;Integration process&gt;</w:t>
            </w:r>
          </w:p>
        </w:tc>
      </w:tr>
      <w:tr w:rsidR="00D47296" w14:paraId="3C192376" w14:textId="77777777">
        <w:trPr>
          <w:jc w:val="center"/>
        </w:trPr>
        <w:tc>
          <w:tcPr>
            <w:tcW w:w="4032" w:type="dxa"/>
            <w:shd w:val="clear" w:color="auto" w:fill="E8F2EE"/>
            <w:tcMar>
              <w:top w:w="70" w:type="dxa"/>
              <w:left w:w="70" w:type="dxa"/>
              <w:bottom w:w="70" w:type="dxa"/>
              <w:right w:w="70" w:type="dxa"/>
            </w:tcMar>
            <w:vAlign w:val="center"/>
          </w:tcPr>
          <w:p w14:paraId="7F87D27C" w14:textId="77777777" w:rsidR="00D47296" w:rsidRDefault="008C31C1">
            <w:r>
              <w:rPr>
                <w:sz w:val="18"/>
              </w:rPr>
              <w:t>Credential / identity verification</w:t>
            </w:r>
          </w:p>
        </w:tc>
        <w:tc>
          <w:tcPr>
            <w:tcW w:w="6480" w:type="dxa"/>
            <w:shd w:val="clear" w:color="auto" w:fill="E8F2EE"/>
            <w:tcMar>
              <w:top w:w="70" w:type="dxa"/>
              <w:left w:w="70" w:type="dxa"/>
              <w:bottom w:w="70" w:type="dxa"/>
              <w:right w:w="70" w:type="dxa"/>
            </w:tcMar>
            <w:vAlign w:val="center"/>
          </w:tcPr>
          <w:p w14:paraId="18A2E432" w14:textId="77777777" w:rsidR="00D47296" w:rsidRDefault="008C31C1">
            <w:r>
              <w:rPr>
                <w:i/>
                <w:color w:val="777777"/>
                <w:sz w:val="24"/>
              </w:rPr>
              <w:t>&lt;Insert&gt;</w:t>
            </w:r>
          </w:p>
        </w:tc>
      </w:tr>
      <w:tr w:rsidR="00D47296" w14:paraId="05E32882" w14:textId="77777777">
        <w:trPr>
          <w:jc w:val="center"/>
        </w:trPr>
        <w:tc>
          <w:tcPr>
            <w:tcW w:w="4032" w:type="dxa"/>
            <w:tcMar>
              <w:top w:w="70" w:type="dxa"/>
              <w:left w:w="70" w:type="dxa"/>
              <w:bottom w:w="70" w:type="dxa"/>
              <w:right w:w="70" w:type="dxa"/>
            </w:tcMar>
            <w:vAlign w:val="center"/>
          </w:tcPr>
          <w:p w14:paraId="2B7242C8" w14:textId="77777777" w:rsidR="00D47296" w:rsidRDefault="008C31C1">
            <w:r>
              <w:rPr>
                <w:sz w:val="18"/>
              </w:rPr>
              <w:t>Scope-of-practice / supervision</w:t>
            </w:r>
          </w:p>
        </w:tc>
        <w:tc>
          <w:tcPr>
            <w:tcW w:w="6480" w:type="dxa"/>
            <w:tcMar>
              <w:top w:w="70" w:type="dxa"/>
              <w:left w:w="70" w:type="dxa"/>
              <w:bottom w:w="70" w:type="dxa"/>
              <w:right w:w="70" w:type="dxa"/>
            </w:tcMar>
            <w:vAlign w:val="center"/>
          </w:tcPr>
          <w:p w14:paraId="5978AF1F" w14:textId="77777777" w:rsidR="00D47296" w:rsidRDefault="008C31C1">
            <w:r>
              <w:rPr>
                <w:i/>
                <w:color w:val="777777"/>
                <w:sz w:val="24"/>
              </w:rPr>
              <w:t>&lt;Insert&gt;</w:t>
            </w:r>
          </w:p>
        </w:tc>
      </w:tr>
      <w:tr w:rsidR="00D47296" w14:paraId="575092BC" w14:textId="77777777">
        <w:trPr>
          <w:jc w:val="center"/>
        </w:trPr>
        <w:tc>
          <w:tcPr>
            <w:tcW w:w="4032" w:type="dxa"/>
            <w:shd w:val="clear" w:color="auto" w:fill="E8F2EE"/>
            <w:tcMar>
              <w:top w:w="70" w:type="dxa"/>
              <w:left w:w="70" w:type="dxa"/>
              <w:bottom w:w="70" w:type="dxa"/>
              <w:right w:w="70" w:type="dxa"/>
            </w:tcMar>
            <w:vAlign w:val="center"/>
          </w:tcPr>
          <w:p w14:paraId="7695BA72" w14:textId="77777777" w:rsidR="00D47296" w:rsidRDefault="008C31C1">
            <w:r>
              <w:rPr>
                <w:sz w:val="18"/>
              </w:rPr>
              <w:t>Fatigue / relief staffing</w:t>
            </w:r>
          </w:p>
        </w:tc>
        <w:tc>
          <w:tcPr>
            <w:tcW w:w="6480" w:type="dxa"/>
            <w:shd w:val="clear" w:color="auto" w:fill="E8F2EE"/>
            <w:tcMar>
              <w:top w:w="70" w:type="dxa"/>
              <w:left w:w="70" w:type="dxa"/>
              <w:bottom w:w="70" w:type="dxa"/>
              <w:right w:w="70" w:type="dxa"/>
            </w:tcMar>
            <w:vAlign w:val="center"/>
          </w:tcPr>
          <w:p w14:paraId="691EA298" w14:textId="77777777" w:rsidR="00D47296" w:rsidRDefault="008C31C1">
            <w:r>
              <w:rPr>
                <w:i/>
                <w:color w:val="777777"/>
                <w:sz w:val="24"/>
              </w:rPr>
              <w:t>&lt;Insert&gt;</w:t>
            </w:r>
          </w:p>
        </w:tc>
      </w:tr>
      <w:tr w:rsidR="00D47296" w14:paraId="1E735AF8" w14:textId="77777777">
        <w:trPr>
          <w:jc w:val="center"/>
        </w:trPr>
        <w:tc>
          <w:tcPr>
            <w:tcW w:w="4032" w:type="dxa"/>
            <w:tcMar>
              <w:top w:w="70" w:type="dxa"/>
              <w:left w:w="70" w:type="dxa"/>
              <w:bottom w:w="70" w:type="dxa"/>
              <w:right w:w="70" w:type="dxa"/>
            </w:tcMar>
            <w:vAlign w:val="center"/>
          </w:tcPr>
          <w:p w14:paraId="491A1741" w14:textId="77777777" w:rsidR="00D47296" w:rsidRDefault="008C31C1">
            <w:r>
              <w:rPr>
                <w:sz w:val="18"/>
              </w:rPr>
              <w:t>Transportation / lodging / childcare support</w:t>
            </w:r>
          </w:p>
        </w:tc>
        <w:tc>
          <w:tcPr>
            <w:tcW w:w="6480" w:type="dxa"/>
            <w:tcMar>
              <w:top w:w="70" w:type="dxa"/>
              <w:left w:w="70" w:type="dxa"/>
              <w:bottom w:w="70" w:type="dxa"/>
              <w:right w:w="70" w:type="dxa"/>
            </w:tcMar>
            <w:vAlign w:val="center"/>
          </w:tcPr>
          <w:p w14:paraId="08FAF41B" w14:textId="77777777" w:rsidR="00D47296" w:rsidRDefault="008C31C1">
            <w:r>
              <w:rPr>
                <w:i/>
                <w:color w:val="777777"/>
                <w:sz w:val="24"/>
              </w:rPr>
              <w:t>&lt;Insert if planned&gt;</w:t>
            </w:r>
          </w:p>
        </w:tc>
      </w:tr>
      <w:tr w:rsidR="00D47296" w14:paraId="67136D84" w14:textId="77777777">
        <w:trPr>
          <w:jc w:val="center"/>
        </w:trPr>
        <w:tc>
          <w:tcPr>
            <w:tcW w:w="4032" w:type="dxa"/>
            <w:shd w:val="clear" w:color="auto" w:fill="E8F2EE"/>
            <w:tcMar>
              <w:top w:w="70" w:type="dxa"/>
              <w:left w:w="70" w:type="dxa"/>
              <w:bottom w:w="70" w:type="dxa"/>
              <w:right w:w="70" w:type="dxa"/>
            </w:tcMar>
            <w:vAlign w:val="center"/>
          </w:tcPr>
          <w:p w14:paraId="4A75A78C" w14:textId="77777777" w:rsidR="00D47296" w:rsidRDefault="008C31C1">
            <w:r>
              <w:rPr>
                <w:sz w:val="18"/>
              </w:rPr>
              <w:t>Staff behavioral health / safety support</w:t>
            </w:r>
          </w:p>
        </w:tc>
        <w:tc>
          <w:tcPr>
            <w:tcW w:w="6480" w:type="dxa"/>
            <w:shd w:val="clear" w:color="auto" w:fill="E8F2EE"/>
            <w:tcMar>
              <w:top w:w="70" w:type="dxa"/>
              <w:left w:w="70" w:type="dxa"/>
              <w:bottom w:w="70" w:type="dxa"/>
              <w:right w:w="70" w:type="dxa"/>
            </w:tcMar>
            <w:vAlign w:val="center"/>
          </w:tcPr>
          <w:p w14:paraId="1EA97C54" w14:textId="77777777" w:rsidR="00D47296" w:rsidRDefault="008C31C1">
            <w:r>
              <w:rPr>
                <w:i/>
                <w:color w:val="777777"/>
                <w:sz w:val="24"/>
              </w:rPr>
              <w:t>&lt;Insert&gt;</w:t>
            </w:r>
          </w:p>
        </w:tc>
      </w:tr>
    </w:tbl>
    <w:p w14:paraId="6F5D5A56" w14:textId="77777777" w:rsidR="00D47296" w:rsidRDefault="00D47296">
      <w:pPr>
        <w:spacing w:after="0"/>
      </w:pPr>
    </w:p>
    <w:p w14:paraId="6B5F78F8" w14:textId="77777777" w:rsidR="00D47296" w:rsidRDefault="008C31C1">
      <w:pPr>
        <w:pStyle w:val="Heading2"/>
      </w:pPr>
      <w:r>
        <w:t>B. Staff Accountability</w:t>
      </w:r>
    </w:p>
    <w:p w14:paraId="48B0B94E" w14:textId="77777777" w:rsidR="00D47296" w:rsidRDefault="008C31C1">
      <w:pPr>
        <w:spacing w:after="80" w:line="240" w:lineRule="auto"/>
      </w:pPr>
      <w:r>
        <w:t>The FQHC will maintain a process to account for staff during an emergency appropriate to the incident and operational model. The on-duty staff tracking requirement in CMS E-0018 is not a core FQHC §491.12 requirement, but accountability remains a recommended operational practice.</w:t>
      </w:r>
    </w:p>
    <w:p w14:paraId="3EC1BEE0" w14:textId="77777777" w:rsidR="00D47296" w:rsidRDefault="008C31C1">
      <w:pPr>
        <w:pStyle w:val="Heading2"/>
      </w:pPr>
      <w:r>
        <w:t>C. Training Requirements</w:t>
      </w:r>
    </w:p>
    <w:p w14:paraId="29C4738A" w14:textId="77777777" w:rsidR="00D47296" w:rsidRDefault="008C31C1">
      <w:pPr>
        <w:pStyle w:val="ListBullet"/>
        <w:spacing w:after="40"/>
        <w:ind w:left="0"/>
      </w:pPr>
      <w:r>
        <w:rPr>
          <w:sz w:val="21"/>
        </w:rPr>
        <w:t>Initial emergency preparedness training for all new and existing staff, individuals providing services under arrangement, and volunteers, consistent with expected roles.</w:t>
      </w:r>
    </w:p>
    <w:p w14:paraId="709138A4" w14:textId="77777777" w:rsidR="00D47296" w:rsidRDefault="008C31C1">
      <w:pPr>
        <w:pStyle w:val="ListBullet"/>
        <w:spacing w:after="40"/>
        <w:ind w:left="0"/>
      </w:pPr>
      <w:r>
        <w:rPr>
          <w:sz w:val="21"/>
        </w:rPr>
        <w:t>Emergency preparedness training at least every 2 years.</w:t>
      </w:r>
    </w:p>
    <w:p w14:paraId="0E36DEAC" w14:textId="77777777" w:rsidR="00D47296" w:rsidRDefault="008C31C1">
      <w:pPr>
        <w:pStyle w:val="ListBullet"/>
        <w:spacing w:after="40"/>
        <w:ind w:left="0"/>
      </w:pPr>
      <w:r>
        <w:rPr>
          <w:sz w:val="21"/>
        </w:rPr>
        <w:t>Documentation of training.</w:t>
      </w:r>
    </w:p>
    <w:p w14:paraId="6A091FF5" w14:textId="77777777" w:rsidR="00D47296" w:rsidRDefault="008C31C1">
      <w:pPr>
        <w:pStyle w:val="ListBullet"/>
        <w:spacing w:after="40"/>
        <w:ind w:left="0"/>
      </w:pPr>
      <w:r>
        <w:rPr>
          <w:sz w:val="21"/>
        </w:rPr>
        <w:t>Staff demonstration of knowledge of emergency procedures.</w:t>
      </w:r>
    </w:p>
    <w:p w14:paraId="7B1BF209" w14:textId="77777777" w:rsidR="00D47296" w:rsidRDefault="008C31C1">
      <w:pPr>
        <w:pStyle w:val="ListBullet"/>
        <w:spacing w:after="40"/>
        <w:ind w:left="0"/>
      </w:pPr>
      <w:r>
        <w:rPr>
          <w:sz w:val="21"/>
        </w:rPr>
        <w:t>Training on significantly updated emergency preparedness policies/procedures when such updates occur.</w:t>
      </w:r>
    </w:p>
    <w:p w14:paraId="7A214305" w14:textId="77777777" w:rsidR="00D47296" w:rsidRDefault="008C31C1">
      <w:r>
        <w:br w:type="page"/>
      </w:r>
    </w:p>
    <w:p w14:paraId="69150B7A" w14:textId="77777777" w:rsidR="00D47296" w:rsidRDefault="008C31C1">
      <w:pPr>
        <w:pStyle w:val="Heading1"/>
      </w:pPr>
      <w:r>
        <w:lastRenderedPageBreak/>
        <w:t>9. MANAGEMENT OF PATIENTS &amp; CLINICAL SERVICES</w:t>
      </w:r>
    </w:p>
    <w:tbl>
      <w:tblPr>
        <w:tblW w:w="0" w:type="auto"/>
        <w:jc w:val="center"/>
        <w:tblLook w:val="04A0" w:firstRow="1" w:lastRow="0" w:firstColumn="1" w:lastColumn="0" w:noHBand="0" w:noVBand="1"/>
      </w:tblPr>
      <w:tblGrid>
        <w:gridCol w:w="10800"/>
      </w:tblGrid>
      <w:tr w:rsidR="00D47296" w14:paraId="58C47D82" w14:textId="77777777">
        <w:trPr>
          <w:jc w:val="center"/>
        </w:trPr>
        <w:tc>
          <w:tcPr>
            <w:tcW w:w="10800" w:type="dxa"/>
            <w:shd w:val="clear" w:color="auto" w:fill="E8F2EE"/>
          </w:tcPr>
          <w:p w14:paraId="6766407A" w14:textId="77777777" w:rsidR="00D47296" w:rsidRDefault="008C31C1">
            <w:r>
              <w:rPr>
                <w:b/>
                <w:color w:val="015A41"/>
              </w:rPr>
              <w:t xml:space="preserve">REGULATORY BASIS </w:t>
            </w:r>
            <w:r>
              <w:t>42 CFR §491.12(a)(3), §491.12(b)(1)-(3), §491.12(c)(4)-(5), and supporting §491.10; HRSA Chapter 7 if applicable.</w:t>
            </w:r>
          </w:p>
        </w:tc>
      </w:tr>
    </w:tbl>
    <w:p w14:paraId="050FC15E" w14:textId="77777777" w:rsidR="00D47296" w:rsidRDefault="00D47296">
      <w:pPr>
        <w:spacing w:after="0"/>
      </w:pPr>
    </w:p>
    <w:p w14:paraId="4879DE28" w14:textId="77777777" w:rsidR="00D47296" w:rsidRDefault="008C31C1">
      <w:pPr>
        <w:pStyle w:val="Heading2"/>
      </w:pPr>
      <w:r>
        <w:t>A. Service Continuity / Prioritization</w:t>
      </w:r>
    </w:p>
    <w:tbl>
      <w:tblPr>
        <w:tblW w:w="0" w:type="auto"/>
        <w:jc w:val="center"/>
        <w:tblLayout w:type="fixed"/>
        <w:tblLook w:val="04A0" w:firstRow="1" w:lastRow="0" w:firstColumn="1" w:lastColumn="0" w:noHBand="0" w:noVBand="1"/>
      </w:tblPr>
      <w:tblGrid>
        <w:gridCol w:w="3168"/>
        <w:gridCol w:w="1296"/>
        <w:gridCol w:w="1296"/>
        <w:gridCol w:w="1728"/>
        <w:gridCol w:w="3168"/>
      </w:tblGrid>
      <w:tr w:rsidR="00D47296" w14:paraId="4813BC6B" w14:textId="77777777">
        <w:trPr>
          <w:tblHeader/>
          <w:jc w:val="center"/>
        </w:trPr>
        <w:tc>
          <w:tcPr>
            <w:tcW w:w="3168" w:type="dxa"/>
            <w:shd w:val="clear" w:color="auto" w:fill="015A41"/>
            <w:tcMar>
              <w:top w:w="70" w:type="dxa"/>
              <w:left w:w="70" w:type="dxa"/>
              <w:bottom w:w="70" w:type="dxa"/>
              <w:right w:w="70" w:type="dxa"/>
            </w:tcMar>
            <w:vAlign w:val="center"/>
          </w:tcPr>
          <w:p w14:paraId="064C886A" w14:textId="77777777" w:rsidR="00D47296" w:rsidRDefault="008C31C1">
            <w:r>
              <w:rPr>
                <w:b/>
                <w:color w:val="FFFFFF"/>
                <w:sz w:val="16"/>
              </w:rPr>
              <w:t>Service / Patient Need</w:t>
            </w:r>
          </w:p>
        </w:tc>
        <w:tc>
          <w:tcPr>
            <w:tcW w:w="1296" w:type="dxa"/>
            <w:shd w:val="clear" w:color="auto" w:fill="015A41"/>
            <w:tcMar>
              <w:top w:w="70" w:type="dxa"/>
              <w:left w:w="70" w:type="dxa"/>
              <w:bottom w:w="70" w:type="dxa"/>
              <w:right w:w="70" w:type="dxa"/>
            </w:tcMar>
            <w:vAlign w:val="center"/>
          </w:tcPr>
          <w:p w14:paraId="411A02DB" w14:textId="77777777" w:rsidR="00D47296" w:rsidRDefault="008C31C1">
            <w:r>
              <w:rPr>
                <w:b/>
                <w:color w:val="FFFFFF"/>
                <w:sz w:val="16"/>
              </w:rPr>
              <w:t>Continue</w:t>
            </w:r>
          </w:p>
        </w:tc>
        <w:tc>
          <w:tcPr>
            <w:tcW w:w="1296" w:type="dxa"/>
            <w:shd w:val="clear" w:color="auto" w:fill="015A41"/>
            <w:tcMar>
              <w:top w:w="70" w:type="dxa"/>
              <w:left w:w="70" w:type="dxa"/>
              <w:bottom w:w="70" w:type="dxa"/>
              <w:right w:w="70" w:type="dxa"/>
            </w:tcMar>
            <w:vAlign w:val="center"/>
          </w:tcPr>
          <w:p w14:paraId="1DEC55D1" w14:textId="77777777" w:rsidR="00D47296" w:rsidRDefault="008C31C1">
            <w:r>
              <w:rPr>
                <w:b/>
                <w:color w:val="FFFFFF"/>
                <w:sz w:val="16"/>
              </w:rPr>
              <w:t>Modify</w:t>
            </w:r>
          </w:p>
        </w:tc>
        <w:tc>
          <w:tcPr>
            <w:tcW w:w="1728" w:type="dxa"/>
            <w:shd w:val="clear" w:color="auto" w:fill="015A41"/>
            <w:tcMar>
              <w:top w:w="70" w:type="dxa"/>
              <w:left w:w="70" w:type="dxa"/>
              <w:bottom w:w="70" w:type="dxa"/>
              <w:right w:w="70" w:type="dxa"/>
            </w:tcMar>
            <w:vAlign w:val="center"/>
          </w:tcPr>
          <w:p w14:paraId="0EA4E6A1" w14:textId="77777777" w:rsidR="00D47296" w:rsidRDefault="008C31C1">
            <w:r>
              <w:rPr>
                <w:b/>
                <w:color w:val="FFFFFF"/>
                <w:sz w:val="16"/>
              </w:rPr>
              <w:t>Suspend / Redirect</w:t>
            </w:r>
          </w:p>
        </w:tc>
        <w:tc>
          <w:tcPr>
            <w:tcW w:w="3168" w:type="dxa"/>
            <w:shd w:val="clear" w:color="auto" w:fill="015A41"/>
            <w:tcMar>
              <w:top w:w="70" w:type="dxa"/>
              <w:left w:w="70" w:type="dxa"/>
              <w:bottom w:w="70" w:type="dxa"/>
              <w:right w:w="70" w:type="dxa"/>
            </w:tcMar>
            <w:vAlign w:val="center"/>
          </w:tcPr>
          <w:p w14:paraId="67306EB3" w14:textId="77777777" w:rsidR="00D47296" w:rsidRDefault="008C31C1">
            <w:r>
              <w:rPr>
                <w:b/>
                <w:color w:val="FFFFFF"/>
                <w:sz w:val="16"/>
              </w:rPr>
              <w:t>Alternate Method / Referral</w:t>
            </w:r>
          </w:p>
        </w:tc>
      </w:tr>
      <w:tr w:rsidR="00D47296" w14:paraId="220C4499" w14:textId="77777777">
        <w:trPr>
          <w:jc w:val="center"/>
        </w:trPr>
        <w:tc>
          <w:tcPr>
            <w:tcW w:w="3168" w:type="dxa"/>
            <w:shd w:val="clear" w:color="auto" w:fill="E8F2EE"/>
            <w:tcMar>
              <w:top w:w="70" w:type="dxa"/>
              <w:left w:w="70" w:type="dxa"/>
              <w:bottom w:w="70" w:type="dxa"/>
              <w:right w:w="70" w:type="dxa"/>
            </w:tcMar>
            <w:vAlign w:val="center"/>
          </w:tcPr>
          <w:p w14:paraId="38302439" w14:textId="77777777" w:rsidR="00D47296" w:rsidRDefault="008C31C1">
            <w:r>
              <w:rPr>
                <w:i/>
                <w:color w:val="777777"/>
                <w:sz w:val="24"/>
              </w:rPr>
              <w:t>&lt;Insert&gt;</w:t>
            </w:r>
          </w:p>
        </w:tc>
        <w:tc>
          <w:tcPr>
            <w:tcW w:w="1296" w:type="dxa"/>
            <w:shd w:val="clear" w:color="auto" w:fill="E8F2EE"/>
            <w:tcMar>
              <w:top w:w="70" w:type="dxa"/>
              <w:left w:w="70" w:type="dxa"/>
              <w:bottom w:w="70" w:type="dxa"/>
              <w:right w:w="70" w:type="dxa"/>
            </w:tcMar>
            <w:vAlign w:val="center"/>
          </w:tcPr>
          <w:p w14:paraId="29EA5FE5" w14:textId="77777777" w:rsidR="00D47296" w:rsidRDefault="00D47296"/>
        </w:tc>
        <w:tc>
          <w:tcPr>
            <w:tcW w:w="1296" w:type="dxa"/>
            <w:shd w:val="clear" w:color="auto" w:fill="E8F2EE"/>
            <w:tcMar>
              <w:top w:w="70" w:type="dxa"/>
              <w:left w:w="70" w:type="dxa"/>
              <w:bottom w:w="70" w:type="dxa"/>
              <w:right w:w="70" w:type="dxa"/>
            </w:tcMar>
            <w:vAlign w:val="center"/>
          </w:tcPr>
          <w:p w14:paraId="1F6DAF15" w14:textId="77777777" w:rsidR="00D47296" w:rsidRDefault="00D47296"/>
        </w:tc>
        <w:tc>
          <w:tcPr>
            <w:tcW w:w="1728" w:type="dxa"/>
            <w:shd w:val="clear" w:color="auto" w:fill="E8F2EE"/>
            <w:tcMar>
              <w:top w:w="70" w:type="dxa"/>
              <w:left w:w="70" w:type="dxa"/>
              <w:bottom w:w="70" w:type="dxa"/>
              <w:right w:w="70" w:type="dxa"/>
            </w:tcMar>
            <w:vAlign w:val="center"/>
          </w:tcPr>
          <w:p w14:paraId="4DE278C4" w14:textId="77777777" w:rsidR="00D47296" w:rsidRDefault="00D47296"/>
        </w:tc>
        <w:tc>
          <w:tcPr>
            <w:tcW w:w="3168" w:type="dxa"/>
            <w:shd w:val="clear" w:color="auto" w:fill="E8F2EE"/>
            <w:tcMar>
              <w:top w:w="70" w:type="dxa"/>
              <w:left w:w="70" w:type="dxa"/>
              <w:bottom w:w="70" w:type="dxa"/>
              <w:right w:w="70" w:type="dxa"/>
            </w:tcMar>
            <w:vAlign w:val="center"/>
          </w:tcPr>
          <w:p w14:paraId="043FE3A1" w14:textId="77777777" w:rsidR="00D47296" w:rsidRDefault="008C31C1">
            <w:r>
              <w:rPr>
                <w:i/>
                <w:color w:val="777777"/>
                <w:sz w:val="24"/>
              </w:rPr>
              <w:t>&lt;Insert&gt;</w:t>
            </w:r>
          </w:p>
        </w:tc>
      </w:tr>
      <w:tr w:rsidR="00D47296" w14:paraId="645E3D3C" w14:textId="77777777">
        <w:trPr>
          <w:jc w:val="center"/>
        </w:trPr>
        <w:tc>
          <w:tcPr>
            <w:tcW w:w="3168" w:type="dxa"/>
            <w:tcMar>
              <w:top w:w="70" w:type="dxa"/>
              <w:left w:w="70" w:type="dxa"/>
              <w:bottom w:w="70" w:type="dxa"/>
              <w:right w:w="70" w:type="dxa"/>
            </w:tcMar>
            <w:vAlign w:val="center"/>
          </w:tcPr>
          <w:p w14:paraId="4BB06265" w14:textId="77777777" w:rsidR="00D47296" w:rsidRDefault="008C31C1">
            <w:r>
              <w:rPr>
                <w:i/>
                <w:color w:val="777777"/>
                <w:sz w:val="24"/>
              </w:rPr>
              <w:t>&lt;Insert&gt;</w:t>
            </w:r>
          </w:p>
        </w:tc>
        <w:tc>
          <w:tcPr>
            <w:tcW w:w="1296" w:type="dxa"/>
            <w:tcMar>
              <w:top w:w="70" w:type="dxa"/>
              <w:left w:w="70" w:type="dxa"/>
              <w:bottom w:w="70" w:type="dxa"/>
              <w:right w:w="70" w:type="dxa"/>
            </w:tcMar>
            <w:vAlign w:val="center"/>
          </w:tcPr>
          <w:p w14:paraId="48BB9B1A" w14:textId="77777777" w:rsidR="00D47296" w:rsidRDefault="00D47296"/>
        </w:tc>
        <w:tc>
          <w:tcPr>
            <w:tcW w:w="1296" w:type="dxa"/>
            <w:tcMar>
              <w:top w:w="70" w:type="dxa"/>
              <w:left w:w="70" w:type="dxa"/>
              <w:bottom w:w="70" w:type="dxa"/>
              <w:right w:w="70" w:type="dxa"/>
            </w:tcMar>
            <w:vAlign w:val="center"/>
          </w:tcPr>
          <w:p w14:paraId="603A0930" w14:textId="77777777" w:rsidR="00D47296" w:rsidRDefault="00D47296"/>
        </w:tc>
        <w:tc>
          <w:tcPr>
            <w:tcW w:w="1728" w:type="dxa"/>
            <w:tcMar>
              <w:top w:w="70" w:type="dxa"/>
              <w:left w:w="70" w:type="dxa"/>
              <w:bottom w:w="70" w:type="dxa"/>
              <w:right w:w="70" w:type="dxa"/>
            </w:tcMar>
            <w:vAlign w:val="center"/>
          </w:tcPr>
          <w:p w14:paraId="2D7F60FD" w14:textId="77777777" w:rsidR="00D47296" w:rsidRDefault="00D47296"/>
        </w:tc>
        <w:tc>
          <w:tcPr>
            <w:tcW w:w="3168" w:type="dxa"/>
            <w:tcMar>
              <w:top w:w="70" w:type="dxa"/>
              <w:left w:w="70" w:type="dxa"/>
              <w:bottom w:w="70" w:type="dxa"/>
              <w:right w:w="70" w:type="dxa"/>
            </w:tcMar>
            <w:vAlign w:val="center"/>
          </w:tcPr>
          <w:p w14:paraId="0AB888A1" w14:textId="77777777" w:rsidR="00D47296" w:rsidRDefault="008C31C1">
            <w:r>
              <w:rPr>
                <w:i/>
                <w:color w:val="777777"/>
                <w:sz w:val="24"/>
              </w:rPr>
              <w:t>&lt;Insert&gt;</w:t>
            </w:r>
          </w:p>
        </w:tc>
      </w:tr>
      <w:tr w:rsidR="00D47296" w14:paraId="317355FE" w14:textId="77777777">
        <w:trPr>
          <w:jc w:val="center"/>
        </w:trPr>
        <w:tc>
          <w:tcPr>
            <w:tcW w:w="3168" w:type="dxa"/>
            <w:shd w:val="clear" w:color="auto" w:fill="E8F2EE"/>
            <w:tcMar>
              <w:top w:w="70" w:type="dxa"/>
              <w:left w:w="70" w:type="dxa"/>
              <w:bottom w:w="70" w:type="dxa"/>
              <w:right w:w="70" w:type="dxa"/>
            </w:tcMar>
            <w:vAlign w:val="center"/>
          </w:tcPr>
          <w:p w14:paraId="0E602235" w14:textId="77777777" w:rsidR="00D47296" w:rsidRDefault="008C31C1">
            <w:r>
              <w:rPr>
                <w:i/>
                <w:color w:val="777777"/>
                <w:sz w:val="24"/>
              </w:rPr>
              <w:t>&lt;Insert&gt;</w:t>
            </w:r>
          </w:p>
        </w:tc>
        <w:tc>
          <w:tcPr>
            <w:tcW w:w="1296" w:type="dxa"/>
            <w:shd w:val="clear" w:color="auto" w:fill="E8F2EE"/>
            <w:tcMar>
              <w:top w:w="70" w:type="dxa"/>
              <w:left w:w="70" w:type="dxa"/>
              <w:bottom w:w="70" w:type="dxa"/>
              <w:right w:w="70" w:type="dxa"/>
            </w:tcMar>
            <w:vAlign w:val="center"/>
          </w:tcPr>
          <w:p w14:paraId="190D04F4" w14:textId="77777777" w:rsidR="00D47296" w:rsidRDefault="00D47296"/>
        </w:tc>
        <w:tc>
          <w:tcPr>
            <w:tcW w:w="1296" w:type="dxa"/>
            <w:shd w:val="clear" w:color="auto" w:fill="E8F2EE"/>
            <w:tcMar>
              <w:top w:w="70" w:type="dxa"/>
              <w:left w:w="70" w:type="dxa"/>
              <w:bottom w:w="70" w:type="dxa"/>
              <w:right w:w="70" w:type="dxa"/>
            </w:tcMar>
            <w:vAlign w:val="center"/>
          </w:tcPr>
          <w:p w14:paraId="2383B2E0" w14:textId="77777777" w:rsidR="00D47296" w:rsidRDefault="00D47296"/>
        </w:tc>
        <w:tc>
          <w:tcPr>
            <w:tcW w:w="1728" w:type="dxa"/>
            <w:shd w:val="clear" w:color="auto" w:fill="E8F2EE"/>
            <w:tcMar>
              <w:top w:w="70" w:type="dxa"/>
              <w:left w:w="70" w:type="dxa"/>
              <w:bottom w:w="70" w:type="dxa"/>
              <w:right w:w="70" w:type="dxa"/>
            </w:tcMar>
            <w:vAlign w:val="center"/>
          </w:tcPr>
          <w:p w14:paraId="0E71F1A0" w14:textId="77777777" w:rsidR="00D47296" w:rsidRDefault="00D47296"/>
        </w:tc>
        <w:tc>
          <w:tcPr>
            <w:tcW w:w="3168" w:type="dxa"/>
            <w:shd w:val="clear" w:color="auto" w:fill="E8F2EE"/>
            <w:tcMar>
              <w:top w:w="70" w:type="dxa"/>
              <w:left w:w="70" w:type="dxa"/>
              <w:bottom w:w="70" w:type="dxa"/>
              <w:right w:w="70" w:type="dxa"/>
            </w:tcMar>
            <w:vAlign w:val="center"/>
          </w:tcPr>
          <w:p w14:paraId="444F4E15" w14:textId="77777777" w:rsidR="00D47296" w:rsidRDefault="008C31C1">
            <w:r>
              <w:rPr>
                <w:i/>
                <w:color w:val="777777"/>
                <w:sz w:val="24"/>
              </w:rPr>
              <w:t>&lt;Insert&gt;</w:t>
            </w:r>
          </w:p>
        </w:tc>
      </w:tr>
      <w:tr w:rsidR="00D47296" w14:paraId="08B78BF1" w14:textId="77777777">
        <w:trPr>
          <w:jc w:val="center"/>
        </w:trPr>
        <w:tc>
          <w:tcPr>
            <w:tcW w:w="3168" w:type="dxa"/>
            <w:tcMar>
              <w:top w:w="70" w:type="dxa"/>
              <w:left w:w="70" w:type="dxa"/>
              <w:bottom w:w="70" w:type="dxa"/>
              <w:right w:w="70" w:type="dxa"/>
            </w:tcMar>
            <w:vAlign w:val="center"/>
          </w:tcPr>
          <w:p w14:paraId="30B6CD5D" w14:textId="77777777" w:rsidR="00D47296" w:rsidRDefault="008C31C1">
            <w:r>
              <w:rPr>
                <w:i/>
                <w:color w:val="777777"/>
                <w:sz w:val="24"/>
              </w:rPr>
              <w:t>&lt;Insert&gt;</w:t>
            </w:r>
          </w:p>
        </w:tc>
        <w:tc>
          <w:tcPr>
            <w:tcW w:w="1296" w:type="dxa"/>
            <w:tcMar>
              <w:top w:w="70" w:type="dxa"/>
              <w:left w:w="70" w:type="dxa"/>
              <w:bottom w:w="70" w:type="dxa"/>
              <w:right w:w="70" w:type="dxa"/>
            </w:tcMar>
            <w:vAlign w:val="center"/>
          </w:tcPr>
          <w:p w14:paraId="6FF12553" w14:textId="77777777" w:rsidR="00D47296" w:rsidRDefault="00D47296"/>
        </w:tc>
        <w:tc>
          <w:tcPr>
            <w:tcW w:w="1296" w:type="dxa"/>
            <w:tcMar>
              <w:top w:w="70" w:type="dxa"/>
              <w:left w:w="70" w:type="dxa"/>
              <w:bottom w:w="70" w:type="dxa"/>
              <w:right w:w="70" w:type="dxa"/>
            </w:tcMar>
            <w:vAlign w:val="center"/>
          </w:tcPr>
          <w:p w14:paraId="1131D85E" w14:textId="77777777" w:rsidR="00D47296" w:rsidRDefault="00D47296"/>
        </w:tc>
        <w:tc>
          <w:tcPr>
            <w:tcW w:w="1728" w:type="dxa"/>
            <w:tcMar>
              <w:top w:w="70" w:type="dxa"/>
              <w:left w:w="70" w:type="dxa"/>
              <w:bottom w:w="70" w:type="dxa"/>
              <w:right w:w="70" w:type="dxa"/>
            </w:tcMar>
            <w:vAlign w:val="center"/>
          </w:tcPr>
          <w:p w14:paraId="40464153" w14:textId="77777777" w:rsidR="00D47296" w:rsidRDefault="00D47296"/>
        </w:tc>
        <w:tc>
          <w:tcPr>
            <w:tcW w:w="3168" w:type="dxa"/>
            <w:tcMar>
              <w:top w:w="70" w:type="dxa"/>
              <w:left w:w="70" w:type="dxa"/>
              <w:bottom w:w="70" w:type="dxa"/>
              <w:right w:w="70" w:type="dxa"/>
            </w:tcMar>
            <w:vAlign w:val="center"/>
          </w:tcPr>
          <w:p w14:paraId="6244E950" w14:textId="77777777" w:rsidR="00D47296" w:rsidRDefault="008C31C1">
            <w:r>
              <w:rPr>
                <w:i/>
                <w:color w:val="777777"/>
                <w:sz w:val="24"/>
              </w:rPr>
              <w:t>&lt;Insert&gt;</w:t>
            </w:r>
          </w:p>
        </w:tc>
      </w:tr>
      <w:tr w:rsidR="00D47296" w14:paraId="70C572DB" w14:textId="77777777">
        <w:trPr>
          <w:jc w:val="center"/>
        </w:trPr>
        <w:tc>
          <w:tcPr>
            <w:tcW w:w="3168" w:type="dxa"/>
            <w:shd w:val="clear" w:color="auto" w:fill="E8F2EE"/>
            <w:tcMar>
              <w:top w:w="70" w:type="dxa"/>
              <w:left w:w="70" w:type="dxa"/>
              <w:bottom w:w="70" w:type="dxa"/>
              <w:right w:w="70" w:type="dxa"/>
            </w:tcMar>
            <w:vAlign w:val="center"/>
          </w:tcPr>
          <w:p w14:paraId="048042EB" w14:textId="77777777" w:rsidR="00D47296" w:rsidRDefault="008C31C1">
            <w:r>
              <w:rPr>
                <w:i/>
                <w:color w:val="777777"/>
                <w:sz w:val="24"/>
              </w:rPr>
              <w:t>&lt;Insert&gt;</w:t>
            </w:r>
          </w:p>
        </w:tc>
        <w:tc>
          <w:tcPr>
            <w:tcW w:w="1296" w:type="dxa"/>
            <w:shd w:val="clear" w:color="auto" w:fill="E8F2EE"/>
            <w:tcMar>
              <w:top w:w="70" w:type="dxa"/>
              <w:left w:w="70" w:type="dxa"/>
              <w:bottom w:w="70" w:type="dxa"/>
              <w:right w:w="70" w:type="dxa"/>
            </w:tcMar>
            <w:vAlign w:val="center"/>
          </w:tcPr>
          <w:p w14:paraId="4793E4D9" w14:textId="77777777" w:rsidR="00D47296" w:rsidRDefault="00D47296"/>
        </w:tc>
        <w:tc>
          <w:tcPr>
            <w:tcW w:w="1296" w:type="dxa"/>
            <w:shd w:val="clear" w:color="auto" w:fill="E8F2EE"/>
            <w:tcMar>
              <w:top w:w="70" w:type="dxa"/>
              <w:left w:w="70" w:type="dxa"/>
              <w:bottom w:w="70" w:type="dxa"/>
              <w:right w:w="70" w:type="dxa"/>
            </w:tcMar>
            <w:vAlign w:val="center"/>
          </w:tcPr>
          <w:p w14:paraId="0FBF2A82" w14:textId="77777777" w:rsidR="00D47296" w:rsidRDefault="00D47296"/>
        </w:tc>
        <w:tc>
          <w:tcPr>
            <w:tcW w:w="1728" w:type="dxa"/>
            <w:shd w:val="clear" w:color="auto" w:fill="E8F2EE"/>
            <w:tcMar>
              <w:top w:w="70" w:type="dxa"/>
              <w:left w:w="70" w:type="dxa"/>
              <w:bottom w:w="70" w:type="dxa"/>
              <w:right w:w="70" w:type="dxa"/>
            </w:tcMar>
            <w:vAlign w:val="center"/>
          </w:tcPr>
          <w:p w14:paraId="33CE7041" w14:textId="77777777" w:rsidR="00D47296" w:rsidRDefault="00D47296"/>
        </w:tc>
        <w:tc>
          <w:tcPr>
            <w:tcW w:w="3168" w:type="dxa"/>
            <w:shd w:val="clear" w:color="auto" w:fill="E8F2EE"/>
            <w:tcMar>
              <w:top w:w="70" w:type="dxa"/>
              <w:left w:w="70" w:type="dxa"/>
              <w:bottom w:w="70" w:type="dxa"/>
              <w:right w:w="70" w:type="dxa"/>
            </w:tcMar>
            <w:vAlign w:val="center"/>
          </w:tcPr>
          <w:p w14:paraId="11B53BD7" w14:textId="77777777" w:rsidR="00D47296" w:rsidRDefault="008C31C1">
            <w:r>
              <w:rPr>
                <w:i/>
                <w:color w:val="777777"/>
                <w:sz w:val="24"/>
              </w:rPr>
              <w:t>&lt;Insert&gt;</w:t>
            </w:r>
          </w:p>
        </w:tc>
      </w:tr>
      <w:tr w:rsidR="00D47296" w14:paraId="279FD195" w14:textId="77777777">
        <w:trPr>
          <w:jc w:val="center"/>
        </w:trPr>
        <w:tc>
          <w:tcPr>
            <w:tcW w:w="3168" w:type="dxa"/>
            <w:tcMar>
              <w:top w:w="70" w:type="dxa"/>
              <w:left w:w="70" w:type="dxa"/>
              <w:bottom w:w="70" w:type="dxa"/>
              <w:right w:w="70" w:type="dxa"/>
            </w:tcMar>
            <w:vAlign w:val="center"/>
          </w:tcPr>
          <w:p w14:paraId="61D42DE6" w14:textId="77777777" w:rsidR="00D47296" w:rsidRDefault="008C31C1">
            <w:r>
              <w:rPr>
                <w:i/>
                <w:color w:val="777777"/>
                <w:sz w:val="24"/>
              </w:rPr>
              <w:t>&lt;Insert&gt;</w:t>
            </w:r>
          </w:p>
        </w:tc>
        <w:tc>
          <w:tcPr>
            <w:tcW w:w="1296" w:type="dxa"/>
            <w:tcMar>
              <w:top w:w="70" w:type="dxa"/>
              <w:left w:w="70" w:type="dxa"/>
              <w:bottom w:w="70" w:type="dxa"/>
              <w:right w:w="70" w:type="dxa"/>
            </w:tcMar>
            <w:vAlign w:val="center"/>
          </w:tcPr>
          <w:p w14:paraId="23F1B197" w14:textId="77777777" w:rsidR="00D47296" w:rsidRDefault="00D47296"/>
        </w:tc>
        <w:tc>
          <w:tcPr>
            <w:tcW w:w="1296" w:type="dxa"/>
            <w:tcMar>
              <w:top w:w="70" w:type="dxa"/>
              <w:left w:w="70" w:type="dxa"/>
              <w:bottom w:w="70" w:type="dxa"/>
              <w:right w:w="70" w:type="dxa"/>
            </w:tcMar>
            <w:vAlign w:val="center"/>
          </w:tcPr>
          <w:p w14:paraId="0A36A9F4" w14:textId="77777777" w:rsidR="00D47296" w:rsidRDefault="00D47296"/>
        </w:tc>
        <w:tc>
          <w:tcPr>
            <w:tcW w:w="1728" w:type="dxa"/>
            <w:tcMar>
              <w:top w:w="70" w:type="dxa"/>
              <w:left w:w="70" w:type="dxa"/>
              <w:bottom w:w="70" w:type="dxa"/>
              <w:right w:w="70" w:type="dxa"/>
            </w:tcMar>
            <w:vAlign w:val="center"/>
          </w:tcPr>
          <w:p w14:paraId="6E229CAD" w14:textId="77777777" w:rsidR="00D47296" w:rsidRDefault="00D47296"/>
        </w:tc>
        <w:tc>
          <w:tcPr>
            <w:tcW w:w="3168" w:type="dxa"/>
            <w:tcMar>
              <w:top w:w="70" w:type="dxa"/>
              <w:left w:w="70" w:type="dxa"/>
              <w:bottom w:w="70" w:type="dxa"/>
              <w:right w:w="70" w:type="dxa"/>
            </w:tcMar>
            <w:vAlign w:val="center"/>
          </w:tcPr>
          <w:p w14:paraId="40E18B0A" w14:textId="77777777" w:rsidR="00D47296" w:rsidRDefault="008C31C1">
            <w:r>
              <w:rPr>
                <w:i/>
                <w:color w:val="777777"/>
                <w:sz w:val="24"/>
              </w:rPr>
              <w:t>&lt;Insert&gt;</w:t>
            </w:r>
          </w:p>
        </w:tc>
      </w:tr>
      <w:tr w:rsidR="00D47296" w14:paraId="11B96DDB" w14:textId="77777777">
        <w:trPr>
          <w:jc w:val="center"/>
        </w:trPr>
        <w:tc>
          <w:tcPr>
            <w:tcW w:w="3168" w:type="dxa"/>
            <w:shd w:val="clear" w:color="auto" w:fill="E8F2EE"/>
            <w:tcMar>
              <w:top w:w="70" w:type="dxa"/>
              <w:left w:w="70" w:type="dxa"/>
              <w:bottom w:w="70" w:type="dxa"/>
              <w:right w:w="70" w:type="dxa"/>
            </w:tcMar>
            <w:vAlign w:val="center"/>
          </w:tcPr>
          <w:p w14:paraId="3937F787" w14:textId="77777777" w:rsidR="00D47296" w:rsidRDefault="008C31C1">
            <w:r>
              <w:rPr>
                <w:i/>
                <w:color w:val="777777"/>
                <w:sz w:val="24"/>
              </w:rPr>
              <w:t>&lt;Insert&gt;</w:t>
            </w:r>
          </w:p>
        </w:tc>
        <w:tc>
          <w:tcPr>
            <w:tcW w:w="1296" w:type="dxa"/>
            <w:shd w:val="clear" w:color="auto" w:fill="E8F2EE"/>
            <w:tcMar>
              <w:top w:w="70" w:type="dxa"/>
              <w:left w:w="70" w:type="dxa"/>
              <w:bottom w:w="70" w:type="dxa"/>
              <w:right w:w="70" w:type="dxa"/>
            </w:tcMar>
            <w:vAlign w:val="center"/>
          </w:tcPr>
          <w:p w14:paraId="331FCAF0" w14:textId="77777777" w:rsidR="00D47296" w:rsidRDefault="00D47296"/>
        </w:tc>
        <w:tc>
          <w:tcPr>
            <w:tcW w:w="1296" w:type="dxa"/>
            <w:shd w:val="clear" w:color="auto" w:fill="E8F2EE"/>
            <w:tcMar>
              <w:top w:w="70" w:type="dxa"/>
              <w:left w:w="70" w:type="dxa"/>
              <w:bottom w:w="70" w:type="dxa"/>
              <w:right w:w="70" w:type="dxa"/>
            </w:tcMar>
            <w:vAlign w:val="center"/>
          </w:tcPr>
          <w:p w14:paraId="65B92B4F" w14:textId="77777777" w:rsidR="00D47296" w:rsidRDefault="00D47296"/>
        </w:tc>
        <w:tc>
          <w:tcPr>
            <w:tcW w:w="1728" w:type="dxa"/>
            <w:shd w:val="clear" w:color="auto" w:fill="E8F2EE"/>
            <w:tcMar>
              <w:top w:w="70" w:type="dxa"/>
              <w:left w:w="70" w:type="dxa"/>
              <w:bottom w:w="70" w:type="dxa"/>
              <w:right w:w="70" w:type="dxa"/>
            </w:tcMar>
            <w:vAlign w:val="center"/>
          </w:tcPr>
          <w:p w14:paraId="0BBF528A" w14:textId="77777777" w:rsidR="00D47296" w:rsidRDefault="00D47296"/>
        </w:tc>
        <w:tc>
          <w:tcPr>
            <w:tcW w:w="3168" w:type="dxa"/>
            <w:shd w:val="clear" w:color="auto" w:fill="E8F2EE"/>
            <w:tcMar>
              <w:top w:w="70" w:type="dxa"/>
              <w:left w:w="70" w:type="dxa"/>
              <w:bottom w:w="70" w:type="dxa"/>
              <w:right w:w="70" w:type="dxa"/>
            </w:tcMar>
            <w:vAlign w:val="center"/>
          </w:tcPr>
          <w:p w14:paraId="45CE2DA2" w14:textId="77777777" w:rsidR="00D47296" w:rsidRDefault="008C31C1">
            <w:r>
              <w:rPr>
                <w:i/>
                <w:color w:val="777777"/>
                <w:sz w:val="24"/>
              </w:rPr>
              <w:t>&lt;Insert&gt;</w:t>
            </w:r>
          </w:p>
        </w:tc>
      </w:tr>
      <w:tr w:rsidR="00D47296" w14:paraId="67F62220" w14:textId="77777777">
        <w:trPr>
          <w:jc w:val="center"/>
        </w:trPr>
        <w:tc>
          <w:tcPr>
            <w:tcW w:w="3168" w:type="dxa"/>
            <w:tcMar>
              <w:top w:w="70" w:type="dxa"/>
              <w:left w:w="70" w:type="dxa"/>
              <w:bottom w:w="70" w:type="dxa"/>
              <w:right w:w="70" w:type="dxa"/>
            </w:tcMar>
            <w:vAlign w:val="center"/>
          </w:tcPr>
          <w:p w14:paraId="11B82169" w14:textId="77777777" w:rsidR="00D47296" w:rsidRDefault="008C31C1">
            <w:r>
              <w:rPr>
                <w:i/>
                <w:color w:val="777777"/>
                <w:sz w:val="24"/>
              </w:rPr>
              <w:t>&lt;Insert&gt;</w:t>
            </w:r>
          </w:p>
        </w:tc>
        <w:tc>
          <w:tcPr>
            <w:tcW w:w="1296" w:type="dxa"/>
            <w:tcMar>
              <w:top w:w="70" w:type="dxa"/>
              <w:left w:w="70" w:type="dxa"/>
              <w:bottom w:w="70" w:type="dxa"/>
              <w:right w:w="70" w:type="dxa"/>
            </w:tcMar>
            <w:vAlign w:val="center"/>
          </w:tcPr>
          <w:p w14:paraId="5FE66B1F" w14:textId="77777777" w:rsidR="00D47296" w:rsidRDefault="00D47296"/>
        </w:tc>
        <w:tc>
          <w:tcPr>
            <w:tcW w:w="1296" w:type="dxa"/>
            <w:tcMar>
              <w:top w:w="70" w:type="dxa"/>
              <w:left w:w="70" w:type="dxa"/>
              <w:bottom w:w="70" w:type="dxa"/>
              <w:right w:w="70" w:type="dxa"/>
            </w:tcMar>
            <w:vAlign w:val="center"/>
          </w:tcPr>
          <w:p w14:paraId="25A86406" w14:textId="77777777" w:rsidR="00D47296" w:rsidRDefault="00D47296"/>
        </w:tc>
        <w:tc>
          <w:tcPr>
            <w:tcW w:w="1728" w:type="dxa"/>
            <w:tcMar>
              <w:top w:w="70" w:type="dxa"/>
              <w:left w:w="70" w:type="dxa"/>
              <w:bottom w:w="70" w:type="dxa"/>
              <w:right w:w="70" w:type="dxa"/>
            </w:tcMar>
            <w:vAlign w:val="center"/>
          </w:tcPr>
          <w:p w14:paraId="4811F2E6" w14:textId="77777777" w:rsidR="00D47296" w:rsidRDefault="00D47296"/>
        </w:tc>
        <w:tc>
          <w:tcPr>
            <w:tcW w:w="3168" w:type="dxa"/>
            <w:tcMar>
              <w:top w:w="70" w:type="dxa"/>
              <w:left w:w="70" w:type="dxa"/>
              <w:bottom w:w="70" w:type="dxa"/>
              <w:right w:w="70" w:type="dxa"/>
            </w:tcMar>
            <w:vAlign w:val="center"/>
          </w:tcPr>
          <w:p w14:paraId="73A04EA6" w14:textId="77777777" w:rsidR="00D47296" w:rsidRDefault="008C31C1">
            <w:r>
              <w:rPr>
                <w:i/>
                <w:color w:val="777777"/>
                <w:sz w:val="24"/>
              </w:rPr>
              <w:t>&lt;Insert&gt;</w:t>
            </w:r>
          </w:p>
        </w:tc>
      </w:tr>
    </w:tbl>
    <w:p w14:paraId="68880E26" w14:textId="77777777" w:rsidR="00D47296" w:rsidRDefault="00D47296">
      <w:pPr>
        <w:spacing w:after="0"/>
      </w:pPr>
    </w:p>
    <w:p w14:paraId="4693B08E" w14:textId="77777777" w:rsidR="00D47296" w:rsidRDefault="008C31C1">
      <w:pPr>
        <w:pStyle w:val="Heading2"/>
      </w:pPr>
      <w:r>
        <w:t>B. Patient Triage / Urgent Needs</w:t>
      </w:r>
    </w:p>
    <w:p w14:paraId="2AE90EE1" w14:textId="77777777" w:rsidR="00D47296" w:rsidRDefault="008C31C1">
      <w:pPr>
        <w:spacing w:after="80" w:line="240" w:lineRule="auto"/>
      </w:pPr>
      <w:r>
        <w:t>The FQHC will identify how patients with urgent or time-sensitive needs are assessed, stabilized within facility capability, referred, transferred, rescheduled, or supported during service disruption. This may include medication continuity, prenatal/pediatric needs, behavioral health crises, chronic disease needs, and patients requiring equipment or communication/access support.</w:t>
      </w:r>
    </w:p>
    <w:p w14:paraId="49EC98AB" w14:textId="77777777" w:rsidR="00D47296" w:rsidRDefault="008C31C1">
      <w:pPr>
        <w:pStyle w:val="Heading2"/>
      </w:pPr>
      <w:r>
        <w:t>C. Medical Emergencies During Scheduled Hours - HRSA HCP If Applicable</w:t>
      </w:r>
    </w:p>
    <w:p w14:paraId="14A9A42D" w14:textId="77777777" w:rsidR="00D47296" w:rsidRDefault="008C31C1">
      <w:pPr>
        <w:spacing w:after="80" w:line="240" w:lineRule="auto"/>
      </w:pPr>
      <w:r>
        <w:t>Cross-reference the controlled medical emergency response procedure. When Health Center Program Chapter 7 applies, the health center maintains procedures for prompt response to patient medical emergencies during scheduled hours and at least one BLS-trained/certified staff member at each HRSA-approved Form 5B site during regularly scheduled hours.</w:t>
      </w:r>
    </w:p>
    <w:p w14:paraId="4B0C13D6" w14:textId="77777777" w:rsidR="00D47296" w:rsidRDefault="008C31C1">
      <w:pPr>
        <w:pStyle w:val="Heading2"/>
      </w:pPr>
      <w:r>
        <w:t>D. After-Hours Emergency Coverage - HRSA HCP If Applicable</w:t>
      </w:r>
    </w:p>
    <w:p w14:paraId="2961C924" w14:textId="77777777" w:rsidR="00D47296" w:rsidRDefault="008C31C1">
      <w:pPr>
        <w:spacing w:after="80" w:line="240" w:lineRule="auto"/>
      </w:pPr>
      <w:r>
        <w:t>Cross-reference after-hours coverage procedures/arrangements that provide prompt response by appropriately qualified personnel, referral capability, patient access to instructions in appropriate languages/formats, and documentation/follow-up of after-hours calls for continuity of care.</w:t>
      </w:r>
    </w:p>
    <w:p w14:paraId="276E4019" w14:textId="77777777" w:rsidR="00D47296" w:rsidRDefault="008C31C1">
      <w:pPr>
        <w:pStyle w:val="Heading2"/>
      </w:pPr>
      <w:r>
        <w:t>E. Medical Documentation / EHR Downtime</w:t>
      </w:r>
    </w:p>
    <w:p w14:paraId="4B9DC6A3" w14:textId="77777777" w:rsidR="00D47296" w:rsidRDefault="008C31C1">
      <w:pPr>
        <w:spacing w:after="80" w:line="240" w:lineRule="auto"/>
      </w:pPr>
      <w:r>
        <w:t xml:space="preserve">The FQHC will preserve patient information, protect confidentiality, and secure and maintain availability of records during emergencies. Downtime procedures should address access to critical information, paper documentation, </w:t>
      </w:r>
      <w:r>
        <w:lastRenderedPageBreak/>
        <w:t>orders/medications as applicable, scanning/reconciliation after restoration, cybersecurity, and backup/vendor dependencies.</w:t>
      </w:r>
    </w:p>
    <w:p w14:paraId="7EDA46F5" w14:textId="77777777" w:rsidR="00D47296" w:rsidRDefault="008C31C1">
      <w:pPr>
        <w:pStyle w:val="Heading2"/>
      </w:pPr>
      <w:r>
        <w:t>F. Patient Information During Emergency</w:t>
      </w:r>
    </w:p>
    <w:p w14:paraId="16E12CDA" w14:textId="77777777" w:rsidR="00D47296" w:rsidRDefault="008C31C1">
      <w:pPr>
        <w:spacing w:after="80" w:line="240" w:lineRule="auto"/>
      </w:pPr>
      <w:r>
        <w:t>The communication plan will include a means to provide information about the general condition and location of patients under the FQHC’s care as permitted by 45 CFR 164.510(b)(4). FQHCs are not subject to the broader inpatient medical-document-sharing/evacuation-release provisions used for some other provider types under this CMS EP standard; separate clinical/HIPAA/organizational requirements may still apply.</w:t>
      </w:r>
    </w:p>
    <w:p w14:paraId="578266CF" w14:textId="77777777" w:rsidR="00D47296" w:rsidRDefault="008C31C1">
      <w:r>
        <w:br w:type="page"/>
      </w:r>
    </w:p>
    <w:p w14:paraId="40AEF535" w14:textId="77777777" w:rsidR="00D47296" w:rsidRDefault="008C31C1">
      <w:pPr>
        <w:pStyle w:val="Heading1"/>
      </w:pPr>
      <w:r>
        <w:lastRenderedPageBreak/>
        <w:t>10. UTILITIES, PHYSICAL PLANT &amp; SUPPLIES</w:t>
      </w:r>
    </w:p>
    <w:tbl>
      <w:tblPr>
        <w:tblW w:w="0" w:type="auto"/>
        <w:jc w:val="center"/>
        <w:tblLook w:val="04A0" w:firstRow="1" w:lastRow="0" w:firstColumn="1" w:lastColumn="0" w:noHBand="0" w:noVBand="1"/>
      </w:tblPr>
      <w:tblGrid>
        <w:gridCol w:w="10800"/>
      </w:tblGrid>
      <w:tr w:rsidR="00D47296" w14:paraId="449E21CF" w14:textId="77777777">
        <w:trPr>
          <w:jc w:val="center"/>
        </w:trPr>
        <w:tc>
          <w:tcPr>
            <w:tcW w:w="10800" w:type="dxa"/>
            <w:shd w:val="clear" w:color="auto" w:fill="E8F2EE"/>
          </w:tcPr>
          <w:p w14:paraId="1301BC36" w14:textId="77777777" w:rsidR="00D47296" w:rsidRDefault="008C31C1">
            <w:r>
              <w:rPr>
                <w:b/>
                <w:color w:val="015A41"/>
              </w:rPr>
              <w:t xml:space="preserve">SUPPORTING FEDERAL BASIS </w:t>
            </w:r>
            <w:r>
              <w:t>42 CFR §491.6 requires access/safety and a preventive maintenance program for essential mechanical, electrical and patient-care equipment, appropriate drug/biological storage, and clean/orderly premises. CMS E-0041 emergency/standby power is not a provider-specific FQHC EP requirement, but utility continuity may be necessary based on the HVA, services and applicable Maine/local codes.</w:t>
            </w:r>
          </w:p>
        </w:tc>
      </w:tr>
    </w:tbl>
    <w:p w14:paraId="0183D2E7" w14:textId="77777777" w:rsidR="00D47296" w:rsidRDefault="00D47296">
      <w:pPr>
        <w:spacing w:after="0"/>
      </w:pPr>
    </w:p>
    <w:p w14:paraId="393E8D15" w14:textId="77777777" w:rsidR="00D47296" w:rsidRDefault="008C31C1">
      <w:pPr>
        <w:pStyle w:val="Heading2"/>
      </w:pPr>
      <w:r>
        <w:t>A. Critical Utilities / Infrastructure</w:t>
      </w:r>
    </w:p>
    <w:tbl>
      <w:tblPr>
        <w:tblW w:w="0" w:type="auto"/>
        <w:jc w:val="center"/>
        <w:tblLayout w:type="fixed"/>
        <w:tblLook w:val="04A0" w:firstRow="1" w:lastRow="0" w:firstColumn="1" w:lastColumn="0" w:noHBand="0" w:noVBand="1"/>
      </w:tblPr>
      <w:tblGrid>
        <w:gridCol w:w="3168"/>
        <w:gridCol w:w="7344"/>
      </w:tblGrid>
      <w:tr w:rsidR="00D47296" w14:paraId="39D4220F" w14:textId="77777777">
        <w:trPr>
          <w:tblHeader/>
          <w:jc w:val="center"/>
        </w:trPr>
        <w:tc>
          <w:tcPr>
            <w:tcW w:w="3168" w:type="dxa"/>
            <w:shd w:val="clear" w:color="auto" w:fill="015A41"/>
            <w:tcMar>
              <w:top w:w="70" w:type="dxa"/>
              <w:left w:w="70" w:type="dxa"/>
              <w:bottom w:w="70" w:type="dxa"/>
              <w:right w:w="70" w:type="dxa"/>
            </w:tcMar>
            <w:vAlign w:val="center"/>
          </w:tcPr>
          <w:p w14:paraId="2FB73C11" w14:textId="77777777" w:rsidR="00D47296" w:rsidRDefault="008C31C1">
            <w:r>
              <w:rPr>
                <w:b/>
                <w:color w:val="FFFFFF"/>
                <w:sz w:val="18"/>
              </w:rPr>
              <w:t>System</w:t>
            </w:r>
          </w:p>
        </w:tc>
        <w:tc>
          <w:tcPr>
            <w:tcW w:w="7344" w:type="dxa"/>
            <w:shd w:val="clear" w:color="auto" w:fill="015A41"/>
            <w:tcMar>
              <w:top w:w="70" w:type="dxa"/>
              <w:left w:w="70" w:type="dxa"/>
              <w:bottom w:w="70" w:type="dxa"/>
              <w:right w:w="70" w:type="dxa"/>
            </w:tcMar>
            <w:vAlign w:val="center"/>
          </w:tcPr>
          <w:p w14:paraId="23882A86" w14:textId="77777777" w:rsidR="00D47296" w:rsidRDefault="008C31C1">
            <w:r>
              <w:rPr>
                <w:b/>
                <w:color w:val="FFFFFF"/>
                <w:sz w:val="18"/>
              </w:rPr>
              <w:t>Facility Planning Content</w:t>
            </w:r>
          </w:p>
        </w:tc>
      </w:tr>
      <w:tr w:rsidR="00D47296" w14:paraId="7A509F10" w14:textId="77777777">
        <w:trPr>
          <w:jc w:val="center"/>
        </w:trPr>
        <w:tc>
          <w:tcPr>
            <w:tcW w:w="3168" w:type="dxa"/>
            <w:shd w:val="clear" w:color="auto" w:fill="E8F2EE"/>
            <w:tcMar>
              <w:top w:w="70" w:type="dxa"/>
              <w:left w:w="70" w:type="dxa"/>
              <w:bottom w:w="70" w:type="dxa"/>
              <w:right w:w="70" w:type="dxa"/>
            </w:tcMar>
            <w:vAlign w:val="center"/>
          </w:tcPr>
          <w:p w14:paraId="1A2B68F3" w14:textId="77777777" w:rsidR="00D47296" w:rsidRDefault="008C31C1">
            <w:r>
              <w:rPr>
                <w:sz w:val="18"/>
              </w:rPr>
              <w:t>Electricity</w:t>
            </w:r>
          </w:p>
        </w:tc>
        <w:tc>
          <w:tcPr>
            <w:tcW w:w="7344" w:type="dxa"/>
            <w:shd w:val="clear" w:color="auto" w:fill="E8F2EE"/>
            <w:tcMar>
              <w:top w:w="70" w:type="dxa"/>
              <w:left w:w="70" w:type="dxa"/>
              <w:bottom w:w="70" w:type="dxa"/>
              <w:right w:w="70" w:type="dxa"/>
            </w:tcMar>
            <w:vAlign w:val="center"/>
          </w:tcPr>
          <w:p w14:paraId="0E660168" w14:textId="77777777" w:rsidR="00D47296" w:rsidRDefault="008C31C1">
            <w:r>
              <w:rPr>
                <w:i/>
                <w:color w:val="777777"/>
                <w:sz w:val="24"/>
              </w:rPr>
              <w:t>&lt;Normal source / backup / portable power / shutdown thresholds&gt;</w:t>
            </w:r>
          </w:p>
        </w:tc>
      </w:tr>
      <w:tr w:rsidR="00D47296" w14:paraId="1F71B72B" w14:textId="77777777">
        <w:trPr>
          <w:jc w:val="center"/>
        </w:trPr>
        <w:tc>
          <w:tcPr>
            <w:tcW w:w="3168" w:type="dxa"/>
            <w:tcMar>
              <w:top w:w="70" w:type="dxa"/>
              <w:left w:w="70" w:type="dxa"/>
              <w:bottom w:w="70" w:type="dxa"/>
              <w:right w:w="70" w:type="dxa"/>
            </w:tcMar>
            <w:vAlign w:val="center"/>
          </w:tcPr>
          <w:p w14:paraId="01F31011" w14:textId="77777777" w:rsidR="00D47296" w:rsidRDefault="008C31C1">
            <w:r>
              <w:rPr>
                <w:sz w:val="18"/>
              </w:rPr>
              <w:t>Heating / HVAC</w:t>
            </w:r>
          </w:p>
        </w:tc>
        <w:tc>
          <w:tcPr>
            <w:tcW w:w="7344" w:type="dxa"/>
            <w:tcMar>
              <w:top w:w="70" w:type="dxa"/>
              <w:left w:w="70" w:type="dxa"/>
              <w:bottom w:w="70" w:type="dxa"/>
              <w:right w:w="70" w:type="dxa"/>
            </w:tcMar>
            <w:vAlign w:val="center"/>
          </w:tcPr>
          <w:p w14:paraId="64BC1B57" w14:textId="77777777" w:rsidR="00D47296" w:rsidRDefault="008C31C1">
            <w:r>
              <w:rPr>
                <w:i/>
                <w:color w:val="777777"/>
                <w:sz w:val="24"/>
              </w:rPr>
              <w:t>&lt;Loss response / temperature monitoring / closure threshold&gt;</w:t>
            </w:r>
          </w:p>
        </w:tc>
      </w:tr>
      <w:tr w:rsidR="00D47296" w14:paraId="40FD8109" w14:textId="77777777">
        <w:trPr>
          <w:jc w:val="center"/>
        </w:trPr>
        <w:tc>
          <w:tcPr>
            <w:tcW w:w="3168" w:type="dxa"/>
            <w:shd w:val="clear" w:color="auto" w:fill="E8F2EE"/>
            <w:tcMar>
              <w:top w:w="70" w:type="dxa"/>
              <w:left w:w="70" w:type="dxa"/>
              <w:bottom w:w="70" w:type="dxa"/>
              <w:right w:w="70" w:type="dxa"/>
            </w:tcMar>
            <w:vAlign w:val="center"/>
          </w:tcPr>
          <w:p w14:paraId="688CBFF0" w14:textId="77777777" w:rsidR="00D47296" w:rsidRDefault="008C31C1">
            <w:r>
              <w:rPr>
                <w:sz w:val="18"/>
              </w:rPr>
              <w:t>Water</w:t>
            </w:r>
          </w:p>
        </w:tc>
        <w:tc>
          <w:tcPr>
            <w:tcW w:w="7344" w:type="dxa"/>
            <w:shd w:val="clear" w:color="auto" w:fill="E8F2EE"/>
            <w:tcMar>
              <w:top w:w="70" w:type="dxa"/>
              <w:left w:w="70" w:type="dxa"/>
              <w:bottom w:w="70" w:type="dxa"/>
              <w:right w:w="70" w:type="dxa"/>
            </w:tcMar>
            <w:vAlign w:val="center"/>
          </w:tcPr>
          <w:p w14:paraId="7AAC59CA" w14:textId="77777777" w:rsidR="00D47296" w:rsidRDefault="008C31C1">
            <w:r>
              <w:rPr>
                <w:i/>
                <w:color w:val="777777"/>
                <w:sz w:val="24"/>
              </w:rPr>
              <w:t>&lt;Source / disruption response / bottled supply / closure threshold&gt;</w:t>
            </w:r>
          </w:p>
        </w:tc>
      </w:tr>
      <w:tr w:rsidR="00D47296" w14:paraId="256E6F2B" w14:textId="77777777">
        <w:trPr>
          <w:jc w:val="center"/>
        </w:trPr>
        <w:tc>
          <w:tcPr>
            <w:tcW w:w="3168" w:type="dxa"/>
            <w:tcMar>
              <w:top w:w="70" w:type="dxa"/>
              <w:left w:w="70" w:type="dxa"/>
              <w:bottom w:w="70" w:type="dxa"/>
              <w:right w:w="70" w:type="dxa"/>
            </w:tcMar>
            <w:vAlign w:val="center"/>
          </w:tcPr>
          <w:p w14:paraId="584C0A6A" w14:textId="77777777" w:rsidR="00D47296" w:rsidRDefault="008C31C1">
            <w:r>
              <w:rPr>
                <w:sz w:val="18"/>
              </w:rPr>
              <w:t>Sewer / sanitation</w:t>
            </w:r>
          </w:p>
        </w:tc>
        <w:tc>
          <w:tcPr>
            <w:tcW w:w="7344" w:type="dxa"/>
            <w:tcMar>
              <w:top w:w="70" w:type="dxa"/>
              <w:left w:w="70" w:type="dxa"/>
              <w:bottom w:w="70" w:type="dxa"/>
              <w:right w:w="70" w:type="dxa"/>
            </w:tcMar>
            <w:vAlign w:val="center"/>
          </w:tcPr>
          <w:p w14:paraId="78385DAB" w14:textId="77777777" w:rsidR="00D47296" w:rsidRDefault="008C31C1">
            <w:r>
              <w:rPr>
                <w:i/>
                <w:color w:val="777777"/>
                <w:sz w:val="24"/>
              </w:rPr>
              <w:t>&lt;Contingency&gt;</w:t>
            </w:r>
          </w:p>
        </w:tc>
      </w:tr>
      <w:tr w:rsidR="00D47296" w14:paraId="768DFBED" w14:textId="77777777">
        <w:trPr>
          <w:jc w:val="center"/>
        </w:trPr>
        <w:tc>
          <w:tcPr>
            <w:tcW w:w="3168" w:type="dxa"/>
            <w:shd w:val="clear" w:color="auto" w:fill="E8F2EE"/>
            <w:tcMar>
              <w:top w:w="70" w:type="dxa"/>
              <w:left w:w="70" w:type="dxa"/>
              <w:bottom w:w="70" w:type="dxa"/>
              <w:right w:w="70" w:type="dxa"/>
            </w:tcMar>
            <w:vAlign w:val="center"/>
          </w:tcPr>
          <w:p w14:paraId="18AB9CD0" w14:textId="77777777" w:rsidR="00D47296" w:rsidRDefault="008C31C1">
            <w:r>
              <w:rPr>
                <w:sz w:val="18"/>
              </w:rPr>
              <w:t>Telephone / cellular</w:t>
            </w:r>
          </w:p>
        </w:tc>
        <w:tc>
          <w:tcPr>
            <w:tcW w:w="7344" w:type="dxa"/>
            <w:shd w:val="clear" w:color="auto" w:fill="E8F2EE"/>
            <w:tcMar>
              <w:top w:w="70" w:type="dxa"/>
              <w:left w:w="70" w:type="dxa"/>
              <w:bottom w:w="70" w:type="dxa"/>
              <w:right w:w="70" w:type="dxa"/>
            </w:tcMar>
            <w:vAlign w:val="center"/>
          </w:tcPr>
          <w:p w14:paraId="0AABA963" w14:textId="77777777" w:rsidR="00D47296" w:rsidRDefault="008C31C1">
            <w:r>
              <w:rPr>
                <w:i/>
                <w:color w:val="777777"/>
                <w:sz w:val="24"/>
              </w:rPr>
              <w:t>&lt;Primary / alternate&gt;</w:t>
            </w:r>
          </w:p>
        </w:tc>
      </w:tr>
      <w:tr w:rsidR="00D47296" w14:paraId="2E0C500C" w14:textId="77777777">
        <w:trPr>
          <w:jc w:val="center"/>
        </w:trPr>
        <w:tc>
          <w:tcPr>
            <w:tcW w:w="3168" w:type="dxa"/>
            <w:tcMar>
              <w:top w:w="70" w:type="dxa"/>
              <w:left w:w="70" w:type="dxa"/>
              <w:bottom w:w="70" w:type="dxa"/>
              <w:right w:w="70" w:type="dxa"/>
            </w:tcMar>
            <w:vAlign w:val="center"/>
          </w:tcPr>
          <w:p w14:paraId="40069F72" w14:textId="77777777" w:rsidR="00D47296" w:rsidRDefault="008C31C1">
            <w:r>
              <w:rPr>
                <w:sz w:val="18"/>
              </w:rPr>
              <w:t>Internet / network / EHR</w:t>
            </w:r>
          </w:p>
        </w:tc>
        <w:tc>
          <w:tcPr>
            <w:tcW w:w="7344" w:type="dxa"/>
            <w:tcMar>
              <w:top w:w="70" w:type="dxa"/>
              <w:left w:w="70" w:type="dxa"/>
              <w:bottom w:w="70" w:type="dxa"/>
              <w:right w:w="70" w:type="dxa"/>
            </w:tcMar>
            <w:vAlign w:val="center"/>
          </w:tcPr>
          <w:p w14:paraId="591FA511" w14:textId="77777777" w:rsidR="00D47296" w:rsidRDefault="008C31C1">
            <w:r>
              <w:rPr>
                <w:i/>
                <w:color w:val="777777"/>
                <w:sz w:val="24"/>
              </w:rPr>
              <w:t>&lt;Downtime / alternate&gt;</w:t>
            </w:r>
          </w:p>
        </w:tc>
      </w:tr>
      <w:tr w:rsidR="00D47296" w14:paraId="15F8EBD3" w14:textId="77777777">
        <w:trPr>
          <w:jc w:val="center"/>
        </w:trPr>
        <w:tc>
          <w:tcPr>
            <w:tcW w:w="3168" w:type="dxa"/>
            <w:shd w:val="clear" w:color="auto" w:fill="E8F2EE"/>
            <w:tcMar>
              <w:top w:w="70" w:type="dxa"/>
              <w:left w:w="70" w:type="dxa"/>
              <w:bottom w:w="70" w:type="dxa"/>
              <w:right w:w="70" w:type="dxa"/>
            </w:tcMar>
            <w:vAlign w:val="center"/>
          </w:tcPr>
          <w:p w14:paraId="2967B227" w14:textId="77777777" w:rsidR="00D47296" w:rsidRDefault="008C31C1">
            <w:r>
              <w:rPr>
                <w:sz w:val="18"/>
              </w:rPr>
              <w:t>Refrigeration / cold chain</w:t>
            </w:r>
          </w:p>
        </w:tc>
        <w:tc>
          <w:tcPr>
            <w:tcW w:w="7344" w:type="dxa"/>
            <w:shd w:val="clear" w:color="auto" w:fill="E8F2EE"/>
            <w:tcMar>
              <w:top w:w="70" w:type="dxa"/>
              <w:left w:w="70" w:type="dxa"/>
              <w:bottom w:w="70" w:type="dxa"/>
              <w:right w:w="70" w:type="dxa"/>
            </w:tcMar>
            <w:vAlign w:val="center"/>
          </w:tcPr>
          <w:p w14:paraId="0A2A5B30" w14:textId="77777777" w:rsidR="00D47296" w:rsidRDefault="008C31C1">
            <w:r>
              <w:rPr>
                <w:i/>
                <w:color w:val="777777"/>
                <w:sz w:val="24"/>
              </w:rPr>
              <w:t>&lt;Vaccines / medications / alternate storage / monitoring&gt;</w:t>
            </w:r>
          </w:p>
        </w:tc>
      </w:tr>
      <w:tr w:rsidR="00D47296" w14:paraId="6044F945" w14:textId="77777777">
        <w:trPr>
          <w:jc w:val="center"/>
        </w:trPr>
        <w:tc>
          <w:tcPr>
            <w:tcW w:w="3168" w:type="dxa"/>
            <w:tcMar>
              <w:top w:w="70" w:type="dxa"/>
              <w:left w:w="70" w:type="dxa"/>
              <w:bottom w:w="70" w:type="dxa"/>
              <w:right w:w="70" w:type="dxa"/>
            </w:tcMar>
            <w:vAlign w:val="center"/>
          </w:tcPr>
          <w:p w14:paraId="097BB7A7" w14:textId="77777777" w:rsidR="00D47296" w:rsidRDefault="008C31C1">
            <w:r>
              <w:rPr>
                <w:sz w:val="18"/>
              </w:rPr>
              <w:t>Security / access control</w:t>
            </w:r>
          </w:p>
        </w:tc>
        <w:tc>
          <w:tcPr>
            <w:tcW w:w="7344" w:type="dxa"/>
            <w:tcMar>
              <w:top w:w="70" w:type="dxa"/>
              <w:left w:w="70" w:type="dxa"/>
              <w:bottom w:w="70" w:type="dxa"/>
              <w:right w:w="70" w:type="dxa"/>
            </w:tcMar>
            <w:vAlign w:val="center"/>
          </w:tcPr>
          <w:p w14:paraId="6A412568" w14:textId="77777777" w:rsidR="00D47296" w:rsidRDefault="008C31C1">
            <w:r>
              <w:rPr>
                <w:i/>
                <w:color w:val="777777"/>
                <w:sz w:val="24"/>
              </w:rPr>
              <w:t>&lt;Manual override / keys / alarm&gt;</w:t>
            </w:r>
          </w:p>
        </w:tc>
      </w:tr>
      <w:tr w:rsidR="00D47296" w14:paraId="5B21E96A" w14:textId="77777777">
        <w:trPr>
          <w:jc w:val="center"/>
        </w:trPr>
        <w:tc>
          <w:tcPr>
            <w:tcW w:w="3168" w:type="dxa"/>
            <w:shd w:val="clear" w:color="auto" w:fill="E8F2EE"/>
            <w:tcMar>
              <w:top w:w="70" w:type="dxa"/>
              <w:left w:w="70" w:type="dxa"/>
              <w:bottom w:w="70" w:type="dxa"/>
              <w:right w:w="70" w:type="dxa"/>
            </w:tcMar>
            <w:vAlign w:val="center"/>
          </w:tcPr>
          <w:p w14:paraId="511BBAE2" w14:textId="77777777" w:rsidR="00D47296" w:rsidRDefault="008C31C1">
            <w:r>
              <w:rPr>
                <w:sz w:val="18"/>
              </w:rPr>
              <w:t>Fire alarm / sprinkler</w:t>
            </w:r>
          </w:p>
        </w:tc>
        <w:tc>
          <w:tcPr>
            <w:tcW w:w="7344" w:type="dxa"/>
            <w:shd w:val="clear" w:color="auto" w:fill="E8F2EE"/>
            <w:tcMar>
              <w:top w:w="70" w:type="dxa"/>
              <w:left w:w="70" w:type="dxa"/>
              <w:bottom w:w="70" w:type="dxa"/>
              <w:right w:w="70" w:type="dxa"/>
            </w:tcMar>
            <w:vAlign w:val="center"/>
          </w:tcPr>
          <w:p w14:paraId="2FDD62BE" w14:textId="77777777" w:rsidR="00D47296" w:rsidRDefault="008C31C1">
            <w:r>
              <w:rPr>
                <w:i/>
                <w:color w:val="777777"/>
                <w:sz w:val="24"/>
              </w:rPr>
              <w:t>&lt;Impairment / AHJ process as applicable&gt;</w:t>
            </w:r>
          </w:p>
        </w:tc>
      </w:tr>
      <w:tr w:rsidR="00D47296" w14:paraId="1D541A97" w14:textId="77777777">
        <w:trPr>
          <w:jc w:val="center"/>
        </w:trPr>
        <w:tc>
          <w:tcPr>
            <w:tcW w:w="3168" w:type="dxa"/>
            <w:tcMar>
              <w:top w:w="70" w:type="dxa"/>
              <w:left w:w="70" w:type="dxa"/>
              <w:bottom w:w="70" w:type="dxa"/>
              <w:right w:w="70" w:type="dxa"/>
            </w:tcMar>
            <w:vAlign w:val="center"/>
          </w:tcPr>
          <w:p w14:paraId="3F0471E8" w14:textId="77777777" w:rsidR="00D47296" w:rsidRDefault="008C31C1">
            <w:r>
              <w:rPr>
                <w:sz w:val="18"/>
              </w:rPr>
              <w:t>Other clinical equipment</w:t>
            </w:r>
          </w:p>
        </w:tc>
        <w:tc>
          <w:tcPr>
            <w:tcW w:w="7344" w:type="dxa"/>
            <w:tcMar>
              <w:top w:w="70" w:type="dxa"/>
              <w:left w:w="70" w:type="dxa"/>
              <w:bottom w:w="70" w:type="dxa"/>
              <w:right w:w="70" w:type="dxa"/>
            </w:tcMar>
            <w:vAlign w:val="center"/>
          </w:tcPr>
          <w:p w14:paraId="2892A86D" w14:textId="77777777" w:rsidR="00D47296" w:rsidRDefault="008C31C1">
            <w:r>
              <w:rPr>
                <w:i/>
                <w:color w:val="777777"/>
                <w:sz w:val="24"/>
              </w:rPr>
              <w:t>&lt;Critical devices / PM / alternate&gt;</w:t>
            </w:r>
          </w:p>
        </w:tc>
      </w:tr>
    </w:tbl>
    <w:p w14:paraId="3E8CE726" w14:textId="77777777" w:rsidR="00D47296" w:rsidRDefault="00D47296">
      <w:pPr>
        <w:spacing w:after="0"/>
      </w:pPr>
    </w:p>
    <w:p w14:paraId="3E8C83E8" w14:textId="77777777" w:rsidR="00D47296" w:rsidRDefault="008C31C1">
      <w:pPr>
        <w:pStyle w:val="Heading2"/>
      </w:pPr>
      <w:r>
        <w:t>B. Preventive Maintenance / Inspections</w:t>
      </w:r>
    </w:p>
    <w:tbl>
      <w:tblPr>
        <w:tblW w:w="0" w:type="auto"/>
        <w:jc w:val="center"/>
        <w:tblLayout w:type="fixed"/>
        <w:tblLook w:val="04A0" w:firstRow="1" w:lastRow="0" w:firstColumn="1" w:lastColumn="0" w:noHBand="0" w:noVBand="1"/>
      </w:tblPr>
      <w:tblGrid>
        <w:gridCol w:w="2304"/>
        <w:gridCol w:w="3456"/>
        <w:gridCol w:w="1584"/>
        <w:gridCol w:w="2016"/>
        <w:gridCol w:w="1440"/>
      </w:tblGrid>
      <w:tr w:rsidR="00D47296" w14:paraId="210289B3" w14:textId="77777777">
        <w:trPr>
          <w:tblHeader/>
          <w:jc w:val="center"/>
        </w:trPr>
        <w:tc>
          <w:tcPr>
            <w:tcW w:w="2304" w:type="dxa"/>
            <w:shd w:val="clear" w:color="auto" w:fill="015A41"/>
            <w:tcMar>
              <w:top w:w="70" w:type="dxa"/>
              <w:left w:w="70" w:type="dxa"/>
              <w:bottom w:w="70" w:type="dxa"/>
              <w:right w:w="70" w:type="dxa"/>
            </w:tcMar>
            <w:vAlign w:val="center"/>
          </w:tcPr>
          <w:p w14:paraId="2FAD32B9" w14:textId="77777777" w:rsidR="00D47296" w:rsidRDefault="008C31C1">
            <w:r>
              <w:rPr>
                <w:b/>
                <w:color w:val="FFFFFF"/>
                <w:sz w:val="16"/>
              </w:rPr>
              <w:t>System / Equipment</w:t>
            </w:r>
          </w:p>
        </w:tc>
        <w:tc>
          <w:tcPr>
            <w:tcW w:w="3456" w:type="dxa"/>
            <w:shd w:val="clear" w:color="auto" w:fill="015A41"/>
            <w:tcMar>
              <w:top w:w="70" w:type="dxa"/>
              <w:left w:w="70" w:type="dxa"/>
              <w:bottom w:w="70" w:type="dxa"/>
              <w:right w:w="70" w:type="dxa"/>
            </w:tcMar>
            <w:vAlign w:val="center"/>
          </w:tcPr>
          <w:p w14:paraId="227FBC13" w14:textId="77777777" w:rsidR="00D47296" w:rsidRDefault="008C31C1">
            <w:r>
              <w:rPr>
                <w:b/>
                <w:color w:val="FFFFFF"/>
                <w:sz w:val="16"/>
              </w:rPr>
              <w:t>PM / Inspection Requirement</w:t>
            </w:r>
          </w:p>
        </w:tc>
        <w:tc>
          <w:tcPr>
            <w:tcW w:w="1584" w:type="dxa"/>
            <w:shd w:val="clear" w:color="auto" w:fill="015A41"/>
            <w:tcMar>
              <w:top w:w="70" w:type="dxa"/>
              <w:left w:w="70" w:type="dxa"/>
              <w:bottom w:w="70" w:type="dxa"/>
              <w:right w:w="70" w:type="dxa"/>
            </w:tcMar>
            <w:vAlign w:val="center"/>
          </w:tcPr>
          <w:p w14:paraId="195EE8B7" w14:textId="77777777" w:rsidR="00D47296" w:rsidRDefault="008C31C1">
            <w:r>
              <w:rPr>
                <w:b/>
                <w:color w:val="FFFFFF"/>
                <w:sz w:val="16"/>
              </w:rPr>
              <w:t>Owner</w:t>
            </w:r>
          </w:p>
        </w:tc>
        <w:tc>
          <w:tcPr>
            <w:tcW w:w="2016" w:type="dxa"/>
            <w:shd w:val="clear" w:color="auto" w:fill="015A41"/>
            <w:tcMar>
              <w:top w:w="70" w:type="dxa"/>
              <w:left w:w="70" w:type="dxa"/>
              <w:bottom w:w="70" w:type="dxa"/>
              <w:right w:w="70" w:type="dxa"/>
            </w:tcMar>
            <w:vAlign w:val="center"/>
          </w:tcPr>
          <w:p w14:paraId="691276B7" w14:textId="77777777" w:rsidR="00D47296" w:rsidRDefault="008C31C1">
            <w:r>
              <w:rPr>
                <w:b/>
                <w:color w:val="FFFFFF"/>
                <w:sz w:val="16"/>
              </w:rPr>
              <w:t>Record Location</w:t>
            </w:r>
          </w:p>
        </w:tc>
        <w:tc>
          <w:tcPr>
            <w:tcW w:w="1440" w:type="dxa"/>
            <w:shd w:val="clear" w:color="auto" w:fill="015A41"/>
            <w:tcMar>
              <w:top w:w="70" w:type="dxa"/>
              <w:left w:w="70" w:type="dxa"/>
              <w:bottom w:w="70" w:type="dxa"/>
              <w:right w:w="70" w:type="dxa"/>
            </w:tcMar>
            <w:vAlign w:val="center"/>
          </w:tcPr>
          <w:p w14:paraId="04613A34" w14:textId="77777777" w:rsidR="00D47296" w:rsidRDefault="008C31C1">
            <w:r>
              <w:rPr>
                <w:b/>
                <w:color w:val="FFFFFF"/>
                <w:sz w:val="16"/>
              </w:rPr>
              <w:t>Last Verified</w:t>
            </w:r>
          </w:p>
        </w:tc>
      </w:tr>
      <w:tr w:rsidR="00D47296" w14:paraId="18FEB3AE" w14:textId="77777777">
        <w:trPr>
          <w:jc w:val="center"/>
        </w:trPr>
        <w:tc>
          <w:tcPr>
            <w:tcW w:w="2304" w:type="dxa"/>
            <w:shd w:val="clear" w:color="auto" w:fill="E8F2EE"/>
            <w:tcMar>
              <w:top w:w="70" w:type="dxa"/>
              <w:left w:w="70" w:type="dxa"/>
              <w:bottom w:w="70" w:type="dxa"/>
              <w:right w:w="70" w:type="dxa"/>
            </w:tcMar>
            <w:vAlign w:val="center"/>
          </w:tcPr>
          <w:p w14:paraId="79696354" w14:textId="77777777" w:rsidR="00D47296" w:rsidRDefault="008C31C1">
            <w:r>
              <w:rPr>
                <w:i/>
                <w:color w:val="777777"/>
                <w:sz w:val="24"/>
              </w:rPr>
              <w:t>&lt;Insert&gt;</w:t>
            </w:r>
          </w:p>
        </w:tc>
        <w:tc>
          <w:tcPr>
            <w:tcW w:w="3456" w:type="dxa"/>
            <w:shd w:val="clear" w:color="auto" w:fill="E8F2EE"/>
            <w:tcMar>
              <w:top w:w="70" w:type="dxa"/>
              <w:left w:w="70" w:type="dxa"/>
              <w:bottom w:w="70" w:type="dxa"/>
              <w:right w:w="70" w:type="dxa"/>
            </w:tcMar>
            <w:vAlign w:val="center"/>
          </w:tcPr>
          <w:p w14:paraId="5B147C68"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3BF59B64"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58571D99"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2117615B" w14:textId="77777777" w:rsidR="00D47296" w:rsidRDefault="008C31C1">
            <w:r>
              <w:rPr>
                <w:i/>
                <w:color w:val="777777"/>
                <w:sz w:val="24"/>
              </w:rPr>
              <w:t>&lt;Date&gt;</w:t>
            </w:r>
          </w:p>
        </w:tc>
      </w:tr>
      <w:tr w:rsidR="00D47296" w14:paraId="7D60CD2E" w14:textId="77777777">
        <w:trPr>
          <w:jc w:val="center"/>
        </w:trPr>
        <w:tc>
          <w:tcPr>
            <w:tcW w:w="2304" w:type="dxa"/>
            <w:tcMar>
              <w:top w:w="70" w:type="dxa"/>
              <w:left w:w="70" w:type="dxa"/>
              <w:bottom w:w="70" w:type="dxa"/>
              <w:right w:w="70" w:type="dxa"/>
            </w:tcMar>
            <w:vAlign w:val="center"/>
          </w:tcPr>
          <w:p w14:paraId="7E3FE8F5" w14:textId="77777777" w:rsidR="00D47296" w:rsidRDefault="008C31C1">
            <w:r>
              <w:rPr>
                <w:i/>
                <w:color w:val="777777"/>
                <w:sz w:val="24"/>
              </w:rPr>
              <w:t>&lt;Insert&gt;</w:t>
            </w:r>
          </w:p>
        </w:tc>
        <w:tc>
          <w:tcPr>
            <w:tcW w:w="3456" w:type="dxa"/>
            <w:tcMar>
              <w:top w:w="70" w:type="dxa"/>
              <w:left w:w="70" w:type="dxa"/>
              <w:bottom w:w="70" w:type="dxa"/>
              <w:right w:w="70" w:type="dxa"/>
            </w:tcMar>
            <w:vAlign w:val="center"/>
          </w:tcPr>
          <w:p w14:paraId="74D8FB88"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43368C6A"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1EB589AA"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356EF95A" w14:textId="77777777" w:rsidR="00D47296" w:rsidRDefault="008C31C1">
            <w:r>
              <w:rPr>
                <w:i/>
                <w:color w:val="777777"/>
                <w:sz w:val="24"/>
              </w:rPr>
              <w:t>&lt;Date&gt;</w:t>
            </w:r>
          </w:p>
        </w:tc>
      </w:tr>
      <w:tr w:rsidR="00D47296" w14:paraId="0D9BBC07" w14:textId="77777777">
        <w:trPr>
          <w:jc w:val="center"/>
        </w:trPr>
        <w:tc>
          <w:tcPr>
            <w:tcW w:w="2304" w:type="dxa"/>
            <w:shd w:val="clear" w:color="auto" w:fill="E8F2EE"/>
            <w:tcMar>
              <w:top w:w="70" w:type="dxa"/>
              <w:left w:w="70" w:type="dxa"/>
              <w:bottom w:w="70" w:type="dxa"/>
              <w:right w:w="70" w:type="dxa"/>
            </w:tcMar>
            <w:vAlign w:val="center"/>
          </w:tcPr>
          <w:p w14:paraId="05AC559A" w14:textId="77777777" w:rsidR="00D47296" w:rsidRDefault="008C31C1">
            <w:r>
              <w:rPr>
                <w:i/>
                <w:color w:val="777777"/>
                <w:sz w:val="24"/>
              </w:rPr>
              <w:t>&lt;Insert&gt;</w:t>
            </w:r>
          </w:p>
        </w:tc>
        <w:tc>
          <w:tcPr>
            <w:tcW w:w="3456" w:type="dxa"/>
            <w:shd w:val="clear" w:color="auto" w:fill="E8F2EE"/>
            <w:tcMar>
              <w:top w:w="70" w:type="dxa"/>
              <w:left w:w="70" w:type="dxa"/>
              <w:bottom w:w="70" w:type="dxa"/>
              <w:right w:w="70" w:type="dxa"/>
            </w:tcMar>
            <w:vAlign w:val="center"/>
          </w:tcPr>
          <w:p w14:paraId="3F5C9A09"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5E8E21BC"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0DB11AAB"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5E58BEC7" w14:textId="77777777" w:rsidR="00D47296" w:rsidRDefault="008C31C1">
            <w:r>
              <w:rPr>
                <w:i/>
                <w:color w:val="777777"/>
                <w:sz w:val="24"/>
              </w:rPr>
              <w:t>&lt;Date&gt;</w:t>
            </w:r>
          </w:p>
        </w:tc>
      </w:tr>
      <w:tr w:rsidR="00D47296" w14:paraId="1B2021F5" w14:textId="77777777">
        <w:trPr>
          <w:jc w:val="center"/>
        </w:trPr>
        <w:tc>
          <w:tcPr>
            <w:tcW w:w="2304" w:type="dxa"/>
            <w:tcMar>
              <w:top w:w="70" w:type="dxa"/>
              <w:left w:w="70" w:type="dxa"/>
              <w:bottom w:w="70" w:type="dxa"/>
              <w:right w:w="70" w:type="dxa"/>
            </w:tcMar>
            <w:vAlign w:val="center"/>
          </w:tcPr>
          <w:p w14:paraId="2A8902F4" w14:textId="77777777" w:rsidR="00D47296" w:rsidRDefault="008C31C1">
            <w:r>
              <w:rPr>
                <w:i/>
                <w:color w:val="777777"/>
                <w:sz w:val="24"/>
              </w:rPr>
              <w:t>&lt;Insert&gt;</w:t>
            </w:r>
          </w:p>
        </w:tc>
        <w:tc>
          <w:tcPr>
            <w:tcW w:w="3456" w:type="dxa"/>
            <w:tcMar>
              <w:top w:w="70" w:type="dxa"/>
              <w:left w:w="70" w:type="dxa"/>
              <w:bottom w:w="70" w:type="dxa"/>
              <w:right w:w="70" w:type="dxa"/>
            </w:tcMar>
            <w:vAlign w:val="center"/>
          </w:tcPr>
          <w:p w14:paraId="65431D22"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5AC1A107"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514B772A"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57275621" w14:textId="77777777" w:rsidR="00D47296" w:rsidRDefault="008C31C1">
            <w:r>
              <w:rPr>
                <w:i/>
                <w:color w:val="777777"/>
                <w:sz w:val="24"/>
              </w:rPr>
              <w:t>&lt;Date&gt;</w:t>
            </w:r>
          </w:p>
        </w:tc>
      </w:tr>
      <w:tr w:rsidR="00D47296" w14:paraId="11BAC378" w14:textId="77777777">
        <w:trPr>
          <w:jc w:val="center"/>
        </w:trPr>
        <w:tc>
          <w:tcPr>
            <w:tcW w:w="2304" w:type="dxa"/>
            <w:shd w:val="clear" w:color="auto" w:fill="E8F2EE"/>
            <w:tcMar>
              <w:top w:w="70" w:type="dxa"/>
              <w:left w:w="70" w:type="dxa"/>
              <w:bottom w:w="70" w:type="dxa"/>
              <w:right w:w="70" w:type="dxa"/>
            </w:tcMar>
            <w:vAlign w:val="center"/>
          </w:tcPr>
          <w:p w14:paraId="3AC3720C" w14:textId="77777777" w:rsidR="00D47296" w:rsidRDefault="008C31C1">
            <w:r>
              <w:rPr>
                <w:i/>
                <w:color w:val="777777"/>
                <w:sz w:val="24"/>
              </w:rPr>
              <w:lastRenderedPageBreak/>
              <w:t>&lt;Insert&gt;</w:t>
            </w:r>
          </w:p>
        </w:tc>
        <w:tc>
          <w:tcPr>
            <w:tcW w:w="3456" w:type="dxa"/>
            <w:shd w:val="clear" w:color="auto" w:fill="E8F2EE"/>
            <w:tcMar>
              <w:top w:w="70" w:type="dxa"/>
              <w:left w:w="70" w:type="dxa"/>
              <w:bottom w:w="70" w:type="dxa"/>
              <w:right w:w="70" w:type="dxa"/>
            </w:tcMar>
            <w:vAlign w:val="center"/>
          </w:tcPr>
          <w:p w14:paraId="76FAF91E"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1533EE09"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043F85BF"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13FAA5E3" w14:textId="77777777" w:rsidR="00D47296" w:rsidRDefault="008C31C1">
            <w:r>
              <w:rPr>
                <w:i/>
                <w:color w:val="777777"/>
                <w:sz w:val="24"/>
              </w:rPr>
              <w:t>&lt;Date&gt;</w:t>
            </w:r>
          </w:p>
        </w:tc>
      </w:tr>
      <w:tr w:rsidR="00D47296" w14:paraId="14380E76" w14:textId="77777777">
        <w:trPr>
          <w:jc w:val="center"/>
        </w:trPr>
        <w:tc>
          <w:tcPr>
            <w:tcW w:w="2304" w:type="dxa"/>
            <w:tcMar>
              <w:top w:w="70" w:type="dxa"/>
              <w:left w:w="70" w:type="dxa"/>
              <w:bottom w:w="70" w:type="dxa"/>
              <w:right w:w="70" w:type="dxa"/>
            </w:tcMar>
            <w:vAlign w:val="center"/>
          </w:tcPr>
          <w:p w14:paraId="44E98971" w14:textId="77777777" w:rsidR="00D47296" w:rsidRDefault="008C31C1">
            <w:r>
              <w:rPr>
                <w:i/>
                <w:color w:val="777777"/>
                <w:sz w:val="24"/>
              </w:rPr>
              <w:t>&lt;Insert&gt;</w:t>
            </w:r>
          </w:p>
        </w:tc>
        <w:tc>
          <w:tcPr>
            <w:tcW w:w="3456" w:type="dxa"/>
            <w:tcMar>
              <w:top w:w="70" w:type="dxa"/>
              <w:left w:w="70" w:type="dxa"/>
              <w:bottom w:w="70" w:type="dxa"/>
              <w:right w:w="70" w:type="dxa"/>
            </w:tcMar>
            <w:vAlign w:val="center"/>
          </w:tcPr>
          <w:p w14:paraId="4E4A8C64"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1CF8B817"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0CBB0314"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7D71DCFF" w14:textId="77777777" w:rsidR="00D47296" w:rsidRDefault="008C31C1">
            <w:r>
              <w:rPr>
                <w:i/>
                <w:color w:val="777777"/>
                <w:sz w:val="24"/>
              </w:rPr>
              <w:t>&lt;Date&gt;</w:t>
            </w:r>
          </w:p>
        </w:tc>
      </w:tr>
      <w:tr w:rsidR="00D47296" w14:paraId="31AA3823" w14:textId="77777777">
        <w:trPr>
          <w:jc w:val="center"/>
        </w:trPr>
        <w:tc>
          <w:tcPr>
            <w:tcW w:w="2304" w:type="dxa"/>
            <w:shd w:val="clear" w:color="auto" w:fill="E8F2EE"/>
            <w:tcMar>
              <w:top w:w="70" w:type="dxa"/>
              <w:left w:w="70" w:type="dxa"/>
              <w:bottom w:w="70" w:type="dxa"/>
              <w:right w:w="70" w:type="dxa"/>
            </w:tcMar>
            <w:vAlign w:val="center"/>
          </w:tcPr>
          <w:p w14:paraId="458F8707" w14:textId="77777777" w:rsidR="00D47296" w:rsidRDefault="008C31C1">
            <w:r>
              <w:rPr>
                <w:i/>
                <w:color w:val="777777"/>
                <w:sz w:val="24"/>
              </w:rPr>
              <w:t>&lt;Insert&gt;</w:t>
            </w:r>
          </w:p>
        </w:tc>
        <w:tc>
          <w:tcPr>
            <w:tcW w:w="3456" w:type="dxa"/>
            <w:shd w:val="clear" w:color="auto" w:fill="E8F2EE"/>
            <w:tcMar>
              <w:top w:w="70" w:type="dxa"/>
              <w:left w:w="70" w:type="dxa"/>
              <w:bottom w:w="70" w:type="dxa"/>
              <w:right w:w="70" w:type="dxa"/>
            </w:tcMar>
            <w:vAlign w:val="center"/>
          </w:tcPr>
          <w:p w14:paraId="2E3C004B"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4EE41489"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1EF4BD10"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2E05DADE" w14:textId="77777777" w:rsidR="00D47296" w:rsidRDefault="008C31C1">
            <w:r>
              <w:rPr>
                <w:i/>
                <w:color w:val="777777"/>
                <w:sz w:val="24"/>
              </w:rPr>
              <w:t>&lt;Date&gt;</w:t>
            </w:r>
          </w:p>
        </w:tc>
      </w:tr>
      <w:tr w:rsidR="00D47296" w14:paraId="12738242" w14:textId="77777777">
        <w:trPr>
          <w:jc w:val="center"/>
        </w:trPr>
        <w:tc>
          <w:tcPr>
            <w:tcW w:w="2304" w:type="dxa"/>
            <w:tcMar>
              <w:top w:w="70" w:type="dxa"/>
              <w:left w:w="70" w:type="dxa"/>
              <w:bottom w:w="70" w:type="dxa"/>
              <w:right w:w="70" w:type="dxa"/>
            </w:tcMar>
            <w:vAlign w:val="center"/>
          </w:tcPr>
          <w:p w14:paraId="6A38671C" w14:textId="77777777" w:rsidR="00D47296" w:rsidRDefault="008C31C1">
            <w:r>
              <w:rPr>
                <w:i/>
                <w:color w:val="777777"/>
                <w:sz w:val="24"/>
              </w:rPr>
              <w:t>&lt;Insert&gt;</w:t>
            </w:r>
          </w:p>
        </w:tc>
        <w:tc>
          <w:tcPr>
            <w:tcW w:w="3456" w:type="dxa"/>
            <w:tcMar>
              <w:top w:w="70" w:type="dxa"/>
              <w:left w:w="70" w:type="dxa"/>
              <w:bottom w:w="70" w:type="dxa"/>
              <w:right w:w="70" w:type="dxa"/>
            </w:tcMar>
            <w:vAlign w:val="center"/>
          </w:tcPr>
          <w:p w14:paraId="10D8998E"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6087A424"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4EB0E4D3"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73475422" w14:textId="77777777" w:rsidR="00D47296" w:rsidRDefault="008C31C1">
            <w:r>
              <w:rPr>
                <w:i/>
                <w:color w:val="777777"/>
                <w:sz w:val="24"/>
              </w:rPr>
              <w:t>&lt;Date&gt;</w:t>
            </w:r>
          </w:p>
        </w:tc>
      </w:tr>
    </w:tbl>
    <w:p w14:paraId="7458D2A6" w14:textId="77777777" w:rsidR="00D47296" w:rsidRDefault="00D47296">
      <w:pPr>
        <w:spacing w:after="0"/>
      </w:pPr>
    </w:p>
    <w:p w14:paraId="0E961EBF" w14:textId="77777777" w:rsidR="00D47296" w:rsidRDefault="008C31C1">
      <w:pPr>
        <w:pStyle w:val="Heading2"/>
      </w:pPr>
      <w:r>
        <w:t>C. Utility / Facility Closure Triggers</w:t>
      </w:r>
    </w:p>
    <w:p w14:paraId="3026435B" w14:textId="77777777" w:rsidR="00D47296" w:rsidRDefault="008C31C1">
      <w:pPr>
        <w:spacing w:after="20"/>
      </w:pPr>
      <w:r>
        <w:rPr>
          <w:color w:val="B4B4B4"/>
          <w:sz w:val="16"/>
        </w:rPr>
        <w:t>__________________________________________________________________________________________________</w:t>
      </w:r>
    </w:p>
    <w:p w14:paraId="46F2B5DA" w14:textId="77777777" w:rsidR="00D47296" w:rsidRDefault="008C31C1">
      <w:pPr>
        <w:spacing w:after="20"/>
      </w:pPr>
      <w:r>
        <w:rPr>
          <w:color w:val="B4B4B4"/>
          <w:sz w:val="16"/>
        </w:rPr>
        <w:t>__________________________________________________________________________________________________</w:t>
      </w:r>
    </w:p>
    <w:p w14:paraId="68374416" w14:textId="77777777" w:rsidR="00D47296" w:rsidRDefault="008C31C1">
      <w:pPr>
        <w:spacing w:after="20"/>
      </w:pPr>
      <w:r>
        <w:rPr>
          <w:color w:val="B4B4B4"/>
          <w:sz w:val="16"/>
        </w:rPr>
        <w:t>__________________________________________________________________________________________________</w:t>
      </w:r>
    </w:p>
    <w:p w14:paraId="2B3BDC4E" w14:textId="77777777" w:rsidR="00D47296" w:rsidRDefault="008C31C1">
      <w:pPr>
        <w:spacing w:after="20"/>
      </w:pPr>
      <w:r>
        <w:rPr>
          <w:color w:val="B4B4B4"/>
          <w:sz w:val="16"/>
        </w:rPr>
        <w:t>__________________________________________________________________________________________________</w:t>
      </w:r>
    </w:p>
    <w:p w14:paraId="327F6DC9" w14:textId="77777777" w:rsidR="00D47296" w:rsidRDefault="008C31C1">
      <w:pPr>
        <w:spacing w:after="20"/>
      </w:pPr>
      <w:r>
        <w:rPr>
          <w:color w:val="B4B4B4"/>
          <w:sz w:val="16"/>
        </w:rPr>
        <w:t>__________________________________________________________________________________________________</w:t>
      </w:r>
    </w:p>
    <w:p w14:paraId="5DA37C81" w14:textId="77777777" w:rsidR="00D47296" w:rsidRDefault="008C31C1">
      <w:pPr>
        <w:pStyle w:val="Heading2"/>
      </w:pPr>
      <w:r>
        <w:t>D. Fire / Building / Accessibility Applicability</w:t>
      </w:r>
    </w:p>
    <w:p w14:paraId="63EC3B73" w14:textId="77777777" w:rsidR="00D47296" w:rsidRDefault="008C31C1">
      <w:pPr>
        <w:spacing w:after="80" w:line="240" w:lineRule="auto"/>
      </w:pPr>
      <w:r>
        <w:t>Do not automatically apply LTC/SNF CMS K-tags to an FQHC. Determine actual occupancy classification, services, co-located certified provider types, construction/renovation/change-of-use, Maine FMO and local AHJ requirements, and accessibility/barrier-free permitting. Maintain permits, inspections and corrective actions in controlled facilities files.</w:t>
      </w:r>
    </w:p>
    <w:p w14:paraId="78B19BC4" w14:textId="77777777" w:rsidR="00D47296" w:rsidRDefault="008C31C1">
      <w:r>
        <w:br w:type="page"/>
      </w:r>
    </w:p>
    <w:p w14:paraId="50B1AB1C" w14:textId="77777777" w:rsidR="00D47296" w:rsidRDefault="008C31C1">
      <w:pPr>
        <w:pStyle w:val="Heading1"/>
      </w:pPr>
      <w:r>
        <w:lastRenderedPageBreak/>
        <w:t>11. COMMUNICATIONS &amp; INFORMATION SYSTEMS</w:t>
      </w:r>
    </w:p>
    <w:tbl>
      <w:tblPr>
        <w:tblW w:w="0" w:type="auto"/>
        <w:jc w:val="center"/>
        <w:tblLook w:val="04A0" w:firstRow="1" w:lastRow="0" w:firstColumn="1" w:lastColumn="0" w:noHBand="0" w:noVBand="1"/>
      </w:tblPr>
      <w:tblGrid>
        <w:gridCol w:w="10800"/>
      </w:tblGrid>
      <w:tr w:rsidR="00D47296" w14:paraId="1299F137" w14:textId="77777777">
        <w:trPr>
          <w:jc w:val="center"/>
        </w:trPr>
        <w:tc>
          <w:tcPr>
            <w:tcW w:w="10800" w:type="dxa"/>
            <w:shd w:val="clear" w:color="auto" w:fill="E8F2EE"/>
          </w:tcPr>
          <w:p w14:paraId="4AFE2338" w14:textId="77777777" w:rsidR="00D47296" w:rsidRDefault="008C31C1">
            <w:r>
              <w:rPr>
                <w:b/>
                <w:color w:val="015A41"/>
              </w:rPr>
              <w:t xml:space="preserve">REGULATORY BASIS </w:t>
            </w:r>
            <w:r>
              <w:t>42 CFR §491.12(c)(1)-(5); E-0029 through E-0034, with FQHC-specific provider language.</w:t>
            </w:r>
          </w:p>
        </w:tc>
      </w:tr>
    </w:tbl>
    <w:p w14:paraId="36C7849A" w14:textId="77777777" w:rsidR="00D47296" w:rsidRDefault="00D47296">
      <w:pPr>
        <w:spacing w:after="0"/>
      </w:pPr>
    </w:p>
    <w:p w14:paraId="1F36D593" w14:textId="77777777" w:rsidR="00D47296" w:rsidRDefault="008C31C1">
      <w:pPr>
        <w:pStyle w:val="Heading2"/>
      </w:pPr>
      <w:r>
        <w:t>A. Required Communication Elements</w:t>
      </w:r>
    </w:p>
    <w:tbl>
      <w:tblPr>
        <w:tblW w:w="0" w:type="auto"/>
        <w:jc w:val="center"/>
        <w:tblLayout w:type="fixed"/>
        <w:tblLook w:val="04A0" w:firstRow="1" w:lastRow="0" w:firstColumn="1" w:lastColumn="0" w:noHBand="0" w:noVBand="1"/>
      </w:tblPr>
      <w:tblGrid>
        <w:gridCol w:w="4896"/>
        <w:gridCol w:w="5616"/>
      </w:tblGrid>
      <w:tr w:rsidR="00D47296" w14:paraId="3DB89B7A" w14:textId="77777777">
        <w:trPr>
          <w:tblHeader/>
          <w:jc w:val="center"/>
        </w:trPr>
        <w:tc>
          <w:tcPr>
            <w:tcW w:w="4896" w:type="dxa"/>
            <w:shd w:val="clear" w:color="auto" w:fill="015A41"/>
            <w:tcMar>
              <w:top w:w="70" w:type="dxa"/>
              <w:left w:w="70" w:type="dxa"/>
              <w:bottom w:w="70" w:type="dxa"/>
              <w:right w:w="70" w:type="dxa"/>
            </w:tcMar>
            <w:vAlign w:val="center"/>
          </w:tcPr>
          <w:p w14:paraId="15AC22C6" w14:textId="77777777" w:rsidR="00D47296" w:rsidRDefault="008C31C1">
            <w:r>
              <w:rPr>
                <w:b/>
                <w:color w:val="FFFFFF"/>
                <w:sz w:val="18"/>
              </w:rPr>
              <w:t>Required Element</w:t>
            </w:r>
          </w:p>
        </w:tc>
        <w:tc>
          <w:tcPr>
            <w:tcW w:w="5616" w:type="dxa"/>
            <w:shd w:val="clear" w:color="auto" w:fill="015A41"/>
            <w:tcMar>
              <w:top w:w="70" w:type="dxa"/>
              <w:left w:w="70" w:type="dxa"/>
              <w:bottom w:w="70" w:type="dxa"/>
              <w:right w:w="70" w:type="dxa"/>
            </w:tcMar>
            <w:vAlign w:val="center"/>
          </w:tcPr>
          <w:p w14:paraId="07BECC84" w14:textId="77777777" w:rsidR="00D47296" w:rsidRDefault="008C31C1">
            <w:r>
              <w:rPr>
                <w:b/>
                <w:color w:val="FFFFFF"/>
                <w:sz w:val="18"/>
              </w:rPr>
              <w:t>Facility Entry / Controlled Location</w:t>
            </w:r>
          </w:p>
        </w:tc>
      </w:tr>
      <w:tr w:rsidR="00D47296" w14:paraId="6AD90BC5" w14:textId="77777777">
        <w:trPr>
          <w:jc w:val="center"/>
        </w:trPr>
        <w:tc>
          <w:tcPr>
            <w:tcW w:w="4896" w:type="dxa"/>
            <w:shd w:val="clear" w:color="auto" w:fill="E8F2EE"/>
            <w:tcMar>
              <w:top w:w="70" w:type="dxa"/>
              <w:left w:w="70" w:type="dxa"/>
              <w:bottom w:w="70" w:type="dxa"/>
              <w:right w:w="70" w:type="dxa"/>
            </w:tcMar>
            <w:vAlign w:val="center"/>
          </w:tcPr>
          <w:p w14:paraId="6E3161A6" w14:textId="77777777" w:rsidR="00D47296" w:rsidRDefault="008C31C1">
            <w:r>
              <w:rPr>
                <w:sz w:val="18"/>
              </w:rPr>
              <w:t>Staff names/contact information</w:t>
            </w:r>
          </w:p>
        </w:tc>
        <w:tc>
          <w:tcPr>
            <w:tcW w:w="5616" w:type="dxa"/>
            <w:shd w:val="clear" w:color="auto" w:fill="E8F2EE"/>
            <w:tcMar>
              <w:top w:w="70" w:type="dxa"/>
              <w:left w:w="70" w:type="dxa"/>
              <w:bottom w:w="70" w:type="dxa"/>
              <w:right w:w="70" w:type="dxa"/>
            </w:tcMar>
            <w:vAlign w:val="center"/>
          </w:tcPr>
          <w:p w14:paraId="777BFE55" w14:textId="77777777" w:rsidR="00D47296" w:rsidRDefault="008C31C1">
            <w:r>
              <w:rPr>
                <w:i/>
                <w:color w:val="777777"/>
                <w:sz w:val="24"/>
              </w:rPr>
              <w:t>&lt;Controlled directory location&gt;</w:t>
            </w:r>
          </w:p>
        </w:tc>
      </w:tr>
      <w:tr w:rsidR="00D47296" w14:paraId="69FF544A" w14:textId="77777777">
        <w:trPr>
          <w:jc w:val="center"/>
        </w:trPr>
        <w:tc>
          <w:tcPr>
            <w:tcW w:w="4896" w:type="dxa"/>
            <w:tcMar>
              <w:top w:w="70" w:type="dxa"/>
              <w:left w:w="70" w:type="dxa"/>
              <w:bottom w:w="70" w:type="dxa"/>
              <w:right w:w="70" w:type="dxa"/>
            </w:tcMar>
            <w:vAlign w:val="center"/>
          </w:tcPr>
          <w:p w14:paraId="23A57F60" w14:textId="77777777" w:rsidR="00D47296" w:rsidRDefault="008C31C1">
            <w:r>
              <w:rPr>
                <w:sz w:val="18"/>
              </w:rPr>
              <w:t>Entities providing services under arrangement</w:t>
            </w:r>
          </w:p>
        </w:tc>
        <w:tc>
          <w:tcPr>
            <w:tcW w:w="5616" w:type="dxa"/>
            <w:tcMar>
              <w:top w:w="70" w:type="dxa"/>
              <w:left w:w="70" w:type="dxa"/>
              <w:bottom w:w="70" w:type="dxa"/>
              <w:right w:w="70" w:type="dxa"/>
            </w:tcMar>
            <w:vAlign w:val="center"/>
          </w:tcPr>
          <w:p w14:paraId="1F1454A1" w14:textId="77777777" w:rsidR="00D47296" w:rsidRDefault="008C31C1">
            <w:r>
              <w:rPr>
                <w:i/>
                <w:color w:val="777777"/>
                <w:sz w:val="24"/>
              </w:rPr>
              <w:t>&lt;Directory / contract index&gt;</w:t>
            </w:r>
          </w:p>
        </w:tc>
      </w:tr>
      <w:tr w:rsidR="00D47296" w14:paraId="57DC917D" w14:textId="77777777">
        <w:trPr>
          <w:jc w:val="center"/>
        </w:trPr>
        <w:tc>
          <w:tcPr>
            <w:tcW w:w="4896" w:type="dxa"/>
            <w:shd w:val="clear" w:color="auto" w:fill="E8F2EE"/>
            <w:tcMar>
              <w:top w:w="70" w:type="dxa"/>
              <w:left w:w="70" w:type="dxa"/>
              <w:bottom w:w="70" w:type="dxa"/>
              <w:right w:w="70" w:type="dxa"/>
            </w:tcMar>
            <w:vAlign w:val="center"/>
          </w:tcPr>
          <w:p w14:paraId="035196BE" w14:textId="77777777" w:rsidR="00D47296" w:rsidRDefault="008C31C1">
            <w:r>
              <w:rPr>
                <w:sz w:val="18"/>
              </w:rPr>
              <w:t>Patients' physicians</w:t>
            </w:r>
          </w:p>
        </w:tc>
        <w:tc>
          <w:tcPr>
            <w:tcW w:w="5616" w:type="dxa"/>
            <w:shd w:val="clear" w:color="auto" w:fill="E8F2EE"/>
            <w:tcMar>
              <w:top w:w="70" w:type="dxa"/>
              <w:left w:w="70" w:type="dxa"/>
              <w:bottom w:w="70" w:type="dxa"/>
              <w:right w:w="70" w:type="dxa"/>
            </w:tcMar>
            <w:vAlign w:val="center"/>
          </w:tcPr>
          <w:p w14:paraId="6C10B42A" w14:textId="77777777" w:rsidR="00D47296" w:rsidRDefault="008C31C1">
            <w:r>
              <w:rPr>
                <w:i/>
                <w:color w:val="777777"/>
                <w:sz w:val="24"/>
              </w:rPr>
              <w:t>&lt;Method / directory source&gt;</w:t>
            </w:r>
          </w:p>
        </w:tc>
      </w:tr>
      <w:tr w:rsidR="00D47296" w14:paraId="3406843C" w14:textId="77777777">
        <w:trPr>
          <w:jc w:val="center"/>
        </w:trPr>
        <w:tc>
          <w:tcPr>
            <w:tcW w:w="4896" w:type="dxa"/>
            <w:tcMar>
              <w:top w:w="70" w:type="dxa"/>
              <w:left w:w="70" w:type="dxa"/>
              <w:bottom w:w="70" w:type="dxa"/>
              <w:right w:w="70" w:type="dxa"/>
            </w:tcMar>
            <w:vAlign w:val="center"/>
          </w:tcPr>
          <w:p w14:paraId="43C65E46" w14:textId="77777777" w:rsidR="00D47296" w:rsidRDefault="008C31C1">
            <w:r>
              <w:rPr>
                <w:sz w:val="18"/>
              </w:rPr>
              <w:t>Other RHCs/FQHCs</w:t>
            </w:r>
          </w:p>
        </w:tc>
        <w:tc>
          <w:tcPr>
            <w:tcW w:w="5616" w:type="dxa"/>
            <w:tcMar>
              <w:top w:w="70" w:type="dxa"/>
              <w:left w:w="70" w:type="dxa"/>
              <w:bottom w:w="70" w:type="dxa"/>
              <w:right w:w="70" w:type="dxa"/>
            </w:tcMar>
            <w:vAlign w:val="center"/>
          </w:tcPr>
          <w:p w14:paraId="2C1B728E" w14:textId="77777777" w:rsidR="00D47296" w:rsidRDefault="008C31C1">
            <w:r>
              <w:rPr>
                <w:i/>
                <w:color w:val="777777"/>
                <w:sz w:val="24"/>
              </w:rPr>
              <w:t>&lt;Directory&gt;</w:t>
            </w:r>
          </w:p>
        </w:tc>
      </w:tr>
      <w:tr w:rsidR="00D47296" w14:paraId="41740957" w14:textId="77777777">
        <w:trPr>
          <w:jc w:val="center"/>
        </w:trPr>
        <w:tc>
          <w:tcPr>
            <w:tcW w:w="4896" w:type="dxa"/>
            <w:shd w:val="clear" w:color="auto" w:fill="E8F2EE"/>
            <w:tcMar>
              <w:top w:w="70" w:type="dxa"/>
              <w:left w:w="70" w:type="dxa"/>
              <w:bottom w:w="70" w:type="dxa"/>
              <w:right w:w="70" w:type="dxa"/>
            </w:tcMar>
            <w:vAlign w:val="center"/>
          </w:tcPr>
          <w:p w14:paraId="790BB2AE" w14:textId="77777777" w:rsidR="00D47296" w:rsidRDefault="008C31C1">
            <w:r>
              <w:rPr>
                <w:sz w:val="18"/>
              </w:rPr>
              <w:t>Volunteers</w:t>
            </w:r>
          </w:p>
        </w:tc>
        <w:tc>
          <w:tcPr>
            <w:tcW w:w="5616" w:type="dxa"/>
            <w:shd w:val="clear" w:color="auto" w:fill="E8F2EE"/>
            <w:tcMar>
              <w:top w:w="70" w:type="dxa"/>
              <w:left w:w="70" w:type="dxa"/>
              <w:bottom w:w="70" w:type="dxa"/>
              <w:right w:w="70" w:type="dxa"/>
            </w:tcMar>
            <w:vAlign w:val="center"/>
          </w:tcPr>
          <w:p w14:paraId="50D2C8F4" w14:textId="77777777" w:rsidR="00D47296" w:rsidRDefault="008C31C1">
            <w:r>
              <w:rPr>
                <w:i/>
                <w:color w:val="777777"/>
                <w:sz w:val="24"/>
              </w:rPr>
              <w:t>&lt;Directory if used&gt;</w:t>
            </w:r>
          </w:p>
        </w:tc>
      </w:tr>
      <w:tr w:rsidR="00D47296" w14:paraId="38E47744" w14:textId="77777777">
        <w:trPr>
          <w:jc w:val="center"/>
        </w:trPr>
        <w:tc>
          <w:tcPr>
            <w:tcW w:w="4896" w:type="dxa"/>
            <w:tcMar>
              <w:top w:w="70" w:type="dxa"/>
              <w:left w:w="70" w:type="dxa"/>
              <w:bottom w:w="70" w:type="dxa"/>
              <w:right w:w="70" w:type="dxa"/>
            </w:tcMar>
            <w:vAlign w:val="center"/>
          </w:tcPr>
          <w:p w14:paraId="1B971A23" w14:textId="77777777" w:rsidR="00D47296" w:rsidRDefault="008C31C1">
            <w:r>
              <w:rPr>
                <w:sz w:val="18"/>
              </w:rPr>
              <w:t>Federal/State/tribal/regional/local emergency preparedness staff</w:t>
            </w:r>
          </w:p>
        </w:tc>
        <w:tc>
          <w:tcPr>
            <w:tcW w:w="5616" w:type="dxa"/>
            <w:tcMar>
              <w:top w:w="70" w:type="dxa"/>
              <w:left w:w="70" w:type="dxa"/>
              <w:bottom w:w="70" w:type="dxa"/>
              <w:right w:w="70" w:type="dxa"/>
            </w:tcMar>
            <w:vAlign w:val="center"/>
          </w:tcPr>
          <w:p w14:paraId="0ED267CA" w14:textId="77777777" w:rsidR="00D47296" w:rsidRDefault="008C31C1">
            <w:r>
              <w:rPr>
                <w:i/>
                <w:color w:val="777777"/>
                <w:sz w:val="24"/>
              </w:rPr>
              <w:t>&lt;Directory&gt;</w:t>
            </w:r>
          </w:p>
        </w:tc>
      </w:tr>
      <w:tr w:rsidR="00D47296" w14:paraId="5530336A" w14:textId="77777777">
        <w:trPr>
          <w:jc w:val="center"/>
        </w:trPr>
        <w:tc>
          <w:tcPr>
            <w:tcW w:w="4896" w:type="dxa"/>
            <w:shd w:val="clear" w:color="auto" w:fill="E8F2EE"/>
            <w:tcMar>
              <w:top w:w="70" w:type="dxa"/>
              <w:left w:w="70" w:type="dxa"/>
              <w:bottom w:w="70" w:type="dxa"/>
              <w:right w:w="70" w:type="dxa"/>
            </w:tcMar>
            <w:vAlign w:val="center"/>
          </w:tcPr>
          <w:p w14:paraId="2FC03F1A" w14:textId="77777777" w:rsidR="00D47296" w:rsidRDefault="008C31C1">
            <w:r>
              <w:rPr>
                <w:sz w:val="18"/>
              </w:rPr>
              <w:t>Other sources of assistance</w:t>
            </w:r>
          </w:p>
        </w:tc>
        <w:tc>
          <w:tcPr>
            <w:tcW w:w="5616" w:type="dxa"/>
            <w:shd w:val="clear" w:color="auto" w:fill="E8F2EE"/>
            <w:tcMar>
              <w:top w:w="70" w:type="dxa"/>
              <w:left w:w="70" w:type="dxa"/>
              <w:bottom w:w="70" w:type="dxa"/>
              <w:right w:w="70" w:type="dxa"/>
            </w:tcMar>
            <w:vAlign w:val="center"/>
          </w:tcPr>
          <w:p w14:paraId="7D418249" w14:textId="77777777" w:rsidR="00D47296" w:rsidRDefault="008C31C1">
            <w:r>
              <w:rPr>
                <w:i/>
                <w:color w:val="777777"/>
                <w:sz w:val="24"/>
              </w:rPr>
              <w:t>&lt;Directory&gt;</w:t>
            </w:r>
          </w:p>
        </w:tc>
      </w:tr>
      <w:tr w:rsidR="00D47296" w14:paraId="70D45A9F" w14:textId="77777777">
        <w:trPr>
          <w:jc w:val="center"/>
        </w:trPr>
        <w:tc>
          <w:tcPr>
            <w:tcW w:w="4896" w:type="dxa"/>
            <w:tcMar>
              <w:top w:w="70" w:type="dxa"/>
              <w:left w:w="70" w:type="dxa"/>
              <w:bottom w:w="70" w:type="dxa"/>
              <w:right w:w="70" w:type="dxa"/>
            </w:tcMar>
            <w:vAlign w:val="center"/>
          </w:tcPr>
          <w:p w14:paraId="35313DF4" w14:textId="77777777" w:rsidR="00D47296" w:rsidRDefault="008C31C1">
            <w:r>
              <w:rPr>
                <w:sz w:val="18"/>
              </w:rPr>
              <w:t>Primary/alternate staff communication methods</w:t>
            </w:r>
          </w:p>
        </w:tc>
        <w:tc>
          <w:tcPr>
            <w:tcW w:w="5616" w:type="dxa"/>
            <w:tcMar>
              <w:top w:w="70" w:type="dxa"/>
              <w:left w:w="70" w:type="dxa"/>
              <w:bottom w:w="70" w:type="dxa"/>
              <w:right w:w="70" w:type="dxa"/>
            </w:tcMar>
            <w:vAlign w:val="center"/>
          </w:tcPr>
          <w:p w14:paraId="3D228851" w14:textId="77777777" w:rsidR="00D47296" w:rsidRDefault="008C31C1">
            <w:r>
              <w:rPr>
                <w:i/>
                <w:color w:val="777777"/>
                <w:sz w:val="24"/>
              </w:rPr>
              <w:t>&lt;Insert&gt;</w:t>
            </w:r>
          </w:p>
        </w:tc>
      </w:tr>
      <w:tr w:rsidR="00D47296" w14:paraId="4C27D923" w14:textId="77777777">
        <w:trPr>
          <w:jc w:val="center"/>
        </w:trPr>
        <w:tc>
          <w:tcPr>
            <w:tcW w:w="4896" w:type="dxa"/>
            <w:shd w:val="clear" w:color="auto" w:fill="E8F2EE"/>
            <w:tcMar>
              <w:top w:w="70" w:type="dxa"/>
              <w:left w:w="70" w:type="dxa"/>
              <w:bottom w:w="70" w:type="dxa"/>
              <w:right w:w="70" w:type="dxa"/>
            </w:tcMar>
            <w:vAlign w:val="center"/>
          </w:tcPr>
          <w:p w14:paraId="1DA585BE" w14:textId="77777777" w:rsidR="00D47296" w:rsidRDefault="008C31C1">
            <w:r>
              <w:rPr>
                <w:sz w:val="18"/>
              </w:rPr>
              <w:t>Primary/alternate emergency-agency communication methods</w:t>
            </w:r>
          </w:p>
        </w:tc>
        <w:tc>
          <w:tcPr>
            <w:tcW w:w="5616" w:type="dxa"/>
            <w:shd w:val="clear" w:color="auto" w:fill="E8F2EE"/>
            <w:tcMar>
              <w:top w:w="70" w:type="dxa"/>
              <w:left w:w="70" w:type="dxa"/>
              <w:bottom w:w="70" w:type="dxa"/>
              <w:right w:w="70" w:type="dxa"/>
            </w:tcMar>
            <w:vAlign w:val="center"/>
          </w:tcPr>
          <w:p w14:paraId="720886CA" w14:textId="77777777" w:rsidR="00D47296" w:rsidRDefault="008C31C1">
            <w:r>
              <w:rPr>
                <w:i/>
                <w:color w:val="777777"/>
                <w:sz w:val="24"/>
              </w:rPr>
              <w:t>&lt;Insert&gt;</w:t>
            </w:r>
          </w:p>
        </w:tc>
      </w:tr>
      <w:tr w:rsidR="00D47296" w14:paraId="263669BD" w14:textId="77777777">
        <w:trPr>
          <w:jc w:val="center"/>
        </w:trPr>
        <w:tc>
          <w:tcPr>
            <w:tcW w:w="4896" w:type="dxa"/>
            <w:tcMar>
              <w:top w:w="70" w:type="dxa"/>
              <w:left w:w="70" w:type="dxa"/>
              <w:bottom w:w="70" w:type="dxa"/>
              <w:right w:w="70" w:type="dxa"/>
            </w:tcMar>
            <w:vAlign w:val="center"/>
          </w:tcPr>
          <w:p w14:paraId="2FC1E0F8" w14:textId="77777777" w:rsidR="00D47296" w:rsidRDefault="008C31C1">
            <w:r>
              <w:rPr>
                <w:sz w:val="18"/>
              </w:rPr>
              <w:t>Patient general condition/location information process</w:t>
            </w:r>
          </w:p>
        </w:tc>
        <w:tc>
          <w:tcPr>
            <w:tcW w:w="5616" w:type="dxa"/>
            <w:tcMar>
              <w:top w:w="70" w:type="dxa"/>
              <w:left w:w="70" w:type="dxa"/>
              <w:bottom w:w="70" w:type="dxa"/>
              <w:right w:w="70" w:type="dxa"/>
            </w:tcMar>
            <w:vAlign w:val="center"/>
          </w:tcPr>
          <w:p w14:paraId="3BE047FC" w14:textId="77777777" w:rsidR="00D47296" w:rsidRDefault="008C31C1">
            <w:r>
              <w:rPr>
                <w:i/>
                <w:color w:val="777777"/>
                <w:sz w:val="24"/>
              </w:rPr>
              <w:t>&lt;Insert / privacy procedure&gt;</w:t>
            </w:r>
          </w:p>
        </w:tc>
      </w:tr>
      <w:tr w:rsidR="00D47296" w14:paraId="7FC1412E" w14:textId="77777777">
        <w:trPr>
          <w:jc w:val="center"/>
        </w:trPr>
        <w:tc>
          <w:tcPr>
            <w:tcW w:w="4896" w:type="dxa"/>
            <w:shd w:val="clear" w:color="auto" w:fill="E8F2EE"/>
            <w:tcMar>
              <w:top w:w="70" w:type="dxa"/>
              <w:left w:w="70" w:type="dxa"/>
              <w:bottom w:w="70" w:type="dxa"/>
              <w:right w:w="70" w:type="dxa"/>
            </w:tcMar>
            <w:vAlign w:val="center"/>
          </w:tcPr>
          <w:p w14:paraId="10832D50" w14:textId="77777777" w:rsidR="00D47296" w:rsidRDefault="008C31C1">
            <w:r>
              <w:rPr>
                <w:sz w:val="18"/>
              </w:rPr>
              <w:t>Report FQHC needs / ability to assist</w:t>
            </w:r>
          </w:p>
        </w:tc>
        <w:tc>
          <w:tcPr>
            <w:tcW w:w="5616" w:type="dxa"/>
            <w:shd w:val="clear" w:color="auto" w:fill="E8F2EE"/>
            <w:tcMar>
              <w:top w:w="70" w:type="dxa"/>
              <w:left w:w="70" w:type="dxa"/>
              <w:bottom w:w="70" w:type="dxa"/>
              <w:right w:w="70" w:type="dxa"/>
            </w:tcMar>
            <w:vAlign w:val="center"/>
          </w:tcPr>
          <w:p w14:paraId="136E0BA4" w14:textId="77777777" w:rsidR="00D47296" w:rsidRDefault="008C31C1">
            <w:r>
              <w:rPr>
                <w:i/>
                <w:color w:val="777777"/>
                <w:sz w:val="24"/>
              </w:rPr>
              <w:t>&lt;AHJ / Incident Command / EOC process&gt;</w:t>
            </w:r>
          </w:p>
        </w:tc>
      </w:tr>
    </w:tbl>
    <w:p w14:paraId="33EE812A" w14:textId="77777777" w:rsidR="00D47296" w:rsidRDefault="00D47296">
      <w:pPr>
        <w:spacing w:after="0"/>
      </w:pPr>
    </w:p>
    <w:p w14:paraId="5FDE010C" w14:textId="77777777" w:rsidR="00D47296" w:rsidRDefault="008C31C1">
      <w:pPr>
        <w:pStyle w:val="Heading2"/>
      </w:pPr>
      <w:r>
        <w:t>B. Communication Methods</w:t>
      </w:r>
    </w:p>
    <w:tbl>
      <w:tblPr>
        <w:tblW w:w="0" w:type="auto"/>
        <w:jc w:val="center"/>
        <w:tblLayout w:type="fixed"/>
        <w:tblLook w:val="04A0" w:firstRow="1" w:lastRow="0" w:firstColumn="1" w:lastColumn="0" w:noHBand="0" w:noVBand="1"/>
      </w:tblPr>
      <w:tblGrid>
        <w:gridCol w:w="2592"/>
        <w:gridCol w:w="2880"/>
        <w:gridCol w:w="2880"/>
        <w:gridCol w:w="2160"/>
      </w:tblGrid>
      <w:tr w:rsidR="00D47296" w14:paraId="77D49975" w14:textId="77777777">
        <w:trPr>
          <w:tblHeader/>
          <w:jc w:val="center"/>
        </w:trPr>
        <w:tc>
          <w:tcPr>
            <w:tcW w:w="2592" w:type="dxa"/>
            <w:shd w:val="clear" w:color="auto" w:fill="015A41"/>
            <w:tcMar>
              <w:top w:w="70" w:type="dxa"/>
              <w:left w:w="70" w:type="dxa"/>
              <w:bottom w:w="70" w:type="dxa"/>
              <w:right w:w="70" w:type="dxa"/>
            </w:tcMar>
            <w:vAlign w:val="center"/>
          </w:tcPr>
          <w:p w14:paraId="62DB0C90" w14:textId="77777777" w:rsidR="00D47296" w:rsidRDefault="008C31C1">
            <w:r>
              <w:rPr>
                <w:b/>
                <w:color w:val="FFFFFF"/>
                <w:sz w:val="17"/>
              </w:rPr>
              <w:t>Audience</w:t>
            </w:r>
          </w:p>
        </w:tc>
        <w:tc>
          <w:tcPr>
            <w:tcW w:w="2880" w:type="dxa"/>
            <w:shd w:val="clear" w:color="auto" w:fill="015A41"/>
            <w:tcMar>
              <w:top w:w="70" w:type="dxa"/>
              <w:left w:w="70" w:type="dxa"/>
              <w:bottom w:w="70" w:type="dxa"/>
              <w:right w:w="70" w:type="dxa"/>
            </w:tcMar>
            <w:vAlign w:val="center"/>
          </w:tcPr>
          <w:p w14:paraId="087DDD0A" w14:textId="77777777" w:rsidR="00D47296" w:rsidRDefault="008C31C1">
            <w:r>
              <w:rPr>
                <w:b/>
                <w:color w:val="FFFFFF"/>
                <w:sz w:val="17"/>
              </w:rPr>
              <w:t>Primary Method</w:t>
            </w:r>
          </w:p>
        </w:tc>
        <w:tc>
          <w:tcPr>
            <w:tcW w:w="2880" w:type="dxa"/>
            <w:shd w:val="clear" w:color="auto" w:fill="015A41"/>
            <w:tcMar>
              <w:top w:w="70" w:type="dxa"/>
              <w:left w:w="70" w:type="dxa"/>
              <w:bottom w:w="70" w:type="dxa"/>
              <w:right w:w="70" w:type="dxa"/>
            </w:tcMar>
            <w:vAlign w:val="center"/>
          </w:tcPr>
          <w:p w14:paraId="5F956B40" w14:textId="77777777" w:rsidR="00D47296" w:rsidRDefault="008C31C1">
            <w:r>
              <w:rPr>
                <w:b/>
                <w:color w:val="FFFFFF"/>
                <w:sz w:val="17"/>
              </w:rPr>
              <w:t>Alternate Method</w:t>
            </w:r>
          </w:p>
        </w:tc>
        <w:tc>
          <w:tcPr>
            <w:tcW w:w="2160" w:type="dxa"/>
            <w:shd w:val="clear" w:color="auto" w:fill="015A41"/>
            <w:tcMar>
              <w:top w:w="70" w:type="dxa"/>
              <w:left w:w="70" w:type="dxa"/>
              <w:bottom w:w="70" w:type="dxa"/>
              <w:right w:w="70" w:type="dxa"/>
            </w:tcMar>
            <w:vAlign w:val="center"/>
          </w:tcPr>
          <w:p w14:paraId="02404CF2" w14:textId="77777777" w:rsidR="00D47296" w:rsidRDefault="008C31C1">
            <w:r>
              <w:rPr>
                <w:b/>
                <w:color w:val="FFFFFF"/>
                <w:sz w:val="17"/>
              </w:rPr>
              <w:t>Responsible Role</w:t>
            </w:r>
          </w:p>
        </w:tc>
      </w:tr>
      <w:tr w:rsidR="00D47296" w14:paraId="583D3254" w14:textId="77777777">
        <w:trPr>
          <w:jc w:val="center"/>
        </w:trPr>
        <w:tc>
          <w:tcPr>
            <w:tcW w:w="2592" w:type="dxa"/>
            <w:shd w:val="clear" w:color="auto" w:fill="E8F2EE"/>
            <w:tcMar>
              <w:top w:w="70" w:type="dxa"/>
              <w:left w:w="70" w:type="dxa"/>
              <w:bottom w:w="70" w:type="dxa"/>
              <w:right w:w="70" w:type="dxa"/>
            </w:tcMar>
            <w:vAlign w:val="center"/>
          </w:tcPr>
          <w:p w14:paraId="32100A87" w14:textId="77777777" w:rsidR="00D47296" w:rsidRDefault="008C31C1">
            <w:r>
              <w:rPr>
                <w:sz w:val="17"/>
              </w:rPr>
              <w:t>Staff</w:t>
            </w:r>
          </w:p>
        </w:tc>
        <w:tc>
          <w:tcPr>
            <w:tcW w:w="2880" w:type="dxa"/>
            <w:shd w:val="clear" w:color="auto" w:fill="E8F2EE"/>
            <w:tcMar>
              <w:top w:w="70" w:type="dxa"/>
              <w:left w:w="70" w:type="dxa"/>
              <w:bottom w:w="70" w:type="dxa"/>
              <w:right w:w="70" w:type="dxa"/>
            </w:tcMar>
            <w:vAlign w:val="center"/>
          </w:tcPr>
          <w:p w14:paraId="2C70B28A" w14:textId="77777777" w:rsidR="00D47296" w:rsidRDefault="008C31C1">
            <w:r>
              <w:rPr>
                <w:i/>
                <w:color w:val="777777"/>
                <w:sz w:val="24"/>
              </w:rPr>
              <w:t>&lt;Insert&gt;</w:t>
            </w:r>
          </w:p>
        </w:tc>
        <w:tc>
          <w:tcPr>
            <w:tcW w:w="2880" w:type="dxa"/>
            <w:shd w:val="clear" w:color="auto" w:fill="E8F2EE"/>
            <w:tcMar>
              <w:top w:w="70" w:type="dxa"/>
              <w:left w:w="70" w:type="dxa"/>
              <w:bottom w:w="70" w:type="dxa"/>
              <w:right w:w="70" w:type="dxa"/>
            </w:tcMar>
            <w:vAlign w:val="center"/>
          </w:tcPr>
          <w:p w14:paraId="7A7E1545"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520300A9" w14:textId="77777777" w:rsidR="00D47296" w:rsidRDefault="008C31C1">
            <w:r>
              <w:rPr>
                <w:i/>
                <w:color w:val="777777"/>
                <w:sz w:val="24"/>
              </w:rPr>
              <w:t>&lt;Insert&gt;</w:t>
            </w:r>
          </w:p>
        </w:tc>
      </w:tr>
      <w:tr w:rsidR="00D47296" w14:paraId="3128AB31" w14:textId="77777777">
        <w:trPr>
          <w:jc w:val="center"/>
        </w:trPr>
        <w:tc>
          <w:tcPr>
            <w:tcW w:w="2592" w:type="dxa"/>
            <w:tcMar>
              <w:top w:w="70" w:type="dxa"/>
              <w:left w:w="70" w:type="dxa"/>
              <w:bottom w:w="70" w:type="dxa"/>
              <w:right w:w="70" w:type="dxa"/>
            </w:tcMar>
            <w:vAlign w:val="center"/>
          </w:tcPr>
          <w:p w14:paraId="3EC09FAD" w14:textId="77777777" w:rsidR="00D47296" w:rsidRDefault="008C31C1">
            <w:r>
              <w:rPr>
                <w:sz w:val="17"/>
              </w:rPr>
              <w:t>Patients / public</w:t>
            </w:r>
          </w:p>
        </w:tc>
        <w:tc>
          <w:tcPr>
            <w:tcW w:w="2880" w:type="dxa"/>
            <w:tcMar>
              <w:top w:w="70" w:type="dxa"/>
              <w:left w:w="70" w:type="dxa"/>
              <w:bottom w:w="70" w:type="dxa"/>
              <w:right w:w="70" w:type="dxa"/>
            </w:tcMar>
            <w:vAlign w:val="center"/>
          </w:tcPr>
          <w:p w14:paraId="7EBA7D8B" w14:textId="77777777" w:rsidR="00D47296" w:rsidRDefault="008C31C1">
            <w:r>
              <w:rPr>
                <w:i/>
                <w:color w:val="777777"/>
                <w:sz w:val="24"/>
              </w:rPr>
              <w:t>&lt;Insert&gt;</w:t>
            </w:r>
          </w:p>
        </w:tc>
        <w:tc>
          <w:tcPr>
            <w:tcW w:w="2880" w:type="dxa"/>
            <w:tcMar>
              <w:top w:w="70" w:type="dxa"/>
              <w:left w:w="70" w:type="dxa"/>
              <w:bottom w:w="70" w:type="dxa"/>
              <w:right w:w="70" w:type="dxa"/>
            </w:tcMar>
            <w:vAlign w:val="center"/>
          </w:tcPr>
          <w:p w14:paraId="536F4B8F"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6FB295C5" w14:textId="77777777" w:rsidR="00D47296" w:rsidRDefault="008C31C1">
            <w:r>
              <w:rPr>
                <w:i/>
                <w:color w:val="777777"/>
                <w:sz w:val="24"/>
              </w:rPr>
              <w:t>&lt;Insert&gt;</w:t>
            </w:r>
          </w:p>
        </w:tc>
      </w:tr>
      <w:tr w:rsidR="00D47296" w14:paraId="585806C5" w14:textId="77777777">
        <w:trPr>
          <w:jc w:val="center"/>
        </w:trPr>
        <w:tc>
          <w:tcPr>
            <w:tcW w:w="2592" w:type="dxa"/>
            <w:shd w:val="clear" w:color="auto" w:fill="E8F2EE"/>
            <w:tcMar>
              <w:top w:w="70" w:type="dxa"/>
              <w:left w:w="70" w:type="dxa"/>
              <w:bottom w:w="70" w:type="dxa"/>
              <w:right w:w="70" w:type="dxa"/>
            </w:tcMar>
            <w:vAlign w:val="center"/>
          </w:tcPr>
          <w:p w14:paraId="003C3DC3" w14:textId="77777777" w:rsidR="00D47296" w:rsidRDefault="008C31C1">
            <w:r>
              <w:rPr>
                <w:sz w:val="17"/>
              </w:rPr>
              <w:t>Emergency officials</w:t>
            </w:r>
          </w:p>
        </w:tc>
        <w:tc>
          <w:tcPr>
            <w:tcW w:w="2880" w:type="dxa"/>
            <w:shd w:val="clear" w:color="auto" w:fill="E8F2EE"/>
            <w:tcMar>
              <w:top w:w="70" w:type="dxa"/>
              <w:left w:w="70" w:type="dxa"/>
              <w:bottom w:w="70" w:type="dxa"/>
              <w:right w:w="70" w:type="dxa"/>
            </w:tcMar>
            <w:vAlign w:val="center"/>
          </w:tcPr>
          <w:p w14:paraId="221A15D8" w14:textId="77777777" w:rsidR="00D47296" w:rsidRDefault="008C31C1">
            <w:r>
              <w:rPr>
                <w:i/>
                <w:color w:val="777777"/>
                <w:sz w:val="24"/>
              </w:rPr>
              <w:t>&lt;Insert&gt;</w:t>
            </w:r>
          </w:p>
        </w:tc>
        <w:tc>
          <w:tcPr>
            <w:tcW w:w="2880" w:type="dxa"/>
            <w:shd w:val="clear" w:color="auto" w:fill="E8F2EE"/>
            <w:tcMar>
              <w:top w:w="70" w:type="dxa"/>
              <w:left w:w="70" w:type="dxa"/>
              <w:bottom w:w="70" w:type="dxa"/>
              <w:right w:w="70" w:type="dxa"/>
            </w:tcMar>
            <w:vAlign w:val="center"/>
          </w:tcPr>
          <w:p w14:paraId="5DC4B531"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5E680A17" w14:textId="77777777" w:rsidR="00D47296" w:rsidRDefault="008C31C1">
            <w:r>
              <w:rPr>
                <w:i/>
                <w:color w:val="777777"/>
                <w:sz w:val="24"/>
              </w:rPr>
              <w:t>&lt;Insert&gt;</w:t>
            </w:r>
          </w:p>
        </w:tc>
      </w:tr>
      <w:tr w:rsidR="00D47296" w14:paraId="14B1EA9C" w14:textId="77777777">
        <w:trPr>
          <w:jc w:val="center"/>
        </w:trPr>
        <w:tc>
          <w:tcPr>
            <w:tcW w:w="2592" w:type="dxa"/>
            <w:tcMar>
              <w:top w:w="70" w:type="dxa"/>
              <w:left w:w="70" w:type="dxa"/>
              <w:bottom w:w="70" w:type="dxa"/>
              <w:right w:w="70" w:type="dxa"/>
            </w:tcMar>
            <w:vAlign w:val="center"/>
          </w:tcPr>
          <w:p w14:paraId="44089B6B" w14:textId="77777777" w:rsidR="00D47296" w:rsidRDefault="008C31C1">
            <w:r>
              <w:rPr>
                <w:sz w:val="17"/>
              </w:rPr>
              <w:lastRenderedPageBreak/>
              <w:t>Other FQHCs / health partners</w:t>
            </w:r>
          </w:p>
        </w:tc>
        <w:tc>
          <w:tcPr>
            <w:tcW w:w="2880" w:type="dxa"/>
            <w:tcMar>
              <w:top w:w="70" w:type="dxa"/>
              <w:left w:w="70" w:type="dxa"/>
              <w:bottom w:w="70" w:type="dxa"/>
              <w:right w:w="70" w:type="dxa"/>
            </w:tcMar>
            <w:vAlign w:val="center"/>
          </w:tcPr>
          <w:p w14:paraId="193F2846" w14:textId="77777777" w:rsidR="00D47296" w:rsidRDefault="008C31C1">
            <w:r>
              <w:rPr>
                <w:i/>
                <w:color w:val="777777"/>
                <w:sz w:val="24"/>
              </w:rPr>
              <w:t>&lt;Insert&gt;</w:t>
            </w:r>
          </w:p>
        </w:tc>
        <w:tc>
          <w:tcPr>
            <w:tcW w:w="2880" w:type="dxa"/>
            <w:tcMar>
              <w:top w:w="70" w:type="dxa"/>
              <w:left w:w="70" w:type="dxa"/>
              <w:bottom w:w="70" w:type="dxa"/>
              <w:right w:w="70" w:type="dxa"/>
            </w:tcMar>
            <w:vAlign w:val="center"/>
          </w:tcPr>
          <w:p w14:paraId="26F8B516"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E47D48D" w14:textId="77777777" w:rsidR="00D47296" w:rsidRDefault="008C31C1">
            <w:r>
              <w:rPr>
                <w:i/>
                <w:color w:val="777777"/>
                <w:sz w:val="24"/>
              </w:rPr>
              <w:t>&lt;Insert&gt;</w:t>
            </w:r>
          </w:p>
        </w:tc>
      </w:tr>
      <w:tr w:rsidR="00D47296" w14:paraId="7547945C" w14:textId="77777777">
        <w:trPr>
          <w:jc w:val="center"/>
        </w:trPr>
        <w:tc>
          <w:tcPr>
            <w:tcW w:w="2592" w:type="dxa"/>
            <w:shd w:val="clear" w:color="auto" w:fill="E8F2EE"/>
            <w:tcMar>
              <w:top w:w="70" w:type="dxa"/>
              <w:left w:w="70" w:type="dxa"/>
              <w:bottom w:w="70" w:type="dxa"/>
              <w:right w:w="70" w:type="dxa"/>
            </w:tcMar>
            <w:vAlign w:val="center"/>
          </w:tcPr>
          <w:p w14:paraId="08821DCB" w14:textId="77777777" w:rsidR="00D47296" w:rsidRDefault="008C31C1">
            <w:r>
              <w:rPr>
                <w:sz w:val="17"/>
              </w:rPr>
              <w:t>Vendors</w:t>
            </w:r>
          </w:p>
        </w:tc>
        <w:tc>
          <w:tcPr>
            <w:tcW w:w="2880" w:type="dxa"/>
            <w:shd w:val="clear" w:color="auto" w:fill="E8F2EE"/>
            <w:tcMar>
              <w:top w:w="70" w:type="dxa"/>
              <w:left w:w="70" w:type="dxa"/>
              <w:bottom w:w="70" w:type="dxa"/>
              <w:right w:w="70" w:type="dxa"/>
            </w:tcMar>
            <w:vAlign w:val="center"/>
          </w:tcPr>
          <w:p w14:paraId="02BDB44A" w14:textId="77777777" w:rsidR="00D47296" w:rsidRDefault="008C31C1">
            <w:r>
              <w:rPr>
                <w:i/>
                <w:color w:val="777777"/>
                <w:sz w:val="24"/>
              </w:rPr>
              <w:t>&lt;Insert&gt;</w:t>
            </w:r>
          </w:p>
        </w:tc>
        <w:tc>
          <w:tcPr>
            <w:tcW w:w="2880" w:type="dxa"/>
            <w:shd w:val="clear" w:color="auto" w:fill="E8F2EE"/>
            <w:tcMar>
              <w:top w:w="70" w:type="dxa"/>
              <w:left w:w="70" w:type="dxa"/>
              <w:bottom w:w="70" w:type="dxa"/>
              <w:right w:w="70" w:type="dxa"/>
            </w:tcMar>
            <w:vAlign w:val="center"/>
          </w:tcPr>
          <w:p w14:paraId="42BA2F8F"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7BBF4F06" w14:textId="77777777" w:rsidR="00D47296" w:rsidRDefault="008C31C1">
            <w:r>
              <w:rPr>
                <w:i/>
                <w:color w:val="777777"/>
                <w:sz w:val="24"/>
              </w:rPr>
              <w:t>&lt;Insert&gt;</w:t>
            </w:r>
          </w:p>
        </w:tc>
      </w:tr>
      <w:tr w:rsidR="00D47296" w14:paraId="386DBA34" w14:textId="77777777">
        <w:trPr>
          <w:jc w:val="center"/>
        </w:trPr>
        <w:tc>
          <w:tcPr>
            <w:tcW w:w="2592" w:type="dxa"/>
            <w:tcMar>
              <w:top w:w="70" w:type="dxa"/>
              <w:left w:w="70" w:type="dxa"/>
              <w:bottom w:w="70" w:type="dxa"/>
              <w:right w:w="70" w:type="dxa"/>
            </w:tcMar>
            <w:vAlign w:val="center"/>
          </w:tcPr>
          <w:p w14:paraId="56137EF0" w14:textId="77777777" w:rsidR="00D47296" w:rsidRDefault="008C31C1">
            <w:r>
              <w:rPr>
                <w:sz w:val="17"/>
              </w:rPr>
              <w:t>Media</w:t>
            </w:r>
          </w:p>
        </w:tc>
        <w:tc>
          <w:tcPr>
            <w:tcW w:w="2880" w:type="dxa"/>
            <w:tcMar>
              <w:top w:w="70" w:type="dxa"/>
              <w:left w:w="70" w:type="dxa"/>
              <w:bottom w:w="70" w:type="dxa"/>
              <w:right w:w="70" w:type="dxa"/>
            </w:tcMar>
            <w:vAlign w:val="center"/>
          </w:tcPr>
          <w:p w14:paraId="44F99E38" w14:textId="77777777" w:rsidR="00D47296" w:rsidRDefault="008C31C1">
            <w:r>
              <w:rPr>
                <w:i/>
                <w:color w:val="777777"/>
                <w:sz w:val="24"/>
              </w:rPr>
              <w:t>&lt;Insert&gt;</w:t>
            </w:r>
          </w:p>
        </w:tc>
        <w:tc>
          <w:tcPr>
            <w:tcW w:w="2880" w:type="dxa"/>
            <w:tcMar>
              <w:top w:w="70" w:type="dxa"/>
              <w:left w:w="70" w:type="dxa"/>
              <w:bottom w:w="70" w:type="dxa"/>
              <w:right w:w="70" w:type="dxa"/>
            </w:tcMar>
            <w:vAlign w:val="center"/>
          </w:tcPr>
          <w:p w14:paraId="3737ACCD"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6DED01DF" w14:textId="77777777" w:rsidR="00D47296" w:rsidRDefault="008C31C1">
            <w:r>
              <w:rPr>
                <w:i/>
                <w:color w:val="777777"/>
                <w:sz w:val="24"/>
              </w:rPr>
              <w:t>&lt;Insert&gt;</w:t>
            </w:r>
          </w:p>
        </w:tc>
      </w:tr>
    </w:tbl>
    <w:p w14:paraId="648D2FD6" w14:textId="77777777" w:rsidR="00D47296" w:rsidRDefault="00D47296">
      <w:pPr>
        <w:spacing w:after="0"/>
      </w:pPr>
    </w:p>
    <w:p w14:paraId="17710182" w14:textId="77777777" w:rsidR="00D47296" w:rsidRDefault="008C31C1">
      <w:pPr>
        <w:pStyle w:val="Heading2"/>
      </w:pPr>
      <w:r>
        <w:t>C. Rural / Extended Communications Outage</w:t>
      </w:r>
    </w:p>
    <w:p w14:paraId="655386C1" w14:textId="77777777" w:rsidR="00D47296" w:rsidRDefault="008C31C1">
      <w:pPr>
        <w:spacing w:after="80" w:line="240" w:lineRule="auto"/>
      </w:pPr>
      <w:r>
        <w:t>The FQHC will identify practical alternate communications for cellular/Internet/VoIP outages based on local connectivity and interoperability. Options may include radios, satellite communications, runners, alternate sites, emergency-agency pathways, or other methods supported by the HVA.</w:t>
      </w:r>
    </w:p>
    <w:p w14:paraId="50659299" w14:textId="77777777" w:rsidR="00D47296" w:rsidRDefault="008C31C1">
      <w:pPr>
        <w:pStyle w:val="Heading2"/>
      </w:pPr>
      <w:r>
        <w:t>D. Situational Awareness / Reporting</w:t>
      </w:r>
    </w:p>
    <w:p w14:paraId="63B5D46B" w14:textId="77777777" w:rsidR="00D47296" w:rsidRDefault="008C31C1">
      <w:pPr>
        <w:spacing w:after="80" w:line="240" w:lineRule="auto"/>
      </w:pPr>
      <w:r>
        <w:t>The FQHC will define how it provides information about its needs and ability to provide assistance to the authority having jurisdiction, Incident Command Center/EOC, or designee. Occupancy reporting is not a provider-specific FQHC §491.12(c)(5) element.</w:t>
      </w:r>
    </w:p>
    <w:p w14:paraId="51A2E8BC" w14:textId="77777777" w:rsidR="00D47296" w:rsidRDefault="008C31C1">
      <w:r>
        <w:br w:type="page"/>
      </w:r>
    </w:p>
    <w:p w14:paraId="71C7424B" w14:textId="77777777" w:rsidR="00D47296" w:rsidRDefault="008C31C1">
      <w:pPr>
        <w:pStyle w:val="Heading1"/>
      </w:pPr>
      <w:r>
        <w:lastRenderedPageBreak/>
        <w:t>12. EVACUATION, SHELTER-IN-PLACE &amp; CLOSURE</w:t>
      </w:r>
    </w:p>
    <w:tbl>
      <w:tblPr>
        <w:tblW w:w="0" w:type="auto"/>
        <w:jc w:val="center"/>
        <w:tblLook w:val="04A0" w:firstRow="1" w:lastRow="0" w:firstColumn="1" w:lastColumn="0" w:noHBand="0" w:noVBand="1"/>
      </w:tblPr>
      <w:tblGrid>
        <w:gridCol w:w="10800"/>
      </w:tblGrid>
      <w:tr w:rsidR="00D47296" w14:paraId="3BA862A1" w14:textId="77777777">
        <w:trPr>
          <w:jc w:val="center"/>
        </w:trPr>
        <w:tc>
          <w:tcPr>
            <w:tcW w:w="10800" w:type="dxa"/>
            <w:shd w:val="clear" w:color="auto" w:fill="E8F2EE"/>
          </w:tcPr>
          <w:p w14:paraId="04473AD3" w14:textId="77777777" w:rsidR="00D47296" w:rsidRDefault="008C31C1">
            <w:r>
              <w:rPr>
                <w:b/>
                <w:color w:val="015A41"/>
              </w:rPr>
              <w:t xml:space="preserve">REGULATORY BASIS </w:t>
            </w:r>
            <w:r>
              <w:t>42 CFR §491.12(b)(1)-(2). FQHC evacuation specifically includes appropriate placement of exit signs, staff responsibilities and patient needs.</w:t>
            </w:r>
          </w:p>
        </w:tc>
      </w:tr>
    </w:tbl>
    <w:p w14:paraId="45DC9A3F" w14:textId="77777777" w:rsidR="00D47296" w:rsidRDefault="00D47296">
      <w:pPr>
        <w:spacing w:after="0"/>
      </w:pPr>
    </w:p>
    <w:p w14:paraId="3B1641F9" w14:textId="77777777" w:rsidR="00D47296" w:rsidRDefault="008C31C1">
      <w:pPr>
        <w:pStyle w:val="Heading2"/>
      </w:pPr>
      <w:r>
        <w:t>A. Evacuation Decision Criteria</w:t>
      </w:r>
    </w:p>
    <w:p w14:paraId="5FEDB430" w14:textId="77777777" w:rsidR="00D47296" w:rsidRDefault="008C31C1">
      <w:pPr>
        <w:spacing w:after="20"/>
      </w:pPr>
      <w:r>
        <w:rPr>
          <w:color w:val="B4B4B4"/>
          <w:sz w:val="16"/>
        </w:rPr>
        <w:t>__________________________________________________________________________________________________</w:t>
      </w:r>
    </w:p>
    <w:p w14:paraId="3D268143" w14:textId="77777777" w:rsidR="00D47296" w:rsidRDefault="008C31C1">
      <w:pPr>
        <w:spacing w:after="20"/>
      </w:pPr>
      <w:r>
        <w:rPr>
          <w:color w:val="B4B4B4"/>
          <w:sz w:val="16"/>
        </w:rPr>
        <w:t>__________________________________________________________________________________________________</w:t>
      </w:r>
    </w:p>
    <w:p w14:paraId="0939A96E" w14:textId="77777777" w:rsidR="00D47296" w:rsidRDefault="008C31C1">
      <w:pPr>
        <w:spacing w:after="20"/>
      </w:pPr>
      <w:r>
        <w:rPr>
          <w:color w:val="B4B4B4"/>
          <w:sz w:val="16"/>
        </w:rPr>
        <w:t>__________________________________________________________________________________________________</w:t>
      </w:r>
    </w:p>
    <w:p w14:paraId="04259C62" w14:textId="77777777" w:rsidR="00D47296" w:rsidRDefault="008C31C1">
      <w:pPr>
        <w:spacing w:after="20"/>
      </w:pPr>
      <w:r>
        <w:rPr>
          <w:color w:val="B4B4B4"/>
          <w:sz w:val="16"/>
        </w:rPr>
        <w:t>__________________________________________________________________________________________________</w:t>
      </w:r>
    </w:p>
    <w:p w14:paraId="31ED10A7" w14:textId="77777777" w:rsidR="00D47296" w:rsidRDefault="008C31C1">
      <w:pPr>
        <w:pStyle w:val="Heading2"/>
      </w:pPr>
      <w:r>
        <w:t>B. Evacuation Routes / Exit Signage</w:t>
      </w:r>
    </w:p>
    <w:tbl>
      <w:tblPr>
        <w:tblW w:w="0" w:type="auto"/>
        <w:jc w:val="center"/>
        <w:tblLayout w:type="fixed"/>
        <w:tblLook w:val="04A0" w:firstRow="1" w:lastRow="0" w:firstColumn="1" w:lastColumn="0" w:noHBand="0" w:noVBand="1"/>
      </w:tblPr>
      <w:tblGrid>
        <w:gridCol w:w="4032"/>
        <w:gridCol w:w="6480"/>
      </w:tblGrid>
      <w:tr w:rsidR="00D47296" w14:paraId="2654BB67" w14:textId="77777777">
        <w:trPr>
          <w:tblHeader/>
          <w:jc w:val="center"/>
        </w:trPr>
        <w:tc>
          <w:tcPr>
            <w:tcW w:w="4032" w:type="dxa"/>
            <w:shd w:val="clear" w:color="auto" w:fill="015A41"/>
            <w:tcMar>
              <w:top w:w="70" w:type="dxa"/>
              <w:left w:w="70" w:type="dxa"/>
              <w:bottom w:w="70" w:type="dxa"/>
              <w:right w:w="70" w:type="dxa"/>
            </w:tcMar>
            <w:vAlign w:val="center"/>
          </w:tcPr>
          <w:p w14:paraId="6EA4A138" w14:textId="77777777" w:rsidR="00D47296" w:rsidRDefault="008C31C1">
            <w:r>
              <w:rPr>
                <w:b/>
                <w:color w:val="FFFFFF"/>
                <w:sz w:val="18"/>
              </w:rPr>
              <w:t>Field</w:t>
            </w:r>
          </w:p>
        </w:tc>
        <w:tc>
          <w:tcPr>
            <w:tcW w:w="6480" w:type="dxa"/>
            <w:shd w:val="clear" w:color="auto" w:fill="015A41"/>
            <w:tcMar>
              <w:top w:w="70" w:type="dxa"/>
              <w:left w:w="70" w:type="dxa"/>
              <w:bottom w:w="70" w:type="dxa"/>
              <w:right w:w="70" w:type="dxa"/>
            </w:tcMar>
            <w:vAlign w:val="center"/>
          </w:tcPr>
          <w:p w14:paraId="3CC9D748" w14:textId="77777777" w:rsidR="00D47296" w:rsidRDefault="008C31C1">
            <w:r>
              <w:rPr>
                <w:b/>
                <w:color w:val="FFFFFF"/>
                <w:sz w:val="18"/>
              </w:rPr>
              <w:t>Facility Entry</w:t>
            </w:r>
          </w:p>
        </w:tc>
      </w:tr>
      <w:tr w:rsidR="00D47296" w14:paraId="0CEA24DA" w14:textId="77777777">
        <w:trPr>
          <w:jc w:val="center"/>
        </w:trPr>
        <w:tc>
          <w:tcPr>
            <w:tcW w:w="4032" w:type="dxa"/>
            <w:shd w:val="clear" w:color="auto" w:fill="E8F2EE"/>
            <w:tcMar>
              <w:top w:w="70" w:type="dxa"/>
              <w:left w:w="70" w:type="dxa"/>
              <w:bottom w:w="70" w:type="dxa"/>
              <w:right w:w="70" w:type="dxa"/>
            </w:tcMar>
            <w:vAlign w:val="center"/>
          </w:tcPr>
          <w:p w14:paraId="1BA61485" w14:textId="77777777" w:rsidR="00D47296" w:rsidRDefault="008C31C1">
            <w:r>
              <w:rPr>
                <w:sz w:val="18"/>
              </w:rPr>
              <w:t>Primary exits/routes</w:t>
            </w:r>
          </w:p>
        </w:tc>
        <w:tc>
          <w:tcPr>
            <w:tcW w:w="6480" w:type="dxa"/>
            <w:shd w:val="clear" w:color="auto" w:fill="E8F2EE"/>
            <w:tcMar>
              <w:top w:w="70" w:type="dxa"/>
              <w:left w:w="70" w:type="dxa"/>
              <w:bottom w:w="70" w:type="dxa"/>
              <w:right w:w="70" w:type="dxa"/>
            </w:tcMar>
            <w:vAlign w:val="center"/>
          </w:tcPr>
          <w:p w14:paraId="4D6DEB56" w14:textId="77777777" w:rsidR="00D47296" w:rsidRDefault="008C31C1">
            <w:r>
              <w:rPr>
                <w:i/>
                <w:color w:val="777777"/>
                <w:sz w:val="24"/>
              </w:rPr>
              <w:t>&lt;Reference current map / location&gt;</w:t>
            </w:r>
          </w:p>
        </w:tc>
      </w:tr>
      <w:tr w:rsidR="00D47296" w14:paraId="1FDFD7BC" w14:textId="77777777">
        <w:trPr>
          <w:jc w:val="center"/>
        </w:trPr>
        <w:tc>
          <w:tcPr>
            <w:tcW w:w="4032" w:type="dxa"/>
            <w:tcMar>
              <w:top w:w="70" w:type="dxa"/>
              <w:left w:w="70" w:type="dxa"/>
              <w:bottom w:w="70" w:type="dxa"/>
              <w:right w:w="70" w:type="dxa"/>
            </w:tcMar>
            <w:vAlign w:val="center"/>
          </w:tcPr>
          <w:p w14:paraId="0D94742C" w14:textId="77777777" w:rsidR="00D47296" w:rsidRDefault="008C31C1">
            <w:r>
              <w:rPr>
                <w:sz w:val="18"/>
              </w:rPr>
              <w:t>Alternate exits/routes</w:t>
            </w:r>
          </w:p>
        </w:tc>
        <w:tc>
          <w:tcPr>
            <w:tcW w:w="6480" w:type="dxa"/>
            <w:tcMar>
              <w:top w:w="70" w:type="dxa"/>
              <w:left w:w="70" w:type="dxa"/>
              <w:bottom w:w="70" w:type="dxa"/>
              <w:right w:w="70" w:type="dxa"/>
            </w:tcMar>
            <w:vAlign w:val="center"/>
          </w:tcPr>
          <w:p w14:paraId="13397F93" w14:textId="77777777" w:rsidR="00D47296" w:rsidRDefault="008C31C1">
            <w:r>
              <w:rPr>
                <w:i/>
                <w:color w:val="777777"/>
                <w:sz w:val="24"/>
              </w:rPr>
              <w:t>&lt;Insert&gt;</w:t>
            </w:r>
          </w:p>
        </w:tc>
      </w:tr>
      <w:tr w:rsidR="00D47296" w14:paraId="38E5A85E" w14:textId="77777777">
        <w:trPr>
          <w:jc w:val="center"/>
        </w:trPr>
        <w:tc>
          <w:tcPr>
            <w:tcW w:w="4032" w:type="dxa"/>
            <w:shd w:val="clear" w:color="auto" w:fill="E8F2EE"/>
            <w:tcMar>
              <w:top w:w="70" w:type="dxa"/>
              <w:left w:w="70" w:type="dxa"/>
              <w:bottom w:w="70" w:type="dxa"/>
              <w:right w:w="70" w:type="dxa"/>
            </w:tcMar>
            <w:vAlign w:val="center"/>
          </w:tcPr>
          <w:p w14:paraId="69641D03" w14:textId="77777777" w:rsidR="00D47296" w:rsidRDefault="008C31C1">
            <w:r>
              <w:rPr>
                <w:sz w:val="18"/>
              </w:rPr>
              <w:t>Assembly/accountability area</w:t>
            </w:r>
          </w:p>
        </w:tc>
        <w:tc>
          <w:tcPr>
            <w:tcW w:w="6480" w:type="dxa"/>
            <w:shd w:val="clear" w:color="auto" w:fill="E8F2EE"/>
            <w:tcMar>
              <w:top w:w="70" w:type="dxa"/>
              <w:left w:w="70" w:type="dxa"/>
              <w:bottom w:w="70" w:type="dxa"/>
              <w:right w:w="70" w:type="dxa"/>
            </w:tcMar>
            <w:vAlign w:val="center"/>
          </w:tcPr>
          <w:p w14:paraId="40B9F480" w14:textId="77777777" w:rsidR="00D47296" w:rsidRDefault="008C31C1">
            <w:r>
              <w:rPr>
                <w:i/>
                <w:color w:val="777777"/>
                <w:sz w:val="24"/>
              </w:rPr>
              <w:t>&lt;Insert&gt;</w:t>
            </w:r>
          </w:p>
        </w:tc>
      </w:tr>
      <w:tr w:rsidR="00D47296" w14:paraId="5235F68D" w14:textId="77777777">
        <w:trPr>
          <w:jc w:val="center"/>
        </w:trPr>
        <w:tc>
          <w:tcPr>
            <w:tcW w:w="4032" w:type="dxa"/>
            <w:tcMar>
              <w:top w:w="70" w:type="dxa"/>
              <w:left w:w="70" w:type="dxa"/>
              <w:bottom w:w="70" w:type="dxa"/>
              <w:right w:w="70" w:type="dxa"/>
            </w:tcMar>
            <w:vAlign w:val="center"/>
          </w:tcPr>
          <w:p w14:paraId="5D78FE21" w14:textId="77777777" w:rsidR="00D47296" w:rsidRDefault="008C31C1">
            <w:r>
              <w:rPr>
                <w:sz w:val="18"/>
              </w:rPr>
              <w:t>Accessible evacuation provisions</w:t>
            </w:r>
          </w:p>
        </w:tc>
        <w:tc>
          <w:tcPr>
            <w:tcW w:w="6480" w:type="dxa"/>
            <w:tcMar>
              <w:top w:w="70" w:type="dxa"/>
              <w:left w:w="70" w:type="dxa"/>
              <w:bottom w:w="70" w:type="dxa"/>
              <w:right w:w="70" w:type="dxa"/>
            </w:tcMar>
            <w:vAlign w:val="center"/>
          </w:tcPr>
          <w:p w14:paraId="05BA2BFB" w14:textId="77777777" w:rsidR="00D47296" w:rsidRDefault="008C31C1">
            <w:r>
              <w:rPr>
                <w:i/>
                <w:color w:val="777777"/>
                <w:sz w:val="24"/>
              </w:rPr>
              <w:t>&lt;Insert&gt;</w:t>
            </w:r>
          </w:p>
        </w:tc>
      </w:tr>
      <w:tr w:rsidR="00D47296" w14:paraId="382EC4A2" w14:textId="77777777">
        <w:trPr>
          <w:jc w:val="center"/>
        </w:trPr>
        <w:tc>
          <w:tcPr>
            <w:tcW w:w="4032" w:type="dxa"/>
            <w:shd w:val="clear" w:color="auto" w:fill="E8F2EE"/>
            <w:tcMar>
              <w:top w:w="70" w:type="dxa"/>
              <w:left w:w="70" w:type="dxa"/>
              <w:bottom w:w="70" w:type="dxa"/>
              <w:right w:w="70" w:type="dxa"/>
            </w:tcMar>
            <w:vAlign w:val="center"/>
          </w:tcPr>
          <w:p w14:paraId="7B406C2A" w14:textId="77777777" w:rsidR="00D47296" w:rsidRDefault="008C31C1">
            <w:r>
              <w:rPr>
                <w:sz w:val="18"/>
              </w:rPr>
              <w:t>Patients requiring assistance</w:t>
            </w:r>
          </w:p>
        </w:tc>
        <w:tc>
          <w:tcPr>
            <w:tcW w:w="6480" w:type="dxa"/>
            <w:shd w:val="clear" w:color="auto" w:fill="E8F2EE"/>
            <w:tcMar>
              <w:top w:w="70" w:type="dxa"/>
              <w:left w:w="70" w:type="dxa"/>
              <w:bottom w:w="70" w:type="dxa"/>
              <w:right w:w="70" w:type="dxa"/>
            </w:tcMar>
            <w:vAlign w:val="center"/>
          </w:tcPr>
          <w:p w14:paraId="71828B81" w14:textId="77777777" w:rsidR="00D47296" w:rsidRDefault="008C31C1">
            <w:r>
              <w:rPr>
                <w:i/>
                <w:color w:val="777777"/>
                <w:sz w:val="24"/>
              </w:rPr>
              <w:t>&lt;Process&gt;</w:t>
            </w:r>
          </w:p>
        </w:tc>
      </w:tr>
      <w:tr w:rsidR="00D47296" w14:paraId="61A5880D" w14:textId="77777777">
        <w:trPr>
          <w:jc w:val="center"/>
        </w:trPr>
        <w:tc>
          <w:tcPr>
            <w:tcW w:w="4032" w:type="dxa"/>
            <w:tcMar>
              <w:top w:w="70" w:type="dxa"/>
              <w:left w:w="70" w:type="dxa"/>
              <w:bottom w:w="70" w:type="dxa"/>
              <w:right w:w="70" w:type="dxa"/>
            </w:tcMar>
            <w:vAlign w:val="center"/>
          </w:tcPr>
          <w:p w14:paraId="753A3C90" w14:textId="77777777" w:rsidR="00D47296" w:rsidRDefault="008C31C1">
            <w:r>
              <w:rPr>
                <w:sz w:val="18"/>
              </w:rPr>
              <w:t>External assistance / EMS</w:t>
            </w:r>
          </w:p>
        </w:tc>
        <w:tc>
          <w:tcPr>
            <w:tcW w:w="6480" w:type="dxa"/>
            <w:tcMar>
              <w:top w:w="70" w:type="dxa"/>
              <w:left w:w="70" w:type="dxa"/>
              <w:bottom w:w="70" w:type="dxa"/>
              <w:right w:w="70" w:type="dxa"/>
            </w:tcMar>
            <w:vAlign w:val="center"/>
          </w:tcPr>
          <w:p w14:paraId="5632459D" w14:textId="77777777" w:rsidR="00D47296" w:rsidRDefault="008C31C1">
            <w:r>
              <w:rPr>
                <w:i/>
                <w:color w:val="777777"/>
                <w:sz w:val="24"/>
              </w:rPr>
              <w:t>&lt;Process&gt;</w:t>
            </w:r>
          </w:p>
        </w:tc>
      </w:tr>
      <w:tr w:rsidR="00D47296" w14:paraId="2B3C30FF" w14:textId="77777777">
        <w:trPr>
          <w:jc w:val="center"/>
        </w:trPr>
        <w:tc>
          <w:tcPr>
            <w:tcW w:w="4032" w:type="dxa"/>
            <w:shd w:val="clear" w:color="auto" w:fill="E8F2EE"/>
            <w:tcMar>
              <w:top w:w="70" w:type="dxa"/>
              <w:left w:w="70" w:type="dxa"/>
              <w:bottom w:w="70" w:type="dxa"/>
              <w:right w:w="70" w:type="dxa"/>
            </w:tcMar>
            <w:vAlign w:val="center"/>
          </w:tcPr>
          <w:p w14:paraId="266149C5" w14:textId="77777777" w:rsidR="00D47296" w:rsidRDefault="008C31C1">
            <w:r>
              <w:rPr>
                <w:sz w:val="18"/>
              </w:rPr>
              <w:t>Exit-sign / egress verification</w:t>
            </w:r>
          </w:p>
        </w:tc>
        <w:tc>
          <w:tcPr>
            <w:tcW w:w="6480" w:type="dxa"/>
            <w:shd w:val="clear" w:color="auto" w:fill="E8F2EE"/>
            <w:tcMar>
              <w:top w:w="70" w:type="dxa"/>
              <w:left w:w="70" w:type="dxa"/>
              <w:bottom w:w="70" w:type="dxa"/>
              <w:right w:w="70" w:type="dxa"/>
            </w:tcMar>
            <w:vAlign w:val="center"/>
          </w:tcPr>
          <w:p w14:paraId="7D57C562" w14:textId="77777777" w:rsidR="00D47296" w:rsidRDefault="008C31C1">
            <w:r>
              <w:rPr>
                <w:i/>
                <w:color w:val="777777"/>
                <w:sz w:val="24"/>
              </w:rPr>
              <w:t>&lt;Facilities record location / AHJ verification&gt;</w:t>
            </w:r>
          </w:p>
        </w:tc>
      </w:tr>
    </w:tbl>
    <w:p w14:paraId="3F306BCC" w14:textId="77777777" w:rsidR="00D47296" w:rsidRDefault="00D47296">
      <w:pPr>
        <w:spacing w:after="0"/>
      </w:pPr>
    </w:p>
    <w:p w14:paraId="3FA43DB0" w14:textId="77777777" w:rsidR="00D47296" w:rsidRDefault="008C31C1">
      <w:pPr>
        <w:pStyle w:val="Heading2"/>
      </w:pPr>
      <w:r>
        <w:t>C. Shelter-in-Place</w:t>
      </w:r>
    </w:p>
    <w:tbl>
      <w:tblPr>
        <w:tblW w:w="0" w:type="auto"/>
        <w:jc w:val="center"/>
        <w:tblLayout w:type="fixed"/>
        <w:tblLook w:val="04A0" w:firstRow="1" w:lastRow="0" w:firstColumn="1" w:lastColumn="0" w:noHBand="0" w:noVBand="1"/>
      </w:tblPr>
      <w:tblGrid>
        <w:gridCol w:w="4032"/>
        <w:gridCol w:w="6480"/>
      </w:tblGrid>
      <w:tr w:rsidR="00D47296" w14:paraId="51761675" w14:textId="77777777">
        <w:trPr>
          <w:tblHeader/>
          <w:jc w:val="center"/>
        </w:trPr>
        <w:tc>
          <w:tcPr>
            <w:tcW w:w="4032" w:type="dxa"/>
            <w:shd w:val="clear" w:color="auto" w:fill="015A41"/>
            <w:tcMar>
              <w:top w:w="70" w:type="dxa"/>
              <w:left w:w="70" w:type="dxa"/>
              <w:bottom w:w="70" w:type="dxa"/>
              <w:right w:w="70" w:type="dxa"/>
            </w:tcMar>
            <w:vAlign w:val="center"/>
          </w:tcPr>
          <w:p w14:paraId="1ADF54D8" w14:textId="77777777" w:rsidR="00D47296" w:rsidRDefault="008C31C1">
            <w:r>
              <w:rPr>
                <w:b/>
                <w:color w:val="FFFFFF"/>
                <w:sz w:val="18"/>
              </w:rPr>
              <w:t>Field</w:t>
            </w:r>
          </w:p>
        </w:tc>
        <w:tc>
          <w:tcPr>
            <w:tcW w:w="6480" w:type="dxa"/>
            <w:shd w:val="clear" w:color="auto" w:fill="015A41"/>
            <w:tcMar>
              <w:top w:w="70" w:type="dxa"/>
              <w:left w:w="70" w:type="dxa"/>
              <w:bottom w:w="70" w:type="dxa"/>
              <w:right w:w="70" w:type="dxa"/>
            </w:tcMar>
            <w:vAlign w:val="center"/>
          </w:tcPr>
          <w:p w14:paraId="04C69606" w14:textId="77777777" w:rsidR="00D47296" w:rsidRDefault="008C31C1">
            <w:r>
              <w:rPr>
                <w:b/>
                <w:color w:val="FFFFFF"/>
                <w:sz w:val="18"/>
              </w:rPr>
              <w:t>Facility Entry</w:t>
            </w:r>
          </w:p>
        </w:tc>
      </w:tr>
      <w:tr w:rsidR="00D47296" w14:paraId="5AA9EEA3" w14:textId="77777777">
        <w:trPr>
          <w:jc w:val="center"/>
        </w:trPr>
        <w:tc>
          <w:tcPr>
            <w:tcW w:w="4032" w:type="dxa"/>
            <w:shd w:val="clear" w:color="auto" w:fill="E8F2EE"/>
            <w:tcMar>
              <w:top w:w="70" w:type="dxa"/>
              <w:left w:w="70" w:type="dxa"/>
              <w:bottom w:w="70" w:type="dxa"/>
              <w:right w:w="70" w:type="dxa"/>
            </w:tcMar>
            <w:vAlign w:val="center"/>
          </w:tcPr>
          <w:p w14:paraId="3A485BC6" w14:textId="77777777" w:rsidR="00D47296" w:rsidRDefault="008C31C1">
            <w:r>
              <w:rPr>
                <w:sz w:val="18"/>
              </w:rPr>
              <w:t>Shelter criteria</w:t>
            </w:r>
          </w:p>
        </w:tc>
        <w:tc>
          <w:tcPr>
            <w:tcW w:w="6480" w:type="dxa"/>
            <w:shd w:val="clear" w:color="auto" w:fill="E8F2EE"/>
            <w:tcMar>
              <w:top w:w="70" w:type="dxa"/>
              <w:left w:w="70" w:type="dxa"/>
              <w:bottom w:w="70" w:type="dxa"/>
              <w:right w:w="70" w:type="dxa"/>
            </w:tcMar>
            <w:vAlign w:val="center"/>
          </w:tcPr>
          <w:p w14:paraId="04F58989" w14:textId="77777777" w:rsidR="00D47296" w:rsidRDefault="008C31C1">
            <w:r>
              <w:rPr>
                <w:i/>
                <w:color w:val="777777"/>
                <w:sz w:val="24"/>
              </w:rPr>
              <w:t>&lt;Insert&gt;</w:t>
            </w:r>
          </w:p>
        </w:tc>
      </w:tr>
      <w:tr w:rsidR="00D47296" w14:paraId="0C8FD52F" w14:textId="77777777">
        <w:trPr>
          <w:jc w:val="center"/>
        </w:trPr>
        <w:tc>
          <w:tcPr>
            <w:tcW w:w="4032" w:type="dxa"/>
            <w:tcMar>
              <w:top w:w="70" w:type="dxa"/>
              <w:left w:w="70" w:type="dxa"/>
              <w:bottom w:w="70" w:type="dxa"/>
              <w:right w:w="70" w:type="dxa"/>
            </w:tcMar>
            <w:vAlign w:val="center"/>
          </w:tcPr>
          <w:p w14:paraId="4434C0F3" w14:textId="77777777" w:rsidR="00D47296" w:rsidRDefault="008C31C1">
            <w:r>
              <w:rPr>
                <w:sz w:val="18"/>
              </w:rPr>
              <w:t>Designated safer areas</w:t>
            </w:r>
          </w:p>
        </w:tc>
        <w:tc>
          <w:tcPr>
            <w:tcW w:w="6480" w:type="dxa"/>
            <w:tcMar>
              <w:top w:w="70" w:type="dxa"/>
              <w:left w:w="70" w:type="dxa"/>
              <w:bottom w:w="70" w:type="dxa"/>
              <w:right w:w="70" w:type="dxa"/>
            </w:tcMar>
            <w:vAlign w:val="center"/>
          </w:tcPr>
          <w:p w14:paraId="36DB0D09" w14:textId="77777777" w:rsidR="00D47296" w:rsidRDefault="008C31C1">
            <w:r>
              <w:rPr>
                <w:i/>
                <w:color w:val="777777"/>
                <w:sz w:val="24"/>
              </w:rPr>
              <w:t>&lt;Insert&gt;</w:t>
            </w:r>
          </w:p>
        </w:tc>
      </w:tr>
      <w:tr w:rsidR="00D47296" w14:paraId="7F4EDA19" w14:textId="77777777">
        <w:trPr>
          <w:jc w:val="center"/>
        </w:trPr>
        <w:tc>
          <w:tcPr>
            <w:tcW w:w="4032" w:type="dxa"/>
            <w:shd w:val="clear" w:color="auto" w:fill="E8F2EE"/>
            <w:tcMar>
              <w:top w:w="70" w:type="dxa"/>
              <w:left w:w="70" w:type="dxa"/>
              <w:bottom w:w="70" w:type="dxa"/>
              <w:right w:w="70" w:type="dxa"/>
            </w:tcMar>
            <w:vAlign w:val="center"/>
          </w:tcPr>
          <w:p w14:paraId="04F2276C" w14:textId="77777777" w:rsidR="00D47296" w:rsidRDefault="008C31C1">
            <w:r>
              <w:rPr>
                <w:sz w:val="18"/>
              </w:rPr>
              <w:t>Who may remain</w:t>
            </w:r>
          </w:p>
        </w:tc>
        <w:tc>
          <w:tcPr>
            <w:tcW w:w="6480" w:type="dxa"/>
            <w:shd w:val="clear" w:color="auto" w:fill="E8F2EE"/>
            <w:tcMar>
              <w:top w:w="70" w:type="dxa"/>
              <w:left w:w="70" w:type="dxa"/>
              <w:bottom w:w="70" w:type="dxa"/>
              <w:right w:w="70" w:type="dxa"/>
            </w:tcMar>
            <w:vAlign w:val="center"/>
          </w:tcPr>
          <w:p w14:paraId="58DF0850" w14:textId="77777777" w:rsidR="00D47296" w:rsidRDefault="008C31C1">
            <w:r>
              <w:rPr>
                <w:i/>
                <w:color w:val="777777"/>
                <w:sz w:val="24"/>
              </w:rPr>
              <w:t>&lt;Insert&gt;</w:t>
            </w:r>
          </w:p>
        </w:tc>
      </w:tr>
      <w:tr w:rsidR="00D47296" w14:paraId="31790797" w14:textId="77777777">
        <w:trPr>
          <w:jc w:val="center"/>
        </w:trPr>
        <w:tc>
          <w:tcPr>
            <w:tcW w:w="4032" w:type="dxa"/>
            <w:tcMar>
              <w:top w:w="70" w:type="dxa"/>
              <w:left w:w="70" w:type="dxa"/>
              <w:bottom w:w="70" w:type="dxa"/>
              <w:right w:w="70" w:type="dxa"/>
            </w:tcMar>
            <w:vAlign w:val="center"/>
          </w:tcPr>
          <w:p w14:paraId="0F11E6A6" w14:textId="77777777" w:rsidR="00D47296" w:rsidRDefault="008C31C1">
            <w:r>
              <w:rPr>
                <w:sz w:val="18"/>
              </w:rPr>
              <w:t>Clinical / urgent-care considerations</w:t>
            </w:r>
          </w:p>
        </w:tc>
        <w:tc>
          <w:tcPr>
            <w:tcW w:w="6480" w:type="dxa"/>
            <w:tcMar>
              <w:top w:w="70" w:type="dxa"/>
              <w:left w:w="70" w:type="dxa"/>
              <w:bottom w:w="70" w:type="dxa"/>
              <w:right w:w="70" w:type="dxa"/>
            </w:tcMar>
            <w:vAlign w:val="center"/>
          </w:tcPr>
          <w:p w14:paraId="3CCA21A2" w14:textId="77777777" w:rsidR="00D47296" w:rsidRDefault="008C31C1">
            <w:r>
              <w:rPr>
                <w:i/>
                <w:color w:val="777777"/>
                <w:sz w:val="24"/>
              </w:rPr>
              <w:t>&lt;Insert&gt;</w:t>
            </w:r>
          </w:p>
        </w:tc>
      </w:tr>
      <w:tr w:rsidR="00D47296" w14:paraId="64AFAC3D" w14:textId="77777777">
        <w:trPr>
          <w:jc w:val="center"/>
        </w:trPr>
        <w:tc>
          <w:tcPr>
            <w:tcW w:w="4032" w:type="dxa"/>
            <w:shd w:val="clear" w:color="auto" w:fill="E8F2EE"/>
            <w:tcMar>
              <w:top w:w="70" w:type="dxa"/>
              <w:left w:w="70" w:type="dxa"/>
              <w:bottom w:w="70" w:type="dxa"/>
              <w:right w:w="70" w:type="dxa"/>
            </w:tcMar>
            <w:vAlign w:val="center"/>
          </w:tcPr>
          <w:p w14:paraId="0B24E721" w14:textId="77777777" w:rsidR="00D47296" w:rsidRDefault="008C31C1">
            <w:r>
              <w:rPr>
                <w:sz w:val="18"/>
              </w:rPr>
              <w:t>Staffing</w:t>
            </w:r>
          </w:p>
        </w:tc>
        <w:tc>
          <w:tcPr>
            <w:tcW w:w="6480" w:type="dxa"/>
            <w:shd w:val="clear" w:color="auto" w:fill="E8F2EE"/>
            <w:tcMar>
              <w:top w:w="70" w:type="dxa"/>
              <w:left w:w="70" w:type="dxa"/>
              <w:bottom w:w="70" w:type="dxa"/>
              <w:right w:w="70" w:type="dxa"/>
            </w:tcMar>
            <w:vAlign w:val="center"/>
          </w:tcPr>
          <w:p w14:paraId="21C3841A" w14:textId="77777777" w:rsidR="00D47296" w:rsidRDefault="008C31C1">
            <w:r>
              <w:rPr>
                <w:i/>
                <w:color w:val="777777"/>
                <w:sz w:val="24"/>
              </w:rPr>
              <w:t>&lt;Insert&gt;</w:t>
            </w:r>
          </w:p>
        </w:tc>
      </w:tr>
      <w:tr w:rsidR="00D47296" w14:paraId="0CD250F8" w14:textId="77777777">
        <w:trPr>
          <w:jc w:val="center"/>
        </w:trPr>
        <w:tc>
          <w:tcPr>
            <w:tcW w:w="4032" w:type="dxa"/>
            <w:tcMar>
              <w:top w:w="70" w:type="dxa"/>
              <w:left w:w="70" w:type="dxa"/>
              <w:bottom w:w="70" w:type="dxa"/>
              <w:right w:w="70" w:type="dxa"/>
            </w:tcMar>
            <w:vAlign w:val="center"/>
          </w:tcPr>
          <w:p w14:paraId="426F9559" w14:textId="77777777" w:rsidR="00D47296" w:rsidRDefault="008C31C1">
            <w:r>
              <w:rPr>
                <w:sz w:val="18"/>
              </w:rPr>
              <w:lastRenderedPageBreak/>
              <w:t>Communications</w:t>
            </w:r>
          </w:p>
        </w:tc>
        <w:tc>
          <w:tcPr>
            <w:tcW w:w="6480" w:type="dxa"/>
            <w:tcMar>
              <w:top w:w="70" w:type="dxa"/>
              <w:left w:w="70" w:type="dxa"/>
              <w:bottom w:w="70" w:type="dxa"/>
              <w:right w:w="70" w:type="dxa"/>
            </w:tcMar>
            <w:vAlign w:val="center"/>
          </w:tcPr>
          <w:p w14:paraId="4DC15478" w14:textId="77777777" w:rsidR="00D47296" w:rsidRDefault="008C31C1">
            <w:r>
              <w:rPr>
                <w:i/>
                <w:color w:val="777777"/>
                <w:sz w:val="24"/>
              </w:rPr>
              <w:t>&lt;Insert&gt;</w:t>
            </w:r>
          </w:p>
        </w:tc>
      </w:tr>
      <w:tr w:rsidR="00D47296" w14:paraId="61F54BDB" w14:textId="77777777">
        <w:trPr>
          <w:jc w:val="center"/>
        </w:trPr>
        <w:tc>
          <w:tcPr>
            <w:tcW w:w="4032" w:type="dxa"/>
            <w:shd w:val="clear" w:color="auto" w:fill="E8F2EE"/>
            <w:tcMar>
              <w:top w:w="70" w:type="dxa"/>
              <w:left w:w="70" w:type="dxa"/>
              <w:bottom w:w="70" w:type="dxa"/>
              <w:right w:w="70" w:type="dxa"/>
            </w:tcMar>
            <w:vAlign w:val="center"/>
          </w:tcPr>
          <w:p w14:paraId="7B78F79B" w14:textId="77777777" w:rsidR="00D47296" w:rsidRDefault="008C31C1">
            <w:r>
              <w:rPr>
                <w:sz w:val="18"/>
              </w:rPr>
              <w:t>Security / access</w:t>
            </w:r>
          </w:p>
        </w:tc>
        <w:tc>
          <w:tcPr>
            <w:tcW w:w="6480" w:type="dxa"/>
            <w:shd w:val="clear" w:color="auto" w:fill="E8F2EE"/>
            <w:tcMar>
              <w:top w:w="70" w:type="dxa"/>
              <w:left w:w="70" w:type="dxa"/>
              <w:bottom w:w="70" w:type="dxa"/>
              <w:right w:w="70" w:type="dxa"/>
            </w:tcMar>
            <w:vAlign w:val="center"/>
          </w:tcPr>
          <w:p w14:paraId="6ABFFA61" w14:textId="77777777" w:rsidR="00D47296" w:rsidRDefault="008C31C1">
            <w:r>
              <w:rPr>
                <w:i/>
                <w:color w:val="777777"/>
                <w:sz w:val="24"/>
              </w:rPr>
              <w:t>&lt;Insert&gt;</w:t>
            </w:r>
          </w:p>
        </w:tc>
      </w:tr>
      <w:tr w:rsidR="00D47296" w14:paraId="6B8A22A1" w14:textId="77777777">
        <w:trPr>
          <w:jc w:val="center"/>
        </w:trPr>
        <w:tc>
          <w:tcPr>
            <w:tcW w:w="4032" w:type="dxa"/>
            <w:tcMar>
              <w:top w:w="70" w:type="dxa"/>
              <w:left w:w="70" w:type="dxa"/>
              <w:bottom w:w="70" w:type="dxa"/>
              <w:right w:w="70" w:type="dxa"/>
            </w:tcMar>
            <w:vAlign w:val="center"/>
          </w:tcPr>
          <w:p w14:paraId="1A6BEAA0" w14:textId="77777777" w:rsidR="00D47296" w:rsidRDefault="008C31C1">
            <w:r>
              <w:rPr>
                <w:sz w:val="18"/>
              </w:rPr>
              <w:t>Sanitation / water / supplies</w:t>
            </w:r>
          </w:p>
        </w:tc>
        <w:tc>
          <w:tcPr>
            <w:tcW w:w="6480" w:type="dxa"/>
            <w:tcMar>
              <w:top w:w="70" w:type="dxa"/>
              <w:left w:w="70" w:type="dxa"/>
              <w:bottom w:w="70" w:type="dxa"/>
              <w:right w:w="70" w:type="dxa"/>
            </w:tcMar>
            <w:vAlign w:val="center"/>
          </w:tcPr>
          <w:p w14:paraId="3914BC57" w14:textId="77777777" w:rsidR="00D47296" w:rsidRDefault="008C31C1">
            <w:r>
              <w:rPr>
                <w:i/>
                <w:color w:val="777777"/>
                <w:sz w:val="24"/>
              </w:rPr>
              <w:t>&lt;Insert&gt;</w:t>
            </w:r>
          </w:p>
        </w:tc>
      </w:tr>
      <w:tr w:rsidR="00D47296" w14:paraId="23F08607" w14:textId="77777777">
        <w:trPr>
          <w:jc w:val="center"/>
        </w:trPr>
        <w:tc>
          <w:tcPr>
            <w:tcW w:w="4032" w:type="dxa"/>
            <w:shd w:val="clear" w:color="auto" w:fill="E8F2EE"/>
            <w:tcMar>
              <w:top w:w="70" w:type="dxa"/>
              <w:left w:w="70" w:type="dxa"/>
              <w:bottom w:w="70" w:type="dxa"/>
              <w:right w:w="70" w:type="dxa"/>
            </w:tcMar>
            <w:vAlign w:val="center"/>
          </w:tcPr>
          <w:p w14:paraId="2D5F7034" w14:textId="77777777" w:rsidR="00D47296" w:rsidRDefault="008C31C1">
            <w:r>
              <w:rPr>
                <w:sz w:val="18"/>
              </w:rPr>
              <w:t>Transition to evacuation / closure triggers</w:t>
            </w:r>
          </w:p>
        </w:tc>
        <w:tc>
          <w:tcPr>
            <w:tcW w:w="6480" w:type="dxa"/>
            <w:shd w:val="clear" w:color="auto" w:fill="E8F2EE"/>
            <w:tcMar>
              <w:top w:w="70" w:type="dxa"/>
              <w:left w:w="70" w:type="dxa"/>
              <w:bottom w:w="70" w:type="dxa"/>
              <w:right w:w="70" w:type="dxa"/>
            </w:tcMar>
            <w:vAlign w:val="center"/>
          </w:tcPr>
          <w:p w14:paraId="41603C27" w14:textId="77777777" w:rsidR="00D47296" w:rsidRDefault="008C31C1">
            <w:r>
              <w:rPr>
                <w:i/>
                <w:color w:val="777777"/>
                <w:sz w:val="24"/>
              </w:rPr>
              <w:t>&lt;Insert&gt;</w:t>
            </w:r>
          </w:p>
        </w:tc>
      </w:tr>
    </w:tbl>
    <w:p w14:paraId="5D52768F" w14:textId="77777777" w:rsidR="00D47296" w:rsidRDefault="00D47296">
      <w:pPr>
        <w:spacing w:after="0"/>
      </w:pPr>
    </w:p>
    <w:p w14:paraId="3F9B38BF" w14:textId="77777777" w:rsidR="00D47296" w:rsidRDefault="008C31C1">
      <w:pPr>
        <w:pStyle w:val="Heading2"/>
      </w:pPr>
      <w:r>
        <w:t>D. Service Closure / Patient Redirection</w:t>
      </w:r>
    </w:p>
    <w:tbl>
      <w:tblPr>
        <w:tblW w:w="0" w:type="auto"/>
        <w:jc w:val="center"/>
        <w:tblLayout w:type="fixed"/>
        <w:tblLook w:val="04A0" w:firstRow="1" w:lastRow="0" w:firstColumn="1" w:lastColumn="0" w:noHBand="0" w:noVBand="1"/>
      </w:tblPr>
      <w:tblGrid>
        <w:gridCol w:w="1728"/>
        <w:gridCol w:w="2448"/>
        <w:gridCol w:w="2304"/>
        <w:gridCol w:w="2592"/>
        <w:gridCol w:w="1728"/>
      </w:tblGrid>
      <w:tr w:rsidR="00D47296" w14:paraId="1C6829F1" w14:textId="77777777">
        <w:trPr>
          <w:tblHeader/>
          <w:jc w:val="center"/>
        </w:trPr>
        <w:tc>
          <w:tcPr>
            <w:tcW w:w="1728" w:type="dxa"/>
            <w:shd w:val="clear" w:color="auto" w:fill="015A41"/>
            <w:tcMar>
              <w:top w:w="70" w:type="dxa"/>
              <w:left w:w="70" w:type="dxa"/>
              <w:bottom w:w="70" w:type="dxa"/>
              <w:right w:w="70" w:type="dxa"/>
            </w:tcMar>
            <w:vAlign w:val="center"/>
          </w:tcPr>
          <w:p w14:paraId="40DCC756" w14:textId="77777777" w:rsidR="00D47296" w:rsidRDefault="008C31C1">
            <w:r>
              <w:rPr>
                <w:b/>
                <w:color w:val="FFFFFF"/>
                <w:sz w:val="16"/>
              </w:rPr>
              <w:t>Closure Level</w:t>
            </w:r>
          </w:p>
        </w:tc>
        <w:tc>
          <w:tcPr>
            <w:tcW w:w="2448" w:type="dxa"/>
            <w:shd w:val="clear" w:color="auto" w:fill="015A41"/>
            <w:tcMar>
              <w:top w:w="70" w:type="dxa"/>
              <w:left w:w="70" w:type="dxa"/>
              <w:bottom w:w="70" w:type="dxa"/>
              <w:right w:w="70" w:type="dxa"/>
            </w:tcMar>
            <w:vAlign w:val="center"/>
          </w:tcPr>
          <w:p w14:paraId="70D800CF" w14:textId="77777777" w:rsidR="00D47296" w:rsidRDefault="008C31C1">
            <w:r>
              <w:rPr>
                <w:b/>
                <w:color w:val="FFFFFF"/>
                <w:sz w:val="16"/>
              </w:rPr>
              <w:t>Trigger / Authority</w:t>
            </w:r>
          </w:p>
        </w:tc>
        <w:tc>
          <w:tcPr>
            <w:tcW w:w="2304" w:type="dxa"/>
            <w:shd w:val="clear" w:color="auto" w:fill="015A41"/>
            <w:tcMar>
              <w:top w:w="70" w:type="dxa"/>
              <w:left w:w="70" w:type="dxa"/>
              <w:bottom w:w="70" w:type="dxa"/>
              <w:right w:w="70" w:type="dxa"/>
            </w:tcMar>
            <w:vAlign w:val="center"/>
          </w:tcPr>
          <w:p w14:paraId="29A40BD9" w14:textId="77777777" w:rsidR="00D47296" w:rsidRDefault="008C31C1">
            <w:r>
              <w:rPr>
                <w:b/>
                <w:color w:val="FFFFFF"/>
                <w:sz w:val="16"/>
              </w:rPr>
              <w:t>Patient Communication</w:t>
            </w:r>
          </w:p>
        </w:tc>
        <w:tc>
          <w:tcPr>
            <w:tcW w:w="2592" w:type="dxa"/>
            <w:shd w:val="clear" w:color="auto" w:fill="015A41"/>
            <w:tcMar>
              <w:top w:w="70" w:type="dxa"/>
              <w:left w:w="70" w:type="dxa"/>
              <w:bottom w:w="70" w:type="dxa"/>
              <w:right w:w="70" w:type="dxa"/>
            </w:tcMar>
            <w:vAlign w:val="center"/>
          </w:tcPr>
          <w:p w14:paraId="1567470C" w14:textId="77777777" w:rsidR="00D47296" w:rsidRDefault="008C31C1">
            <w:r>
              <w:rPr>
                <w:b/>
                <w:color w:val="FFFFFF"/>
                <w:sz w:val="16"/>
              </w:rPr>
              <w:t>Service Redirection / Referral</w:t>
            </w:r>
          </w:p>
        </w:tc>
        <w:tc>
          <w:tcPr>
            <w:tcW w:w="1728" w:type="dxa"/>
            <w:shd w:val="clear" w:color="auto" w:fill="015A41"/>
            <w:tcMar>
              <w:top w:w="70" w:type="dxa"/>
              <w:left w:w="70" w:type="dxa"/>
              <w:bottom w:w="70" w:type="dxa"/>
              <w:right w:w="70" w:type="dxa"/>
            </w:tcMar>
            <w:vAlign w:val="center"/>
          </w:tcPr>
          <w:p w14:paraId="361D4837" w14:textId="77777777" w:rsidR="00D47296" w:rsidRDefault="008C31C1">
            <w:r>
              <w:rPr>
                <w:b/>
                <w:color w:val="FFFFFF"/>
                <w:sz w:val="16"/>
              </w:rPr>
              <w:t>Reopening Criteria</w:t>
            </w:r>
          </w:p>
        </w:tc>
      </w:tr>
      <w:tr w:rsidR="00D47296" w14:paraId="424AB6A7" w14:textId="77777777">
        <w:trPr>
          <w:jc w:val="center"/>
        </w:trPr>
        <w:tc>
          <w:tcPr>
            <w:tcW w:w="1728" w:type="dxa"/>
            <w:shd w:val="clear" w:color="auto" w:fill="E8F2EE"/>
            <w:tcMar>
              <w:top w:w="70" w:type="dxa"/>
              <w:left w:w="70" w:type="dxa"/>
              <w:bottom w:w="70" w:type="dxa"/>
              <w:right w:w="70" w:type="dxa"/>
            </w:tcMar>
            <w:vAlign w:val="center"/>
          </w:tcPr>
          <w:p w14:paraId="631DD2B9" w14:textId="77777777" w:rsidR="00D47296" w:rsidRDefault="008C31C1">
            <w:r>
              <w:rPr>
                <w:sz w:val="16"/>
              </w:rPr>
              <w:t>Delayed opening</w:t>
            </w:r>
          </w:p>
        </w:tc>
        <w:tc>
          <w:tcPr>
            <w:tcW w:w="2448" w:type="dxa"/>
            <w:shd w:val="clear" w:color="auto" w:fill="E8F2EE"/>
            <w:tcMar>
              <w:top w:w="70" w:type="dxa"/>
              <w:left w:w="70" w:type="dxa"/>
              <w:bottom w:w="70" w:type="dxa"/>
              <w:right w:w="70" w:type="dxa"/>
            </w:tcMar>
            <w:vAlign w:val="center"/>
          </w:tcPr>
          <w:p w14:paraId="0A29EAB0"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051D0F7F"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46E83F65"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56D4F1BD" w14:textId="77777777" w:rsidR="00D47296" w:rsidRDefault="008C31C1">
            <w:r>
              <w:rPr>
                <w:i/>
                <w:color w:val="777777"/>
                <w:sz w:val="24"/>
              </w:rPr>
              <w:t>&lt;Insert&gt;</w:t>
            </w:r>
          </w:p>
        </w:tc>
      </w:tr>
      <w:tr w:rsidR="00D47296" w14:paraId="76429FE0" w14:textId="77777777">
        <w:trPr>
          <w:jc w:val="center"/>
        </w:trPr>
        <w:tc>
          <w:tcPr>
            <w:tcW w:w="1728" w:type="dxa"/>
            <w:tcMar>
              <w:top w:w="70" w:type="dxa"/>
              <w:left w:w="70" w:type="dxa"/>
              <w:bottom w:w="70" w:type="dxa"/>
              <w:right w:w="70" w:type="dxa"/>
            </w:tcMar>
            <w:vAlign w:val="center"/>
          </w:tcPr>
          <w:p w14:paraId="474DFA16" w14:textId="77777777" w:rsidR="00D47296" w:rsidRDefault="008C31C1">
            <w:r>
              <w:rPr>
                <w:sz w:val="16"/>
              </w:rPr>
              <w:t>Partial closure</w:t>
            </w:r>
          </w:p>
        </w:tc>
        <w:tc>
          <w:tcPr>
            <w:tcW w:w="2448" w:type="dxa"/>
            <w:tcMar>
              <w:top w:w="70" w:type="dxa"/>
              <w:left w:w="70" w:type="dxa"/>
              <w:bottom w:w="70" w:type="dxa"/>
              <w:right w:w="70" w:type="dxa"/>
            </w:tcMar>
            <w:vAlign w:val="center"/>
          </w:tcPr>
          <w:p w14:paraId="157FFA88"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69BAF365"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4418482D"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7295C20F" w14:textId="77777777" w:rsidR="00D47296" w:rsidRDefault="008C31C1">
            <w:r>
              <w:rPr>
                <w:i/>
                <w:color w:val="777777"/>
                <w:sz w:val="24"/>
              </w:rPr>
              <w:t>&lt;Insert&gt;</w:t>
            </w:r>
          </w:p>
        </w:tc>
      </w:tr>
      <w:tr w:rsidR="00D47296" w14:paraId="65630EE6" w14:textId="77777777">
        <w:trPr>
          <w:jc w:val="center"/>
        </w:trPr>
        <w:tc>
          <w:tcPr>
            <w:tcW w:w="1728" w:type="dxa"/>
            <w:shd w:val="clear" w:color="auto" w:fill="E8F2EE"/>
            <w:tcMar>
              <w:top w:w="70" w:type="dxa"/>
              <w:left w:w="70" w:type="dxa"/>
              <w:bottom w:w="70" w:type="dxa"/>
              <w:right w:w="70" w:type="dxa"/>
            </w:tcMar>
            <w:vAlign w:val="center"/>
          </w:tcPr>
          <w:p w14:paraId="74FC39E6" w14:textId="77777777" w:rsidR="00D47296" w:rsidRDefault="008C31C1">
            <w:r>
              <w:rPr>
                <w:sz w:val="16"/>
              </w:rPr>
              <w:t>Full closure</w:t>
            </w:r>
          </w:p>
        </w:tc>
        <w:tc>
          <w:tcPr>
            <w:tcW w:w="2448" w:type="dxa"/>
            <w:shd w:val="clear" w:color="auto" w:fill="E8F2EE"/>
            <w:tcMar>
              <w:top w:w="70" w:type="dxa"/>
              <w:left w:w="70" w:type="dxa"/>
              <w:bottom w:w="70" w:type="dxa"/>
              <w:right w:w="70" w:type="dxa"/>
            </w:tcMar>
            <w:vAlign w:val="center"/>
          </w:tcPr>
          <w:p w14:paraId="0B46318E"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1EE7D7F3"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3F544411"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1EC42242" w14:textId="77777777" w:rsidR="00D47296" w:rsidRDefault="008C31C1">
            <w:r>
              <w:rPr>
                <w:i/>
                <w:color w:val="777777"/>
                <w:sz w:val="24"/>
              </w:rPr>
              <w:t>&lt;Insert&gt;</w:t>
            </w:r>
          </w:p>
        </w:tc>
      </w:tr>
    </w:tbl>
    <w:p w14:paraId="243F6DFD" w14:textId="77777777" w:rsidR="00D47296" w:rsidRDefault="00D47296">
      <w:pPr>
        <w:spacing w:after="0"/>
      </w:pPr>
    </w:p>
    <w:p w14:paraId="306B53FC" w14:textId="77777777" w:rsidR="00D47296" w:rsidRDefault="008C31C1">
      <w:r>
        <w:br w:type="page"/>
      </w:r>
    </w:p>
    <w:p w14:paraId="2081B28E" w14:textId="77777777" w:rsidR="00D47296" w:rsidRDefault="008C31C1">
      <w:pPr>
        <w:pStyle w:val="Heading1"/>
      </w:pPr>
      <w:r>
        <w:lastRenderedPageBreak/>
        <w:t>13. RECOVERY &amp; CONTINUITY</w:t>
      </w:r>
    </w:p>
    <w:tbl>
      <w:tblPr>
        <w:tblW w:w="0" w:type="auto"/>
        <w:jc w:val="center"/>
        <w:tblLook w:val="04A0" w:firstRow="1" w:lastRow="0" w:firstColumn="1" w:lastColumn="0" w:noHBand="0" w:noVBand="1"/>
      </w:tblPr>
      <w:tblGrid>
        <w:gridCol w:w="10800"/>
      </w:tblGrid>
      <w:tr w:rsidR="00D47296" w14:paraId="191B63A1" w14:textId="77777777">
        <w:trPr>
          <w:jc w:val="center"/>
        </w:trPr>
        <w:tc>
          <w:tcPr>
            <w:tcW w:w="10800" w:type="dxa"/>
            <w:shd w:val="clear" w:color="auto" w:fill="E8F2EE"/>
          </w:tcPr>
          <w:p w14:paraId="2AABBA6B" w14:textId="77777777" w:rsidR="00D47296" w:rsidRDefault="008C31C1">
            <w:r>
              <w:rPr>
                <w:b/>
                <w:color w:val="015A41"/>
              </w:rPr>
              <w:t xml:space="preserve">REGULATORY BASIS </w:t>
            </w:r>
            <w:r>
              <w:t>42 CFR §491.12(d)(2)(iii) requires analysis/documentation of drills, tabletop exercises and emergency events and plan revision as needed. Continuity requirements are also reflected in §491.12(a)(3).</w:t>
            </w:r>
          </w:p>
        </w:tc>
      </w:tr>
    </w:tbl>
    <w:p w14:paraId="4AC9D946" w14:textId="77777777" w:rsidR="00D47296" w:rsidRDefault="00D47296">
      <w:pPr>
        <w:spacing w:after="0"/>
      </w:pPr>
    </w:p>
    <w:p w14:paraId="3CA13EB4" w14:textId="77777777" w:rsidR="00D47296" w:rsidRDefault="008C31C1">
      <w:pPr>
        <w:pStyle w:val="Heading2"/>
      </w:pPr>
      <w:r>
        <w:t>A. Re-entry / Reopening Criteria</w:t>
      </w:r>
    </w:p>
    <w:p w14:paraId="10EF44ED" w14:textId="77777777" w:rsidR="00D47296" w:rsidRDefault="008C31C1">
      <w:pPr>
        <w:spacing w:after="20"/>
      </w:pPr>
      <w:r>
        <w:rPr>
          <w:color w:val="B4B4B4"/>
          <w:sz w:val="16"/>
        </w:rPr>
        <w:t>__________________________________________________________________________________________________</w:t>
      </w:r>
    </w:p>
    <w:p w14:paraId="46340127" w14:textId="77777777" w:rsidR="00D47296" w:rsidRDefault="008C31C1">
      <w:pPr>
        <w:spacing w:after="20"/>
      </w:pPr>
      <w:r>
        <w:rPr>
          <w:color w:val="B4B4B4"/>
          <w:sz w:val="16"/>
        </w:rPr>
        <w:t>__________________________________________________________________________________________________</w:t>
      </w:r>
    </w:p>
    <w:p w14:paraId="541D12D4" w14:textId="77777777" w:rsidR="00D47296" w:rsidRDefault="008C31C1">
      <w:pPr>
        <w:spacing w:after="20"/>
      </w:pPr>
      <w:r>
        <w:rPr>
          <w:color w:val="B4B4B4"/>
          <w:sz w:val="16"/>
        </w:rPr>
        <w:t>__________________________________________________________________________________________________</w:t>
      </w:r>
    </w:p>
    <w:p w14:paraId="7A682ACD" w14:textId="77777777" w:rsidR="00D47296" w:rsidRDefault="008C31C1">
      <w:pPr>
        <w:spacing w:after="20"/>
      </w:pPr>
      <w:r>
        <w:rPr>
          <w:color w:val="B4B4B4"/>
          <w:sz w:val="16"/>
        </w:rPr>
        <w:t>__________________________________________________________________________________________________</w:t>
      </w:r>
    </w:p>
    <w:p w14:paraId="093EE7DF" w14:textId="77777777" w:rsidR="00D47296" w:rsidRDefault="008C31C1">
      <w:pPr>
        <w:pStyle w:val="Heading2"/>
      </w:pPr>
      <w:r>
        <w:t>B. Restoration Priorities</w:t>
      </w:r>
    </w:p>
    <w:tbl>
      <w:tblPr>
        <w:tblW w:w="0" w:type="auto"/>
        <w:jc w:val="center"/>
        <w:tblLayout w:type="fixed"/>
        <w:tblLook w:val="04A0" w:firstRow="1" w:lastRow="0" w:firstColumn="1" w:lastColumn="0" w:noHBand="0" w:noVBand="1"/>
      </w:tblPr>
      <w:tblGrid>
        <w:gridCol w:w="1008"/>
        <w:gridCol w:w="4320"/>
        <w:gridCol w:w="2016"/>
        <w:gridCol w:w="3168"/>
      </w:tblGrid>
      <w:tr w:rsidR="00D47296" w14:paraId="7F1379A5" w14:textId="77777777">
        <w:trPr>
          <w:tblHeader/>
          <w:jc w:val="center"/>
        </w:trPr>
        <w:tc>
          <w:tcPr>
            <w:tcW w:w="1008" w:type="dxa"/>
            <w:shd w:val="clear" w:color="auto" w:fill="015A41"/>
            <w:tcMar>
              <w:top w:w="70" w:type="dxa"/>
              <w:left w:w="70" w:type="dxa"/>
              <w:bottom w:w="70" w:type="dxa"/>
              <w:right w:w="70" w:type="dxa"/>
            </w:tcMar>
            <w:vAlign w:val="center"/>
          </w:tcPr>
          <w:p w14:paraId="4D5210FB" w14:textId="77777777" w:rsidR="00D47296" w:rsidRDefault="008C31C1">
            <w:r>
              <w:rPr>
                <w:b/>
                <w:color w:val="FFFFFF"/>
                <w:sz w:val="17"/>
              </w:rPr>
              <w:t>Priority</w:t>
            </w:r>
          </w:p>
        </w:tc>
        <w:tc>
          <w:tcPr>
            <w:tcW w:w="4320" w:type="dxa"/>
            <w:shd w:val="clear" w:color="auto" w:fill="015A41"/>
            <w:tcMar>
              <w:top w:w="70" w:type="dxa"/>
              <w:left w:w="70" w:type="dxa"/>
              <w:bottom w:w="70" w:type="dxa"/>
              <w:right w:w="70" w:type="dxa"/>
            </w:tcMar>
            <w:vAlign w:val="center"/>
          </w:tcPr>
          <w:p w14:paraId="60624526" w14:textId="77777777" w:rsidR="00D47296" w:rsidRDefault="008C31C1">
            <w:r>
              <w:rPr>
                <w:b/>
                <w:color w:val="FFFFFF"/>
                <w:sz w:val="17"/>
              </w:rPr>
              <w:t>System / Service</w:t>
            </w:r>
          </w:p>
        </w:tc>
        <w:tc>
          <w:tcPr>
            <w:tcW w:w="2016" w:type="dxa"/>
            <w:shd w:val="clear" w:color="auto" w:fill="015A41"/>
            <w:tcMar>
              <w:top w:w="70" w:type="dxa"/>
              <w:left w:w="70" w:type="dxa"/>
              <w:bottom w:w="70" w:type="dxa"/>
              <w:right w:w="70" w:type="dxa"/>
            </w:tcMar>
            <w:vAlign w:val="center"/>
          </w:tcPr>
          <w:p w14:paraId="3503A616" w14:textId="77777777" w:rsidR="00D47296" w:rsidRDefault="008C31C1">
            <w:r>
              <w:rPr>
                <w:b/>
                <w:color w:val="FFFFFF"/>
                <w:sz w:val="17"/>
              </w:rPr>
              <w:t>Owner</w:t>
            </w:r>
          </w:p>
        </w:tc>
        <w:tc>
          <w:tcPr>
            <w:tcW w:w="3168" w:type="dxa"/>
            <w:shd w:val="clear" w:color="auto" w:fill="015A41"/>
            <w:tcMar>
              <w:top w:w="70" w:type="dxa"/>
              <w:left w:w="70" w:type="dxa"/>
              <w:bottom w:w="70" w:type="dxa"/>
              <w:right w:w="70" w:type="dxa"/>
            </w:tcMar>
            <w:vAlign w:val="center"/>
          </w:tcPr>
          <w:p w14:paraId="68076751" w14:textId="77777777" w:rsidR="00D47296" w:rsidRDefault="008C31C1">
            <w:r>
              <w:rPr>
                <w:b/>
                <w:color w:val="FFFFFF"/>
                <w:sz w:val="17"/>
              </w:rPr>
              <w:t>Target / Criteria</w:t>
            </w:r>
          </w:p>
        </w:tc>
      </w:tr>
      <w:tr w:rsidR="00D47296" w14:paraId="08686E67" w14:textId="77777777">
        <w:trPr>
          <w:jc w:val="center"/>
        </w:trPr>
        <w:tc>
          <w:tcPr>
            <w:tcW w:w="1008" w:type="dxa"/>
            <w:shd w:val="clear" w:color="auto" w:fill="E8F2EE"/>
            <w:tcMar>
              <w:top w:w="70" w:type="dxa"/>
              <w:left w:w="70" w:type="dxa"/>
              <w:bottom w:w="70" w:type="dxa"/>
              <w:right w:w="70" w:type="dxa"/>
            </w:tcMar>
            <w:vAlign w:val="center"/>
          </w:tcPr>
          <w:p w14:paraId="292EAC60" w14:textId="77777777" w:rsidR="00D47296" w:rsidRDefault="008C31C1">
            <w:r>
              <w:rPr>
                <w:sz w:val="17"/>
              </w:rPr>
              <w:t>1</w:t>
            </w:r>
          </w:p>
        </w:tc>
        <w:tc>
          <w:tcPr>
            <w:tcW w:w="4320" w:type="dxa"/>
            <w:shd w:val="clear" w:color="auto" w:fill="E8F2EE"/>
            <w:tcMar>
              <w:top w:w="70" w:type="dxa"/>
              <w:left w:w="70" w:type="dxa"/>
              <w:bottom w:w="70" w:type="dxa"/>
              <w:right w:w="70" w:type="dxa"/>
            </w:tcMar>
            <w:vAlign w:val="center"/>
          </w:tcPr>
          <w:p w14:paraId="7E97950B"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183DD3B7" w14:textId="77777777" w:rsidR="00D47296" w:rsidRDefault="008C31C1">
            <w:r>
              <w:rPr>
                <w:i/>
                <w:color w:val="777777"/>
                <w:sz w:val="24"/>
              </w:rPr>
              <w:t>&lt;Insert&gt;</w:t>
            </w:r>
          </w:p>
        </w:tc>
        <w:tc>
          <w:tcPr>
            <w:tcW w:w="3168" w:type="dxa"/>
            <w:shd w:val="clear" w:color="auto" w:fill="E8F2EE"/>
            <w:tcMar>
              <w:top w:w="70" w:type="dxa"/>
              <w:left w:w="70" w:type="dxa"/>
              <w:bottom w:w="70" w:type="dxa"/>
              <w:right w:w="70" w:type="dxa"/>
            </w:tcMar>
            <w:vAlign w:val="center"/>
          </w:tcPr>
          <w:p w14:paraId="16EFCBC1" w14:textId="77777777" w:rsidR="00D47296" w:rsidRDefault="008C31C1">
            <w:r>
              <w:rPr>
                <w:i/>
                <w:color w:val="777777"/>
                <w:sz w:val="24"/>
              </w:rPr>
              <w:t>&lt;Insert&gt;</w:t>
            </w:r>
          </w:p>
        </w:tc>
      </w:tr>
      <w:tr w:rsidR="00D47296" w14:paraId="195D900F" w14:textId="77777777">
        <w:trPr>
          <w:jc w:val="center"/>
        </w:trPr>
        <w:tc>
          <w:tcPr>
            <w:tcW w:w="1008" w:type="dxa"/>
            <w:tcMar>
              <w:top w:w="70" w:type="dxa"/>
              <w:left w:w="70" w:type="dxa"/>
              <w:bottom w:w="70" w:type="dxa"/>
              <w:right w:w="70" w:type="dxa"/>
            </w:tcMar>
            <w:vAlign w:val="center"/>
          </w:tcPr>
          <w:p w14:paraId="29601D3E" w14:textId="77777777" w:rsidR="00D47296" w:rsidRDefault="008C31C1">
            <w:r>
              <w:rPr>
                <w:sz w:val="17"/>
              </w:rPr>
              <w:t>2</w:t>
            </w:r>
          </w:p>
        </w:tc>
        <w:tc>
          <w:tcPr>
            <w:tcW w:w="4320" w:type="dxa"/>
            <w:tcMar>
              <w:top w:w="70" w:type="dxa"/>
              <w:left w:w="70" w:type="dxa"/>
              <w:bottom w:w="70" w:type="dxa"/>
              <w:right w:w="70" w:type="dxa"/>
            </w:tcMar>
            <w:vAlign w:val="center"/>
          </w:tcPr>
          <w:p w14:paraId="674E935C"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4C782755" w14:textId="77777777" w:rsidR="00D47296" w:rsidRDefault="008C31C1">
            <w:r>
              <w:rPr>
                <w:i/>
                <w:color w:val="777777"/>
                <w:sz w:val="24"/>
              </w:rPr>
              <w:t>&lt;Insert&gt;</w:t>
            </w:r>
          </w:p>
        </w:tc>
        <w:tc>
          <w:tcPr>
            <w:tcW w:w="3168" w:type="dxa"/>
            <w:tcMar>
              <w:top w:w="70" w:type="dxa"/>
              <w:left w:w="70" w:type="dxa"/>
              <w:bottom w:w="70" w:type="dxa"/>
              <w:right w:w="70" w:type="dxa"/>
            </w:tcMar>
            <w:vAlign w:val="center"/>
          </w:tcPr>
          <w:p w14:paraId="3889CBD6" w14:textId="77777777" w:rsidR="00D47296" w:rsidRDefault="008C31C1">
            <w:r>
              <w:rPr>
                <w:i/>
                <w:color w:val="777777"/>
                <w:sz w:val="24"/>
              </w:rPr>
              <w:t>&lt;Insert&gt;</w:t>
            </w:r>
          </w:p>
        </w:tc>
      </w:tr>
      <w:tr w:rsidR="00D47296" w14:paraId="4B35C811" w14:textId="77777777">
        <w:trPr>
          <w:jc w:val="center"/>
        </w:trPr>
        <w:tc>
          <w:tcPr>
            <w:tcW w:w="1008" w:type="dxa"/>
            <w:shd w:val="clear" w:color="auto" w:fill="E8F2EE"/>
            <w:tcMar>
              <w:top w:w="70" w:type="dxa"/>
              <w:left w:w="70" w:type="dxa"/>
              <w:bottom w:w="70" w:type="dxa"/>
              <w:right w:w="70" w:type="dxa"/>
            </w:tcMar>
            <w:vAlign w:val="center"/>
          </w:tcPr>
          <w:p w14:paraId="356C5595" w14:textId="77777777" w:rsidR="00D47296" w:rsidRDefault="008C31C1">
            <w:r>
              <w:rPr>
                <w:sz w:val="17"/>
              </w:rPr>
              <w:t>3</w:t>
            </w:r>
          </w:p>
        </w:tc>
        <w:tc>
          <w:tcPr>
            <w:tcW w:w="4320" w:type="dxa"/>
            <w:shd w:val="clear" w:color="auto" w:fill="E8F2EE"/>
            <w:tcMar>
              <w:top w:w="70" w:type="dxa"/>
              <w:left w:w="70" w:type="dxa"/>
              <w:bottom w:w="70" w:type="dxa"/>
              <w:right w:w="70" w:type="dxa"/>
            </w:tcMar>
            <w:vAlign w:val="center"/>
          </w:tcPr>
          <w:p w14:paraId="181C0F92"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078E10BC" w14:textId="77777777" w:rsidR="00D47296" w:rsidRDefault="008C31C1">
            <w:r>
              <w:rPr>
                <w:i/>
                <w:color w:val="777777"/>
                <w:sz w:val="24"/>
              </w:rPr>
              <w:t>&lt;Insert&gt;</w:t>
            </w:r>
          </w:p>
        </w:tc>
        <w:tc>
          <w:tcPr>
            <w:tcW w:w="3168" w:type="dxa"/>
            <w:shd w:val="clear" w:color="auto" w:fill="E8F2EE"/>
            <w:tcMar>
              <w:top w:w="70" w:type="dxa"/>
              <w:left w:w="70" w:type="dxa"/>
              <w:bottom w:w="70" w:type="dxa"/>
              <w:right w:w="70" w:type="dxa"/>
            </w:tcMar>
            <w:vAlign w:val="center"/>
          </w:tcPr>
          <w:p w14:paraId="7024B4B7" w14:textId="77777777" w:rsidR="00D47296" w:rsidRDefault="008C31C1">
            <w:r>
              <w:rPr>
                <w:i/>
                <w:color w:val="777777"/>
                <w:sz w:val="24"/>
              </w:rPr>
              <w:t>&lt;Insert&gt;</w:t>
            </w:r>
          </w:p>
        </w:tc>
      </w:tr>
      <w:tr w:rsidR="00D47296" w14:paraId="43709CC7" w14:textId="77777777">
        <w:trPr>
          <w:jc w:val="center"/>
        </w:trPr>
        <w:tc>
          <w:tcPr>
            <w:tcW w:w="1008" w:type="dxa"/>
            <w:tcMar>
              <w:top w:w="70" w:type="dxa"/>
              <w:left w:w="70" w:type="dxa"/>
              <w:bottom w:w="70" w:type="dxa"/>
              <w:right w:w="70" w:type="dxa"/>
            </w:tcMar>
            <w:vAlign w:val="center"/>
          </w:tcPr>
          <w:p w14:paraId="69490A1E" w14:textId="77777777" w:rsidR="00D47296" w:rsidRDefault="008C31C1">
            <w:r>
              <w:rPr>
                <w:sz w:val="17"/>
              </w:rPr>
              <w:t>4</w:t>
            </w:r>
          </w:p>
        </w:tc>
        <w:tc>
          <w:tcPr>
            <w:tcW w:w="4320" w:type="dxa"/>
            <w:tcMar>
              <w:top w:w="70" w:type="dxa"/>
              <w:left w:w="70" w:type="dxa"/>
              <w:bottom w:w="70" w:type="dxa"/>
              <w:right w:w="70" w:type="dxa"/>
            </w:tcMar>
            <w:vAlign w:val="center"/>
          </w:tcPr>
          <w:p w14:paraId="321607DA"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1237FFB4" w14:textId="77777777" w:rsidR="00D47296" w:rsidRDefault="008C31C1">
            <w:r>
              <w:rPr>
                <w:i/>
                <w:color w:val="777777"/>
                <w:sz w:val="24"/>
              </w:rPr>
              <w:t>&lt;Insert&gt;</w:t>
            </w:r>
          </w:p>
        </w:tc>
        <w:tc>
          <w:tcPr>
            <w:tcW w:w="3168" w:type="dxa"/>
            <w:tcMar>
              <w:top w:w="70" w:type="dxa"/>
              <w:left w:w="70" w:type="dxa"/>
              <w:bottom w:w="70" w:type="dxa"/>
              <w:right w:w="70" w:type="dxa"/>
            </w:tcMar>
            <w:vAlign w:val="center"/>
          </w:tcPr>
          <w:p w14:paraId="09595723" w14:textId="77777777" w:rsidR="00D47296" w:rsidRDefault="008C31C1">
            <w:r>
              <w:rPr>
                <w:i/>
                <w:color w:val="777777"/>
                <w:sz w:val="24"/>
              </w:rPr>
              <w:t>&lt;Insert&gt;</w:t>
            </w:r>
          </w:p>
        </w:tc>
      </w:tr>
      <w:tr w:rsidR="00D47296" w14:paraId="2FA303FC" w14:textId="77777777">
        <w:trPr>
          <w:jc w:val="center"/>
        </w:trPr>
        <w:tc>
          <w:tcPr>
            <w:tcW w:w="1008" w:type="dxa"/>
            <w:shd w:val="clear" w:color="auto" w:fill="E8F2EE"/>
            <w:tcMar>
              <w:top w:w="70" w:type="dxa"/>
              <w:left w:w="70" w:type="dxa"/>
              <w:bottom w:w="70" w:type="dxa"/>
              <w:right w:w="70" w:type="dxa"/>
            </w:tcMar>
            <w:vAlign w:val="center"/>
          </w:tcPr>
          <w:p w14:paraId="523B4792" w14:textId="77777777" w:rsidR="00D47296" w:rsidRDefault="008C31C1">
            <w:r>
              <w:rPr>
                <w:sz w:val="17"/>
              </w:rPr>
              <w:t>5</w:t>
            </w:r>
          </w:p>
        </w:tc>
        <w:tc>
          <w:tcPr>
            <w:tcW w:w="4320" w:type="dxa"/>
            <w:shd w:val="clear" w:color="auto" w:fill="E8F2EE"/>
            <w:tcMar>
              <w:top w:w="70" w:type="dxa"/>
              <w:left w:w="70" w:type="dxa"/>
              <w:bottom w:w="70" w:type="dxa"/>
              <w:right w:w="70" w:type="dxa"/>
            </w:tcMar>
            <w:vAlign w:val="center"/>
          </w:tcPr>
          <w:p w14:paraId="47359E9B"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6F126FBB" w14:textId="77777777" w:rsidR="00D47296" w:rsidRDefault="008C31C1">
            <w:r>
              <w:rPr>
                <w:i/>
                <w:color w:val="777777"/>
                <w:sz w:val="24"/>
              </w:rPr>
              <w:t>&lt;Insert&gt;</w:t>
            </w:r>
          </w:p>
        </w:tc>
        <w:tc>
          <w:tcPr>
            <w:tcW w:w="3168" w:type="dxa"/>
            <w:shd w:val="clear" w:color="auto" w:fill="E8F2EE"/>
            <w:tcMar>
              <w:top w:w="70" w:type="dxa"/>
              <w:left w:w="70" w:type="dxa"/>
              <w:bottom w:w="70" w:type="dxa"/>
              <w:right w:w="70" w:type="dxa"/>
            </w:tcMar>
            <w:vAlign w:val="center"/>
          </w:tcPr>
          <w:p w14:paraId="31554774" w14:textId="77777777" w:rsidR="00D47296" w:rsidRDefault="008C31C1">
            <w:r>
              <w:rPr>
                <w:i/>
                <w:color w:val="777777"/>
                <w:sz w:val="24"/>
              </w:rPr>
              <w:t>&lt;Insert&gt;</w:t>
            </w:r>
          </w:p>
        </w:tc>
      </w:tr>
    </w:tbl>
    <w:p w14:paraId="1BDCA208" w14:textId="77777777" w:rsidR="00D47296" w:rsidRDefault="00D47296">
      <w:pPr>
        <w:spacing w:after="0"/>
      </w:pPr>
    </w:p>
    <w:p w14:paraId="7A40CB51" w14:textId="77777777" w:rsidR="00D47296" w:rsidRDefault="008C31C1">
      <w:pPr>
        <w:pStyle w:val="Heading2"/>
      </w:pPr>
      <w:r>
        <w:t>C. Patient Continuity / Follow-Up</w:t>
      </w:r>
    </w:p>
    <w:p w14:paraId="22C4EE65" w14:textId="77777777" w:rsidR="00D47296" w:rsidRDefault="008C31C1">
      <w:pPr>
        <w:spacing w:after="20"/>
      </w:pPr>
      <w:r>
        <w:rPr>
          <w:color w:val="B4B4B4"/>
          <w:sz w:val="16"/>
        </w:rPr>
        <w:t>__________________________________________________________________________________________________</w:t>
      </w:r>
    </w:p>
    <w:p w14:paraId="77FA57DA" w14:textId="77777777" w:rsidR="00D47296" w:rsidRDefault="008C31C1">
      <w:pPr>
        <w:spacing w:after="20"/>
      </w:pPr>
      <w:r>
        <w:rPr>
          <w:color w:val="B4B4B4"/>
          <w:sz w:val="16"/>
        </w:rPr>
        <w:t>__________________________________________________________________________________________________</w:t>
      </w:r>
    </w:p>
    <w:p w14:paraId="5A094B1E" w14:textId="77777777" w:rsidR="00D47296" w:rsidRDefault="008C31C1">
      <w:pPr>
        <w:spacing w:after="20"/>
      </w:pPr>
      <w:r>
        <w:rPr>
          <w:color w:val="B4B4B4"/>
          <w:sz w:val="16"/>
        </w:rPr>
        <w:t>__________________________________________________________________________________________________</w:t>
      </w:r>
    </w:p>
    <w:p w14:paraId="3193A0BB" w14:textId="77777777" w:rsidR="00D47296" w:rsidRDefault="008C31C1">
      <w:pPr>
        <w:spacing w:after="20"/>
      </w:pPr>
      <w:r>
        <w:rPr>
          <w:color w:val="B4B4B4"/>
          <w:sz w:val="16"/>
        </w:rPr>
        <w:t>__________________________________________________________________________________________________</w:t>
      </w:r>
    </w:p>
    <w:p w14:paraId="0789EFD1" w14:textId="77777777" w:rsidR="00D47296" w:rsidRDefault="008C31C1">
      <w:pPr>
        <w:pStyle w:val="Heading2"/>
      </w:pPr>
      <w:r>
        <w:t>D. Staff Support / Debrief</w:t>
      </w:r>
    </w:p>
    <w:p w14:paraId="51C1DC26" w14:textId="77777777" w:rsidR="00D47296" w:rsidRDefault="008C31C1">
      <w:pPr>
        <w:spacing w:after="20"/>
      </w:pPr>
      <w:r>
        <w:rPr>
          <w:color w:val="B4B4B4"/>
          <w:sz w:val="16"/>
        </w:rPr>
        <w:t>__________________________________________________________________________________________________</w:t>
      </w:r>
    </w:p>
    <w:p w14:paraId="152772A0" w14:textId="77777777" w:rsidR="00D47296" w:rsidRDefault="008C31C1">
      <w:pPr>
        <w:spacing w:after="20"/>
      </w:pPr>
      <w:r>
        <w:rPr>
          <w:color w:val="B4B4B4"/>
          <w:sz w:val="16"/>
        </w:rPr>
        <w:t>__________________________________________________________________________________________________</w:t>
      </w:r>
    </w:p>
    <w:p w14:paraId="25652F48" w14:textId="77777777" w:rsidR="00D47296" w:rsidRDefault="008C31C1">
      <w:pPr>
        <w:spacing w:after="20"/>
      </w:pPr>
      <w:r>
        <w:rPr>
          <w:color w:val="B4B4B4"/>
          <w:sz w:val="16"/>
        </w:rPr>
        <w:t>__________________________________________________________________________________________________</w:t>
      </w:r>
    </w:p>
    <w:p w14:paraId="35D397C0" w14:textId="77777777" w:rsidR="00D47296" w:rsidRDefault="008C31C1">
      <w:pPr>
        <w:pStyle w:val="Heading2"/>
      </w:pPr>
      <w:r>
        <w:t>E. After-Action Review / Improvement Plan</w:t>
      </w:r>
    </w:p>
    <w:tbl>
      <w:tblPr>
        <w:tblW w:w="0" w:type="auto"/>
        <w:jc w:val="center"/>
        <w:tblLayout w:type="fixed"/>
        <w:tblLook w:val="04A0" w:firstRow="1" w:lastRow="0" w:firstColumn="1" w:lastColumn="0" w:noHBand="0" w:noVBand="1"/>
      </w:tblPr>
      <w:tblGrid>
        <w:gridCol w:w="2592"/>
        <w:gridCol w:w="3312"/>
        <w:gridCol w:w="1872"/>
        <w:gridCol w:w="2160"/>
        <w:gridCol w:w="1584"/>
      </w:tblGrid>
      <w:tr w:rsidR="00D47296" w14:paraId="3BDD16BD" w14:textId="77777777">
        <w:trPr>
          <w:tblHeader/>
          <w:jc w:val="center"/>
        </w:trPr>
        <w:tc>
          <w:tcPr>
            <w:tcW w:w="2592" w:type="dxa"/>
            <w:shd w:val="clear" w:color="auto" w:fill="015A41"/>
            <w:tcMar>
              <w:top w:w="70" w:type="dxa"/>
              <w:left w:w="70" w:type="dxa"/>
              <w:bottom w:w="70" w:type="dxa"/>
              <w:right w:w="70" w:type="dxa"/>
            </w:tcMar>
            <w:vAlign w:val="center"/>
          </w:tcPr>
          <w:p w14:paraId="11717C3E" w14:textId="77777777" w:rsidR="00D47296" w:rsidRDefault="008C31C1">
            <w:r>
              <w:rPr>
                <w:b/>
                <w:color w:val="FFFFFF"/>
                <w:sz w:val="16"/>
              </w:rPr>
              <w:t>Finding / Strength</w:t>
            </w:r>
          </w:p>
        </w:tc>
        <w:tc>
          <w:tcPr>
            <w:tcW w:w="3312" w:type="dxa"/>
            <w:shd w:val="clear" w:color="auto" w:fill="015A41"/>
            <w:tcMar>
              <w:top w:w="70" w:type="dxa"/>
              <w:left w:w="70" w:type="dxa"/>
              <w:bottom w:w="70" w:type="dxa"/>
              <w:right w:w="70" w:type="dxa"/>
            </w:tcMar>
            <w:vAlign w:val="center"/>
          </w:tcPr>
          <w:p w14:paraId="49B801AF" w14:textId="77777777" w:rsidR="00D47296" w:rsidRDefault="008C31C1">
            <w:r>
              <w:rPr>
                <w:b/>
                <w:color w:val="FFFFFF"/>
                <w:sz w:val="16"/>
              </w:rPr>
              <w:t>Corrective Action / Sustainment</w:t>
            </w:r>
          </w:p>
        </w:tc>
        <w:tc>
          <w:tcPr>
            <w:tcW w:w="1872" w:type="dxa"/>
            <w:shd w:val="clear" w:color="auto" w:fill="015A41"/>
            <w:tcMar>
              <w:top w:w="70" w:type="dxa"/>
              <w:left w:w="70" w:type="dxa"/>
              <w:bottom w:w="70" w:type="dxa"/>
              <w:right w:w="70" w:type="dxa"/>
            </w:tcMar>
            <w:vAlign w:val="center"/>
          </w:tcPr>
          <w:p w14:paraId="33256207" w14:textId="77777777" w:rsidR="00D47296" w:rsidRDefault="008C31C1">
            <w:r>
              <w:rPr>
                <w:b/>
                <w:color w:val="FFFFFF"/>
                <w:sz w:val="16"/>
              </w:rPr>
              <w:t>Owner / Due</w:t>
            </w:r>
          </w:p>
        </w:tc>
        <w:tc>
          <w:tcPr>
            <w:tcW w:w="2160" w:type="dxa"/>
            <w:shd w:val="clear" w:color="auto" w:fill="015A41"/>
            <w:tcMar>
              <w:top w:w="70" w:type="dxa"/>
              <w:left w:w="70" w:type="dxa"/>
              <w:bottom w:w="70" w:type="dxa"/>
              <w:right w:w="70" w:type="dxa"/>
            </w:tcMar>
            <w:vAlign w:val="center"/>
          </w:tcPr>
          <w:p w14:paraId="3C2E7D03" w14:textId="77777777" w:rsidR="00D47296" w:rsidRDefault="008C31C1">
            <w:r>
              <w:rPr>
                <w:b/>
                <w:color w:val="FFFFFF"/>
                <w:sz w:val="16"/>
              </w:rPr>
              <w:t>Completion Evidence</w:t>
            </w:r>
          </w:p>
        </w:tc>
        <w:tc>
          <w:tcPr>
            <w:tcW w:w="1584" w:type="dxa"/>
            <w:shd w:val="clear" w:color="auto" w:fill="015A41"/>
            <w:tcMar>
              <w:top w:w="70" w:type="dxa"/>
              <w:left w:w="70" w:type="dxa"/>
              <w:bottom w:w="70" w:type="dxa"/>
              <w:right w:w="70" w:type="dxa"/>
            </w:tcMar>
            <w:vAlign w:val="center"/>
          </w:tcPr>
          <w:p w14:paraId="5E7EA717" w14:textId="77777777" w:rsidR="00D47296" w:rsidRDefault="008C31C1">
            <w:r>
              <w:rPr>
                <w:b/>
                <w:color w:val="FFFFFF"/>
                <w:sz w:val="16"/>
              </w:rPr>
              <w:t>Retest / Validation</w:t>
            </w:r>
          </w:p>
        </w:tc>
      </w:tr>
      <w:tr w:rsidR="00D47296" w14:paraId="3B59CD3B" w14:textId="77777777">
        <w:trPr>
          <w:jc w:val="center"/>
        </w:trPr>
        <w:tc>
          <w:tcPr>
            <w:tcW w:w="2592" w:type="dxa"/>
            <w:shd w:val="clear" w:color="auto" w:fill="E8F2EE"/>
            <w:tcMar>
              <w:top w:w="70" w:type="dxa"/>
              <w:left w:w="70" w:type="dxa"/>
              <w:bottom w:w="70" w:type="dxa"/>
              <w:right w:w="70" w:type="dxa"/>
            </w:tcMar>
            <w:vAlign w:val="center"/>
          </w:tcPr>
          <w:p w14:paraId="2BBE3464" w14:textId="77777777" w:rsidR="00D47296" w:rsidRDefault="00D47296"/>
        </w:tc>
        <w:tc>
          <w:tcPr>
            <w:tcW w:w="3312" w:type="dxa"/>
            <w:shd w:val="clear" w:color="auto" w:fill="E8F2EE"/>
            <w:tcMar>
              <w:top w:w="70" w:type="dxa"/>
              <w:left w:w="70" w:type="dxa"/>
              <w:bottom w:w="70" w:type="dxa"/>
              <w:right w:w="70" w:type="dxa"/>
            </w:tcMar>
            <w:vAlign w:val="center"/>
          </w:tcPr>
          <w:p w14:paraId="3AECB11A" w14:textId="77777777" w:rsidR="00D47296" w:rsidRDefault="00D47296"/>
        </w:tc>
        <w:tc>
          <w:tcPr>
            <w:tcW w:w="1872" w:type="dxa"/>
            <w:shd w:val="clear" w:color="auto" w:fill="E8F2EE"/>
            <w:tcMar>
              <w:top w:w="70" w:type="dxa"/>
              <w:left w:w="70" w:type="dxa"/>
              <w:bottom w:w="70" w:type="dxa"/>
              <w:right w:w="70" w:type="dxa"/>
            </w:tcMar>
            <w:vAlign w:val="center"/>
          </w:tcPr>
          <w:p w14:paraId="255304F1" w14:textId="77777777" w:rsidR="00D47296" w:rsidRDefault="00D47296"/>
        </w:tc>
        <w:tc>
          <w:tcPr>
            <w:tcW w:w="2160" w:type="dxa"/>
            <w:shd w:val="clear" w:color="auto" w:fill="E8F2EE"/>
            <w:tcMar>
              <w:top w:w="70" w:type="dxa"/>
              <w:left w:w="70" w:type="dxa"/>
              <w:bottom w:w="70" w:type="dxa"/>
              <w:right w:w="70" w:type="dxa"/>
            </w:tcMar>
            <w:vAlign w:val="center"/>
          </w:tcPr>
          <w:p w14:paraId="7CF16ADD" w14:textId="77777777" w:rsidR="00D47296" w:rsidRDefault="00D47296"/>
        </w:tc>
        <w:tc>
          <w:tcPr>
            <w:tcW w:w="1584" w:type="dxa"/>
            <w:shd w:val="clear" w:color="auto" w:fill="E8F2EE"/>
            <w:tcMar>
              <w:top w:w="70" w:type="dxa"/>
              <w:left w:w="70" w:type="dxa"/>
              <w:bottom w:w="70" w:type="dxa"/>
              <w:right w:w="70" w:type="dxa"/>
            </w:tcMar>
            <w:vAlign w:val="center"/>
          </w:tcPr>
          <w:p w14:paraId="549D8DE8" w14:textId="77777777" w:rsidR="00D47296" w:rsidRDefault="00D47296"/>
        </w:tc>
      </w:tr>
      <w:tr w:rsidR="00D47296" w14:paraId="7D88EE62" w14:textId="77777777">
        <w:trPr>
          <w:jc w:val="center"/>
        </w:trPr>
        <w:tc>
          <w:tcPr>
            <w:tcW w:w="2592" w:type="dxa"/>
            <w:tcMar>
              <w:top w:w="70" w:type="dxa"/>
              <w:left w:w="70" w:type="dxa"/>
              <w:bottom w:w="70" w:type="dxa"/>
              <w:right w:w="70" w:type="dxa"/>
            </w:tcMar>
            <w:vAlign w:val="center"/>
          </w:tcPr>
          <w:p w14:paraId="7F232300" w14:textId="77777777" w:rsidR="00D47296" w:rsidRDefault="00D47296"/>
        </w:tc>
        <w:tc>
          <w:tcPr>
            <w:tcW w:w="3312" w:type="dxa"/>
            <w:tcMar>
              <w:top w:w="70" w:type="dxa"/>
              <w:left w:w="70" w:type="dxa"/>
              <w:bottom w:w="70" w:type="dxa"/>
              <w:right w:w="70" w:type="dxa"/>
            </w:tcMar>
            <w:vAlign w:val="center"/>
          </w:tcPr>
          <w:p w14:paraId="0202BDA6" w14:textId="77777777" w:rsidR="00D47296" w:rsidRDefault="00D47296"/>
        </w:tc>
        <w:tc>
          <w:tcPr>
            <w:tcW w:w="1872" w:type="dxa"/>
            <w:tcMar>
              <w:top w:w="70" w:type="dxa"/>
              <w:left w:w="70" w:type="dxa"/>
              <w:bottom w:w="70" w:type="dxa"/>
              <w:right w:w="70" w:type="dxa"/>
            </w:tcMar>
            <w:vAlign w:val="center"/>
          </w:tcPr>
          <w:p w14:paraId="3E324C84" w14:textId="77777777" w:rsidR="00D47296" w:rsidRDefault="00D47296"/>
        </w:tc>
        <w:tc>
          <w:tcPr>
            <w:tcW w:w="2160" w:type="dxa"/>
            <w:tcMar>
              <w:top w:w="70" w:type="dxa"/>
              <w:left w:w="70" w:type="dxa"/>
              <w:bottom w:w="70" w:type="dxa"/>
              <w:right w:w="70" w:type="dxa"/>
            </w:tcMar>
            <w:vAlign w:val="center"/>
          </w:tcPr>
          <w:p w14:paraId="2AAE3B2C" w14:textId="77777777" w:rsidR="00D47296" w:rsidRDefault="00D47296"/>
        </w:tc>
        <w:tc>
          <w:tcPr>
            <w:tcW w:w="1584" w:type="dxa"/>
            <w:tcMar>
              <w:top w:w="70" w:type="dxa"/>
              <w:left w:w="70" w:type="dxa"/>
              <w:bottom w:w="70" w:type="dxa"/>
              <w:right w:w="70" w:type="dxa"/>
            </w:tcMar>
            <w:vAlign w:val="center"/>
          </w:tcPr>
          <w:p w14:paraId="7920E1F2" w14:textId="77777777" w:rsidR="00D47296" w:rsidRDefault="00D47296"/>
        </w:tc>
      </w:tr>
      <w:tr w:rsidR="00D47296" w14:paraId="5875F7D6" w14:textId="77777777">
        <w:trPr>
          <w:jc w:val="center"/>
        </w:trPr>
        <w:tc>
          <w:tcPr>
            <w:tcW w:w="2592" w:type="dxa"/>
            <w:shd w:val="clear" w:color="auto" w:fill="E8F2EE"/>
            <w:tcMar>
              <w:top w:w="70" w:type="dxa"/>
              <w:left w:w="70" w:type="dxa"/>
              <w:bottom w:w="70" w:type="dxa"/>
              <w:right w:w="70" w:type="dxa"/>
            </w:tcMar>
            <w:vAlign w:val="center"/>
          </w:tcPr>
          <w:p w14:paraId="092E0DFB" w14:textId="77777777" w:rsidR="00D47296" w:rsidRDefault="00D47296"/>
        </w:tc>
        <w:tc>
          <w:tcPr>
            <w:tcW w:w="3312" w:type="dxa"/>
            <w:shd w:val="clear" w:color="auto" w:fill="E8F2EE"/>
            <w:tcMar>
              <w:top w:w="70" w:type="dxa"/>
              <w:left w:w="70" w:type="dxa"/>
              <w:bottom w:w="70" w:type="dxa"/>
              <w:right w:w="70" w:type="dxa"/>
            </w:tcMar>
            <w:vAlign w:val="center"/>
          </w:tcPr>
          <w:p w14:paraId="46DB0AB5" w14:textId="77777777" w:rsidR="00D47296" w:rsidRDefault="00D47296"/>
        </w:tc>
        <w:tc>
          <w:tcPr>
            <w:tcW w:w="1872" w:type="dxa"/>
            <w:shd w:val="clear" w:color="auto" w:fill="E8F2EE"/>
            <w:tcMar>
              <w:top w:w="70" w:type="dxa"/>
              <w:left w:w="70" w:type="dxa"/>
              <w:bottom w:w="70" w:type="dxa"/>
              <w:right w:w="70" w:type="dxa"/>
            </w:tcMar>
            <w:vAlign w:val="center"/>
          </w:tcPr>
          <w:p w14:paraId="5C36A841" w14:textId="77777777" w:rsidR="00D47296" w:rsidRDefault="00D47296"/>
        </w:tc>
        <w:tc>
          <w:tcPr>
            <w:tcW w:w="2160" w:type="dxa"/>
            <w:shd w:val="clear" w:color="auto" w:fill="E8F2EE"/>
            <w:tcMar>
              <w:top w:w="70" w:type="dxa"/>
              <w:left w:w="70" w:type="dxa"/>
              <w:bottom w:w="70" w:type="dxa"/>
              <w:right w:w="70" w:type="dxa"/>
            </w:tcMar>
            <w:vAlign w:val="center"/>
          </w:tcPr>
          <w:p w14:paraId="37E1B209" w14:textId="77777777" w:rsidR="00D47296" w:rsidRDefault="00D47296"/>
        </w:tc>
        <w:tc>
          <w:tcPr>
            <w:tcW w:w="1584" w:type="dxa"/>
            <w:shd w:val="clear" w:color="auto" w:fill="E8F2EE"/>
            <w:tcMar>
              <w:top w:w="70" w:type="dxa"/>
              <w:left w:w="70" w:type="dxa"/>
              <w:bottom w:w="70" w:type="dxa"/>
              <w:right w:w="70" w:type="dxa"/>
            </w:tcMar>
            <w:vAlign w:val="center"/>
          </w:tcPr>
          <w:p w14:paraId="6877D6BD" w14:textId="77777777" w:rsidR="00D47296" w:rsidRDefault="00D47296"/>
        </w:tc>
      </w:tr>
      <w:tr w:rsidR="00D47296" w14:paraId="63595E2B" w14:textId="77777777">
        <w:trPr>
          <w:jc w:val="center"/>
        </w:trPr>
        <w:tc>
          <w:tcPr>
            <w:tcW w:w="2592" w:type="dxa"/>
            <w:tcMar>
              <w:top w:w="70" w:type="dxa"/>
              <w:left w:w="70" w:type="dxa"/>
              <w:bottom w:w="70" w:type="dxa"/>
              <w:right w:w="70" w:type="dxa"/>
            </w:tcMar>
            <w:vAlign w:val="center"/>
          </w:tcPr>
          <w:p w14:paraId="40B1AB27" w14:textId="77777777" w:rsidR="00D47296" w:rsidRDefault="00D47296"/>
        </w:tc>
        <w:tc>
          <w:tcPr>
            <w:tcW w:w="3312" w:type="dxa"/>
            <w:tcMar>
              <w:top w:w="70" w:type="dxa"/>
              <w:left w:w="70" w:type="dxa"/>
              <w:bottom w:w="70" w:type="dxa"/>
              <w:right w:w="70" w:type="dxa"/>
            </w:tcMar>
            <w:vAlign w:val="center"/>
          </w:tcPr>
          <w:p w14:paraId="7AFFCBE9" w14:textId="77777777" w:rsidR="00D47296" w:rsidRDefault="00D47296"/>
        </w:tc>
        <w:tc>
          <w:tcPr>
            <w:tcW w:w="1872" w:type="dxa"/>
            <w:tcMar>
              <w:top w:w="70" w:type="dxa"/>
              <w:left w:w="70" w:type="dxa"/>
              <w:bottom w:w="70" w:type="dxa"/>
              <w:right w:w="70" w:type="dxa"/>
            </w:tcMar>
            <w:vAlign w:val="center"/>
          </w:tcPr>
          <w:p w14:paraId="423E9431" w14:textId="77777777" w:rsidR="00D47296" w:rsidRDefault="00D47296"/>
        </w:tc>
        <w:tc>
          <w:tcPr>
            <w:tcW w:w="2160" w:type="dxa"/>
            <w:tcMar>
              <w:top w:w="70" w:type="dxa"/>
              <w:left w:w="70" w:type="dxa"/>
              <w:bottom w:w="70" w:type="dxa"/>
              <w:right w:w="70" w:type="dxa"/>
            </w:tcMar>
            <w:vAlign w:val="center"/>
          </w:tcPr>
          <w:p w14:paraId="75C80107" w14:textId="77777777" w:rsidR="00D47296" w:rsidRDefault="00D47296"/>
        </w:tc>
        <w:tc>
          <w:tcPr>
            <w:tcW w:w="1584" w:type="dxa"/>
            <w:tcMar>
              <w:top w:w="70" w:type="dxa"/>
              <w:left w:w="70" w:type="dxa"/>
              <w:bottom w:w="70" w:type="dxa"/>
              <w:right w:w="70" w:type="dxa"/>
            </w:tcMar>
            <w:vAlign w:val="center"/>
          </w:tcPr>
          <w:p w14:paraId="14DC5298" w14:textId="77777777" w:rsidR="00D47296" w:rsidRDefault="00D47296"/>
        </w:tc>
      </w:tr>
      <w:tr w:rsidR="00D47296" w14:paraId="58F74C3C" w14:textId="77777777">
        <w:trPr>
          <w:jc w:val="center"/>
        </w:trPr>
        <w:tc>
          <w:tcPr>
            <w:tcW w:w="2592" w:type="dxa"/>
            <w:shd w:val="clear" w:color="auto" w:fill="E8F2EE"/>
            <w:tcMar>
              <w:top w:w="70" w:type="dxa"/>
              <w:left w:w="70" w:type="dxa"/>
              <w:bottom w:w="70" w:type="dxa"/>
              <w:right w:w="70" w:type="dxa"/>
            </w:tcMar>
            <w:vAlign w:val="center"/>
          </w:tcPr>
          <w:p w14:paraId="767E865D" w14:textId="77777777" w:rsidR="00D47296" w:rsidRDefault="00D47296"/>
        </w:tc>
        <w:tc>
          <w:tcPr>
            <w:tcW w:w="3312" w:type="dxa"/>
            <w:shd w:val="clear" w:color="auto" w:fill="E8F2EE"/>
            <w:tcMar>
              <w:top w:w="70" w:type="dxa"/>
              <w:left w:w="70" w:type="dxa"/>
              <w:bottom w:w="70" w:type="dxa"/>
              <w:right w:w="70" w:type="dxa"/>
            </w:tcMar>
            <w:vAlign w:val="center"/>
          </w:tcPr>
          <w:p w14:paraId="6EF58974" w14:textId="77777777" w:rsidR="00D47296" w:rsidRDefault="00D47296"/>
        </w:tc>
        <w:tc>
          <w:tcPr>
            <w:tcW w:w="1872" w:type="dxa"/>
            <w:shd w:val="clear" w:color="auto" w:fill="E8F2EE"/>
            <w:tcMar>
              <w:top w:w="70" w:type="dxa"/>
              <w:left w:w="70" w:type="dxa"/>
              <w:bottom w:w="70" w:type="dxa"/>
              <w:right w:w="70" w:type="dxa"/>
            </w:tcMar>
            <w:vAlign w:val="center"/>
          </w:tcPr>
          <w:p w14:paraId="5CA72817" w14:textId="77777777" w:rsidR="00D47296" w:rsidRDefault="00D47296"/>
        </w:tc>
        <w:tc>
          <w:tcPr>
            <w:tcW w:w="2160" w:type="dxa"/>
            <w:shd w:val="clear" w:color="auto" w:fill="E8F2EE"/>
            <w:tcMar>
              <w:top w:w="70" w:type="dxa"/>
              <w:left w:w="70" w:type="dxa"/>
              <w:bottom w:w="70" w:type="dxa"/>
              <w:right w:w="70" w:type="dxa"/>
            </w:tcMar>
            <w:vAlign w:val="center"/>
          </w:tcPr>
          <w:p w14:paraId="13B9EB6D" w14:textId="77777777" w:rsidR="00D47296" w:rsidRDefault="00D47296"/>
        </w:tc>
        <w:tc>
          <w:tcPr>
            <w:tcW w:w="1584" w:type="dxa"/>
            <w:shd w:val="clear" w:color="auto" w:fill="E8F2EE"/>
            <w:tcMar>
              <w:top w:w="70" w:type="dxa"/>
              <w:left w:w="70" w:type="dxa"/>
              <w:bottom w:w="70" w:type="dxa"/>
              <w:right w:w="70" w:type="dxa"/>
            </w:tcMar>
            <w:vAlign w:val="center"/>
          </w:tcPr>
          <w:p w14:paraId="5E896BBE" w14:textId="77777777" w:rsidR="00D47296" w:rsidRDefault="00D47296"/>
        </w:tc>
      </w:tr>
      <w:tr w:rsidR="00D47296" w14:paraId="74D3AD32" w14:textId="77777777">
        <w:trPr>
          <w:jc w:val="center"/>
        </w:trPr>
        <w:tc>
          <w:tcPr>
            <w:tcW w:w="2592" w:type="dxa"/>
            <w:tcMar>
              <w:top w:w="70" w:type="dxa"/>
              <w:left w:w="70" w:type="dxa"/>
              <w:bottom w:w="70" w:type="dxa"/>
              <w:right w:w="70" w:type="dxa"/>
            </w:tcMar>
            <w:vAlign w:val="center"/>
          </w:tcPr>
          <w:p w14:paraId="22348F70" w14:textId="77777777" w:rsidR="00D47296" w:rsidRDefault="00D47296"/>
        </w:tc>
        <w:tc>
          <w:tcPr>
            <w:tcW w:w="3312" w:type="dxa"/>
            <w:tcMar>
              <w:top w:w="70" w:type="dxa"/>
              <w:left w:w="70" w:type="dxa"/>
              <w:bottom w:w="70" w:type="dxa"/>
              <w:right w:w="70" w:type="dxa"/>
            </w:tcMar>
            <w:vAlign w:val="center"/>
          </w:tcPr>
          <w:p w14:paraId="556F75E8" w14:textId="77777777" w:rsidR="00D47296" w:rsidRDefault="00D47296"/>
        </w:tc>
        <w:tc>
          <w:tcPr>
            <w:tcW w:w="1872" w:type="dxa"/>
            <w:tcMar>
              <w:top w:w="70" w:type="dxa"/>
              <w:left w:w="70" w:type="dxa"/>
              <w:bottom w:w="70" w:type="dxa"/>
              <w:right w:w="70" w:type="dxa"/>
            </w:tcMar>
            <w:vAlign w:val="center"/>
          </w:tcPr>
          <w:p w14:paraId="300B244B" w14:textId="77777777" w:rsidR="00D47296" w:rsidRDefault="00D47296"/>
        </w:tc>
        <w:tc>
          <w:tcPr>
            <w:tcW w:w="2160" w:type="dxa"/>
            <w:tcMar>
              <w:top w:w="70" w:type="dxa"/>
              <w:left w:w="70" w:type="dxa"/>
              <w:bottom w:w="70" w:type="dxa"/>
              <w:right w:w="70" w:type="dxa"/>
            </w:tcMar>
            <w:vAlign w:val="center"/>
          </w:tcPr>
          <w:p w14:paraId="367C1103" w14:textId="77777777" w:rsidR="00D47296" w:rsidRDefault="00D47296"/>
        </w:tc>
        <w:tc>
          <w:tcPr>
            <w:tcW w:w="1584" w:type="dxa"/>
            <w:tcMar>
              <w:top w:w="70" w:type="dxa"/>
              <w:left w:w="70" w:type="dxa"/>
              <w:bottom w:w="70" w:type="dxa"/>
              <w:right w:w="70" w:type="dxa"/>
            </w:tcMar>
            <w:vAlign w:val="center"/>
          </w:tcPr>
          <w:p w14:paraId="50A569AB" w14:textId="77777777" w:rsidR="00D47296" w:rsidRDefault="00D47296"/>
        </w:tc>
      </w:tr>
    </w:tbl>
    <w:p w14:paraId="77A83C77" w14:textId="77777777" w:rsidR="00D47296" w:rsidRDefault="00D47296">
      <w:pPr>
        <w:spacing w:after="0"/>
      </w:pPr>
    </w:p>
    <w:p w14:paraId="0C249140" w14:textId="77777777" w:rsidR="00D47296" w:rsidRDefault="008C31C1">
      <w:r>
        <w:br w:type="page"/>
      </w:r>
    </w:p>
    <w:p w14:paraId="71E50D01" w14:textId="77777777" w:rsidR="00D47296" w:rsidRDefault="008C31C1">
      <w:pPr>
        <w:pStyle w:val="Heading1"/>
      </w:pPr>
      <w:r>
        <w:lastRenderedPageBreak/>
        <w:t>14. GLOSSARY</w:t>
      </w:r>
    </w:p>
    <w:tbl>
      <w:tblPr>
        <w:tblW w:w="0" w:type="auto"/>
        <w:jc w:val="center"/>
        <w:tblLayout w:type="fixed"/>
        <w:tblLook w:val="04A0" w:firstRow="1" w:lastRow="0" w:firstColumn="1" w:lastColumn="0" w:noHBand="0" w:noVBand="1"/>
      </w:tblPr>
      <w:tblGrid>
        <w:gridCol w:w="3456"/>
        <w:gridCol w:w="7056"/>
      </w:tblGrid>
      <w:tr w:rsidR="00D47296" w14:paraId="002C1BA4" w14:textId="77777777">
        <w:trPr>
          <w:tblHeader/>
          <w:jc w:val="center"/>
        </w:trPr>
        <w:tc>
          <w:tcPr>
            <w:tcW w:w="3456" w:type="dxa"/>
            <w:shd w:val="clear" w:color="auto" w:fill="015A41"/>
            <w:tcMar>
              <w:top w:w="70" w:type="dxa"/>
              <w:left w:w="70" w:type="dxa"/>
              <w:bottom w:w="70" w:type="dxa"/>
              <w:right w:w="70" w:type="dxa"/>
            </w:tcMar>
            <w:vAlign w:val="center"/>
          </w:tcPr>
          <w:p w14:paraId="7B30C783" w14:textId="77777777" w:rsidR="00D47296" w:rsidRDefault="008C31C1">
            <w:r>
              <w:rPr>
                <w:b/>
                <w:color w:val="FFFFFF"/>
                <w:sz w:val="18"/>
              </w:rPr>
              <w:t>Term</w:t>
            </w:r>
          </w:p>
        </w:tc>
        <w:tc>
          <w:tcPr>
            <w:tcW w:w="7056" w:type="dxa"/>
            <w:shd w:val="clear" w:color="auto" w:fill="015A41"/>
            <w:tcMar>
              <w:top w:w="70" w:type="dxa"/>
              <w:left w:w="70" w:type="dxa"/>
              <w:bottom w:w="70" w:type="dxa"/>
              <w:right w:w="70" w:type="dxa"/>
            </w:tcMar>
            <w:vAlign w:val="center"/>
          </w:tcPr>
          <w:p w14:paraId="1962D904" w14:textId="77777777" w:rsidR="00D47296" w:rsidRDefault="008C31C1">
            <w:r>
              <w:rPr>
                <w:b/>
                <w:color w:val="FFFFFF"/>
                <w:sz w:val="18"/>
              </w:rPr>
              <w:t>Definition</w:t>
            </w:r>
          </w:p>
        </w:tc>
      </w:tr>
      <w:tr w:rsidR="00D47296" w14:paraId="5BAB929A" w14:textId="77777777">
        <w:trPr>
          <w:jc w:val="center"/>
        </w:trPr>
        <w:tc>
          <w:tcPr>
            <w:tcW w:w="3456" w:type="dxa"/>
            <w:shd w:val="clear" w:color="auto" w:fill="E8F2EE"/>
            <w:tcMar>
              <w:top w:w="70" w:type="dxa"/>
              <w:left w:w="70" w:type="dxa"/>
              <w:bottom w:w="70" w:type="dxa"/>
              <w:right w:w="70" w:type="dxa"/>
            </w:tcMar>
            <w:vAlign w:val="center"/>
          </w:tcPr>
          <w:p w14:paraId="372D03FF" w14:textId="77777777" w:rsidR="00D47296" w:rsidRDefault="008C31C1">
            <w:r>
              <w:rPr>
                <w:sz w:val="18"/>
              </w:rPr>
              <w:t>All-Hazards Approach</w:t>
            </w:r>
          </w:p>
        </w:tc>
        <w:tc>
          <w:tcPr>
            <w:tcW w:w="7056" w:type="dxa"/>
            <w:shd w:val="clear" w:color="auto" w:fill="E8F2EE"/>
            <w:tcMar>
              <w:top w:w="70" w:type="dxa"/>
              <w:left w:w="70" w:type="dxa"/>
              <w:bottom w:w="70" w:type="dxa"/>
              <w:right w:w="70" w:type="dxa"/>
            </w:tcMar>
            <w:vAlign w:val="center"/>
          </w:tcPr>
          <w:p w14:paraId="54FF27ED" w14:textId="77777777" w:rsidR="00D47296" w:rsidRDefault="008C31C1">
            <w:r>
              <w:rPr>
                <w:sz w:val="18"/>
              </w:rPr>
              <w:t>Integrated preparedness focused on capabilities that address a wide spectrum of natural, human-caused, facility, technology and emerging infectious disease emergencies.</w:t>
            </w:r>
          </w:p>
        </w:tc>
      </w:tr>
      <w:tr w:rsidR="00D47296" w14:paraId="6AC6D271" w14:textId="77777777">
        <w:trPr>
          <w:jc w:val="center"/>
        </w:trPr>
        <w:tc>
          <w:tcPr>
            <w:tcW w:w="3456" w:type="dxa"/>
            <w:tcMar>
              <w:top w:w="70" w:type="dxa"/>
              <w:left w:w="70" w:type="dxa"/>
              <w:bottom w:w="70" w:type="dxa"/>
              <w:right w:w="70" w:type="dxa"/>
            </w:tcMar>
            <w:vAlign w:val="center"/>
          </w:tcPr>
          <w:p w14:paraId="6024002D" w14:textId="77777777" w:rsidR="00D47296" w:rsidRDefault="008C31C1">
            <w:r>
              <w:rPr>
                <w:sz w:val="18"/>
              </w:rPr>
              <w:t>After-Action Report / Improvement Plan (AAR/IP)</w:t>
            </w:r>
          </w:p>
        </w:tc>
        <w:tc>
          <w:tcPr>
            <w:tcW w:w="7056" w:type="dxa"/>
            <w:tcMar>
              <w:top w:w="70" w:type="dxa"/>
              <w:left w:w="70" w:type="dxa"/>
              <w:bottom w:w="70" w:type="dxa"/>
              <w:right w:w="70" w:type="dxa"/>
            </w:tcMar>
            <w:vAlign w:val="center"/>
          </w:tcPr>
          <w:p w14:paraId="60279D35" w14:textId="77777777" w:rsidR="00D47296" w:rsidRDefault="008C31C1">
            <w:r>
              <w:rPr>
                <w:sz w:val="18"/>
              </w:rPr>
              <w:t>Documentation of strengths, gaps, corrective actions, owners, due dates and improvement activities following an exercise or actual event.</w:t>
            </w:r>
          </w:p>
        </w:tc>
      </w:tr>
      <w:tr w:rsidR="00D47296" w14:paraId="68FB3B9B" w14:textId="77777777">
        <w:trPr>
          <w:jc w:val="center"/>
        </w:trPr>
        <w:tc>
          <w:tcPr>
            <w:tcW w:w="3456" w:type="dxa"/>
            <w:shd w:val="clear" w:color="auto" w:fill="E8F2EE"/>
            <w:tcMar>
              <w:top w:w="70" w:type="dxa"/>
              <w:left w:w="70" w:type="dxa"/>
              <w:bottom w:w="70" w:type="dxa"/>
              <w:right w:w="70" w:type="dxa"/>
            </w:tcMar>
            <w:vAlign w:val="center"/>
          </w:tcPr>
          <w:p w14:paraId="6884313C" w14:textId="77777777" w:rsidR="00D47296" w:rsidRDefault="008C31C1">
            <w:r>
              <w:rPr>
                <w:sz w:val="18"/>
              </w:rPr>
              <w:t>Authority Having Jurisdiction (AHJ)</w:t>
            </w:r>
          </w:p>
        </w:tc>
        <w:tc>
          <w:tcPr>
            <w:tcW w:w="7056" w:type="dxa"/>
            <w:shd w:val="clear" w:color="auto" w:fill="E8F2EE"/>
            <w:tcMar>
              <w:top w:w="70" w:type="dxa"/>
              <w:left w:w="70" w:type="dxa"/>
              <w:bottom w:w="70" w:type="dxa"/>
              <w:right w:w="70" w:type="dxa"/>
            </w:tcMar>
            <w:vAlign w:val="center"/>
          </w:tcPr>
          <w:p w14:paraId="3261B220" w14:textId="77777777" w:rsidR="00D47296" w:rsidRDefault="008C31C1">
            <w:r>
              <w:rPr>
                <w:sz w:val="18"/>
              </w:rPr>
              <w:t>Agency or official with statutory/regulatory authority for a requirement, inspection or emergency action.</w:t>
            </w:r>
          </w:p>
        </w:tc>
      </w:tr>
      <w:tr w:rsidR="00D47296" w14:paraId="6240BB31" w14:textId="77777777">
        <w:trPr>
          <w:jc w:val="center"/>
        </w:trPr>
        <w:tc>
          <w:tcPr>
            <w:tcW w:w="3456" w:type="dxa"/>
            <w:tcMar>
              <w:top w:w="70" w:type="dxa"/>
              <w:left w:w="70" w:type="dxa"/>
              <w:bottom w:w="70" w:type="dxa"/>
              <w:right w:w="70" w:type="dxa"/>
            </w:tcMar>
            <w:vAlign w:val="center"/>
          </w:tcPr>
          <w:p w14:paraId="092A9C2D" w14:textId="77777777" w:rsidR="00D47296" w:rsidRDefault="008C31C1">
            <w:r>
              <w:rPr>
                <w:sz w:val="18"/>
              </w:rPr>
              <w:t>Continuity of Operations (COOP)</w:t>
            </w:r>
          </w:p>
        </w:tc>
        <w:tc>
          <w:tcPr>
            <w:tcW w:w="7056" w:type="dxa"/>
            <w:tcMar>
              <w:top w:w="70" w:type="dxa"/>
              <w:left w:w="70" w:type="dxa"/>
              <w:bottom w:w="70" w:type="dxa"/>
              <w:right w:w="70" w:type="dxa"/>
            </w:tcMar>
            <w:vAlign w:val="center"/>
          </w:tcPr>
          <w:p w14:paraId="42B62F48" w14:textId="77777777" w:rsidR="00D47296" w:rsidRDefault="008C31C1">
            <w:r>
              <w:rPr>
                <w:sz w:val="18"/>
              </w:rPr>
              <w:t>Planning to sustain essential functions/services during disruption and restore normal operations.</w:t>
            </w:r>
          </w:p>
        </w:tc>
      </w:tr>
      <w:tr w:rsidR="00D47296" w14:paraId="514691EF" w14:textId="77777777">
        <w:trPr>
          <w:jc w:val="center"/>
        </w:trPr>
        <w:tc>
          <w:tcPr>
            <w:tcW w:w="3456" w:type="dxa"/>
            <w:shd w:val="clear" w:color="auto" w:fill="E8F2EE"/>
            <w:tcMar>
              <w:top w:w="70" w:type="dxa"/>
              <w:left w:w="70" w:type="dxa"/>
              <w:bottom w:w="70" w:type="dxa"/>
              <w:right w:w="70" w:type="dxa"/>
            </w:tcMar>
            <w:vAlign w:val="center"/>
          </w:tcPr>
          <w:p w14:paraId="685A1F10" w14:textId="77777777" w:rsidR="00D47296" w:rsidRDefault="008C31C1">
            <w:r>
              <w:rPr>
                <w:sz w:val="18"/>
              </w:rPr>
              <w:t>Delegation of Authority</w:t>
            </w:r>
          </w:p>
        </w:tc>
        <w:tc>
          <w:tcPr>
            <w:tcW w:w="7056" w:type="dxa"/>
            <w:shd w:val="clear" w:color="auto" w:fill="E8F2EE"/>
            <w:tcMar>
              <w:top w:w="70" w:type="dxa"/>
              <w:left w:w="70" w:type="dxa"/>
              <w:bottom w:w="70" w:type="dxa"/>
              <w:right w:w="70" w:type="dxa"/>
            </w:tcMar>
            <w:vAlign w:val="center"/>
          </w:tcPr>
          <w:p w14:paraId="6466A7F7" w14:textId="77777777" w:rsidR="00D47296" w:rsidRDefault="008C31C1">
            <w:r>
              <w:rPr>
                <w:sz w:val="18"/>
              </w:rPr>
              <w:t>Transfer of specified decision-making authority when normal leaders are unavailable or emergency roles require it.</w:t>
            </w:r>
          </w:p>
        </w:tc>
      </w:tr>
      <w:tr w:rsidR="00D47296" w14:paraId="0BD91FCD" w14:textId="77777777">
        <w:trPr>
          <w:jc w:val="center"/>
        </w:trPr>
        <w:tc>
          <w:tcPr>
            <w:tcW w:w="3456" w:type="dxa"/>
            <w:tcMar>
              <w:top w:w="70" w:type="dxa"/>
              <w:left w:w="70" w:type="dxa"/>
              <w:bottom w:w="70" w:type="dxa"/>
              <w:right w:w="70" w:type="dxa"/>
            </w:tcMar>
            <w:vAlign w:val="center"/>
          </w:tcPr>
          <w:p w14:paraId="1B596A8C" w14:textId="77777777" w:rsidR="00D47296" w:rsidRDefault="008C31C1">
            <w:r>
              <w:rPr>
                <w:sz w:val="18"/>
              </w:rPr>
              <w:t>Emergency Operations Plan (EOP)</w:t>
            </w:r>
          </w:p>
        </w:tc>
        <w:tc>
          <w:tcPr>
            <w:tcW w:w="7056" w:type="dxa"/>
            <w:tcMar>
              <w:top w:w="70" w:type="dxa"/>
              <w:left w:w="70" w:type="dxa"/>
              <w:bottom w:w="70" w:type="dxa"/>
              <w:right w:w="70" w:type="dxa"/>
            </w:tcMar>
            <w:vAlign w:val="center"/>
          </w:tcPr>
          <w:p w14:paraId="505945D7" w14:textId="77777777" w:rsidR="00D47296" w:rsidRDefault="008C31C1">
            <w:r>
              <w:rPr>
                <w:sz w:val="18"/>
              </w:rPr>
              <w:t>Facility plan describing preparedness, response, continuity and recovery.</w:t>
            </w:r>
          </w:p>
        </w:tc>
      </w:tr>
      <w:tr w:rsidR="00D47296" w14:paraId="4FA8D1CF" w14:textId="77777777">
        <w:trPr>
          <w:jc w:val="center"/>
        </w:trPr>
        <w:tc>
          <w:tcPr>
            <w:tcW w:w="3456" w:type="dxa"/>
            <w:shd w:val="clear" w:color="auto" w:fill="E8F2EE"/>
            <w:tcMar>
              <w:top w:w="70" w:type="dxa"/>
              <w:left w:w="70" w:type="dxa"/>
              <w:bottom w:w="70" w:type="dxa"/>
              <w:right w:w="70" w:type="dxa"/>
            </w:tcMar>
            <w:vAlign w:val="center"/>
          </w:tcPr>
          <w:p w14:paraId="23A5B505" w14:textId="77777777" w:rsidR="00D47296" w:rsidRDefault="008C31C1">
            <w:r>
              <w:rPr>
                <w:sz w:val="18"/>
              </w:rPr>
              <w:t>Facility-Based Functional Exercise</w:t>
            </w:r>
          </w:p>
        </w:tc>
        <w:tc>
          <w:tcPr>
            <w:tcW w:w="7056" w:type="dxa"/>
            <w:shd w:val="clear" w:color="auto" w:fill="E8F2EE"/>
            <w:tcMar>
              <w:top w:w="70" w:type="dxa"/>
              <w:left w:w="70" w:type="dxa"/>
              <w:bottom w:w="70" w:type="dxa"/>
              <w:right w:w="70" w:type="dxa"/>
            </w:tcMar>
            <w:vAlign w:val="center"/>
          </w:tcPr>
          <w:p w14:paraId="271E477A" w14:textId="77777777" w:rsidR="00D47296" w:rsidRDefault="008C31C1">
            <w:r>
              <w:rPr>
                <w:sz w:val="18"/>
              </w:rPr>
              <w:t>Operations-based exercise that tests facility functions/capabilities when a community-based full-scale exercise is not accessible.</w:t>
            </w:r>
          </w:p>
        </w:tc>
      </w:tr>
      <w:tr w:rsidR="00D47296" w14:paraId="0EBE8B65" w14:textId="77777777">
        <w:trPr>
          <w:jc w:val="center"/>
        </w:trPr>
        <w:tc>
          <w:tcPr>
            <w:tcW w:w="3456" w:type="dxa"/>
            <w:tcMar>
              <w:top w:w="70" w:type="dxa"/>
              <w:left w:w="70" w:type="dxa"/>
              <w:bottom w:w="70" w:type="dxa"/>
              <w:right w:w="70" w:type="dxa"/>
            </w:tcMar>
            <w:vAlign w:val="center"/>
          </w:tcPr>
          <w:p w14:paraId="1A85DEC6" w14:textId="77777777" w:rsidR="00D47296" w:rsidRDefault="008C31C1">
            <w:r>
              <w:rPr>
                <w:sz w:val="18"/>
              </w:rPr>
              <w:t>Full-Scale Community-Based Exercise</w:t>
            </w:r>
          </w:p>
        </w:tc>
        <w:tc>
          <w:tcPr>
            <w:tcW w:w="7056" w:type="dxa"/>
            <w:tcMar>
              <w:top w:w="70" w:type="dxa"/>
              <w:left w:w="70" w:type="dxa"/>
              <w:bottom w:w="70" w:type="dxa"/>
              <w:right w:w="70" w:type="dxa"/>
            </w:tcMar>
            <w:vAlign w:val="center"/>
          </w:tcPr>
          <w:p w14:paraId="1CC00CFA" w14:textId="77777777" w:rsidR="00D47296" w:rsidRDefault="008C31C1">
            <w:r>
              <w:rPr>
                <w:sz w:val="18"/>
              </w:rPr>
              <w:t>Operations-based exercise involving community partners and functional/operational response elements.</w:t>
            </w:r>
          </w:p>
        </w:tc>
      </w:tr>
      <w:tr w:rsidR="00D47296" w14:paraId="19BA88E0" w14:textId="77777777">
        <w:trPr>
          <w:jc w:val="center"/>
        </w:trPr>
        <w:tc>
          <w:tcPr>
            <w:tcW w:w="3456" w:type="dxa"/>
            <w:shd w:val="clear" w:color="auto" w:fill="E8F2EE"/>
            <w:tcMar>
              <w:top w:w="70" w:type="dxa"/>
              <w:left w:w="70" w:type="dxa"/>
              <w:bottom w:w="70" w:type="dxa"/>
              <w:right w:w="70" w:type="dxa"/>
            </w:tcMar>
            <w:vAlign w:val="center"/>
          </w:tcPr>
          <w:p w14:paraId="3EF65A7D" w14:textId="77777777" w:rsidR="00D47296" w:rsidRDefault="008C31C1">
            <w:r>
              <w:rPr>
                <w:sz w:val="18"/>
              </w:rPr>
              <w:t>Hazard Vulnerability Analysis (HVA)</w:t>
            </w:r>
          </w:p>
        </w:tc>
        <w:tc>
          <w:tcPr>
            <w:tcW w:w="7056" w:type="dxa"/>
            <w:shd w:val="clear" w:color="auto" w:fill="E8F2EE"/>
            <w:tcMar>
              <w:top w:w="70" w:type="dxa"/>
              <w:left w:w="70" w:type="dxa"/>
              <w:bottom w:w="70" w:type="dxa"/>
              <w:right w:w="70" w:type="dxa"/>
            </w:tcMar>
            <w:vAlign w:val="center"/>
          </w:tcPr>
          <w:p w14:paraId="0BFA3B1D" w14:textId="77777777" w:rsidR="00D47296" w:rsidRDefault="008C31C1">
            <w:r>
              <w:rPr>
                <w:sz w:val="18"/>
              </w:rPr>
              <w:t>Structured assessment used to identify and prioritize hazards, vulnerabilities, impacts and preparedness needs.</w:t>
            </w:r>
          </w:p>
        </w:tc>
      </w:tr>
      <w:tr w:rsidR="00D47296" w14:paraId="708AF02B" w14:textId="77777777">
        <w:trPr>
          <w:jc w:val="center"/>
        </w:trPr>
        <w:tc>
          <w:tcPr>
            <w:tcW w:w="3456" w:type="dxa"/>
            <w:tcMar>
              <w:top w:w="70" w:type="dxa"/>
              <w:left w:w="70" w:type="dxa"/>
              <w:bottom w:w="70" w:type="dxa"/>
              <w:right w:w="70" w:type="dxa"/>
            </w:tcMar>
            <w:vAlign w:val="center"/>
          </w:tcPr>
          <w:p w14:paraId="2421BBD7" w14:textId="77777777" w:rsidR="00D47296" w:rsidRDefault="008C31C1">
            <w:r>
              <w:rPr>
                <w:sz w:val="18"/>
              </w:rPr>
              <w:t>Shelter-in-Place (SIP)</w:t>
            </w:r>
          </w:p>
        </w:tc>
        <w:tc>
          <w:tcPr>
            <w:tcW w:w="7056" w:type="dxa"/>
            <w:tcMar>
              <w:top w:w="70" w:type="dxa"/>
              <w:left w:w="70" w:type="dxa"/>
              <w:bottom w:w="70" w:type="dxa"/>
              <w:right w:w="70" w:type="dxa"/>
            </w:tcMar>
            <w:vAlign w:val="center"/>
          </w:tcPr>
          <w:p w14:paraId="3D2FDF01" w14:textId="77777777" w:rsidR="00D47296" w:rsidRDefault="008C31C1">
            <w:r>
              <w:rPr>
                <w:sz w:val="18"/>
              </w:rPr>
              <w:t>Remaining in a safe location within the facility rather than evacuating, with provisions for patient/staff needs and essential operations.</w:t>
            </w:r>
          </w:p>
        </w:tc>
      </w:tr>
      <w:tr w:rsidR="00D47296" w14:paraId="7189581C" w14:textId="77777777">
        <w:trPr>
          <w:jc w:val="center"/>
        </w:trPr>
        <w:tc>
          <w:tcPr>
            <w:tcW w:w="3456" w:type="dxa"/>
            <w:shd w:val="clear" w:color="auto" w:fill="E8F2EE"/>
            <w:tcMar>
              <w:top w:w="70" w:type="dxa"/>
              <w:left w:w="70" w:type="dxa"/>
              <w:bottom w:w="70" w:type="dxa"/>
              <w:right w:w="70" w:type="dxa"/>
            </w:tcMar>
            <w:vAlign w:val="center"/>
          </w:tcPr>
          <w:p w14:paraId="1D2C946A" w14:textId="77777777" w:rsidR="00D47296" w:rsidRDefault="008C31C1">
            <w:r>
              <w:rPr>
                <w:sz w:val="18"/>
              </w:rPr>
              <w:t>Succession</w:t>
            </w:r>
          </w:p>
        </w:tc>
        <w:tc>
          <w:tcPr>
            <w:tcW w:w="7056" w:type="dxa"/>
            <w:shd w:val="clear" w:color="auto" w:fill="E8F2EE"/>
            <w:tcMar>
              <w:top w:w="70" w:type="dxa"/>
              <w:left w:w="70" w:type="dxa"/>
              <w:bottom w:w="70" w:type="dxa"/>
              <w:right w:w="70" w:type="dxa"/>
            </w:tcMar>
            <w:vAlign w:val="center"/>
          </w:tcPr>
          <w:p w14:paraId="52466479" w14:textId="77777777" w:rsidR="00D47296" w:rsidRDefault="008C31C1">
            <w:r>
              <w:rPr>
                <w:sz w:val="18"/>
              </w:rPr>
              <w:t>Order in which personnel assume leadership or critical functions when a primary leader is unavailable.</w:t>
            </w:r>
          </w:p>
        </w:tc>
      </w:tr>
    </w:tbl>
    <w:p w14:paraId="3D06286D" w14:textId="77777777" w:rsidR="00D47296" w:rsidRDefault="00D47296">
      <w:pPr>
        <w:spacing w:after="0"/>
      </w:pPr>
    </w:p>
    <w:p w14:paraId="3049B9FC" w14:textId="77777777" w:rsidR="00D47296" w:rsidRDefault="008C31C1">
      <w:r>
        <w:br w:type="page"/>
      </w:r>
    </w:p>
    <w:p w14:paraId="1770D0F7" w14:textId="77777777" w:rsidR="00D47296" w:rsidRDefault="008C31C1">
      <w:pPr>
        <w:pStyle w:val="Heading1"/>
      </w:pPr>
      <w:r>
        <w:lastRenderedPageBreak/>
        <w:t>15. ACRONYMS</w:t>
      </w:r>
    </w:p>
    <w:tbl>
      <w:tblPr>
        <w:tblW w:w="0" w:type="auto"/>
        <w:jc w:val="center"/>
        <w:tblLayout w:type="fixed"/>
        <w:tblLook w:val="04A0" w:firstRow="1" w:lastRow="0" w:firstColumn="1" w:lastColumn="0" w:noHBand="0" w:noVBand="1"/>
      </w:tblPr>
      <w:tblGrid>
        <w:gridCol w:w="2304"/>
        <w:gridCol w:w="8208"/>
      </w:tblGrid>
      <w:tr w:rsidR="00D47296" w14:paraId="3CADBBAF" w14:textId="77777777">
        <w:trPr>
          <w:tblHeader/>
          <w:jc w:val="center"/>
        </w:trPr>
        <w:tc>
          <w:tcPr>
            <w:tcW w:w="2304" w:type="dxa"/>
            <w:shd w:val="clear" w:color="auto" w:fill="015A41"/>
            <w:tcMar>
              <w:top w:w="70" w:type="dxa"/>
              <w:left w:w="70" w:type="dxa"/>
              <w:bottom w:w="70" w:type="dxa"/>
              <w:right w:w="70" w:type="dxa"/>
            </w:tcMar>
            <w:vAlign w:val="center"/>
          </w:tcPr>
          <w:p w14:paraId="5E0D5418" w14:textId="77777777" w:rsidR="00D47296" w:rsidRDefault="008C31C1">
            <w:r>
              <w:rPr>
                <w:b/>
                <w:color w:val="FFFFFF"/>
                <w:sz w:val="19"/>
              </w:rPr>
              <w:t>Acronym</w:t>
            </w:r>
          </w:p>
        </w:tc>
        <w:tc>
          <w:tcPr>
            <w:tcW w:w="8208" w:type="dxa"/>
            <w:shd w:val="clear" w:color="auto" w:fill="015A41"/>
            <w:tcMar>
              <w:top w:w="70" w:type="dxa"/>
              <w:left w:w="70" w:type="dxa"/>
              <w:bottom w:w="70" w:type="dxa"/>
              <w:right w:w="70" w:type="dxa"/>
            </w:tcMar>
            <w:vAlign w:val="center"/>
          </w:tcPr>
          <w:p w14:paraId="405FF7AF" w14:textId="77777777" w:rsidR="00D47296" w:rsidRDefault="008C31C1">
            <w:r>
              <w:rPr>
                <w:b/>
                <w:color w:val="FFFFFF"/>
                <w:sz w:val="19"/>
              </w:rPr>
              <w:t>Meaning</w:t>
            </w:r>
          </w:p>
        </w:tc>
      </w:tr>
      <w:tr w:rsidR="00D47296" w14:paraId="2FACC10E" w14:textId="77777777">
        <w:trPr>
          <w:jc w:val="center"/>
        </w:trPr>
        <w:tc>
          <w:tcPr>
            <w:tcW w:w="2304" w:type="dxa"/>
            <w:shd w:val="clear" w:color="auto" w:fill="E8F2EE"/>
            <w:tcMar>
              <w:top w:w="70" w:type="dxa"/>
              <w:left w:w="70" w:type="dxa"/>
              <w:bottom w:w="70" w:type="dxa"/>
              <w:right w:w="70" w:type="dxa"/>
            </w:tcMar>
            <w:vAlign w:val="center"/>
          </w:tcPr>
          <w:p w14:paraId="7005EA82" w14:textId="77777777" w:rsidR="00D47296" w:rsidRDefault="008C31C1">
            <w:r>
              <w:rPr>
                <w:sz w:val="19"/>
              </w:rPr>
              <w:t>AAR/IP</w:t>
            </w:r>
          </w:p>
        </w:tc>
        <w:tc>
          <w:tcPr>
            <w:tcW w:w="8208" w:type="dxa"/>
            <w:shd w:val="clear" w:color="auto" w:fill="E8F2EE"/>
            <w:tcMar>
              <w:top w:w="70" w:type="dxa"/>
              <w:left w:w="70" w:type="dxa"/>
              <w:bottom w:w="70" w:type="dxa"/>
              <w:right w:w="70" w:type="dxa"/>
            </w:tcMar>
            <w:vAlign w:val="center"/>
          </w:tcPr>
          <w:p w14:paraId="2E027770" w14:textId="77777777" w:rsidR="00D47296" w:rsidRDefault="008C31C1">
            <w:r>
              <w:rPr>
                <w:sz w:val="19"/>
              </w:rPr>
              <w:t>After-Action Report / Improvement Plan</w:t>
            </w:r>
          </w:p>
        </w:tc>
      </w:tr>
      <w:tr w:rsidR="00D47296" w14:paraId="569CFA2F" w14:textId="77777777">
        <w:trPr>
          <w:jc w:val="center"/>
        </w:trPr>
        <w:tc>
          <w:tcPr>
            <w:tcW w:w="2304" w:type="dxa"/>
            <w:tcMar>
              <w:top w:w="70" w:type="dxa"/>
              <w:left w:w="70" w:type="dxa"/>
              <w:bottom w:w="70" w:type="dxa"/>
              <w:right w:w="70" w:type="dxa"/>
            </w:tcMar>
            <w:vAlign w:val="center"/>
          </w:tcPr>
          <w:p w14:paraId="117706DD" w14:textId="77777777" w:rsidR="00D47296" w:rsidRDefault="008C31C1">
            <w:r>
              <w:rPr>
                <w:sz w:val="19"/>
              </w:rPr>
              <w:t>AHJ</w:t>
            </w:r>
          </w:p>
        </w:tc>
        <w:tc>
          <w:tcPr>
            <w:tcW w:w="8208" w:type="dxa"/>
            <w:tcMar>
              <w:top w:w="70" w:type="dxa"/>
              <w:left w:w="70" w:type="dxa"/>
              <w:bottom w:w="70" w:type="dxa"/>
              <w:right w:w="70" w:type="dxa"/>
            </w:tcMar>
            <w:vAlign w:val="center"/>
          </w:tcPr>
          <w:p w14:paraId="1E4EF86C" w14:textId="77777777" w:rsidR="00D47296" w:rsidRDefault="008C31C1">
            <w:r>
              <w:rPr>
                <w:sz w:val="19"/>
              </w:rPr>
              <w:t>Authority Having Jurisdiction</w:t>
            </w:r>
          </w:p>
        </w:tc>
      </w:tr>
      <w:tr w:rsidR="00D47296" w14:paraId="40081FBC" w14:textId="77777777">
        <w:trPr>
          <w:jc w:val="center"/>
        </w:trPr>
        <w:tc>
          <w:tcPr>
            <w:tcW w:w="2304" w:type="dxa"/>
            <w:shd w:val="clear" w:color="auto" w:fill="E8F2EE"/>
            <w:tcMar>
              <w:top w:w="70" w:type="dxa"/>
              <w:left w:w="70" w:type="dxa"/>
              <w:bottom w:w="70" w:type="dxa"/>
              <w:right w:w="70" w:type="dxa"/>
            </w:tcMar>
            <w:vAlign w:val="center"/>
          </w:tcPr>
          <w:p w14:paraId="5F36CAB1" w14:textId="77777777" w:rsidR="00D47296" w:rsidRDefault="008C31C1">
            <w:r>
              <w:rPr>
                <w:sz w:val="19"/>
              </w:rPr>
              <w:t>BLS</w:t>
            </w:r>
          </w:p>
        </w:tc>
        <w:tc>
          <w:tcPr>
            <w:tcW w:w="8208" w:type="dxa"/>
            <w:shd w:val="clear" w:color="auto" w:fill="E8F2EE"/>
            <w:tcMar>
              <w:top w:w="70" w:type="dxa"/>
              <w:left w:w="70" w:type="dxa"/>
              <w:bottom w:w="70" w:type="dxa"/>
              <w:right w:w="70" w:type="dxa"/>
            </w:tcMar>
            <w:vAlign w:val="center"/>
          </w:tcPr>
          <w:p w14:paraId="540ADE89" w14:textId="77777777" w:rsidR="00D47296" w:rsidRDefault="008C31C1">
            <w:r>
              <w:rPr>
                <w:sz w:val="19"/>
              </w:rPr>
              <w:t>Basic Life Support</w:t>
            </w:r>
          </w:p>
        </w:tc>
      </w:tr>
      <w:tr w:rsidR="00D47296" w14:paraId="17D822F1" w14:textId="77777777">
        <w:trPr>
          <w:jc w:val="center"/>
        </w:trPr>
        <w:tc>
          <w:tcPr>
            <w:tcW w:w="2304" w:type="dxa"/>
            <w:tcMar>
              <w:top w:w="70" w:type="dxa"/>
              <w:left w:w="70" w:type="dxa"/>
              <w:bottom w:w="70" w:type="dxa"/>
              <w:right w:w="70" w:type="dxa"/>
            </w:tcMar>
            <w:vAlign w:val="center"/>
          </w:tcPr>
          <w:p w14:paraId="12B653B4" w14:textId="77777777" w:rsidR="00D47296" w:rsidRDefault="008C31C1">
            <w:r>
              <w:rPr>
                <w:sz w:val="19"/>
              </w:rPr>
              <w:t>CMS</w:t>
            </w:r>
          </w:p>
        </w:tc>
        <w:tc>
          <w:tcPr>
            <w:tcW w:w="8208" w:type="dxa"/>
            <w:tcMar>
              <w:top w:w="70" w:type="dxa"/>
              <w:left w:w="70" w:type="dxa"/>
              <w:bottom w:w="70" w:type="dxa"/>
              <w:right w:w="70" w:type="dxa"/>
            </w:tcMar>
            <w:vAlign w:val="center"/>
          </w:tcPr>
          <w:p w14:paraId="77B5E326" w14:textId="77777777" w:rsidR="00D47296" w:rsidRDefault="008C31C1">
            <w:r>
              <w:rPr>
                <w:sz w:val="19"/>
              </w:rPr>
              <w:t>Centers for Medicare &amp; Medicaid Services</w:t>
            </w:r>
          </w:p>
        </w:tc>
      </w:tr>
      <w:tr w:rsidR="00D47296" w14:paraId="637D0BFF" w14:textId="77777777">
        <w:trPr>
          <w:jc w:val="center"/>
        </w:trPr>
        <w:tc>
          <w:tcPr>
            <w:tcW w:w="2304" w:type="dxa"/>
            <w:shd w:val="clear" w:color="auto" w:fill="E8F2EE"/>
            <w:tcMar>
              <w:top w:w="70" w:type="dxa"/>
              <w:left w:w="70" w:type="dxa"/>
              <w:bottom w:w="70" w:type="dxa"/>
              <w:right w:w="70" w:type="dxa"/>
            </w:tcMar>
            <w:vAlign w:val="center"/>
          </w:tcPr>
          <w:p w14:paraId="59C12E06" w14:textId="77777777" w:rsidR="00D47296" w:rsidRDefault="008C31C1">
            <w:r>
              <w:rPr>
                <w:sz w:val="19"/>
              </w:rPr>
              <w:t>COOP</w:t>
            </w:r>
          </w:p>
        </w:tc>
        <w:tc>
          <w:tcPr>
            <w:tcW w:w="8208" w:type="dxa"/>
            <w:shd w:val="clear" w:color="auto" w:fill="E8F2EE"/>
            <w:tcMar>
              <w:top w:w="70" w:type="dxa"/>
              <w:left w:w="70" w:type="dxa"/>
              <w:bottom w:w="70" w:type="dxa"/>
              <w:right w:w="70" w:type="dxa"/>
            </w:tcMar>
            <w:vAlign w:val="center"/>
          </w:tcPr>
          <w:p w14:paraId="630F780A" w14:textId="77777777" w:rsidR="00D47296" w:rsidRDefault="008C31C1">
            <w:r>
              <w:rPr>
                <w:sz w:val="19"/>
              </w:rPr>
              <w:t>Continuity of Operations</w:t>
            </w:r>
          </w:p>
        </w:tc>
      </w:tr>
      <w:tr w:rsidR="00D47296" w14:paraId="268662BF" w14:textId="77777777">
        <w:trPr>
          <w:jc w:val="center"/>
        </w:trPr>
        <w:tc>
          <w:tcPr>
            <w:tcW w:w="2304" w:type="dxa"/>
            <w:tcMar>
              <w:top w:w="70" w:type="dxa"/>
              <w:left w:w="70" w:type="dxa"/>
              <w:bottom w:w="70" w:type="dxa"/>
              <w:right w:w="70" w:type="dxa"/>
            </w:tcMar>
            <w:vAlign w:val="center"/>
          </w:tcPr>
          <w:p w14:paraId="4F4212D9" w14:textId="77777777" w:rsidR="00D47296" w:rsidRDefault="008C31C1">
            <w:r>
              <w:rPr>
                <w:sz w:val="19"/>
              </w:rPr>
              <w:t>DLC</w:t>
            </w:r>
          </w:p>
        </w:tc>
        <w:tc>
          <w:tcPr>
            <w:tcW w:w="8208" w:type="dxa"/>
            <w:tcMar>
              <w:top w:w="70" w:type="dxa"/>
              <w:left w:w="70" w:type="dxa"/>
              <w:bottom w:w="70" w:type="dxa"/>
              <w:right w:w="70" w:type="dxa"/>
            </w:tcMar>
            <w:vAlign w:val="center"/>
          </w:tcPr>
          <w:p w14:paraId="34D9E72C" w14:textId="77777777" w:rsidR="00D47296" w:rsidRDefault="008C31C1">
            <w:r>
              <w:rPr>
                <w:sz w:val="19"/>
              </w:rPr>
              <w:t>Maine DHHS Division of Licensing &amp; Certification</w:t>
            </w:r>
          </w:p>
        </w:tc>
      </w:tr>
      <w:tr w:rsidR="00D47296" w14:paraId="79C7A3BD" w14:textId="77777777">
        <w:trPr>
          <w:jc w:val="center"/>
        </w:trPr>
        <w:tc>
          <w:tcPr>
            <w:tcW w:w="2304" w:type="dxa"/>
            <w:shd w:val="clear" w:color="auto" w:fill="E8F2EE"/>
            <w:tcMar>
              <w:top w:w="70" w:type="dxa"/>
              <w:left w:w="70" w:type="dxa"/>
              <w:bottom w:w="70" w:type="dxa"/>
              <w:right w:w="70" w:type="dxa"/>
            </w:tcMar>
            <w:vAlign w:val="center"/>
          </w:tcPr>
          <w:p w14:paraId="0C86F21C" w14:textId="77777777" w:rsidR="00D47296" w:rsidRDefault="008C31C1">
            <w:r>
              <w:rPr>
                <w:sz w:val="19"/>
              </w:rPr>
              <w:t>EHR</w:t>
            </w:r>
          </w:p>
        </w:tc>
        <w:tc>
          <w:tcPr>
            <w:tcW w:w="8208" w:type="dxa"/>
            <w:shd w:val="clear" w:color="auto" w:fill="E8F2EE"/>
            <w:tcMar>
              <w:top w:w="70" w:type="dxa"/>
              <w:left w:w="70" w:type="dxa"/>
              <w:bottom w:w="70" w:type="dxa"/>
              <w:right w:w="70" w:type="dxa"/>
            </w:tcMar>
            <w:vAlign w:val="center"/>
          </w:tcPr>
          <w:p w14:paraId="3002E2E8" w14:textId="77777777" w:rsidR="00D47296" w:rsidRDefault="008C31C1">
            <w:r>
              <w:rPr>
                <w:sz w:val="19"/>
              </w:rPr>
              <w:t>Electronic Health Record</w:t>
            </w:r>
          </w:p>
        </w:tc>
      </w:tr>
      <w:tr w:rsidR="00D47296" w14:paraId="736994DE" w14:textId="77777777">
        <w:trPr>
          <w:jc w:val="center"/>
        </w:trPr>
        <w:tc>
          <w:tcPr>
            <w:tcW w:w="2304" w:type="dxa"/>
            <w:tcMar>
              <w:top w:w="70" w:type="dxa"/>
              <w:left w:w="70" w:type="dxa"/>
              <w:bottom w:w="70" w:type="dxa"/>
              <w:right w:w="70" w:type="dxa"/>
            </w:tcMar>
            <w:vAlign w:val="center"/>
          </w:tcPr>
          <w:p w14:paraId="7AE1721B" w14:textId="77777777" w:rsidR="00D47296" w:rsidRDefault="008C31C1">
            <w:r>
              <w:rPr>
                <w:sz w:val="19"/>
              </w:rPr>
              <w:t>EID</w:t>
            </w:r>
          </w:p>
        </w:tc>
        <w:tc>
          <w:tcPr>
            <w:tcW w:w="8208" w:type="dxa"/>
            <w:tcMar>
              <w:top w:w="70" w:type="dxa"/>
              <w:left w:w="70" w:type="dxa"/>
              <w:bottom w:w="70" w:type="dxa"/>
              <w:right w:w="70" w:type="dxa"/>
            </w:tcMar>
            <w:vAlign w:val="center"/>
          </w:tcPr>
          <w:p w14:paraId="35E37E1B" w14:textId="77777777" w:rsidR="00D47296" w:rsidRDefault="008C31C1">
            <w:r>
              <w:rPr>
                <w:sz w:val="19"/>
              </w:rPr>
              <w:t>Emerging Infectious Disease</w:t>
            </w:r>
          </w:p>
        </w:tc>
      </w:tr>
      <w:tr w:rsidR="00D47296" w14:paraId="7C8FC7F0" w14:textId="77777777">
        <w:trPr>
          <w:jc w:val="center"/>
        </w:trPr>
        <w:tc>
          <w:tcPr>
            <w:tcW w:w="2304" w:type="dxa"/>
            <w:shd w:val="clear" w:color="auto" w:fill="E8F2EE"/>
            <w:tcMar>
              <w:top w:w="70" w:type="dxa"/>
              <w:left w:w="70" w:type="dxa"/>
              <w:bottom w:w="70" w:type="dxa"/>
              <w:right w:w="70" w:type="dxa"/>
            </w:tcMar>
            <w:vAlign w:val="center"/>
          </w:tcPr>
          <w:p w14:paraId="3480F84B" w14:textId="77777777" w:rsidR="00D47296" w:rsidRDefault="008C31C1">
            <w:r>
              <w:rPr>
                <w:sz w:val="19"/>
              </w:rPr>
              <w:t>EMA</w:t>
            </w:r>
          </w:p>
        </w:tc>
        <w:tc>
          <w:tcPr>
            <w:tcW w:w="8208" w:type="dxa"/>
            <w:shd w:val="clear" w:color="auto" w:fill="E8F2EE"/>
            <w:tcMar>
              <w:top w:w="70" w:type="dxa"/>
              <w:left w:w="70" w:type="dxa"/>
              <w:bottom w:w="70" w:type="dxa"/>
              <w:right w:w="70" w:type="dxa"/>
            </w:tcMar>
            <w:vAlign w:val="center"/>
          </w:tcPr>
          <w:p w14:paraId="52C22199" w14:textId="77777777" w:rsidR="00D47296" w:rsidRDefault="008C31C1">
            <w:r>
              <w:rPr>
                <w:sz w:val="19"/>
              </w:rPr>
              <w:t>Emergency Management Agency</w:t>
            </w:r>
          </w:p>
        </w:tc>
      </w:tr>
      <w:tr w:rsidR="00D47296" w14:paraId="267A0B1D" w14:textId="77777777">
        <w:trPr>
          <w:jc w:val="center"/>
        </w:trPr>
        <w:tc>
          <w:tcPr>
            <w:tcW w:w="2304" w:type="dxa"/>
            <w:tcMar>
              <w:top w:w="70" w:type="dxa"/>
              <w:left w:w="70" w:type="dxa"/>
              <w:bottom w:w="70" w:type="dxa"/>
              <w:right w:w="70" w:type="dxa"/>
            </w:tcMar>
            <w:vAlign w:val="center"/>
          </w:tcPr>
          <w:p w14:paraId="32F64ED4" w14:textId="77777777" w:rsidR="00D47296" w:rsidRDefault="008C31C1">
            <w:r>
              <w:rPr>
                <w:sz w:val="19"/>
              </w:rPr>
              <w:t>EOP</w:t>
            </w:r>
          </w:p>
        </w:tc>
        <w:tc>
          <w:tcPr>
            <w:tcW w:w="8208" w:type="dxa"/>
            <w:tcMar>
              <w:top w:w="70" w:type="dxa"/>
              <w:left w:w="70" w:type="dxa"/>
              <w:bottom w:w="70" w:type="dxa"/>
              <w:right w:w="70" w:type="dxa"/>
            </w:tcMar>
            <w:vAlign w:val="center"/>
          </w:tcPr>
          <w:p w14:paraId="2E3AF29C" w14:textId="77777777" w:rsidR="00D47296" w:rsidRDefault="008C31C1">
            <w:r>
              <w:rPr>
                <w:sz w:val="19"/>
              </w:rPr>
              <w:t>Emergency Operations Plan</w:t>
            </w:r>
          </w:p>
        </w:tc>
      </w:tr>
      <w:tr w:rsidR="00D47296" w14:paraId="6101156B" w14:textId="77777777">
        <w:trPr>
          <w:jc w:val="center"/>
        </w:trPr>
        <w:tc>
          <w:tcPr>
            <w:tcW w:w="2304" w:type="dxa"/>
            <w:shd w:val="clear" w:color="auto" w:fill="E8F2EE"/>
            <w:tcMar>
              <w:top w:w="70" w:type="dxa"/>
              <w:left w:w="70" w:type="dxa"/>
              <w:bottom w:w="70" w:type="dxa"/>
              <w:right w:w="70" w:type="dxa"/>
            </w:tcMar>
            <w:vAlign w:val="center"/>
          </w:tcPr>
          <w:p w14:paraId="3309131B" w14:textId="77777777" w:rsidR="00D47296" w:rsidRDefault="008C31C1">
            <w:r>
              <w:rPr>
                <w:sz w:val="19"/>
              </w:rPr>
              <w:t>FMO</w:t>
            </w:r>
          </w:p>
        </w:tc>
        <w:tc>
          <w:tcPr>
            <w:tcW w:w="8208" w:type="dxa"/>
            <w:shd w:val="clear" w:color="auto" w:fill="E8F2EE"/>
            <w:tcMar>
              <w:top w:w="70" w:type="dxa"/>
              <w:left w:w="70" w:type="dxa"/>
              <w:bottom w:w="70" w:type="dxa"/>
              <w:right w:w="70" w:type="dxa"/>
            </w:tcMar>
            <w:vAlign w:val="center"/>
          </w:tcPr>
          <w:p w14:paraId="7E2EB5CB" w14:textId="77777777" w:rsidR="00D47296" w:rsidRDefault="008C31C1">
            <w:r>
              <w:rPr>
                <w:sz w:val="19"/>
              </w:rPr>
              <w:t>Maine Office of State Fire Marshal</w:t>
            </w:r>
          </w:p>
        </w:tc>
      </w:tr>
      <w:tr w:rsidR="00D47296" w14:paraId="7945FE91" w14:textId="77777777">
        <w:trPr>
          <w:jc w:val="center"/>
        </w:trPr>
        <w:tc>
          <w:tcPr>
            <w:tcW w:w="2304" w:type="dxa"/>
            <w:tcMar>
              <w:top w:w="70" w:type="dxa"/>
              <w:left w:w="70" w:type="dxa"/>
              <w:bottom w:w="70" w:type="dxa"/>
              <w:right w:w="70" w:type="dxa"/>
            </w:tcMar>
            <w:vAlign w:val="center"/>
          </w:tcPr>
          <w:p w14:paraId="019FA0A3" w14:textId="77777777" w:rsidR="00D47296" w:rsidRDefault="008C31C1">
            <w:r>
              <w:rPr>
                <w:sz w:val="19"/>
              </w:rPr>
              <w:t>FQHC</w:t>
            </w:r>
          </w:p>
        </w:tc>
        <w:tc>
          <w:tcPr>
            <w:tcW w:w="8208" w:type="dxa"/>
            <w:tcMar>
              <w:top w:w="70" w:type="dxa"/>
              <w:left w:w="70" w:type="dxa"/>
              <w:bottom w:w="70" w:type="dxa"/>
              <w:right w:w="70" w:type="dxa"/>
            </w:tcMar>
            <w:vAlign w:val="center"/>
          </w:tcPr>
          <w:p w14:paraId="63E23CDE" w14:textId="77777777" w:rsidR="00D47296" w:rsidRDefault="008C31C1">
            <w:r>
              <w:rPr>
                <w:sz w:val="19"/>
              </w:rPr>
              <w:t>Federally Qualified Health Center</w:t>
            </w:r>
          </w:p>
        </w:tc>
      </w:tr>
      <w:tr w:rsidR="00D47296" w14:paraId="50BF9786" w14:textId="77777777">
        <w:trPr>
          <w:jc w:val="center"/>
        </w:trPr>
        <w:tc>
          <w:tcPr>
            <w:tcW w:w="2304" w:type="dxa"/>
            <w:shd w:val="clear" w:color="auto" w:fill="E8F2EE"/>
            <w:tcMar>
              <w:top w:w="70" w:type="dxa"/>
              <w:left w:w="70" w:type="dxa"/>
              <w:bottom w:w="70" w:type="dxa"/>
              <w:right w:w="70" w:type="dxa"/>
            </w:tcMar>
            <w:vAlign w:val="center"/>
          </w:tcPr>
          <w:p w14:paraId="0D43F7E4" w14:textId="77777777" w:rsidR="00D47296" w:rsidRDefault="008C31C1">
            <w:r>
              <w:rPr>
                <w:sz w:val="19"/>
              </w:rPr>
              <w:t>HCC-ME</w:t>
            </w:r>
          </w:p>
        </w:tc>
        <w:tc>
          <w:tcPr>
            <w:tcW w:w="8208" w:type="dxa"/>
            <w:shd w:val="clear" w:color="auto" w:fill="E8F2EE"/>
            <w:tcMar>
              <w:top w:w="70" w:type="dxa"/>
              <w:left w:w="70" w:type="dxa"/>
              <w:bottom w:w="70" w:type="dxa"/>
              <w:right w:w="70" w:type="dxa"/>
            </w:tcMar>
            <w:vAlign w:val="center"/>
          </w:tcPr>
          <w:p w14:paraId="03899902" w14:textId="77777777" w:rsidR="00D47296" w:rsidRDefault="008C31C1">
            <w:r>
              <w:rPr>
                <w:sz w:val="19"/>
              </w:rPr>
              <w:t>Healthcare Coalition of Maine</w:t>
            </w:r>
          </w:p>
        </w:tc>
      </w:tr>
      <w:tr w:rsidR="00D47296" w14:paraId="66957BE6" w14:textId="77777777">
        <w:trPr>
          <w:jc w:val="center"/>
        </w:trPr>
        <w:tc>
          <w:tcPr>
            <w:tcW w:w="2304" w:type="dxa"/>
            <w:tcMar>
              <w:top w:w="70" w:type="dxa"/>
              <w:left w:w="70" w:type="dxa"/>
              <w:bottom w:w="70" w:type="dxa"/>
              <w:right w:w="70" w:type="dxa"/>
            </w:tcMar>
            <w:vAlign w:val="center"/>
          </w:tcPr>
          <w:p w14:paraId="6124D98D" w14:textId="77777777" w:rsidR="00D47296" w:rsidRDefault="008C31C1">
            <w:r>
              <w:rPr>
                <w:sz w:val="19"/>
              </w:rPr>
              <w:t>HRSA</w:t>
            </w:r>
          </w:p>
        </w:tc>
        <w:tc>
          <w:tcPr>
            <w:tcW w:w="8208" w:type="dxa"/>
            <w:tcMar>
              <w:top w:w="70" w:type="dxa"/>
              <w:left w:w="70" w:type="dxa"/>
              <w:bottom w:w="70" w:type="dxa"/>
              <w:right w:w="70" w:type="dxa"/>
            </w:tcMar>
            <w:vAlign w:val="center"/>
          </w:tcPr>
          <w:p w14:paraId="5DBAE950" w14:textId="77777777" w:rsidR="00D47296" w:rsidRDefault="008C31C1">
            <w:r>
              <w:rPr>
                <w:sz w:val="19"/>
              </w:rPr>
              <w:t>Health Resources and Services Administration</w:t>
            </w:r>
          </w:p>
        </w:tc>
      </w:tr>
      <w:tr w:rsidR="00D47296" w14:paraId="134A1F1D" w14:textId="77777777">
        <w:trPr>
          <w:jc w:val="center"/>
        </w:trPr>
        <w:tc>
          <w:tcPr>
            <w:tcW w:w="2304" w:type="dxa"/>
            <w:shd w:val="clear" w:color="auto" w:fill="E8F2EE"/>
            <w:tcMar>
              <w:top w:w="70" w:type="dxa"/>
              <w:left w:w="70" w:type="dxa"/>
              <w:bottom w:w="70" w:type="dxa"/>
              <w:right w:w="70" w:type="dxa"/>
            </w:tcMar>
            <w:vAlign w:val="center"/>
          </w:tcPr>
          <w:p w14:paraId="0FBF1E98" w14:textId="77777777" w:rsidR="00D47296" w:rsidRDefault="008C31C1">
            <w:r>
              <w:rPr>
                <w:sz w:val="19"/>
              </w:rPr>
              <w:t>HVA</w:t>
            </w:r>
          </w:p>
        </w:tc>
        <w:tc>
          <w:tcPr>
            <w:tcW w:w="8208" w:type="dxa"/>
            <w:shd w:val="clear" w:color="auto" w:fill="E8F2EE"/>
            <w:tcMar>
              <w:top w:w="70" w:type="dxa"/>
              <w:left w:w="70" w:type="dxa"/>
              <w:bottom w:w="70" w:type="dxa"/>
              <w:right w:w="70" w:type="dxa"/>
            </w:tcMar>
            <w:vAlign w:val="center"/>
          </w:tcPr>
          <w:p w14:paraId="3205603F" w14:textId="77777777" w:rsidR="00D47296" w:rsidRDefault="008C31C1">
            <w:r>
              <w:rPr>
                <w:sz w:val="19"/>
              </w:rPr>
              <w:t>Hazard Vulnerability Analysis</w:t>
            </w:r>
          </w:p>
        </w:tc>
      </w:tr>
      <w:tr w:rsidR="00D47296" w14:paraId="181AD1CF" w14:textId="77777777">
        <w:trPr>
          <w:jc w:val="center"/>
        </w:trPr>
        <w:tc>
          <w:tcPr>
            <w:tcW w:w="2304" w:type="dxa"/>
            <w:tcMar>
              <w:top w:w="70" w:type="dxa"/>
              <w:left w:w="70" w:type="dxa"/>
              <w:bottom w:w="70" w:type="dxa"/>
              <w:right w:w="70" w:type="dxa"/>
            </w:tcMar>
            <w:vAlign w:val="center"/>
          </w:tcPr>
          <w:p w14:paraId="1D98674A" w14:textId="77777777" w:rsidR="00D47296" w:rsidRDefault="008C31C1">
            <w:r>
              <w:rPr>
                <w:sz w:val="19"/>
              </w:rPr>
              <w:t>ICS</w:t>
            </w:r>
          </w:p>
        </w:tc>
        <w:tc>
          <w:tcPr>
            <w:tcW w:w="8208" w:type="dxa"/>
            <w:tcMar>
              <w:top w:w="70" w:type="dxa"/>
              <w:left w:w="70" w:type="dxa"/>
              <w:bottom w:w="70" w:type="dxa"/>
              <w:right w:w="70" w:type="dxa"/>
            </w:tcMar>
            <w:vAlign w:val="center"/>
          </w:tcPr>
          <w:p w14:paraId="7ABF4DDB" w14:textId="77777777" w:rsidR="00D47296" w:rsidRDefault="008C31C1">
            <w:r>
              <w:rPr>
                <w:sz w:val="19"/>
              </w:rPr>
              <w:t>Incident Command System</w:t>
            </w:r>
          </w:p>
        </w:tc>
      </w:tr>
      <w:tr w:rsidR="00D47296" w14:paraId="2420665D" w14:textId="77777777">
        <w:trPr>
          <w:jc w:val="center"/>
        </w:trPr>
        <w:tc>
          <w:tcPr>
            <w:tcW w:w="2304" w:type="dxa"/>
            <w:shd w:val="clear" w:color="auto" w:fill="E8F2EE"/>
            <w:tcMar>
              <w:top w:w="70" w:type="dxa"/>
              <w:left w:w="70" w:type="dxa"/>
              <w:bottom w:w="70" w:type="dxa"/>
              <w:right w:w="70" w:type="dxa"/>
            </w:tcMar>
            <w:vAlign w:val="center"/>
          </w:tcPr>
          <w:p w14:paraId="57EFA06E" w14:textId="77777777" w:rsidR="00D47296" w:rsidRDefault="008C31C1">
            <w:r>
              <w:rPr>
                <w:sz w:val="19"/>
              </w:rPr>
              <w:t>MEMA</w:t>
            </w:r>
          </w:p>
        </w:tc>
        <w:tc>
          <w:tcPr>
            <w:tcW w:w="8208" w:type="dxa"/>
            <w:shd w:val="clear" w:color="auto" w:fill="E8F2EE"/>
            <w:tcMar>
              <w:top w:w="70" w:type="dxa"/>
              <w:left w:w="70" w:type="dxa"/>
              <w:bottom w:w="70" w:type="dxa"/>
              <w:right w:w="70" w:type="dxa"/>
            </w:tcMar>
            <w:vAlign w:val="center"/>
          </w:tcPr>
          <w:p w14:paraId="1EEA7893" w14:textId="77777777" w:rsidR="00D47296" w:rsidRDefault="008C31C1">
            <w:r>
              <w:rPr>
                <w:sz w:val="19"/>
              </w:rPr>
              <w:t>Maine Emergency Management Agency</w:t>
            </w:r>
          </w:p>
        </w:tc>
      </w:tr>
      <w:tr w:rsidR="00D47296" w14:paraId="008316B8" w14:textId="77777777">
        <w:trPr>
          <w:jc w:val="center"/>
        </w:trPr>
        <w:tc>
          <w:tcPr>
            <w:tcW w:w="2304" w:type="dxa"/>
            <w:tcMar>
              <w:top w:w="70" w:type="dxa"/>
              <w:left w:w="70" w:type="dxa"/>
              <w:bottom w:w="70" w:type="dxa"/>
              <w:right w:w="70" w:type="dxa"/>
            </w:tcMar>
            <w:vAlign w:val="center"/>
          </w:tcPr>
          <w:p w14:paraId="0A03B1CA" w14:textId="77777777" w:rsidR="00D47296" w:rsidRDefault="008C31C1">
            <w:r>
              <w:rPr>
                <w:sz w:val="19"/>
              </w:rPr>
              <w:t>MOU</w:t>
            </w:r>
          </w:p>
        </w:tc>
        <w:tc>
          <w:tcPr>
            <w:tcW w:w="8208" w:type="dxa"/>
            <w:tcMar>
              <w:top w:w="70" w:type="dxa"/>
              <w:left w:w="70" w:type="dxa"/>
              <w:bottom w:w="70" w:type="dxa"/>
              <w:right w:w="70" w:type="dxa"/>
            </w:tcMar>
            <w:vAlign w:val="center"/>
          </w:tcPr>
          <w:p w14:paraId="4AC8481B" w14:textId="77777777" w:rsidR="00D47296" w:rsidRDefault="008C31C1">
            <w:r>
              <w:rPr>
                <w:sz w:val="19"/>
              </w:rPr>
              <w:t>Memorandum of Understanding</w:t>
            </w:r>
          </w:p>
        </w:tc>
      </w:tr>
      <w:tr w:rsidR="00D47296" w14:paraId="524A23D7" w14:textId="77777777">
        <w:trPr>
          <w:jc w:val="center"/>
        </w:trPr>
        <w:tc>
          <w:tcPr>
            <w:tcW w:w="2304" w:type="dxa"/>
            <w:shd w:val="clear" w:color="auto" w:fill="E8F2EE"/>
            <w:tcMar>
              <w:top w:w="70" w:type="dxa"/>
              <w:left w:w="70" w:type="dxa"/>
              <w:bottom w:w="70" w:type="dxa"/>
              <w:right w:w="70" w:type="dxa"/>
            </w:tcMar>
            <w:vAlign w:val="center"/>
          </w:tcPr>
          <w:p w14:paraId="400B3B54" w14:textId="77777777" w:rsidR="00D47296" w:rsidRDefault="008C31C1">
            <w:r>
              <w:rPr>
                <w:sz w:val="19"/>
              </w:rPr>
              <w:t>NFPA</w:t>
            </w:r>
          </w:p>
        </w:tc>
        <w:tc>
          <w:tcPr>
            <w:tcW w:w="8208" w:type="dxa"/>
            <w:shd w:val="clear" w:color="auto" w:fill="E8F2EE"/>
            <w:tcMar>
              <w:top w:w="70" w:type="dxa"/>
              <w:left w:w="70" w:type="dxa"/>
              <w:bottom w:w="70" w:type="dxa"/>
              <w:right w:w="70" w:type="dxa"/>
            </w:tcMar>
            <w:vAlign w:val="center"/>
          </w:tcPr>
          <w:p w14:paraId="09EFDEFC" w14:textId="77777777" w:rsidR="00D47296" w:rsidRDefault="008C31C1">
            <w:r>
              <w:rPr>
                <w:sz w:val="19"/>
              </w:rPr>
              <w:t>National Fire Protection Association</w:t>
            </w:r>
          </w:p>
        </w:tc>
      </w:tr>
      <w:tr w:rsidR="00D47296" w14:paraId="385EFF2C" w14:textId="77777777">
        <w:trPr>
          <w:jc w:val="center"/>
        </w:trPr>
        <w:tc>
          <w:tcPr>
            <w:tcW w:w="2304" w:type="dxa"/>
            <w:tcMar>
              <w:top w:w="70" w:type="dxa"/>
              <w:left w:w="70" w:type="dxa"/>
              <w:bottom w:w="70" w:type="dxa"/>
              <w:right w:w="70" w:type="dxa"/>
            </w:tcMar>
            <w:vAlign w:val="center"/>
          </w:tcPr>
          <w:p w14:paraId="014DD516" w14:textId="77777777" w:rsidR="00D47296" w:rsidRDefault="008C31C1">
            <w:r>
              <w:rPr>
                <w:sz w:val="19"/>
              </w:rPr>
              <w:t>PPE</w:t>
            </w:r>
          </w:p>
        </w:tc>
        <w:tc>
          <w:tcPr>
            <w:tcW w:w="8208" w:type="dxa"/>
            <w:tcMar>
              <w:top w:w="70" w:type="dxa"/>
              <w:left w:w="70" w:type="dxa"/>
              <w:bottom w:w="70" w:type="dxa"/>
              <w:right w:w="70" w:type="dxa"/>
            </w:tcMar>
            <w:vAlign w:val="center"/>
          </w:tcPr>
          <w:p w14:paraId="21F468A3" w14:textId="77777777" w:rsidR="00D47296" w:rsidRDefault="008C31C1">
            <w:r>
              <w:rPr>
                <w:sz w:val="19"/>
              </w:rPr>
              <w:t>Personal Protective Equipment</w:t>
            </w:r>
          </w:p>
        </w:tc>
      </w:tr>
      <w:tr w:rsidR="00D47296" w14:paraId="285A1A2C" w14:textId="77777777">
        <w:trPr>
          <w:jc w:val="center"/>
        </w:trPr>
        <w:tc>
          <w:tcPr>
            <w:tcW w:w="2304" w:type="dxa"/>
            <w:shd w:val="clear" w:color="auto" w:fill="E8F2EE"/>
            <w:tcMar>
              <w:top w:w="70" w:type="dxa"/>
              <w:left w:w="70" w:type="dxa"/>
              <w:bottom w:w="70" w:type="dxa"/>
              <w:right w:w="70" w:type="dxa"/>
            </w:tcMar>
            <w:vAlign w:val="center"/>
          </w:tcPr>
          <w:p w14:paraId="2F7004AD" w14:textId="77777777" w:rsidR="00D47296" w:rsidRDefault="008C31C1">
            <w:r>
              <w:rPr>
                <w:sz w:val="19"/>
              </w:rPr>
              <w:t>SIP</w:t>
            </w:r>
          </w:p>
        </w:tc>
        <w:tc>
          <w:tcPr>
            <w:tcW w:w="8208" w:type="dxa"/>
            <w:shd w:val="clear" w:color="auto" w:fill="E8F2EE"/>
            <w:tcMar>
              <w:top w:w="70" w:type="dxa"/>
              <w:left w:w="70" w:type="dxa"/>
              <w:bottom w:w="70" w:type="dxa"/>
              <w:right w:w="70" w:type="dxa"/>
            </w:tcMar>
            <w:vAlign w:val="center"/>
          </w:tcPr>
          <w:p w14:paraId="77704027" w14:textId="77777777" w:rsidR="00D47296" w:rsidRDefault="008C31C1">
            <w:r>
              <w:rPr>
                <w:sz w:val="19"/>
              </w:rPr>
              <w:t>Shelter-in-Place</w:t>
            </w:r>
          </w:p>
        </w:tc>
      </w:tr>
    </w:tbl>
    <w:p w14:paraId="23AAC328" w14:textId="77777777" w:rsidR="00D47296" w:rsidRDefault="00D47296">
      <w:pPr>
        <w:spacing w:after="0"/>
      </w:pPr>
    </w:p>
    <w:p w14:paraId="690D9FB5" w14:textId="77777777" w:rsidR="00D47296" w:rsidRDefault="008C31C1">
      <w:pPr>
        <w:pStyle w:val="Heading1"/>
      </w:pPr>
      <w:r>
        <w:lastRenderedPageBreak/>
        <w:t>16. ATTACHMENTS &amp; SUPPORTING DOCUMENTATION</w:t>
      </w:r>
    </w:p>
    <w:p w14:paraId="4AB4DC36" w14:textId="77777777" w:rsidR="00D47296" w:rsidRDefault="008C31C1">
      <w:pPr>
        <w:spacing w:after="80" w:line="240" w:lineRule="auto"/>
      </w:pPr>
      <w:r>
        <w:t>Use this section to organize facility-specific evidence that supports the EOP. The master EOP should contain or clearly reference current documents needed during an emergency and for regulatory review. Large records, patient-identifiable information, personnel records, security information and routine maintenance files may be maintained in controlled systems provided their current location is documented and retrievable.</w:t>
      </w:r>
    </w:p>
    <w:tbl>
      <w:tblPr>
        <w:tblW w:w="0" w:type="auto"/>
        <w:jc w:val="center"/>
        <w:tblLayout w:type="fixed"/>
        <w:tblLook w:val="04A0" w:firstRow="1" w:lastRow="0" w:firstColumn="1" w:lastColumn="0" w:noHBand="0" w:noVBand="1"/>
      </w:tblPr>
      <w:tblGrid>
        <w:gridCol w:w="1440"/>
        <w:gridCol w:w="9072"/>
      </w:tblGrid>
      <w:tr w:rsidR="00D47296" w14:paraId="001FE024" w14:textId="77777777">
        <w:trPr>
          <w:tblHeader/>
          <w:jc w:val="center"/>
        </w:trPr>
        <w:tc>
          <w:tcPr>
            <w:tcW w:w="1440" w:type="dxa"/>
            <w:shd w:val="clear" w:color="auto" w:fill="015A41"/>
            <w:tcMar>
              <w:top w:w="70" w:type="dxa"/>
              <w:left w:w="70" w:type="dxa"/>
              <w:bottom w:w="70" w:type="dxa"/>
              <w:right w:w="70" w:type="dxa"/>
            </w:tcMar>
            <w:vAlign w:val="center"/>
          </w:tcPr>
          <w:p w14:paraId="1770EE51" w14:textId="77777777" w:rsidR="00D47296" w:rsidRDefault="008C31C1">
            <w:r>
              <w:rPr>
                <w:b/>
                <w:color w:val="FFFFFF"/>
                <w:sz w:val="19"/>
              </w:rPr>
              <w:t>Attachment</w:t>
            </w:r>
          </w:p>
        </w:tc>
        <w:tc>
          <w:tcPr>
            <w:tcW w:w="9072" w:type="dxa"/>
            <w:shd w:val="clear" w:color="auto" w:fill="015A41"/>
            <w:tcMar>
              <w:top w:w="70" w:type="dxa"/>
              <w:left w:w="70" w:type="dxa"/>
              <w:bottom w:w="70" w:type="dxa"/>
              <w:right w:w="70" w:type="dxa"/>
            </w:tcMar>
            <w:vAlign w:val="center"/>
          </w:tcPr>
          <w:p w14:paraId="62736613" w14:textId="77777777" w:rsidR="00D47296" w:rsidRDefault="008C31C1">
            <w:r>
              <w:rPr>
                <w:b/>
                <w:color w:val="FFFFFF"/>
                <w:sz w:val="19"/>
              </w:rPr>
              <w:t>Documentation Category</w:t>
            </w:r>
          </w:p>
        </w:tc>
      </w:tr>
      <w:tr w:rsidR="00D47296" w14:paraId="4FE1C2A8" w14:textId="77777777">
        <w:trPr>
          <w:jc w:val="center"/>
        </w:trPr>
        <w:tc>
          <w:tcPr>
            <w:tcW w:w="1440" w:type="dxa"/>
            <w:shd w:val="clear" w:color="auto" w:fill="E8F2EE"/>
            <w:tcMar>
              <w:top w:w="70" w:type="dxa"/>
              <w:left w:w="70" w:type="dxa"/>
              <w:bottom w:w="70" w:type="dxa"/>
              <w:right w:w="70" w:type="dxa"/>
            </w:tcMar>
            <w:vAlign w:val="center"/>
          </w:tcPr>
          <w:p w14:paraId="61E67482" w14:textId="77777777" w:rsidR="00D47296" w:rsidRDefault="008C31C1">
            <w:r>
              <w:rPr>
                <w:sz w:val="19"/>
              </w:rPr>
              <w:t>A</w:t>
            </w:r>
          </w:p>
        </w:tc>
        <w:tc>
          <w:tcPr>
            <w:tcW w:w="9072" w:type="dxa"/>
            <w:shd w:val="clear" w:color="auto" w:fill="E8F2EE"/>
            <w:tcMar>
              <w:top w:w="70" w:type="dxa"/>
              <w:left w:w="70" w:type="dxa"/>
              <w:bottom w:w="70" w:type="dxa"/>
              <w:right w:w="70" w:type="dxa"/>
            </w:tcMar>
            <w:vAlign w:val="center"/>
          </w:tcPr>
          <w:p w14:paraId="6110783E" w14:textId="77777777" w:rsidR="00D47296" w:rsidRDefault="008C31C1">
            <w:r>
              <w:rPr>
                <w:sz w:val="19"/>
              </w:rPr>
              <w:t>Regulatory &amp; EOP Crosswalk</w:t>
            </w:r>
          </w:p>
        </w:tc>
      </w:tr>
      <w:tr w:rsidR="00D47296" w14:paraId="726FE272" w14:textId="77777777">
        <w:trPr>
          <w:jc w:val="center"/>
        </w:trPr>
        <w:tc>
          <w:tcPr>
            <w:tcW w:w="1440" w:type="dxa"/>
            <w:tcMar>
              <w:top w:w="70" w:type="dxa"/>
              <w:left w:w="70" w:type="dxa"/>
              <w:bottom w:w="70" w:type="dxa"/>
              <w:right w:w="70" w:type="dxa"/>
            </w:tcMar>
            <w:vAlign w:val="center"/>
          </w:tcPr>
          <w:p w14:paraId="22F58299" w14:textId="77777777" w:rsidR="00D47296" w:rsidRDefault="008C31C1">
            <w:r>
              <w:rPr>
                <w:sz w:val="19"/>
              </w:rPr>
              <w:t>B</w:t>
            </w:r>
          </w:p>
        </w:tc>
        <w:tc>
          <w:tcPr>
            <w:tcW w:w="9072" w:type="dxa"/>
            <w:tcMar>
              <w:top w:w="70" w:type="dxa"/>
              <w:left w:w="70" w:type="dxa"/>
              <w:bottom w:w="70" w:type="dxa"/>
              <w:right w:w="70" w:type="dxa"/>
            </w:tcMar>
            <w:vAlign w:val="center"/>
          </w:tcPr>
          <w:p w14:paraId="3F9FD9B6" w14:textId="77777777" w:rsidR="00D47296" w:rsidRDefault="008C31C1">
            <w:r>
              <w:rPr>
                <w:sz w:val="19"/>
              </w:rPr>
              <w:t>Hazard Vulnerability Analysis / Risk Assessment</w:t>
            </w:r>
          </w:p>
        </w:tc>
      </w:tr>
      <w:tr w:rsidR="00D47296" w14:paraId="3D0CEA2C" w14:textId="77777777">
        <w:trPr>
          <w:jc w:val="center"/>
        </w:trPr>
        <w:tc>
          <w:tcPr>
            <w:tcW w:w="1440" w:type="dxa"/>
            <w:shd w:val="clear" w:color="auto" w:fill="E8F2EE"/>
            <w:tcMar>
              <w:top w:w="70" w:type="dxa"/>
              <w:left w:w="70" w:type="dxa"/>
              <w:bottom w:w="70" w:type="dxa"/>
              <w:right w:w="70" w:type="dxa"/>
            </w:tcMar>
            <w:vAlign w:val="center"/>
          </w:tcPr>
          <w:p w14:paraId="494F2C9E" w14:textId="77777777" w:rsidR="00D47296" w:rsidRDefault="008C31C1">
            <w:r>
              <w:rPr>
                <w:sz w:val="19"/>
              </w:rPr>
              <w:t>C</w:t>
            </w:r>
          </w:p>
        </w:tc>
        <w:tc>
          <w:tcPr>
            <w:tcW w:w="9072" w:type="dxa"/>
            <w:shd w:val="clear" w:color="auto" w:fill="E8F2EE"/>
            <w:tcMar>
              <w:top w:w="70" w:type="dxa"/>
              <w:left w:w="70" w:type="dxa"/>
              <w:bottom w:w="70" w:type="dxa"/>
              <w:right w:w="70" w:type="dxa"/>
            </w:tcMar>
            <w:vAlign w:val="center"/>
          </w:tcPr>
          <w:p w14:paraId="7D6F9751" w14:textId="77777777" w:rsidR="00D47296" w:rsidRDefault="008C31C1">
            <w:r>
              <w:rPr>
                <w:sz w:val="19"/>
              </w:rPr>
              <w:t>Emergency Preparedness Policies &amp; Procedures Index</w:t>
            </w:r>
          </w:p>
        </w:tc>
      </w:tr>
      <w:tr w:rsidR="00D47296" w14:paraId="713A492B" w14:textId="77777777">
        <w:trPr>
          <w:jc w:val="center"/>
        </w:trPr>
        <w:tc>
          <w:tcPr>
            <w:tcW w:w="1440" w:type="dxa"/>
            <w:tcMar>
              <w:top w:w="70" w:type="dxa"/>
              <w:left w:w="70" w:type="dxa"/>
              <w:bottom w:w="70" w:type="dxa"/>
              <w:right w:w="70" w:type="dxa"/>
            </w:tcMar>
            <w:vAlign w:val="center"/>
          </w:tcPr>
          <w:p w14:paraId="33807B9E" w14:textId="77777777" w:rsidR="00D47296" w:rsidRDefault="008C31C1">
            <w:r>
              <w:rPr>
                <w:sz w:val="19"/>
              </w:rPr>
              <w:t>D</w:t>
            </w:r>
          </w:p>
        </w:tc>
        <w:tc>
          <w:tcPr>
            <w:tcW w:w="9072" w:type="dxa"/>
            <w:tcMar>
              <w:top w:w="70" w:type="dxa"/>
              <w:left w:w="70" w:type="dxa"/>
              <w:bottom w:w="70" w:type="dxa"/>
              <w:right w:w="70" w:type="dxa"/>
            </w:tcMar>
            <w:vAlign w:val="center"/>
          </w:tcPr>
          <w:p w14:paraId="631329DF" w14:textId="77777777" w:rsidR="00D47296" w:rsidRDefault="008C31C1">
            <w:r>
              <w:rPr>
                <w:sz w:val="19"/>
              </w:rPr>
              <w:t>Training &amp; Exercise Documentation</w:t>
            </w:r>
          </w:p>
        </w:tc>
      </w:tr>
      <w:tr w:rsidR="00D47296" w14:paraId="164B519E" w14:textId="77777777">
        <w:trPr>
          <w:jc w:val="center"/>
        </w:trPr>
        <w:tc>
          <w:tcPr>
            <w:tcW w:w="1440" w:type="dxa"/>
            <w:shd w:val="clear" w:color="auto" w:fill="E8F2EE"/>
            <w:tcMar>
              <w:top w:w="70" w:type="dxa"/>
              <w:left w:w="70" w:type="dxa"/>
              <w:bottom w:w="70" w:type="dxa"/>
              <w:right w:w="70" w:type="dxa"/>
            </w:tcMar>
            <w:vAlign w:val="center"/>
          </w:tcPr>
          <w:p w14:paraId="6415EBCF" w14:textId="77777777" w:rsidR="00D47296" w:rsidRDefault="008C31C1">
            <w:r>
              <w:rPr>
                <w:sz w:val="19"/>
              </w:rPr>
              <w:t>E</w:t>
            </w:r>
          </w:p>
        </w:tc>
        <w:tc>
          <w:tcPr>
            <w:tcW w:w="9072" w:type="dxa"/>
            <w:shd w:val="clear" w:color="auto" w:fill="E8F2EE"/>
            <w:tcMar>
              <w:top w:w="70" w:type="dxa"/>
              <w:left w:w="70" w:type="dxa"/>
              <w:bottom w:w="70" w:type="dxa"/>
              <w:right w:w="70" w:type="dxa"/>
            </w:tcMar>
            <w:vAlign w:val="center"/>
          </w:tcPr>
          <w:p w14:paraId="38044156" w14:textId="77777777" w:rsidR="00D47296" w:rsidRDefault="008C31C1">
            <w:r>
              <w:rPr>
                <w:sz w:val="19"/>
              </w:rPr>
              <w:t>Emergency Contacts &amp; Communication Resources</w:t>
            </w:r>
          </w:p>
        </w:tc>
      </w:tr>
      <w:tr w:rsidR="00D47296" w14:paraId="6AA5FF18" w14:textId="77777777">
        <w:trPr>
          <w:jc w:val="center"/>
        </w:trPr>
        <w:tc>
          <w:tcPr>
            <w:tcW w:w="1440" w:type="dxa"/>
            <w:tcMar>
              <w:top w:w="70" w:type="dxa"/>
              <w:left w:w="70" w:type="dxa"/>
              <w:bottom w:w="70" w:type="dxa"/>
              <w:right w:w="70" w:type="dxa"/>
            </w:tcMar>
            <w:vAlign w:val="center"/>
          </w:tcPr>
          <w:p w14:paraId="6286D7EA" w14:textId="77777777" w:rsidR="00D47296" w:rsidRDefault="008C31C1">
            <w:r>
              <w:rPr>
                <w:sz w:val="19"/>
              </w:rPr>
              <w:t>F</w:t>
            </w:r>
          </w:p>
        </w:tc>
        <w:tc>
          <w:tcPr>
            <w:tcW w:w="9072" w:type="dxa"/>
            <w:tcMar>
              <w:top w:w="70" w:type="dxa"/>
              <w:left w:w="70" w:type="dxa"/>
              <w:bottom w:w="70" w:type="dxa"/>
              <w:right w:w="70" w:type="dxa"/>
            </w:tcMar>
            <w:vAlign w:val="center"/>
          </w:tcPr>
          <w:p w14:paraId="6A160AB7" w14:textId="77777777" w:rsidR="00D47296" w:rsidRDefault="008C31C1">
            <w:r>
              <w:rPr>
                <w:sz w:val="19"/>
              </w:rPr>
              <w:t>Agreements / Contracts / Referral &amp; After-Hours Arrangements</w:t>
            </w:r>
          </w:p>
        </w:tc>
      </w:tr>
      <w:tr w:rsidR="00D47296" w14:paraId="472012EB" w14:textId="77777777">
        <w:trPr>
          <w:jc w:val="center"/>
        </w:trPr>
        <w:tc>
          <w:tcPr>
            <w:tcW w:w="1440" w:type="dxa"/>
            <w:shd w:val="clear" w:color="auto" w:fill="E8F2EE"/>
            <w:tcMar>
              <w:top w:w="70" w:type="dxa"/>
              <w:left w:w="70" w:type="dxa"/>
              <w:bottom w:w="70" w:type="dxa"/>
              <w:right w:w="70" w:type="dxa"/>
            </w:tcMar>
            <w:vAlign w:val="center"/>
          </w:tcPr>
          <w:p w14:paraId="7D383C24" w14:textId="77777777" w:rsidR="00D47296" w:rsidRDefault="008C31C1">
            <w:r>
              <w:rPr>
                <w:sz w:val="19"/>
              </w:rPr>
              <w:t>G</w:t>
            </w:r>
          </w:p>
        </w:tc>
        <w:tc>
          <w:tcPr>
            <w:tcW w:w="9072" w:type="dxa"/>
            <w:shd w:val="clear" w:color="auto" w:fill="E8F2EE"/>
            <w:tcMar>
              <w:top w:w="70" w:type="dxa"/>
              <w:left w:w="70" w:type="dxa"/>
              <w:bottom w:w="70" w:type="dxa"/>
              <w:right w:w="70" w:type="dxa"/>
            </w:tcMar>
            <w:vAlign w:val="center"/>
          </w:tcPr>
          <w:p w14:paraId="71683E04" w14:textId="77777777" w:rsidR="00D47296" w:rsidRDefault="008C31C1">
            <w:r>
              <w:rPr>
                <w:sz w:val="19"/>
              </w:rPr>
              <w:t>Supply Chain &amp; Resource Continuity</w:t>
            </w:r>
          </w:p>
        </w:tc>
      </w:tr>
      <w:tr w:rsidR="00D47296" w14:paraId="079A414E" w14:textId="77777777">
        <w:trPr>
          <w:jc w:val="center"/>
        </w:trPr>
        <w:tc>
          <w:tcPr>
            <w:tcW w:w="1440" w:type="dxa"/>
            <w:tcMar>
              <w:top w:w="70" w:type="dxa"/>
              <w:left w:w="70" w:type="dxa"/>
              <w:bottom w:w="70" w:type="dxa"/>
              <w:right w:w="70" w:type="dxa"/>
            </w:tcMar>
            <w:vAlign w:val="center"/>
          </w:tcPr>
          <w:p w14:paraId="348297C4" w14:textId="77777777" w:rsidR="00D47296" w:rsidRDefault="008C31C1">
            <w:r>
              <w:rPr>
                <w:sz w:val="19"/>
              </w:rPr>
              <w:t>H</w:t>
            </w:r>
          </w:p>
        </w:tc>
        <w:tc>
          <w:tcPr>
            <w:tcW w:w="9072" w:type="dxa"/>
            <w:tcMar>
              <w:top w:w="70" w:type="dxa"/>
              <w:left w:w="70" w:type="dxa"/>
              <w:bottom w:w="70" w:type="dxa"/>
              <w:right w:w="70" w:type="dxa"/>
            </w:tcMar>
            <w:vAlign w:val="center"/>
          </w:tcPr>
          <w:p w14:paraId="1104FE3E" w14:textId="77777777" w:rsidR="00D47296" w:rsidRDefault="008C31C1">
            <w:r>
              <w:rPr>
                <w:sz w:val="19"/>
              </w:rPr>
              <w:t>Evacuation / Shelter-in-Place / Closure Documentation</w:t>
            </w:r>
          </w:p>
        </w:tc>
      </w:tr>
      <w:tr w:rsidR="00D47296" w14:paraId="1695484E" w14:textId="77777777">
        <w:trPr>
          <w:jc w:val="center"/>
        </w:trPr>
        <w:tc>
          <w:tcPr>
            <w:tcW w:w="1440" w:type="dxa"/>
            <w:shd w:val="clear" w:color="auto" w:fill="E8F2EE"/>
            <w:tcMar>
              <w:top w:w="70" w:type="dxa"/>
              <w:left w:w="70" w:type="dxa"/>
              <w:bottom w:w="70" w:type="dxa"/>
              <w:right w:w="70" w:type="dxa"/>
            </w:tcMar>
            <w:vAlign w:val="center"/>
          </w:tcPr>
          <w:p w14:paraId="43C80A54" w14:textId="77777777" w:rsidR="00D47296" w:rsidRDefault="008C31C1">
            <w:r>
              <w:rPr>
                <w:sz w:val="19"/>
              </w:rPr>
              <w:t>I</w:t>
            </w:r>
          </w:p>
        </w:tc>
        <w:tc>
          <w:tcPr>
            <w:tcW w:w="9072" w:type="dxa"/>
            <w:shd w:val="clear" w:color="auto" w:fill="E8F2EE"/>
            <w:tcMar>
              <w:top w:w="70" w:type="dxa"/>
              <w:left w:w="70" w:type="dxa"/>
              <w:bottom w:w="70" w:type="dxa"/>
              <w:right w:w="70" w:type="dxa"/>
            </w:tcMar>
            <w:vAlign w:val="center"/>
          </w:tcPr>
          <w:p w14:paraId="6C410CCF" w14:textId="77777777" w:rsidR="00D47296" w:rsidRDefault="008C31C1">
            <w:r>
              <w:rPr>
                <w:sz w:val="19"/>
              </w:rPr>
              <w:t>Patient Continuity / Referral / Tracking</w:t>
            </w:r>
          </w:p>
        </w:tc>
      </w:tr>
      <w:tr w:rsidR="00D47296" w14:paraId="4638A6D6" w14:textId="77777777">
        <w:trPr>
          <w:jc w:val="center"/>
        </w:trPr>
        <w:tc>
          <w:tcPr>
            <w:tcW w:w="1440" w:type="dxa"/>
            <w:tcMar>
              <w:top w:w="70" w:type="dxa"/>
              <w:left w:w="70" w:type="dxa"/>
              <w:bottom w:w="70" w:type="dxa"/>
              <w:right w:w="70" w:type="dxa"/>
            </w:tcMar>
            <w:vAlign w:val="center"/>
          </w:tcPr>
          <w:p w14:paraId="78038969" w14:textId="77777777" w:rsidR="00D47296" w:rsidRDefault="008C31C1">
            <w:r>
              <w:rPr>
                <w:sz w:val="19"/>
              </w:rPr>
              <w:t>J</w:t>
            </w:r>
          </w:p>
        </w:tc>
        <w:tc>
          <w:tcPr>
            <w:tcW w:w="9072" w:type="dxa"/>
            <w:tcMar>
              <w:top w:w="70" w:type="dxa"/>
              <w:left w:w="70" w:type="dxa"/>
              <w:bottom w:w="70" w:type="dxa"/>
              <w:right w:w="70" w:type="dxa"/>
            </w:tcMar>
            <w:vAlign w:val="center"/>
          </w:tcPr>
          <w:p w14:paraId="3ABB8060" w14:textId="77777777" w:rsidR="00D47296" w:rsidRDefault="008C31C1">
            <w:r>
              <w:rPr>
                <w:sz w:val="19"/>
              </w:rPr>
              <w:t>Emergency Staffing &amp; Volunteers</w:t>
            </w:r>
          </w:p>
        </w:tc>
      </w:tr>
      <w:tr w:rsidR="00D47296" w14:paraId="648167F7" w14:textId="77777777">
        <w:trPr>
          <w:jc w:val="center"/>
        </w:trPr>
        <w:tc>
          <w:tcPr>
            <w:tcW w:w="1440" w:type="dxa"/>
            <w:shd w:val="clear" w:color="auto" w:fill="E8F2EE"/>
            <w:tcMar>
              <w:top w:w="70" w:type="dxa"/>
              <w:left w:w="70" w:type="dxa"/>
              <w:bottom w:w="70" w:type="dxa"/>
              <w:right w:w="70" w:type="dxa"/>
            </w:tcMar>
            <w:vAlign w:val="center"/>
          </w:tcPr>
          <w:p w14:paraId="06652FEB" w14:textId="77777777" w:rsidR="00D47296" w:rsidRDefault="008C31C1">
            <w:r>
              <w:rPr>
                <w:sz w:val="19"/>
              </w:rPr>
              <w:t>K</w:t>
            </w:r>
          </w:p>
        </w:tc>
        <w:tc>
          <w:tcPr>
            <w:tcW w:w="9072" w:type="dxa"/>
            <w:shd w:val="clear" w:color="auto" w:fill="E8F2EE"/>
            <w:tcMar>
              <w:top w:w="70" w:type="dxa"/>
              <w:left w:w="70" w:type="dxa"/>
              <w:bottom w:w="70" w:type="dxa"/>
              <w:right w:w="70" w:type="dxa"/>
            </w:tcMar>
            <w:vAlign w:val="center"/>
          </w:tcPr>
          <w:p w14:paraId="72EC0B7B" w14:textId="77777777" w:rsidR="00D47296" w:rsidRDefault="008C31C1">
            <w:r>
              <w:rPr>
                <w:sz w:val="19"/>
              </w:rPr>
              <w:t>Medical Records / EHR Downtime</w:t>
            </w:r>
          </w:p>
        </w:tc>
      </w:tr>
      <w:tr w:rsidR="00D47296" w14:paraId="1C19F905" w14:textId="77777777">
        <w:trPr>
          <w:jc w:val="center"/>
        </w:trPr>
        <w:tc>
          <w:tcPr>
            <w:tcW w:w="1440" w:type="dxa"/>
            <w:tcMar>
              <w:top w:w="70" w:type="dxa"/>
              <w:left w:w="70" w:type="dxa"/>
              <w:bottom w:w="70" w:type="dxa"/>
              <w:right w:w="70" w:type="dxa"/>
            </w:tcMar>
            <w:vAlign w:val="center"/>
          </w:tcPr>
          <w:p w14:paraId="537E595A" w14:textId="77777777" w:rsidR="00D47296" w:rsidRDefault="008C31C1">
            <w:r>
              <w:rPr>
                <w:sz w:val="19"/>
              </w:rPr>
              <w:t>L</w:t>
            </w:r>
          </w:p>
        </w:tc>
        <w:tc>
          <w:tcPr>
            <w:tcW w:w="9072" w:type="dxa"/>
            <w:tcMar>
              <w:top w:w="70" w:type="dxa"/>
              <w:left w:w="70" w:type="dxa"/>
              <w:bottom w:w="70" w:type="dxa"/>
              <w:right w:w="70" w:type="dxa"/>
            </w:tcMar>
            <w:vAlign w:val="center"/>
          </w:tcPr>
          <w:p w14:paraId="3136BDBE" w14:textId="77777777" w:rsidR="00D47296" w:rsidRDefault="008C31C1">
            <w:r>
              <w:rPr>
                <w:sz w:val="19"/>
              </w:rPr>
              <w:t>Physical Plant / Utilities / Preventive Maintenance</w:t>
            </w:r>
          </w:p>
        </w:tc>
      </w:tr>
      <w:tr w:rsidR="00D47296" w14:paraId="2546E737" w14:textId="77777777">
        <w:trPr>
          <w:jc w:val="center"/>
        </w:trPr>
        <w:tc>
          <w:tcPr>
            <w:tcW w:w="1440" w:type="dxa"/>
            <w:shd w:val="clear" w:color="auto" w:fill="E8F2EE"/>
            <w:tcMar>
              <w:top w:w="70" w:type="dxa"/>
              <w:left w:w="70" w:type="dxa"/>
              <w:bottom w:w="70" w:type="dxa"/>
              <w:right w:w="70" w:type="dxa"/>
            </w:tcMar>
            <w:vAlign w:val="center"/>
          </w:tcPr>
          <w:p w14:paraId="2B72E3DF" w14:textId="77777777" w:rsidR="00D47296" w:rsidRDefault="008C31C1">
            <w:r>
              <w:rPr>
                <w:sz w:val="19"/>
              </w:rPr>
              <w:t>M</w:t>
            </w:r>
          </w:p>
        </w:tc>
        <w:tc>
          <w:tcPr>
            <w:tcW w:w="9072" w:type="dxa"/>
            <w:shd w:val="clear" w:color="auto" w:fill="E8F2EE"/>
            <w:tcMar>
              <w:top w:w="70" w:type="dxa"/>
              <w:left w:w="70" w:type="dxa"/>
              <w:bottom w:w="70" w:type="dxa"/>
              <w:right w:w="70" w:type="dxa"/>
            </w:tcMar>
            <w:vAlign w:val="center"/>
          </w:tcPr>
          <w:p w14:paraId="719CBE8C" w14:textId="77777777" w:rsidR="00D47296" w:rsidRDefault="008C31C1">
            <w:r>
              <w:rPr>
                <w:sz w:val="19"/>
              </w:rPr>
              <w:t>Fire / Life-Safety / Construction / Accessibility Documentation</w:t>
            </w:r>
          </w:p>
        </w:tc>
      </w:tr>
      <w:tr w:rsidR="00D47296" w14:paraId="14497EBE" w14:textId="77777777">
        <w:trPr>
          <w:jc w:val="center"/>
        </w:trPr>
        <w:tc>
          <w:tcPr>
            <w:tcW w:w="1440" w:type="dxa"/>
            <w:tcMar>
              <w:top w:w="70" w:type="dxa"/>
              <w:left w:w="70" w:type="dxa"/>
              <w:bottom w:w="70" w:type="dxa"/>
              <w:right w:w="70" w:type="dxa"/>
            </w:tcMar>
            <w:vAlign w:val="center"/>
          </w:tcPr>
          <w:p w14:paraId="2C20E141" w14:textId="77777777" w:rsidR="00D47296" w:rsidRDefault="008C31C1">
            <w:r>
              <w:rPr>
                <w:sz w:val="19"/>
              </w:rPr>
              <w:t>N</w:t>
            </w:r>
          </w:p>
        </w:tc>
        <w:tc>
          <w:tcPr>
            <w:tcW w:w="9072" w:type="dxa"/>
            <w:tcMar>
              <w:top w:w="70" w:type="dxa"/>
              <w:left w:w="70" w:type="dxa"/>
              <w:bottom w:w="70" w:type="dxa"/>
              <w:right w:w="70" w:type="dxa"/>
            </w:tcMar>
            <w:vAlign w:val="center"/>
          </w:tcPr>
          <w:p w14:paraId="046E3DE7" w14:textId="77777777" w:rsidR="00D47296" w:rsidRDefault="008C31C1">
            <w:r>
              <w:rPr>
                <w:sz w:val="19"/>
              </w:rPr>
              <w:t>Incident Management Forms</w:t>
            </w:r>
          </w:p>
        </w:tc>
      </w:tr>
      <w:tr w:rsidR="00D47296" w14:paraId="7FC4B354" w14:textId="77777777">
        <w:trPr>
          <w:jc w:val="center"/>
        </w:trPr>
        <w:tc>
          <w:tcPr>
            <w:tcW w:w="1440" w:type="dxa"/>
            <w:shd w:val="clear" w:color="auto" w:fill="E8F2EE"/>
            <w:tcMar>
              <w:top w:w="70" w:type="dxa"/>
              <w:left w:w="70" w:type="dxa"/>
              <w:bottom w:w="70" w:type="dxa"/>
              <w:right w:w="70" w:type="dxa"/>
            </w:tcMar>
            <w:vAlign w:val="center"/>
          </w:tcPr>
          <w:p w14:paraId="628FFEDC" w14:textId="77777777" w:rsidR="00D47296" w:rsidRDefault="008C31C1">
            <w:r>
              <w:rPr>
                <w:sz w:val="19"/>
              </w:rPr>
              <w:t>O</w:t>
            </w:r>
          </w:p>
        </w:tc>
        <w:tc>
          <w:tcPr>
            <w:tcW w:w="9072" w:type="dxa"/>
            <w:shd w:val="clear" w:color="auto" w:fill="E8F2EE"/>
            <w:tcMar>
              <w:top w:w="70" w:type="dxa"/>
              <w:left w:w="70" w:type="dxa"/>
              <w:bottom w:w="70" w:type="dxa"/>
              <w:right w:w="70" w:type="dxa"/>
            </w:tcMar>
            <w:vAlign w:val="center"/>
          </w:tcPr>
          <w:p w14:paraId="493134D5" w14:textId="77777777" w:rsidR="00D47296" w:rsidRDefault="008C31C1">
            <w:r>
              <w:rPr>
                <w:sz w:val="19"/>
              </w:rPr>
              <w:t>Recovery / AAR / Improvement Documentation</w:t>
            </w:r>
          </w:p>
        </w:tc>
      </w:tr>
      <w:tr w:rsidR="00D47296" w14:paraId="4FA174F0" w14:textId="77777777">
        <w:trPr>
          <w:jc w:val="center"/>
        </w:trPr>
        <w:tc>
          <w:tcPr>
            <w:tcW w:w="1440" w:type="dxa"/>
            <w:tcMar>
              <w:top w:w="70" w:type="dxa"/>
              <w:left w:w="70" w:type="dxa"/>
              <w:bottom w:w="70" w:type="dxa"/>
              <w:right w:w="70" w:type="dxa"/>
            </w:tcMar>
            <w:vAlign w:val="center"/>
          </w:tcPr>
          <w:p w14:paraId="3820A98F" w14:textId="77777777" w:rsidR="00D47296" w:rsidRDefault="008C31C1">
            <w:r>
              <w:rPr>
                <w:sz w:val="19"/>
              </w:rPr>
              <w:t>P</w:t>
            </w:r>
          </w:p>
        </w:tc>
        <w:tc>
          <w:tcPr>
            <w:tcW w:w="9072" w:type="dxa"/>
            <w:tcMar>
              <w:top w:w="70" w:type="dxa"/>
              <w:left w:w="70" w:type="dxa"/>
              <w:bottom w:w="70" w:type="dxa"/>
              <w:right w:w="70" w:type="dxa"/>
            </w:tcMar>
            <w:vAlign w:val="center"/>
          </w:tcPr>
          <w:p w14:paraId="58159928" w14:textId="77777777" w:rsidR="00D47296" w:rsidRDefault="008C31C1">
            <w:r>
              <w:rPr>
                <w:sz w:val="19"/>
              </w:rPr>
              <w:t>Affiliated / Sister Site / Integrated System Information</w:t>
            </w:r>
          </w:p>
        </w:tc>
      </w:tr>
      <w:tr w:rsidR="00D47296" w14:paraId="682F3AEF" w14:textId="77777777">
        <w:trPr>
          <w:jc w:val="center"/>
        </w:trPr>
        <w:tc>
          <w:tcPr>
            <w:tcW w:w="1440" w:type="dxa"/>
            <w:shd w:val="clear" w:color="auto" w:fill="E8F2EE"/>
            <w:tcMar>
              <w:top w:w="70" w:type="dxa"/>
              <w:left w:w="70" w:type="dxa"/>
              <w:bottom w:w="70" w:type="dxa"/>
              <w:right w:w="70" w:type="dxa"/>
            </w:tcMar>
            <w:vAlign w:val="center"/>
          </w:tcPr>
          <w:p w14:paraId="000FFA20" w14:textId="77777777" w:rsidR="00D47296" w:rsidRDefault="008C31C1">
            <w:r>
              <w:rPr>
                <w:sz w:val="19"/>
              </w:rPr>
              <w:t>Q</w:t>
            </w:r>
          </w:p>
        </w:tc>
        <w:tc>
          <w:tcPr>
            <w:tcW w:w="9072" w:type="dxa"/>
            <w:shd w:val="clear" w:color="auto" w:fill="E8F2EE"/>
            <w:tcMar>
              <w:top w:w="70" w:type="dxa"/>
              <w:left w:w="70" w:type="dxa"/>
              <w:bottom w:w="70" w:type="dxa"/>
              <w:right w:w="70" w:type="dxa"/>
            </w:tcMar>
            <w:vAlign w:val="center"/>
          </w:tcPr>
          <w:p w14:paraId="7FFB566B" w14:textId="77777777" w:rsidR="00D47296" w:rsidRDefault="008C31C1">
            <w:r>
              <w:rPr>
                <w:sz w:val="19"/>
              </w:rPr>
              <w:t>HRSA Medical Emergency &amp; After-Hours Documentation - If Applicable</w:t>
            </w:r>
          </w:p>
        </w:tc>
      </w:tr>
      <w:tr w:rsidR="00D47296" w14:paraId="05546845" w14:textId="77777777">
        <w:trPr>
          <w:jc w:val="center"/>
        </w:trPr>
        <w:tc>
          <w:tcPr>
            <w:tcW w:w="1440" w:type="dxa"/>
            <w:tcMar>
              <w:top w:w="70" w:type="dxa"/>
              <w:left w:w="70" w:type="dxa"/>
              <w:bottom w:w="70" w:type="dxa"/>
              <w:right w:w="70" w:type="dxa"/>
            </w:tcMar>
            <w:vAlign w:val="center"/>
          </w:tcPr>
          <w:p w14:paraId="76F4D83C" w14:textId="77777777" w:rsidR="00D47296" w:rsidRDefault="008C31C1">
            <w:r>
              <w:rPr>
                <w:sz w:val="19"/>
              </w:rPr>
              <w:t>R</w:t>
            </w:r>
          </w:p>
        </w:tc>
        <w:tc>
          <w:tcPr>
            <w:tcW w:w="9072" w:type="dxa"/>
            <w:tcMar>
              <w:top w:w="70" w:type="dxa"/>
              <w:left w:w="70" w:type="dxa"/>
              <w:bottom w:w="70" w:type="dxa"/>
              <w:right w:w="70" w:type="dxa"/>
            </w:tcMar>
            <w:vAlign w:val="center"/>
          </w:tcPr>
          <w:p w14:paraId="2A1867D7" w14:textId="77777777" w:rsidR="00D47296" w:rsidRDefault="008C31C1">
            <w:r>
              <w:rPr>
                <w:sz w:val="19"/>
              </w:rPr>
              <w:t>Program Evaluation / Review Documentation</w:t>
            </w:r>
          </w:p>
        </w:tc>
      </w:tr>
    </w:tbl>
    <w:p w14:paraId="1230C548"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37A0445D" w14:textId="77777777">
        <w:trPr>
          <w:jc w:val="center"/>
        </w:trPr>
        <w:tc>
          <w:tcPr>
            <w:tcW w:w="10800" w:type="dxa"/>
            <w:shd w:val="clear" w:color="auto" w:fill="015A41"/>
          </w:tcPr>
          <w:p w14:paraId="740D270E" w14:textId="77777777" w:rsidR="00D47296" w:rsidRDefault="008C31C1">
            <w:r>
              <w:rPr>
                <w:b/>
                <w:color w:val="FFFFFF"/>
                <w:sz w:val="34"/>
              </w:rPr>
              <w:t>SUPPORTING DOCUMENTATION INDEX</w:t>
            </w:r>
          </w:p>
        </w:tc>
      </w:tr>
    </w:tbl>
    <w:p w14:paraId="1A6B7C6E" w14:textId="77777777" w:rsidR="00D47296" w:rsidRDefault="00D47296">
      <w:pPr>
        <w:spacing w:after="0"/>
      </w:pPr>
    </w:p>
    <w:tbl>
      <w:tblPr>
        <w:tblW w:w="0" w:type="auto"/>
        <w:jc w:val="center"/>
        <w:tblLayout w:type="fixed"/>
        <w:tblLook w:val="04A0" w:firstRow="1" w:lastRow="0" w:firstColumn="1" w:lastColumn="0" w:noHBand="0" w:noVBand="1"/>
      </w:tblPr>
      <w:tblGrid>
        <w:gridCol w:w="648"/>
        <w:gridCol w:w="3528"/>
        <w:gridCol w:w="2088"/>
        <w:gridCol w:w="1512"/>
        <w:gridCol w:w="1872"/>
        <w:gridCol w:w="1152"/>
      </w:tblGrid>
      <w:tr w:rsidR="00D47296" w14:paraId="6F8B0CC2" w14:textId="77777777">
        <w:trPr>
          <w:tblHeader/>
          <w:jc w:val="center"/>
        </w:trPr>
        <w:tc>
          <w:tcPr>
            <w:tcW w:w="648" w:type="dxa"/>
            <w:shd w:val="clear" w:color="auto" w:fill="015A41"/>
            <w:tcMar>
              <w:top w:w="70" w:type="dxa"/>
              <w:left w:w="70" w:type="dxa"/>
              <w:bottom w:w="70" w:type="dxa"/>
              <w:right w:w="70" w:type="dxa"/>
            </w:tcMar>
            <w:vAlign w:val="center"/>
          </w:tcPr>
          <w:p w14:paraId="289136DE" w14:textId="77777777" w:rsidR="00D47296" w:rsidRDefault="008C31C1">
            <w:r>
              <w:rPr>
                <w:b/>
                <w:color w:val="FFFFFF"/>
                <w:sz w:val="15"/>
              </w:rPr>
              <w:t>Att.</w:t>
            </w:r>
          </w:p>
        </w:tc>
        <w:tc>
          <w:tcPr>
            <w:tcW w:w="3528" w:type="dxa"/>
            <w:shd w:val="clear" w:color="auto" w:fill="015A41"/>
            <w:tcMar>
              <w:top w:w="70" w:type="dxa"/>
              <w:left w:w="70" w:type="dxa"/>
              <w:bottom w:w="70" w:type="dxa"/>
              <w:right w:w="70" w:type="dxa"/>
            </w:tcMar>
            <w:vAlign w:val="center"/>
          </w:tcPr>
          <w:p w14:paraId="65F2B13F" w14:textId="77777777" w:rsidR="00D47296" w:rsidRDefault="008C31C1">
            <w:r>
              <w:rPr>
                <w:b/>
                <w:color w:val="FFFFFF"/>
                <w:sz w:val="15"/>
              </w:rPr>
              <w:t>Document / Evidence</w:t>
            </w:r>
          </w:p>
        </w:tc>
        <w:tc>
          <w:tcPr>
            <w:tcW w:w="2088" w:type="dxa"/>
            <w:shd w:val="clear" w:color="auto" w:fill="015A41"/>
            <w:tcMar>
              <w:top w:w="70" w:type="dxa"/>
              <w:left w:w="70" w:type="dxa"/>
              <w:bottom w:w="70" w:type="dxa"/>
              <w:right w:w="70" w:type="dxa"/>
            </w:tcMar>
            <w:vAlign w:val="center"/>
          </w:tcPr>
          <w:p w14:paraId="2A86AC7C" w14:textId="77777777" w:rsidR="00D47296" w:rsidRDefault="008C31C1">
            <w:r>
              <w:rPr>
                <w:b/>
                <w:color w:val="FFFFFF"/>
                <w:sz w:val="15"/>
              </w:rPr>
              <w:t>Required / Basis</w:t>
            </w:r>
          </w:p>
        </w:tc>
        <w:tc>
          <w:tcPr>
            <w:tcW w:w="1512" w:type="dxa"/>
            <w:shd w:val="clear" w:color="auto" w:fill="015A41"/>
            <w:tcMar>
              <w:top w:w="70" w:type="dxa"/>
              <w:left w:w="70" w:type="dxa"/>
              <w:bottom w:w="70" w:type="dxa"/>
              <w:right w:w="70" w:type="dxa"/>
            </w:tcMar>
            <w:vAlign w:val="center"/>
          </w:tcPr>
          <w:p w14:paraId="0B93C86C" w14:textId="77777777" w:rsidR="00D47296" w:rsidRDefault="008C31C1">
            <w:r>
              <w:rPr>
                <w:b/>
                <w:color w:val="FFFFFF"/>
                <w:sz w:val="15"/>
              </w:rPr>
              <w:t>Owner</w:t>
            </w:r>
          </w:p>
        </w:tc>
        <w:tc>
          <w:tcPr>
            <w:tcW w:w="1872" w:type="dxa"/>
            <w:shd w:val="clear" w:color="auto" w:fill="015A41"/>
            <w:tcMar>
              <w:top w:w="70" w:type="dxa"/>
              <w:left w:w="70" w:type="dxa"/>
              <w:bottom w:w="70" w:type="dxa"/>
              <w:right w:w="70" w:type="dxa"/>
            </w:tcMar>
            <w:vAlign w:val="center"/>
          </w:tcPr>
          <w:p w14:paraId="3F7C93A0" w14:textId="77777777" w:rsidR="00D47296" w:rsidRDefault="008C31C1">
            <w:r>
              <w:rPr>
                <w:b/>
                <w:color w:val="FFFFFF"/>
                <w:sz w:val="15"/>
              </w:rPr>
              <w:t>Storage Location</w:t>
            </w:r>
          </w:p>
        </w:tc>
        <w:tc>
          <w:tcPr>
            <w:tcW w:w="1152" w:type="dxa"/>
            <w:shd w:val="clear" w:color="auto" w:fill="015A41"/>
            <w:tcMar>
              <w:top w:w="70" w:type="dxa"/>
              <w:left w:w="70" w:type="dxa"/>
              <w:bottom w:w="70" w:type="dxa"/>
              <w:right w:w="70" w:type="dxa"/>
            </w:tcMar>
            <w:vAlign w:val="center"/>
          </w:tcPr>
          <w:p w14:paraId="29384A67" w14:textId="77777777" w:rsidR="00D47296" w:rsidRDefault="008C31C1">
            <w:r>
              <w:rPr>
                <w:b/>
                <w:color w:val="FFFFFF"/>
                <w:sz w:val="15"/>
              </w:rPr>
              <w:t>Verified</w:t>
            </w:r>
          </w:p>
        </w:tc>
      </w:tr>
      <w:tr w:rsidR="00D47296" w14:paraId="182E6F07" w14:textId="77777777">
        <w:trPr>
          <w:jc w:val="center"/>
        </w:trPr>
        <w:tc>
          <w:tcPr>
            <w:tcW w:w="648" w:type="dxa"/>
            <w:shd w:val="clear" w:color="auto" w:fill="E8F2EE"/>
            <w:tcMar>
              <w:top w:w="70" w:type="dxa"/>
              <w:left w:w="70" w:type="dxa"/>
              <w:bottom w:w="70" w:type="dxa"/>
              <w:right w:w="70" w:type="dxa"/>
            </w:tcMar>
            <w:vAlign w:val="center"/>
          </w:tcPr>
          <w:p w14:paraId="44756949" w14:textId="77777777" w:rsidR="00D47296" w:rsidRDefault="008C31C1">
            <w:r>
              <w:rPr>
                <w:sz w:val="15"/>
              </w:rPr>
              <w:t>A</w:t>
            </w:r>
          </w:p>
        </w:tc>
        <w:tc>
          <w:tcPr>
            <w:tcW w:w="3528" w:type="dxa"/>
            <w:shd w:val="clear" w:color="auto" w:fill="E8F2EE"/>
            <w:tcMar>
              <w:top w:w="70" w:type="dxa"/>
              <w:left w:w="70" w:type="dxa"/>
              <w:bottom w:w="70" w:type="dxa"/>
              <w:right w:w="70" w:type="dxa"/>
            </w:tcMar>
            <w:vAlign w:val="center"/>
          </w:tcPr>
          <w:p w14:paraId="6754E444" w14:textId="77777777" w:rsidR="00D47296" w:rsidRDefault="008C31C1">
            <w:r>
              <w:rPr>
                <w:sz w:val="15"/>
              </w:rPr>
              <w:t>Current EOP approval / 2-year review record</w:t>
            </w:r>
          </w:p>
        </w:tc>
        <w:tc>
          <w:tcPr>
            <w:tcW w:w="2088" w:type="dxa"/>
            <w:shd w:val="clear" w:color="auto" w:fill="E8F2EE"/>
            <w:tcMar>
              <w:top w:w="70" w:type="dxa"/>
              <w:left w:w="70" w:type="dxa"/>
              <w:bottom w:w="70" w:type="dxa"/>
              <w:right w:w="70" w:type="dxa"/>
            </w:tcMar>
            <w:vAlign w:val="center"/>
          </w:tcPr>
          <w:p w14:paraId="3EC6013C" w14:textId="77777777" w:rsidR="00D47296" w:rsidRDefault="008C31C1">
            <w:r>
              <w:rPr>
                <w:sz w:val="15"/>
              </w:rPr>
              <w:t>§491.12(a)</w:t>
            </w:r>
          </w:p>
        </w:tc>
        <w:tc>
          <w:tcPr>
            <w:tcW w:w="1512" w:type="dxa"/>
            <w:shd w:val="clear" w:color="auto" w:fill="E8F2EE"/>
            <w:tcMar>
              <w:top w:w="70" w:type="dxa"/>
              <w:left w:w="70" w:type="dxa"/>
              <w:bottom w:w="70" w:type="dxa"/>
              <w:right w:w="70" w:type="dxa"/>
            </w:tcMar>
            <w:vAlign w:val="center"/>
          </w:tcPr>
          <w:p w14:paraId="4D2A304A" w14:textId="77777777" w:rsidR="00D47296" w:rsidRDefault="008C31C1">
            <w:r>
              <w:rPr>
                <w:sz w:val="15"/>
              </w:rPr>
              <w:t>Administration</w:t>
            </w:r>
          </w:p>
        </w:tc>
        <w:tc>
          <w:tcPr>
            <w:tcW w:w="1872" w:type="dxa"/>
            <w:shd w:val="clear" w:color="auto" w:fill="E8F2EE"/>
            <w:tcMar>
              <w:top w:w="70" w:type="dxa"/>
              <w:left w:w="70" w:type="dxa"/>
              <w:bottom w:w="70" w:type="dxa"/>
              <w:right w:w="70" w:type="dxa"/>
            </w:tcMar>
            <w:vAlign w:val="center"/>
          </w:tcPr>
          <w:p w14:paraId="668B6A63"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0D7D3A33" w14:textId="77777777" w:rsidR="00D47296" w:rsidRDefault="008C31C1">
            <w:r>
              <w:rPr>
                <w:i/>
                <w:color w:val="777777"/>
                <w:sz w:val="24"/>
              </w:rPr>
              <w:t>&lt;Date&gt;</w:t>
            </w:r>
          </w:p>
        </w:tc>
      </w:tr>
      <w:tr w:rsidR="00D47296" w14:paraId="770F7055" w14:textId="77777777">
        <w:trPr>
          <w:jc w:val="center"/>
        </w:trPr>
        <w:tc>
          <w:tcPr>
            <w:tcW w:w="648" w:type="dxa"/>
            <w:tcMar>
              <w:top w:w="70" w:type="dxa"/>
              <w:left w:w="70" w:type="dxa"/>
              <w:bottom w:w="70" w:type="dxa"/>
              <w:right w:w="70" w:type="dxa"/>
            </w:tcMar>
            <w:vAlign w:val="center"/>
          </w:tcPr>
          <w:p w14:paraId="4866115F" w14:textId="77777777" w:rsidR="00D47296" w:rsidRDefault="008C31C1">
            <w:r>
              <w:rPr>
                <w:sz w:val="15"/>
              </w:rPr>
              <w:t>B</w:t>
            </w:r>
          </w:p>
        </w:tc>
        <w:tc>
          <w:tcPr>
            <w:tcW w:w="3528" w:type="dxa"/>
            <w:tcMar>
              <w:top w:w="70" w:type="dxa"/>
              <w:left w:w="70" w:type="dxa"/>
              <w:bottom w:w="70" w:type="dxa"/>
              <w:right w:w="70" w:type="dxa"/>
            </w:tcMar>
            <w:vAlign w:val="center"/>
          </w:tcPr>
          <w:p w14:paraId="0EB53B56" w14:textId="77777777" w:rsidR="00D47296" w:rsidRDefault="008C31C1">
            <w:r>
              <w:rPr>
                <w:sz w:val="15"/>
              </w:rPr>
              <w:t>Facility-based HVA</w:t>
            </w:r>
          </w:p>
        </w:tc>
        <w:tc>
          <w:tcPr>
            <w:tcW w:w="2088" w:type="dxa"/>
            <w:tcMar>
              <w:top w:w="70" w:type="dxa"/>
              <w:left w:w="70" w:type="dxa"/>
              <w:bottom w:w="70" w:type="dxa"/>
              <w:right w:w="70" w:type="dxa"/>
            </w:tcMar>
            <w:vAlign w:val="center"/>
          </w:tcPr>
          <w:p w14:paraId="59B21334" w14:textId="77777777" w:rsidR="00D47296" w:rsidRDefault="008C31C1">
            <w:r>
              <w:rPr>
                <w:sz w:val="15"/>
              </w:rPr>
              <w:t>§491.12(a)(1)</w:t>
            </w:r>
          </w:p>
        </w:tc>
        <w:tc>
          <w:tcPr>
            <w:tcW w:w="1512" w:type="dxa"/>
            <w:tcMar>
              <w:top w:w="70" w:type="dxa"/>
              <w:left w:w="70" w:type="dxa"/>
              <w:bottom w:w="70" w:type="dxa"/>
              <w:right w:w="70" w:type="dxa"/>
            </w:tcMar>
            <w:vAlign w:val="center"/>
          </w:tcPr>
          <w:p w14:paraId="1F979E3D" w14:textId="77777777" w:rsidR="00D47296" w:rsidRDefault="008C31C1">
            <w:r>
              <w:rPr>
                <w:sz w:val="15"/>
              </w:rPr>
              <w:t>EP</w:t>
            </w:r>
          </w:p>
        </w:tc>
        <w:tc>
          <w:tcPr>
            <w:tcW w:w="1872" w:type="dxa"/>
            <w:tcMar>
              <w:top w:w="70" w:type="dxa"/>
              <w:left w:w="70" w:type="dxa"/>
              <w:bottom w:w="70" w:type="dxa"/>
              <w:right w:w="70" w:type="dxa"/>
            </w:tcMar>
            <w:vAlign w:val="center"/>
          </w:tcPr>
          <w:p w14:paraId="169E56AA"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536F7CB1" w14:textId="77777777" w:rsidR="00D47296" w:rsidRDefault="008C31C1">
            <w:r>
              <w:rPr>
                <w:i/>
                <w:color w:val="777777"/>
                <w:sz w:val="24"/>
              </w:rPr>
              <w:t>&lt;Date&gt;</w:t>
            </w:r>
          </w:p>
        </w:tc>
      </w:tr>
      <w:tr w:rsidR="00D47296" w14:paraId="32CD81F1" w14:textId="77777777">
        <w:trPr>
          <w:jc w:val="center"/>
        </w:trPr>
        <w:tc>
          <w:tcPr>
            <w:tcW w:w="648" w:type="dxa"/>
            <w:shd w:val="clear" w:color="auto" w:fill="E8F2EE"/>
            <w:tcMar>
              <w:top w:w="70" w:type="dxa"/>
              <w:left w:w="70" w:type="dxa"/>
              <w:bottom w:w="70" w:type="dxa"/>
              <w:right w:w="70" w:type="dxa"/>
            </w:tcMar>
            <w:vAlign w:val="center"/>
          </w:tcPr>
          <w:p w14:paraId="26556B82" w14:textId="77777777" w:rsidR="00D47296" w:rsidRDefault="008C31C1">
            <w:r>
              <w:rPr>
                <w:sz w:val="15"/>
              </w:rPr>
              <w:t>B</w:t>
            </w:r>
          </w:p>
        </w:tc>
        <w:tc>
          <w:tcPr>
            <w:tcW w:w="3528" w:type="dxa"/>
            <w:shd w:val="clear" w:color="auto" w:fill="E8F2EE"/>
            <w:tcMar>
              <w:top w:w="70" w:type="dxa"/>
              <w:left w:w="70" w:type="dxa"/>
              <w:bottom w:w="70" w:type="dxa"/>
              <w:right w:w="70" w:type="dxa"/>
            </w:tcMar>
            <w:vAlign w:val="center"/>
          </w:tcPr>
          <w:p w14:paraId="360A332B" w14:textId="77777777" w:rsidR="00D47296" w:rsidRDefault="008C31C1">
            <w:r>
              <w:rPr>
                <w:sz w:val="15"/>
              </w:rPr>
              <w:t>Community-based risk source</w:t>
            </w:r>
          </w:p>
        </w:tc>
        <w:tc>
          <w:tcPr>
            <w:tcW w:w="2088" w:type="dxa"/>
            <w:shd w:val="clear" w:color="auto" w:fill="E8F2EE"/>
            <w:tcMar>
              <w:top w:w="70" w:type="dxa"/>
              <w:left w:w="70" w:type="dxa"/>
              <w:bottom w:w="70" w:type="dxa"/>
              <w:right w:w="70" w:type="dxa"/>
            </w:tcMar>
            <w:vAlign w:val="center"/>
          </w:tcPr>
          <w:p w14:paraId="4059C366" w14:textId="77777777" w:rsidR="00D47296" w:rsidRDefault="008C31C1">
            <w:r>
              <w:rPr>
                <w:sz w:val="15"/>
              </w:rPr>
              <w:t>§491.12(a)(1)</w:t>
            </w:r>
          </w:p>
        </w:tc>
        <w:tc>
          <w:tcPr>
            <w:tcW w:w="1512" w:type="dxa"/>
            <w:shd w:val="clear" w:color="auto" w:fill="E8F2EE"/>
            <w:tcMar>
              <w:top w:w="70" w:type="dxa"/>
              <w:left w:w="70" w:type="dxa"/>
              <w:bottom w:w="70" w:type="dxa"/>
              <w:right w:w="70" w:type="dxa"/>
            </w:tcMar>
            <w:vAlign w:val="center"/>
          </w:tcPr>
          <w:p w14:paraId="4EAA0488" w14:textId="77777777" w:rsidR="00D47296" w:rsidRDefault="008C31C1">
            <w:r>
              <w:rPr>
                <w:sz w:val="15"/>
              </w:rPr>
              <w:t>EP</w:t>
            </w:r>
          </w:p>
        </w:tc>
        <w:tc>
          <w:tcPr>
            <w:tcW w:w="1872" w:type="dxa"/>
            <w:shd w:val="clear" w:color="auto" w:fill="E8F2EE"/>
            <w:tcMar>
              <w:top w:w="70" w:type="dxa"/>
              <w:left w:w="70" w:type="dxa"/>
              <w:bottom w:w="70" w:type="dxa"/>
              <w:right w:w="70" w:type="dxa"/>
            </w:tcMar>
            <w:vAlign w:val="center"/>
          </w:tcPr>
          <w:p w14:paraId="6B7CC57F"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2CB18F26" w14:textId="77777777" w:rsidR="00D47296" w:rsidRDefault="008C31C1">
            <w:r>
              <w:rPr>
                <w:i/>
                <w:color w:val="777777"/>
                <w:sz w:val="24"/>
              </w:rPr>
              <w:t>&lt;Date&gt;</w:t>
            </w:r>
          </w:p>
        </w:tc>
      </w:tr>
      <w:tr w:rsidR="00D47296" w14:paraId="1512348F" w14:textId="77777777">
        <w:trPr>
          <w:jc w:val="center"/>
        </w:trPr>
        <w:tc>
          <w:tcPr>
            <w:tcW w:w="648" w:type="dxa"/>
            <w:tcMar>
              <w:top w:w="70" w:type="dxa"/>
              <w:left w:w="70" w:type="dxa"/>
              <w:bottom w:w="70" w:type="dxa"/>
              <w:right w:w="70" w:type="dxa"/>
            </w:tcMar>
            <w:vAlign w:val="center"/>
          </w:tcPr>
          <w:p w14:paraId="10FECBED" w14:textId="77777777" w:rsidR="00D47296" w:rsidRDefault="008C31C1">
            <w:r>
              <w:rPr>
                <w:sz w:val="15"/>
              </w:rPr>
              <w:t>C</w:t>
            </w:r>
          </w:p>
        </w:tc>
        <w:tc>
          <w:tcPr>
            <w:tcW w:w="3528" w:type="dxa"/>
            <w:tcMar>
              <w:top w:w="70" w:type="dxa"/>
              <w:left w:w="70" w:type="dxa"/>
              <w:bottom w:w="70" w:type="dxa"/>
              <w:right w:w="70" w:type="dxa"/>
            </w:tcMar>
            <w:vAlign w:val="center"/>
          </w:tcPr>
          <w:p w14:paraId="19E2009E" w14:textId="77777777" w:rsidR="00D47296" w:rsidRDefault="008C31C1">
            <w:r>
              <w:rPr>
                <w:sz w:val="15"/>
              </w:rPr>
              <w:t>EP policies/procedures index</w:t>
            </w:r>
          </w:p>
        </w:tc>
        <w:tc>
          <w:tcPr>
            <w:tcW w:w="2088" w:type="dxa"/>
            <w:tcMar>
              <w:top w:w="70" w:type="dxa"/>
              <w:left w:w="70" w:type="dxa"/>
              <w:bottom w:w="70" w:type="dxa"/>
              <w:right w:w="70" w:type="dxa"/>
            </w:tcMar>
            <w:vAlign w:val="center"/>
          </w:tcPr>
          <w:p w14:paraId="0E3E65BF" w14:textId="77777777" w:rsidR="00D47296" w:rsidRDefault="008C31C1">
            <w:r>
              <w:rPr>
                <w:sz w:val="15"/>
              </w:rPr>
              <w:t>§491.12(b)</w:t>
            </w:r>
          </w:p>
        </w:tc>
        <w:tc>
          <w:tcPr>
            <w:tcW w:w="1512" w:type="dxa"/>
            <w:tcMar>
              <w:top w:w="70" w:type="dxa"/>
              <w:left w:w="70" w:type="dxa"/>
              <w:bottom w:w="70" w:type="dxa"/>
              <w:right w:w="70" w:type="dxa"/>
            </w:tcMar>
            <w:vAlign w:val="center"/>
          </w:tcPr>
          <w:p w14:paraId="0AD21AA5" w14:textId="77777777" w:rsidR="00D47296" w:rsidRDefault="008C31C1">
            <w:r>
              <w:rPr>
                <w:sz w:val="15"/>
              </w:rPr>
              <w:t>Administration</w:t>
            </w:r>
          </w:p>
        </w:tc>
        <w:tc>
          <w:tcPr>
            <w:tcW w:w="1872" w:type="dxa"/>
            <w:tcMar>
              <w:top w:w="70" w:type="dxa"/>
              <w:left w:w="70" w:type="dxa"/>
              <w:bottom w:w="70" w:type="dxa"/>
              <w:right w:w="70" w:type="dxa"/>
            </w:tcMar>
            <w:vAlign w:val="center"/>
          </w:tcPr>
          <w:p w14:paraId="3954DFA5"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08147D29" w14:textId="77777777" w:rsidR="00D47296" w:rsidRDefault="008C31C1">
            <w:r>
              <w:rPr>
                <w:i/>
                <w:color w:val="777777"/>
                <w:sz w:val="24"/>
              </w:rPr>
              <w:t>&lt;Date&gt;</w:t>
            </w:r>
          </w:p>
        </w:tc>
      </w:tr>
      <w:tr w:rsidR="00D47296" w14:paraId="06E51F18" w14:textId="77777777">
        <w:trPr>
          <w:jc w:val="center"/>
        </w:trPr>
        <w:tc>
          <w:tcPr>
            <w:tcW w:w="648" w:type="dxa"/>
            <w:shd w:val="clear" w:color="auto" w:fill="E8F2EE"/>
            <w:tcMar>
              <w:top w:w="70" w:type="dxa"/>
              <w:left w:w="70" w:type="dxa"/>
              <w:bottom w:w="70" w:type="dxa"/>
              <w:right w:w="70" w:type="dxa"/>
            </w:tcMar>
            <w:vAlign w:val="center"/>
          </w:tcPr>
          <w:p w14:paraId="7677214C" w14:textId="77777777" w:rsidR="00D47296" w:rsidRDefault="008C31C1">
            <w:r>
              <w:rPr>
                <w:sz w:val="15"/>
              </w:rPr>
              <w:t>D</w:t>
            </w:r>
          </w:p>
        </w:tc>
        <w:tc>
          <w:tcPr>
            <w:tcW w:w="3528" w:type="dxa"/>
            <w:shd w:val="clear" w:color="auto" w:fill="E8F2EE"/>
            <w:tcMar>
              <w:top w:w="70" w:type="dxa"/>
              <w:left w:w="70" w:type="dxa"/>
              <w:bottom w:w="70" w:type="dxa"/>
              <w:right w:w="70" w:type="dxa"/>
            </w:tcMar>
            <w:vAlign w:val="center"/>
          </w:tcPr>
          <w:p w14:paraId="53454829" w14:textId="77777777" w:rsidR="00D47296" w:rsidRDefault="008C31C1">
            <w:r>
              <w:rPr>
                <w:sz w:val="15"/>
              </w:rPr>
              <w:t>Training plan and training records</w:t>
            </w:r>
          </w:p>
        </w:tc>
        <w:tc>
          <w:tcPr>
            <w:tcW w:w="2088" w:type="dxa"/>
            <w:shd w:val="clear" w:color="auto" w:fill="E8F2EE"/>
            <w:tcMar>
              <w:top w:w="70" w:type="dxa"/>
              <w:left w:w="70" w:type="dxa"/>
              <w:bottom w:w="70" w:type="dxa"/>
              <w:right w:w="70" w:type="dxa"/>
            </w:tcMar>
            <w:vAlign w:val="center"/>
          </w:tcPr>
          <w:p w14:paraId="23EE27EF" w14:textId="77777777" w:rsidR="00D47296" w:rsidRDefault="008C31C1">
            <w:r>
              <w:rPr>
                <w:sz w:val="15"/>
              </w:rPr>
              <w:t>§491.12(d)(1)</w:t>
            </w:r>
          </w:p>
        </w:tc>
        <w:tc>
          <w:tcPr>
            <w:tcW w:w="1512" w:type="dxa"/>
            <w:shd w:val="clear" w:color="auto" w:fill="E8F2EE"/>
            <w:tcMar>
              <w:top w:w="70" w:type="dxa"/>
              <w:left w:w="70" w:type="dxa"/>
              <w:bottom w:w="70" w:type="dxa"/>
              <w:right w:w="70" w:type="dxa"/>
            </w:tcMar>
            <w:vAlign w:val="center"/>
          </w:tcPr>
          <w:p w14:paraId="027EC9E7" w14:textId="77777777" w:rsidR="00D47296" w:rsidRDefault="008C31C1">
            <w:r>
              <w:rPr>
                <w:sz w:val="15"/>
              </w:rPr>
              <w:t>HR / EP</w:t>
            </w:r>
          </w:p>
        </w:tc>
        <w:tc>
          <w:tcPr>
            <w:tcW w:w="1872" w:type="dxa"/>
            <w:shd w:val="clear" w:color="auto" w:fill="E8F2EE"/>
            <w:tcMar>
              <w:top w:w="70" w:type="dxa"/>
              <w:left w:w="70" w:type="dxa"/>
              <w:bottom w:w="70" w:type="dxa"/>
              <w:right w:w="70" w:type="dxa"/>
            </w:tcMar>
            <w:vAlign w:val="center"/>
          </w:tcPr>
          <w:p w14:paraId="551460BC"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09CFE086" w14:textId="77777777" w:rsidR="00D47296" w:rsidRDefault="008C31C1">
            <w:r>
              <w:rPr>
                <w:i/>
                <w:color w:val="777777"/>
                <w:sz w:val="24"/>
              </w:rPr>
              <w:t>&lt;Date&gt;</w:t>
            </w:r>
          </w:p>
        </w:tc>
      </w:tr>
      <w:tr w:rsidR="00D47296" w14:paraId="23B814FE" w14:textId="77777777">
        <w:trPr>
          <w:jc w:val="center"/>
        </w:trPr>
        <w:tc>
          <w:tcPr>
            <w:tcW w:w="648" w:type="dxa"/>
            <w:tcMar>
              <w:top w:w="70" w:type="dxa"/>
              <w:left w:w="70" w:type="dxa"/>
              <w:bottom w:w="70" w:type="dxa"/>
              <w:right w:w="70" w:type="dxa"/>
            </w:tcMar>
            <w:vAlign w:val="center"/>
          </w:tcPr>
          <w:p w14:paraId="1EE687DB" w14:textId="77777777" w:rsidR="00D47296" w:rsidRDefault="008C31C1">
            <w:r>
              <w:rPr>
                <w:sz w:val="15"/>
              </w:rPr>
              <w:t>D</w:t>
            </w:r>
          </w:p>
        </w:tc>
        <w:tc>
          <w:tcPr>
            <w:tcW w:w="3528" w:type="dxa"/>
            <w:tcMar>
              <w:top w:w="70" w:type="dxa"/>
              <w:left w:w="70" w:type="dxa"/>
              <w:bottom w:w="70" w:type="dxa"/>
              <w:right w:w="70" w:type="dxa"/>
            </w:tcMar>
            <w:vAlign w:val="center"/>
          </w:tcPr>
          <w:p w14:paraId="0CF68F83" w14:textId="77777777" w:rsidR="00D47296" w:rsidRDefault="008C31C1">
            <w:r>
              <w:rPr>
                <w:sz w:val="15"/>
              </w:rPr>
              <w:t>Annual exercise / testing cycle evidence</w:t>
            </w:r>
          </w:p>
        </w:tc>
        <w:tc>
          <w:tcPr>
            <w:tcW w:w="2088" w:type="dxa"/>
            <w:tcMar>
              <w:top w:w="70" w:type="dxa"/>
              <w:left w:w="70" w:type="dxa"/>
              <w:bottom w:w="70" w:type="dxa"/>
              <w:right w:w="70" w:type="dxa"/>
            </w:tcMar>
            <w:vAlign w:val="center"/>
          </w:tcPr>
          <w:p w14:paraId="69EC5BD8" w14:textId="77777777" w:rsidR="00D47296" w:rsidRDefault="008C31C1">
            <w:r>
              <w:rPr>
                <w:sz w:val="15"/>
              </w:rPr>
              <w:t>§491.12(d)(2)</w:t>
            </w:r>
          </w:p>
        </w:tc>
        <w:tc>
          <w:tcPr>
            <w:tcW w:w="1512" w:type="dxa"/>
            <w:tcMar>
              <w:top w:w="70" w:type="dxa"/>
              <w:left w:w="70" w:type="dxa"/>
              <w:bottom w:w="70" w:type="dxa"/>
              <w:right w:w="70" w:type="dxa"/>
            </w:tcMar>
            <w:vAlign w:val="center"/>
          </w:tcPr>
          <w:p w14:paraId="2B8C63B5" w14:textId="77777777" w:rsidR="00D47296" w:rsidRDefault="008C31C1">
            <w:r>
              <w:rPr>
                <w:sz w:val="15"/>
              </w:rPr>
              <w:t>EP</w:t>
            </w:r>
          </w:p>
        </w:tc>
        <w:tc>
          <w:tcPr>
            <w:tcW w:w="1872" w:type="dxa"/>
            <w:tcMar>
              <w:top w:w="70" w:type="dxa"/>
              <w:left w:w="70" w:type="dxa"/>
              <w:bottom w:w="70" w:type="dxa"/>
              <w:right w:w="70" w:type="dxa"/>
            </w:tcMar>
            <w:vAlign w:val="center"/>
          </w:tcPr>
          <w:p w14:paraId="43D9E25B"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18CDA177" w14:textId="77777777" w:rsidR="00D47296" w:rsidRDefault="008C31C1">
            <w:r>
              <w:rPr>
                <w:i/>
                <w:color w:val="777777"/>
                <w:sz w:val="24"/>
              </w:rPr>
              <w:t>&lt;Date&gt;</w:t>
            </w:r>
          </w:p>
        </w:tc>
      </w:tr>
      <w:tr w:rsidR="00D47296" w14:paraId="39C94C91" w14:textId="77777777">
        <w:trPr>
          <w:jc w:val="center"/>
        </w:trPr>
        <w:tc>
          <w:tcPr>
            <w:tcW w:w="648" w:type="dxa"/>
            <w:shd w:val="clear" w:color="auto" w:fill="E8F2EE"/>
            <w:tcMar>
              <w:top w:w="70" w:type="dxa"/>
              <w:left w:w="70" w:type="dxa"/>
              <w:bottom w:w="70" w:type="dxa"/>
              <w:right w:w="70" w:type="dxa"/>
            </w:tcMar>
            <w:vAlign w:val="center"/>
          </w:tcPr>
          <w:p w14:paraId="680A280B" w14:textId="77777777" w:rsidR="00D47296" w:rsidRDefault="008C31C1">
            <w:r>
              <w:rPr>
                <w:sz w:val="15"/>
              </w:rPr>
              <w:t>E</w:t>
            </w:r>
          </w:p>
        </w:tc>
        <w:tc>
          <w:tcPr>
            <w:tcW w:w="3528" w:type="dxa"/>
            <w:shd w:val="clear" w:color="auto" w:fill="E8F2EE"/>
            <w:tcMar>
              <w:top w:w="70" w:type="dxa"/>
              <w:left w:w="70" w:type="dxa"/>
              <w:bottom w:w="70" w:type="dxa"/>
              <w:right w:w="70" w:type="dxa"/>
            </w:tcMar>
            <w:vAlign w:val="center"/>
          </w:tcPr>
          <w:p w14:paraId="68AF0AAE" w14:textId="77777777" w:rsidR="00D47296" w:rsidRDefault="008C31C1">
            <w:r>
              <w:rPr>
                <w:sz w:val="15"/>
              </w:rPr>
              <w:t>Required contact directory / alternate comms</w:t>
            </w:r>
          </w:p>
        </w:tc>
        <w:tc>
          <w:tcPr>
            <w:tcW w:w="2088" w:type="dxa"/>
            <w:shd w:val="clear" w:color="auto" w:fill="E8F2EE"/>
            <w:tcMar>
              <w:top w:w="70" w:type="dxa"/>
              <w:left w:w="70" w:type="dxa"/>
              <w:bottom w:w="70" w:type="dxa"/>
              <w:right w:w="70" w:type="dxa"/>
            </w:tcMar>
            <w:vAlign w:val="center"/>
          </w:tcPr>
          <w:p w14:paraId="1E39A981" w14:textId="77777777" w:rsidR="00D47296" w:rsidRDefault="008C31C1">
            <w:r>
              <w:rPr>
                <w:sz w:val="15"/>
              </w:rPr>
              <w:t>§491.12(c)</w:t>
            </w:r>
          </w:p>
        </w:tc>
        <w:tc>
          <w:tcPr>
            <w:tcW w:w="1512" w:type="dxa"/>
            <w:shd w:val="clear" w:color="auto" w:fill="E8F2EE"/>
            <w:tcMar>
              <w:top w:w="70" w:type="dxa"/>
              <w:left w:w="70" w:type="dxa"/>
              <w:bottom w:w="70" w:type="dxa"/>
              <w:right w:w="70" w:type="dxa"/>
            </w:tcMar>
            <w:vAlign w:val="center"/>
          </w:tcPr>
          <w:p w14:paraId="252869BF" w14:textId="77777777" w:rsidR="00D47296" w:rsidRDefault="008C31C1">
            <w:r>
              <w:rPr>
                <w:sz w:val="15"/>
              </w:rPr>
              <w:t>Administration</w:t>
            </w:r>
          </w:p>
        </w:tc>
        <w:tc>
          <w:tcPr>
            <w:tcW w:w="1872" w:type="dxa"/>
            <w:shd w:val="clear" w:color="auto" w:fill="E8F2EE"/>
            <w:tcMar>
              <w:top w:w="70" w:type="dxa"/>
              <w:left w:w="70" w:type="dxa"/>
              <w:bottom w:w="70" w:type="dxa"/>
              <w:right w:w="70" w:type="dxa"/>
            </w:tcMar>
            <w:vAlign w:val="center"/>
          </w:tcPr>
          <w:p w14:paraId="1A6D7A7D"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7500C66D" w14:textId="77777777" w:rsidR="00D47296" w:rsidRDefault="008C31C1">
            <w:r>
              <w:rPr>
                <w:i/>
                <w:color w:val="777777"/>
                <w:sz w:val="24"/>
              </w:rPr>
              <w:t>&lt;Date&gt;</w:t>
            </w:r>
          </w:p>
        </w:tc>
      </w:tr>
      <w:tr w:rsidR="00D47296" w14:paraId="4A4AB6F7" w14:textId="77777777">
        <w:trPr>
          <w:jc w:val="center"/>
        </w:trPr>
        <w:tc>
          <w:tcPr>
            <w:tcW w:w="648" w:type="dxa"/>
            <w:tcMar>
              <w:top w:w="70" w:type="dxa"/>
              <w:left w:w="70" w:type="dxa"/>
              <w:bottom w:w="70" w:type="dxa"/>
              <w:right w:w="70" w:type="dxa"/>
            </w:tcMar>
            <w:vAlign w:val="center"/>
          </w:tcPr>
          <w:p w14:paraId="7A8B3203" w14:textId="77777777" w:rsidR="00D47296" w:rsidRDefault="008C31C1">
            <w:r>
              <w:rPr>
                <w:sz w:val="15"/>
              </w:rPr>
              <w:t>F</w:t>
            </w:r>
          </w:p>
        </w:tc>
        <w:tc>
          <w:tcPr>
            <w:tcW w:w="3528" w:type="dxa"/>
            <w:tcMar>
              <w:top w:w="70" w:type="dxa"/>
              <w:left w:w="70" w:type="dxa"/>
              <w:bottom w:w="70" w:type="dxa"/>
              <w:right w:w="70" w:type="dxa"/>
            </w:tcMar>
            <w:vAlign w:val="center"/>
          </w:tcPr>
          <w:p w14:paraId="490A870A" w14:textId="77777777" w:rsidR="00D47296" w:rsidRDefault="008C31C1">
            <w:r>
              <w:rPr>
                <w:sz w:val="15"/>
              </w:rPr>
              <w:t>Service/referral/after-hours agreements</w:t>
            </w:r>
          </w:p>
        </w:tc>
        <w:tc>
          <w:tcPr>
            <w:tcW w:w="2088" w:type="dxa"/>
            <w:tcMar>
              <w:top w:w="70" w:type="dxa"/>
              <w:left w:w="70" w:type="dxa"/>
              <w:bottom w:w="70" w:type="dxa"/>
              <w:right w:w="70" w:type="dxa"/>
            </w:tcMar>
            <w:vAlign w:val="center"/>
          </w:tcPr>
          <w:p w14:paraId="33EB5E7B" w14:textId="77777777" w:rsidR="00D47296" w:rsidRDefault="008C31C1">
            <w:r>
              <w:rPr>
                <w:sz w:val="15"/>
              </w:rPr>
              <w:t>Operational / HRSA if applicable</w:t>
            </w:r>
          </w:p>
        </w:tc>
        <w:tc>
          <w:tcPr>
            <w:tcW w:w="1512" w:type="dxa"/>
            <w:tcMar>
              <w:top w:w="70" w:type="dxa"/>
              <w:left w:w="70" w:type="dxa"/>
              <w:bottom w:w="70" w:type="dxa"/>
              <w:right w:w="70" w:type="dxa"/>
            </w:tcMar>
            <w:vAlign w:val="center"/>
          </w:tcPr>
          <w:p w14:paraId="679451F9" w14:textId="77777777" w:rsidR="00D47296" w:rsidRDefault="008C31C1">
            <w:r>
              <w:rPr>
                <w:sz w:val="15"/>
              </w:rPr>
              <w:t>Clinical / Admin</w:t>
            </w:r>
          </w:p>
        </w:tc>
        <w:tc>
          <w:tcPr>
            <w:tcW w:w="1872" w:type="dxa"/>
            <w:tcMar>
              <w:top w:w="70" w:type="dxa"/>
              <w:left w:w="70" w:type="dxa"/>
              <w:bottom w:w="70" w:type="dxa"/>
              <w:right w:w="70" w:type="dxa"/>
            </w:tcMar>
            <w:vAlign w:val="center"/>
          </w:tcPr>
          <w:p w14:paraId="4019ADA0"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3426A9BE" w14:textId="77777777" w:rsidR="00D47296" w:rsidRDefault="008C31C1">
            <w:r>
              <w:rPr>
                <w:i/>
                <w:color w:val="777777"/>
                <w:sz w:val="24"/>
              </w:rPr>
              <w:t>&lt;Date&gt;</w:t>
            </w:r>
          </w:p>
        </w:tc>
      </w:tr>
      <w:tr w:rsidR="00D47296" w14:paraId="4F925A75" w14:textId="77777777">
        <w:trPr>
          <w:jc w:val="center"/>
        </w:trPr>
        <w:tc>
          <w:tcPr>
            <w:tcW w:w="648" w:type="dxa"/>
            <w:shd w:val="clear" w:color="auto" w:fill="E8F2EE"/>
            <w:tcMar>
              <w:top w:w="70" w:type="dxa"/>
              <w:left w:w="70" w:type="dxa"/>
              <w:bottom w:w="70" w:type="dxa"/>
              <w:right w:w="70" w:type="dxa"/>
            </w:tcMar>
            <w:vAlign w:val="center"/>
          </w:tcPr>
          <w:p w14:paraId="2F59EC83" w14:textId="77777777" w:rsidR="00D47296" w:rsidRDefault="008C31C1">
            <w:r>
              <w:rPr>
                <w:sz w:val="15"/>
              </w:rPr>
              <w:t>K</w:t>
            </w:r>
          </w:p>
        </w:tc>
        <w:tc>
          <w:tcPr>
            <w:tcW w:w="3528" w:type="dxa"/>
            <w:shd w:val="clear" w:color="auto" w:fill="E8F2EE"/>
            <w:tcMar>
              <w:top w:w="70" w:type="dxa"/>
              <w:left w:w="70" w:type="dxa"/>
              <w:bottom w:w="70" w:type="dxa"/>
              <w:right w:w="70" w:type="dxa"/>
            </w:tcMar>
            <w:vAlign w:val="center"/>
          </w:tcPr>
          <w:p w14:paraId="27D31BB5" w14:textId="77777777" w:rsidR="00D47296" w:rsidRDefault="008C31C1">
            <w:r>
              <w:rPr>
                <w:sz w:val="15"/>
              </w:rPr>
              <w:t>Medical records / EHR downtime procedure</w:t>
            </w:r>
          </w:p>
        </w:tc>
        <w:tc>
          <w:tcPr>
            <w:tcW w:w="2088" w:type="dxa"/>
            <w:shd w:val="clear" w:color="auto" w:fill="E8F2EE"/>
            <w:tcMar>
              <w:top w:w="70" w:type="dxa"/>
              <w:left w:w="70" w:type="dxa"/>
              <w:bottom w:w="70" w:type="dxa"/>
              <w:right w:w="70" w:type="dxa"/>
            </w:tcMar>
            <w:vAlign w:val="center"/>
          </w:tcPr>
          <w:p w14:paraId="68DAB87B" w14:textId="77777777" w:rsidR="00D47296" w:rsidRDefault="008C31C1">
            <w:r>
              <w:rPr>
                <w:sz w:val="15"/>
              </w:rPr>
              <w:t>§491.12(b)(3); §491.10</w:t>
            </w:r>
          </w:p>
        </w:tc>
        <w:tc>
          <w:tcPr>
            <w:tcW w:w="1512" w:type="dxa"/>
            <w:shd w:val="clear" w:color="auto" w:fill="E8F2EE"/>
            <w:tcMar>
              <w:top w:w="70" w:type="dxa"/>
              <w:left w:w="70" w:type="dxa"/>
              <w:bottom w:w="70" w:type="dxa"/>
              <w:right w:w="70" w:type="dxa"/>
            </w:tcMar>
            <w:vAlign w:val="center"/>
          </w:tcPr>
          <w:p w14:paraId="29E43CB3" w14:textId="77777777" w:rsidR="00D47296" w:rsidRDefault="008C31C1">
            <w:r>
              <w:rPr>
                <w:sz w:val="15"/>
              </w:rPr>
              <w:t>HIM / IT</w:t>
            </w:r>
          </w:p>
        </w:tc>
        <w:tc>
          <w:tcPr>
            <w:tcW w:w="1872" w:type="dxa"/>
            <w:shd w:val="clear" w:color="auto" w:fill="E8F2EE"/>
            <w:tcMar>
              <w:top w:w="70" w:type="dxa"/>
              <w:left w:w="70" w:type="dxa"/>
              <w:bottom w:w="70" w:type="dxa"/>
              <w:right w:w="70" w:type="dxa"/>
            </w:tcMar>
            <w:vAlign w:val="center"/>
          </w:tcPr>
          <w:p w14:paraId="33F955BA"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7F5A8AF8" w14:textId="77777777" w:rsidR="00D47296" w:rsidRDefault="008C31C1">
            <w:r>
              <w:rPr>
                <w:i/>
                <w:color w:val="777777"/>
                <w:sz w:val="24"/>
              </w:rPr>
              <w:t>&lt;Date&gt;</w:t>
            </w:r>
          </w:p>
        </w:tc>
      </w:tr>
      <w:tr w:rsidR="00D47296" w14:paraId="430E8E1B" w14:textId="77777777">
        <w:trPr>
          <w:jc w:val="center"/>
        </w:trPr>
        <w:tc>
          <w:tcPr>
            <w:tcW w:w="648" w:type="dxa"/>
            <w:tcMar>
              <w:top w:w="70" w:type="dxa"/>
              <w:left w:w="70" w:type="dxa"/>
              <w:bottom w:w="70" w:type="dxa"/>
              <w:right w:w="70" w:type="dxa"/>
            </w:tcMar>
            <w:vAlign w:val="center"/>
          </w:tcPr>
          <w:p w14:paraId="3CA518D7" w14:textId="77777777" w:rsidR="00D47296" w:rsidRDefault="008C31C1">
            <w:r>
              <w:rPr>
                <w:sz w:val="15"/>
              </w:rPr>
              <w:t>L</w:t>
            </w:r>
          </w:p>
        </w:tc>
        <w:tc>
          <w:tcPr>
            <w:tcW w:w="3528" w:type="dxa"/>
            <w:tcMar>
              <w:top w:w="70" w:type="dxa"/>
              <w:left w:w="70" w:type="dxa"/>
              <w:bottom w:w="70" w:type="dxa"/>
              <w:right w:w="70" w:type="dxa"/>
            </w:tcMar>
            <w:vAlign w:val="center"/>
          </w:tcPr>
          <w:p w14:paraId="24B6BDE2" w14:textId="77777777" w:rsidR="00D47296" w:rsidRDefault="008C31C1">
            <w:r>
              <w:rPr>
                <w:sz w:val="15"/>
              </w:rPr>
              <w:t>Preventive maintenance records</w:t>
            </w:r>
          </w:p>
        </w:tc>
        <w:tc>
          <w:tcPr>
            <w:tcW w:w="2088" w:type="dxa"/>
            <w:tcMar>
              <w:top w:w="70" w:type="dxa"/>
              <w:left w:w="70" w:type="dxa"/>
              <w:bottom w:w="70" w:type="dxa"/>
              <w:right w:w="70" w:type="dxa"/>
            </w:tcMar>
            <w:vAlign w:val="center"/>
          </w:tcPr>
          <w:p w14:paraId="119F4F69" w14:textId="77777777" w:rsidR="00D47296" w:rsidRDefault="008C31C1">
            <w:r>
              <w:rPr>
                <w:sz w:val="15"/>
              </w:rPr>
              <w:t>§491.6</w:t>
            </w:r>
          </w:p>
        </w:tc>
        <w:tc>
          <w:tcPr>
            <w:tcW w:w="1512" w:type="dxa"/>
            <w:tcMar>
              <w:top w:w="70" w:type="dxa"/>
              <w:left w:w="70" w:type="dxa"/>
              <w:bottom w:w="70" w:type="dxa"/>
              <w:right w:w="70" w:type="dxa"/>
            </w:tcMar>
            <w:vAlign w:val="center"/>
          </w:tcPr>
          <w:p w14:paraId="27B62D7D" w14:textId="77777777" w:rsidR="00D47296" w:rsidRDefault="008C31C1">
            <w:r>
              <w:rPr>
                <w:sz w:val="15"/>
              </w:rPr>
              <w:t>Facilities</w:t>
            </w:r>
          </w:p>
        </w:tc>
        <w:tc>
          <w:tcPr>
            <w:tcW w:w="1872" w:type="dxa"/>
            <w:tcMar>
              <w:top w:w="70" w:type="dxa"/>
              <w:left w:w="70" w:type="dxa"/>
              <w:bottom w:w="70" w:type="dxa"/>
              <w:right w:w="70" w:type="dxa"/>
            </w:tcMar>
            <w:vAlign w:val="center"/>
          </w:tcPr>
          <w:p w14:paraId="12FBCCAF"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60E818DC" w14:textId="77777777" w:rsidR="00D47296" w:rsidRDefault="008C31C1">
            <w:r>
              <w:rPr>
                <w:i/>
                <w:color w:val="777777"/>
                <w:sz w:val="24"/>
              </w:rPr>
              <w:t>&lt;Date&gt;</w:t>
            </w:r>
          </w:p>
        </w:tc>
      </w:tr>
      <w:tr w:rsidR="00D47296" w14:paraId="62F83ED5" w14:textId="77777777">
        <w:trPr>
          <w:jc w:val="center"/>
        </w:trPr>
        <w:tc>
          <w:tcPr>
            <w:tcW w:w="648" w:type="dxa"/>
            <w:shd w:val="clear" w:color="auto" w:fill="E8F2EE"/>
            <w:tcMar>
              <w:top w:w="70" w:type="dxa"/>
              <w:left w:w="70" w:type="dxa"/>
              <w:bottom w:w="70" w:type="dxa"/>
              <w:right w:w="70" w:type="dxa"/>
            </w:tcMar>
            <w:vAlign w:val="center"/>
          </w:tcPr>
          <w:p w14:paraId="206E8803" w14:textId="77777777" w:rsidR="00D47296" w:rsidRDefault="008C31C1">
            <w:r>
              <w:rPr>
                <w:sz w:val="15"/>
              </w:rPr>
              <w:t>M</w:t>
            </w:r>
          </w:p>
        </w:tc>
        <w:tc>
          <w:tcPr>
            <w:tcW w:w="3528" w:type="dxa"/>
            <w:shd w:val="clear" w:color="auto" w:fill="E8F2EE"/>
            <w:tcMar>
              <w:top w:w="70" w:type="dxa"/>
              <w:left w:w="70" w:type="dxa"/>
              <w:bottom w:w="70" w:type="dxa"/>
              <w:right w:w="70" w:type="dxa"/>
            </w:tcMar>
            <w:vAlign w:val="center"/>
          </w:tcPr>
          <w:p w14:paraId="4B64ABA3" w14:textId="77777777" w:rsidR="00D47296" w:rsidRDefault="008C31C1">
            <w:r>
              <w:rPr>
                <w:sz w:val="15"/>
              </w:rPr>
              <w:t>FMO/local permits/inspections / egress records</w:t>
            </w:r>
          </w:p>
        </w:tc>
        <w:tc>
          <w:tcPr>
            <w:tcW w:w="2088" w:type="dxa"/>
            <w:shd w:val="clear" w:color="auto" w:fill="E8F2EE"/>
            <w:tcMar>
              <w:top w:w="70" w:type="dxa"/>
              <w:left w:w="70" w:type="dxa"/>
              <w:bottom w:w="70" w:type="dxa"/>
              <w:right w:w="70" w:type="dxa"/>
            </w:tcMar>
            <w:vAlign w:val="center"/>
          </w:tcPr>
          <w:p w14:paraId="7019702B" w14:textId="77777777" w:rsidR="00D47296" w:rsidRDefault="008C31C1">
            <w:r>
              <w:rPr>
                <w:sz w:val="15"/>
              </w:rPr>
              <w:t>Maine/local applicability</w:t>
            </w:r>
          </w:p>
        </w:tc>
        <w:tc>
          <w:tcPr>
            <w:tcW w:w="1512" w:type="dxa"/>
            <w:shd w:val="clear" w:color="auto" w:fill="E8F2EE"/>
            <w:tcMar>
              <w:top w:w="70" w:type="dxa"/>
              <w:left w:w="70" w:type="dxa"/>
              <w:bottom w:w="70" w:type="dxa"/>
              <w:right w:w="70" w:type="dxa"/>
            </w:tcMar>
            <w:vAlign w:val="center"/>
          </w:tcPr>
          <w:p w14:paraId="1AF1074D" w14:textId="77777777" w:rsidR="00D47296" w:rsidRDefault="008C31C1">
            <w:r>
              <w:rPr>
                <w:sz w:val="15"/>
              </w:rPr>
              <w:t>Facilities</w:t>
            </w:r>
          </w:p>
        </w:tc>
        <w:tc>
          <w:tcPr>
            <w:tcW w:w="1872" w:type="dxa"/>
            <w:shd w:val="clear" w:color="auto" w:fill="E8F2EE"/>
            <w:tcMar>
              <w:top w:w="70" w:type="dxa"/>
              <w:left w:w="70" w:type="dxa"/>
              <w:bottom w:w="70" w:type="dxa"/>
              <w:right w:w="70" w:type="dxa"/>
            </w:tcMar>
            <w:vAlign w:val="center"/>
          </w:tcPr>
          <w:p w14:paraId="2BB1DB2F"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6132551E" w14:textId="77777777" w:rsidR="00D47296" w:rsidRDefault="008C31C1">
            <w:r>
              <w:rPr>
                <w:i/>
                <w:color w:val="777777"/>
                <w:sz w:val="24"/>
              </w:rPr>
              <w:t>&lt;Date&gt;</w:t>
            </w:r>
          </w:p>
        </w:tc>
      </w:tr>
      <w:tr w:rsidR="00D47296" w14:paraId="25C82BAF" w14:textId="77777777">
        <w:trPr>
          <w:jc w:val="center"/>
        </w:trPr>
        <w:tc>
          <w:tcPr>
            <w:tcW w:w="648" w:type="dxa"/>
            <w:tcMar>
              <w:top w:w="70" w:type="dxa"/>
              <w:left w:w="70" w:type="dxa"/>
              <w:bottom w:w="70" w:type="dxa"/>
              <w:right w:w="70" w:type="dxa"/>
            </w:tcMar>
            <w:vAlign w:val="center"/>
          </w:tcPr>
          <w:p w14:paraId="688F5089" w14:textId="77777777" w:rsidR="00D47296" w:rsidRDefault="008C31C1">
            <w:r>
              <w:rPr>
                <w:sz w:val="15"/>
              </w:rPr>
              <w:t>O</w:t>
            </w:r>
          </w:p>
        </w:tc>
        <w:tc>
          <w:tcPr>
            <w:tcW w:w="3528" w:type="dxa"/>
            <w:tcMar>
              <w:top w:w="70" w:type="dxa"/>
              <w:left w:w="70" w:type="dxa"/>
              <w:bottom w:w="70" w:type="dxa"/>
              <w:right w:w="70" w:type="dxa"/>
            </w:tcMar>
            <w:vAlign w:val="center"/>
          </w:tcPr>
          <w:p w14:paraId="5D118BD5" w14:textId="77777777" w:rsidR="00D47296" w:rsidRDefault="008C31C1">
            <w:r>
              <w:rPr>
                <w:sz w:val="15"/>
              </w:rPr>
              <w:t>AAR/IP / corrective action evidence</w:t>
            </w:r>
          </w:p>
        </w:tc>
        <w:tc>
          <w:tcPr>
            <w:tcW w:w="2088" w:type="dxa"/>
            <w:tcMar>
              <w:top w:w="70" w:type="dxa"/>
              <w:left w:w="70" w:type="dxa"/>
              <w:bottom w:w="70" w:type="dxa"/>
              <w:right w:w="70" w:type="dxa"/>
            </w:tcMar>
            <w:vAlign w:val="center"/>
          </w:tcPr>
          <w:p w14:paraId="052E5215" w14:textId="77777777" w:rsidR="00D47296" w:rsidRDefault="008C31C1">
            <w:r>
              <w:rPr>
                <w:sz w:val="15"/>
              </w:rPr>
              <w:t>§491.12(d)(2)(iii)</w:t>
            </w:r>
          </w:p>
        </w:tc>
        <w:tc>
          <w:tcPr>
            <w:tcW w:w="1512" w:type="dxa"/>
            <w:tcMar>
              <w:top w:w="70" w:type="dxa"/>
              <w:left w:w="70" w:type="dxa"/>
              <w:bottom w:w="70" w:type="dxa"/>
              <w:right w:w="70" w:type="dxa"/>
            </w:tcMar>
            <w:vAlign w:val="center"/>
          </w:tcPr>
          <w:p w14:paraId="5D0FB217" w14:textId="77777777" w:rsidR="00D47296" w:rsidRDefault="008C31C1">
            <w:r>
              <w:rPr>
                <w:sz w:val="15"/>
              </w:rPr>
              <w:t>EP</w:t>
            </w:r>
          </w:p>
        </w:tc>
        <w:tc>
          <w:tcPr>
            <w:tcW w:w="1872" w:type="dxa"/>
            <w:tcMar>
              <w:top w:w="70" w:type="dxa"/>
              <w:left w:w="70" w:type="dxa"/>
              <w:bottom w:w="70" w:type="dxa"/>
              <w:right w:w="70" w:type="dxa"/>
            </w:tcMar>
            <w:vAlign w:val="center"/>
          </w:tcPr>
          <w:p w14:paraId="3E2FFA9E"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51AE4634" w14:textId="77777777" w:rsidR="00D47296" w:rsidRDefault="008C31C1">
            <w:r>
              <w:rPr>
                <w:i/>
                <w:color w:val="777777"/>
                <w:sz w:val="24"/>
              </w:rPr>
              <w:t>&lt;Date&gt;</w:t>
            </w:r>
          </w:p>
        </w:tc>
      </w:tr>
      <w:tr w:rsidR="00D47296" w14:paraId="25055B24" w14:textId="77777777">
        <w:trPr>
          <w:jc w:val="center"/>
        </w:trPr>
        <w:tc>
          <w:tcPr>
            <w:tcW w:w="648" w:type="dxa"/>
            <w:shd w:val="clear" w:color="auto" w:fill="E8F2EE"/>
            <w:tcMar>
              <w:top w:w="70" w:type="dxa"/>
              <w:left w:w="70" w:type="dxa"/>
              <w:bottom w:w="70" w:type="dxa"/>
              <w:right w:w="70" w:type="dxa"/>
            </w:tcMar>
            <w:vAlign w:val="center"/>
          </w:tcPr>
          <w:p w14:paraId="0B40968B" w14:textId="77777777" w:rsidR="00D47296" w:rsidRDefault="008C31C1">
            <w:r>
              <w:rPr>
                <w:sz w:val="15"/>
              </w:rPr>
              <w:t>P</w:t>
            </w:r>
          </w:p>
        </w:tc>
        <w:tc>
          <w:tcPr>
            <w:tcW w:w="3528" w:type="dxa"/>
            <w:shd w:val="clear" w:color="auto" w:fill="E8F2EE"/>
            <w:tcMar>
              <w:top w:w="70" w:type="dxa"/>
              <w:left w:w="70" w:type="dxa"/>
              <w:bottom w:w="70" w:type="dxa"/>
              <w:right w:w="70" w:type="dxa"/>
            </w:tcMar>
            <w:vAlign w:val="center"/>
          </w:tcPr>
          <w:p w14:paraId="47DC0E4A" w14:textId="77777777" w:rsidR="00D47296" w:rsidRDefault="008C31C1">
            <w:r>
              <w:rPr>
                <w:sz w:val="15"/>
              </w:rPr>
              <w:t>Integrated system participation evidence</w:t>
            </w:r>
          </w:p>
        </w:tc>
        <w:tc>
          <w:tcPr>
            <w:tcW w:w="2088" w:type="dxa"/>
            <w:shd w:val="clear" w:color="auto" w:fill="E8F2EE"/>
            <w:tcMar>
              <w:top w:w="70" w:type="dxa"/>
              <w:left w:w="70" w:type="dxa"/>
              <w:bottom w:w="70" w:type="dxa"/>
              <w:right w:w="70" w:type="dxa"/>
            </w:tcMar>
            <w:vAlign w:val="center"/>
          </w:tcPr>
          <w:p w14:paraId="601D04C6" w14:textId="77777777" w:rsidR="00D47296" w:rsidRDefault="008C31C1">
            <w:r>
              <w:rPr>
                <w:sz w:val="15"/>
              </w:rPr>
              <w:t>§491.12(e), if used</w:t>
            </w:r>
          </w:p>
        </w:tc>
        <w:tc>
          <w:tcPr>
            <w:tcW w:w="1512" w:type="dxa"/>
            <w:shd w:val="clear" w:color="auto" w:fill="E8F2EE"/>
            <w:tcMar>
              <w:top w:w="70" w:type="dxa"/>
              <w:left w:w="70" w:type="dxa"/>
              <w:bottom w:w="70" w:type="dxa"/>
              <w:right w:w="70" w:type="dxa"/>
            </w:tcMar>
            <w:vAlign w:val="center"/>
          </w:tcPr>
          <w:p w14:paraId="544CFC3E" w14:textId="77777777" w:rsidR="00D47296" w:rsidRDefault="008C31C1">
            <w:r>
              <w:rPr>
                <w:sz w:val="15"/>
              </w:rPr>
              <w:t>EP</w:t>
            </w:r>
          </w:p>
        </w:tc>
        <w:tc>
          <w:tcPr>
            <w:tcW w:w="1872" w:type="dxa"/>
            <w:shd w:val="clear" w:color="auto" w:fill="E8F2EE"/>
            <w:tcMar>
              <w:top w:w="70" w:type="dxa"/>
              <w:left w:w="70" w:type="dxa"/>
              <w:bottom w:w="70" w:type="dxa"/>
              <w:right w:w="70" w:type="dxa"/>
            </w:tcMar>
            <w:vAlign w:val="center"/>
          </w:tcPr>
          <w:p w14:paraId="2875A7F9"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44B9BFF1" w14:textId="77777777" w:rsidR="00D47296" w:rsidRDefault="008C31C1">
            <w:r>
              <w:rPr>
                <w:i/>
                <w:color w:val="777777"/>
                <w:sz w:val="24"/>
              </w:rPr>
              <w:t>&lt;Date&gt;</w:t>
            </w:r>
          </w:p>
        </w:tc>
      </w:tr>
      <w:tr w:rsidR="00D47296" w14:paraId="2EE234D7" w14:textId="77777777">
        <w:trPr>
          <w:jc w:val="center"/>
        </w:trPr>
        <w:tc>
          <w:tcPr>
            <w:tcW w:w="648" w:type="dxa"/>
            <w:tcMar>
              <w:top w:w="70" w:type="dxa"/>
              <w:left w:w="70" w:type="dxa"/>
              <w:bottom w:w="70" w:type="dxa"/>
              <w:right w:w="70" w:type="dxa"/>
            </w:tcMar>
            <w:vAlign w:val="center"/>
          </w:tcPr>
          <w:p w14:paraId="59863EB5" w14:textId="77777777" w:rsidR="00D47296" w:rsidRDefault="008C31C1">
            <w:r>
              <w:rPr>
                <w:sz w:val="15"/>
              </w:rPr>
              <w:t>Q</w:t>
            </w:r>
          </w:p>
        </w:tc>
        <w:tc>
          <w:tcPr>
            <w:tcW w:w="3528" w:type="dxa"/>
            <w:tcMar>
              <w:top w:w="70" w:type="dxa"/>
              <w:left w:w="70" w:type="dxa"/>
              <w:bottom w:w="70" w:type="dxa"/>
              <w:right w:w="70" w:type="dxa"/>
            </w:tcMar>
            <w:vAlign w:val="center"/>
          </w:tcPr>
          <w:p w14:paraId="0E207C4D" w14:textId="77777777" w:rsidR="00D47296" w:rsidRDefault="008C31C1">
            <w:r>
              <w:rPr>
                <w:sz w:val="15"/>
              </w:rPr>
              <w:t>HRSA Ch. 7 evidence</w:t>
            </w:r>
          </w:p>
        </w:tc>
        <w:tc>
          <w:tcPr>
            <w:tcW w:w="2088" w:type="dxa"/>
            <w:tcMar>
              <w:top w:w="70" w:type="dxa"/>
              <w:left w:w="70" w:type="dxa"/>
              <w:bottom w:w="70" w:type="dxa"/>
              <w:right w:w="70" w:type="dxa"/>
            </w:tcMar>
            <w:vAlign w:val="center"/>
          </w:tcPr>
          <w:p w14:paraId="0F4D4196" w14:textId="77777777" w:rsidR="00D47296" w:rsidRDefault="008C31C1">
            <w:r>
              <w:rPr>
                <w:sz w:val="15"/>
              </w:rPr>
              <w:t>HRSA-HCP if applicable</w:t>
            </w:r>
          </w:p>
        </w:tc>
        <w:tc>
          <w:tcPr>
            <w:tcW w:w="1512" w:type="dxa"/>
            <w:tcMar>
              <w:top w:w="70" w:type="dxa"/>
              <w:left w:w="70" w:type="dxa"/>
              <w:bottom w:w="70" w:type="dxa"/>
              <w:right w:w="70" w:type="dxa"/>
            </w:tcMar>
            <w:vAlign w:val="center"/>
          </w:tcPr>
          <w:p w14:paraId="21D9C008" w14:textId="77777777" w:rsidR="00D47296" w:rsidRDefault="008C31C1">
            <w:r>
              <w:rPr>
                <w:sz w:val="15"/>
              </w:rPr>
              <w:t>Clinical</w:t>
            </w:r>
          </w:p>
        </w:tc>
        <w:tc>
          <w:tcPr>
            <w:tcW w:w="1872" w:type="dxa"/>
            <w:tcMar>
              <w:top w:w="70" w:type="dxa"/>
              <w:left w:w="70" w:type="dxa"/>
              <w:bottom w:w="70" w:type="dxa"/>
              <w:right w:w="70" w:type="dxa"/>
            </w:tcMar>
            <w:vAlign w:val="center"/>
          </w:tcPr>
          <w:p w14:paraId="39A8B0A6" w14:textId="77777777" w:rsidR="00D47296" w:rsidRDefault="008C31C1">
            <w:r>
              <w:rPr>
                <w:i/>
                <w:color w:val="777777"/>
                <w:sz w:val="24"/>
              </w:rPr>
              <w:t>&lt;Location&gt;</w:t>
            </w:r>
          </w:p>
        </w:tc>
        <w:tc>
          <w:tcPr>
            <w:tcW w:w="1152" w:type="dxa"/>
            <w:tcMar>
              <w:top w:w="70" w:type="dxa"/>
              <w:left w:w="70" w:type="dxa"/>
              <w:bottom w:w="70" w:type="dxa"/>
              <w:right w:w="70" w:type="dxa"/>
            </w:tcMar>
            <w:vAlign w:val="center"/>
          </w:tcPr>
          <w:p w14:paraId="178D9D8F" w14:textId="77777777" w:rsidR="00D47296" w:rsidRDefault="008C31C1">
            <w:r>
              <w:rPr>
                <w:i/>
                <w:color w:val="777777"/>
                <w:sz w:val="24"/>
              </w:rPr>
              <w:t>&lt;Date&gt;</w:t>
            </w:r>
          </w:p>
        </w:tc>
      </w:tr>
      <w:tr w:rsidR="00D47296" w14:paraId="6A982FA8" w14:textId="77777777">
        <w:trPr>
          <w:jc w:val="center"/>
        </w:trPr>
        <w:tc>
          <w:tcPr>
            <w:tcW w:w="648" w:type="dxa"/>
            <w:shd w:val="clear" w:color="auto" w:fill="E8F2EE"/>
            <w:tcMar>
              <w:top w:w="70" w:type="dxa"/>
              <w:left w:w="70" w:type="dxa"/>
              <w:bottom w:w="70" w:type="dxa"/>
              <w:right w:w="70" w:type="dxa"/>
            </w:tcMar>
            <w:vAlign w:val="center"/>
          </w:tcPr>
          <w:p w14:paraId="3711F74B" w14:textId="77777777" w:rsidR="00D47296" w:rsidRDefault="008C31C1">
            <w:r>
              <w:rPr>
                <w:sz w:val="15"/>
              </w:rPr>
              <w:t>R</w:t>
            </w:r>
          </w:p>
        </w:tc>
        <w:tc>
          <w:tcPr>
            <w:tcW w:w="3528" w:type="dxa"/>
            <w:shd w:val="clear" w:color="auto" w:fill="E8F2EE"/>
            <w:tcMar>
              <w:top w:w="70" w:type="dxa"/>
              <w:left w:w="70" w:type="dxa"/>
              <w:bottom w:w="70" w:type="dxa"/>
              <w:right w:w="70" w:type="dxa"/>
            </w:tcMar>
            <w:vAlign w:val="center"/>
          </w:tcPr>
          <w:p w14:paraId="4748D442" w14:textId="77777777" w:rsidR="00D47296" w:rsidRDefault="008C31C1">
            <w:r>
              <w:rPr>
                <w:sz w:val="15"/>
              </w:rPr>
              <w:t>Biennial total-program evaluation</w:t>
            </w:r>
          </w:p>
        </w:tc>
        <w:tc>
          <w:tcPr>
            <w:tcW w:w="2088" w:type="dxa"/>
            <w:shd w:val="clear" w:color="auto" w:fill="E8F2EE"/>
            <w:tcMar>
              <w:top w:w="70" w:type="dxa"/>
              <w:left w:w="70" w:type="dxa"/>
              <w:bottom w:w="70" w:type="dxa"/>
              <w:right w:w="70" w:type="dxa"/>
            </w:tcMar>
            <w:vAlign w:val="center"/>
          </w:tcPr>
          <w:p w14:paraId="5003C3EA" w14:textId="77777777" w:rsidR="00D47296" w:rsidRDefault="008C31C1">
            <w:r>
              <w:rPr>
                <w:sz w:val="15"/>
              </w:rPr>
              <w:t>§491.11</w:t>
            </w:r>
          </w:p>
        </w:tc>
        <w:tc>
          <w:tcPr>
            <w:tcW w:w="1512" w:type="dxa"/>
            <w:shd w:val="clear" w:color="auto" w:fill="E8F2EE"/>
            <w:tcMar>
              <w:top w:w="70" w:type="dxa"/>
              <w:left w:w="70" w:type="dxa"/>
              <w:bottom w:w="70" w:type="dxa"/>
              <w:right w:w="70" w:type="dxa"/>
            </w:tcMar>
            <w:vAlign w:val="center"/>
          </w:tcPr>
          <w:p w14:paraId="3B7FBCFA" w14:textId="77777777" w:rsidR="00D47296" w:rsidRDefault="008C31C1">
            <w:r>
              <w:rPr>
                <w:sz w:val="15"/>
              </w:rPr>
              <w:t>Quality</w:t>
            </w:r>
          </w:p>
        </w:tc>
        <w:tc>
          <w:tcPr>
            <w:tcW w:w="1872" w:type="dxa"/>
            <w:shd w:val="clear" w:color="auto" w:fill="E8F2EE"/>
            <w:tcMar>
              <w:top w:w="70" w:type="dxa"/>
              <w:left w:w="70" w:type="dxa"/>
              <w:bottom w:w="70" w:type="dxa"/>
              <w:right w:w="70" w:type="dxa"/>
            </w:tcMar>
            <w:vAlign w:val="center"/>
          </w:tcPr>
          <w:p w14:paraId="2E819BE9" w14:textId="77777777" w:rsidR="00D47296" w:rsidRDefault="008C31C1">
            <w:r>
              <w:rPr>
                <w:i/>
                <w:color w:val="777777"/>
                <w:sz w:val="24"/>
              </w:rPr>
              <w:t>&lt;Location&gt;</w:t>
            </w:r>
          </w:p>
        </w:tc>
        <w:tc>
          <w:tcPr>
            <w:tcW w:w="1152" w:type="dxa"/>
            <w:shd w:val="clear" w:color="auto" w:fill="E8F2EE"/>
            <w:tcMar>
              <w:top w:w="70" w:type="dxa"/>
              <w:left w:w="70" w:type="dxa"/>
              <w:bottom w:w="70" w:type="dxa"/>
              <w:right w:w="70" w:type="dxa"/>
            </w:tcMar>
            <w:vAlign w:val="center"/>
          </w:tcPr>
          <w:p w14:paraId="3D47125C" w14:textId="77777777" w:rsidR="00D47296" w:rsidRDefault="008C31C1">
            <w:r>
              <w:rPr>
                <w:i/>
                <w:color w:val="777777"/>
                <w:sz w:val="24"/>
              </w:rPr>
              <w:t>&lt;Date&gt;</w:t>
            </w:r>
          </w:p>
        </w:tc>
      </w:tr>
    </w:tbl>
    <w:p w14:paraId="6B6930DF" w14:textId="77777777" w:rsidR="00D47296" w:rsidRDefault="00D47296">
      <w:pPr>
        <w:spacing w:after="0"/>
      </w:pPr>
    </w:p>
    <w:p w14:paraId="3D84C9FB" w14:textId="77777777" w:rsidR="00D47296" w:rsidRDefault="00D47296">
      <w:pPr>
        <w:sectPr w:rsidR="00D47296">
          <w:headerReference w:type="default" r:id="rId9"/>
          <w:footerReference w:type="default" r:id="rId10"/>
          <w:pgSz w:w="12240" w:h="15840"/>
          <w:pgMar w:top="720" w:right="720" w:bottom="720" w:left="720" w:header="720" w:footer="720" w:gutter="0"/>
          <w:cols w:space="720"/>
          <w:titlePg/>
          <w:docGrid w:linePitch="360"/>
        </w:sectPr>
      </w:pPr>
    </w:p>
    <w:p w14:paraId="2A457C79" w14:textId="77777777" w:rsidR="00D47296" w:rsidRDefault="008C31C1">
      <w:pPr>
        <w:pStyle w:val="Heading1"/>
      </w:pPr>
      <w:r>
        <w:lastRenderedPageBreak/>
        <w:t>ATTACHMENT A - REGULATORY &amp; EOP CROSSWALK</w:t>
      </w:r>
    </w:p>
    <w:tbl>
      <w:tblPr>
        <w:tblW w:w="0" w:type="auto"/>
        <w:jc w:val="center"/>
        <w:tblLayout w:type="fixed"/>
        <w:tblLook w:val="04A0" w:firstRow="1" w:lastRow="0" w:firstColumn="1" w:lastColumn="0" w:noHBand="0" w:noVBand="1"/>
      </w:tblPr>
      <w:tblGrid>
        <w:gridCol w:w="3024"/>
        <w:gridCol w:w="7200"/>
        <w:gridCol w:w="3456"/>
      </w:tblGrid>
      <w:tr w:rsidR="00D47296" w14:paraId="537A05CF" w14:textId="77777777">
        <w:trPr>
          <w:tblHeader/>
          <w:jc w:val="center"/>
        </w:trPr>
        <w:tc>
          <w:tcPr>
            <w:tcW w:w="3024" w:type="dxa"/>
            <w:shd w:val="clear" w:color="auto" w:fill="015A41"/>
            <w:tcMar>
              <w:top w:w="70" w:type="dxa"/>
              <w:left w:w="70" w:type="dxa"/>
              <w:bottom w:w="70" w:type="dxa"/>
              <w:right w:w="70" w:type="dxa"/>
            </w:tcMar>
            <w:vAlign w:val="center"/>
          </w:tcPr>
          <w:p w14:paraId="46C50313" w14:textId="77777777" w:rsidR="00D47296" w:rsidRDefault="008C31C1">
            <w:r>
              <w:rPr>
                <w:b/>
                <w:color w:val="FFFFFF"/>
                <w:sz w:val="16"/>
              </w:rPr>
              <w:t>Source</w:t>
            </w:r>
          </w:p>
        </w:tc>
        <w:tc>
          <w:tcPr>
            <w:tcW w:w="7200" w:type="dxa"/>
            <w:shd w:val="clear" w:color="auto" w:fill="015A41"/>
            <w:tcMar>
              <w:top w:w="70" w:type="dxa"/>
              <w:left w:w="70" w:type="dxa"/>
              <w:bottom w:w="70" w:type="dxa"/>
              <w:right w:w="70" w:type="dxa"/>
            </w:tcMar>
            <w:vAlign w:val="center"/>
          </w:tcPr>
          <w:p w14:paraId="0F13D6EF" w14:textId="77777777" w:rsidR="00D47296" w:rsidRDefault="008C31C1">
            <w:r>
              <w:rPr>
                <w:b/>
                <w:color w:val="FFFFFF"/>
                <w:sz w:val="16"/>
              </w:rPr>
              <w:t>Required / Applicable Content</w:t>
            </w:r>
          </w:p>
        </w:tc>
        <w:tc>
          <w:tcPr>
            <w:tcW w:w="3456" w:type="dxa"/>
            <w:shd w:val="clear" w:color="auto" w:fill="015A41"/>
            <w:tcMar>
              <w:top w:w="70" w:type="dxa"/>
              <w:left w:w="70" w:type="dxa"/>
              <w:bottom w:w="70" w:type="dxa"/>
              <w:right w:w="70" w:type="dxa"/>
            </w:tcMar>
            <w:vAlign w:val="center"/>
          </w:tcPr>
          <w:p w14:paraId="072938F0" w14:textId="77777777" w:rsidR="00D47296" w:rsidRDefault="008C31C1">
            <w:r>
              <w:rPr>
                <w:b/>
                <w:color w:val="FFFFFF"/>
                <w:sz w:val="16"/>
              </w:rPr>
              <w:t>Template Location</w:t>
            </w:r>
          </w:p>
        </w:tc>
      </w:tr>
      <w:tr w:rsidR="00D47296" w14:paraId="0EA636FD" w14:textId="77777777">
        <w:trPr>
          <w:jc w:val="center"/>
        </w:trPr>
        <w:tc>
          <w:tcPr>
            <w:tcW w:w="3024" w:type="dxa"/>
            <w:shd w:val="clear" w:color="auto" w:fill="E8F2EE"/>
            <w:tcMar>
              <w:top w:w="70" w:type="dxa"/>
              <w:left w:w="70" w:type="dxa"/>
              <w:bottom w:w="70" w:type="dxa"/>
              <w:right w:w="70" w:type="dxa"/>
            </w:tcMar>
            <w:vAlign w:val="center"/>
          </w:tcPr>
          <w:p w14:paraId="0B3DC000" w14:textId="77777777" w:rsidR="00D47296" w:rsidRDefault="008C31C1">
            <w:r>
              <w:rPr>
                <w:sz w:val="16"/>
              </w:rPr>
              <w:t>§491.12(a) / E-0004</w:t>
            </w:r>
          </w:p>
        </w:tc>
        <w:tc>
          <w:tcPr>
            <w:tcW w:w="7200" w:type="dxa"/>
            <w:shd w:val="clear" w:color="auto" w:fill="E8F2EE"/>
            <w:tcMar>
              <w:top w:w="70" w:type="dxa"/>
              <w:left w:w="70" w:type="dxa"/>
              <w:bottom w:w="70" w:type="dxa"/>
              <w:right w:w="70" w:type="dxa"/>
            </w:tcMar>
            <w:vAlign w:val="center"/>
          </w:tcPr>
          <w:p w14:paraId="5AFB85C2" w14:textId="77777777" w:rsidR="00D47296" w:rsidRDefault="008C31C1">
            <w:r>
              <w:rPr>
                <w:sz w:val="16"/>
              </w:rPr>
              <w:t>Emergency plan; review/update at least every 2 years</w:t>
            </w:r>
          </w:p>
        </w:tc>
        <w:tc>
          <w:tcPr>
            <w:tcW w:w="3456" w:type="dxa"/>
            <w:shd w:val="clear" w:color="auto" w:fill="E8F2EE"/>
            <w:tcMar>
              <w:top w:w="70" w:type="dxa"/>
              <w:left w:w="70" w:type="dxa"/>
              <w:bottom w:w="70" w:type="dxa"/>
              <w:right w:w="70" w:type="dxa"/>
            </w:tcMar>
            <w:vAlign w:val="center"/>
          </w:tcPr>
          <w:p w14:paraId="7E47416F" w14:textId="77777777" w:rsidR="00D47296" w:rsidRDefault="008C31C1">
            <w:r>
              <w:rPr>
                <w:sz w:val="16"/>
              </w:rPr>
              <w:t>Sections 1-3 / governance</w:t>
            </w:r>
          </w:p>
        </w:tc>
      </w:tr>
      <w:tr w:rsidR="00D47296" w14:paraId="65A9E50D" w14:textId="77777777">
        <w:trPr>
          <w:jc w:val="center"/>
        </w:trPr>
        <w:tc>
          <w:tcPr>
            <w:tcW w:w="3024" w:type="dxa"/>
            <w:tcMar>
              <w:top w:w="70" w:type="dxa"/>
              <w:left w:w="70" w:type="dxa"/>
              <w:bottom w:w="70" w:type="dxa"/>
              <w:right w:w="70" w:type="dxa"/>
            </w:tcMar>
            <w:vAlign w:val="center"/>
          </w:tcPr>
          <w:p w14:paraId="19983E89" w14:textId="77777777" w:rsidR="00D47296" w:rsidRDefault="008C31C1">
            <w:r>
              <w:rPr>
                <w:sz w:val="16"/>
              </w:rPr>
              <w:t>§491.12(a)(1) / E-0006</w:t>
            </w:r>
          </w:p>
        </w:tc>
        <w:tc>
          <w:tcPr>
            <w:tcW w:w="7200" w:type="dxa"/>
            <w:tcMar>
              <w:top w:w="70" w:type="dxa"/>
              <w:left w:w="70" w:type="dxa"/>
              <w:bottom w:w="70" w:type="dxa"/>
              <w:right w:w="70" w:type="dxa"/>
            </w:tcMar>
            <w:vAlign w:val="center"/>
          </w:tcPr>
          <w:p w14:paraId="00A3D136" w14:textId="77777777" w:rsidR="00D47296" w:rsidRDefault="008C31C1">
            <w:r>
              <w:rPr>
                <w:sz w:val="16"/>
              </w:rPr>
              <w:t>Facility/community all-hazards risk assessment</w:t>
            </w:r>
          </w:p>
        </w:tc>
        <w:tc>
          <w:tcPr>
            <w:tcW w:w="3456" w:type="dxa"/>
            <w:tcMar>
              <w:top w:w="70" w:type="dxa"/>
              <w:left w:w="70" w:type="dxa"/>
              <w:bottom w:w="70" w:type="dxa"/>
              <w:right w:w="70" w:type="dxa"/>
            </w:tcMar>
            <w:vAlign w:val="center"/>
          </w:tcPr>
          <w:p w14:paraId="279DA404" w14:textId="77777777" w:rsidR="00D47296" w:rsidRDefault="008C31C1">
            <w:r>
              <w:rPr>
                <w:sz w:val="16"/>
              </w:rPr>
              <w:t>Section 3 / Attachment B</w:t>
            </w:r>
          </w:p>
        </w:tc>
      </w:tr>
      <w:tr w:rsidR="00D47296" w14:paraId="3C38445E" w14:textId="77777777">
        <w:trPr>
          <w:jc w:val="center"/>
        </w:trPr>
        <w:tc>
          <w:tcPr>
            <w:tcW w:w="3024" w:type="dxa"/>
            <w:shd w:val="clear" w:color="auto" w:fill="E8F2EE"/>
            <w:tcMar>
              <w:top w:w="70" w:type="dxa"/>
              <w:left w:w="70" w:type="dxa"/>
              <w:bottom w:w="70" w:type="dxa"/>
              <w:right w:w="70" w:type="dxa"/>
            </w:tcMar>
            <w:vAlign w:val="center"/>
          </w:tcPr>
          <w:p w14:paraId="41C50086" w14:textId="77777777" w:rsidR="00D47296" w:rsidRDefault="008C31C1">
            <w:r>
              <w:rPr>
                <w:sz w:val="16"/>
              </w:rPr>
              <w:t>§491.12(a)(2)</w:t>
            </w:r>
          </w:p>
        </w:tc>
        <w:tc>
          <w:tcPr>
            <w:tcW w:w="7200" w:type="dxa"/>
            <w:shd w:val="clear" w:color="auto" w:fill="E8F2EE"/>
            <w:tcMar>
              <w:top w:w="70" w:type="dxa"/>
              <w:left w:w="70" w:type="dxa"/>
              <w:bottom w:w="70" w:type="dxa"/>
              <w:right w:w="70" w:type="dxa"/>
            </w:tcMar>
            <w:vAlign w:val="center"/>
          </w:tcPr>
          <w:p w14:paraId="3DB1D9EA" w14:textId="77777777" w:rsidR="00D47296" w:rsidRDefault="008C31C1">
            <w:r>
              <w:rPr>
                <w:sz w:val="16"/>
              </w:rPr>
              <w:t>Strategies for identified events</w:t>
            </w:r>
          </w:p>
        </w:tc>
        <w:tc>
          <w:tcPr>
            <w:tcW w:w="3456" w:type="dxa"/>
            <w:shd w:val="clear" w:color="auto" w:fill="E8F2EE"/>
            <w:tcMar>
              <w:top w:w="70" w:type="dxa"/>
              <w:left w:w="70" w:type="dxa"/>
              <w:bottom w:w="70" w:type="dxa"/>
              <w:right w:w="70" w:type="dxa"/>
            </w:tcMar>
            <w:vAlign w:val="center"/>
          </w:tcPr>
          <w:p w14:paraId="6B01B98D" w14:textId="77777777" w:rsidR="00D47296" w:rsidRDefault="008C31C1">
            <w:r>
              <w:rPr>
                <w:sz w:val="16"/>
              </w:rPr>
              <w:t>Section 3 / incident appendices</w:t>
            </w:r>
          </w:p>
        </w:tc>
      </w:tr>
      <w:tr w:rsidR="00D47296" w14:paraId="7A66992A" w14:textId="77777777">
        <w:trPr>
          <w:jc w:val="center"/>
        </w:trPr>
        <w:tc>
          <w:tcPr>
            <w:tcW w:w="3024" w:type="dxa"/>
            <w:tcMar>
              <w:top w:w="70" w:type="dxa"/>
              <w:left w:w="70" w:type="dxa"/>
              <w:bottom w:w="70" w:type="dxa"/>
              <w:right w:w="70" w:type="dxa"/>
            </w:tcMar>
            <w:vAlign w:val="center"/>
          </w:tcPr>
          <w:p w14:paraId="55A3A496" w14:textId="77777777" w:rsidR="00D47296" w:rsidRDefault="008C31C1">
            <w:r>
              <w:rPr>
                <w:sz w:val="16"/>
              </w:rPr>
              <w:t>§491.12(a)(3) / E-0007</w:t>
            </w:r>
          </w:p>
        </w:tc>
        <w:tc>
          <w:tcPr>
            <w:tcW w:w="7200" w:type="dxa"/>
            <w:tcMar>
              <w:top w:w="70" w:type="dxa"/>
              <w:left w:w="70" w:type="dxa"/>
              <w:bottom w:w="70" w:type="dxa"/>
              <w:right w:w="70" w:type="dxa"/>
            </w:tcMar>
            <w:vAlign w:val="center"/>
          </w:tcPr>
          <w:p w14:paraId="01EDF18D" w14:textId="77777777" w:rsidR="00D47296" w:rsidRDefault="008C31C1">
            <w:r>
              <w:rPr>
                <w:sz w:val="16"/>
              </w:rPr>
              <w:t>Patient population; services; COOP; delegation; succession</w:t>
            </w:r>
          </w:p>
        </w:tc>
        <w:tc>
          <w:tcPr>
            <w:tcW w:w="3456" w:type="dxa"/>
            <w:tcMar>
              <w:top w:w="70" w:type="dxa"/>
              <w:left w:w="70" w:type="dxa"/>
              <w:bottom w:w="70" w:type="dxa"/>
              <w:right w:w="70" w:type="dxa"/>
            </w:tcMar>
            <w:vAlign w:val="center"/>
          </w:tcPr>
          <w:p w14:paraId="205866A5" w14:textId="77777777" w:rsidR="00D47296" w:rsidRDefault="008C31C1">
            <w:r>
              <w:rPr>
                <w:sz w:val="16"/>
              </w:rPr>
              <w:t>Front matter / Sections 5, 9, 13</w:t>
            </w:r>
          </w:p>
        </w:tc>
      </w:tr>
      <w:tr w:rsidR="00D47296" w14:paraId="0D061D94" w14:textId="77777777">
        <w:trPr>
          <w:jc w:val="center"/>
        </w:trPr>
        <w:tc>
          <w:tcPr>
            <w:tcW w:w="3024" w:type="dxa"/>
            <w:shd w:val="clear" w:color="auto" w:fill="E8F2EE"/>
            <w:tcMar>
              <w:top w:w="70" w:type="dxa"/>
              <w:left w:w="70" w:type="dxa"/>
              <w:bottom w:w="70" w:type="dxa"/>
              <w:right w:w="70" w:type="dxa"/>
            </w:tcMar>
            <w:vAlign w:val="center"/>
          </w:tcPr>
          <w:p w14:paraId="4D0ECD34" w14:textId="77777777" w:rsidR="00D47296" w:rsidRDefault="008C31C1">
            <w:r>
              <w:rPr>
                <w:sz w:val="16"/>
              </w:rPr>
              <w:t>§491.12(a)(4) / E-0009</w:t>
            </w:r>
          </w:p>
        </w:tc>
        <w:tc>
          <w:tcPr>
            <w:tcW w:w="7200" w:type="dxa"/>
            <w:shd w:val="clear" w:color="auto" w:fill="E8F2EE"/>
            <w:tcMar>
              <w:top w:w="70" w:type="dxa"/>
              <w:left w:w="70" w:type="dxa"/>
              <w:bottom w:w="70" w:type="dxa"/>
              <w:right w:w="70" w:type="dxa"/>
            </w:tcMar>
            <w:vAlign w:val="center"/>
          </w:tcPr>
          <w:p w14:paraId="4BE321ED" w14:textId="77777777" w:rsidR="00D47296" w:rsidRDefault="008C31C1">
            <w:r>
              <w:rPr>
                <w:sz w:val="16"/>
              </w:rPr>
              <w:t>Cooperation/collaboration with preparedness officials</w:t>
            </w:r>
          </w:p>
        </w:tc>
        <w:tc>
          <w:tcPr>
            <w:tcW w:w="3456" w:type="dxa"/>
            <w:shd w:val="clear" w:color="auto" w:fill="E8F2EE"/>
            <w:tcMar>
              <w:top w:w="70" w:type="dxa"/>
              <w:left w:w="70" w:type="dxa"/>
              <w:bottom w:w="70" w:type="dxa"/>
              <w:right w:w="70" w:type="dxa"/>
            </w:tcMar>
            <w:vAlign w:val="center"/>
          </w:tcPr>
          <w:p w14:paraId="6399595D" w14:textId="77777777" w:rsidR="00D47296" w:rsidRDefault="008C31C1">
            <w:r>
              <w:rPr>
                <w:sz w:val="16"/>
              </w:rPr>
              <w:t>Section 6</w:t>
            </w:r>
          </w:p>
        </w:tc>
      </w:tr>
      <w:tr w:rsidR="00D47296" w14:paraId="7FD9E827" w14:textId="77777777">
        <w:trPr>
          <w:jc w:val="center"/>
        </w:trPr>
        <w:tc>
          <w:tcPr>
            <w:tcW w:w="3024" w:type="dxa"/>
            <w:tcMar>
              <w:top w:w="70" w:type="dxa"/>
              <w:left w:w="70" w:type="dxa"/>
              <w:bottom w:w="70" w:type="dxa"/>
              <w:right w:w="70" w:type="dxa"/>
            </w:tcMar>
            <w:vAlign w:val="center"/>
          </w:tcPr>
          <w:p w14:paraId="3EA9739C" w14:textId="77777777" w:rsidR="00D47296" w:rsidRDefault="008C31C1">
            <w:r>
              <w:rPr>
                <w:sz w:val="16"/>
              </w:rPr>
              <w:t>§491.12(b) / E-0013</w:t>
            </w:r>
          </w:p>
        </w:tc>
        <w:tc>
          <w:tcPr>
            <w:tcW w:w="7200" w:type="dxa"/>
            <w:tcMar>
              <w:top w:w="70" w:type="dxa"/>
              <w:left w:w="70" w:type="dxa"/>
              <w:bottom w:w="70" w:type="dxa"/>
              <w:right w:w="70" w:type="dxa"/>
            </w:tcMar>
            <w:vAlign w:val="center"/>
          </w:tcPr>
          <w:p w14:paraId="05C4EE09" w14:textId="77777777" w:rsidR="00D47296" w:rsidRDefault="008C31C1">
            <w:r>
              <w:rPr>
                <w:sz w:val="16"/>
              </w:rPr>
              <w:t>P&amp;Ps based on plan/HVA/comms; 2-year review</w:t>
            </w:r>
          </w:p>
        </w:tc>
        <w:tc>
          <w:tcPr>
            <w:tcW w:w="3456" w:type="dxa"/>
            <w:tcMar>
              <w:top w:w="70" w:type="dxa"/>
              <w:left w:w="70" w:type="dxa"/>
              <w:bottom w:w="70" w:type="dxa"/>
              <w:right w:w="70" w:type="dxa"/>
            </w:tcMar>
            <w:vAlign w:val="center"/>
          </w:tcPr>
          <w:p w14:paraId="6EEC71E2" w14:textId="77777777" w:rsidR="00D47296" w:rsidRDefault="008C31C1">
            <w:r>
              <w:rPr>
                <w:sz w:val="16"/>
              </w:rPr>
              <w:t>Section 2 / Attachment C</w:t>
            </w:r>
          </w:p>
        </w:tc>
      </w:tr>
      <w:tr w:rsidR="00D47296" w14:paraId="6AD92FF9" w14:textId="77777777">
        <w:trPr>
          <w:jc w:val="center"/>
        </w:trPr>
        <w:tc>
          <w:tcPr>
            <w:tcW w:w="3024" w:type="dxa"/>
            <w:shd w:val="clear" w:color="auto" w:fill="E8F2EE"/>
            <w:tcMar>
              <w:top w:w="70" w:type="dxa"/>
              <w:left w:w="70" w:type="dxa"/>
              <w:bottom w:w="70" w:type="dxa"/>
              <w:right w:w="70" w:type="dxa"/>
            </w:tcMar>
            <w:vAlign w:val="center"/>
          </w:tcPr>
          <w:p w14:paraId="65AC2683" w14:textId="77777777" w:rsidR="00D47296" w:rsidRDefault="008C31C1">
            <w:r>
              <w:rPr>
                <w:sz w:val="16"/>
              </w:rPr>
              <w:t>§491.12(b)(1) / E-0020</w:t>
            </w:r>
          </w:p>
        </w:tc>
        <w:tc>
          <w:tcPr>
            <w:tcW w:w="7200" w:type="dxa"/>
            <w:shd w:val="clear" w:color="auto" w:fill="E8F2EE"/>
            <w:tcMar>
              <w:top w:w="70" w:type="dxa"/>
              <w:left w:w="70" w:type="dxa"/>
              <w:bottom w:w="70" w:type="dxa"/>
              <w:right w:w="70" w:type="dxa"/>
            </w:tcMar>
            <w:vAlign w:val="center"/>
          </w:tcPr>
          <w:p w14:paraId="184E63A8" w14:textId="77777777" w:rsidR="00D47296" w:rsidRDefault="008C31C1">
            <w:r>
              <w:rPr>
                <w:sz w:val="16"/>
              </w:rPr>
              <w:t>Safe evacuation; exit signs; staff responsibilities; patient needs</w:t>
            </w:r>
          </w:p>
        </w:tc>
        <w:tc>
          <w:tcPr>
            <w:tcW w:w="3456" w:type="dxa"/>
            <w:shd w:val="clear" w:color="auto" w:fill="E8F2EE"/>
            <w:tcMar>
              <w:top w:w="70" w:type="dxa"/>
              <w:left w:w="70" w:type="dxa"/>
              <w:bottom w:w="70" w:type="dxa"/>
              <w:right w:w="70" w:type="dxa"/>
            </w:tcMar>
            <w:vAlign w:val="center"/>
          </w:tcPr>
          <w:p w14:paraId="1251E55F" w14:textId="77777777" w:rsidR="00D47296" w:rsidRDefault="008C31C1">
            <w:r>
              <w:rPr>
                <w:sz w:val="16"/>
              </w:rPr>
              <w:t>Section 12 / Attachment H</w:t>
            </w:r>
          </w:p>
        </w:tc>
      </w:tr>
      <w:tr w:rsidR="00D47296" w14:paraId="18331DD5" w14:textId="77777777">
        <w:trPr>
          <w:jc w:val="center"/>
        </w:trPr>
        <w:tc>
          <w:tcPr>
            <w:tcW w:w="3024" w:type="dxa"/>
            <w:tcMar>
              <w:top w:w="70" w:type="dxa"/>
              <w:left w:w="70" w:type="dxa"/>
              <w:bottom w:w="70" w:type="dxa"/>
              <w:right w:w="70" w:type="dxa"/>
            </w:tcMar>
            <w:vAlign w:val="center"/>
          </w:tcPr>
          <w:p w14:paraId="291241B8" w14:textId="77777777" w:rsidR="00D47296" w:rsidRDefault="008C31C1">
            <w:r>
              <w:rPr>
                <w:sz w:val="16"/>
              </w:rPr>
              <w:t>§491.12(b)(2) / E-0022</w:t>
            </w:r>
          </w:p>
        </w:tc>
        <w:tc>
          <w:tcPr>
            <w:tcW w:w="7200" w:type="dxa"/>
            <w:tcMar>
              <w:top w:w="70" w:type="dxa"/>
              <w:left w:w="70" w:type="dxa"/>
              <w:bottom w:w="70" w:type="dxa"/>
              <w:right w:w="70" w:type="dxa"/>
            </w:tcMar>
            <w:vAlign w:val="center"/>
          </w:tcPr>
          <w:p w14:paraId="3C6FF6CD" w14:textId="77777777" w:rsidR="00D47296" w:rsidRDefault="008C31C1">
            <w:r>
              <w:rPr>
                <w:sz w:val="16"/>
              </w:rPr>
              <w:t>Shelter in place for patients, staff, volunteers</w:t>
            </w:r>
          </w:p>
        </w:tc>
        <w:tc>
          <w:tcPr>
            <w:tcW w:w="3456" w:type="dxa"/>
            <w:tcMar>
              <w:top w:w="70" w:type="dxa"/>
              <w:left w:w="70" w:type="dxa"/>
              <w:bottom w:w="70" w:type="dxa"/>
              <w:right w:w="70" w:type="dxa"/>
            </w:tcMar>
            <w:vAlign w:val="center"/>
          </w:tcPr>
          <w:p w14:paraId="2E5BF0D6" w14:textId="77777777" w:rsidR="00D47296" w:rsidRDefault="008C31C1">
            <w:r>
              <w:rPr>
                <w:sz w:val="16"/>
              </w:rPr>
              <w:t>Section 12 / Attachment H</w:t>
            </w:r>
          </w:p>
        </w:tc>
      </w:tr>
      <w:tr w:rsidR="00D47296" w14:paraId="6E22E35B" w14:textId="77777777">
        <w:trPr>
          <w:jc w:val="center"/>
        </w:trPr>
        <w:tc>
          <w:tcPr>
            <w:tcW w:w="3024" w:type="dxa"/>
            <w:shd w:val="clear" w:color="auto" w:fill="E8F2EE"/>
            <w:tcMar>
              <w:top w:w="70" w:type="dxa"/>
              <w:left w:w="70" w:type="dxa"/>
              <w:bottom w:w="70" w:type="dxa"/>
              <w:right w:w="70" w:type="dxa"/>
            </w:tcMar>
            <w:vAlign w:val="center"/>
          </w:tcPr>
          <w:p w14:paraId="7C0C30EB" w14:textId="77777777" w:rsidR="00D47296" w:rsidRDefault="008C31C1">
            <w:r>
              <w:rPr>
                <w:sz w:val="16"/>
              </w:rPr>
              <w:t>§491.12(b)(3) / E-0023</w:t>
            </w:r>
          </w:p>
        </w:tc>
        <w:tc>
          <w:tcPr>
            <w:tcW w:w="7200" w:type="dxa"/>
            <w:shd w:val="clear" w:color="auto" w:fill="E8F2EE"/>
            <w:tcMar>
              <w:top w:w="70" w:type="dxa"/>
              <w:left w:w="70" w:type="dxa"/>
              <w:bottom w:w="70" w:type="dxa"/>
              <w:right w:w="70" w:type="dxa"/>
            </w:tcMar>
            <w:vAlign w:val="center"/>
          </w:tcPr>
          <w:p w14:paraId="7ABD9E94" w14:textId="77777777" w:rsidR="00D47296" w:rsidRDefault="008C31C1">
            <w:r>
              <w:rPr>
                <w:sz w:val="16"/>
              </w:rPr>
              <w:t>Medical documentation preservation/confidentiality/availability</w:t>
            </w:r>
          </w:p>
        </w:tc>
        <w:tc>
          <w:tcPr>
            <w:tcW w:w="3456" w:type="dxa"/>
            <w:shd w:val="clear" w:color="auto" w:fill="E8F2EE"/>
            <w:tcMar>
              <w:top w:w="70" w:type="dxa"/>
              <w:left w:w="70" w:type="dxa"/>
              <w:bottom w:w="70" w:type="dxa"/>
              <w:right w:w="70" w:type="dxa"/>
            </w:tcMar>
            <w:vAlign w:val="center"/>
          </w:tcPr>
          <w:p w14:paraId="577993AB" w14:textId="77777777" w:rsidR="00D47296" w:rsidRDefault="008C31C1">
            <w:r>
              <w:rPr>
                <w:sz w:val="16"/>
              </w:rPr>
              <w:t>Section 9 / Attachment K</w:t>
            </w:r>
          </w:p>
        </w:tc>
      </w:tr>
      <w:tr w:rsidR="00D47296" w14:paraId="6DB8B145" w14:textId="77777777">
        <w:trPr>
          <w:jc w:val="center"/>
        </w:trPr>
        <w:tc>
          <w:tcPr>
            <w:tcW w:w="3024" w:type="dxa"/>
            <w:tcMar>
              <w:top w:w="70" w:type="dxa"/>
              <w:left w:w="70" w:type="dxa"/>
              <w:bottom w:w="70" w:type="dxa"/>
              <w:right w:w="70" w:type="dxa"/>
            </w:tcMar>
            <w:vAlign w:val="center"/>
          </w:tcPr>
          <w:p w14:paraId="4B790AE6" w14:textId="77777777" w:rsidR="00D47296" w:rsidRDefault="008C31C1">
            <w:r>
              <w:rPr>
                <w:sz w:val="16"/>
              </w:rPr>
              <w:t>§491.12(b)(4) / E-0024</w:t>
            </w:r>
          </w:p>
        </w:tc>
        <w:tc>
          <w:tcPr>
            <w:tcW w:w="7200" w:type="dxa"/>
            <w:tcMar>
              <w:top w:w="70" w:type="dxa"/>
              <w:left w:w="70" w:type="dxa"/>
              <w:bottom w:w="70" w:type="dxa"/>
              <w:right w:w="70" w:type="dxa"/>
            </w:tcMar>
            <w:vAlign w:val="center"/>
          </w:tcPr>
          <w:p w14:paraId="7DA408AB" w14:textId="77777777" w:rsidR="00D47296" w:rsidRDefault="008C31C1">
            <w:r>
              <w:rPr>
                <w:sz w:val="16"/>
              </w:rPr>
              <w:t>Volunteers / emergency staffing / designated health professionals</w:t>
            </w:r>
          </w:p>
        </w:tc>
        <w:tc>
          <w:tcPr>
            <w:tcW w:w="3456" w:type="dxa"/>
            <w:tcMar>
              <w:top w:w="70" w:type="dxa"/>
              <w:left w:w="70" w:type="dxa"/>
              <w:bottom w:w="70" w:type="dxa"/>
              <w:right w:w="70" w:type="dxa"/>
            </w:tcMar>
            <w:vAlign w:val="center"/>
          </w:tcPr>
          <w:p w14:paraId="18ED96A3" w14:textId="77777777" w:rsidR="00D47296" w:rsidRDefault="008C31C1">
            <w:r>
              <w:rPr>
                <w:sz w:val="16"/>
              </w:rPr>
              <w:t>Section 8 / Attachment J</w:t>
            </w:r>
          </w:p>
        </w:tc>
      </w:tr>
      <w:tr w:rsidR="00D47296" w14:paraId="0AE48BA6" w14:textId="77777777">
        <w:trPr>
          <w:jc w:val="center"/>
        </w:trPr>
        <w:tc>
          <w:tcPr>
            <w:tcW w:w="3024" w:type="dxa"/>
            <w:shd w:val="clear" w:color="auto" w:fill="E8F2EE"/>
            <w:tcMar>
              <w:top w:w="70" w:type="dxa"/>
              <w:left w:w="70" w:type="dxa"/>
              <w:bottom w:w="70" w:type="dxa"/>
              <w:right w:w="70" w:type="dxa"/>
            </w:tcMar>
            <w:vAlign w:val="center"/>
          </w:tcPr>
          <w:p w14:paraId="61759DE6" w14:textId="77777777" w:rsidR="00D47296" w:rsidRDefault="008C31C1">
            <w:r>
              <w:rPr>
                <w:sz w:val="16"/>
              </w:rPr>
              <w:t>§491.12(c) / E-0029</w:t>
            </w:r>
          </w:p>
        </w:tc>
        <w:tc>
          <w:tcPr>
            <w:tcW w:w="7200" w:type="dxa"/>
            <w:shd w:val="clear" w:color="auto" w:fill="E8F2EE"/>
            <w:tcMar>
              <w:top w:w="70" w:type="dxa"/>
              <w:left w:w="70" w:type="dxa"/>
              <w:bottom w:w="70" w:type="dxa"/>
              <w:right w:w="70" w:type="dxa"/>
            </w:tcMar>
            <w:vAlign w:val="center"/>
          </w:tcPr>
          <w:p w14:paraId="783767E1" w14:textId="77777777" w:rsidR="00D47296" w:rsidRDefault="008C31C1">
            <w:r>
              <w:rPr>
                <w:sz w:val="16"/>
              </w:rPr>
              <w:t>Communication plan; 2-year review</w:t>
            </w:r>
          </w:p>
        </w:tc>
        <w:tc>
          <w:tcPr>
            <w:tcW w:w="3456" w:type="dxa"/>
            <w:shd w:val="clear" w:color="auto" w:fill="E8F2EE"/>
            <w:tcMar>
              <w:top w:w="70" w:type="dxa"/>
              <w:left w:w="70" w:type="dxa"/>
              <w:bottom w:w="70" w:type="dxa"/>
              <w:right w:w="70" w:type="dxa"/>
            </w:tcMar>
            <w:vAlign w:val="center"/>
          </w:tcPr>
          <w:p w14:paraId="00990F17" w14:textId="77777777" w:rsidR="00D47296" w:rsidRDefault="008C31C1">
            <w:r>
              <w:rPr>
                <w:sz w:val="16"/>
              </w:rPr>
              <w:t>Section 11 / Annex A</w:t>
            </w:r>
          </w:p>
        </w:tc>
      </w:tr>
      <w:tr w:rsidR="00D47296" w14:paraId="0C3B84AD" w14:textId="77777777">
        <w:trPr>
          <w:jc w:val="center"/>
        </w:trPr>
        <w:tc>
          <w:tcPr>
            <w:tcW w:w="3024" w:type="dxa"/>
            <w:tcMar>
              <w:top w:w="70" w:type="dxa"/>
              <w:left w:w="70" w:type="dxa"/>
              <w:bottom w:w="70" w:type="dxa"/>
              <w:right w:w="70" w:type="dxa"/>
            </w:tcMar>
            <w:vAlign w:val="center"/>
          </w:tcPr>
          <w:p w14:paraId="7CCE0BCF" w14:textId="77777777" w:rsidR="00D47296" w:rsidRDefault="008C31C1">
            <w:r>
              <w:rPr>
                <w:sz w:val="16"/>
              </w:rPr>
              <w:t>§491.12(c)(1)-(2) / E-0030-31</w:t>
            </w:r>
          </w:p>
        </w:tc>
        <w:tc>
          <w:tcPr>
            <w:tcW w:w="7200" w:type="dxa"/>
            <w:tcMar>
              <w:top w:w="70" w:type="dxa"/>
              <w:left w:w="70" w:type="dxa"/>
              <w:bottom w:w="70" w:type="dxa"/>
              <w:right w:w="70" w:type="dxa"/>
            </w:tcMar>
            <w:vAlign w:val="center"/>
          </w:tcPr>
          <w:p w14:paraId="07A80BDC" w14:textId="77777777" w:rsidR="00D47296" w:rsidRDefault="008C31C1">
            <w:r>
              <w:rPr>
                <w:sz w:val="16"/>
              </w:rPr>
              <w:t>Required contacts</w:t>
            </w:r>
          </w:p>
        </w:tc>
        <w:tc>
          <w:tcPr>
            <w:tcW w:w="3456" w:type="dxa"/>
            <w:tcMar>
              <w:top w:w="70" w:type="dxa"/>
              <w:left w:w="70" w:type="dxa"/>
              <w:bottom w:w="70" w:type="dxa"/>
              <w:right w:w="70" w:type="dxa"/>
            </w:tcMar>
            <w:vAlign w:val="center"/>
          </w:tcPr>
          <w:p w14:paraId="54DBB855" w14:textId="77777777" w:rsidR="00D47296" w:rsidRDefault="008C31C1">
            <w:r>
              <w:rPr>
                <w:sz w:val="16"/>
              </w:rPr>
              <w:t>Section 11 / Attachment E</w:t>
            </w:r>
          </w:p>
        </w:tc>
      </w:tr>
      <w:tr w:rsidR="00D47296" w14:paraId="0F7C3A09" w14:textId="77777777">
        <w:trPr>
          <w:jc w:val="center"/>
        </w:trPr>
        <w:tc>
          <w:tcPr>
            <w:tcW w:w="3024" w:type="dxa"/>
            <w:shd w:val="clear" w:color="auto" w:fill="E8F2EE"/>
            <w:tcMar>
              <w:top w:w="70" w:type="dxa"/>
              <w:left w:w="70" w:type="dxa"/>
              <w:bottom w:w="70" w:type="dxa"/>
              <w:right w:w="70" w:type="dxa"/>
            </w:tcMar>
            <w:vAlign w:val="center"/>
          </w:tcPr>
          <w:p w14:paraId="625D949F" w14:textId="77777777" w:rsidR="00D47296" w:rsidRDefault="008C31C1">
            <w:r>
              <w:rPr>
                <w:sz w:val="16"/>
              </w:rPr>
              <w:t>§491.12(c)(3) / E-0032</w:t>
            </w:r>
          </w:p>
        </w:tc>
        <w:tc>
          <w:tcPr>
            <w:tcW w:w="7200" w:type="dxa"/>
            <w:shd w:val="clear" w:color="auto" w:fill="E8F2EE"/>
            <w:tcMar>
              <w:top w:w="70" w:type="dxa"/>
              <w:left w:w="70" w:type="dxa"/>
              <w:bottom w:w="70" w:type="dxa"/>
              <w:right w:w="70" w:type="dxa"/>
            </w:tcMar>
            <w:vAlign w:val="center"/>
          </w:tcPr>
          <w:p w14:paraId="3B1B854F" w14:textId="77777777" w:rsidR="00D47296" w:rsidRDefault="008C31C1">
            <w:r>
              <w:rPr>
                <w:sz w:val="16"/>
              </w:rPr>
              <w:t>Primary/alternate communications</w:t>
            </w:r>
          </w:p>
        </w:tc>
        <w:tc>
          <w:tcPr>
            <w:tcW w:w="3456" w:type="dxa"/>
            <w:shd w:val="clear" w:color="auto" w:fill="E8F2EE"/>
            <w:tcMar>
              <w:top w:w="70" w:type="dxa"/>
              <w:left w:w="70" w:type="dxa"/>
              <w:bottom w:w="70" w:type="dxa"/>
              <w:right w:w="70" w:type="dxa"/>
            </w:tcMar>
            <w:vAlign w:val="center"/>
          </w:tcPr>
          <w:p w14:paraId="29D5F09B" w14:textId="77777777" w:rsidR="00D47296" w:rsidRDefault="008C31C1">
            <w:r>
              <w:rPr>
                <w:sz w:val="16"/>
              </w:rPr>
              <w:t>Section 11 / Annex A</w:t>
            </w:r>
          </w:p>
        </w:tc>
      </w:tr>
      <w:tr w:rsidR="00D47296" w14:paraId="6D21A8E8" w14:textId="77777777">
        <w:trPr>
          <w:jc w:val="center"/>
        </w:trPr>
        <w:tc>
          <w:tcPr>
            <w:tcW w:w="3024" w:type="dxa"/>
            <w:tcMar>
              <w:top w:w="70" w:type="dxa"/>
              <w:left w:w="70" w:type="dxa"/>
              <w:bottom w:w="70" w:type="dxa"/>
              <w:right w:w="70" w:type="dxa"/>
            </w:tcMar>
            <w:vAlign w:val="center"/>
          </w:tcPr>
          <w:p w14:paraId="2BCB28F0" w14:textId="77777777" w:rsidR="00D47296" w:rsidRDefault="008C31C1">
            <w:r>
              <w:rPr>
                <w:sz w:val="16"/>
              </w:rPr>
              <w:t>§491.12(c)(4) / E-0033</w:t>
            </w:r>
          </w:p>
        </w:tc>
        <w:tc>
          <w:tcPr>
            <w:tcW w:w="7200" w:type="dxa"/>
            <w:tcMar>
              <w:top w:w="70" w:type="dxa"/>
              <w:left w:w="70" w:type="dxa"/>
              <w:bottom w:w="70" w:type="dxa"/>
              <w:right w:w="70" w:type="dxa"/>
            </w:tcMar>
            <w:vAlign w:val="center"/>
          </w:tcPr>
          <w:p w14:paraId="2BEE4579" w14:textId="77777777" w:rsidR="00D47296" w:rsidRDefault="008C31C1">
            <w:r>
              <w:rPr>
                <w:sz w:val="16"/>
              </w:rPr>
              <w:t>Patient general condition/location information</w:t>
            </w:r>
          </w:p>
        </w:tc>
        <w:tc>
          <w:tcPr>
            <w:tcW w:w="3456" w:type="dxa"/>
            <w:tcMar>
              <w:top w:w="70" w:type="dxa"/>
              <w:left w:w="70" w:type="dxa"/>
              <w:bottom w:w="70" w:type="dxa"/>
              <w:right w:w="70" w:type="dxa"/>
            </w:tcMar>
            <w:vAlign w:val="center"/>
          </w:tcPr>
          <w:p w14:paraId="6EEBF4F7" w14:textId="77777777" w:rsidR="00D47296" w:rsidRDefault="008C31C1">
            <w:r>
              <w:rPr>
                <w:sz w:val="16"/>
              </w:rPr>
              <w:t>Section 11 / privacy procedure</w:t>
            </w:r>
          </w:p>
        </w:tc>
      </w:tr>
      <w:tr w:rsidR="00D47296" w14:paraId="6530EBA8" w14:textId="77777777">
        <w:trPr>
          <w:jc w:val="center"/>
        </w:trPr>
        <w:tc>
          <w:tcPr>
            <w:tcW w:w="3024" w:type="dxa"/>
            <w:shd w:val="clear" w:color="auto" w:fill="E8F2EE"/>
            <w:tcMar>
              <w:top w:w="70" w:type="dxa"/>
              <w:left w:w="70" w:type="dxa"/>
              <w:bottom w:w="70" w:type="dxa"/>
              <w:right w:w="70" w:type="dxa"/>
            </w:tcMar>
            <w:vAlign w:val="center"/>
          </w:tcPr>
          <w:p w14:paraId="3F59ABD1" w14:textId="77777777" w:rsidR="00D47296" w:rsidRDefault="008C31C1">
            <w:r>
              <w:rPr>
                <w:sz w:val="16"/>
              </w:rPr>
              <w:t>§491.12(c)(5) / E-0034</w:t>
            </w:r>
          </w:p>
        </w:tc>
        <w:tc>
          <w:tcPr>
            <w:tcW w:w="7200" w:type="dxa"/>
            <w:shd w:val="clear" w:color="auto" w:fill="E8F2EE"/>
            <w:tcMar>
              <w:top w:w="70" w:type="dxa"/>
              <w:left w:w="70" w:type="dxa"/>
              <w:bottom w:w="70" w:type="dxa"/>
              <w:right w:w="70" w:type="dxa"/>
            </w:tcMar>
            <w:vAlign w:val="center"/>
          </w:tcPr>
          <w:p w14:paraId="6E213B2D" w14:textId="77777777" w:rsidR="00D47296" w:rsidRDefault="008C31C1">
            <w:r>
              <w:rPr>
                <w:sz w:val="16"/>
              </w:rPr>
              <w:t>Report FQHC needs / ability to assist</w:t>
            </w:r>
          </w:p>
        </w:tc>
        <w:tc>
          <w:tcPr>
            <w:tcW w:w="3456" w:type="dxa"/>
            <w:shd w:val="clear" w:color="auto" w:fill="E8F2EE"/>
            <w:tcMar>
              <w:top w:w="70" w:type="dxa"/>
              <w:left w:w="70" w:type="dxa"/>
              <w:bottom w:w="70" w:type="dxa"/>
              <w:right w:w="70" w:type="dxa"/>
            </w:tcMar>
            <w:vAlign w:val="center"/>
          </w:tcPr>
          <w:p w14:paraId="0BE82DC7" w14:textId="77777777" w:rsidR="00D47296" w:rsidRDefault="008C31C1">
            <w:r>
              <w:rPr>
                <w:sz w:val="16"/>
              </w:rPr>
              <w:t>Section 11 / situational awareness</w:t>
            </w:r>
          </w:p>
        </w:tc>
      </w:tr>
      <w:tr w:rsidR="00D47296" w14:paraId="0E0C2401" w14:textId="77777777">
        <w:trPr>
          <w:jc w:val="center"/>
        </w:trPr>
        <w:tc>
          <w:tcPr>
            <w:tcW w:w="3024" w:type="dxa"/>
            <w:tcMar>
              <w:top w:w="70" w:type="dxa"/>
              <w:left w:w="70" w:type="dxa"/>
              <w:bottom w:w="70" w:type="dxa"/>
              <w:right w:w="70" w:type="dxa"/>
            </w:tcMar>
            <w:vAlign w:val="center"/>
          </w:tcPr>
          <w:p w14:paraId="20CD66FF" w14:textId="77777777" w:rsidR="00D47296" w:rsidRDefault="008C31C1">
            <w:r>
              <w:rPr>
                <w:sz w:val="16"/>
              </w:rPr>
              <w:t>§491.12(d)(1) / E-0037</w:t>
            </w:r>
          </w:p>
        </w:tc>
        <w:tc>
          <w:tcPr>
            <w:tcW w:w="7200" w:type="dxa"/>
            <w:tcMar>
              <w:top w:w="70" w:type="dxa"/>
              <w:left w:w="70" w:type="dxa"/>
              <w:bottom w:w="70" w:type="dxa"/>
              <w:right w:w="70" w:type="dxa"/>
            </w:tcMar>
            <w:vAlign w:val="center"/>
          </w:tcPr>
          <w:p w14:paraId="02F50BBF" w14:textId="77777777" w:rsidR="00D47296" w:rsidRDefault="008C31C1">
            <w:r>
              <w:rPr>
                <w:sz w:val="16"/>
              </w:rPr>
              <w:t>Initial and every-2-year training; documentation; knowledge; updated P&amp;P training</w:t>
            </w:r>
          </w:p>
        </w:tc>
        <w:tc>
          <w:tcPr>
            <w:tcW w:w="3456" w:type="dxa"/>
            <w:tcMar>
              <w:top w:w="70" w:type="dxa"/>
              <w:left w:w="70" w:type="dxa"/>
              <w:bottom w:w="70" w:type="dxa"/>
              <w:right w:w="70" w:type="dxa"/>
            </w:tcMar>
            <w:vAlign w:val="center"/>
          </w:tcPr>
          <w:p w14:paraId="0DD06054" w14:textId="77777777" w:rsidR="00D47296" w:rsidRDefault="008C31C1">
            <w:r>
              <w:rPr>
                <w:sz w:val="16"/>
              </w:rPr>
              <w:t>Section 8 / Attachment D</w:t>
            </w:r>
          </w:p>
        </w:tc>
      </w:tr>
      <w:tr w:rsidR="00D47296" w14:paraId="6E28C0CC" w14:textId="77777777">
        <w:trPr>
          <w:jc w:val="center"/>
        </w:trPr>
        <w:tc>
          <w:tcPr>
            <w:tcW w:w="3024" w:type="dxa"/>
            <w:shd w:val="clear" w:color="auto" w:fill="E8F2EE"/>
            <w:tcMar>
              <w:top w:w="70" w:type="dxa"/>
              <w:left w:w="70" w:type="dxa"/>
              <w:bottom w:w="70" w:type="dxa"/>
              <w:right w:w="70" w:type="dxa"/>
            </w:tcMar>
            <w:vAlign w:val="center"/>
          </w:tcPr>
          <w:p w14:paraId="02CDE84C" w14:textId="77777777" w:rsidR="00D47296" w:rsidRDefault="008C31C1">
            <w:r>
              <w:rPr>
                <w:sz w:val="16"/>
              </w:rPr>
              <w:t>§491.12(d)(2) / E-0039</w:t>
            </w:r>
          </w:p>
        </w:tc>
        <w:tc>
          <w:tcPr>
            <w:tcW w:w="7200" w:type="dxa"/>
            <w:shd w:val="clear" w:color="auto" w:fill="E8F2EE"/>
            <w:tcMar>
              <w:top w:w="70" w:type="dxa"/>
              <w:left w:w="70" w:type="dxa"/>
              <w:bottom w:w="70" w:type="dxa"/>
              <w:right w:w="70" w:type="dxa"/>
            </w:tcMar>
            <w:vAlign w:val="center"/>
          </w:tcPr>
          <w:p w14:paraId="30556C59" w14:textId="77777777" w:rsidR="00D47296" w:rsidRDefault="008C31C1">
            <w:r>
              <w:rPr>
                <w:sz w:val="16"/>
              </w:rPr>
              <w:t>Annual exercise; alternating 2-year cycle; actual-event exemption</w:t>
            </w:r>
          </w:p>
        </w:tc>
        <w:tc>
          <w:tcPr>
            <w:tcW w:w="3456" w:type="dxa"/>
            <w:shd w:val="clear" w:color="auto" w:fill="E8F2EE"/>
            <w:tcMar>
              <w:top w:w="70" w:type="dxa"/>
              <w:left w:w="70" w:type="dxa"/>
              <w:bottom w:w="70" w:type="dxa"/>
              <w:right w:w="70" w:type="dxa"/>
            </w:tcMar>
            <w:vAlign w:val="center"/>
          </w:tcPr>
          <w:p w14:paraId="582A69C6" w14:textId="77777777" w:rsidR="00D47296" w:rsidRDefault="008C31C1">
            <w:r>
              <w:rPr>
                <w:sz w:val="16"/>
              </w:rPr>
              <w:t>Attachment D / Annex training-exercise</w:t>
            </w:r>
          </w:p>
        </w:tc>
      </w:tr>
      <w:tr w:rsidR="00D47296" w14:paraId="3C145304" w14:textId="77777777">
        <w:trPr>
          <w:jc w:val="center"/>
        </w:trPr>
        <w:tc>
          <w:tcPr>
            <w:tcW w:w="3024" w:type="dxa"/>
            <w:tcMar>
              <w:top w:w="70" w:type="dxa"/>
              <w:left w:w="70" w:type="dxa"/>
              <w:bottom w:w="70" w:type="dxa"/>
              <w:right w:w="70" w:type="dxa"/>
            </w:tcMar>
            <w:vAlign w:val="center"/>
          </w:tcPr>
          <w:p w14:paraId="2C793338" w14:textId="77777777" w:rsidR="00D47296" w:rsidRDefault="008C31C1">
            <w:r>
              <w:rPr>
                <w:sz w:val="16"/>
              </w:rPr>
              <w:lastRenderedPageBreak/>
              <w:t>§491.12(d)(2)(iii)</w:t>
            </w:r>
          </w:p>
        </w:tc>
        <w:tc>
          <w:tcPr>
            <w:tcW w:w="7200" w:type="dxa"/>
            <w:tcMar>
              <w:top w:w="70" w:type="dxa"/>
              <w:left w:w="70" w:type="dxa"/>
              <w:bottom w:w="70" w:type="dxa"/>
              <w:right w:w="70" w:type="dxa"/>
            </w:tcMar>
            <w:vAlign w:val="center"/>
          </w:tcPr>
          <w:p w14:paraId="40AEAE68" w14:textId="77777777" w:rsidR="00D47296" w:rsidRDefault="008C31C1">
            <w:r>
              <w:rPr>
                <w:sz w:val="16"/>
              </w:rPr>
              <w:t>Analyze/document exercises/events; revise plan</w:t>
            </w:r>
          </w:p>
        </w:tc>
        <w:tc>
          <w:tcPr>
            <w:tcW w:w="3456" w:type="dxa"/>
            <w:tcMar>
              <w:top w:w="70" w:type="dxa"/>
              <w:left w:w="70" w:type="dxa"/>
              <w:bottom w:w="70" w:type="dxa"/>
              <w:right w:w="70" w:type="dxa"/>
            </w:tcMar>
            <w:vAlign w:val="center"/>
          </w:tcPr>
          <w:p w14:paraId="08659511" w14:textId="77777777" w:rsidR="00D47296" w:rsidRDefault="008C31C1">
            <w:r>
              <w:rPr>
                <w:sz w:val="16"/>
              </w:rPr>
              <w:t>Section 13 / Attachment O</w:t>
            </w:r>
          </w:p>
        </w:tc>
      </w:tr>
      <w:tr w:rsidR="00D47296" w14:paraId="39E42AC0" w14:textId="77777777">
        <w:trPr>
          <w:jc w:val="center"/>
        </w:trPr>
        <w:tc>
          <w:tcPr>
            <w:tcW w:w="3024" w:type="dxa"/>
            <w:shd w:val="clear" w:color="auto" w:fill="E8F2EE"/>
            <w:tcMar>
              <w:top w:w="70" w:type="dxa"/>
              <w:left w:w="70" w:type="dxa"/>
              <w:bottom w:w="70" w:type="dxa"/>
              <w:right w:w="70" w:type="dxa"/>
            </w:tcMar>
            <w:vAlign w:val="center"/>
          </w:tcPr>
          <w:p w14:paraId="72C18FE0" w14:textId="77777777" w:rsidR="00D47296" w:rsidRDefault="008C31C1">
            <w:r>
              <w:rPr>
                <w:sz w:val="16"/>
              </w:rPr>
              <w:t>§491.12(e) / E-0042</w:t>
            </w:r>
          </w:p>
        </w:tc>
        <w:tc>
          <w:tcPr>
            <w:tcW w:w="7200" w:type="dxa"/>
            <w:shd w:val="clear" w:color="auto" w:fill="E8F2EE"/>
            <w:tcMar>
              <w:top w:w="70" w:type="dxa"/>
              <w:left w:w="70" w:type="dxa"/>
              <w:bottom w:w="70" w:type="dxa"/>
              <w:right w:w="70" w:type="dxa"/>
            </w:tcMar>
            <w:vAlign w:val="center"/>
          </w:tcPr>
          <w:p w14:paraId="06B972E6" w14:textId="77777777" w:rsidR="00D47296" w:rsidRDefault="008C31C1">
            <w:r>
              <w:rPr>
                <w:sz w:val="16"/>
              </w:rPr>
              <w:t>Integrated system requirements if elected</w:t>
            </w:r>
          </w:p>
        </w:tc>
        <w:tc>
          <w:tcPr>
            <w:tcW w:w="3456" w:type="dxa"/>
            <w:shd w:val="clear" w:color="auto" w:fill="E8F2EE"/>
            <w:tcMar>
              <w:top w:w="70" w:type="dxa"/>
              <w:left w:w="70" w:type="dxa"/>
              <w:bottom w:w="70" w:type="dxa"/>
              <w:right w:w="70" w:type="dxa"/>
            </w:tcMar>
            <w:vAlign w:val="center"/>
          </w:tcPr>
          <w:p w14:paraId="13799209" w14:textId="77777777" w:rsidR="00D47296" w:rsidRDefault="008C31C1">
            <w:r>
              <w:rPr>
                <w:sz w:val="16"/>
              </w:rPr>
              <w:t>Section 6 / Attachment P</w:t>
            </w:r>
          </w:p>
        </w:tc>
      </w:tr>
      <w:tr w:rsidR="00D47296" w14:paraId="31D2649E" w14:textId="77777777">
        <w:trPr>
          <w:jc w:val="center"/>
        </w:trPr>
        <w:tc>
          <w:tcPr>
            <w:tcW w:w="3024" w:type="dxa"/>
            <w:tcMar>
              <w:top w:w="70" w:type="dxa"/>
              <w:left w:w="70" w:type="dxa"/>
              <w:bottom w:w="70" w:type="dxa"/>
              <w:right w:w="70" w:type="dxa"/>
            </w:tcMar>
            <w:vAlign w:val="center"/>
          </w:tcPr>
          <w:p w14:paraId="0148EC88" w14:textId="77777777" w:rsidR="00D47296" w:rsidRDefault="008C31C1">
            <w:r>
              <w:rPr>
                <w:sz w:val="16"/>
              </w:rPr>
              <w:t>§491.6</w:t>
            </w:r>
          </w:p>
        </w:tc>
        <w:tc>
          <w:tcPr>
            <w:tcW w:w="7200" w:type="dxa"/>
            <w:tcMar>
              <w:top w:w="70" w:type="dxa"/>
              <w:left w:w="70" w:type="dxa"/>
              <w:bottom w:w="70" w:type="dxa"/>
              <w:right w:w="70" w:type="dxa"/>
            </w:tcMar>
            <w:vAlign w:val="center"/>
          </w:tcPr>
          <w:p w14:paraId="65A6DCA5" w14:textId="77777777" w:rsidR="00D47296" w:rsidRDefault="008C31C1">
            <w:r>
              <w:rPr>
                <w:sz w:val="16"/>
              </w:rPr>
              <w:t>Physical plant safety / preventive maintenance</w:t>
            </w:r>
          </w:p>
        </w:tc>
        <w:tc>
          <w:tcPr>
            <w:tcW w:w="3456" w:type="dxa"/>
            <w:tcMar>
              <w:top w:w="70" w:type="dxa"/>
              <w:left w:w="70" w:type="dxa"/>
              <w:bottom w:w="70" w:type="dxa"/>
              <w:right w:w="70" w:type="dxa"/>
            </w:tcMar>
            <w:vAlign w:val="center"/>
          </w:tcPr>
          <w:p w14:paraId="4D6B8B78" w14:textId="77777777" w:rsidR="00D47296" w:rsidRDefault="008C31C1">
            <w:r>
              <w:rPr>
                <w:sz w:val="16"/>
              </w:rPr>
              <w:t>Section 10 / Attachment L</w:t>
            </w:r>
          </w:p>
        </w:tc>
      </w:tr>
      <w:tr w:rsidR="00D47296" w14:paraId="321C7DF8" w14:textId="77777777">
        <w:trPr>
          <w:jc w:val="center"/>
        </w:trPr>
        <w:tc>
          <w:tcPr>
            <w:tcW w:w="3024" w:type="dxa"/>
            <w:shd w:val="clear" w:color="auto" w:fill="E8F2EE"/>
            <w:tcMar>
              <w:top w:w="70" w:type="dxa"/>
              <w:left w:w="70" w:type="dxa"/>
              <w:bottom w:w="70" w:type="dxa"/>
              <w:right w:w="70" w:type="dxa"/>
            </w:tcMar>
            <w:vAlign w:val="center"/>
          </w:tcPr>
          <w:p w14:paraId="6F6ADC0F" w14:textId="77777777" w:rsidR="00D47296" w:rsidRDefault="008C31C1">
            <w:r>
              <w:rPr>
                <w:sz w:val="16"/>
              </w:rPr>
              <w:t>§491.10</w:t>
            </w:r>
          </w:p>
        </w:tc>
        <w:tc>
          <w:tcPr>
            <w:tcW w:w="7200" w:type="dxa"/>
            <w:shd w:val="clear" w:color="auto" w:fill="E8F2EE"/>
            <w:tcMar>
              <w:top w:w="70" w:type="dxa"/>
              <w:left w:w="70" w:type="dxa"/>
              <w:bottom w:w="70" w:type="dxa"/>
              <w:right w:w="70" w:type="dxa"/>
            </w:tcMar>
            <w:vAlign w:val="center"/>
          </w:tcPr>
          <w:p w14:paraId="71892368" w14:textId="77777777" w:rsidR="00D47296" w:rsidRDefault="008C31C1">
            <w:r>
              <w:rPr>
                <w:sz w:val="16"/>
              </w:rPr>
              <w:t>Patient health records</w:t>
            </w:r>
          </w:p>
        </w:tc>
        <w:tc>
          <w:tcPr>
            <w:tcW w:w="3456" w:type="dxa"/>
            <w:shd w:val="clear" w:color="auto" w:fill="E8F2EE"/>
            <w:tcMar>
              <w:top w:w="70" w:type="dxa"/>
              <w:left w:w="70" w:type="dxa"/>
              <w:bottom w:w="70" w:type="dxa"/>
              <w:right w:w="70" w:type="dxa"/>
            </w:tcMar>
            <w:vAlign w:val="center"/>
          </w:tcPr>
          <w:p w14:paraId="352045A4" w14:textId="77777777" w:rsidR="00D47296" w:rsidRDefault="008C31C1">
            <w:r>
              <w:rPr>
                <w:sz w:val="16"/>
              </w:rPr>
              <w:t>Section 9 / Attachment K</w:t>
            </w:r>
          </w:p>
        </w:tc>
      </w:tr>
      <w:tr w:rsidR="00D47296" w14:paraId="638F84D6" w14:textId="77777777">
        <w:trPr>
          <w:jc w:val="center"/>
        </w:trPr>
        <w:tc>
          <w:tcPr>
            <w:tcW w:w="3024" w:type="dxa"/>
            <w:tcMar>
              <w:top w:w="70" w:type="dxa"/>
              <w:left w:w="70" w:type="dxa"/>
              <w:bottom w:w="70" w:type="dxa"/>
              <w:right w:w="70" w:type="dxa"/>
            </w:tcMar>
            <w:vAlign w:val="center"/>
          </w:tcPr>
          <w:p w14:paraId="0A196153" w14:textId="77777777" w:rsidR="00D47296" w:rsidRDefault="008C31C1">
            <w:r>
              <w:rPr>
                <w:sz w:val="16"/>
              </w:rPr>
              <w:t>§491.11</w:t>
            </w:r>
          </w:p>
        </w:tc>
        <w:tc>
          <w:tcPr>
            <w:tcW w:w="7200" w:type="dxa"/>
            <w:tcMar>
              <w:top w:w="70" w:type="dxa"/>
              <w:left w:w="70" w:type="dxa"/>
              <w:bottom w:w="70" w:type="dxa"/>
              <w:right w:w="70" w:type="dxa"/>
            </w:tcMar>
            <w:vAlign w:val="center"/>
          </w:tcPr>
          <w:p w14:paraId="0AB7528C" w14:textId="77777777" w:rsidR="00D47296" w:rsidRDefault="008C31C1">
            <w:r>
              <w:rPr>
                <w:sz w:val="16"/>
              </w:rPr>
              <w:t>Biennial total-program evaluation</w:t>
            </w:r>
          </w:p>
        </w:tc>
        <w:tc>
          <w:tcPr>
            <w:tcW w:w="3456" w:type="dxa"/>
            <w:tcMar>
              <w:top w:w="70" w:type="dxa"/>
              <w:left w:w="70" w:type="dxa"/>
              <w:bottom w:w="70" w:type="dxa"/>
              <w:right w:w="70" w:type="dxa"/>
            </w:tcMar>
            <w:vAlign w:val="center"/>
          </w:tcPr>
          <w:p w14:paraId="35E66A79" w14:textId="77777777" w:rsidR="00D47296" w:rsidRDefault="008C31C1">
            <w:r>
              <w:rPr>
                <w:sz w:val="16"/>
              </w:rPr>
              <w:t>Attachment R</w:t>
            </w:r>
          </w:p>
        </w:tc>
      </w:tr>
      <w:tr w:rsidR="00D47296" w14:paraId="52A62AEE" w14:textId="77777777">
        <w:trPr>
          <w:jc w:val="center"/>
        </w:trPr>
        <w:tc>
          <w:tcPr>
            <w:tcW w:w="3024" w:type="dxa"/>
            <w:shd w:val="clear" w:color="auto" w:fill="E8F2EE"/>
            <w:tcMar>
              <w:top w:w="70" w:type="dxa"/>
              <w:left w:w="70" w:type="dxa"/>
              <w:bottom w:w="70" w:type="dxa"/>
              <w:right w:w="70" w:type="dxa"/>
            </w:tcMar>
            <w:vAlign w:val="center"/>
          </w:tcPr>
          <w:p w14:paraId="13E800A1" w14:textId="77777777" w:rsidR="00D47296" w:rsidRDefault="008C31C1">
            <w:r>
              <w:rPr>
                <w:sz w:val="16"/>
              </w:rPr>
              <w:t>HRSA HCP Ch. 7 - if applicable</w:t>
            </w:r>
          </w:p>
        </w:tc>
        <w:tc>
          <w:tcPr>
            <w:tcW w:w="7200" w:type="dxa"/>
            <w:shd w:val="clear" w:color="auto" w:fill="E8F2EE"/>
            <w:tcMar>
              <w:top w:w="70" w:type="dxa"/>
              <w:left w:w="70" w:type="dxa"/>
              <w:bottom w:w="70" w:type="dxa"/>
              <w:right w:w="70" w:type="dxa"/>
            </w:tcMar>
            <w:vAlign w:val="center"/>
          </w:tcPr>
          <w:p w14:paraId="466CCFC5" w14:textId="77777777" w:rsidR="00D47296" w:rsidRDefault="008C31C1">
            <w:r>
              <w:rPr>
                <w:sz w:val="16"/>
              </w:rPr>
              <w:t>During-hours medical emergency / BLS / after-hours coverage / call documentation</w:t>
            </w:r>
          </w:p>
        </w:tc>
        <w:tc>
          <w:tcPr>
            <w:tcW w:w="3456" w:type="dxa"/>
            <w:shd w:val="clear" w:color="auto" w:fill="E8F2EE"/>
            <w:tcMar>
              <w:top w:w="70" w:type="dxa"/>
              <w:left w:w="70" w:type="dxa"/>
              <w:bottom w:w="70" w:type="dxa"/>
              <w:right w:w="70" w:type="dxa"/>
            </w:tcMar>
            <w:vAlign w:val="center"/>
          </w:tcPr>
          <w:p w14:paraId="576B83A5" w14:textId="77777777" w:rsidR="00D47296" w:rsidRDefault="008C31C1">
            <w:r>
              <w:rPr>
                <w:sz w:val="16"/>
              </w:rPr>
              <w:t>Section 9 / Attachment Q / Annex C</w:t>
            </w:r>
          </w:p>
        </w:tc>
      </w:tr>
      <w:tr w:rsidR="00D47296" w14:paraId="7F7562B7" w14:textId="77777777">
        <w:trPr>
          <w:jc w:val="center"/>
        </w:trPr>
        <w:tc>
          <w:tcPr>
            <w:tcW w:w="3024" w:type="dxa"/>
            <w:tcMar>
              <w:top w:w="70" w:type="dxa"/>
              <w:left w:w="70" w:type="dxa"/>
              <w:bottom w:w="70" w:type="dxa"/>
              <w:right w:w="70" w:type="dxa"/>
            </w:tcMar>
            <w:vAlign w:val="center"/>
          </w:tcPr>
          <w:p w14:paraId="4BC9CC12" w14:textId="77777777" w:rsidR="00D47296" w:rsidRDefault="008C31C1">
            <w:r>
              <w:rPr>
                <w:sz w:val="16"/>
              </w:rPr>
              <w:t>Maine FMO/local AHJ</w:t>
            </w:r>
          </w:p>
        </w:tc>
        <w:tc>
          <w:tcPr>
            <w:tcW w:w="7200" w:type="dxa"/>
            <w:tcMar>
              <w:top w:w="70" w:type="dxa"/>
              <w:left w:w="70" w:type="dxa"/>
              <w:bottom w:w="70" w:type="dxa"/>
              <w:right w:w="70" w:type="dxa"/>
            </w:tcMar>
            <w:vAlign w:val="center"/>
          </w:tcPr>
          <w:p w14:paraId="17A69FB0" w14:textId="77777777" w:rsidR="00D47296" w:rsidRDefault="008C31C1">
            <w:r>
              <w:rPr>
                <w:sz w:val="16"/>
              </w:rPr>
              <w:t>Occupancy, egress, construction, barrier-free, fire systems as applicable</w:t>
            </w:r>
          </w:p>
        </w:tc>
        <w:tc>
          <w:tcPr>
            <w:tcW w:w="3456" w:type="dxa"/>
            <w:tcMar>
              <w:top w:w="70" w:type="dxa"/>
              <w:left w:w="70" w:type="dxa"/>
              <w:bottom w:w="70" w:type="dxa"/>
              <w:right w:w="70" w:type="dxa"/>
            </w:tcMar>
            <w:vAlign w:val="center"/>
          </w:tcPr>
          <w:p w14:paraId="6E48F1E9" w14:textId="77777777" w:rsidR="00D47296" w:rsidRDefault="008C31C1">
            <w:r>
              <w:rPr>
                <w:sz w:val="16"/>
              </w:rPr>
              <w:t>Section 10 / Attachment M</w:t>
            </w:r>
          </w:p>
        </w:tc>
      </w:tr>
      <w:tr w:rsidR="00D47296" w14:paraId="5678F1E5" w14:textId="77777777">
        <w:trPr>
          <w:jc w:val="center"/>
        </w:trPr>
        <w:tc>
          <w:tcPr>
            <w:tcW w:w="3024" w:type="dxa"/>
            <w:shd w:val="clear" w:color="auto" w:fill="E8F2EE"/>
            <w:tcMar>
              <w:top w:w="70" w:type="dxa"/>
              <w:left w:w="70" w:type="dxa"/>
              <w:bottom w:w="70" w:type="dxa"/>
              <w:right w:w="70" w:type="dxa"/>
            </w:tcMar>
            <w:vAlign w:val="center"/>
          </w:tcPr>
          <w:p w14:paraId="5558F60C" w14:textId="77777777" w:rsidR="00D47296" w:rsidRDefault="008C31C1">
            <w:r>
              <w:rPr>
                <w:sz w:val="16"/>
              </w:rPr>
              <w:t>Maine CDC Ch. 258</w:t>
            </w:r>
          </w:p>
        </w:tc>
        <w:tc>
          <w:tcPr>
            <w:tcW w:w="7200" w:type="dxa"/>
            <w:shd w:val="clear" w:color="auto" w:fill="E8F2EE"/>
            <w:tcMar>
              <w:top w:w="70" w:type="dxa"/>
              <w:left w:w="70" w:type="dxa"/>
              <w:bottom w:w="70" w:type="dxa"/>
              <w:right w:w="70" w:type="dxa"/>
            </w:tcMar>
            <w:vAlign w:val="center"/>
          </w:tcPr>
          <w:p w14:paraId="50E41608" w14:textId="77777777" w:rsidR="00D47296" w:rsidRDefault="008C31C1">
            <w:r>
              <w:rPr>
                <w:sz w:val="16"/>
              </w:rPr>
              <w:t>Notifiable disease / outbreak reporting</w:t>
            </w:r>
          </w:p>
        </w:tc>
        <w:tc>
          <w:tcPr>
            <w:tcW w:w="3456" w:type="dxa"/>
            <w:shd w:val="clear" w:color="auto" w:fill="E8F2EE"/>
            <w:tcMar>
              <w:top w:w="70" w:type="dxa"/>
              <w:left w:w="70" w:type="dxa"/>
              <w:bottom w:w="70" w:type="dxa"/>
              <w:right w:w="70" w:type="dxa"/>
            </w:tcMar>
            <w:vAlign w:val="center"/>
          </w:tcPr>
          <w:p w14:paraId="592E0B6B" w14:textId="77777777" w:rsidR="00D47296" w:rsidRDefault="008C31C1">
            <w:r>
              <w:rPr>
                <w:sz w:val="16"/>
              </w:rPr>
              <w:t>Annex D / outbreak appendix</w:t>
            </w:r>
          </w:p>
        </w:tc>
      </w:tr>
    </w:tbl>
    <w:p w14:paraId="78E4B8DA" w14:textId="77777777" w:rsidR="00D47296" w:rsidRDefault="00D47296">
      <w:pPr>
        <w:spacing w:after="0"/>
      </w:pPr>
    </w:p>
    <w:p w14:paraId="79947B27" w14:textId="77777777" w:rsidR="00D47296" w:rsidRDefault="00D47296">
      <w:pPr>
        <w:sectPr w:rsidR="00D47296">
          <w:pgSz w:w="15840" w:h="12240" w:orient="landscape"/>
          <w:pgMar w:top="720" w:right="720" w:bottom="720" w:left="720" w:header="720" w:footer="720" w:gutter="0"/>
          <w:cols w:space="720"/>
          <w:titlePg/>
          <w:docGrid w:linePitch="360"/>
        </w:sectPr>
      </w:pPr>
    </w:p>
    <w:p w14:paraId="50458007" w14:textId="77777777" w:rsidR="00D47296" w:rsidRDefault="008C31C1">
      <w:pPr>
        <w:pStyle w:val="Heading1"/>
      </w:pPr>
      <w:r>
        <w:lastRenderedPageBreak/>
        <w:t>ATTACHMENT B - HAZARD VULNERABILITY ANALYSIS / RISK ASSESSMENT</w:t>
      </w:r>
    </w:p>
    <w:p w14:paraId="154D65EF" w14:textId="77777777" w:rsidR="00D47296" w:rsidRDefault="008C31C1">
      <w:pPr>
        <w:spacing w:after="80" w:line="240" w:lineRule="auto"/>
      </w:pPr>
      <w:r>
        <w:t>Maintain the completed facility-based HVA and community-based risk assessment here or reference the controlled location. The HVA format is not prescribed by CMS; document the method, participants, date, sources and resulting priorities.</w:t>
      </w:r>
    </w:p>
    <w:tbl>
      <w:tblPr>
        <w:tblW w:w="0" w:type="auto"/>
        <w:jc w:val="center"/>
        <w:tblLayout w:type="fixed"/>
        <w:tblLook w:val="04A0" w:firstRow="1" w:lastRow="0" w:firstColumn="1" w:lastColumn="0" w:noHBand="0" w:noVBand="1"/>
      </w:tblPr>
      <w:tblGrid>
        <w:gridCol w:w="3456"/>
        <w:gridCol w:w="7056"/>
      </w:tblGrid>
      <w:tr w:rsidR="00D47296" w14:paraId="1FA8EA4D" w14:textId="77777777">
        <w:trPr>
          <w:tblHeader/>
          <w:jc w:val="center"/>
        </w:trPr>
        <w:tc>
          <w:tcPr>
            <w:tcW w:w="3456" w:type="dxa"/>
            <w:shd w:val="clear" w:color="auto" w:fill="015A41"/>
            <w:tcMar>
              <w:top w:w="70" w:type="dxa"/>
              <w:left w:w="70" w:type="dxa"/>
              <w:bottom w:w="70" w:type="dxa"/>
              <w:right w:w="70" w:type="dxa"/>
            </w:tcMar>
            <w:vAlign w:val="center"/>
          </w:tcPr>
          <w:p w14:paraId="554C500C" w14:textId="77777777" w:rsidR="00D47296" w:rsidRDefault="008C31C1">
            <w:r>
              <w:rPr>
                <w:b/>
                <w:color w:val="FFFFFF"/>
                <w:sz w:val="19"/>
              </w:rPr>
              <w:t>Field</w:t>
            </w:r>
          </w:p>
        </w:tc>
        <w:tc>
          <w:tcPr>
            <w:tcW w:w="7056" w:type="dxa"/>
            <w:shd w:val="clear" w:color="auto" w:fill="015A41"/>
            <w:tcMar>
              <w:top w:w="70" w:type="dxa"/>
              <w:left w:w="70" w:type="dxa"/>
              <w:bottom w:w="70" w:type="dxa"/>
              <w:right w:w="70" w:type="dxa"/>
            </w:tcMar>
            <w:vAlign w:val="center"/>
          </w:tcPr>
          <w:p w14:paraId="6BA7CE79" w14:textId="77777777" w:rsidR="00D47296" w:rsidRDefault="008C31C1">
            <w:r>
              <w:rPr>
                <w:b/>
                <w:color w:val="FFFFFF"/>
                <w:sz w:val="19"/>
              </w:rPr>
              <w:t>Facility Entry</w:t>
            </w:r>
          </w:p>
        </w:tc>
      </w:tr>
      <w:tr w:rsidR="00D47296" w14:paraId="668BFAAB" w14:textId="77777777">
        <w:trPr>
          <w:jc w:val="center"/>
        </w:trPr>
        <w:tc>
          <w:tcPr>
            <w:tcW w:w="3456" w:type="dxa"/>
            <w:shd w:val="clear" w:color="auto" w:fill="E8F2EE"/>
            <w:tcMar>
              <w:top w:w="70" w:type="dxa"/>
              <w:left w:w="70" w:type="dxa"/>
              <w:bottom w:w="70" w:type="dxa"/>
              <w:right w:w="70" w:type="dxa"/>
            </w:tcMar>
            <w:vAlign w:val="center"/>
          </w:tcPr>
          <w:p w14:paraId="2E3146A5" w14:textId="77777777" w:rsidR="00D47296" w:rsidRDefault="008C31C1">
            <w:r>
              <w:rPr>
                <w:sz w:val="19"/>
              </w:rPr>
              <w:t>Facility HVA date</w:t>
            </w:r>
          </w:p>
        </w:tc>
        <w:tc>
          <w:tcPr>
            <w:tcW w:w="7056" w:type="dxa"/>
            <w:shd w:val="clear" w:color="auto" w:fill="E8F2EE"/>
            <w:tcMar>
              <w:top w:w="70" w:type="dxa"/>
              <w:left w:w="70" w:type="dxa"/>
              <w:bottom w:w="70" w:type="dxa"/>
              <w:right w:w="70" w:type="dxa"/>
            </w:tcMar>
            <w:vAlign w:val="center"/>
          </w:tcPr>
          <w:p w14:paraId="336FE409" w14:textId="77777777" w:rsidR="00D47296" w:rsidRDefault="008C31C1">
            <w:r>
              <w:rPr>
                <w:i/>
                <w:color w:val="777777"/>
                <w:sz w:val="24"/>
              </w:rPr>
              <w:t>&lt;Insert&gt;</w:t>
            </w:r>
          </w:p>
        </w:tc>
      </w:tr>
      <w:tr w:rsidR="00D47296" w14:paraId="450F3D7D" w14:textId="77777777">
        <w:trPr>
          <w:jc w:val="center"/>
        </w:trPr>
        <w:tc>
          <w:tcPr>
            <w:tcW w:w="3456" w:type="dxa"/>
            <w:tcMar>
              <w:top w:w="70" w:type="dxa"/>
              <w:left w:w="70" w:type="dxa"/>
              <w:bottom w:w="70" w:type="dxa"/>
              <w:right w:w="70" w:type="dxa"/>
            </w:tcMar>
            <w:vAlign w:val="center"/>
          </w:tcPr>
          <w:p w14:paraId="231C6450" w14:textId="77777777" w:rsidR="00D47296" w:rsidRDefault="008C31C1">
            <w:r>
              <w:rPr>
                <w:sz w:val="19"/>
              </w:rPr>
              <w:t>Method/tool</w:t>
            </w:r>
          </w:p>
        </w:tc>
        <w:tc>
          <w:tcPr>
            <w:tcW w:w="7056" w:type="dxa"/>
            <w:tcMar>
              <w:top w:w="70" w:type="dxa"/>
              <w:left w:w="70" w:type="dxa"/>
              <w:bottom w:w="70" w:type="dxa"/>
              <w:right w:w="70" w:type="dxa"/>
            </w:tcMar>
            <w:vAlign w:val="center"/>
          </w:tcPr>
          <w:p w14:paraId="13412403" w14:textId="77777777" w:rsidR="00D47296" w:rsidRDefault="008C31C1">
            <w:r>
              <w:rPr>
                <w:i/>
                <w:color w:val="777777"/>
                <w:sz w:val="24"/>
              </w:rPr>
              <w:t>&lt;Insert&gt;</w:t>
            </w:r>
          </w:p>
        </w:tc>
      </w:tr>
      <w:tr w:rsidR="00D47296" w14:paraId="275DE058" w14:textId="77777777">
        <w:trPr>
          <w:jc w:val="center"/>
        </w:trPr>
        <w:tc>
          <w:tcPr>
            <w:tcW w:w="3456" w:type="dxa"/>
            <w:shd w:val="clear" w:color="auto" w:fill="E8F2EE"/>
            <w:tcMar>
              <w:top w:w="70" w:type="dxa"/>
              <w:left w:w="70" w:type="dxa"/>
              <w:bottom w:w="70" w:type="dxa"/>
              <w:right w:w="70" w:type="dxa"/>
            </w:tcMar>
            <w:vAlign w:val="center"/>
          </w:tcPr>
          <w:p w14:paraId="74B6B94D" w14:textId="77777777" w:rsidR="00D47296" w:rsidRDefault="008C31C1">
            <w:r>
              <w:rPr>
                <w:sz w:val="19"/>
              </w:rPr>
              <w:t>Participants</w:t>
            </w:r>
          </w:p>
        </w:tc>
        <w:tc>
          <w:tcPr>
            <w:tcW w:w="7056" w:type="dxa"/>
            <w:shd w:val="clear" w:color="auto" w:fill="E8F2EE"/>
            <w:tcMar>
              <w:top w:w="70" w:type="dxa"/>
              <w:left w:w="70" w:type="dxa"/>
              <w:bottom w:w="70" w:type="dxa"/>
              <w:right w:w="70" w:type="dxa"/>
            </w:tcMar>
            <w:vAlign w:val="center"/>
          </w:tcPr>
          <w:p w14:paraId="20EFB776" w14:textId="77777777" w:rsidR="00D47296" w:rsidRDefault="008C31C1">
            <w:r>
              <w:rPr>
                <w:i/>
                <w:color w:val="777777"/>
                <w:sz w:val="24"/>
              </w:rPr>
              <w:t>&lt;Insert&gt;</w:t>
            </w:r>
          </w:p>
        </w:tc>
      </w:tr>
      <w:tr w:rsidR="00D47296" w14:paraId="0363D66F" w14:textId="77777777">
        <w:trPr>
          <w:jc w:val="center"/>
        </w:trPr>
        <w:tc>
          <w:tcPr>
            <w:tcW w:w="3456" w:type="dxa"/>
            <w:tcMar>
              <w:top w:w="70" w:type="dxa"/>
              <w:left w:w="70" w:type="dxa"/>
              <w:bottom w:w="70" w:type="dxa"/>
              <w:right w:w="70" w:type="dxa"/>
            </w:tcMar>
            <w:vAlign w:val="center"/>
          </w:tcPr>
          <w:p w14:paraId="57744577" w14:textId="77777777" w:rsidR="00D47296" w:rsidRDefault="008C31C1">
            <w:r>
              <w:rPr>
                <w:sz w:val="19"/>
              </w:rPr>
              <w:t>Community risk sources</w:t>
            </w:r>
          </w:p>
        </w:tc>
        <w:tc>
          <w:tcPr>
            <w:tcW w:w="7056" w:type="dxa"/>
            <w:tcMar>
              <w:top w:w="70" w:type="dxa"/>
              <w:left w:w="70" w:type="dxa"/>
              <w:bottom w:w="70" w:type="dxa"/>
              <w:right w:w="70" w:type="dxa"/>
            </w:tcMar>
            <w:vAlign w:val="center"/>
          </w:tcPr>
          <w:p w14:paraId="2299DA99" w14:textId="77777777" w:rsidR="00D47296" w:rsidRDefault="008C31C1">
            <w:r>
              <w:rPr>
                <w:i/>
                <w:color w:val="777777"/>
                <w:sz w:val="24"/>
              </w:rPr>
              <w:t>&lt;Insert&gt;</w:t>
            </w:r>
          </w:p>
        </w:tc>
      </w:tr>
      <w:tr w:rsidR="00D47296" w14:paraId="21CB2C05" w14:textId="77777777">
        <w:trPr>
          <w:jc w:val="center"/>
        </w:trPr>
        <w:tc>
          <w:tcPr>
            <w:tcW w:w="3456" w:type="dxa"/>
            <w:shd w:val="clear" w:color="auto" w:fill="E8F2EE"/>
            <w:tcMar>
              <w:top w:w="70" w:type="dxa"/>
              <w:left w:w="70" w:type="dxa"/>
              <w:bottom w:w="70" w:type="dxa"/>
              <w:right w:w="70" w:type="dxa"/>
            </w:tcMar>
            <w:vAlign w:val="center"/>
          </w:tcPr>
          <w:p w14:paraId="2826124E" w14:textId="77777777" w:rsidR="00D47296" w:rsidRDefault="008C31C1">
            <w:r>
              <w:rPr>
                <w:sz w:val="19"/>
              </w:rPr>
              <w:t>Top 5 hazards</w:t>
            </w:r>
          </w:p>
        </w:tc>
        <w:tc>
          <w:tcPr>
            <w:tcW w:w="7056" w:type="dxa"/>
            <w:shd w:val="clear" w:color="auto" w:fill="E8F2EE"/>
            <w:tcMar>
              <w:top w:w="70" w:type="dxa"/>
              <w:left w:w="70" w:type="dxa"/>
              <w:bottom w:w="70" w:type="dxa"/>
              <w:right w:w="70" w:type="dxa"/>
            </w:tcMar>
            <w:vAlign w:val="center"/>
          </w:tcPr>
          <w:p w14:paraId="5798F3BB" w14:textId="77777777" w:rsidR="00D47296" w:rsidRDefault="008C31C1">
            <w:r>
              <w:rPr>
                <w:i/>
                <w:color w:val="777777"/>
                <w:sz w:val="24"/>
              </w:rPr>
              <w:t>&lt;Insert&gt;</w:t>
            </w:r>
          </w:p>
        </w:tc>
      </w:tr>
      <w:tr w:rsidR="00D47296" w14:paraId="597F9BA9" w14:textId="77777777">
        <w:trPr>
          <w:jc w:val="center"/>
        </w:trPr>
        <w:tc>
          <w:tcPr>
            <w:tcW w:w="3456" w:type="dxa"/>
            <w:tcMar>
              <w:top w:w="70" w:type="dxa"/>
              <w:left w:w="70" w:type="dxa"/>
              <w:bottom w:w="70" w:type="dxa"/>
              <w:right w:w="70" w:type="dxa"/>
            </w:tcMar>
            <w:vAlign w:val="center"/>
          </w:tcPr>
          <w:p w14:paraId="0A64828D" w14:textId="77777777" w:rsidR="00D47296" w:rsidRDefault="008C31C1">
            <w:r>
              <w:rPr>
                <w:sz w:val="19"/>
              </w:rPr>
              <w:t>Controlled location</w:t>
            </w:r>
          </w:p>
        </w:tc>
        <w:tc>
          <w:tcPr>
            <w:tcW w:w="7056" w:type="dxa"/>
            <w:tcMar>
              <w:top w:w="70" w:type="dxa"/>
              <w:left w:w="70" w:type="dxa"/>
              <w:bottom w:w="70" w:type="dxa"/>
              <w:right w:w="70" w:type="dxa"/>
            </w:tcMar>
            <w:vAlign w:val="center"/>
          </w:tcPr>
          <w:p w14:paraId="4CF120AE" w14:textId="77777777" w:rsidR="00D47296" w:rsidRDefault="008C31C1">
            <w:r>
              <w:rPr>
                <w:i/>
                <w:color w:val="777777"/>
                <w:sz w:val="24"/>
              </w:rPr>
              <w:t>&lt;Insert&gt;</w:t>
            </w:r>
          </w:p>
        </w:tc>
      </w:tr>
    </w:tbl>
    <w:p w14:paraId="0F83842E" w14:textId="77777777" w:rsidR="00D47296" w:rsidRDefault="00D47296">
      <w:pPr>
        <w:spacing w:after="0"/>
      </w:pPr>
    </w:p>
    <w:p w14:paraId="43728DC3" w14:textId="77777777" w:rsidR="00D47296" w:rsidRDefault="00D47296">
      <w:pPr>
        <w:sectPr w:rsidR="00D47296">
          <w:pgSz w:w="12240" w:h="15840"/>
          <w:pgMar w:top="720" w:right="720" w:bottom="720" w:left="720" w:header="720" w:footer="720" w:gutter="0"/>
          <w:cols w:space="720"/>
          <w:titlePg/>
          <w:docGrid w:linePitch="360"/>
        </w:sectPr>
      </w:pPr>
    </w:p>
    <w:p w14:paraId="1CB53C65" w14:textId="77777777" w:rsidR="00D47296" w:rsidRDefault="008C31C1">
      <w:pPr>
        <w:pStyle w:val="Heading1"/>
      </w:pPr>
      <w:r>
        <w:lastRenderedPageBreak/>
        <w:t>ATTACHMENT C - EMERGENCY PREPAREDNESS POLICIES &amp; PROCEDURES INDEX</w:t>
      </w:r>
    </w:p>
    <w:tbl>
      <w:tblPr>
        <w:tblW w:w="0" w:type="auto"/>
        <w:jc w:val="center"/>
        <w:tblLayout w:type="fixed"/>
        <w:tblLook w:val="04A0" w:firstRow="1" w:lastRow="0" w:firstColumn="1" w:lastColumn="0" w:noHBand="0" w:noVBand="1"/>
      </w:tblPr>
      <w:tblGrid>
        <w:gridCol w:w="3600"/>
        <w:gridCol w:w="2592"/>
        <w:gridCol w:w="2016"/>
        <w:gridCol w:w="2592"/>
        <w:gridCol w:w="2304"/>
        <w:gridCol w:w="1440"/>
        <w:gridCol w:w="1296"/>
        <w:gridCol w:w="1296"/>
      </w:tblGrid>
      <w:tr w:rsidR="00D47296" w14:paraId="5D083B96" w14:textId="77777777">
        <w:trPr>
          <w:tblHeader/>
          <w:jc w:val="center"/>
        </w:trPr>
        <w:tc>
          <w:tcPr>
            <w:tcW w:w="3600" w:type="dxa"/>
            <w:shd w:val="clear" w:color="auto" w:fill="015A41"/>
            <w:tcMar>
              <w:top w:w="70" w:type="dxa"/>
              <w:left w:w="70" w:type="dxa"/>
              <w:bottom w:w="70" w:type="dxa"/>
              <w:right w:w="70" w:type="dxa"/>
            </w:tcMar>
            <w:vAlign w:val="center"/>
          </w:tcPr>
          <w:p w14:paraId="6FDABE43" w14:textId="77777777" w:rsidR="00D47296" w:rsidRDefault="008C31C1">
            <w:r>
              <w:rPr>
                <w:b/>
                <w:color w:val="FFFFFF"/>
                <w:sz w:val="14"/>
              </w:rPr>
              <w:t>Policy / Procedure Subject</w:t>
            </w:r>
          </w:p>
        </w:tc>
        <w:tc>
          <w:tcPr>
            <w:tcW w:w="2592" w:type="dxa"/>
            <w:shd w:val="clear" w:color="auto" w:fill="015A41"/>
            <w:tcMar>
              <w:top w:w="70" w:type="dxa"/>
              <w:left w:w="70" w:type="dxa"/>
              <w:bottom w:w="70" w:type="dxa"/>
              <w:right w:w="70" w:type="dxa"/>
            </w:tcMar>
            <w:vAlign w:val="center"/>
          </w:tcPr>
          <w:p w14:paraId="35C20CCC" w14:textId="77777777" w:rsidR="00D47296" w:rsidRDefault="008C31C1">
            <w:r>
              <w:rPr>
                <w:b/>
                <w:color w:val="FFFFFF"/>
                <w:sz w:val="14"/>
              </w:rPr>
              <w:t>Applicable Basis</w:t>
            </w:r>
          </w:p>
        </w:tc>
        <w:tc>
          <w:tcPr>
            <w:tcW w:w="2016" w:type="dxa"/>
            <w:shd w:val="clear" w:color="auto" w:fill="015A41"/>
            <w:tcMar>
              <w:top w:w="70" w:type="dxa"/>
              <w:left w:w="70" w:type="dxa"/>
              <w:bottom w:w="70" w:type="dxa"/>
              <w:right w:w="70" w:type="dxa"/>
            </w:tcMar>
            <w:vAlign w:val="center"/>
          </w:tcPr>
          <w:p w14:paraId="7071BCB5" w14:textId="77777777" w:rsidR="00D47296" w:rsidRDefault="008C31C1">
            <w:r>
              <w:rPr>
                <w:b/>
                <w:color w:val="FFFFFF"/>
                <w:sz w:val="14"/>
              </w:rPr>
              <w:t>EOP / Separate?</w:t>
            </w:r>
          </w:p>
        </w:tc>
        <w:tc>
          <w:tcPr>
            <w:tcW w:w="2592" w:type="dxa"/>
            <w:shd w:val="clear" w:color="auto" w:fill="015A41"/>
            <w:tcMar>
              <w:top w:w="70" w:type="dxa"/>
              <w:left w:w="70" w:type="dxa"/>
              <w:bottom w:w="70" w:type="dxa"/>
              <w:right w:w="70" w:type="dxa"/>
            </w:tcMar>
            <w:vAlign w:val="center"/>
          </w:tcPr>
          <w:p w14:paraId="56615A59" w14:textId="77777777" w:rsidR="00D47296" w:rsidRDefault="008C31C1">
            <w:r>
              <w:rPr>
                <w:b/>
                <w:color w:val="FFFFFF"/>
                <w:sz w:val="14"/>
              </w:rPr>
              <w:t>Facility Document Name</w:t>
            </w:r>
          </w:p>
        </w:tc>
        <w:tc>
          <w:tcPr>
            <w:tcW w:w="2304" w:type="dxa"/>
            <w:shd w:val="clear" w:color="auto" w:fill="015A41"/>
            <w:tcMar>
              <w:top w:w="70" w:type="dxa"/>
              <w:left w:w="70" w:type="dxa"/>
              <w:bottom w:w="70" w:type="dxa"/>
              <w:right w:w="70" w:type="dxa"/>
            </w:tcMar>
            <w:vAlign w:val="center"/>
          </w:tcPr>
          <w:p w14:paraId="6FD3E611" w14:textId="77777777" w:rsidR="00D47296" w:rsidRDefault="008C31C1">
            <w:r>
              <w:rPr>
                <w:b/>
                <w:color w:val="FFFFFF"/>
                <w:sz w:val="14"/>
              </w:rPr>
              <w:t>Controlled Location</w:t>
            </w:r>
          </w:p>
        </w:tc>
        <w:tc>
          <w:tcPr>
            <w:tcW w:w="1440" w:type="dxa"/>
            <w:shd w:val="clear" w:color="auto" w:fill="015A41"/>
            <w:tcMar>
              <w:top w:w="70" w:type="dxa"/>
              <w:left w:w="70" w:type="dxa"/>
              <w:bottom w:w="70" w:type="dxa"/>
              <w:right w:w="70" w:type="dxa"/>
            </w:tcMar>
            <w:vAlign w:val="center"/>
          </w:tcPr>
          <w:p w14:paraId="2F2DFCEF" w14:textId="77777777" w:rsidR="00D47296" w:rsidRDefault="008C31C1">
            <w:r>
              <w:rPr>
                <w:b/>
                <w:color w:val="FFFFFF"/>
                <w:sz w:val="14"/>
              </w:rPr>
              <w:t>Owner</w:t>
            </w:r>
          </w:p>
        </w:tc>
        <w:tc>
          <w:tcPr>
            <w:tcW w:w="1296" w:type="dxa"/>
            <w:shd w:val="clear" w:color="auto" w:fill="015A41"/>
            <w:tcMar>
              <w:top w:w="70" w:type="dxa"/>
              <w:left w:w="70" w:type="dxa"/>
              <w:bottom w:w="70" w:type="dxa"/>
              <w:right w:w="70" w:type="dxa"/>
            </w:tcMar>
            <w:vAlign w:val="center"/>
          </w:tcPr>
          <w:p w14:paraId="124D1FE3" w14:textId="77777777" w:rsidR="00D47296" w:rsidRDefault="008C31C1">
            <w:r>
              <w:rPr>
                <w:b/>
                <w:color w:val="FFFFFF"/>
                <w:sz w:val="14"/>
              </w:rPr>
              <w:t>Last Review</w:t>
            </w:r>
          </w:p>
        </w:tc>
        <w:tc>
          <w:tcPr>
            <w:tcW w:w="1296" w:type="dxa"/>
            <w:shd w:val="clear" w:color="auto" w:fill="015A41"/>
            <w:tcMar>
              <w:top w:w="70" w:type="dxa"/>
              <w:left w:w="70" w:type="dxa"/>
              <w:bottom w:w="70" w:type="dxa"/>
              <w:right w:w="70" w:type="dxa"/>
            </w:tcMar>
            <w:vAlign w:val="center"/>
          </w:tcPr>
          <w:p w14:paraId="33CD10BF" w14:textId="77777777" w:rsidR="00D47296" w:rsidRDefault="008C31C1">
            <w:r>
              <w:rPr>
                <w:b/>
                <w:color w:val="FFFFFF"/>
                <w:sz w:val="14"/>
              </w:rPr>
              <w:t>Status</w:t>
            </w:r>
          </w:p>
        </w:tc>
      </w:tr>
      <w:tr w:rsidR="00D47296" w14:paraId="035F277A" w14:textId="77777777">
        <w:trPr>
          <w:jc w:val="center"/>
        </w:trPr>
        <w:tc>
          <w:tcPr>
            <w:tcW w:w="3600" w:type="dxa"/>
            <w:shd w:val="clear" w:color="auto" w:fill="E8F2EE"/>
            <w:tcMar>
              <w:top w:w="70" w:type="dxa"/>
              <w:left w:w="70" w:type="dxa"/>
              <w:bottom w:w="70" w:type="dxa"/>
              <w:right w:w="70" w:type="dxa"/>
            </w:tcMar>
            <w:vAlign w:val="center"/>
          </w:tcPr>
          <w:p w14:paraId="1FE2DF48" w14:textId="77777777" w:rsidR="00D47296" w:rsidRDefault="008C31C1">
            <w:r>
              <w:rPr>
                <w:sz w:val="14"/>
              </w:rPr>
              <w:t>Program governance/document control</w:t>
            </w:r>
          </w:p>
        </w:tc>
        <w:tc>
          <w:tcPr>
            <w:tcW w:w="2592" w:type="dxa"/>
            <w:shd w:val="clear" w:color="auto" w:fill="E8F2EE"/>
            <w:tcMar>
              <w:top w:w="70" w:type="dxa"/>
              <w:left w:w="70" w:type="dxa"/>
              <w:bottom w:w="70" w:type="dxa"/>
              <w:right w:w="70" w:type="dxa"/>
            </w:tcMar>
            <w:vAlign w:val="center"/>
          </w:tcPr>
          <w:p w14:paraId="5D9C9550" w14:textId="77777777" w:rsidR="00D47296" w:rsidRDefault="008C31C1">
            <w:r>
              <w:rPr>
                <w:sz w:val="14"/>
              </w:rPr>
              <w:t>§491.12 / E-0001/E-0004</w:t>
            </w:r>
          </w:p>
        </w:tc>
        <w:tc>
          <w:tcPr>
            <w:tcW w:w="2016" w:type="dxa"/>
            <w:shd w:val="clear" w:color="auto" w:fill="E8F2EE"/>
            <w:tcMar>
              <w:top w:w="70" w:type="dxa"/>
              <w:left w:w="70" w:type="dxa"/>
              <w:bottom w:w="70" w:type="dxa"/>
              <w:right w:w="70" w:type="dxa"/>
            </w:tcMar>
            <w:vAlign w:val="center"/>
          </w:tcPr>
          <w:p w14:paraId="5B18F4D4" w14:textId="77777777" w:rsidR="00D47296" w:rsidRDefault="008C31C1">
            <w:r>
              <w:rPr>
                <w:sz w:val="14"/>
              </w:rPr>
              <w:t>EOP / Admin policy</w:t>
            </w:r>
          </w:p>
        </w:tc>
        <w:tc>
          <w:tcPr>
            <w:tcW w:w="2592" w:type="dxa"/>
            <w:shd w:val="clear" w:color="auto" w:fill="E8F2EE"/>
            <w:tcMar>
              <w:top w:w="70" w:type="dxa"/>
              <w:left w:w="70" w:type="dxa"/>
              <w:bottom w:w="70" w:type="dxa"/>
              <w:right w:w="70" w:type="dxa"/>
            </w:tcMar>
            <w:vAlign w:val="center"/>
          </w:tcPr>
          <w:p w14:paraId="67754FE4"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1A86C6BB"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3F82B2CC"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14122529"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172862B3" w14:textId="77777777" w:rsidR="00D47296" w:rsidRDefault="008C31C1">
            <w:r>
              <w:rPr>
                <w:i/>
                <w:color w:val="777777"/>
                <w:sz w:val="24"/>
              </w:rPr>
              <w:t>&lt;Status&gt;</w:t>
            </w:r>
          </w:p>
        </w:tc>
      </w:tr>
      <w:tr w:rsidR="00D47296" w14:paraId="4E77E463" w14:textId="77777777">
        <w:trPr>
          <w:jc w:val="center"/>
        </w:trPr>
        <w:tc>
          <w:tcPr>
            <w:tcW w:w="3600" w:type="dxa"/>
            <w:tcMar>
              <w:top w:w="70" w:type="dxa"/>
              <w:left w:w="70" w:type="dxa"/>
              <w:bottom w:w="70" w:type="dxa"/>
              <w:right w:w="70" w:type="dxa"/>
            </w:tcMar>
            <w:vAlign w:val="center"/>
          </w:tcPr>
          <w:p w14:paraId="747A1A81" w14:textId="77777777" w:rsidR="00D47296" w:rsidRDefault="008C31C1">
            <w:r>
              <w:rPr>
                <w:sz w:val="14"/>
              </w:rPr>
              <w:t>HVA / risk assessment</w:t>
            </w:r>
          </w:p>
        </w:tc>
        <w:tc>
          <w:tcPr>
            <w:tcW w:w="2592" w:type="dxa"/>
            <w:tcMar>
              <w:top w:w="70" w:type="dxa"/>
              <w:left w:w="70" w:type="dxa"/>
              <w:bottom w:w="70" w:type="dxa"/>
              <w:right w:w="70" w:type="dxa"/>
            </w:tcMar>
            <w:vAlign w:val="center"/>
          </w:tcPr>
          <w:p w14:paraId="0B57C6FF" w14:textId="77777777" w:rsidR="00D47296" w:rsidRDefault="008C31C1">
            <w:r>
              <w:rPr>
                <w:sz w:val="14"/>
              </w:rPr>
              <w:t>§491.12(a)(1) / E-0006</w:t>
            </w:r>
          </w:p>
        </w:tc>
        <w:tc>
          <w:tcPr>
            <w:tcW w:w="2016" w:type="dxa"/>
            <w:tcMar>
              <w:top w:w="70" w:type="dxa"/>
              <w:left w:w="70" w:type="dxa"/>
              <w:bottom w:w="70" w:type="dxa"/>
              <w:right w:w="70" w:type="dxa"/>
            </w:tcMar>
            <w:vAlign w:val="center"/>
          </w:tcPr>
          <w:p w14:paraId="4179C921" w14:textId="77777777" w:rsidR="00D47296" w:rsidRDefault="008C31C1">
            <w:r>
              <w:rPr>
                <w:sz w:val="14"/>
              </w:rPr>
              <w:t>EOP + HVA</w:t>
            </w:r>
          </w:p>
        </w:tc>
        <w:tc>
          <w:tcPr>
            <w:tcW w:w="2592" w:type="dxa"/>
            <w:tcMar>
              <w:top w:w="70" w:type="dxa"/>
              <w:left w:w="70" w:type="dxa"/>
              <w:bottom w:w="70" w:type="dxa"/>
              <w:right w:w="70" w:type="dxa"/>
            </w:tcMar>
            <w:vAlign w:val="center"/>
          </w:tcPr>
          <w:p w14:paraId="7825BC12"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5AACEA82"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36AD73B0"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373C0772"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14F67875" w14:textId="77777777" w:rsidR="00D47296" w:rsidRDefault="008C31C1">
            <w:r>
              <w:rPr>
                <w:i/>
                <w:color w:val="777777"/>
                <w:sz w:val="24"/>
              </w:rPr>
              <w:t>&lt;Status&gt;</w:t>
            </w:r>
          </w:p>
        </w:tc>
      </w:tr>
      <w:tr w:rsidR="00D47296" w14:paraId="4C8ECA59" w14:textId="77777777">
        <w:trPr>
          <w:jc w:val="center"/>
        </w:trPr>
        <w:tc>
          <w:tcPr>
            <w:tcW w:w="3600" w:type="dxa"/>
            <w:shd w:val="clear" w:color="auto" w:fill="E8F2EE"/>
            <w:tcMar>
              <w:top w:w="70" w:type="dxa"/>
              <w:left w:w="70" w:type="dxa"/>
              <w:bottom w:w="70" w:type="dxa"/>
              <w:right w:w="70" w:type="dxa"/>
            </w:tcMar>
            <w:vAlign w:val="center"/>
          </w:tcPr>
          <w:p w14:paraId="68819988" w14:textId="77777777" w:rsidR="00D47296" w:rsidRDefault="008C31C1">
            <w:r>
              <w:rPr>
                <w:sz w:val="14"/>
              </w:rPr>
              <w:t>Hazard strategies</w:t>
            </w:r>
          </w:p>
        </w:tc>
        <w:tc>
          <w:tcPr>
            <w:tcW w:w="2592" w:type="dxa"/>
            <w:shd w:val="clear" w:color="auto" w:fill="E8F2EE"/>
            <w:tcMar>
              <w:top w:w="70" w:type="dxa"/>
              <w:left w:w="70" w:type="dxa"/>
              <w:bottom w:w="70" w:type="dxa"/>
              <w:right w:w="70" w:type="dxa"/>
            </w:tcMar>
            <w:vAlign w:val="center"/>
          </w:tcPr>
          <w:p w14:paraId="4EEBE201" w14:textId="77777777" w:rsidR="00D47296" w:rsidRDefault="008C31C1">
            <w:r>
              <w:rPr>
                <w:sz w:val="14"/>
              </w:rPr>
              <w:t>§491.12(a)(2)</w:t>
            </w:r>
          </w:p>
        </w:tc>
        <w:tc>
          <w:tcPr>
            <w:tcW w:w="2016" w:type="dxa"/>
            <w:shd w:val="clear" w:color="auto" w:fill="E8F2EE"/>
            <w:tcMar>
              <w:top w:w="70" w:type="dxa"/>
              <w:left w:w="70" w:type="dxa"/>
              <w:bottom w:w="70" w:type="dxa"/>
              <w:right w:w="70" w:type="dxa"/>
            </w:tcMar>
            <w:vAlign w:val="center"/>
          </w:tcPr>
          <w:p w14:paraId="4A4A13E8" w14:textId="77777777" w:rsidR="00D47296" w:rsidRDefault="008C31C1">
            <w:r>
              <w:rPr>
                <w:sz w:val="14"/>
              </w:rPr>
              <w:t>EOP / appendices</w:t>
            </w:r>
          </w:p>
        </w:tc>
        <w:tc>
          <w:tcPr>
            <w:tcW w:w="2592" w:type="dxa"/>
            <w:shd w:val="clear" w:color="auto" w:fill="E8F2EE"/>
            <w:tcMar>
              <w:top w:w="70" w:type="dxa"/>
              <w:left w:w="70" w:type="dxa"/>
              <w:bottom w:w="70" w:type="dxa"/>
              <w:right w:w="70" w:type="dxa"/>
            </w:tcMar>
            <w:vAlign w:val="center"/>
          </w:tcPr>
          <w:p w14:paraId="16EA996E"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410CC4E3"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21EA0D96"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2B17F428"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50FE7301" w14:textId="77777777" w:rsidR="00D47296" w:rsidRDefault="008C31C1">
            <w:r>
              <w:rPr>
                <w:i/>
                <w:color w:val="777777"/>
                <w:sz w:val="24"/>
              </w:rPr>
              <w:t>&lt;Status&gt;</w:t>
            </w:r>
          </w:p>
        </w:tc>
      </w:tr>
      <w:tr w:rsidR="00D47296" w14:paraId="4268051C" w14:textId="77777777">
        <w:trPr>
          <w:jc w:val="center"/>
        </w:trPr>
        <w:tc>
          <w:tcPr>
            <w:tcW w:w="3600" w:type="dxa"/>
            <w:tcMar>
              <w:top w:w="70" w:type="dxa"/>
              <w:left w:w="70" w:type="dxa"/>
              <w:bottom w:w="70" w:type="dxa"/>
              <w:right w:w="70" w:type="dxa"/>
            </w:tcMar>
            <w:vAlign w:val="center"/>
          </w:tcPr>
          <w:p w14:paraId="1CF5A222" w14:textId="77777777" w:rsidR="00D47296" w:rsidRDefault="008C31C1">
            <w:r>
              <w:rPr>
                <w:sz w:val="14"/>
              </w:rPr>
              <w:t>Patient population / services / COOP</w:t>
            </w:r>
          </w:p>
        </w:tc>
        <w:tc>
          <w:tcPr>
            <w:tcW w:w="2592" w:type="dxa"/>
            <w:tcMar>
              <w:top w:w="70" w:type="dxa"/>
              <w:left w:w="70" w:type="dxa"/>
              <w:bottom w:w="70" w:type="dxa"/>
              <w:right w:w="70" w:type="dxa"/>
            </w:tcMar>
            <w:vAlign w:val="center"/>
          </w:tcPr>
          <w:p w14:paraId="1659B81D" w14:textId="77777777" w:rsidR="00D47296" w:rsidRDefault="008C31C1">
            <w:r>
              <w:rPr>
                <w:sz w:val="14"/>
              </w:rPr>
              <w:t>§491.12(a)(3)</w:t>
            </w:r>
          </w:p>
        </w:tc>
        <w:tc>
          <w:tcPr>
            <w:tcW w:w="2016" w:type="dxa"/>
            <w:tcMar>
              <w:top w:w="70" w:type="dxa"/>
              <w:left w:w="70" w:type="dxa"/>
              <w:bottom w:w="70" w:type="dxa"/>
              <w:right w:w="70" w:type="dxa"/>
            </w:tcMar>
            <w:vAlign w:val="center"/>
          </w:tcPr>
          <w:p w14:paraId="0AF8E823" w14:textId="77777777" w:rsidR="00D47296" w:rsidRDefault="008C31C1">
            <w:r>
              <w:rPr>
                <w:sz w:val="14"/>
              </w:rPr>
              <w:t>EOP / COOP</w:t>
            </w:r>
          </w:p>
        </w:tc>
        <w:tc>
          <w:tcPr>
            <w:tcW w:w="2592" w:type="dxa"/>
            <w:tcMar>
              <w:top w:w="70" w:type="dxa"/>
              <w:left w:w="70" w:type="dxa"/>
              <w:bottom w:w="70" w:type="dxa"/>
              <w:right w:w="70" w:type="dxa"/>
            </w:tcMar>
            <w:vAlign w:val="center"/>
          </w:tcPr>
          <w:p w14:paraId="09EE31A7"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11F38A38"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470A42D0"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6FB1EF70"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183B9FA4" w14:textId="77777777" w:rsidR="00D47296" w:rsidRDefault="008C31C1">
            <w:r>
              <w:rPr>
                <w:i/>
                <w:color w:val="777777"/>
                <w:sz w:val="24"/>
              </w:rPr>
              <w:t>&lt;Status&gt;</w:t>
            </w:r>
          </w:p>
        </w:tc>
      </w:tr>
      <w:tr w:rsidR="00D47296" w14:paraId="0A63D82B" w14:textId="77777777">
        <w:trPr>
          <w:jc w:val="center"/>
        </w:trPr>
        <w:tc>
          <w:tcPr>
            <w:tcW w:w="3600" w:type="dxa"/>
            <w:shd w:val="clear" w:color="auto" w:fill="E8F2EE"/>
            <w:tcMar>
              <w:top w:w="70" w:type="dxa"/>
              <w:left w:w="70" w:type="dxa"/>
              <w:bottom w:w="70" w:type="dxa"/>
              <w:right w:w="70" w:type="dxa"/>
            </w:tcMar>
            <w:vAlign w:val="center"/>
          </w:tcPr>
          <w:p w14:paraId="2B98D54B" w14:textId="77777777" w:rsidR="00D47296" w:rsidRDefault="008C31C1">
            <w:r>
              <w:rPr>
                <w:sz w:val="14"/>
              </w:rPr>
              <w:t>Delegation / succession</w:t>
            </w:r>
          </w:p>
        </w:tc>
        <w:tc>
          <w:tcPr>
            <w:tcW w:w="2592" w:type="dxa"/>
            <w:shd w:val="clear" w:color="auto" w:fill="E8F2EE"/>
            <w:tcMar>
              <w:top w:w="70" w:type="dxa"/>
              <w:left w:w="70" w:type="dxa"/>
              <w:bottom w:w="70" w:type="dxa"/>
              <w:right w:w="70" w:type="dxa"/>
            </w:tcMar>
            <w:vAlign w:val="center"/>
          </w:tcPr>
          <w:p w14:paraId="213B7B16" w14:textId="77777777" w:rsidR="00D47296" w:rsidRDefault="008C31C1">
            <w:r>
              <w:rPr>
                <w:sz w:val="14"/>
              </w:rPr>
              <w:t>§491.12(a)(3)</w:t>
            </w:r>
          </w:p>
        </w:tc>
        <w:tc>
          <w:tcPr>
            <w:tcW w:w="2016" w:type="dxa"/>
            <w:shd w:val="clear" w:color="auto" w:fill="E8F2EE"/>
            <w:tcMar>
              <w:top w:w="70" w:type="dxa"/>
              <w:left w:w="70" w:type="dxa"/>
              <w:bottom w:w="70" w:type="dxa"/>
              <w:right w:w="70" w:type="dxa"/>
            </w:tcMar>
            <w:vAlign w:val="center"/>
          </w:tcPr>
          <w:p w14:paraId="01EDB07F" w14:textId="77777777" w:rsidR="00D47296" w:rsidRDefault="008C31C1">
            <w:r>
              <w:rPr>
                <w:sz w:val="14"/>
              </w:rPr>
              <w:t>EOP / leadership policy</w:t>
            </w:r>
          </w:p>
        </w:tc>
        <w:tc>
          <w:tcPr>
            <w:tcW w:w="2592" w:type="dxa"/>
            <w:shd w:val="clear" w:color="auto" w:fill="E8F2EE"/>
            <w:tcMar>
              <w:top w:w="70" w:type="dxa"/>
              <w:left w:w="70" w:type="dxa"/>
              <w:bottom w:w="70" w:type="dxa"/>
              <w:right w:w="70" w:type="dxa"/>
            </w:tcMar>
            <w:vAlign w:val="center"/>
          </w:tcPr>
          <w:p w14:paraId="16989FC7"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78364C24"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5613F06C"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55FB3613"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215664C0" w14:textId="77777777" w:rsidR="00D47296" w:rsidRDefault="008C31C1">
            <w:r>
              <w:rPr>
                <w:i/>
                <w:color w:val="777777"/>
                <w:sz w:val="24"/>
              </w:rPr>
              <w:t>&lt;Status&gt;</w:t>
            </w:r>
          </w:p>
        </w:tc>
      </w:tr>
      <w:tr w:rsidR="00D47296" w14:paraId="1D0C9769" w14:textId="77777777">
        <w:trPr>
          <w:jc w:val="center"/>
        </w:trPr>
        <w:tc>
          <w:tcPr>
            <w:tcW w:w="3600" w:type="dxa"/>
            <w:tcMar>
              <w:top w:w="70" w:type="dxa"/>
              <w:left w:w="70" w:type="dxa"/>
              <w:bottom w:w="70" w:type="dxa"/>
              <w:right w:w="70" w:type="dxa"/>
            </w:tcMar>
            <w:vAlign w:val="center"/>
          </w:tcPr>
          <w:p w14:paraId="3368A8DD" w14:textId="77777777" w:rsidR="00D47296" w:rsidRDefault="008C31C1">
            <w:r>
              <w:rPr>
                <w:sz w:val="14"/>
              </w:rPr>
              <w:t>Emergency official coordination</w:t>
            </w:r>
          </w:p>
        </w:tc>
        <w:tc>
          <w:tcPr>
            <w:tcW w:w="2592" w:type="dxa"/>
            <w:tcMar>
              <w:top w:w="70" w:type="dxa"/>
              <w:left w:w="70" w:type="dxa"/>
              <w:bottom w:w="70" w:type="dxa"/>
              <w:right w:w="70" w:type="dxa"/>
            </w:tcMar>
            <w:vAlign w:val="center"/>
          </w:tcPr>
          <w:p w14:paraId="5122E573" w14:textId="77777777" w:rsidR="00D47296" w:rsidRDefault="008C31C1">
            <w:r>
              <w:rPr>
                <w:sz w:val="14"/>
              </w:rPr>
              <w:t>§491.12(a)(4)</w:t>
            </w:r>
          </w:p>
        </w:tc>
        <w:tc>
          <w:tcPr>
            <w:tcW w:w="2016" w:type="dxa"/>
            <w:tcMar>
              <w:top w:w="70" w:type="dxa"/>
              <w:left w:w="70" w:type="dxa"/>
              <w:bottom w:w="70" w:type="dxa"/>
              <w:right w:w="70" w:type="dxa"/>
            </w:tcMar>
            <w:vAlign w:val="center"/>
          </w:tcPr>
          <w:p w14:paraId="42C94B56" w14:textId="77777777" w:rsidR="00D47296" w:rsidRDefault="008C31C1">
            <w:r>
              <w:rPr>
                <w:sz w:val="14"/>
              </w:rPr>
              <w:t>EOP / coordination procedure</w:t>
            </w:r>
          </w:p>
        </w:tc>
        <w:tc>
          <w:tcPr>
            <w:tcW w:w="2592" w:type="dxa"/>
            <w:tcMar>
              <w:top w:w="70" w:type="dxa"/>
              <w:left w:w="70" w:type="dxa"/>
              <w:bottom w:w="70" w:type="dxa"/>
              <w:right w:w="70" w:type="dxa"/>
            </w:tcMar>
            <w:vAlign w:val="center"/>
          </w:tcPr>
          <w:p w14:paraId="3F5C04EC"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4835B40A"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4F48C976"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366587F0"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701CD462" w14:textId="77777777" w:rsidR="00D47296" w:rsidRDefault="008C31C1">
            <w:r>
              <w:rPr>
                <w:i/>
                <w:color w:val="777777"/>
                <w:sz w:val="24"/>
              </w:rPr>
              <w:t>&lt;Status&gt;</w:t>
            </w:r>
          </w:p>
        </w:tc>
      </w:tr>
      <w:tr w:rsidR="00D47296" w14:paraId="7AB36506" w14:textId="77777777">
        <w:trPr>
          <w:jc w:val="center"/>
        </w:trPr>
        <w:tc>
          <w:tcPr>
            <w:tcW w:w="3600" w:type="dxa"/>
            <w:shd w:val="clear" w:color="auto" w:fill="E8F2EE"/>
            <w:tcMar>
              <w:top w:w="70" w:type="dxa"/>
              <w:left w:w="70" w:type="dxa"/>
              <w:bottom w:w="70" w:type="dxa"/>
              <w:right w:w="70" w:type="dxa"/>
            </w:tcMar>
            <w:vAlign w:val="center"/>
          </w:tcPr>
          <w:p w14:paraId="07194887" w14:textId="77777777" w:rsidR="00D47296" w:rsidRDefault="008C31C1">
            <w:r>
              <w:rPr>
                <w:sz w:val="14"/>
              </w:rPr>
              <w:t>EP P&amp;P framework / activation</w:t>
            </w:r>
          </w:p>
        </w:tc>
        <w:tc>
          <w:tcPr>
            <w:tcW w:w="2592" w:type="dxa"/>
            <w:shd w:val="clear" w:color="auto" w:fill="E8F2EE"/>
            <w:tcMar>
              <w:top w:w="70" w:type="dxa"/>
              <w:left w:w="70" w:type="dxa"/>
              <w:bottom w:w="70" w:type="dxa"/>
              <w:right w:w="70" w:type="dxa"/>
            </w:tcMar>
            <w:vAlign w:val="center"/>
          </w:tcPr>
          <w:p w14:paraId="70000B0D" w14:textId="77777777" w:rsidR="00D47296" w:rsidRDefault="008C31C1">
            <w:r>
              <w:rPr>
                <w:sz w:val="14"/>
              </w:rPr>
              <w:t>§491.12(b)</w:t>
            </w:r>
          </w:p>
        </w:tc>
        <w:tc>
          <w:tcPr>
            <w:tcW w:w="2016" w:type="dxa"/>
            <w:shd w:val="clear" w:color="auto" w:fill="E8F2EE"/>
            <w:tcMar>
              <w:top w:w="70" w:type="dxa"/>
              <w:left w:w="70" w:type="dxa"/>
              <w:bottom w:w="70" w:type="dxa"/>
              <w:right w:w="70" w:type="dxa"/>
            </w:tcMar>
            <w:vAlign w:val="center"/>
          </w:tcPr>
          <w:p w14:paraId="4CB4F1C6" w14:textId="77777777" w:rsidR="00D47296" w:rsidRDefault="008C31C1">
            <w:r>
              <w:rPr>
                <w:sz w:val="14"/>
              </w:rPr>
              <w:t>EOP / EP policy</w:t>
            </w:r>
          </w:p>
        </w:tc>
        <w:tc>
          <w:tcPr>
            <w:tcW w:w="2592" w:type="dxa"/>
            <w:shd w:val="clear" w:color="auto" w:fill="E8F2EE"/>
            <w:tcMar>
              <w:top w:w="70" w:type="dxa"/>
              <w:left w:w="70" w:type="dxa"/>
              <w:bottom w:w="70" w:type="dxa"/>
              <w:right w:w="70" w:type="dxa"/>
            </w:tcMar>
            <w:vAlign w:val="center"/>
          </w:tcPr>
          <w:p w14:paraId="54AC231A"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6ACB850B"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1CBBE6B7"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6F8ECDB9"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54772AD7" w14:textId="77777777" w:rsidR="00D47296" w:rsidRDefault="008C31C1">
            <w:r>
              <w:rPr>
                <w:i/>
                <w:color w:val="777777"/>
                <w:sz w:val="24"/>
              </w:rPr>
              <w:t>&lt;Status&gt;</w:t>
            </w:r>
          </w:p>
        </w:tc>
      </w:tr>
      <w:tr w:rsidR="00D47296" w14:paraId="0A5337D3" w14:textId="77777777">
        <w:trPr>
          <w:jc w:val="center"/>
        </w:trPr>
        <w:tc>
          <w:tcPr>
            <w:tcW w:w="3600" w:type="dxa"/>
            <w:tcMar>
              <w:top w:w="70" w:type="dxa"/>
              <w:left w:w="70" w:type="dxa"/>
              <w:bottom w:w="70" w:type="dxa"/>
              <w:right w:w="70" w:type="dxa"/>
            </w:tcMar>
            <w:vAlign w:val="center"/>
          </w:tcPr>
          <w:p w14:paraId="4F379F19" w14:textId="77777777" w:rsidR="00D47296" w:rsidRDefault="008C31C1">
            <w:r>
              <w:rPr>
                <w:sz w:val="14"/>
              </w:rPr>
              <w:t>Safe evacuation / exit signs</w:t>
            </w:r>
          </w:p>
        </w:tc>
        <w:tc>
          <w:tcPr>
            <w:tcW w:w="2592" w:type="dxa"/>
            <w:tcMar>
              <w:top w:w="70" w:type="dxa"/>
              <w:left w:w="70" w:type="dxa"/>
              <w:bottom w:w="70" w:type="dxa"/>
              <w:right w:w="70" w:type="dxa"/>
            </w:tcMar>
            <w:vAlign w:val="center"/>
          </w:tcPr>
          <w:p w14:paraId="23DF6F1B" w14:textId="77777777" w:rsidR="00D47296" w:rsidRDefault="008C31C1">
            <w:r>
              <w:rPr>
                <w:sz w:val="14"/>
              </w:rPr>
              <w:t>§491.12(b)(1)</w:t>
            </w:r>
          </w:p>
        </w:tc>
        <w:tc>
          <w:tcPr>
            <w:tcW w:w="2016" w:type="dxa"/>
            <w:tcMar>
              <w:top w:w="70" w:type="dxa"/>
              <w:left w:w="70" w:type="dxa"/>
              <w:bottom w:w="70" w:type="dxa"/>
              <w:right w:w="70" w:type="dxa"/>
            </w:tcMar>
            <w:vAlign w:val="center"/>
          </w:tcPr>
          <w:p w14:paraId="4DB61D4C" w14:textId="77777777" w:rsidR="00D47296" w:rsidRDefault="008C31C1">
            <w:r>
              <w:rPr>
                <w:sz w:val="14"/>
              </w:rPr>
              <w:t>EOP / evacuation policy</w:t>
            </w:r>
          </w:p>
        </w:tc>
        <w:tc>
          <w:tcPr>
            <w:tcW w:w="2592" w:type="dxa"/>
            <w:tcMar>
              <w:top w:w="70" w:type="dxa"/>
              <w:left w:w="70" w:type="dxa"/>
              <w:bottom w:w="70" w:type="dxa"/>
              <w:right w:w="70" w:type="dxa"/>
            </w:tcMar>
            <w:vAlign w:val="center"/>
          </w:tcPr>
          <w:p w14:paraId="5E8ED92E"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292E9B1F"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7C01ACD4"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67504689"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0DAEE9FD" w14:textId="77777777" w:rsidR="00D47296" w:rsidRDefault="008C31C1">
            <w:r>
              <w:rPr>
                <w:i/>
                <w:color w:val="777777"/>
                <w:sz w:val="24"/>
              </w:rPr>
              <w:t>&lt;Status&gt;</w:t>
            </w:r>
          </w:p>
        </w:tc>
      </w:tr>
      <w:tr w:rsidR="00D47296" w14:paraId="17A4C7DB" w14:textId="77777777">
        <w:trPr>
          <w:jc w:val="center"/>
        </w:trPr>
        <w:tc>
          <w:tcPr>
            <w:tcW w:w="3600" w:type="dxa"/>
            <w:shd w:val="clear" w:color="auto" w:fill="E8F2EE"/>
            <w:tcMar>
              <w:top w:w="70" w:type="dxa"/>
              <w:left w:w="70" w:type="dxa"/>
              <w:bottom w:w="70" w:type="dxa"/>
              <w:right w:w="70" w:type="dxa"/>
            </w:tcMar>
            <w:vAlign w:val="center"/>
          </w:tcPr>
          <w:p w14:paraId="359153DF" w14:textId="77777777" w:rsidR="00D47296" w:rsidRDefault="008C31C1">
            <w:r>
              <w:rPr>
                <w:sz w:val="14"/>
              </w:rPr>
              <w:t>Shelter in place</w:t>
            </w:r>
          </w:p>
        </w:tc>
        <w:tc>
          <w:tcPr>
            <w:tcW w:w="2592" w:type="dxa"/>
            <w:shd w:val="clear" w:color="auto" w:fill="E8F2EE"/>
            <w:tcMar>
              <w:top w:w="70" w:type="dxa"/>
              <w:left w:w="70" w:type="dxa"/>
              <w:bottom w:w="70" w:type="dxa"/>
              <w:right w:w="70" w:type="dxa"/>
            </w:tcMar>
            <w:vAlign w:val="center"/>
          </w:tcPr>
          <w:p w14:paraId="234B7106" w14:textId="77777777" w:rsidR="00D47296" w:rsidRDefault="008C31C1">
            <w:r>
              <w:rPr>
                <w:sz w:val="14"/>
              </w:rPr>
              <w:t>§491.12(b)(2)</w:t>
            </w:r>
          </w:p>
        </w:tc>
        <w:tc>
          <w:tcPr>
            <w:tcW w:w="2016" w:type="dxa"/>
            <w:shd w:val="clear" w:color="auto" w:fill="E8F2EE"/>
            <w:tcMar>
              <w:top w:w="70" w:type="dxa"/>
              <w:left w:w="70" w:type="dxa"/>
              <w:bottom w:w="70" w:type="dxa"/>
              <w:right w:w="70" w:type="dxa"/>
            </w:tcMar>
            <w:vAlign w:val="center"/>
          </w:tcPr>
          <w:p w14:paraId="203BB2F2" w14:textId="77777777" w:rsidR="00D47296" w:rsidRDefault="008C31C1">
            <w:r>
              <w:rPr>
                <w:sz w:val="14"/>
              </w:rPr>
              <w:t>EOP / SIP policy</w:t>
            </w:r>
          </w:p>
        </w:tc>
        <w:tc>
          <w:tcPr>
            <w:tcW w:w="2592" w:type="dxa"/>
            <w:shd w:val="clear" w:color="auto" w:fill="E8F2EE"/>
            <w:tcMar>
              <w:top w:w="70" w:type="dxa"/>
              <w:left w:w="70" w:type="dxa"/>
              <w:bottom w:w="70" w:type="dxa"/>
              <w:right w:w="70" w:type="dxa"/>
            </w:tcMar>
            <w:vAlign w:val="center"/>
          </w:tcPr>
          <w:p w14:paraId="2D4CB77F"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732844D9"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6AE61E22"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191EEE5F"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52AB7B44" w14:textId="77777777" w:rsidR="00D47296" w:rsidRDefault="008C31C1">
            <w:r>
              <w:rPr>
                <w:i/>
                <w:color w:val="777777"/>
                <w:sz w:val="24"/>
              </w:rPr>
              <w:t>&lt;Status&gt;</w:t>
            </w:r>
          </w:p>
        </w:tc>
      </w:tr>
      <w:tr w:rsidR="00D47296" w14:paraId="25544742" w14:textId="77777777">
        <w:trPr>
          <w:jc w:val="center"/>
        </w:trPr>
        <w:tc>
          <w:tcPr>
            <w:tcW w:w="3600" w:type="dxa"/>
            <w:tcMar>
              <w:top w:w="70" w:type="dxa"/>
              <w:left w:w="70" w:type="dxa"/>
              <w:bottom w:w="70" w:type="dxa"/>
              <w:right w:w="70" w:type="dxa"/>
            </w:tcMar>
            <w:vAlign w:val="center"/>
          </w:tcPr>
          <w:p w14:paraId="2793E278" w14:textId="77777777" w:rsidR="00D47296" w:rsidRDefault="008C31C1">
            <w:r>
              <w:rPr>
                <w:sz w:val="14"/>
              </w:rPr>
              <w:lastRenderedPageBreak/>
              <w:t>Medical documentation / EHR downtime</w:t>
            </w:r>
          </w:p>
        </w:tc>
        <w:tc>
          <w:tcPr>
            <w:tcW w:w="2592" w:type="dxa"/>
            <w:tcMar>
              <w:top w:w="70" w:type="dxa"/>
              <w:left w:w="70" w:type="dxa"/>
              <w:bottom w:w="70" w:type="dxa"/>
              <w:right w:w="70" w:type="dxa"/>
            </w:tcMar>
            <w:vAlign w:val="center"/>
          </w:tcPr>
          <w:p w14:paraId="6F63DB20" w14:textId="77777777" w:rsidR="00D47296" w:rsidRDefault="008C31C1">
            <w:r>
              <w:rPr>
                <w:sz w:val="14"/>
              </w:rPr>
              <w:t>§491.12(b)(3); §491.10</w:t>
            </w:r>
          </w:p>
        </w:tc>
        <w:tc>
          <w:tcPr>
            <w:tcW w:w="2016" w:type="dxa"/>
            <w:tcMar>
              <w:top w:w="70" w:type="dxa"/>
              <w:left w:w="70" w:type="dxa"/>
              <w:bottom w:w="70" w:type="dxa"/>
              <w:right w:w="70" w:type="dxa"/>
            </w:tcMar>
            <w:vAlign w:val="center"/>
          </w:tcPr>
          <w:p w14:paraId="64DA4A0B" w14:textId="77777777" w:rsidR="00D47296" w:rsidRDefault="008C31C1">
            <w:r>
              <w:rPr>
                <w:sz w:val="14"/>
              </w:rPr>
              <w:t>Records / downtime policy</w:t>
            </w:r>
          </w:p>
        </w:tc>
        <w:tc>
          <w:tcPr>
            <w:tcW w:w="2592" w:type="dxa"/>
            <w:tcMar>
              <w:top w:w="70" w:type="dxa"/>
              <w:left w:w="70" w:type="dxa"/>
              <w:bottom w:w="70" w:type="dxa"/>
              <w:right w:w="70" w:type="dxa"/>
            </w:tcMar>
            <w:vAlign w:val="center"/>
          </w:tcPr>
          <w:p w14:paraId="255765BC"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24E699B1"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3DA2DE36"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2C339F53"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53740798" w14:textId="77777777" w:rsidR="00D47296" w:rsidRDefault="008C31C1">
            <w:r>
              <w:rPr>
                <w:i/>
                <w:color w:val="777777"/>
                <w:sz w:val="24"/>
              </w:rPr>
              <w:t>&lt;Status&gt;</w:t>
            </w:r>
          </w:p>
        </w:tc>
      </w:tr>
      <w:tr w:rsidR="00D47296" w14:paraId="01F0B094" w14:textId="77777777">
        <w:trPr>
          <w:jc w:val="center"/>
        </w:trPr>
        <w:tc>
          <w:tcPr>
            <w:tcW w:w="3600" w:type="dxa"/>
            <w:shd w:val="clear" w:color="auto" w:fill="E8F2EE"/>
            <w:tcMar>
              <w:top w:w="70" w:type="dxa"/>
              <w:left w:w="70" w:type="dxa"/>
              <w:bottom w:w="70" w:type="dxa"/>
              <w:right w:w="70" w:type="dxa"/>
            </w:tcMar>
            <w:vAlign w:val="center"/>
          </w:tcPr>
          <w:p w14:paraId="2D3E7E2D" w14:textId="77777777" w:rsidR="00D47296" w:rsidRDefault="008C31C1">
            <w:r>
              <w:rPr>
                <w:sz w:val="14"/>
              </w:rPr>
              <w:t>Volunteers / emergency staffing</w:t>
            </w:r>
          </w:p>
        </w:tc>
        <w:tc>
          <w:tcPr>
            <w:tcW w:w="2592" w:type="dxa"/>
            <w:shd w:val="clear" w:color="auto" w:fill="E8F2EE"/>
            <w:tcMar>
              <w:top w:w="70" w:type="dxa"/>
              <w:left w:w="70" w:type="dxa"/>
              <w:bottom w:w="70" w:type="dxa"/>
              <w:right w:w="70" w:type="dxa"/>
            </w:tcMar>
            <w:vAlign w:val="center"/>
          </w:tcPr>
          <w:p w14:paraId="517B5DF6" w14:textId="77777777" w:rsidR="00D47296" w:rsidRDefault="008C31C1">
            <w:r>
              <w:rPr>
                <w:sz w:val="14"/>
              </w:rPr>
              <w:t>§491.12(b)(4)</w:t>
            </w:r>
          </w:p>
        </w:tc>
        <w:tc>
          <w:tcPr>
            <w:tcW w:w="2016" w:type="dxa"/>
            <w:shd w:val="clear" w:color="auto" w:fill="E8F2EE"/>
            <w:tcMar>
              <w:top w:w="70" w:type="dxa"/>
              <w:left w:w="70" w:type="dxa"/>
              <w:bottom w:w="70" w:type="dxa"/>
              <w:right w:w="70" w:type="dxa"/>
            </w:tcMar>
            <w:vAlign w:val="center"/>
          </w:tcPr>
          <w:p w14:paraId="04D08980" w14:textId="77777777" w:rsidR="00D47296" w:rsidRDefault="008C31C1">
            <w:r>
              <w:rPr>
                <w:sz w:val="14"/>
              </w:rPr>
              <w:t>Staffing / volunteer policy</w:t>
            </w:r>
          </w:p>
        </w:tc>
        <w:tc>
          <w:tcPr>
            <w:tcW w:w="2592" w:type="dxa"/>
            <w:shd w:val="clear" w:color="auto" w:fill="E8F2EE"/>
            <w:tcMar>
              <w:top w:w="70" w:type="dxa"/>
              <w:left w:w="70" w:type="dxa"/>
              <w:bottom w:w="70" w:type="dxa"/>
              <w:right w:w="70" w:type="dxa"/>
            </w:tcMar>
            <w:vAlign w:val="center"/>
          </w:tcPr>
          <w:p w14:paraId="4F37B2E4"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26D6A1EE"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130EFDC8"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412A9EB9"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1B17FA79" w14:textId="77777777" w:rsidR="00D47296" w:rsidRDefault="008C31C1">
            <w:r>
              <w:rPr>
                <w:i/>
                <w:color w:val="777777"/>
                <w:sz w:val="24"/>
              </w:rPr>
              <w:t>&lt;Status&gt;</w:t>
            </w:r>
          </w:p>
        </w:tc>
      </w:tr>
      <w:tr w:rsidR="00D47296" w14:paraId="48B4E789" w14:textId="77777777">
        <w:trPr>
          <w:jc w:val="center"/>
        </w:trPr>
        <w:tc>
          <w:tcPr>
            <w:tcW w:w="3600" w:type="dxa"/>
            <w:tcMar>
              <w:top w:w="70" w:type="dxa"/>
              <w:left w:w="70" w:type="dxa"/>
              <w:bottom w:w="70" w:type="dxa"/>
              <w:right w:w="70" w:type="dxa"/>
            </w:tcMar>
            <w:vAlign w:val="center"/>
          </w:tcPr>
          <w:p w14:paraId="09B2CF39" w14:textId="77777777" w:rsidR="00D47296" w:rsidRDefault="008C31C1">
            <w:r>
              <w:rPr>
                <w:sz w:val="14"/>
              </w:rPr>
              <w:t>Emergency communication plan</w:t>
            </w:r>
          </w:p>
        </w:tc>
        <w:tc>
          <w:tcPr>
            <w:tcW w:w="2592" w:type="dxa"/>
            <w:tcMar>
              <w:top w:w="70" w:type="dxa"/>
              <w:left w:w="70" w:type="dxa"/>
              <w:bottom w:w="70" w:type="dxa"/>
              <w:right w:w="70" w:type="dxa"/>
            </w:tcMar>
            <w:vAlign w:val="center"/>
          </w:tcPr>
          <w:p w14:paraId="2BC46CB1" w14:textId="77777777" w:rsidR="00D47296" w:rsidRDefault="008C31C1">
            <w:r>
              <w:rPr>
                <w:sz w:val="14"/>
              </w:rPr>
              <w:t>§491.12(c)</w:t>
            </w:r>
          </w:p>
        </w:tc>
        <w:tc>
          <w:tcPr>
            <w:tcW w:w="2016" w:type="dxa"/>
            <w:tcMar>
              <w:top w:w="70" w:type="dxa"/>
              <w:left w:w="70" w:type="dxa"/>
              <w:bottom w:w="70" w:type="dxa"/>
              <w:right w:w="70" w:type="dxa"/>
            </w:tcMar>
            <w:vAlign w:val="center"/>
          </w:tcPr>
          <w:p w14:paraId="298A8880" w14:textId="77777777" w:rsidR="00D47296" w:rsidRDefault="008C31C1">
            <w:r>
              <w:rPr>
                <w:sz w:val="14"/>
              </w:rPr>
              <w:t>EOP annex / separate plan</w:t>
            </w:r>
          </w:p>
        </w:tc>
        <w:tc>
          <w:tcPr>
            <w:tcW w:w="2592" w:type="dxa"/>
            <w:tcMar>
              <w:top w:w="70" w:type="dxa"/>
              <w:left w:w="70" w:type="dxa"/>
              <w:bottom w:w="70" w:type="dxa"/>
              <w:right w:w="70" w:type="dxa"/>
            </w:tcMar>
            <w:vAlign w:val="center"/>
          </w:tcPr>
          <w:p w14:paraId="42A368A9"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11F2E889"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2ECF965A"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6CC7D894"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49CC9675" w14:textId="77777777" w:rsidR="00D47296" w:rsidRDefault="008C31C1">
            <w:r>
              <w:rPr>
                <w:i/>
                <w:color w:val="777777"/>
                <w:sz w:val="24"/>
              </w:rPr>
              <w:t>&lt;Status&gt;</w:t>
            </w:r>
          </w:p>
        </w:tc>
      </w:tr>
      <w:tr w:rsidR="00D47296" w14:paraId="721F372C" w14:textId="77777777">
        <w:trPr>
          <w:jc w:val="center"/>
        </w:trPr>
        <w:tc>
          <w:tcPr>
            <w:tcW w:w="3600" w:type="dxa"/>
            <w:shd w:val="clear" w:color="auto" w:fill="E8F2EE"/>
            <w:tcMar>
              <w:top w:w="70" w:type="dxa"/>
              <w:left w:w="70" w:type="dxa"/>
              <w:bottom w:w="70" w:type="dxa"/>
              <w:right w:w="70" w:type="dxa"/>
            </w:tcMar>
            <w:vAlign w:val="center"/>
          </w:tcPr>
          <w:p w14:paraId="5F235539" w14:textId="77777777" w:rsidR="00D47296" w:rsidRDefault="008C31C1">
            <w:r>
              <w:rPr>
                <w:sz w:val="14"/>
              </w:rPr>
              <w:t>Required contacts</w:t>
            </w:r>
          </w:p>
        </w:tc>
        <w:tc>
          <w:tcPr>
            <w:tcW w:w="2592" w:type="dxa"/>
            <w:shd w:val="clear" w:color="auto" w:fill="E8F2EE"/>
            <w:tcMar>
              <w:top w:w="70" w:type="dxa"/>
              <w:left w:w="70" w:type="dxa"/>
              <w:bottom w:w="70" w:type="dxa"/>
              <w:right w:w="70" w:type="dxa"/>
            </w:tcMar>
            <w:vAlign w:val="center"/>
          </w:tcPr>
          <w:p w14:paraId="69895F78" w14:textId="77777777" w:rsidR="00D47296" w:rsidRDefault="008C31C1">
            <w:r>
              <w:rPr>
                <w:sz w:val="14"/>
              </w:rPr>
              <w:t>§491.12(c)(1)-(2)</w:t>
            </w:r>
          </w:p>
        </w:tc>
        <w:tc>
          <w:tcPr>
            <w:tcW w:w="2016" w:type="dxa"/>
            <w:shd w:val="clear" w:color="auto" w:fill="E8F2EE"/>
            <w:tcMar>
              <w:top w:w="70" w:type="dxa"/>
              <w:left w:w="70" w:type="dxa"/>
              <w:bottom w:w="70" w:type="dxa"/>
              <w:right w:w="70" w:type="dxa"/>
            </w:tcMar>
            <w:vAlign w:val="center"/>
          </w:tcPr>
          <w:p w14:paraId="562070C9" w14:textId="77777777" w:rsidR="00D47296" w:rsidRDefault="008C31C1">
            <w:r>
              <w:rPr>
                <w:sz w:val="14"/>
              </w:rPr>
              <w:t>Directory / comms plan</w:t>
            </w:r>
          </w:p>
        </w:tc>
        <w:tc>
          <w:tcPr>
            <w:tcW w:w="2592" w:type="dxa"/>
            <w:shd w:val="clear" w:color="auto" w:fill="E8F2EE"/>
            <w:tcMar>
              <w:top w:w="70" w:type="dxa"/>
              <w:left w:w="70" w:type="dxa"/>
              <w:bottom w:w="70" w:type="dxa"/>
              <w:right w:w="70" w:type="dxa"/>
            </w:tcMar>
            <w:vAlign w:val="center"/>
          </w:tcPr>
          <w:p w14:paraId="3593A1F7"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7BB95D7D"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11447FAC"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0BE29552"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0E87283C" w14:textId="77777777" w:rsidR="00D47296" w:rsidRDefault="008C31C1">
            <w:r>
              <w:rPr>
                <w:i/>
                <w:color w:val="777777"/>
                <w:sz w:val="24"/>
              </w:rPr>
              <w:t>&lt;Status&gt;</w:t>
            </w:r>
          </w:p>
        </w:tc>
      </w:tr>
      <w:tr w:rsidR="00D47296" w14:paraId="1BF5D865" w14:textId="77777777">
        <w:trPr>
          <w:jc w:val="center"/>
        </w:trPr>
        <w:tc>
          <w:tcPr>
            <w:tcW w:w="3600" w:type="dxa"/>
            <w:tcMar>
              <w:top w:w="70" w:type="dxa"/>
              <w:left w:w="70" w:type="dxa"/>
              <w:bottom w:w="70" w:type="dxa"/>
              <w:right w:w="70" w:type="dxa"/>
            </w:tcMar>
            <w:vAlign w:val="center"/>
          </w:tcPr>
          <w:p w14:paraId="329487B9" w14:textId="77777777" w:rsidR="00D47296" w:rsidRDefault="008C31C1">
            <w:r>
              <w:rPr>
                <w:sz w:val="14"/>
              </w:rPr>
              <w:t>Primary / alternate communications</w:t>
            </w:r>
          </w:p>
        </w:tc>
        <w:tc>
          <w:tcPr>
            <w:tcW w:w="2592" w:type="dxa"/>
            <w:tcMar>
              <w:top w:w="70" w:type="dxa"/>
              <w:left w:w="70" w:type="dxa"/>
              <w:bottom w:w="70" w:type="dxa"/>
              <w:right w:w="70" w:type="dxa"/>
            </w:tcMar>
            <w:vAlign w:val="center"/>
          </w:tcPr>
          <w:p w14:paraId="07279E0D" w14:textId="77777777" w:rsidR="00D47296" w:rsidRDefault="008C31C1">
            <w:r>
              <w:rPr>
                <w:sz w:val="14"/>
              </w:rPr>
              <w:t>§491.12(c)(3)</w:t>
            </w:r>
          </w:p>
        </w:tc>
        <w:tc>
          <w:tcPr>
            <w:tcW w:w="2016" w:type="dxa"/>
            <w:tcMar>
              <w:top w:w="70" w:type="dxa"/>
              <w:left w:w="70" w:type="dxa"/>
              <w:bottom w:w="70" w:type="dxa"/>
              <w:right w:w="70" w:type="dxa"/>
            </w:tcMar>
            <w:vAlign w:val="center"/>
          </w:tcPr>
          <w:p w14:paraId="15E70409" w14:textId="77777777" w:rsidR="00D47296" w:rsidRDefault="008C31C1">
            <w:r>
              <w:rPr>
                <w:sz w:val="14"/>
              </w:rPr>
              <w:t>Comms / downtime</w:t>
            </w:r>
          </w:p>
        </w:tc>
        <w:tc>
          <w:tcPr>
            <w:tcW w:w="2592" w:type="dxa"/>
            <w:tcMar>
              <w:top w:w="70" w:type="dxa"/>
              <w:left w:w="70" w:type="dxa"/>
              <w:bottom w:w="70" w:type="dxa"/>
              <w:right w:w="70" w:type="dxa"/>
            </w:tcMar>
            <w:vAlign w:val="center"/>
          </w:tcPr>
          <w:p w14:paraId="5A92804B"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4150B1D6"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4FC32A7E"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0D42161E"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3B57376B" w14:textId="77777777" w:rsidR="00D47296" w:rsidRDefault="008C31C1">
            <w:r>
              <w:rPr>
                <w:i/>
                <w:color w:val="777777"/>
                <w:sz w:val="24"/>
              </w:rPr>
              <w:t>&lt;Status&gt;</w:t>
            </w:r>
          </w:p>
        </w:tc>
      </w:tr>
      <w:tr w:rsidR="00D47296" w14:paraId="342BF0CA" w14:textId="77777777">
        <w:trPr>
          <w:jc w:val="center"/>
        </w:trPr>
        <w:tc>
          <w:tcPr>
            <w:tcW w:w="3600" w:type="dxa"/>
            <w:shd w:val="clear" w:color="auto" w:fill="E8F2EE"/>
            <w:tcMar>
              <w:top w:w="70" w:type="dxa"/>
              <w:left w:w="70" w:type="dxa"/>
              <w:bottom w:w="70" w:type="dxa"/>
              <w:right w:w="70" w:type="dxa"/>
            </w:tcMar>
            <w:vAlign w:val="center"/>
          </w:tcPr>
          <w:p w14:paraId="417B49F9" w14:textId="77777777" w:rsidR="00D47296" w:rsidRDefault="008C31C1">
            <w:r>
              <w:rPr>
                <w:sz w:val="14"/>
              </w:rPr>
              <w:t>Patient general condition/location information</w:t>
            </w:r>
          </w:p>
        </w:tc>
        <w:tc>
          <w:tcPr>
            <w:tcW w:w="2592" w:type="dxa"/>
            <w:shd w:val="clear" w:color="auto" w:fill="E8F2EE"/>
            <w:tcMar>
              <w:top w:w="70" w:type="dxa"/>
              <w:left w:w="70" w:type="dxa"/>
              <w:bottom w:w="70" w:type="dxa"/>
              <w:right w:w="70" w:type="dxa"/>
            </w:tcMar>
            <w:vAlign w:val="center"/>
          </w:tcPr>
          <w:p w14:paraId="31D1A089" w14:textId="77777777" w:rsidR="00D47296" w:rsidRDefault="008C31C1">
            <w:r>
              <w:rPr>
                <w:sz w:val="14"/>
              </w:rPr>
              <w:t>§491.12(c)(4)</w:t>
            </w:r>
          </w:p>
        </w:tc>
        <w:tc>
          <w:tcPr>
            <w:tcW w:w="2016" w:type="dxa"/>
            <w:shd w:val="clear" w:color="auto" w:fill="E8F2EE"/>
            <w:tcMar>
              <w:top w:w="70" w:type="dxa"/>
              <w:left w:w="70" w:type="dxa"/>
              <w:bottom w:w="70" w:type="dxa"/>
              <w:right w:w="70" w:type="dxa"/>
            </w:tcMar>
            <w:vAlign w:val="center"/>
          </w:tcPr>
          <w:p w14:paraId="520881C2" w14:textId="77777777" w:rsidR="00D47296" w:rsidRDefault="008C31C1">
            <w:r>
              <w:rPr>
                <w:sz w:val="14"/>
              </w:rPr>
              <w:t>Communication / privacy</w:t>
            </w:r>
          </w:p>
        </w:tc>
        <w:tc>
          <w:tcPr>
            <w:tcW w:w="2592" w:type="dxa"/>
            <w:shd w:val="clear" w:color="auto" w:fill="E8F2EE"/>
            <w:tcMar>
              <w:top w:w="70" w:type="dxa"/>
              <w:left w:w="70" w:type="dxa"/>
              <w:bottom w:w="70" w:type="dxa"/>
              <w:right w:w="70" w:type="dxa"/>
            </w:tcMar>
            <w:vAlign w:val="center"/>
          </w:tcPr>
          <w:p w14:paraId="2B66CF16"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22235024"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3FC6440E"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342D91CC"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533F083D" w14:textId="77777777" w:rsidR="00D47296" w:rsidRDefault="008C31C1">
            <w:r>
              <w:rPr>
                <w:i/>
                <w:color w:val="777777"/>
                <w:sz w:val="24"/>
              </w:rPr>
              <w:t>&lt;Status&gt;</w:t>
            </w:r>
          </w:p>
        </w:tc>
      </w:tr>
      <w:tr w:rsidR="00D47296" w14:paraId="34071107" w14:textId="77777777">
        <w:trPr>
          <w:jc w:val="center"/>
        </w:trPr>
        <w:tc>
          <w:tcPr>
            <w:tcW w:w="3600" w:type="dxa"/>
            <w:tcMar>
              <w:top w:w="70" w:type="dxa"/>
              <w:left w:w="70" w:type="dxa"/>
              <w:bottom w:w="70" w:type="dxa"/>
              <w:right w:w="70" w:type="dxa"/>
            </w:tcMar>
            <w:vAlign w:val="center"/>
          </w:tcPr>
          <w:p w14:paraId="14C14D0D" w14:textId="77777777" w:rsidR="00D47296" w:rsidRDefault="008C31C1">
            <w:r>
              <w:rPr>
                <w:sz w:val="14"/>
              </w:rPr>
              <w:t>Report needs / ability to assist</w:t>
            </w:r>
          </w:p>
        </w:tc>
        <w:tc>
          <w:tcPr>
            <w:tcW w:w="2592" w:type="dxa"/>
            <w:tcMar>
              <w:top w:w="70" w:type="dxa"/>
              <w:left w:w="70" w:type="dxa"/>
              <w:bottom w:w="70" w:type="dxa"/>
              <w:right w:w="70" w:type="dxa"/>
            </w:tcMar>
            <w:vAlign w:val="center"/>
          </w:tcPr>
          <w:p w14:paraId="56B5B321" w14:textId="77777777" w:rsidR="00D47296" w:rsidRDefault="008C31C1">
            <w:r>
              <w:rPr>
                <w:sz w:val="14"/>
              </w:rPr>
              <w:t>§491.12(c)(5)</w:t>
            </w:r>
          </w:p>
        </w:tc>
        <w:tc>
          <w:tcPr>
            <w:tcW w:w="2016" w:type="dxa"/>
            <w:tcMar>
              <w:top w:w="70" w:type="dxa"/>
              <w:left w:w="70" w:type="dxa"/>
              <w:bottom w:w="70" w:type="dxa"/>
              <w:right w:w="70" w:type="dxa"/>
            </w:tcMar>
            <w:vAlign w:val="center"/>
          </w:tcPr>
          <w:p w14:paraId="13A5D6CD" w14:textId="77777777" w:rsidR="00D47296" w:rsidRDefault="008C31C1">
            <w:r>
              <w:rPr>
                <w:sz w:val="14"/>
              </w:rPr>
              <w:t>Incident reporting</w:t>
            </w:r>
          </w:p>
        </w:tc>
        <w:tc>
          <w:tcPr>
            <w:tcW w:w="2592" w:type="dxa"/>
            <w:tcMar>
              <w:top w:w="70" w:type="dxa"/>
              <w:left w:w="70" w:type="dxa"/>
              <w:bottom w:w="70" w:type="dxa"/>
              <w:right w:w="70" w:type="dxa"/>
            </w:tcMar>
            <w:vAlign w:val="center"/>
          </w:tcPr>
          <w:p w14:paraId="5C2E39D5"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746D8587"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28A8947D"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66555068"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71FA8D2E" w14:textId="77777777" w:rsidR="00D47296" w:rsidRDefault="008C31C1">
            <w:r>
              <w:rPr>
                <w:i/>
                <w:color w:val="777777"/>
                <w:sz w:val="24"/>
              </w:rPr>
              <w:t>&lt;Status&gt;</w:t>
            </w:r>
          </w:p>
        </w:tc>
      </w:tr>
      <w:tr w:rsidR="00D47296" w14:paraId="229863F7" w14:textId="77777777">
        <w:trPr>
          <w:jc w:val="center"/>
        </w:trPr>
        <w:tc>
          <w:tcPr>
            <w:tcW w:w="3600" w:type="dxa"/>
            <w:shd w:val="clear" w:color="auto" w:fill="E8F2EE"/>
            <w:tcMar>
              <w:top w:w="70" w:type="dxa"/>
              <w:left w:w="70" w:type="dxa"/>
              <w:bottom w:w="70" w:type="dxa"/>
              <w:right w:w="70" w:type="dxa"/>
            </w:tcMar>
            <w:vAlign w:val="center"/>
          </w:tcPr>
          <w:p w14:paraId="0E250201" w14:textId="77777777" w:rsidR="00D47296" w:rsidRDefault="008C31C1">
            <w:r>
              <w:rPr>
                <w:sz w:val="14"/>
              </w:rPr>
              <w:t>Training program</w:t>
            </w:r>
          </w:p>
        </w:tc>
        <w:tc>
          <w:tcPr>
            <w:tcW w:w="2592" w:type="dxa"/>
            <w:shd w:val="clear" w:color="auto" w:fill="E8F2EE"/>
            <w:tcMar>
              <w:top w:w="70" w:type="dxa"/>
              <w:left w:w="70" w:type="dxa"/>
              <w:bottom w:w="70" w:type="dxa"/>
              <w:right w:w="70" w:type="dxa"/>
            </w:tcMar>
            <w:vAlign w:val="center"/>
          </w:tcPr>
          <w:p w14:paraId="3CCA8647" w14:textId="77777777" w:rsidR="00D47296" w:rsidRDefault="008C31C1">
            <w:r>
              <w:rPr>
                <w:sz w:val="14"/>
              </w:rPr>
              <w:t>§491.12(d)(1)</w:t>
            </w:r>
          </w:p>
        </w:tc>
        <w:tc>
          <w:tcPr>
            <w:tcW w:w="2016" w:type="dxa"/>
            <w:shd w:val="clear" w:color="auto" w:fill="E8F2EE"/>
            <w:tcMar>
              <w:top w:w="70" w:type="dxa"/>
              <w:left w:w="70" w:type="dxa"/>
              <w:bottom w:w="70" w:type="dxa"/>
              <w:right w:w="70" w:type="dxa"/>
            </w:tcMar>
            <w:vAlign w:val="center"/>
          </w:tcPr>
          <w:p w14:paraId="408E2830" w14:textId="77777777" w:rsidR="00D47296" w:rsidRDefault="008C31C1">
            <w:r>
              <w:rPr>
                <w:sz w:val="14"/>
              </w:rPr>
              <w:t>Training plan</w:t>
            </w:r>
          </w:p>
        </w:tc>
        <w:tc>
          <w:tcPr>
            <w:tcW w:w="2592" w:type="dxa"/>
            <w:shd w:val="clear" w:color="auto" w:fill="E8F2EE"/>
            <w:tcMar>
              <w:top w:w="70" w:type="dxa"/>
              <w:left w:w="70" w:type="dxa"/>
              <w:bottom w:w="70" w:type="dxa"/>
              <w:right w:w="70" w:type="dxa"/>
            </w:tcMar>
            <w:vAlign w:val="center"/>
          </w:tcPr>
          <w:p w14:paraId="28A87D79"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62E26219"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21DA3C70"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4C4D68FB"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50C14C49" w14:textId="77777777" w:rsidR="00D47296" w:rsidRDefault="008C31C1">
            <w:r>
              <w:rPr>
                <w:i/>
                <w:color w:val="777777"/>
                <w:sz w:val="24"/>
              </w:rPr>
              <w:t>&lt;Status&gt;</w:t>
            </w:r>
          </w:p>
        </w:tc>
      </w:tr>
      <w:tr w:rsidR="00D47296" w14:paraId="4167C088" w14:textId="77777777">
        <w:trPr>
          <w:jc w:val="center"/>
        </w:trPr>
        <w:tc>
          <w:tcPr>
            <w:tcW w:w="3600" w:type="dxa"/>
            <w:tcMar>
              <w:top w:w="70" w:type="dxa"/>
              <w:left w:w="70" w:type="dxa"/>
              <w:bottom w:w="70" w:type="dxa"/>
              <w:right w:w="70" w:type="dxa"/>
            </w:tcMar>
            <w:vAlign w:val="center"/>
          </w:tcPr>
          <w:p w14:paraId="4B3FAD3B" w14:textId="77777777" w:rsidR="00D47296" w:rsidRDefault="008C31C1">
            <w:r>
              <w:rPr>
                <w:sz w:val="14"/>
              </w:rPr>
              <w:t>Exercise/testing program</w:t>
            </w:r>
          </w:p>
        </w:tc>
        <w:tc>
          <w:tcPr>
            <w:tcW w:w="2592" w:type="dxa"/>
            <w:tcMar>
              <w:top w:w="70" w:type="dxa"/>
              <w:left w:w="70" w:type="dxa"/>
              <w:bottom w:w="70" w:type="dxa"/>
              <w:right w:w="70" w:type="dxa"/>
            </w:tcMar>
            <w:vAlign w:val="center"/>
          </w:tcPr>
          <w:p w14:paraId="64E59A9B" w14:textId="77777777" w:rsidR="00D47296" w:rsidRDefault="008C31C1">
            <w:r>
              <w:rPr>
                <w:sz w:val="14"/>
              </w:rPr>
              <w:t>§491.12(d)(2)</w:t>
            </w:r>
          </w:p>
        </w:tc>
        <w:tc>
          <w:tcPr>
            <w:tcW w:w="2016" w:type="dxa"/>
            <w:tcMar>
              <w:top w:w="70" w:type="dxa"/>
              <w:left w:w="70" w:type="dxa"/>
              <w:bottom w:w="70" w:type="dxa"/>
              <w:right w:w="70" w:type="dxa"/>
            </w:tcMar>
            <w:vAlign w:val="center"/>
          </w:tcPr>
          <w:p w14:paraId="576914E8" w14:textId="77777777" w:rsidR="00D47296" w:rsidRDefault="008C31C1">
            <w:r>
              <w:rPr>
                <w:sz w:val="14"/>
              </w:rPr>
              <w:t>Exercise plan / tracker</w:t>
            </w:r>
          </w:p>
        </w:tc>
        <w:tc>
          <w:tcPr>
            <w:tcW w:w="2592" w:type="dxa"/>
            <w:tcMar>
              <w:top w:w="70" w:type="dxa"/>
              <w:left w:w="70" w:type="dxa"/>
              <w:bottom w:w="70" w:type="dxa"/>
              <w:right w:w="70" w:type="dxa"/>
            </w:tcMar>
            <w:vAlign w:val="center"/>
          </w:tcPr>
          <w:p w14:paraId="7553F7FF"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315DEB2C"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7B13C26F"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40171928"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512CDEAF" w14:textId="77777777" w:rsidR="00D47296" w:rsidRDefault="008C31C1">
            <w:r>
              <w:rPr>
                <w:i/>
                <w:color w:val="777777"/>
                <w:sz w:val="24"/>
              </w:rPr>
              <w:t>&lt;Status&gt;</w:t>
            </w:r>
          </w:p>
        </w:tc>
      </w:tr>
      <w:tr w:rsidR="00D47296" w14:paraId="2379AE9A" w14:textId="77777777">
        <w:trPr>
          <w:jc w:val="center"/>
        </w:trPr>
        <w:tc>
          <w:tcPr>
            <w:tcW w:w="3600" w:type="dxa"/>
            <w:shd w:val="clear" w:color="auto" w:fill="E8F2EE"/>
            <w:tcMar>
              <w:top w:w="70" w:type="dxa"/>
              <w:left w:w="70" w:type="dxa"/>
              <w:bottom w:w="70" w:type="dxa"/>
              <w:right w:w="70" w:type="dxa"/>
            </w:tcMar>
            <w:vAlign w:val="center"/>
          </w:tcPr>
          <w:p w14:paraId="4451FCE5" w14:textId="77777777" w:rsidR="00D47296" w:rsidRDefault="008C31C1">
            <w:r>
              <w:rPr>
                <w:sz w:val="14"/>
              </w:rPr>
              <w:lastRenderedPageBreak/>
              <w:t>Actual-event activation/exemption</w:t>
            </w:r>
          </w:p>
        </w:tc>
        <w:tc>
          <w:tcPr>
            <w:tcW w:w="2592" w:type="dxa"/>
            <w:shd w:val="clear" w:color="auto" w:fill="E8F2EE"/>
            <w:tcMar>
              <w:top w:w="70" w:type="dxa"/>
              <w:left w:w="70" w:type="dxa"/>
              <w:bottom w:w="70" w:type="dxa"/>
              <w:right w:w="70" w:type="dxa"/>
            </w:tcMar>
            <w:vAlign w:val="center"/>
          </w:tcPr>
          <w:p w14:paraId="185FAEB7" w14:textId="77777777" w:rsidR="00D47296" w:rsidRDefault="008C31C1">
            <w:r>
              <w:rPr>
                <w:sz w:val="14"/>
              </w:rPr>
              <w:t>§491.12(d)(2)(i)(B)</w:t>
            </w:r>
          </w:p>
        </w:tc>
        <w:tc>
          <w:tcPr>
            <w:tcW w:w="2016" w:type="dxa"/>
            <w:shd w:val="clear" w:color="auto" w:fill="E8F2EE"/>
            <w:tcMar>
              <w:top w:w="70" w:type="dxa"/>
              <w:left w:w="70" w:type="dxa"/>
              <w:bottom w:w="70" w:type="dxa"/>
              <w:right w:w="70" w:type="dxa"/>
            </w:tcMar>
            <w:vAlign w:val="center"/>
          </w:tcPr>
          <w:p w14:paraId="29BE6DEF" w14:textId="77777777" w:rsidR="00D47296" w:rsidRDefault="008C31C1">
            <w:r>
              <w:rPr>
                <w:sz w:val="14"/>
              </w:rPr>
              <w:t>Incident file</w:t>
            </w:r>
          </w:p>
        </w:tc>
        <w:tc>
          <w:tcPr>
            <w:tcW w:w="2592" w:type="dxa"/>
            <w:shd w:val="clear" w:color="auto" w:fill="E8F2EE"/>
            <w:tcMar>
              <w:top w:w="70" w:type="dxa"/>
              <w:left w:w="70" w:type="dxa"/>
              <w:bottom w:w="70" w:type="dxa"/>
              <w:right w:w="70" w:type="dxa"/>
            </w:tcMar>
            <w:vAlign w:val="center"/>
          </w:tcPr>
          <w:p w14:paraId="098C404C"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648B483F"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4E5F9245"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437B44CC"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6B0B16E1" w14:textId="77777777" w:rsidR="00D47296" w:rsidRDefault="008C31C1">
            <w:r>
              <w:rPr>
                <w:i/>
                <w:color w:val="777777"/>
                <w:sz w:val="24"/>
              </w:rPr>
              <w:t>&lt;Status&gt;</w:t>
            </w:r>
          </w:p>
        </w:tc>
      </w:tr>
      <w:tr w:rsidR="00D47296" w14:paraId="11E6E290" w14:textId="77777777">
        <w:trPr>
          <w:jc w:val="center"/>
        </w:trPr>
        <w:tc>
          <w:tcPr>
            <w:tcW w:w="3600" w:type="dxa"/>
            <w:tcMar>
              <w:top w:w="70" w:type="dxa"/>
              <w:left w:w="70" w:type="dxa"/>
              <w:bottom w:w="70" w:type="dxa"/>
              <w:right w:w="70" w:type="dxa"/>
            </w:tcMar>
            <w:vAlign w:val="center"/>
          </w:tcPr>
          <w:p w14:paraId="0E2BFCFA" w14:textId="77777777" w:rsidR="00D47296" w:rsidRDefault="008C31C1">
            <w:r>
              <w:rPr>
                <w:sz w:val="14"/>
              </w:rPr>
              <w:t>AAR / improvement / revision</w:t>
            </w:r>
          </w:p>
        </w:tc>
        <w:tc>
          <w:tcPr>
            <w:tcW w:w="2592" w:type="dxa"/>
            <w:tcMar>
              <w:top w:w="70" w:type="dxa"/>
              <w:left w:w="70" w:type="dxa"/>
              <w:bottom w:w="70" w:type="dxa"/>
              <w:right w:w="70" w:type="dxa"/>
            </w:tcMar>
            <w:vAlign w:val="center"/>
          </w:tcPr>
          <w:p w14:paraId="4894AAAF" w14:textId="77777777" w:rsidR="00D47296" w:rsidRDefault="008C31C1">
            <w:r>
              <w:rPr>
                <w:sz w:val="14"/>
              </w:rPr>
              <w:t>§491.12(d)(2)(iii)</w:t>
            </w:r>
          </w:p>
        </w:tc>
        <w:tc>
          <w:tcPr>
            <w:tcW w:w="2016" w:type="dxa"/>
            <w:tcMar>
              <w:top w:w="70" w:type="dxa"/>
              <w:left w:w="70" w:type="dxa"/>
              <w:bottom w:w="70" w:type="dxa"/>
              <w:right w:w="70" w:type="dxa"/>
            </w:tcMar>
            <w:vAlign w:val="center"/>
          </w:tcPr>
          <w:p w14:paraId="0A64C755" w14:textId="77777777" w:rsidR="00D47296" w:rsidRDefault="008C31C1">
            <w:r>
              <w:rPr>
                <w:sz w:val="14"/>
              </w:rPr>
              <w:t>AAR/IP</w:t>
            </w:r>
          </w:p>
        </w:tc>
        <w:tc>
          <w:tcPr>
            <w:tcW w:w="2592" w:type="dxa"/>
            <w:tcMar>
              <w:top w:w="70" w:type="dxa"/>
              <w:left w:w="70" w:type="dxa"/>
              <w:bottom w:w="70" w:type="dxa"/>
              <w:right w:w="70" w:type="dxa"/>
            </w:tcMar>
            <w:vAlign w:val="center"/>
          </w:tcPr>
          <w:p w14:paraId="573FAD7E"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40EF9BA8"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4333508D"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22A606DE"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56623DBA" w14:textId="77777777" w:rsidR="00D47296" w:rsidRDefault="008C31C1">
            <w:r>
              <w:rPr>
                <w:i/>
                <w:color w:val="777777"/>
                <w:sz w:val="24"/>
              </w:rPr>
              <w:t>&lt;Status&gt;</w:t>
            </w:r>
          </w:p>
        </w:tc>
      </w:tr>
      <w:tr w:rsidR="00D47296" w14:paraId="3443D2E6" w14:textId="77777777">
        <w:trPr>
          <w:jc w:val="center"/>
        </w:trPr>
        <w:tc>
          <w:tcPr>
            <w:tcW w:w="3600" w:type="dxa"/>
            <w:shd w:val="clear" w:color="auto" w:fill="E8F2EE"/>
            <w:tcMar>
              <w:top w:w="70" w:type="dxa"/>
              <w:left w:w="70" w:type="dxa"/>
              <w:bottom w:w="70" w:type="dxa"/>
              <w:right w:w="70" w:type="dxa"/>
            </w:tcMar>
            <w:vAlign w:val="center"/>
          </w:tcPr>
          <w:p w14:paraId="618E678E" w14:textId="77777777" w:rsidR="00D47296" w:rsidRDefault="008C31C1">
            <w:r>
              <w:rPr>
                <w:sz w:val="14"/>
              </w:rPr>
              <w:t>Integrated system program</w:t>
            </w:r>
          </w:p>
        </w:tc>
        <w:tc>
          <w:tcPr>
            <w:tcW w:w="2592" w:type="dxa"/>
            <w:shd w:val="clear" w:color="auto" w:fill="E8F2EE"/>
            <w:tcMar>
              <w:top w:w="70" w:type="dxa"/>
              <w:left w:w="70" w:type="dxa"/>
              <w:bottom w:w="70" w:type="dxa"/>
              <w:right w:w="70" w:type="dxa"/>
            </w:tcMar>
            <w:vAlign w:val="center"/>
          </w:tcPr>
          <w:p w14:paraId="2F27AA19" w14:textId="77777777" w:rsidR="00D47296" w:rsidRDefault="008C31C1">
            <w:r>
              <w:rPr>
                <w:sz w:val="14"/>
              </w:rPr>
              <w:t>§491.12(e)</w:t>
            </w:r>
          </w:p>
        </w:tc>
        <w:tc>
          <w:tcPr>
            <w:tcW w:w="2016" w:type="dxa"/>
            <w:shd w:val="clear" w:color="auto" w:fill="E8F2EE"/>
            <w:tcMar>
              <w:top w:w="70" w:type="dxa"/>
              <w:left w:w="70" w:type="dxa"/>
              <w:bottom w:w="70" w:type="dxa"/>
              <w:right w:w="70" w:type="dxa"/>
            </w:tcMar>
            <w:vAlign w:val="center"/>
          </w:tcPr>
          <w:p w14:paraId="1FB5500F" w14:textId="77777777" w:rsidR="00D47296" w:rsidRDefault="008C31C1">
            <w:r>
              <w:rPr>
                <w:sz w:val="14"/>
              </w:rPr>
              <w:t>System program/site evidence</w:t>
            </w:r>
          </w:p>
        </w:tc>
        <w:tc>
          <w:tcPr>
            <w:tcW w:w="2592" w:type="dxa"/>
            <w:shd w:val="clear" w:color="auto" w:fill="E8F2EE"/>
            <w:tcMar>
              <w:top w:w="70" w:type="dxa"/>
              <w:left w:w="70" w:type="dxa"/>
              <w:bottom w:w="70" w:type="dxa"/>
              <w:right w:w="70" w:type="dxa"/>
            </w:tcMar>
            <w:vAlign w:val="center"/>
          </w:tcPr>
          <w:p w14:paraId="09CD1429"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1B8B3207"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460AF4CF"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2D5E80DE"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1D828C0F" w14:textId="77777777" w:rsidR="00D47296" w:rsidRDefault="008C31C1">
            <w:r>
              <w:rPr>
                <w:i/>
                <w:color w:val="777777"/>
                <w:sz w:val="24"/>
              </w:rPr>
              <w:t>&lt;Status&gt;</w:t>
            </w:r>
          </w:p>
        </w:tc>
      </w:tr>
      <w:tr w:rsidR="00D47296" w14:paraId="40D3BBCC" w14:textId="77777777">
        <w:trPr>
          <w:jc w:val="center"/>
        </w:trPr>
        <w:tc>
          <w:tcPr>
            <w:tcW w:w="3600" w:type="dxa"/>
            <w:tcMar>
              <w:top w:w="70" w:type="dxa"/>
              <w:left w:w="70" w:type="dxa"/>
              <w:bottom w:w="70" w:type="dxa"/>
              <w:right w:w="70" w:type="dxa"/>
            </w:tcMar>
            <w:vAlign w:val="center"/>
          </w:tcPr>
          <w:p w14:paraId="28FE84EB" w14:textId="77777777" w:rsidR="00D47296" w:rsidRDefault="008C31C1">
            <w:r>
              <w:rPr>
                <w:sz w:val="14"/>
              </w:rPr>
              <w:t>Physical plant / PM</w:t>
            </w:r>
          </w:p>
        </w:tc>
        <w:tc>
          <w:tcPr>
            <w:tcW w:w="2592" w:type="dxa"/>
            <w:tcMar>
              <w:top w:w="70" w:type="dxa"/>
              <w:left w:w="70" w:type="dxa"/>
              <w:bottom w:w="70" w:type="dxa"/>
              <w:right w:w="70" w:type="dxa"/>
            </w:tcMar>
            <w:vAlign w:val="center"/>
          </w:tcPr>
          <w:p w14:paraId="473DEA29" w14:textId="77777777" w:rsidR="00D47296" w:rsidRDefault="008C31C1">
            <w:r>
              <w:rPr>
                <w:sz w:val="14"/>
              </w:rPr>
              <w:t>§491.6</w:t>
            </w:r>
          </w:p>
        </w:tc>
        <w:tc>
          <w:tcPr>
            <w:tcW w:w="2016" w:type="dxa"/>
            <w:tcMar>
              <w:top w:w="70" w:type="dxa"/>
              <w:left w:w="70" w:type="dxa"/>
              <w:bottom w:w="70" w:type="dxa"/>
              <w:right w:w="70" w:type="dxa"/>
            </w:tcMar>
            <w:vAlign w:val="center"/>
          </w:tcPr>
          <w:p w14:paraId="2D4D08FA" w14:textId="77777777" w:rsidR="00D47296" w:rsidRDefault="008C31C1">
            <w:r>
              <w:rPr>
                <w:sz w:val="14"/>
              </w:rPr>
              <w:t>Facilities PM</w:t>
            </w:r>
          </w:p>
        </w:tc>
        <w:tc>
          <w:tcPr>
            <w:tcW w:w="2592" w:type="dxa"/>
            <w:tcMar>
              <w:top w:w="70" w:type="dxa"/>
              <w:left w:w="70" w:type="dxa"/>
              <w:bottom w:w="70" w:type="dxa"/>
              <w:right w:w="70" w:type="dxa"/>
            </w:tcMar>
            <w:vAlign w:val="center"/>
          </w:tcPr>
          <w:p w14:paraId="7F5E2FBD"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5B5A6C74"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36FF95A7"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061CF6A5"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202EDCA7" w14:textId="77777777" w:rsidR="00D47296" w:rsidRDefault="008C31C1">
            <w:r>
              <w:rPr>
                <w:i/>
                <w:color w:val="777777"/>
                <w:sz w:val="24"/>
              </w:rPr>
              <w:t>&lt;Status&gt;</w:t>
            </w:r>
          </w:p>
        </w:tc>
      </w:tr>
      <w:tr w:rsidR="00D47296" w14:paraId="7AE19256" w14:textId="77777777">
        <w:trPr>
          <w:jc w:val="center"/>
        </w:trPr>
        <w:tc>
          <w:tcPr>
            <w:tcW w:w="3600" w:type="dxa"/>
            <w:shd w:val="clear" w:color="auto" w:fill="E8F2EE"/>
            <w:tcMar>
              <w:top w:w="70" w:type="dxa"/>
              <w:left w:w="70" w:type="dxa"/>
              <w:bottom w:w="70" w:type="dxa"/>
              <w:right w:w="70" w:type="dxa"/>
            </w:tcMar>
            <w:vAlign w:val="center"/>
          </w:tcPr>
          <w:p w14:paraId="15D865BE" w14:textId="77777777" w:rsidR="00D47296" w:rsidRDefault="008C31C1">
            <w:r>
              <w:rPr>
                <w:sz w:val="14"/>
              </w:rPr>
              <w:t>Patient record safeguards/retention</w:t>
            </w:r>
          </w:p>
        </w:tc>
        <w:tc>
          <w:tcPr>
            <w:tcW w:w="2592" w:type="dxa"/>
            <w:shd w:val="clear" w:color="auto" w:fill="E8F2EE"/>
            <w:tcMar>
              <w:top w:w="70" w:type="dxa"/>
              <w:left w:w="70" w:type="dxa"/>
              <w:bottom w:w="70" w:type="dxa"/>
              <w:right w:w="70" w:type="dxa"/>
            </w:tcMar>
            <w:vAlign w:val="center"/>
          </w:tcPr>
          <w:p w14:paraId="29C3DB54" w14:textId="77777777" w:rsidR="00D47296" w:rsidRDefault="008C31C1">
            <w:r>
              <w:rPr>
                <w:sz w:val="14"/>
              </w:rPr>
              <w:t>§491.10</w:t>
            </w:r>
          </w:p>
        </w:tc>
        <w:tc>
          <w:tcPr>
            <w:tcW w:w="2016" w:type="dxa"/>
            <w:shd w:val="clear" w:color="auto" w:fill="E8F2EE"/>
            <w:tcMar>
              <w:top w:w="70" w:type="dxa"/>
              <w:left w:w="70" w:type="dxa"/>
              <w:bottom w:w="70" w:type="dxa"/>
              <w:right w:w="70" w:type="dxa"/>
            </w:tcMar>
            <w:vAlign w:val="center"/>
          </w:tcPr>
          <w:p w14:paraId="59C1ECEC" w14:textId="77777777" w:rsidR="00D47296" w:rsidRDefault="008C31C1">
            <w:r>
              <w:rPr>
                <w:sz w:val="14"/>
              </w:rPr>
              <w:t>HIM policy</w:t>
            </w:r>
          </w:p>
        </w:tc>
        <w:tc>
          <w:tcPr>
            <w:tcW w:w="2592" w:type="dxa"/>
            <w:shd w:val="clear" w:color="auto" w:fill="E8F2EE"/>
            <w:tcMar>
              <w:top w:w="70" w:type="dxa"/>
              <w:left w:w="70" w:type="dxa"/>
              <w:bottom w:w="70" w:type="dxa"/>
              <w:right w:w="70" w:type="dxa"/>
            </w:tcMar>
            <w:vAlign w:val="center"/>
          </w:tcPr>
          <w:p w14:paraId="7FAAF78B"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5CE77938"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37223E93"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37C75017"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74584F27" w14:textId="77777777" w:rsidR="00D47296" w:rsidRDefault="008C31C1">
            <w:r>
              <w:rPr>
                <w:i/>
                <w:color w:val="777777"/>
                <w:sz w:val="24"/>
              </w:rPr>
              <w:t>&lt;Status&gt;</w:t>
            </w:r>
          </w:p>
        </w:tc>
      </w:tr>
      <w:tr w:rsidR="00D47296" w14:paraId="1CDE9692" w14:textId="77777777">
        <w:trPr>
          <w:jc w:val="center"/>
        </w:trPr>
        <w:tc>
          <w:tcPr>
            <w:tcW w:w="3600" w:type="dxa"/>
            <w:tcMar>
              <w:top w:w="70" w:type="dxa"/>
              <w:left w:w="70" w:type="dxa"/>
              <w:bottom w:w="70" w:type="dxa"/>
              <w:right w:w="70" w:type="dxa"/>
            </w:tcMar>
            <w:vAlign w:val="center"/>
          </w:tcPr>
          <w:p w14:paraId="3AB7E128" w14:textId="77777777" w:rsidR="00D47296" w:rsidRDefault="008C31C1">
            <w:r>
              <w:rPr>
                <w:sz w:val="14"/>
              </w:rPr>
              <w:t>Program evaluation</w:t>
            </w:r>
          </w:p>
        </w:tc>
        <w:tc>
          <w:tcPr>
            <w:tcW w:w="2592" w:type="dxa"/>
            <w:tcMar>
              <w:top w:w="70" w:type="dxa"/>
              <w:left w:w="70" w:type="dxa"/>
              <w:bottom w:w="70" w:type="dxa"/>
              <w:right w:w="70" w:type="dxa"/>
            </w:tcMar>
            <w:vAlign w:val="center"/>
          </w:tcPr>
          <w:p w14:paraId="3B45955F" w14:textId="77777777" w:rsidR="00D47296" w:rsidRDefault="008C31C1">
            <w:r>
              <w:rPr>
                <w:sz w:val="14"/>
              </w:rPr>
              <w:t>§491.11</w:t>
            </w:r>
          </w:p>
        </w:tc>
        <w:tc>
          <w:tcPr>
            <w:tcW w:w="2016" w:type="dxa"/>
            <w:tcMar>
              <w:top w:w="70" w:type="dxa"/>
              <w:left w:w="70" w:type="dxa"/>
              <w:bottom w:w="70" w:type="dxa"/>
              <w:right w:w="70" w:type="dxa"/>
            </w:tcMar>
            <w:vAlign w:val="center"/>
          </w:tcPr>
          <w:p w14:paraId="77802F2E" w14:textId="77777777" w:rsidR="00D47296" w:rsidRDefault="008C31C1">
            <w:r>
              <w:rPr>
                <w:sz w:val="14"/>
              </w:rPr>
              <w:t>Quality process</w:t>
            </w:r>
          </w:p>
        </w:tc>
        <w:tc>
          <w:tcPr>
            <w:tcW w:w="2592" w:type="dxa"/>
            <w:tcMar>
              <w:top w:w="70" w:type="dxa"/>
              <w:left w:w="70" w:type="dxa"/>
              <w:bottom w:w="70" w:type="dxa"/>
              <w:right w:w="70" w:type="dxa"/>
            </w:tcMar>
            <w:vAlign w:val="center"/>
          </w:tcPr>
          <w:p w14:paraId="0B9EF778"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6C885E87"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469F5A21"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6A516BD8"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50A31EBA" w14:textId="77777777" w:rsidR="00D47296" w:rsidRDefault="008C31C1">
            <w:r>
              <w:rPr>
                <w:i/>
                <w:color w:val="777777"/>
                <w:sz w:val="24"/>
              </w:rPr>
              <w:t>&lt;Status&gt;</w:t>
            </w:r>
          </w:p>
        </w:tc>
      </w:tr>
      <w:tr w:rsidR="00D47296" w14:paraId="376B42D9" w14:textId="77777777">
        <w:trPr>
          <w:jc w:val="center"/>
        </w:trPr>
        <w:tc>
          <w:tcPr>
            <w:tcW w:w="3600" w:type="dxa"/>
            <w:shd w:val="clear" w:color="auto" w:fill="E8F2EE"/>
            <w:tcMar>
              <w:top w:w="70" w:type="dxa"/>
              <w:left w:w="70" w:type="dxa"/>
              <w:bottom w:w="70" w:type="dxa"/>
              <w:right w:w="70" w:type="dxa"/>
            </w:tcMar>
            <w:vAlign w:val="center"/>
          </w:tcPr>
          <w:p w14:paraId="22432014" w14:textId="77777777" w:rsidR="00D47296" w:rsidRDefault="008C31C1">
            <w:r>
              <w:rPr>
                <w:sz w:val="14"/>
              </w:rPr>
              <w:t>Medical emergency response during hours - if HRSA applies</w:t>
            </w:r>
          </w:p>
        </w:tc>
        <w:tc>
          <w:tcPr>
            <w:tcW w:w="2592" w:type="dxa"/>
            <w:shd w:val="clear" w:color="auto" w:fill="E8F2EE"/>
            <w:tcMar>
              <w:top w:w="70" w:type="dxa"/>
              <w:left w:w="70" w:type="dxa"/>
              <w:bottom w:w="70" w:type="dxa"/>
              <w:right w:w="70" w:type="dxa"/>
            </w:tcMar>
            <w:vAlign w:val="center"/>
          </w:tcPr>
          <w:p w14:paraId="04326C39" w14:textId="77777777" w:rsidR="00D47296" w:rsidRDefault="008C31C1">
            <w:r>
              <w:rPr>
                <w:sz w:val="14"/>
              </w:rPr>
              <w:t>HRSA HCP Ch. 7</w:t>
            </w:r>
          </w:p>
        </w:tc>
        <w:tc>
          <w:tcPr>
            <w:tcW w:w="2016" w:type="dxa"/>
            <w:shd w:val="clear" w:color="auto" w:fill="E8F2EE"/>
            <w:tcMar>
              <w:top w:w="70" w:type="dxa"/>
              <w:left w:w="70" w:type="dxa"/>
              <w:bottom w:w="70" w:type="dxa"/>
              <w:right w:w="70" w:type="dxa"/>
            </w:tcMar>
            <w:vAlign w:val="center"/>
          </w:tcPr>
          <w:p w14:paraId="1D6E68BA" w14:textId="77777777" w:rsidR="00D47296" w:rsidRDefault="008C31C1">
            <w:r>
              <w:rPr>
                <w:sz w:val="14"/>
              </w:rPr>
              <w:t>Clinical emergency policy</w:t>
            </w:r>
          </w:p>
        </w:tc>
        <w:tc>
          <w:tcPr>
            <w:tcW w:w="2592" w:type="dxa"/>
            <w:shd w:val="clear" w:color="auto" w:fill="E8F2EE"/>
            <w:tcMar>
              <w:top w:w="70" w:type="dxa"/>
              <w:left w:w="70" w:type="dxa"/>
              <w:bottom w:w="70" w:type="dxa"/>
              <w:right w:w="70" w:type="dxa"/>
            </w:tcMar>
            <w:vAlign w:val="center"/>
          </w:tcPr>
          <w:p w14:paraId="2FB46CE1"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37C1CE41"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21125747"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57AAF318"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543CB151" w14:textId="77777777" w:rsidR="00D47296" w:rsidRDefault="008C31C1">
            <w:r>
              <w:rPr>
                <w:i/>
                <w:color w:val="777777"/>
                <w:sz w:val="24"/>
              </w:rPr>
              <w:t>&lt;Status&gt;</w:t>
            </w:r>
          </w:p>
        </w:tc>
      </w:tr>
      <w:tr w:rsidR="00D47296" w14:paraId="1B88C4B0" w14:textId="77777777">
        <w:trPr>
          <w:jc w:val="center"/>
        </w:trPr>
        <w:tc>
          <w:tcPr>
            <w:tcW w:w="3600" w:type="dxa"/>
            <w:tcMar>
              <w:top w:w="70" w:type="dxa"/>
              <w:left w:w="70" w:type="dxa"/>
              <w:bottom w:w="70" w:type="dxa"/>
              <w:right w:w="70" w:type="dxa"/>
            </w:tcMar>
            <w:vAlign w:val="center"/>
          </w:tcPr>
          <w:p w14:paraId="28F0512E" w14:textId="77777777" w:rsidR="00D47296" w:rsidRDefault="008C31C1">
            <w:r>
              <w:rPr>
                <w:sz w:val="14"/>
              </w:rPr>
              <w:t>After-hours emergency coverage - if HRSA applies</w:t>
            </w:r>
          </w:p>
        </w:tc>
        <w:tc>
          <w:tcPr>
            <w:tcW w:w="2592" w:type="dxa"/>
            <w:tcMar>
              <w:top w:w="70" w:type="dxa"/>
              <w:left w:w="70" w:type="dxa"/>
              <w:bottom w:w="70" w:type="dxa"/>
              <w:right w:w="70" w:type="dxa"/>
            </w:tcMar>
            <w:vAlign w:val="center"/>
          </w:tcPr>
          <w:p w14:paraId="26671D17" w14:textId="77777777" w:rsidR="00D47296" w:rsidRDefault="008C31C1">
            <w:r>
              <w:rPr>
                <w:sz w:val="14"/>
              </w:rPr>
              <w:t>HRSA HCP Ch. 7</w:t>
            </w:r>
          </w:p>
        </w:tc>
        <w:tc>
          <w:tcPr>
            <w:tcW w:w="2016" w:type="dxa"/>
            <w:tcMar>
              <w:top w:w="70" w:type="dxa"/>
              <w:left w:w="70" w:type="dxa"/>
              <w:bottom w:w="70" w:type="dxa"/>
              <w:right w:w="70" w:type="dxa"/>
            </w:tcMar>
            <w:vAlign w:val="center"/>
          </w:tcPr>
          <w:p w14:paraId="5CD3CADA" w14:textId="77777777" w:rsidR="00D47296" w:rsidRDefault="008C31C1">
            <w:r>
              <w:rPr>
                <w:sz w:val="14"/>
              </w:rPr>
              <w:t>After-hours arrangement</w:t>
            </w:r>
          </w:p>
        </w:tc>
        <w:tc>
          <w:tcPr>
            <w:tcW w:w="2592" w:type="dxa"/>
            <w:tcMar>
              <w:top w:w="70" w:type="dxa"/>
              <w:left w:w="70" w:type="dxa"/>
              <w:bottom w:w="70" w:type="dxa"/>
              <w:right w:w="70" w:type="dxa"/>
            </w:tcMar>
            <w:vAlign w:val="center"/>
          </w:tcPr>
          <w:p w14:paraId="441A02AF"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34E5C639"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6DF23998"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0098619A"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70E4FB47" w14:textId="77777777" w:rsidR="00D47296" w:rsidRDefault="008C31C1">
            <w:r>
              <w:rPr>
                <w:i/>
                <w:color w:val="777777"/>
                <w:sz w:val="24"/>
              </w:rPr>
              <w:t>&lt;Status&gt;</w:t>
            </w:r>
          </w:p>
        </w:tc>
      </w:tr>
      <w:tr w:rsidR="00D47296" w14:paraId="48C96A92" w14:textId="77777777">
        <w:trPr>
          <w:jc w:val="center"/>
        </w:trPr>
        <w:tc>
          <w:tcPr>
            <w:tcW w:w="3600" w:type="dxa"/>
            <w:shd w:val="clear" w:color="auto" w:fill="E8F2EE"/>
            <w:tcMar>
              <w:top w:w="70" w:type="dxa"/>
              <w:left w:w="70" w:type="dxa"/>
              <w:bottom w:w="70" w:type="dxa"/>
              <w:right w:w="70" w:type="dxa"/>
            </w:tcMar>
            <w:vAlign w:val="center"/>
          </w:tcPr>
          <w:p w14:paraId="68EE568C" w14:textId="77777777" w:rsidR="00D47296" w:rsidRDefault="008C31C1">
            <w:r>
              <w:rPr>
                <w:sz w:val="14"/>
              </w:rPr>
              <w:t>Notifiable disease reporting</w:t>
            </w:r>
          </w:p>
        </w:tc>
        <w:tc>
          <w:tcPr>
            <w:tcW w:w="2592" w:type="dxa"/>
            <w:shd w:val="clear" w:color="auto" w:fill="E8F2EE"/>
            <w:tcMar>
              <w:top w:w="70" w:type="dxa"/>
              <w:left w:w="70" w:type="dxa"/>
              <w:bottom w:w="70" w:type="dxa"/>
              <w:right w:w="70" w:type="dxa"/>
            </w:tcMar>
            <w:vAlign w:val="center"/>
          </w:tcPr>
          <w:p w14:paraId="1A7B250F" w14:textId="77777777" w:rsidR="00D47296" w:rsidRDefault="008C31C1">
            <w:r>
              <w:rPr>
                <w:sz w:val="14"/>
              </w:rPr>
              <w:t>Maine Ch. 258</w:t>
            </w:r>
          </w:p>
        </w:tc>
        <w:tc>
          <w:tcPr>
            <w:tcW w:w="2016" w:type="dxa"/>
            <w:shd w:val="clear" w:color="auto" w:fill="E8F2EE"/>
            <w:tcMar>
              <w:top w:w="70" w:type="dxa"/>
              <w:left w:w="70" w:type="dxa"/>
              <w:bottom w:w="70" w:type="dxa"/>
              <w:right w:w="70" w:type="dxa"/>
            </w:tcMar>
            <w:vAlign w:val="center"/>
          </w:tcPr>
          <w:p w14:paraId="01496F05" w14:textId="77777777" w:rsidR="00D47296" w:rsidRDefault="008C31C1">
            <w:r>
              <w:rPr>
                <w:sz w:val="14"/>
              </w:rPr>
              <w:t>Infection/public health</w:t>
            </w:r>
          </w:p>
        </w:tc>
        <w:tc>
          <w:tcPr>
            <w:tcW w:w="2592" w:type="dxa"/>
            <w:shd w:val="clear" w:color="auto" w:fill="E8F2EE"/>
            <w:tcMar>
              <w:top w:w="70" w:type="dxa"/>
              <w:left w:w="70" w:type="dxa"/>
              <w:bottom w:w="70" w:type="dxa"/>
              <w:right w:w="70" w:type="dxa"/>
            </w:tcMar>
            <w:vAlign w:val="center"/>
          </w:tcPr>
          <w:p w14:paraId="7934B9A0"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76C232C6"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1322C0DB"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374D4CD4"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2B892E7E" w14:textId="77777777" w:rsidR="00D47296" w:rsidRDefault="008C31C1">
            <w:r>
              <w:rPr>
                <w:i/>
                <w:color w:val="777777"/>
                <w:sz w:val="24"/>
              </w:rPr>
              <w:t>&lt;Status&gt;</w:t>
            </w:r>
          </w:p>
        </w:tc>
      </w:tr>
      <w:tr w:rsidR="00D47296" w14:paraId="3E10608A" w14:textId="77777777">
        <w:trPr>
          <w:jc w:val="center"/>
        </w:trPr>
        <w:tc>
          <w:tcPr>
            <w:tcW w:w="3600" w:type="dxa"/>
            <w:tcMar>
              <w:top w:w="70" w:type="dxa"/>
              <w:left w:w="70" w:type="dxa"/>
              <w:bottom w:w="70" w:type="dxa"/>
              <w:right w:w="70" w:type="dxa"/>
            </w:tcMar>
            <w:vAlign w:val="center"/>
          </w:tcPr>
          <w:p w14:paraId="720A31DC" w14:textId="77777777" w:rsidR="00D47296" w:rsidRDefault="008C31C1">
            <w:r>
              <w:rPr>
                <w:sz w:val="14"/>
              </w:rPr>
              <w:lastRenderedPageBreak/>
              <w:t>Fire/life-safety/egress/permits</w:t>
            </w:r>
          </w:p>
        </w:tc>
        <w:tc>
          <w:tcPr>
            <w:tcW w:w="2592" w:type="dxa"/>
            <w:tcMar>
              <w:top w:w="70" w:type="dxa"/>
              <w:left w:w="70" w:type="dxa"/>
              <w:bottom w:w="70" w:type="dxa"/>
              <w:right w:w="70" w:type="dxa"/>
            </w:tcMar>
            <w:vAlign w:val="center"/>
          </w:tcPr>
          <w:p w14:paraId="0C27C86D" w14:textId="77777777" w:rsidR="00D47296" w:rsidRDefault="008C31C1">
            <w:r>
              <w:rPr>
                <w:sz w:val="14"/>
              </w:rPr>
              <w:t>Maine FMO/local AHJ</w:t>
            </w:r>
          </w:p>
        </w:tc>
        <w:tc>
          <w:tcPr>
            <w:tcW w:w="2016" w:type="dxa"/>
            <w:tcMar>
              <w:top w:w="70" w:type="dxa"/>
              <w:left w:w="70" w:type="dxa"/>
              <w:bottom w:w="70" w:type="dxa"/>
              <w:right w:w="70" w:type="dxa"/>
            </w:tcMar>
            <w:vAlign w:val="center"/>
          </w:tcPr>
          <w:p w14:paraId="6D40A8AE" w14:textId="77777777" w:rsidR="00D47296" w:rsidRDefault="008C31C1">
            <w:r>
              <w:rPr>
                <w:sz w:val="14"/>
              </w:rPr>
              <w:t>Facilities/fire files</w:t>
            </w:r>
          </w:p>
        </w:tc>
        <w:tc>
          <w:tcPr>
            <w:tcW w:w="2592" w:type="dxa"/>
            <w:tcMar>
              <w:top w:w="70" w:type="dxa"/>
              <w:left w:w="70" w:type="dxa"/>
              <w:bottom w:w="70" w:type="dxa"/>
              <w:right w:w="70" w:type="dxa"/>
            </w:tcMar>
            <w:vAlign w:val="center"/>
          </w:tcPr>
          <w:p w14:paraId="6494060F" w14:textId="77777777" w:rsidR="00D47296" w:rsidRDefault="008C31C1">
            <w:r>
              <w:rPr>
                <w:i/>
                <w:color w:val="777777"/>
                <w:sz w:val="24"/>
              </w:rPr>
              <w:t>&lt;Document name&gt;</w:t>
            </w:r>
          </w:p>
        </w:tc>
        <w:tc>
          <w:tcPr>
            <w:tcW w:w="2304" w:type="dxa"/>
            <w:tcMar>
              <w:top w:w="70" w:type="dxa"/>
              <w:left w:w="70" w:type="dxa"/>
              <w:bottom w:w="70" w:type="dxa"/>
              <w:right w:w="70" w:type="dxa"/>
            </w:tcMar>
            <w:vAlign w:val="center"/>
          </w:tcPr>
          <w:p w14:paraId="1DB94831" w14:textId="77777777" w:rsidR="00D47296" w:rsidRDefault="008C31C1">
            <w:r>
              <w:rPr>
                <w:i/>
                <w:color w:val="777777"/>
                <w:sz w:val="24"/>
              </w:rPr>
              <w:t>&lt;Controlled location&gt;</w:t>
            </w:r>
          </w:p>
        </w:tc>
        <w:tc>
          <w:tcPr>
            <w:tcW w:w="1440" w:type="dxa"/>
            <w:tcMar>
              <w:top w:w="70" w:type="dxa"/>
              <w:left w:w="70" w:type="dxa"/>
              <w:bottom w:w="70" w:type="dxa"/>
              <w:right w:w="70" w:type="dxa"/>
            </w:tcMar>
            <w:vAlign w:val="center"/>
          </w:tcPr>
          <w:p w14:paraId="68133200" w14:textId="77777777" w:rsidR="00D47296" w:rsidRDefault="008C31C1">
            <w:r>
              <w:rPr>
                <w:i/>
                <w:color w:val="777777"/>
                <w:sz w:val="24"/>
              </w:rPr>
              <w:t>&lt;Owner&gt;</w:t>
            </w:r>
          </w:p>
        </w:tc>
        <w:tc>
          <w:tcPr>
            <w:tcW w:w="1296" w:type="dxa"/>
            <w:tcMar>
              <w:top w:w="70" w:type="dxa"/>
              <w:left w:w="70" w:type="dxa"/>
              <w:bottom w:w="70" w:type="dxa"/>
              <w:right w:w="70" w:type="dxa"/>
            </w:tcMar>
            <w:vAlign w:val="center"/>
          </w:tcPr>
          <w:p w14:paraId="43721EAA" w14:textId="77777777" w:rsidR="00D47296" w:rsidRDefault="008C31C1">
            <w:r>
              <w:rPr>
                <w:i/>
                <w:color w:val="777777"/>
                <w:sz w:val="24"/>
              </w:rPr>
              <w:t>&lt;Date&gt;</w:t>
            </w:r>
          </w:p>
        </w:tc>
        <w:tc>
          <w:tcPr>
            <w:tcW w:w="1296" w:type="dxa"/>
            <w:tcMar>
              <w:top w:w="70" w:type="dxa"/>
              <w:left w:w="70" w:type="dxa"/>
              <w:bottom w:w="70" w:type="dxa"/>
              <w:right w:w="70" w:type="dxa"/>
            </w:tcMar>
            <w:vAlign w:val="center"/>
          </w:tcPr>
          <w:p w14:paraId="0C0F327B" w14:textId="77777777" w:rsidR="00D47296" w:rsidRDefault="008C31C1">
            <w:r>
              <w:rPr>
                <w:i/>
                <w:color w:val="777777"/>
                <w:sz w:val="24"/>
              </w:rPr>
              <w:t>&lt;Status&gt;</w:t>
            </w:r>
          </w:p>
        </w:tc>
      </w:tr>
      <w:tr w:rsidR="00D47296" w14:paraId="4EFBD53F" w14:textId="77777777">
        <w:trPr>
          <w:jc w:val="center"/>
        </w:trPr>
        <w:tc>
          <w:tcPr>
            <w:tcW w:w="3600" w:type="dxa"/>
            <w:shd w:val="clear" w:color="auto" w:fill="E8F2EE"/>
            <w:tcMar>
              <w:top w:w="70" w:type="dxa"/>
              <w:left w:w="70" w:type="dxa"/>
              <w:bottom w:w="70" w:type="dxa"/>
              <w:right w:w="70" w:type="dxa"/>
            </w:tcMar>
            <w:vAlign w:val="center"/>
          </w:tcPr>
          <w:p w14:paraId="15546F65" w14:textId="77777777" w:rsidR="00D47296" w:rsidRDefault="008C31C1">
            <w:r>
              <w:rPr>
                <w:sz w:val="14"/>
              </w:rPr>
              <w:t>Cyber / prolonged EHR downtime</w:t>
            </w:r>
          </w:p>
        </w:tc>
        <w:tc>
          <w:tcPr>
            <w:tcW w:w="2592" w:type="dxa"/>
            <w:shd w:val="clear" w:color="auto" w:fill="E8F2EE"/>
            <w:tcMar>
              <w:top w:w="70" w:type="dxa"/>
              <w:left w:w="70" w:type="dxa"/>
              <w:bottom w:w="70" w:type="dxa"/>
              <w:right w:w="70" w:type="dxa"/>
            </w:tcMar>
            <w:vAlign w:val="center"/>
          </w:tcPr>
          <w:p w14:paraId="63422053" w14:textId="77777777" w:rsidR="00D47296" w:rsidRDefault="008C31C1">
            <w:r>
              <w:rPr>
                <w:sz w:val="14"/>
              </w:rPr>
              <w:t>HVA + HCC-ME REC</w:t>
            </w:r>
          </w:p>
        </w:tc>
        <w:tc>
          <w:tcPr>
            <w:tcW w:w="2016" w:type="dxa"/>
            <w:shd w:val="clear" w:color="auto" w:fill="E8F2EE"/>
            <w:tcMar>
              <w:top w:w="70" w:type="dxa"/>
              <w:left w:w="70" w:type="dxa"/>
              <w:bottom w:w="70" w:type="dxa"/>
              <w:right w:w="70" w:type="dxa"/>
            </w:tcMar>
            <w:vAlign w:val="center"/>
          </w:tcPr>
          <w:p w14:paraId="7ADEF78D" w14:textId="77777777" w:rsidR="00D47296" w:rsidRDefault="008C31C1">
            <w:r>
              <w:rPr>
                <w:sz w:val="14"/>
              </w:rPr>
              <w:t>IT downtime</w:t>
            </w:r>
          </w:p>
        </w:tc>
        <w:tc>
          <w:tcPr>
            <w:tcW w:w="2592" w:type="dxa"/>
            <w:shd w:val="clear" w:color="auto" w:fill="E8F2EE"/>
            <w:tcMar>
              <w:top w:w="70" w:type="dxa"/>
              <w:left w:w="70" w:type="dxa"/>
              <w:bottom w:w="70" w:type="dxa"/>
              <w:right w:w="70" w:type="dxa"/>
            </w:tcMar>
            <w:vAlign w:val="center"/>
          </w:tcPr>
          <w:p w14:paraId="56CBCF89" w14:textId="77777777" w:rsidR="00D47296" w:rsidRDefault="008C31C1">
            <w:r>
              <w:rPr>
                <w:i/>
                <w:color w:val="777777"/>
                <w:sz w:val="24"/>
              </w:rPr>
              <w:t>&lt;Document name&gt;</w:t>
            </w:r>
          </w:p>
        </w:tc>
        <w:tc>
          <w:tcPr>
            <w:tcW w:w="2304" w:type="dxa"/>
            <w:shd w:val="clear" w:color="auto" w:fill="E8F2EE"/>
            <w:tcMar>
              <w:top w:w="70" w:type="dxa"/>
              <w:left w:w="70" w:type="dxa"/>
              <w:bottom w:w="70" w:type="dxa"/>
              <w:right w:w="70" w:type="dxa"/>
            </w:tcMar>
            <w:vAlign w:val="center"/>
          </w:tcPr>
          <w:p w14:paraId="63E5A996" w14:textId="77777777" w:rsidR="00D47296" w:rsidRDefault="008C31C1">
            <w:r>
              <w:rPr>
                <w:i/>
                <w:color w:val="777777"/>
                <w:sz w:val="24"/>
              </w:rPr>
              <w:t>&lt;Controlled location&gt;</w:t>
            </w:r>
          </w:p>
        </w:tc>
        <w:tc>
          <w:tcPr>
            <w:tcW w:w="1440" w:type="dxa"/>
            <w:shd w:val="clear" w:color="auto" w:fill="E8F2EE"/>
            <w:tcMar>
              <w:top w:w="70" w:type="dxa"/>
              <w:left w:w="70" w:type="dxa"/>
              <w:bottom w:w="70" w:type="dxa"/>
              <w:right w:w="70" w:type="dxa"/>
            </w:tcMar>
            <w:vAlign w:val="center"/>
          </w:tcPr>
          <w:p w14:paraId="7CA7D221" w14:textId="77777777" w:rsidR="00D47296" w:rsidRDefault="008C31C1">
            <w:r>
              <w:rPr>
                <w:i/>
                <w:color w:val="777777"/>
                <w:sz w:val="24"/>
              </w:rPr>
              <w:t>&lt;Owner&gt;</w:t>
            </w:r>
          </w:p>
        </w:tc>
        <w:tc>
          <w:tcPr>
            <w:tcW w:w="1296" w:type="dxa"/>
            <w:shd w:val="clear" w:color="auto" w:fill="E8F2EE"/>
            <w:tcMar>
              <w:top w:w="70" w:type="dxa"/>
              <w:left w:w="70" w:type="dxa"/>
              <w:bottom w:w="70" w:type="dxa"/>
              <w:right w:w="70" w:type="dxa"/>
            </w:tcMar>
            <w:vAlign w:val="center"/>
          </w:tcPr>
          <w:p w14:paraId="4D3538BE" w14:textId="77777777" w:rsidR="00D47296" w:rsidRDefault="008C31C1">
            <w:r>
              <w:rPr>
                <w:i/>
                <w:color w:val="777777"/>
                <w:sz w:val="24"/>
              </w:rPr>
              <w:t>&lt;Date&gt;</w:t>
            </w:r>
          </w:p>
        </w:tc>
        <w:tc>
          <w:tcPr>
            <w:tcW w:w="1296" w:type="dxa"/>
            <w:shd w:val="clear" w:color="auto" w:fill="E8F2EE"/>
            <w:tcMar>
              <w:top w:w="70" w:type="dxa"/>
              <w:left w:w="70" w:type="dxa"/>
              <w:bottom w:w="70" w:type="dxa"/>
              <w:right w:w="70" w:type="dxa"/>
            </w:tcMar>
            <w:vAlign w:val="center"/>
          </w:tcPr>
          <w:p w14:paraId="0DCEBB80" w14:textId="77777777" w:rsidR="00D47296" w:rsidRDefault="008C31C1">
            <w:r>
              <w:rPr>
                <w:i/>
                <w:color w:val="777777"/>
                <w:sz w:val="24"/>
              </w:rPr>
              <w:t>&lt;Status&gt;</w:t>
            </w:r>
          </w:p>
        </w:tc>
      </w:tr>
    </w:tbl>
    <w:p w14:paraId="2E30B11F" w14:textId="77777777" w:rsidR="00D47296" w:rsidRDefault="00D47296">
      <w:pPr>
        <w:spacing w:after="0"/>
      </w:pPr>
    </w:p>
    <w:p w14:paraId="1D07C6EF" w14:textId="77777777" w:rsidR="00D47296" w:rsidRDefault="00D47296">
      <w:pPr>
        <w:sectPr w:rsidR="00D47296">
          <w:pgSz w:w="15840" w:h="12240" w:orient="landscape"/>
          <w:pgMar w:top="720" w:right="720" w:bottom="720" w:left="720" w:header="720" w:footer="720" w:gutter="0"/>
          <w:cols w:space="720"/>
          <w:titlePg/>
          <w:docGrid w:linePitch="360"/>
        </w:sectPr>
      </w:pPr>
    </w:p>
    <w:p w14:paraId="4E677C0A" w14:textId="77777777" w:rsidR="00D47296" w:rsidRDefault="008C31C1">
      <w:pPr>
        <w:pStyle w:val="Heading1"/>
      </w:pPr>
      <w:r>
        <w:lastRenderedPageBreak/>
        <w:t>ATTACHMENT D - TRAINING &amp; EXERCISE DOCUMENTATION</w:t>
      </w:r>
    </w:p>
    <w:tbl>
      <w:tblPr>
        <w:tblW w:w="0" w:type="auto"/>
        <w:jc w:val="center"/>
        <w:tblLook w:val="04A0" w:firstRow="1" w:lastRow="0" w:firstColumn="1" w:lastColumn="0" w:noHBand="0" w:noVBand="1"/>
      </w:tblPr>
      <w:tblGrid>
        <w:gridCol w:w="10800"/>
      </w:tblGrid>
      <w:tr w:rsidR="00D47296" w14:paraId="0CA4EA1F" w14:textId="77777777">
        <w:trPr>
          <w:jc w:val="center"/>
        </w:trPr>
        <w:tc>
          <w:tcPr>
            <w:tcW w:w="10800" w:type="dxa"/>
            <w:shd w:val="clear" w:color="auto" w:fill="E8F2EE"/>
          </w:tcPr>
          <w:p w14:paraId="730E74D4" w14:textId="77777777" w:rsidR="00D47296" w:rsidRDefault="008C31C1">
            <w:r>
              <w:rPr>
                <w:b/>
                <w:color w:val="015A41"/>
              </w:rPr>
              <w:t xml:space="preserve">CMS TRAINING </w:t>
            </w:r>
            <w:r>
              <w:t>Initial training for new/existing staff, individuals providing services under arrangement and volunteers; training at least every 2 years; documentation; staff knowledge; and training on significantly updated EP P&amp;Ps.</w:t>
            </w:r>
          </w:p>
        </w:tc>
      </w:tr>
    </w:tbl>
    <w:p w14:paraId="2DB6598A" w14:textId="77777777" w:rsidR="00D47296" w:rsidRDefault="00D47296">
      <w:pPr>
        <w:spacing w:after="0"/>
      </w:pPr>
    </w:p>
    <w:tbl>
      <w:tblPr>
        <w:tblW w:w="0" w:type="auto"/>
        <w:jc w:val="center"/>
        <w:tblLayout w:type="fixed"/>
        <w:tblLook w:val="04A0" w:firstRow="1" w:lastRow="0" w:firstColumn="1" w:lastColumn="0" w:noHBand="0" w:noVBand="1"/>
      </w:tblPr>
      <w:tblGrid>
        <w:gridCol w:w="1584"/>
        <w:gridCol w:w="3600"/>
        <w:gridCol w:w="2880"/>
        <w:gridCol w:w="2448"/>
      </w:tblGrid>
      <w:tr w:rsidR="00D47296" w14:paraId="3CE2937A" w14:textId="77777777">
        <w:trPr>
          <w:tblHeader/>
          <w:jc w:val="center"/>
        </w:trPr>
        <w:tc>
          <w:tcPr>
            <w:tcW w:w="1584" w:type="dxa"/>
            <w:shd w:val="clear" w:color="auto" w:fill="015A41"/>
            <w:tcMar>
              <w:top w:w="70" w:type="dxa"/>
              <w:left w:w="70" w:type="dxa"/>
              <w:bottom w:w="70" w:type="dxa"/>
              <w:right w:w="70" w:type="dxa"/>
            </w:tcMar>
            <w:vAlign w:val="center"/>
          </w:tcPr>
          <w:p w14:paraId="4795D867" w14:textId="77777777" w:rsidR="00D47296" w:rsidRDefault="008C31C1">
            <w:r>
              <w:rPr>
                <w:b/>
                <w:color w:val="FFFFFF"/>
                <w:sz w:val="17"/>
              </w:rPr>
              <w:t>Date</w:t>
            </w:r>
          </w:p>
        </w:tc>
        <w:tc>
          <w:tcPr>
            <w:tcW w:w="3600" w:type="dxa"/>
            <w:shd w:val="clear" w:color="auto" w:fill="015A41"/>
            <w:tcMar>
              <w:top w:w="70" w:type="dxa"/>
              <w:left w:w="70" w:type="dxa"/>
              <w:bottom w:w="70" w:type="dxa"/>
              <w:right w:w="70" w:type="dxa"/>
            </w:tcMar>
            <w:vAlign w:val="center"/>
          </w:tcPr>
          <w:p w14:paraId="5A9BB604" w14:textId="77777777" w:rsidR="00D47296" w:rsidRDefault="008C31C1">
            <w:r>
              <w:rPr>
                <w:b/>
                <w:color w:val="FFFFFF"/>
                <w:sz w:val="17"/>
              </w:rPr>
              <w:t>Training / Exercise</w:t>
            </w:r>
          </w:p>
        </w:tc>
        <w:tc>
          <w:tcPr>
            <w:tcW w:w="2880" w:type="dxa"/>
            <w:shd w:val="clear" w:color="auto" w:fill="015A41"/>
            <w:tcMar>
              <w:top w:w="70" w:type="dxa"/>
              <w:left w:w="70" w:type="dxa"/>
              <w:bottom w:w="70" w:type="dxa"/>
              <w:right w:w="70" w:type="dxa"/>
            </w:tcMar>
            <w:vAlign w:val="center"/>
          </w:tcPr>
          <w:p w14:paraId="22A2A60D" w14:textId="77777777" w:rsidR="00D47296" w:rsidRDefault="008C31C1">
            <w:r>
              <w:rPr>
                <w:b/>
                <w:color w:val="FFFFFF"/>
                <w:sz w:val="17"/>
              </w:rPr>
              <w:t>Audience / Participants</w:t>
            </w:r>
          </w:p>
        </w:tc>
        <w:tc>
          <w:tcPr>
            <w:tcW w:w="2448" w:type="dxa"/>
            <w:shd w:val="clear" w:color="auto" w:fill="015A41"/>
            <w:tcMar>
              <w:top w:w="70" w:type="dxa"/>
              <w:left w:w="70" w:type="dxa"/>
              <w:bottom w:w="70" w:type="dxa"/>
              <w:right w:w="70" w:type="dxa"/>
            </w:tcMar>
            <w:vAlign w:val="center"/>
          </w:tcPr>
          <w:p w14:paraId="54C8F818" w14:textId="77777777" w:rsidR="00D47296" w:rsidRDefault="008C31C1">
            <w:r>
              <w:rPr>
                <w:b/>
                <w:color w:val="FFFFFF"/>
                <w:sz w:val="17"/>
              </w:rPr>
              <w:t>Record / AAR Location</w:t>
            </w:r>
          </w:p>
        </w:tc>
      </w:tr>
      <w:tr w:rsidR="00D47296" w14:paraId="3C925968" w14:textId="77777777">
        <w:trPr>
          <w:jc w:val="center"/>
        </w:trPr>
        <w:tc>
          <w:tcPr>
            <w:tcW w:w="1584" w:type="dxa"/>
            <w:shd w:val="clear" w:color="auto" w:fill="E8F2EE"/>
            <w:tcMar>
              <w:top w:w="70" w:type="dxa"/>
              <w:left w:w="70" w:type="dxa"/>
              <w:bottom w:w="70" w:type="dxa"/>
              <w:right w:w="70" w:type="dxa"/>
            </w:tcMar>
            <w:vAlign w:val="center"/>
          </w:tcPr>
          <w:p w14:paraId="5B40723B" w14:textId="77777777" w:rsidR="00D47296" w:rsidRDefault="00D47296"/>
        </w:tc>
        <w:tc>
          <w:tcPr>
            <w:tcW w:w="3600" w:type="dxa"/>
            <w:shd w:val="clear" w:color="auto" w:fill="E8F2EE"/>
            <w:tcMar>
              <w:top w:w="70" w:type="dxa"/>
              <w:left w:w="70" w:type="dxa"/>
              <w:bottom w:w="70" w:type="dxa"/>
              <w:right w:w="70" w:type="dxa"/>
            </w:tcMar>
            <w:vAlign w:val="center"/>
          </w:tcPr>
          <w:p w14:paraId="526B2324" w14:textId="77777777" w:rsidR="00D47296" w:rsidRDefault="00D47296"/>
        </w:tc>
        <w:tc>
          <w:tcPr>
            <w:tcW w:w="2880" w:type="dxa"/>
            <w:shd w:val="clear" w:color="auto" w:fill="E8F2EE"/>
            <w:tcMar>
              <w:top w:w="70" w:type="dxa"/>
              <w:left w:w="70" w:type="dxa"/>
              <w:bottom w:w="70" w:type="dxa"/>
              <w:right w:w="70" w:type="dxa"/>
            </w:tcMar>
            <w:vAlign w:val="center"/>
          </w:tcPr>
          <w:p w14:paraId="732FF085" w14:textId="77777777" w:rsidR="00D47296" w:rsidRDefault="00D47296"/>
        </w:tc>
        <w:tc>
          <w:tcPr>
            <w:tcW w:w="2448" w:type="dxa"/>
            <w:shd w:val="clear" w:color="auto" w:fill="E8F2EE"/>
            <w:tcMar>
              <w:top w:w="70" w:type="dxa"/>
              <w:left w:w="70" w:type="dxa"/>
              <w:bottom w:w="70" w:type="dxa"/>
              <w:right w:w="70" w:type="dxa"/>
            </w:tcMar>
            <w:vAlign w:val="center"/>
          </w:tcPr>
          <w:p w14:paraId="112B135C" w14:textId="77777777" w:rsidR="00D47296" w:rsidRDefault="00D47296"/>
        </w:tc>
      </w:tr>
      <w:tr w:rsidR="00D47296" w14:paraId="26A6C209" w14:textId="77777777">
        <w:trPr>
          <w:jc w:val="center"/>
        </w:trPr>
        <w:tc>
          <w:tcPr>
            <w:tcW w:w="1584" w:type="dxa"/>
            <w:tcMar>
              <w:top w:w="70" w:type="dxa"/>
              <w:left w:w="70" w:type="dxa"/>
              <w:bottom w:w="70" w:type="dxa"/>
              <w:right w:w="70" w:type="dxa"/>
            </w:tcMar>
            <w:vAlign w:val="center"/>
          </w:tcPr>
          <w:p w14:paraId="557CD255" w14:textId="77777777" w:rsidR="00D47296" w:rsidRDefault="00D47296"/>
        </w:tc>
        <w:tc>
          <w:tcPr>
            <w:tcW w:w="3600" w:type="dxa"/>
            <w:tcMar>
              <w:top w:w="70" w:type="dxa"/>
              <w:left w:w="70" w:type="dxa"/>
              <w:bottom w:w="70" w:type="dxa"/>
              <w:right w:w="70" w:type="dxa"/>
            </w:tcMar>
            <w:vAlign w:val="center"/>
          </w:tcPr>
          <w:p w14:paraId="309DE1C5" w14:textId="77777777" w:rsidR="00D47296" w:rsidRDefault="00D47296"/>
        </w:tc>
        <w:tc>
          <w:tcPr>
            <w:tcW w:w="2880" w:type="dxa"/>
            <w:tcMar>
              <w:top w:w="70" w:type="dxa"/>
              <w:left w:w="70" w:type="dxa"/>
              <w:bottom w:w="70" w:type="dxa"/>
              <w:right w:w="70" w:type="dxa"/>
            </w:tcMar>
            <w:vAlign w:val="center"/>
          </w:tcPr>
          <w:p w14:paraId="33EB02B5" w14:textId="77777777" w:rsidR="00D47296" w:rsidRDefault="00D47296"/>
        </w:tc>
        <w:tc>
          <w:tcPr>
            <w:tcW w:w="2448" w:type="dxa"/>
            <w:tcMar>
              <w:top w:w="70" w:type="dxa"/>
              <w:left w:w="70" w:type="dxa"/>
              <w:bottom w:w="70" w:type="dxa"/>
              <w:right w:w="70" w:type="dxa"/>
            </w:tcMar>
            <w:vAlign w:val="center"/>
          </w:tcPr>
          <w:p w14:paraId="59D39FD0" w14:textId="77777777" w:rsidR="00D47296" w:rsidRDefault="00D47296"/>
        </w:tc>
      </w:tr>
      <w:tr w:rsidR="00D47296" w14:paraId="73FCE94F" w14:textId="77777777">
        <w:trPr>
          <w:jc w:val="center"/>
        </w:trPr>
        <w:tc>
          <w:tcPr>
            <w:tcW w:w="1584" w:type="dxa"/>
            <w:shd w:val="clear" w:color="auto" w:fill="E8F2EE"/>
            <w:tcMar>
              <w:top w:w="70" w:type="dxa"/>
              <w:left w:w="70" w:type="dxa"/>
              <w:bottom w:w="70" w:type="dxa"/>
              <w:right w:w="70" w:type="dxa"/>
            </w:tcMar>
            <w:vAlign w:val="center"/>
          </w:tcPr>
          <w:p w14:paraId="666E9415" w14:textId="77777777" w:rsidR="00D47296" w:rsidRDefault="00D47296"/>
        </w:tc>
        <w:tc>
          <w:tcPr>
            <w:tcW w:w="3600" w:type="dxa"/>
            <w:shd w:val="clear" w:color="auto" w:fill="E8F2EE"/>
            <w:tcMar>
              <w:top w:w="70" w:type="dxa"/>
              <w:left w:w="70" w:type="dxa"/>
              <w:bottom w:w="70" w:type="dxa"/>
              <w:right w:w="70" w:type="dxa"/>
            </w:tcMar>
            <w:vAlign w:val="center"/>
          </w:tcPr>
          <w:p w14:paraId="3B33C80A" w14:textId="77777777" w:rsidR="00D47296" w:rsidRDefault="00D47296"/>
        </w:tc>
        <w:tc>
          <w:tcPr>
            <w:tcW w:w="2880" w:type="dxa"/>
            <w:shd w:val="clear" w:color="auto" w:fill="E8F2EE"/>
            <w:tcMar>
              <w:top w:w="70" w:type="dxa"/>
              <w:left w:w="70" w:type="dxa"/>
              <w:bottom w:w="70" w:type="dxa"/>
              <w:right w:w="70" w:type="dxa"/>
            </w:tcMar>
            <w:vAlign w:val="center"/>
          </w:tcPr>
          <w:p w14:paraId="4C8DFC60" w14:textId="77777777" w:rsidR="00D47296" w:rsidRDefault="00D47296"/>
        </w:tc>
        <w:tc>
          <w:tcPr>
            <w:tcW w:w="2448" w:type="dxa"/>
            <w:shd w:val="clear" w:color="auto" w:fill="E8F2EE"/>
            <w:tcMar>
              <w:top w:w="70" w:type="dxa"/>
              <w:left w:w="70" w:type="dxa"/>
              <w:bottom w:w="70" w:type="dxa"/>
              <w:right w:w="70" w:type="dxa"/>
            </w:tcMar>
            <w:vAlign w:val="center"/>
          </w:tcPr>
          <w:p w14:paraId="7E17D96B" w14:textId="77777777" w:rsidR="00D47296" w:rsidRDefault="00D47296"/>
        </w:tc>
      </w:tr>
      <w:tr w:rsidR="00D47296" w14:paraId="2B4DDC35" w14:textId="77777777">
        <w:trPr>
          <w:jc w:val="center"/>
        </w:trPr>
        <w:tc>
          <w:tcPr>
            <w:tcW w:w="1584" w:type="dxa"/>
            <w:tcMar>
              <w:top w:w="70" w:type="dxa"/>
              <w:left w:w="70" w:type="dxa"/>
              <w:bottom w:w="70" w:type="dxa"/>
              <w:right w:w="70" w:type="dxa"/>
            </w:tcMar>
            <w:vAlign w:val="center"/>
          </w:tcPr>
          <w:p w14:paraId="488F7D40" w14:textId="77777777" w:rsidR="00D47296" w:rsidRDefault="00D47296"/>
        </w:tc>
        <w:tc>
          <w:tcPr>
            <w:tcW w:w="3600" w:type="dxa"/>
            <w:tcMar>
              <w:top w:w="70" w:type="dxa"/>
              <w:left w:w="70" w:type="dxa"/>
              <w:bottom w:w="70" w:type="dxa"/>
              <w:right w:w="70" w:type="dxa"/>
            </w:tcMar>
            <w:vAlign w:val="center"/>
          </w:tcPr>
          <w:p w14:paraId="43C4DC56" w14:textId="77777777" w:rsidR="00D47296" w:rsidRDefault="00D47296"/>
        </w:tc>
        <w:tc>
          <w:tcPr>
            <w:tcW w:w="2880" w:type="dxa"/>
            <w:tcMar>
              <w:top w:w="70" w:type="dxa"/>
              <w:left w:w="70" w:type="dxa"/>
              <w:bottom w:w="70" w:type="dxa"/>
              <w:right w:w="70" w:type="dxa"/>
            </w:tcMar>
            <w:vAlign w:val="center"/>
          </w:tcPr>
          <w:p w14:paraId="7245B225" w14:textId="77777777" w:rsidR="00D47296" w:rsidRDefault="00D47296"/>
        </w:tc>
        <w:tc>
          <w:tcPr>
            <w:tcW w:w="2448" w:type="dxa"/>
            <w:tcMar>
              <w:top w:w="70" w:type="dxa"/>
              <w:left w:w="70" w:type="dxa"/>
              <w:bottom w:w="70" w:type="dxa"/>
              <w:right w:w="70" w:type="dxa"/>
            </w:tcMar>
            <w:vAlign w:val="center"/>
          </w:tcPr>
          <w:p w14:paraId="76D02CA6" w14:textId="77777777" w:rsidR="00D47296" w:rsidRDefault="00D47296"/>
        </w:tc>
      </w:tr>
      <w:tr w:rsidR="00D47296" w14:paraId="69C45D19" w14:textId="77777777">
        <w:trPr>
          <w:jc w:val="center"/>
        </w:trPr>
        <w:tc>
          <w:tcPr>
            <w:tcW w:w="1584" w:type="dxa"/>
            <w:shd w:val="clear" w:color="auto" w:fill="E8F2EE"/>
            <w:tcMar>
              <w:top w:w="70" w:type="dxa"/>
              <w:left w:w="70" w:type="dxa"/>
              <w:bottom w:w="70" w:type="dxa"/>
              <w:right w:w="70" w:type="dxa"/>
            </w:tcMar>
            <w:vAlign w:val="center"/>
          </w:tcPr>
          <w:p w14:paraId="6505B97D" w14:textId="77777777" w:rsidR="00D47296" w:rsidRDefault="00D47296"/>
        </w:tc>
        <w:tc>
          <w:tcPr>
            <w:tcW w:w="3600" w:type="dxa"/>
            <w:shd w:val="clear" w:color="auto" w:fill="E8F2EE"/>
            <w:tcMar>
              <w:top w:w="70" w:type="dxa"/>
              <w:left w:w="70" w:type="dxa"/>
              <w:bottom w:w="70" w:type="dxa"/>
              <w:right w:w="70" w:type="dxa"/>
            </w:tcMar>
            <w:vAlign w:val="center"/>
          </w:tcPr>
          <w:p w14:paraId="27A9E141" w14:textId="77777777" w:rsidR="00D47296" w:rsidRDefault="00D47296"/>
        </w:tc>
        <w:tc>
          <w:tcPr>
            <w:tcW w:w="2880" w:type="dxa"/>
            <w:shd w:val="clear" w:color="auto" w:fill="E8F2EE"/>
            <w:tcMar>
              <w:top w:w="70" w:type="dxa"/>
              <w:left w:w="70" w:type="dxa"/>
              <w:bottom w:w="70" w:type="dxa"/>
              <w:right w:w="70" w:type="dxa"/>
            </w:tcMar>
            <w:vAlign w:val="center"/>
          </w:tcPr>
          <w:p w14:paraId="3B334338" w14:textId="77777777" w:rsidR="00D47296" w:rsidRDefault="00D47296"/>
        </w:tc>
        <w:tc>
          <w:tcPr>
            <w:tcW w:w="2448" w:type="dxa"/>
            <w:shd w:val="clear" w:color="auto" w:fill="E8F2EE"/>
            <w:tcMar>
              <w:top w:w="70" w:type="dxa"/>
              <w:left w:w="70" w:type="dxa"/>
              <w:bottom w:w="70" w:type="dxa"/>
              <w:right w:w="70" w:type="dxa"/>
            </w:tcMar>
            <w:vAlign w:val="center"/>
          </w:tcPr>
          <w:p w14:paraId="38A6958F" w14:textId="77777777" w:rsidR="00D47296" w:rsidRDefault="00D47296"/>
        </w:tc>
      </w:tr>
      <w:tr w:rsidR="00D47296" w14:paraId="6A208A9B" w14:textId="77777777">
        <w:trPr>
          <w:jc w:val="center"/>
        </w:trPr>
        <w:tc>
          <w:tcPr>
            <w:tcW w:w="1584" w:type="dxa"/>
            <w:tcMar>
              <w:top w:w="70" w:type="dxa"/>
              <w:left w:w="70" w:type="dxa"/>
              <w:bottom w:w="70" w:type="dxa"/>
              <w:right w:w="70" w:type="dxa"/>
            </w:tcMar>
            <w:vAlign w:val="center"/>
          </w:tcPr>
          <w:p w14:paraId="2D34733B" w14:textId="77777777" w:rsidR="00D47296" w:rsidRDefault="00D47296"/>
        </w:tc>
        <w:tc>
          <w:tcPr>
            <w:tcW w:w="3600" w:type="dxa"/>
            <w:tcMar>
              <w:top w:w="70" w:type="dxa"/>
              <w:left w:w="70" w:type="dxa"/>
              <w:bottom w:w="70" w:type="dxa"/>
              <w:right w:w="70" w:type="dxa"/>
            </w:tcMar>
            <w:vAlign w:val="center"/>
          </w:tcPr>
          <w:p w14:paraId="50356E88" w14:textId="77777777" w:rsidR="00D47296" w:rsidRDefault="00D47296"/>
        </w:tc>
        <w:tc>
          <w:tcPr>
            <w:tcW w:w="2880" w:type="dxa"/>
            <w:tcMar>
              <w:top w:w="70" w:type="dxa"/>
              <w:left w:w="70" w:type="dxa"/>
              <w:bottom w:w="70" w:type="dxa"/>
              <w:right w:w="70" w:type="dxa"/>
            </w:tcMar>
            <w:vAlign w:val="center"/>
          </w:tcPr>
          <w:p w14:paraId="2CDE37EA" w14:textId="77777777" w:rsidR="00D47296" w:rsidRDefault="00D47296"/>
        </w:tc>
        <w:tc>
          <w:tcPr>
            <w:tcW w:w="2448" w:type="dxa"/>
            <w:tcMar>
              <w:top w:w="70" w:type="dxa"/>
              <w:left w:w="70" w:type="dxa"/>
              <w:bottom w:w="70" w:type="dxa"/>
              <w:right w:w="70" w:type="dxa"/>
            </w:tcMar>
            <w:vAlign w:val="center"/>
          </w:tcPr>
          <w:p w14:paraId="6413E40C" w14:textId="77777777" w:rsidR="00D47296" w:rsidRDefault="00D47296"/>
        </w:tc>
      </w:tr>
      <w:tr w:rsidR="00D47296" w14:paraId="684FC6BA" w14:textId="77777777">
        <w:trPr>
          <w:jc w:val="center"/>
        </w:trPr>
        <w:tc>
          <w:tcPr>
            <w:tcW w:w="1584" w:type="dxa"/>
            <w:shd w:val="clear" w:color="auto" w:fill="E8F2EE"/>
            <w:tcMar>
              <w:top w:w="70" w:type="dxa"/>
              <w:left w:w="70" w:type="dxa"/>
              <w:bottom w:w="70" w:type="dxa"/>
              <w:right w:w="70" w:type="dxa"/>
            </w:tcMar>
            <w:vAlign w:val="center"/>
          </w:tcPr>
          <w:p w14:paraId="7D724BE0" w14:textId="77777777" w:rsidR="00D47296" w:rsidRDefault="00D47296"/>
        </w:tc>
        <w:tc>
          <w:tcPr>
            <w:tcW w:w="3600" w:type="dxa"/>
            <w:shd w:val="clear" w:color="auto" w:fill="E8F2EE"/>
            <w:tcMar>
              <w:top w:w="70" w:type="dxa"/>
              <w:left w:w="70" w:type="dxa"/>
              <w:bottom w:w="70" w:type="dxa"/>
              <w:right w:w="70" w:type="dxa"/>
            </w:tcMar>
            <w:vAlign w:val="center"/>
          </w:tcPr>
          <w:p w14:paraId="24D5BBF9" w14:textId="77777777" w:rsidR="00D47296" w:rsidRDefault="00D47296"/>
        </w:tc>
        <w:tc>
          <w:tcPr>
            <w:tcW w:w="2880" w:type="dxa"/>
            <w:shd w:val="clear" w:color="auto" w:fill="E8F2EE"/>
            <w:tcMar>
              <w:top w:w="70" w:type="dxa"/>
              <w:left w:w="70" w:type="dxa"/>
              <w:bottom w:w="70" w:type="dxa"/>
              <w:right w:w="70" w:type="dxa"/>
            </w:tcMar>
            <w:vAlign w:val="center"/>
          </w:tcPr>
          <w:p w14:paraId="36991301" w14:textId="77777777" w:rsidR="00D47296" w:rsidRDefault="00D47296"/>
        </w:tc>
        <w:tc>
          <w:tcPr>
            <w:tcW w:w="2448" w:type="dxa"/>
            <w:shd w:val="clear" w:color="auto" w:fill="E8F2EE"/>
            <w:tcMar>
              <w:top w:w="70" w:type="dxa"/>
              <w:left w:w="70" w:type="dxa"/>
              <w:bottom w:w="70" w:type="dxa"/>
              <w:right w:w="70" w:type="dxa"/>
            </w:tcMar>
            <w:vAlign w:val="center"/>
          </w:tcPr>
          <w:p w14:paraId="297AD525" w14:textId="77777777" w:rsidR="00D47296" w:rsidRDefault="00D47296"/>
        </w:tc>
      </w:tr>
      <w:tr w:rsidR="00D47296" w14:paraId="4428F719" w14:textId="77777777">
        <w:trPr>
          <w:jc w:val="center"/>
        </w:trPr>
        <w:tc>
          <w:tcPr>
            <w:tcW w:w="1584" w:type="dxa"/>
            <w:tcMar>
              <w:top w:w="70" w:type="dxa"/>
              <w:left w:w="70" w:type="dxa"/>
              <w:bottom w:w="70" w:type="dxa"/>
              <w:right w:w="70" w:type="dxa"/>
            </w:tcMar>
            <w:vAlign w:val="center"/>
          </w:tcPr>
          <w:p w14:paraId="5787C90D" w14:textId="77777777" w:rsidR="00D47296" w:rsidRDefault="00D47296"/>
        </w:tc>
        <w:tc>
          <w:tcPr>
            <w:tcW w:w="3600" w:type="dxa"/>
            <w:tcMar>
              <w:top w:w="70" w:type="dxa"/>
              <w:left w:w="70" w:type="dxa"/>
              <w:bottom w:w="70" w:type="dxa"/>
              <w:right w:w="70" w:type="dxa"/>
            </w:tcMar>
            <w:vAlign w:val="center"/>
          </w:tcPr>
          <w:p w14:paraId="0F38DEC1" w14:textId="77777777" w:rsidR="00D47296" w:rsidRDefault="00D47296"/>
        </w:tc>
        <w:tc>
          <w:tcPr>
            <w:tcW w:w="2880" w:type="dxa"/>
            <w:tcMar>
              <w:top w:w="70" w:type="dxa"/>
              <w:left w:w="70" w:type="dxa"/>
              <w:bottom w:w="70" w:type="dxa"/>
              <w:right w:w="70" w:type="dxa"/>
            </w:tcMar>
            <w:vAlign w:val="center"/>
          </w:tcPr>
          <w:p w14:paraId="13C63C3A" w14:textId="77777777" w:rsidR="00D47296" w:rsidRDefault="00D47296"/>
        </w:tc>
        <w:tc>
          <w:tcPr>
            <w:tcW w:w="2448" w:type="dxa"/>
            <w:tcMar>
              <w:top w:w="70" w:type="dxa"/>
              <w:left w:w="70" w:type="dxa"/>
              <w:bottom w:w="70" w:type="dxa"/>
              <w:right w:w="70" w:type="dxa"/>
            </w:tcMar>
            <w:vAlign w:val="center"/>
          </w:tcPr>
          <w:p w14:paraId="370133B2" w14:textId="77777777" w:rsidR="00D47296" w:rsidRDefault="00D47296"/>
        </w:tc>
      </w:tr>
      <w:tr w:rsidR="00D47296" w14:paraId="5915C00E" w14:textId="77777777">
        <w:trPr>
          <w:jc w:val="center"/>
        </w:trPr>
        <w:tc>
          <w:tcPr>
            <w:tcW w:w="1584" w:type="dxa"/>
            <w:shd w:val="clear" w:color="auto" w:fill="E8F2EE"/>
            <w:tcMar>
              <w:top w:w="70" w:type="dxa"/>
              <w:left w:w="70" w:type="dxa"/>
              <w:bottom w:w="70" w:type="dxa"/>
              <w:right w:w="70" w:type="dxa"/>
            </w:tcMar>
            <w:vAlign w:val="center"/>
          </w:tcPr>
          <w:p w14:paraId="729C6633" w14:textId="77777777" w:rsidR="00D47296" w:rsidRDefault="00D47296"/>
        </w:tc>
        <w:tc>
          <w:tcPr>
            <w:tcW w:w="3600" w:type="dxa"/>
            <w:shd w:val="clear" w:color="auto" w:fill="E8F2EE"/>
            <w:tcMar>
              <w:top w:w="70" w:type="dxa"/>
              <w:left w:w="70" w:type="dxa"/>
              <w:bottom w:w="70" w:type="dxa"/>
              <w:right w:w="70" w:type="dxa"/>
            </w:tcMar>
            <w:vAlign w:val="center"/>
          </w:tcPr>
          <w:p w14:paraId="7509B6D9" w14:textId="77777777" w:rsidR="00D47296" w:rsidRDefault="00D47296"/>
        </w:tc>
        <w:tc>
          <w:tcPr>
            <w:tcW w:w="2880" w:type="dxa"/>
            <w:shd w:val="clear" w:color="auto" w:fill="E8F2EE"/>
            <w:tcMar>
              <w:top w:w="70" w:type="dxa"/>
              <w:left w:w="70" w:type="dxa"/>
              <w:bottom w:w="70" w:type="dxa"/>
              <w:right w:w="70" w:type="dxa"/>
            </w:tcMar>
            <w:vAlign w:val="center"/>
          </w:tcPr>
          <w:p w14:paraId="10B89AA5" w14:textId="77777777" w:rsidR="00D47296" w:rsidRDefault="00D47296"/>
        </w:tc>
        <w:tc>
          <w:tcPr>
            <w:tcW w:w="2448" w:type="dxa"/>
            <w:shd w:val="clear" w:color="auto" w:fill="E8F2EE"/>
            <w:tcMar>
              <w:top w:w="70" w:type="dxa"/>
              <w:left w:w="70" w:type="dxa"/>
              <w:bottom w:w="70" w:type="dxa"/>
              <w:right w:w="70" w:type="dxa"/>
            </w:tcMar>
            <w:vAlign w:val="center"/>
          </w:tcPr>
          <w:p w14:paraId="15117081" w14:textId="77777777" w:rsidR="00D47296" w:rsidRDefault="00D47296"/>
        </w:tc>
      </w:tr>
      <w:tr w:rsidR="00D47296" w14:paraId="4D214CC8" w14:textId="77777777">
        <w:trPr>
          <w:jc w:val="center"/>
        </w:trPr>
        <w:tc>
          <w:tcPr>
            <w:tcW w:w="1584" w:type="dxa"/>
            <w:tcMar>
              <w:top w:w="70" w:type="dxa"/>
              <w:left w:w="70" w:type="dxa"/>
              <w:bottom w:w="70" w:type="dxa"/>
              <w:right w:w="70" w:type="dxa"/>
            </w:tcMar>
            <w:vAlign w:val="center"/>
          </w:tcPr>
          <w:p w14:paraId="3275C5F5" w14:textId="77777777" w:rsidR="00D47296" w:rsidRDefault="00D47296"/>
        </w:tc>
        <w:tc>
          <w:tcPr>
            <w:tcW w:w="3600" w:type="dxa"/>
            <w:tcMar>
              <w:top w:w="70" w:type="dxa"/>
              <w:left w:w="70" w:type="dxa"/>
              <w:bottom w:w="70" w:type="dxa"/>
              <w:right w:w="70" w:type="dxa"/>
            </w:tcMar>
            <w:vAlign w:val="center"/>
          </w:tcPr>
          <w:p w14:paraId="6B381EEB" w14:textId="77777777" w:rsidR="00D47296" w:rsidRDefault="00D47296"/>
        </w:tc>
        <w:tc>
          <w:tcPr>
            <w:tcW w:w="2880" w:type="dxa"/>
            <w:tcMar>
              <w:top w:w="70" w:type="dxa"/>
              <w:left w:w="70" w:type="dxa"/>
              <w:bottom w:w="70" w:type="dxa"/>
              <w:right w:w="70" w:type="dxa"/>
            </w:tcMar>
            <w:vAlign w:val="center"/>
          </w:tcPr>
          <w:p w14:paraId="6307122F" w14:textId="77777777" w:rsidR="00D47296" w:rsidRDefault="00D47296"/>
        </w:tc>
        <w:tc>
          <w:tcPr>
            <w:tcW w:w="2448" w:type="dxa"/>
            <w:tcMar>
              <w:top w:w="70" w:type="dxa"/>
              <w:left w:w="70" w:type="dxa"/>
              <w:bottom w:w="70" w:type="dxa"/>
              <w:right w:w="70" w:type="dxa"/>
            </w:tcMar>
            <w:vAlign w:val="center"/>
          </w:tcPr>
          <w:p w14:paraId="215175CF" w14:textId="77777777" w:rsidR="00D47296" w:rsidRDefault="00D47296"/>
        </w:tc>
      </w:tr>
    </w:tbl>
    <w:p w14:paraId="118B728B" w14:textId="77777777" w:rsidR="00D47296" w:rsidRDefault="00D47296">
      <w:pPr>
        <w:spacing w:after="0"/>
      </w:pPr>
    </w:p>
    <w:tbl>
      <w:tblPr>
        <w:tblW w:w="0" w:type="auto"/>
        <w:jc w:val="center"/>
        <w:tblLook w:val="04A0" w:firstRow="1" w:lastRow="0" w:firstColumn="1" w:lastColumn="0" w:noHBand="0" w:noVBand="1"/>
      </w:tblPr>
      <w:tblGrid>
        <w:gridCol w:w="10800"/>
      </w:tblGrid>
      <w:tr w:rsidR="00D47296" w14:paraId="3B7D67AF" w14:textId="77777777">
        <w:trPr>
          <w:jc w:val="center"/>
        </w:trPr>
        <w:tc>
          <w:tcPr>
            <w:tcW w:w="10800" w:type="dxa"/>
            <w:shd w:val="clear" w:color="auto" w:fill="FFF1EC"/>
          </w:tcPr>
          <w:p w14:paraId="2DB608D4" w14:textId="77777777" w:rsidR="00D47296" w:rsidRDefault="008C31C1">
            <w:r>
              <w:rPr>
                <w:b/>
                <w:color w:val="E63B07"/>
              </w:rPr>
              <w:t xml:space="preserve">FQHC EXERCISE CYCLE </w:t>
            </w:r>
            <w:r>
              <w:t>One exercise each year. At least every 2 years use a community-based full-scale exercise when accessible or a facility-based functional exercise when not accessible; in the opposite year use an allowed exercise of choice. Document actual-event activation if claiming the exemption and complete an AAR/corrective action process.</w:t>
            </w:r>
          </w:p>
        </w:tc>
      </w:tr>
    </w:tbl>
    <w:p w14:paraId="54FF8707" w14:textId="77777777" w:rsidR="00D47296" w:rsidRDefault="00D47296">
      <w:pPr>
        <w:spacing w:after="0"/>
      </w:pPr>
    </w:p>
    <w:tbl>
      <w:tblPr>
        <w:tblW w:w="0" w:type="auto"/>
        <w:jc w:val="center"/>
        <w:tblLayout w:type="fixed"/>
        <w:tblLook w:val="04A0" w:firstRow="1" w:lastRow="0" w:firstColumn="1" w:lastColumn="0" w:noHBand="0" w:noVBand="1"/>
      </w:tblPr>
      <w:tblGrid>
        <w:gridCol w:w="2880"/>
        <w:gridCol w:w="1440"/>
        <w:gridCol w:w="2304"/>
        <w:gridCol w:w="2448"/>
        <w:gridCol w:w="2016"/>
      </w:tblGrid>
      <w:tr w:rsidR="00D47296" w14:paraId="7EE0D25B" w14:textId="77777777">
        <w:trPr>
          <w:tblHeader/>
          <w:jc w:val="center"/>
        </w:trPr>
        <w:tc>
          <w:tcPr>
            <w:tcW w:w="2880" w:type="dxa"/>
            <w:shd w:val="clear" w:color="auto" w:fill="015A41"/>
            <w:tcMar>
              <w:top w:w="70" w:type="dxa"/>
              <w:left w:w="70" w:type="dxa"/>
              <w:bottom w:w="70" w:type="dxa"/>
              <w:right w:w="70" w:type="dxa"/>
            </w:tcMar>
            <w:vAlign w:val="center"/>
          </w:tcPr>
          <w:p w14:paraId="69EC0B4E" w14:textId="77777777" w:rsidR="00D47296" w:rsidRDefault="008C31C1">
            <w:r>
              <w:rPr>
                <w:b/>
                <w:color w:val="FFFFFF"/>
                <w:sz w:val="16"/>
              </w:rPr>
              <w:t>Cycle / Requirement</w:t>
            </w:r>
          </w:p>
        </w:tc>
        <w:tc>
          <w:tcPr>
            <w:tcW w:w="1440" w:type="dxa"/>
            <w:shd w:val="clear" w:color="auto" w:fill="015A41"/>
            <w:tcMar>
              <w:top w:w="70" w:type="dxa"/>
              <w:left w:w="70" w:type="dxa"/>
              <w:bottom w:w="70" w:type="dxa"/>
              <w:right w:w="70" w:type="dxa"/>
            </w:tcMar>
            <w:vAlign w:val="center"/>
          </w:tcPr>
          <w:p w14:paraId="1F7AA187" w14:textId="77777777" w:rsidR="00D47296" w:rsidRDefault="008C31C1">
            <w:r>
              <w:rPr>
                <w:b/>
                <w:color w:val="FFFFFF"/>
                <w:sz w:val="16"/>
              </w:rPr>
              <w:t>Date</w:t>
            </w:r>
          </w:p>
        </w:tc>
        <w:tc>
          <w:tcPr>
            <w:tcW w:w="2304" w:type="dxa"/>
            <w:shd w:val="clear" w:color="auto" w:fill="015A41"/>
            <w:tcMar>
              <w:top w:w="70" w:type="dxa"/>
              <w:left w:w="70" w:type="dxa"/>
              <w:bottom w:w="70" w:type="dxa"/>
              <w:right w:w="70" w:type="dxa"/>
            </w:tcMar>
            <w:vAlign w:val="center"/>
          </w:tcPr>
          <w:p w14:paraId="3E938AFD" w14:textId="77777777" w:rsidR="00D47296" w:rsidRDefault="008C31C1">
            <w:r>
              <w:rPr>
                <w:b/>
                <w:color w:val="FFFFFF"/>
                <w:sz w:val="16"/>
              </w:rPr>
              <w:t>Type / Exemption</w:t>
            </w:r>
          </w:p>
        </w:tc>
        <w:tc>
          <w:tcPr>
            <w:tcW w:w="2448" w:type="dxa"/>
            <w:shd w:val="clear" w:color="auto" w:fill="015A41"/>
            <w:tcMar>
              <w:top w:w="70" w:type="dxa"/>
              <w:left w:w="70" w:type="dxa"/>
              <w:bottom w:w="70" w:type="dxa"/>
              <w:right w:w="70" w:type="dxa"/>
            </w:tcMar>
            <w:vAlign w:val="center"/>
          </w:tcPr>
          <w:p w14:paraId="3D47E8AC" w14:textId="77777777" w:rsidR="00D47296" w:rsidRDefault="008C31C1">
            <w:r>
              <w:rPr>
                <w:b/>
                <w:color w:val="FFFFFF"/>
                <w:sz w:val="16"/>
              </w:rPr>
              <w:t>Community Availability / Outreach Evidence</w:t>
            </w:r>
          </w:p>
        </w:tc>
        <w:tc>
          <w:tcPr>
            <w:tcW w:w="2016" w:type="dxa"/>
            <w:shd w:val="clear" w:color="auto" w:fill="015A41"/>
            <w:tcMar>
              <w:top w:w="70" w:type="dxa"/>
              <w:left w:w="70" w:type="dxa"/>
              <w:bottom w:w="70" w:type="dxa"/>
              <w:right w:w="70" w:type="dxa"/>
            </w:tcMar>
            <w:vAlign w:val="center"/>
          </w:tcPr>
          <w:p w14:paraId="0AB5E362" w14:textId="77777777" w:rsidR="00D47296" w:rsidRDefault="008C31C1">
            <w:r>
              <w:rPr>
                <w:b/>
                <w:color w:val="FFFFFF"/>
                <w:sz w:val="16"/>
              </w:rPr>
              <w:t>AAR / Evidence Location</w:t>
            </w:r>
          </w:p>
        </w:tc>
      </w:tr>
      <w:tr w:rsidR="00D47296" w14:paraId="7EA41BA8" w14:textId="77777777">
        <w:trPr>
          <w:jc w:val="center"/>
        </w:trPr>
        <w:tc>
          <w:tcPr>
            <w:tcW w:w="2880" w:type="dxa"/>
            <w:shd w:val="clear" w:color="auto" w:fill="E8F2EE"/>
            <w:tcMar>
              <w:top w:w="70" w:type="dxa"/>
              <w:left w:w="70" w:type="dxa"/>
              <w:bottom w:w="70" w:type="dxa"/>
              <w:right w:w="70" w:type="dxa"/>
            </w:tcMar>
            <w:vAlign w:val="center"/>
          </w:tcPr>
          <w:p w14:paraId="11F2F043" w14:textId="77777777" w:rsidR="00D47296" w:rsidRDefault="008C31C1">
            <w:r>
              <w:rPr>
                <w:sz w:val="16"/>
              </w:rPr>
              <w:t>2-year full-scale/functional requirement</w:t>
            </w:r>
          </w:p>
        </w:tc>
        <w:tc>
          <w:tcPr>
            <w:tcW w:w="1440" w:type="dxa"/>
            <w:shd w:val="clear" w:color="auto" w:fill="E8F2EE"/>
            <w:tcMar>
              <w:top w:w="70" w:type="dxa"/>
              <w:left w:w="70" w:type="dxa"/>
              <w:bottom w:w="70" w:type="dxa"/>
              <w:right w:w="70" w:type="dxa"/>
            </w:tcMar>
            <w:vAlign w:val="center"/>
          </w:tcPr>
          <w:p w14:paraId="2FF7EFEA" w14:textId="77777777" w:rsidR="00D47296" w:rsidRDefault="008C31C1">
            <w:r>
              <w:rPr>
                <w:i/>
                <w:color w:val="777777"/>
                <w:sz w:val="24"/>
              </w:rPr>
              <w:t>&lt;Date&gt;</w:t>
            </w:r>
          </w:p>
        </w:tc>
        <w:tc>
          <w:tcPr>
            <w:tcW w:w="2304" w:type="dxa"/>
            <w:shd w:val="clear" w:color="auto" w:fill="E8F2EE"/>
            <w:tcMar>
              <w:top w:w="70" w:type="dxa"/>
              <w:left w:w="70" w:type="dxa"/>
              <w:bottom w:w="70" w:type="dxa"/>
              <w:right w:w="70" w:type="dxa"/>
            </w:tcMar>
            <w:vAlign w:val="center"/>
          </w:tcPr>
          <w:p w14:paraId="55BBB8FA" w14:textId="77777777" w:rsidR="00D47296" w:rsidRDefault="008C31C1">
            <w:r>
              <w:rPr>
                <w:i/>
                <w:color w:val="777777"/>
                <w:sz w:val="24"/>
              </w:rPr>
              <w:t>&lt;Type / actual event exemption&gt;</w:t>
            </w:r>
          </w:p>
        </w:tc>
        <w:tc>
          <w:tcPr>
            <w:tcW w:w="2448" w:type="dxa"/>
            <w:shd w:val="clear" w:color="auto" w:fill="E8F2EE"/>
            <w:tcMar>
              <w:top w:w="70" w:type="dxa"/>
              <w:left w:w="70" w:type="dxa"/>
              <w:bottom w:w="70" w:type="dxa"/>
              <w:right w:w="70" w:type="dxa"/>
            </w:tcMar>
            <w:vAlign w:val="center"/>
          </w:tcPr>
          <w:p w14:paraId="1DB427EA" w14:textId="77777777" w:rsidR="00D47296" w:rsidRDefault="008C31C1">
            <w:r>
              <w:rPr>
                <w:i/>
                <w:color w:val="777777"/>
                <w:sz w:val="24"/>
              </w:rPr>
              <w:t>&lt;Contacts / basis&gt;</w:t>
            </w:r>
          </w:p>
        </w:tc>
        <w:tc>
          <w:tcPr>
            <w:tcW w:w="2016" w:type="dxa"/>
            <w:shd w:val="clear" w:color="auto" w:fill="E8F2EE"/>
            <w:tcMar>
              <w:top w:w="70" w:type="dxa"/>
              <w:left w:w="70" w:type="dxa"/>
              <w:bottom w:w="70" w:type="dxa"/>
              <w:right w:w="70" w:type="dxa"/>
            </w:tcMar>
            <w:vAlign w:val="center"/>
          </w:tcPr>
          <w:p w14:paraId="236BEE5D" w14:textId="77777777" w:rsidR="00D47296" w:rsidRDefault="008C31C1">
            <w:r>
              <w:rPr>
                <w:i/>
                <w:color w:val="777777"/>
                <w:sz w:val="24"/>
              </w:rPr>
              <w:t>&lt;Location&gt;</w:t>
            </w:r>
          </w:p>
        </w:tc>
      </w:tr>
      <w:tr w:rsidR="00D47296" w14:paraId="5554F3AC" w14:textId="77777777">
        <w:trPr>
          <w:jc w:val="center"/>
        </w:trPr>
        <w:tc>
          <w:tcPr>
            <w:tcW w:w="2880" w:type="dxa"/>
            <w:tcMar>
              <w:top w:w="70" w:type="dxa"/>
              <w:left w:w="70" w:type="dxa"/>
              <w:bottom w:w="70" w:type="dxa"/>
              <w:right w:w="70" w:type="dxa"/>
            </w:tcMar>
            <w:vAlign w:val="center"/>
          </w:tcPr>
          <w:p w14:paraId="78C5ECDF" w14:textId="77777777" w:rsidR="00D47296" w:rsidRDefault="008C31C1">
            <w:r>
              <w:rPr>
                <w:sz w:val="16"/>
              </w:rPr>
              <w:t>Opposite-year exercise of choice</w:t>
            </w:r>
          </w:p>
        </w:tc>
        <w:tc>
          <w:tcPr>
            <w:tcW w:w="1440" w:type="dxa"/>
            <w:tcMar>
              <w:top w:w="70" w:type="dxa"/>
              <w:left w:w="70" w:type="dxa"/>
              <w:bottom w:w="70" w:type="dxa"/>
              <w:right w:w="70" w:type="dxa"/>
            </w:tcMar>
            <w:vAlign w:val="center"/>
          </w:tcPr>
          <w:p w14:paraId="5C1D1621" w14:textId="77777777" w:rsidR="00D47296" w:rsidRDefault="008C31C1">
            <w:r>
              <w:rPr>
                <w:i/>
                <w:color w:val="777777"/>
                <w:sz w:val="24"/>
              </w:rPr>
              <w:t>&lt;Date&gt;</w:t>
            </w:r>
          </w:p>
        </w:tc>
        <w:tc>
          <w:tcPr>
            <w:tcW w:w="2304" w:type="dxa"/>
            <w:tcMar>
              <w:top w:w="70" w:type="dxa"/>
              <w:left w:w="70" w:type="dxa"/>
              <w:bottom w:w="70" w:type="dxa"/>
              <w:right w:w="70" w:type="dxa"/>
            </w:tcMar>
            <w:vAlign w:val="center"/>
          </w:tcPr>
          <w:p w14:paraId="62E6D836" w14:textId="77777777" w:rsidR="00D47296" w:rsidRDefault="008C31C1">
            <w:r>
              <w:rPr>
                <w:i/>
                <w:color w:val="777777"/>
                <w:sz w:val="24"/>
              </w:rPr>
              <w:t>&lt;Type&gt;</w:t>
            </w:r>
          </w:p>
        </w:tc>
        <w:tc>
          <w:tcPr>
            <w:tcW w:w="2448" w:type="dxa"/>
            <w:tcMar>
              <w:top w:w="70" w:type="dxa"/>
              <w:left w:w="70" w:type="dxa"/>
              <w:bottom w:w="70" w:type="dxa"/>
              <w:right w:w="70" w:type="dxa"/>
            </w:tcMar>
            <w:vAlign w:val="center"/>
          </w:tcPr>
          <w:p w14:paraId="4D0182DB" w14:textId="77777777" w:rsidR="00D47296" w:rsidRDefault="008C31C1">
            <w:r>
              <w:rPr>
                <w:sz w:val="16"/>
              </w:rPr>
              <w:t>N/A</w:t>
            </w:r>
          </w:p>
        </w:tc>
        <w:tc>
          <w:tcPr>
            <w:tcW w:w="2016" w:type="dxa"/>
            <w:tcMar>
              <w:top w:w="70" w:type="dxa"/>
              <w:left w:w="70" w:type="dxa"/>
              <w:bottom w:w="70" w:type="dxa"/>
              <w:right w:w="70" w:type="dxa"/>
            </w:tcMar>
            <w:vAlign w:val="center"/>
          </w:tcPr>
          <w:p w14:paraId="4E05F355" w14:textId="77777777" w:rsidR="00D47296" w:rsidRDefault="008C31C1">
            <w:r>
              <w:rPr>
                <w:i/>
                <w:color w:val="777777"/>
                <w:sz w:val="24"/>
              </w:rPr>
              <w:t>&lt;Location&gt;</w:t>
            </w:r>
          </w:p>
        </w:tc>
      </w:tr>
      <w:tr w:rsidR="00D47296" w14:paraId="249A1C79" w14:textId="77777777">
        <w:trPr>
          <w:jc w:val="center"/>
        </w:trPr>
        <w:tc>
          <w:tcPr>
            <w:tcW w:w="2880" w:type="dxa"/>
            <w:shd w:val="clear" w:color="auto" w:fill="E8F2EE"/>
            <w:tcMar>
              <w:top w:w="70" w:type="dxa"/>
              <w:left w:w="70" w:type="dxa"/>
              <w:bottom w:w="70" w:type="dxa"/>
              <w:right w:w="70" w:type="dxa"/>
            </w:tcMar>
            <w:vAlign w:val="center"/>
          </w:tcPr>
          <w:p w14:paraId="3714E7A0" w14:textId="77777777" w:rsidR="00D47296" w:rsidRDefault="008C31C1">
            <w:r>
              <w:rPr>
                <w:sz w:val="16"/>
              </w:rPr>
              <w:t>Current annual exercise status</w:t>
            </w:r>
          </w:p>
        </w:tc>
        <w:tc>
          <w:tcPr>
            <w:tcW w:w="1440" w:type="dxa"/>
            <w:shd w:val="clear" w:color="auto" w:fill="E8F2EE"/>
            <w:tcMar>
              <w:top w:w="70" w:type="dxa"/>
              <w:left w:w="70" w:type="dxa"/>
              <w:bottom w:w="70" w:type="dxa"/>
              <w:right w:w="70" w:type="dxa"/>
            </w:tcMar>
            <w:vAlign w:val="center"/>
          </w:tcPr>
          <w:p w14:paraId="3806AC4F" w14:textId="77777777" w:rsidR="00D47296" w:rsidRDefault="008C31C1">
            <w:r>
              <w:rPr>
                <w:i/>
                <w:color w:val="777777"/>
                <w:sz w:val="24"/>
              </w:rPr>
              <w:t>&lt;Year&gt;</w:t>
            </w:r>
          </w:p>
        </w:tc>
        <w:tc>
          <w:tcPr>
            <w:tcW w:w="2304" w:type="dxa"/>
            <w:shd w:val="clear" w:color="auto" w:fill="E8F2EE"/>
            <w:tcMar>
              <w:top w:w="70" w:type="dxa"/>
              <w:left w:w="70" w:type="dxa"/>
              <w:bottom w:w="70" w:type="dxa"/>
              <w:right w:w="70" w:type="dxa"/>
            </w:tcMar>
            <w:vAlign w:val="center"/>
          </w:tcPr>
          <w:p w14:paraId="730D1B9A" w14:textId="77777777" w:rsidR="00D47296" w:rsidRDefault="008C31C1">
            <w:r>
              <w:rPr>
                <w:i/>
                <w:color w:val="777777"/>
                <w:sz w:val="24"/>
              </w:rPr>
              <w:t>&lt;Complete / planned&gt;</w:t>
            </w:r>
          </w:p>
        </w:tc>
        <w:tc>
          <w:tcPr>
            <w:tcW w:w="2448" w:type="dxa"/>
            <w:shd w:val="clear" w:color="auto" w:fill="E8F2EE"/>
            <w:tcMar>
              <w:top w:w="70" w:type="dxa"/>
              <w:left w:w="70" w:type="dxa"/>
              <w:bottom w:w="70" w:type="dxa"/>
              <w:right w:w="70" w:type="dxa"/>
            </w:tcMar>
            <w:vAlign w:val="center"/>
          </w:tcPr>
          <w:p w14:paraId="58E8D908" w14:textId="77777777" w:rsidR="00D47296" w:rsidRDefault="008C31C1">
            <w:r>
              <w:rPr>
                <w:i/>
                <w:color w:val="777777"/>
                <w:sz w:val="24"/>
              </w:rPr>
              <w:t>&lt;Notes&gt;</w:t>
            </w:r>
          </w:p>
        </w:tc>
        <w:tc>
          <w:tcPr>
            <w:tcW w:w="2016" w:type="dxa"/>
            <w:shd w:val="clear" w:color="auto" w:fill="E8F2EE"/>
            <w:tcMar>
              <w:top w:w="70" w:type="dxa"/>
              <w:left w:w="70" w:type="dxa"/>
              <w:bottom w:w="70" w:type="dxa"/>
              <w:right w:w="70" w:type="dxa"/>
            </w:tcMar>
            <w:vAlign w:val="center"/>
          </w:tcPr>
          <w:p w14:paraId="77DAEBEF" w14:textId="77777777" w:rsidR="00D47296" w:rsidRDefault="008C31C1">
            <w:r>
              <w:rPr>
                <w:i/>
                <w:color w:val="777777"/>
                <w:sz w:val="24"/>
              </w:rPr>
              <w:t>&lt;Location&gt;</w:t>
            </w:r>
          </w:p>
        </w:tc>
      </w:tr>
    </w:tbl>
    <w:p w14:paraId="4743101E" w14:textId="77777777" w:rsidR="00D47296" w:rsidRDefault="00D47296">
      <w:pPr>
        <w:spacing w:after="0"/>
      </w:pPr>
    </w:p>
    <w:p w14:paraId="72CE37A5" w14:textId="77777777" w:rsidR="00D47296" w:rsidRDefault="008C31C1">
      <w:pPr>
        <w:pStyle w:val="Heading1"/>
      </w:pPr>
      <w:r>
        <w:lastRenderedPageBreak/>
        <w:t>ATTACHMENT E - EMERGENCY CONTACTS &amp; COMMUNICATION RESOURCES</w:t>
      </w:r>
    </w:p>
    <w:tbl>
      <w:tblPr>
        <w:tblW w:w="0" w:type="auto"/>
        <w:jc w:val="center"/>
        <w:tblLayout w:type="fixed"/>
        <w:tblLook w:val="04A0" w:firstRow="1" w:lastRow="0" w:firstColumn="1" w:lastColumn="0" w:noHBand="0" w:noVBand="1"/>
      </w:tblPr>
      <w:tblGrid>
        <w:gridCol w:w="3312"/>
        <w:gridCol w:w="3024"/>
        <w:gridCol w:w="2088"/>
        <w:gridCol w:w="2088"/>
      </w:tblGrid>
      <w:tr w:rsidR="00D47296" w14:paraId="72AC1452" w14:textId="77777777">
        <w:trPr>
          <w:tblHeader/>
          <w:jc w:val="center"/>
        </w:trPr>
        <w:tc>
          <w:tcPr>
            <w:tcW w:w="3312" w:type="dxa"/>
            <w:shd w:val="clear" w:color="auto" w:fill="015A41"/>
            <w:tcMar>
              <w:top w:w="70" w:type="dxa"/>
              <w:left w:w="70" w:type="dxa"/>
              <w:bottom w:w="70" w:type="dxa"/>
              <w:right w:w="70" w:type="dxa"/>
            </w:tcMar>
            <w:vAlign w:val="center"/>
          </w:tcPr>
          <w:p w14:paraId="6C39B298" w14:textId="77777777" w:rsidR="00D47296" w:rsidRDefault="008C31C1">
            <w:r>
              <w:rPr>
                <w:b/>
                <w:color w:val="FFFFFF"/>
                <w:sz w:val="17"/>
              </w:rPr>
              <w:t>Partner / Audience</w:t>
            </w:r>
          </w:p>
        </w:tc>
        <w:tc>
          <w:tcPr>
            <w:tcW w:w="3024" w:type="dxa"/>
            <w:shd w:val="clear" w:color="auto" w:fill="015A41"/>
            <w:tcMar>
              <w:top w:w="70" w:type="dxa"/>
              <w:left w:w="70" w:type="dxa"/>
              <w:bottom w:w="70" w:type="dxa"/>
              <w:right w:w="70" w:type="dxa"/>
            </w:tcMar>
            <w:vAlign w:val="center"/>
          </w:tcPr>
          <w:p w14:paraId="7C856295" w14:textId="77777777" w:rsidR="00D47296" w:rsidRDefault="008C31C1">
            <w:r>
              <w:rPr>
                <w:b/>
                <w:color w:val="FFFFFF"/>
                <w:sz w:val="17"/>
              </w:rPr>
              <w:t>Contact / Directory</w:t>
            </w:r>
          </w:p>
        </w:tc>
        <w:tc>
          <w:tcPr>
            <w:tcW w:w="2088" w:type="dxa"/>
            <w:shd w:val="clear" w:color="auto" w:fill="015A41"/>
            <w:tcMar>
              <w:top w:w="70" w:type="dxa"/>
              <w:left w:w="70" w:type="dxa"/>
              <w:bottom w:w="70" w:type="dxa"/>
              <w:right w:w="70" w:type="dxa"/>
            </w:tcMar>
            <w:vAlign w:val="center"/>
          </w:tcPr>
          <w:p w14:paraId="2423E797" w14:textId="77777777" w:rsidR="00D47296" w:rsidRDefault="008C31C1">
            <w:r>
              <w:rPr>
                <w:b/>
                <w:color w:val="FFFFFF"/>
                <w:sz w:val="17"/>
              </w:rPr>
              <w:t>Primary Method</w:t>
            </w:r>
          </w:p>
        </w:tc>
        <w:tc>
          <w:tcPr>
            <w:tcW w:w="2088" w:type="dxa"/>
            <w:shd w:val="clear" w:color="auto" w:fill="015A41"/>
            <w:tcMar>
              <w:top w:w="70" w:type="dxa"/>
              <w:left w:w="70" w:type="dxa"/>
              <w:bottom w:w="70" w:type="dxa"/>
              <w:right w:w="70" w:type="dxa"/>
            </w:tcMar>
            <w:vAlign w:val="center"/>
          </w:tcPr>
          <w:p w14:paraId="10785045" w14:textId="77777777" w:rsidR="00D47296" w:rsidRDefault="008C31C1">
            <w:r>
              <w:rPr>
                <w:b/>
                <w:color w:val="FFFFFF"/>
                <w:sz w:val="17"/>
              </w:rPr>
              <w:t>Alternate Method</w:t>
            </w:r>
          </w:p>
        </w:tc>
      </w:tr>
      <w:tr w:rsidR="00D47296" w14:paraId="49CD3AA8" w14:textId="77777777">
        <w:trPr>
          <w:jc w:val="center"/>
        </w:trPr>
        <w:tc>
          <w:tcPr>
            <w:tcW w:w="3312" w:type="dxa"/>
            <w:shd w:val="clear" w:color="auto" w:fill="E8F2EE"/>
            <w:tcMar>
              <w:top w:w="70" w:type="dxa"/>
              <w:left w:w="70" w:type="dxa"/>
              <w:bottom w:w="70" w:type="dxa"/>
              <w:right w:w="70" w:type="dxa"/>
            </w:tcMar>
            <w:vAlign w:val="center"/>
          </w:tcPr>
          <w:p w14:paraId="4E9482E7" w14:textId="77777777" w:rsidR="00D47296" w:rsidRDefault="008C31C1">
            <w:r>
              <w:rPr>
                <w:sz w:val="17"/>
              </w:rPr>
              <w:t>Staff</w:t>
            </w:r>
          </w:p>
        </w:tc>
        <w:tc>
          <w:tcPr>
            <w:tcW w:w="3024" w:type="dxa"/>
            <w:shd w:val="clear" w:color="auto" w:fill="E8F2EE"/>
            <w:tcMar>
              <w:top w:w="70" w:type="dxa"/>
              <w:left w:w="70" w:type="dxa"/>
              <w:bottom w:w="70" w:type="dxa"/>
              <w:right w:w="70" w:type="dxa"/>
            </w:tcMar>
            <w:vAlign w:val="center"/>
          </w:tcPr>
          <w:p w14:paraId="326EAE29" w14:textId="77777777" w:rsidR="00D47296" w:rsidRDefault="008C31C1">
            <w:r>
              <w:rPr>
                <w:i/>
                <w:color w:val="777777"/>
                <w:sz w:val="24"/>
              </w:rPr>
              <w:t>&lt;Secured roster&gt;</w:t>
            </w:r>
          </w:p>
        </w:tc>
        <w:tc>
          <w:tcPr>
            <w:tcW w:w="2088" w:type="dxa"/>
            <w:shd w:val="clear" w:color="auto" w:fill="E8F2EE"/>
            <w:tcMar>
              <w:top w:w="70" w:type="dxa"/>
              <w:left w:w="70" w:type="dxa"/>
              <w:bottom w:w="70" w:type="dxa"/>
              <w:right w:w="70" w:type="dxa"/>
            </w:tcMar>
            <w:vAlign w:val="center"/>
          </w:tcPr>
          <w:p w14:paraId="5B1C375B" w14:textId="77777777" w:rsidR="00D47296" w:rsidRDefault="008C31C1">
            <w:r>
              <w:rPr>
                <w:i/>
                <w:color w:val="777777"/>
                <w:sz w:val="24"/>
              </w:rPr>
              <w:t>&lt;Insert&gt;</w:t>
            </w:r>
          </w:p>
        </w:tc>
        <w:tc>
          <w:tcPr>
            <w:tcW w:w="2088" w:type="dxa"/>
            <w:shd w:val="clear" w:color="auto" w:fill="E8F2EE"/>
            <w:tcMar>
              <w:top w:w="70" w:type="dxa"/>
              <w:left w:w="70" w:type="dxa"/>
              <w:bottom w:w="70" w:type="dxa"/>
              <w:right w:w="70" w:type="dxa"/>
            </w:tcMar>
            <w:vAlign w:val="center"/>
          </w:tcPr>
          <w:p w14:paraId="64847D71" w14:textId="77777777" w:rsidR="00D47296" w:rsidRDefault="008C31C1">
            <w:r>
              <w:rPr>
                <w:i/>
                <w:color w:val="777777"/>
                <w:sz w:val="24"/>
              </w:rPr>
              <w:t>&lt;Insert&gt;</w:t>
            </w:r>
          </w:p>
        </w:tc>
      </w:tr>
      <w:tr w:rsidR="00D47296" w14:paraId="44AB2923" w14:textId="77777777">
        <w:trPr>
          <w:jc w:val="center"/>
        </w:trPr>
        <w:tc>
          <w:tcPr>
            <w:tcW w:w="3312" w:type="dxa"/>
            <w:tcMar>
              <w:top w:w="70" w:type="dxa"/>
              <w:left w:w="70" w:type="dxa"/>
              <w:bottom w:w="70" w:type="dxa"/>
              <w:right w:w="70" w:type="dxa"/>
            </w:tcMar>
            <w:vAlign w:val="center"/>
          </w:tcPr>
          <w:p w14:paraId="61501A5E" w14:textId="77777777" w:rsidR="00D47296" w:rsidRDefault="008C31C1">
            <w:r>
              <w:rPr>
                <w:sz w:val="17"/>
              </w:rPr>
              <w:t>Entities under arrangement</w:t>
            </w:r>
          </w:p>
        </w:tc>
        <w:tc>
          <w:tcPr>
            <w:tcW w:w="3024" w:type="dxa"/>
            <w:tcMar>
              <w:top w:w="70" w:type="dxa"/>
              <w:left w:w="70" w:type="dxa"/>
              <w:bottom w:w="70" w:type="dxa"/>
              <w:right w:w="70" w:type="dxa"/>
            </w:tcMar>
            <w:vAlign w:val="center"/>
          </w:tcPr>
          <w:p w14:paraId="59107219" w14:textId="77777777" w:rsidR="00D47296" w:rsidRDefault="008C31C1">
            <w:r>
              <w:rPr>
                <w:i/>
                <w:color w:val="777777"/>
                <w:sz w:val="24"/>
              </w:rPr>
              <w:t>&lt;Directory&gt;</w:t>
            </w:r>
          </w:p>
        </w:tc>
        <w:tc>
          <w:tcPr>
            <w:tcW w:w="2088" w:type="dxa"/>
            <w:tcMar>
              <w:top w:w="70" w:type="dxa"/>
              <w:left w:w="70" w:type="dxa"/>
              <w:bottom w:w="70" w:type="dxa"/>
              <w:right w:w="70" w:type="dxa"/>
            </w:tcMar>
            <w:vAlign w:val="center"/>
          </w:tcPr>
          <w:p w14:paraId="66F5FCC6" w14:textId="77777777" w:rsidR="00D47296" w:rsidRDefault="008C31C1">
            <w:r>
              <w:rPr>
                <w:i/>
                <w:color w:val="777777"/>
                <w:sz w:val="24"/>
              </w:rPr>
              <w:t>&lt;Insert&gt;</w:t>
            </w:r>
          </w:p>
        </w:tc>
        <w:tc>
          <w:tcPr>
            <w:tcW w:w="2088" w:type="dxa"/>
            <w:tcMar>
              <w:top w:w="70" w:type="dxa"/>
              <w:left w:w="70" w:type="dxa"/>
              <w:bottom w:w="70" w:type="dxa"/>
              <w:right w:w="70" w:type="dxa"/>
            </w:tcMar>
            <w:vAlign w:val="center"/>
          </w:tcPr>
          <w:p w14:paraId="05EF3404" w14:textId="77777777" w:rsidR="00D47296" w:rsidRDefault="008C31C1">
            <w:r>
              <w:rPr>
                <w:i/>
                <w:color w:val="777777"/>
                <w:sz w:val="24"/>
              </w:rPr>
              <w:t>&lt;Insert&gt;</w:t>
            </w:r>
          </w:p>
        </w:tc>
      </w:tr>
      <w:tr w:rsidR="00D47296" w14:paraId="5C4924D5" w14:textId="77777777">
        <w:trPr>
          <w:jc w:val="center"/>
        </w:trPr>
        <w:tc>
          <w:tcPr>
            <w:tcW w:w="3312" w:type="dxa"/>
            <w:shd w:val="clear" w:color="auto" w:fill="E8F2EE"/>
            <w:tcMar>
              <w:top w:w="70" w:type="dxa"/>
              <w:left w:w="70" w:type="dxa"/>
              <w:bottom w:w="70" w:type="dxa"/>
              <w:right w:w="70" w:type="dxa"/>
            </w:tcMar>
            <w:vAlign w:val="center"/>
          </w:tcPr>
          <w:p w14:paraId="7555F994" w14:textId="77777777" w:rsidR="00D47296" w:rsidRDefault="008C31C1">
            <w:r>
              <w:rPr>
                <w:sz w:val="17"/>
              </w:rPr>
              <w:t>Patients' physicians</w:t>
            </w:r>
          </w:p>
        </w:tc>
        <w:tc>
          <w:tcPr>
            <w:tcW w:w="3024" w:type="dxa"/>
            <w:shd w:val="clear" w:color="auto" w:fill="E8F2EE"/>
            <w:tcMar>
              <w:top w:w="70" w:type="dxa"/>
              <w:left w:w="70" w:type="dxa"/>
              <w:bottom w:w="70" w:type="dxa"/>
              <w:right w:w="70" w:type="dxa"/>
            </w:tcMar>
            <w:vAlign w:val="center"/>
          </w:tcPr>
          <w:p w14:paraId="7E54A91C" w14:textId="77777777" w:rsidR="00D47296" w:rsidRDefault="008C31C1">
            <w:r>
              <w:rPr>
                <w:i/>
                <w:color w:val="777777"/>
                <w:sz w:val="24"/>
              </w:rPr>
              <w:t>&lt;Source&gt;</w:t>
            </w:r>
          </w:p>
        </w:tc>
        <w:tc>
          <w:tcPr>
            <w:tcW w:w="2088" w:type="dxa"/>
            <w:shd w:val="clear" w:color="auto" w:fill="E8F2EE"/>
            <w:tcMar>
              <w:top w:w="70" w:type="dxa"/>
              <w:left w:w="70" w:type="dxa"/>
              <w:bottom w:w="70" w:type="dxa"/>
              <w:right w:w="70" w:type="dxa"/>
            </w:tcMar>
            <w:vAlign w:val="center"/>
          </w:tcPr>
          <w:p w14:paraId="10E88B3D" w14:textId="77777777" w:rsidR="00D47296" w:rsidRDefault="008C31C1">
            <w:r>
              <w:rPr>
                <w:i/>
                <w:color w:val="777777"/>
                <w:sz w:val="24"/>
              </w:rPr>
              <w:t>&lt;Insert&gt;</w:t>
            </w:r>
          </w:p>
        </w:tc>
        <w:tc>
          <w:tcPr>
            <w:tcW w:w="2088" w:type="dxa"/>
            <w:shd w:val="clear" w:color="auto" w:fill="E8F2EE"/>
            <w:tcMar>
              <w:top w:w="70" w:type="dxa"/>
              <w:left w:w="70" w:type="dxa"/>
              <w:bottom w:w="70" w:type="dxa"/>
              <w:right w:w="70" w:type="dxa"/>
            </w:tcMar>
            <w:vAlign w:val="center"/>
          </w:tcPr>
          <w:p w14:paraId="44326493" w14:textId="77777777" w:rsidR="00D47296" w:rsidRDefault="008C31C1">
            <w:r>
              <w:rPr>
                <w:i/>
                <w:color w:val="777777"/>
                <w:sz w:val="24"/>
              </w:rPr>
              <w:t>&lt;Insert&gt;</w:t>
            </w:r>
          </w:p>
        </w:tc>
      </w:tr>
      <w:tr w:rsidR="00D47296" w14:paraId="6B743E8B" w14:textId="77777777">
        <w:trPr>
          <w:jc w:val="center"/>
        </w:trPr>
        <w:tc>
          <w:tcPr>
            <w:tcW w:w="3312" w:type="dxa"/>
            <w:tcMar>
              <w:top w:w="70" w:type="dxa"/>
              <w:left w:w="70" w:type="dxa"/>
              <w:bottom w:w="70" w:type="dxa"/>
              <w:right w:w="70" w:type="dxa"/>
            </w:tcMar>
            <w:vAlign w:val="center"/>
          </w:tcPr>
          <w:p w14:paraId="7D16D984" w14:textId="77777777" w:rsidR="00D47296" w:rsidRDefault="008C31C1">
            <w:r>
              <w:rPr>
                <w:sz w:val="17"/>
              </w:rPr>
              <w:t>Other RHCs/FQHCs</w:t>
            </w:r>
          </w:p>
        </w:tc>
        <w:tc>
          <w:tcPr>
            <w:tcW w:w="3024" w:type="dxa"/>
            <w:tcMar>
              <w:top w:w="70" w:type="dxa"/>
              <w:left w:w="70" w:type="dxa"/>
              <w:bottom w:w="70" w:type="dxa"/>
              <w:right w:w="70" w:type="dxa"/>
            </w:tcMar>
            <w:vAlign w:val="center"/>
          </w:tcPr>
          <w:p w14:paraId="70A38A7F" w14:textId="77777777" w:rsidR="00D47296" w:rsidRDefault="008C31C1">
            <w:r>
              <w:rPr>
                <w:i/>
                <w:color w:val="777777"/>
                <w:sz w:val="24"/>
              </w:rPr>
              <w:t>&lt;Directory&gt;</w:t>
            </w:r>
          </w:p>
        </w:tc>
        <w:tc>
          <w:tcPr>
            <w:tcW w:w="2088" w:type="dxa"/>
            <w:tcMar>
              <w:top w:w="70" w:type="dxa"/>
              <w:left w:w="70" w:type="dxa"/>
              <w:bottom w:w="70" w:type="dxa"/>
              <w:right w:w="70" w:type="dxa"/>
            </w:tcMar>
            <w:vAlign w:val="center"/>
          </w:tcPr>
          <w:p w14:paraId="4D05198E" w14:textId="77777777" w:rsidR="00D47296" w:rsidRDefault="008C31C1">
            <w:r>
              <w:rPr>
                <w:i/>
                <w:color w:val="777777"/>
                <w:sz w:val="24"/>
              </w:rPr>
              <w:t>&lt;Insert&gt;</w:t>
            </w:r>
          </w:p>
        </w:tc>
        <w:tc>
          <w:tcPr>
            <w:tcW w:w="2088" w:type="dxa"/>
            <w:tcMar>
              <w:top w:w="70" w:type="dxa"/>
              <w:left w:w="70" w:type="dxa"/>
              <w:bottom w:w="70" w:type="dxa"/>
              <w:right w:w="70" w:type="dxa"/>
            </w:tcMar>
            <w:vAlign w:val="center"/>
          </w:tcPr>
          <w:p w14:paraId="57B23A52" w14:textId="77777777" w:rsidR="00D47296" w:rsidRDefault="008C31C1">
            <w:r>
              <w:rPr>
                <w:i/>
                <w:color w:val="777777"/>
                <w:sz w:val="24"/>
              </w:rPr>
              <w:t>&lt;Insert&gt;</w:t>
            </w:r>
          </w:p>
        </w:tc>
      </w:tr>
      <w:tr w:rsidR="00D47296" w14:paraId="2E974121" w14:textId="77777777">
        <w:trPr>
          <w:jc w:val="center"/>
        </w:trPr>
        <w:tc>
          <w:tcPr>
            <w:tcW w:w="3312" w:type="dxa"/>
            <w:shd w:val="clear" w:color="auto" w:fill="E8F2EE"/>
            <w:tcMar>
              <w:top w:w="70" w:type="dxa"/>
              <w:left w:w="70" w:type="dxa"/>
              <w:bottom w:w="70" w:type="dxa"/>
              <w:right w:w="70" w:type="dxa"/>
            </w:tcMar>
            <w:vAlign w:val="center"/>
          </w:tcPr>
          <w:p w14:paraId="659043C5" w14:textId="77777777" w:rsidR="00D47296" w:rsidRDefault="008C31C1">
            <w:r>
              <w:rPr>
                <w:sz w:val="17"/>
              </w:rPr>
              <w:t>Volunteers</w:t>
            </w:r>
          </w:p>
        </w:tc>
        <w:tc>
          <w:tcPr>
            <w:tcW w:w="3024" w:type="dxa"/>
            <w:shd w:val="clear" w:color="auto" w:fill="E8F2EE"/>
            <w:tcMar>
              <w:top w:w="70" w:type="dxa"/>
              <w:left w:w="70" w:type="dxa"/>
              <w:bottom w:w="70" w:type="dxa"/>
              <w:right w:w="70" w:type="dxa"/>
            </w:tcMar>
            <w:vAlign w:val="center"/>
          </w:tcPr>
          <w:p w14:paraId="6A84BE58" w14:textId="77777777" w:rsidR="00D47296" w:rsidRDefault="008C31C1">
            <w:r>
              <w:rPr>
                <w:i/>
                <w:color w:val="777777"/>
                <w:sz w:val="24"/>
              </w:rPr>
              <w:t>&lt;Directory if used&gt;</w:t>
            </w:r>
          </w:p>
        </w:tc>
        <w:tc>
          <w:tcPr>
            <w:tcW w:w="2088" w:type="dxa"/>
            <w:shd w:val="clear" w:color="auto" w:fill="E8F2EE"/>
            <w:tcMar>
              <w:top w:w="70" w:type="dxa"/>
              <w:left w:w="70" w:type="dxa"/>
              <w:bottom w:w="70" w:type="dxa"/>
              <w:right w:w="70" w:type="dxa"/>
            </w:tcMar>
            <w:vAlign w:val="center"/>
          </w:tcPr>
          <w:p w14:paraId="018737C0" w14:textId="77777777" w:rsidR="00D47296" w:rsidRDefault="008C31C1">
            <w:r>
              <w:rPr>
                <w:i/>
                <w:color w:val="777777"/>
                <w:sz w:val="24"/>
              </w:rPr>
              <w:t>&lt;Insert&gt;</w:t>
            </w:r>
          </w:p>
        </w:tc>
        <w:tc>
          <w:tcPr>
            <w:tcW w:w="2088" w:type="dxa"/>
            <w:shd w:val="clear" w:color="auto" w:fill="E8F2EE"/>
            <w:tcMar>
              <w:top w:w="70" w:type="dxa"/>
              <w:left w:w="70" w:type="dxa"/>
              <w:bottom w:w="70" w:type="dxa"/>
              <w:right w:w="70" w:type="dxa"/>
            </w:tcMar>
            <w:vAlign w:val="center"/>
          </w:tcPr>
          <w:p w14:paraId="3B7264F1" w14:textId="77777777" w:rsidR="00D47296" w:rsidRDefault="008C31C1">
            <w:r>
              <w:rPr>
                <w:i/>
                <w:color w:val="777777"/>
                <w:sz w:val="24"/>
              </w:rPr>
              <w:t>&lt;Insert&gt;</w:t>
            </w:r>
          </w:p>
        </w:tc>
      </w:tr>
      <w:tr w:rsidR="00D47296" w14:paraId="626F83BF" w14:textId="77777777">
        <w:trPr>
          <w:jc w:val="center"/>
        </w:trPr>
        <w:tc>
          <w:tcPr>
            <w:tcW w:w="3312" w:type="dxa"/>
            <w:tcMar>
              <w:top w:w="70" w:type="dxa"/>
              <w:left w:w="70" w:type="dxa"/>
              <w:bottom w:w="70" w:type="dxa"/>
              <w:right w:w="70" w:type="dxa"/>
            </w:tcMar>
            <w:vAlign w:val="center"/>
          </w:tcPr>
          <w:p w14:paraId="7BAA4A2E" w14:textId="77777777" w:rsidR="00D47296" w:rsidRDefault="008C31C1">
            <w:r>
              <w:rPr>
                <w:sz w:val="17"/>
              </w:rPr>
              <w:t>Local / County EMA</w:t>
            </w:r>
          </w:p>
        </w:tc>
        <w:tc>
          <w:tcPr>
            <w:tcW w:w="3024" w:type="dxa"/>
            <w:tcMar>
              <w:top w:w="70" w:type="dxa"/>
              <w:left w:w="70" w:type="dxa"/>
              <w:bottom w:w="70" w:type="dxa"/>
              <w:right w:w="70" w:type="dxa"/>
            </w:tcMar>
            <w:vAlign w:val="center"/>
          </w:tcPr>
          <w:p w14:paraId="4EECB395"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69B2321E" w14:textId="77777777" w:rsidR="00D47296" w:rsidRDefault="008C31C1">
            <w:r>
              <w:rPr>
                <w:i/>
                <w:color w:val="777777"/>
                <w:sz w:val="24"/>
              </w:rPr>
              <w:t>&lt;Insert&gt;</w:t>
            </w:r>
          </w:p>
        </w:tc>
        <w:tc>
          <w:tcPr>
            <w:tcW w:w="2088" w:type="dxa"/>
            <w:tcMar>
              <w:top w:w="70" w:type="dxa"/>
              <w:left w:w="70" w:type="dxa"/>
              <w:bottom w:w="70" w:type="dxa"/>
              <w:right w:w="70" w:type="dxa"/>
            </w:tcMar>
            <w:vAlign w:val="center"/>
          </w:tcPr>
          <w:p w14:paraId="7439A4AD" w14:textId="77777777" w:rsidR="00D47296" w:rsidRDefault="008C31C1">
            <w:r>
              <w:rPr>
                <w:i/>
                <w:color w:val="777777"/>
                <w:sz w:val="24"/>
              </w:rPr>
              <w:t>&lt;Insert&gt;</w:t>
            </w:r>
          </w:p>
        </w:tc>
      </w:tr>
      <w:tr w:rsidR="00D47296" w14:paraId="76C3EDB1" w14:textId="77777777">
        <w:trPr>
          <w:jc w:val="center"/>
        </w:trPr>
        <w:tc>
          <w:tcPr>
            <w:tcW w:w="3312" w:type="dxa"/>
            <w:shd w:val="clear" w:color="auto" w:fill="E8F2EE"/>
            <w:tcMar>
              <w:top w:w="70" w:type="dxa"/>
              <w:left w:w="70" w:type="dxa"/>
              <w:bottom w:w="70" w:type="dxa"/>
              <w:right w:w="70" w:type="dxa"/>
            </w:tcMar>
            <w:vAlign w:val="center"/>
          </w:tcPr>
          <w:p w14:paraId="6B1E1CD0" w14:textId="77777777" w:rsidR="00D47296" w:rsidRDefault="008C31C1">
            <w:r>
              <w:rPr>
                <w:sz w:val="17"/>
              </w:rPr>
              <w:t>Maine CDC / Public Health</w:t>
            </w:r>
          </w:p>
        </w:tc>
        <w:tc>
          <w:tcPr>
            <w:tcW w:w="3024" w:type="dxa"/>
            <w:shd w:val="clear" w:color="auto" w:fill="E8F2EE"/>
            <w:tcMar>
              <w:top w:w="70" w:type="dxa"/>
              <w:left w:w="70" w:type="dxa"/>
              <w:bottom w:w="70" w:type="dxa"/>
              <w:right w:w="70" w:type="dxa"/>
            </w:tcMar>
            <w:vAlign w:val="center"/>
          </w:tcPr>
          <w:p w14:paraId="7D443D03"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3DE59A32" w14:textId="77777777" w:rsidR="00D47296" w:rsidRDefault="008C31C1">
            <w:r>
              <w:rPr>
                <w:i/>
                <w:color w:val="777777"/>
                <w:sz w:val="24"/>
              </w:rPr>
              <w:t>&lt;Insert&gt;</w:t>
            </w:r>
          </w:p>
        </w:tc>
        <w:tc>
          <w:tcPr>
            <w:tcW w:w="2088" w:type="dxa"/>
            <w:shd w:val="clear" w:color="auto" w:fill="E8F2EE"/>
            <w:tcMar>
              <w:top w:w="70" w:type="dxa"/>
              <w:left w:w="70" w:type="dxa"/>
              <w:bottom w:w="70" w:type="dxa"/>
              <w:right w:w="70" w:type="dxa"/>
            </w:tcMar>
            <w:vAlign w:val="center"/>
          </w:tcPr>
          <w:p w14:paraId="2C593E9E" w14:textId="77777777" w:rsidR="00D47296" w:rsidRDefault="008C31C1">
            <w:r>
              <w:rPr>
                <w:i/>
                <w:color w:val="777777"/>
                <w:sz w:val="24"/>
              </w:rPr>
              <w:t>&lt;Insert&gt;</w:t>
            </w:r>
          </w:p>
        </w:tc>
      </w:tr>
      <w:tr w:rsidR="00D47296" w14:paraId="3A2B4B12" w14:textId="77777777">
        <w:trPr>
          <w:jc w:val="center"/>
        </w:trPr>
        <w:tc>
          <w:tcPr>
            <w:tcW w:w="3312" w:type="dxa"/>
            <w:tcMar>
              <w:top w:w="70" w:type="dxa"/>
              <w:left w:w="70" w:type="dxa"/>
              <w:bottom w:w="70" w:type="dxa"/>
              <w:right w:w="70" w:type="dxa"/>
            </w:tcMar>
            <w:vAlign w:val="center"/>
          </w:tcPr>
          <w:p w14:paraId="55828547" w14:textId="77777777" w:rsidR="00D47296" w:rsidRDefault="008C31C1">
            <w:r>
              <w:rPr>
                <w:sz w:val="17"/>
              </w:rPr>
              <w:t>Fire / EMS / Law Enforcement</w:t>
            </w:r>
          </w:p>
        </w:tc>
        <w:tc>
          <w:tcPr>
            <w:tcW w:w="3024" w:type="dxa"/>
            <w:tcMar>
              <w:top w:w="70" w:type="dxa"/>
              <w:left w:w="70" w:type="dxa"/>
              <w:bottom w:w="70" w:type="dxa"/>
              <w:right w:w="70" w:type="dxa"/>
            </w:tcMar>
            <w:vAlign w:val="center"/>
          </w:tcPr>
          <w:p w14:paraId="0B3FD6E1"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2B23204D" w14:textId="77777777" w:rsidR="00D47296" w:rsidRDefault="008C31C1">
            <w:r>
              <w:rPr>
                <w:i/>
                <w:color w:val="777777"/>
                <w:sz w:val="24"/>
              </w:rPr>
              <w:t>&lt;Insert&gt;</w:t>
            </w:r>
          </w:p>
        </w:tc>
        <w:tc>
          <w:tcPr>
            <w:tcW w:w="2088" w:type="dxa"/>
            <w:tcMar>
              <w:top w:w="70" w:type="dxa"/>
              <w:left w:w="70" w:type="dxa"/>
              <w:bottom w:w="70" w:type="dxa"/>
              <w:right w:w="70" w:type="dxa"/>
            </w:tcMar>
            <w:vAlign w:val="center"/>
          </w:tcPr>
          <w:p w14:paraId="7D9AE40A" w14:textId="77777777" w:rsidR="00D47296" w:rsidRDefault="008C31C1">
            <w:r>
              <w:rPr>
                <w:i/>
                <w:color w:val="777777"/>
                <w:sz w:val="24"/>
              </w:rPr>
              <w:t>&lt;Insert&gt;</w:t>
            </w:r>
          </w:p>
        </w:tc>
      </w:tr>
      <w:tr w:rsidR="00D47296" w14:paraId="5102D4CE" w14:textId="77777777">
        <w:trPr>
          <w:jc w:val="center"/>
        </w:trPr>
        <w:tc>
          <w:tcPr>
            <w:tcW w:w="3312" w:type="dxa"/>
            <w:shd w:val="clear" w:color="auto" w:fill="E8F2EE"/>
            <w:tcMar>
              <w:top w:w="70" w:type="dxa"/>
              <w:left w:w="70" w:type="dxa"/>
              <w:bottom w:w="70" w:type="dxa"/>
              <w:right w:w="70" w:type="dxa"/>
            </w:tcMar>
            <w:vAlign w:val="center"/>
          </w:tcPr>
          <w:p w14:paraId="29EBB9B2" w14:textId="77777777" w:rsidR="00D47296" w:rsidRDefault="008C31C1">
            <w:r>
              <w:rPr>
                <w:sz w:val="17"/>
              </w:rPr>
              <w:t>Maine DHHS / DLC</w:t>
            </w:r>
          </w:p>
        </w:tc>
        <w:tc>
          <w:tcPr>
            <w:tcW w:w="3024" w:type="dxa"/>
            <w:shd w:val="clear" w:color="auto" w:fill="E8F2EE"/>
            <w:tcMar>
              <w:top w:w="70" w:type="dxa"/>
              <w:left w:w="70" w:type="dxa"/>
              <w:bottom w:w="70" w:type="dxa"/>
              <w:right w:w="70" w:type="dxa"/>
            </w:tcMar>
            <w:vAlign w:val="center"/>
          </w:tcPr>
          <w:p w14:paraId="533FB86E"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4E933AD6" w14:textId="77777777" w:rsidR="00D47296" w:rsidRDefault="008C31C1">
            <w:r>
              <w:rPr>
                <w:i/>
                <w:color w:val="777777"/>
                <w:sz w:val="24"/>
              </w:rPr>
              <w:t>&lt;Insert&gt;</w:t>
            </w:r>
          </w:p>
        </w:tc>
        <w:tc>
          <w:tcPr>
            <w:tcW w:w="2088" w:type="dxa"/>
            <w:shd w:val="clear" w:color="auto" w:fill="E8F2EE"/>
            <w:tcMar>
              <w:top w:w="70" w:type="dxa"/>
              <w:left w:w="70" w:type="dxa"/>
              <w:bottom w:w="70" w:type="dxa"/>
              <w:right w:w="70" w:type="dxa"/>
            </w:tcMar>
            <w:vAlign w:val="center"/>
          </w:tcPr>
          <w:p w14:paraId="01450CA5" w14:textId="77777777" w:rsidR="00D47296" w:rsidRDefault="008C31C1">
            <w:r>
              <w:rPr>
                <w:i/>
                <w:color w:val="777777"/>
                <w:sz w:val="24"/>
              </w:rPr>
              <w:t>&lt;Insert&gt;</w:t>
            </w:r>
          </w:p>
        </w:tc>
      </w:tr>
      <w:tr w:rsidR="00D47296" w14:paraId="4C757DA5" w14:textId="77777777">
        <w:trPr>
          <w:jc w:val="center"/>
        </w:trPr>
        <w:tc>
          <w:tcPr>
            <w:tcW w:w="3312" w:type="dxa"/>
            <w:tcMar>
              <w:top w:w="70" w:type="dxa"/>
              <w:left w:w="70" w:type="dxa"/>
              <w:bottom w:w="70" w:type="dxa"/>
              <w:right w:w="70" w:type="dxa"/>
            </w:tcMar>
            <w:vAlign w:val="center"/>
          </w:tcPr>
          <w:p w14:paraId="74AACBE2" w14:textId="77777777" w:rsidR="00D47296" w:rsidRDefault="008C31C1">
            <w:r>
              <w:rPr>
                <w:sz w:val="17"/>
              </w:rPr>
              <w:t>HCC-ME District Liaison</w:t>
            </w:r>
          </w:p>
        </w:tc>
        <w:tc>
          <w:tcPr>
            <w:tcW w:w="3024" w:type="dxa"/>
            <w:tcMar>
              <w:top w:w="70" w:type="dxa"/>
              <w:left w:w="70" w:type="dxa"/>
              <w:bottom w:w="70" w:type="dxa"/>
              <w:right w:w="70" w:type="dxa"/>
            </w:tcMar>
            <w:vAlign w:val="center"/>
          </w:tcPr>
          <w:p w14:paraId="575C9BBB" w14:textId="77777777" w:rsidR="00D47296" w:rsidRDefault="008C31C1">
            <w:r>
              <w:rPr>
                <w:i/>
                <w:color w:val="777777"/>
                <w:sz w:val="24"/>
              </w:rPr>
              <w:t>&lt;Contact&gt;</w:t>
            </w:r>
          </w:p>
        </w:tc>
        <w:tc>
          <w:tcPr>
            <w:tcW w:w="2088" w:type="dxa"/>
            <w:tcMar>
              <w:top w:w="70" w:type="dxa"/>
              <w:left w:w="70" w:type="dxa"/>
              <w:bottom w:w="70" w:type="dxa"/>
              <w:right w:w="70" w:type="dxa"/>
            </w:tcMar>
            <w:vAlign w:val="center"/>
          </w:tcPr>
          <w:p w14:paraId="16CF2DE0" w14:textId="77777777" w:rsidR="00D47296" w:rsidRDefault="008C31C1">
            <w:r>
              <w:rPr>
                <w:i/>
                <w:color w:val="777777"/>
                <w:sz w:val="24"/>
              </w:rPr>
              <w:t>&lt;Insert&gt;</w:t>
            </w:r>
          </w:p>
        </w:tc>
        <w:tc>
          <w:tcPr>
            <w:tcW w:w="2088" w:type="dxa"/>
            <w:tcMar>
              <w:top w:w="70" w:type="dxa"/>
              <w:left w:w="70" w:type="dxa"/>
              <w:bottom w:w="70" w:type="dxa"/>
              <w:right w:w="70" w:type="dxa"/>
            </w:tcMar>
            <w:vAlign w:val="center"/>
          </w:tcPr>
          <w:p w14:paraId="251FB528" w14:textId="77777777" w:rsidR="00D47296" w:rsidRDefault="008C31C1">
            <w:r>
              <w:rPr>
                <w:i/>
                <w:color w:val="777777"/>
                <w:sz w:val="24"/>
              </w:rPr>
              <w:t>&lt;Insert&gt;</w:t>
            </w:r>
          </w:p>
        </w:tc>
      </w:tr>
      <w:tr w:rsidR="00D47296" w14:paraId="3CA20292" w14:textId="77777777">
        <w:trPr>
          <w:jc w:val="center"/>
        </w:trPr>
        <w:tc>
          <w:tcPr>
            <w:tcW w:w="3312" w:type="dxa"/>
            <w:shd w:val="clear" w:color="auto" w:fill="E8F2EE"/>
            <w:tcMar>
              <w:top w:w="70" w:type="dxa"/>
              <w:left w:w="70" w:type="dxa"/>
              <w:bottom w:w="70" w:type="dxa"/>
              <w:right w:w="70" w:type="dxa"/>
            </w:tcMar>
            <w:vAlign w:val="center"/>
          </w:tcPr>
          <w:p w14:paraId="52621309" w14:textId="77777777" w:rsidR="00D47296" w:rsidRDefault="008C31C1">
            <w:r>
              <w:rPr>
                <w:sz w:val="17"/>
              </w:rPr>
              <w:t>Utilities</w:t>
            </w:r>
          </w:p>
        </w:tc>
        <w:tc>
          <w:tcPr>
            <w:tcW w:w="3024" w:type="dxa"/>
            <w:shd w:val="clear" w:color="auto" w:fill="E8F2EE"/>
            <w:tcMar>
              <w:top w:w="70" w:type="dxa"/>
              <w:left w:w="70" w:type="dxa"/>
              <w:bottom w:w="70" w:type="dxa"/>
              <w:right w:w="70" w:type="dxa"/>
            </w:tcMar>
            <w:vAlign w:val="center"/>
          </w:tcPr>
          <w:p w14:paraId="17810FEC" w14:textId="77777777" w:rsidR="00D47296" w:rsidRDefault="008C31C1">
            <w:r>
              <w:rPr>
                <w:i/>
                <w:color w:val="777777"/>
                <w:sz w:val="24"/>
              </w:rPr>
              <w:t>&lt;Contact&gt;</w:t>
            </w:r>
          </w:p>
        </w:tc>
        <w:tc>
          <w:tcPr>
            <w:tcW w:w="2088" w:type="dxa"/>
            <w:shd w:val="clear" w:color="auto" w:fill="E8F2EE"/>
            <w:tcMar>
              <w:top w:w="70" w:type="dxa"/>
              <w:left w:w="70" w:type="dxa"/>
              <w:bottom w:w="70" w:type="dxa"/>
              <w:right w:w="70" w:type="dxa"/>
            </w:tcMar>
            <w:vAlign w:val="center"/>
          </w:tcPr>
          <w:p w14:paraId="4D4C876E" w14:textId="77777777" w:rsidR="00D47296" w:rsidRDefault="008C31C1">
            <w:r>
              <w:rPr>
                <w:i/>
                <w:color w:val="777777"/>
                <w:sz w:val="24"/>
              </w:rPr>
              <w:t>&lt;Insert&gt;</w:t>
            </w:r>
          </w:p>
        </w:tc>
        <w:tc>
          <w:tcPr>
            <w:tcW w:w="2088" w:type="dxa"/>
            <w:shd w:val="clear" w:color="auto" w:fill="E8F2EE"/>
            <w:tcMar>
              <w:top w:w="70" w:type="dxa"/>
              <w:left w:w="70" w:type="dxa"/>
              <w:bottom w:w="70" w:type="dxa"/>
              <w:right w:w="70" w:type="dxa"/>
            </w:tcMar>
            <w:vAlign w:val="center"/>
          </w:tcPr>
          <w:p w14:paraId="0BF477BB" w14:textId="77777777" w:rsidR="00D47296" w:rsidRDefault="008C31C1">
            <w:r>
              <w:rPr>
                <w:i/>
                <w:color w:val="777777"/>
                <w:sz w:val="24"/>
              </w:rPr>
              <w:t>&lt;Insert&gt;</w:t>
            </w:r>
          </w:p>
        </w:tc>
      </w:tr>
      <w:tr w:rsidR="00D47296" w14:paraId="2AA5BB88" w14:textId="77777777">
        <w:trPr>
          <w:jc w:val="center"/>
        </w:trPr>
        <w:tc>
          <w:tcPr>
            <w:tcW w:w="3312" w:type="dxa"/>
            <w:tcMar>
              <w:top w:w="70" w:type="dxa"/>
              <w:left w:w="70" w:type="dxa"/>
              <w:bottom w:w="70" w:type="dxa"/>
              <w:right w:w="70" w:type="dxa"/>
            </w:tcMar>
            <w:vAlign w:val="center"/>
          </w:tcPr>
          <w:p w14:paraId="2E497960" w14:textId="77777777" w:rsidR="00D47296" w:rsidRDefault="008C31C1">
            <w:r>
              <w:rPr>
                <w:sz w:val="17"/>
              </w:rPr>
              <w:t>Key vendors</w:t>
            </w:r>
          </w:p>
        </w:tc>
        <w:tc>
          <w:tcPr>
            <w:tcW w:w="3024" w:type="dxa"/>
            <w:tcMar>
              <w:top w:w="70" w:type="dxa"/>
              <w:left w:w="70" w:type="dxa"/>
              <w:bottom w:w="70" w:type="dxa"/>
              <w:right w:w="70" w:type="dxa"/>
            </w:tcMar>
            <w:vAlign w:val="center"/>
          </w:tcPr>
          <w:p w14:paraId="53C225A6" w14:textId="77777777" w:rsidR="00D47296" w:rsidRDefault="008C31C1">
            <w:r>
              <w:rPr>
                <w:i/>
                <w:color w:val="777777"/>
                <w:sz w:val="24"/>
              </w:rPr>
              <w:t>&lt;Directory&gt;</w:t>
            </w:r>
          </w:p>
        </w:tc>
        <w:tc>
          <w:tcPr>
            <w:tcW w:w="2088" w:type="dxa"/>
            <w:tcMar>
              <w:top w:w="70" w:type="dxa"/>
              <w:left w:w="70" w:type="dxa"/>
              <w:bottom w:w="70" w:type="dxa"/>
              <w:right w:w="70" w:type="dxa"/>
            </w:tcMar>
            <w:vAlign w:val="center"/>
          </w:tcPr>
          <w:p w14:paraId="5A2B3FF9" w14:textId="77777777" w:rsidR="00D47296" w:rsidRDefault="008C31C1">
            <w:r>
              <w:rPr>
                <w:i/>
                <w:color w:val="777777"/>
                <w:sz w:val="24"/>
              </w:rPr>
              <w:t>&lt;Insert&gt;</w:t>
            </w:r>
          </w:p>
        </w:tc>
        <w:tc>
          <w:tcPr>
            <w:tcW w:w="2088" w:type="dxa"/>
            <w:tcMar>
              <w:top w:w="70" w:type="dxa"/>
              <w:left w:w="70" w:type="dxa"/>
              <w:bottom w:w="70" w:type="dxa"/>
              <w:right w:w="70" w:type="dxa"/>
            </w:tcMar>
            <w:vAlign w:val="center"/>
          </w:tcPr>
          <w:p w14:paraId="48421829" w14:textId="77777777" w:rsidR="00D47296" w:rsidRDefault="008C31C1">
            <w:r>
              <w:rPr>
                <w:i/>
                <w:color w:val="777777"/>
                <w:sz w:val="24"/>
              </w:rPr>
              <w:t>&lt;Insert&gt;</w:t>
            </w:r>
          </w:p>
        </w:tc>
      </w:tr>
    </w:tbl>
    <w:p w14:paraId="331813B1" w14:textId="77777777" w:rsidR="00D47296" w:rsidRDefault="00D47296">
      <w:pPr>
        <w:spacing w:after="0"/>
      </w:pPr>
    </w:p>
    <w:p w14:paraId="3DB84B7C" w14:textId="77777777" w:rsidR="00D47296" w:rsidRDefault="008C31C1">
      <w:pPr>
        <w:pStyle w:val="Heading1"/>
      </w:pPr>
      <w:r>
        <w:t>ATTACHMENT F - AGREEMENTS / CONTRACTS / REFERRAL &amp; AFTER-HOURS ARRANGEMENTS</w:t>
      </w:r>
    </w:p>
    <w:tbl>
      <w:tblPr>
        <w:tblW w:w="0" w:type="auto"/>
        <w:jc w:val="center"/>
        <w:tblLayout w:type="fixed"/>
        <w:tblLook w:val="04A0" w:firstRow="1" w:lastRow="0" w:firstColumn="1" w:lastColumn="0" w:noHBand="0" w:noVBand="1"/>
      </w:tblPr>
      <w:tblGrid>
        <w:gridCol w:w="2016"/>
        <w:gridCol w:w="2448"/>
        <w:gridCol w:w="2160"/>
        <w:gridCol w:w="1728"/>
        <w:gridCol w:w="1728"/>
        <w:gridCol w:w="1728"/>
      </w:tblGrid>
      <w:tr w:rsidR="00D47296" w14:paraId="1F8F4CE7" w14:textId="77777777">
        <w:trPr>
          <w:tblHeader/>
          <w:jc w:val="center"/>
        </w:trPr>
        <w:tc>
          <w:tcPr>
            <w:tcW w:w="2016" w:type="dxa"/>
            <w:shd w:val="clear" w:color="auto" w:fill="015A41"/>
            <w:tcMar>
              <w:top w:w="70" w:type="dxa"/>
              <w:left w:w="70" w:type="dxa"/>
              <w:bottom w:w="70" w:type="dxa"/>
              <w:right w:w="70" w:type="dxa"/>
            </w:tcMar>
            <w:vAlign w:val="center"/>
          </w:tcPr>
          <w:p w14:paraId="6234BA3F" w14:textId="77777777" w:rsidR="00D47296" w:rsidRDefault="008C31C1">
            <w:r>
              <w:rPr>
                <w:b/>
                <w:color w:val="FFFFFF"/>
                <w:sz w:val="15"/>
              </w:rPr>
              <w:t>Partner / Vendor</w:t>
            </w:r>
          </w:p>
        </w:tc>
        <w:tc>
          <w:tcPr>
            <w:tcW w:w="2448" w:type="dxa"/>
            <w:shd w:val="clear" w:color="auto" w:fill="015A41"/>
            <w:tcMar>
              <w:top w:w="70" w:type="dxa"/>
              <w:left w:w="70" w:type="dxa"/>
              <w:bottom w:w="70" w:type="dxa"/>
              <w:right w:w="70" w:type="dxa"/>
            </w:tcMar>
            <w:vAlign w:val="center"/>
          </w:tcPr>
          <w:p w14:paraId="1BD9F9CD" w14:textId="77777777" w:rsidR="00D47296" w:rsidRDefault="008C31C1">
            <w:r>
              <w:rPr>
                <w:b/>
                <w:color w:val="FFFFFF"/>
                <w:sz w:val="15"/>
              </w:rPr>
              <w:t>Purpose</w:t>
            </w:r>
          </w:p>
        </w:tc>
        <w:tc>
          <w:tcPr>
            <w:tcW w:w="2160" w:type="dxa"/>
            <w:shd w:val="clear" w:color="auto" w:fill="015A41"/>
            <w:tcMar>
              <w:top w:w="70" w:type="dxa"/>
              <w:left w:w="70" w:type="dxa"/>
              <w:bottom w:w="70" w:type="dxa"/>
              <w:right w:w="70" w:type="dxa"/>
            </w:tcMar>
            <w:vAlign w:val="center"/>
          </w:tcPr>
          <w:p w14:paraId="1450EB11" w14:textId="77777777" w:rsidR="00D47296" w:rsidRDefault="008C31C1">
            <w:r>
              <w:rPr>
                <w:b/>
                <w:color w:val="FFFFFF"/>
                <w:sz w:val="15"/>
              </w:rPr>
              <w:t>Agreement Type</w:t>
            </w:r>
          </w:p>
        </w:tc>
        <w:tc>
          <w:tcPr>
            <w:tcW w:w="1728" w:type="dxa"/>
            <w:shd w:val="clear" w:color="auto" w:fill="015A41"/>
            <w:tcMar>
              <w:top w:w="70" w:type="dxa"/>
              <w:left w:w="70" w:type="dxa"/>
              <w:bottom w:w="70" w:type="dxa"/>
              <w:right w:w="70" w:type="dxa"/>
            </w:tcMar>
            <w:vAlign w:val="center"/>
          </w:tcPr>
          <w:p w14:paraId="7F56AA7D" w14:textId="77777777" w:rsidR="00D47296" w:rsidRDefault="008C31C1">
            <w:r>
              <w:rPr>
                <w:b/>
                <w:color w:val="FFFFFF"/>
                <w:sz w:val="15"/>
              </w:rPr>
              <w:t>Effective / Expiration</w:t>
            </w:r>
          </w:p>
        </w:tc>
        <w:tc>
          <w:tcPr>
            <w:tcW w:w="1728" w:type="dxa"/>
            <w:shd w:val="clear" w:color="auto" w:fill="015A41"/>
            <w:tcMar>
              <w:top w:w="70" w:type="dxa"/>
              <w:left w:w="70" w:type="dxa"/>
              <w:bottom w:w="70" w:type="dxa"/>
              <w:right w:w="70" w:type="dxa"/>
            </w:tcMar>
            <w:vAlign w:val="center"/>
          </w:tcPr>
          <w:p w14:paraId="3AD769E8" w14:textId="77777777" w:rsidR="00D47296" w:rsidRDefault="008C31C1">
            <w:r>
              <w:rPr>
                <w:b/>
                <w:color w:val="FFFFFF"/>
                <w:sz w:val="15"/>
              </w:rPr>
              <w:t>24/7 Contact</w:t>
            </w:r>
          </w:p>
        </w:tc>
        <w:tc>
          <w:tcPr>
            <w:tcW w:w="1728" w:type="dxa"/>
            <w:shd w:val="clear" w:color="auto" w:fill="015A41"/>
            <w:tcMar>
              <w:top w:w="70" w:type="dxa"/>
              <w:left w:w="70" w:type="dxa"/>
              <w:bottom w:w="70" w:type="dxa"/>
              <w:right w:w="70" w:type="dxa"/>
            </w:tcMar>
            <w:vAlign w:val="center"/>
          </w:tcPr>
          <w:p w14:paraId="7506C3B7" w14:textId="77777777" w:rsidR="00D47296" w:rsidRDefault="008C31C1">
            <w:r>
              <w:rPr>
                <w:b/>
                <w:color w:val="FFFFFF"/>
                <w:sz w:val="15"/>
              </w:rPr>
              <w:t>Controlled Location</w:t>
            </w:r>
          </w:p>
        </w:tc>
      </w:tr>
      <w:tr w:rsidR="00D47296" w14:paraId="0BC8317C" w14:textId="77777777">
        <w:trPr>
          <w:jc w:val="center"/>
        </w:trPr>
        <w:tc>
          <w:tcPr>
            <w:tcW w:w="2016" w:type="dxa"/>
            <w:shd w:val="clear" w:color="auto" w:fill="E8F2EE"/>
            <w:tcMar>
              <w:top w:w="70" w:type="dxa"/>
              <w:left w:w="70" w:type="dxa"/>
              <w:bottom w:w="70" w:type="dxa"/>
              <w:right w:w="70" w:type="dxa"/>
            </w:tcMar>
            <w:vAlign w:val="center"/>
          </w:tcPr>
          <w:p w14:paraId="5785F27D"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48B48492"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504EA2BD" w14:textId="77777777" w:rsidR="00D47296" w:rsidRDefault="008C31C1">
            <w:r>
              <w:rPr>
                <w:i/>
                <w:color w:val="777777"/>
                <w:sz w:val="24"/>
              </w:rPr>
              <w:t>&lt;MOU/contract/referral/after-hours&gt;</w:t>
            </w:r>
          </w:p>
        </w:tc>
        <w:tc>
          <w:tcPr>
            <w:tcW w:w="1728" w:type="dxa"/>
            <w:shd w:val="clear" w:color="auto" w:fill="E8F2EE"/>
            <w:tcMar>
              <w:top w:w="70" w:type="dxa"/>
              <w:left w:w="70" w:type="dxa"/>
              <w:bottom w:w="70" w:type="dxa"/>
              <w:right w:w="70" w:type="dxa"/>
            </w:tcMar>
            <w:vAlign w:val="center"/>
          </w:tcPr>
          <w:p w14:paraId="73C6145C" w14:textId="77777777" w:rsidR="00D47296" w:rsidRDefault="008C31C1">
            <w:r>
              <w:rPr>
                <w:i/>
                <w:color w:val="777777"/>
                <w:sz w:val="24"/>
              </w:rPr>
              <w:t>&lt;Dates&gt;</w:t>
            </w:r>
          </w:p>
        </w:tc>
        <w:tc>
          <w:tcPr>
            <w:tcW w:w="1728" w:type="dxa"/>
            <w:shd w:val="clear" w:color="auto" w:fill="E8F2EE"/>
            <w:tcMar>
              <w:top w:w="70" w:type="dxa"/>
              <w:left w:w="70" w:type="dxa"/>
              <w:bottom w:w="70" w:type="dxa"/>
              <w:right w:w="70" w:type="dxa"/>
            </w:tcMar>
            <w:vAlign w:val="center"/>
          </w:tcPr>
          <w:p w14:paraId="1107F640" w14:textId="77777777" w:rsidR="00D47296" w:rsidRDefault="008C31C1">
            <w:r>
              <w:rPr>
                <w:i/>
                <w:color w:val="777777"/>
                <w:sz w:val="24"/>
              </w:rPr>
              <w:t>&lt;Contact&gt;</w:t>
            </w:r>
          </w:p>
        </w:tc>
        <w:tc>
          <w:tcPr>
            <w:tcW w:w="1728" w:type="dxa"/>
            <w:shd w:val="clear" w:color="auto" w:fill="E8F2EE"/>
            <w:tcMar>
              <w:top w:w="70" w:type="dxa"/>
              <w:left w:w="70" w:type="dxa"/>
              <w:bottom w:w="70" w:type="dxa"/>
              <w:right w:w="70" w:type="dxa"/>
            </w:tcMar>
            <w:vAlign w:val="center"/>
          </w:tcPr>
          <w:p w14:paraId="797EAD38" w14:textId="77777777" w:rsidR="00D47296" w:rsidRDefault="008C31C1">
            <w:r>
              <w:rPr>
                <w:i/>
                <w:color w:val="777777"/>
                <w:sz w:val="24"/>
              </w:rPr>
              <w:t>&lt;Location&gt;</w:t>
            </w:r>
          </w:p>
        </w:tc>
      </w:tr>
      <w:tr w:rsidR="00D47296" w14:paraId="0FA92D95" w14:textId="77777777">
        <w:trPr>
          <w:jc w:val="center"/>
        </w:trPr>
        <w:tc>
          <w:tcPr>
            <w:tcW w:w="2016" w:type="dxa"/>
            <w:tcMar>
              <w:top w:w="70" w:type="dxa"/>
              <w:left w:w="70" w:type="dxa"/>
              <w:bottom w:w="70" w:type="dxa"/>
              <w:right w:w="70" w:type="dxa"/>
            </w:tcMar>
            <w:vAlign w:val="center"/>
          </w:tcPr>
          <w:p w14:paraId="1A1F2A81"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38AE6324"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151E3279" w14:textId="77777777" w:rsidR="00D47296" w:rsidRDefault="008C31C1">
            <w:r>
              <w:rPr>
                <w:i/>
                <w:color w:val="777777"/>
                <w:sz w:val="24"/>
              </w:rPr>
              <w:t>&lt;MOU/contract/referral/after-hours&gt;</w:t>
            </w:r>
          </w:p>
        </w:tc>
        <w:tc>
          <w:tcPr>
            <w:tcW w:w="1728" w:type="dxa"/>
            <w:tcMar>
              <w:top w:w="70" w:type="dxa"/>
              <w:left w:w="70" w:type="dxa"/>
              <w:bottom w:w="70" w:type="dxa"/>
              <w:right w:w="70" w:type="dxa"/>
            </w:tcMar>
            <w:vAlign w:val="center"/>
          </w:tcPr>
          <w:p w14:paraId="42830FFE" w14:textId="77777777" w:rsidR="00D47296" w:rsidRDefault="008C31C1">
            <w:r>
              <w:rPr>
                <w:i/>
                <w:color w:val="777777"/>
                <w:sz w:val="24"/>
              </w:rPr>
              <w:t>&lt;Dates&gt;</w:t>
            </w:r>
          </w:p>
        </w:tc>
        <w:tc>
          <w:tcPr>
            <w:tcW w:w="1728" w:type="dxa"/>
            <w:tcMar>
              <w:top w:w="70" w:type="dxa"/>
              <w:left w:w="70" w:type="dxa"/>
              <w:bottom w:w="70" w:type="dxa"/>
              <w:right w:w="70" w:type="dxa"/>
            </w:tcMar>
            <w:vAlign w:val="center"/>
          </w:tcPr>
          <w:p w14:paraId="39095A6A" w14:textId="77777777" w:rsidR="00D47296" w:rsidRDefault="008C31C1">
            <w:r>
              <w:rPr>
                <w:i/>
                <w:color w:val="777777"/>
                <w:sz w:val="24"/>
              </w:rPr>
              <w:t>&lt;Contact&gt;</w:t>
            </w:r>
          </w:p>
        </w:tc>
        <w:tc>
          <w:tcPr>
            <w:tcW w:w="1728" w:type="dxa"/>
            <w:tcMar>
              <w:top w:w="70" w:type="dxa"/>
              <w:left w:w="70" w:type="dxa"/>
              <w:bottom w:w="70" w:type="dxa"/>
              <w:right w:w="70" w:type="dxa"/>
            </w:tcMar>
            <w:vAlign w:val="center"/>
          </w:tcPr>
          <w:p w14:paraId="36DE77DD" w14:textId="77777777" w:rsidR="00D47296" w:rsidRDefault="008C31C1">
            <w:r>
              <w:rPr>
                <w:i/>
                <w:color w:val="777777"/>
                <w:sz w:val="24"/>
              </w:rPr>
              <w:t>&lt;Location&gt;</w:t>
            </w:r>
          </w:p>
        </w:tc>
      </w:tr>
      <w:tr w:rsidR="00D47296" w14:paraId="5DA8E320" w14:textId="77777777">
        <w:trPr>
          <w:jc w:val="center"/>
        </w:trPr>
        <w:tc>
          <w:tcPr>
            <w:tcW w:w="2016" w:type="dxa"/>
            <w:shd w:val="clear" w:color="auto" w:fill="E8F2EE"/>
            <w:tcMar>
              <w:top w:w="70" w:type="dxa"/>
              <w:left w:w="70" w:type="dxa"/>
              <w:bottom w:w="70" w:type="dxa"/>
              <w:right w:w="70" w:type="dxa"/>
            </w:tcMar>
            <w:vAlign w:val="center"/>
          </w:tcPr>
          <w:p w14:paraId="68466DDD" w14:textId="77777777" w:rsidR="00D47296" w:rsidRDefault="008C31C1">
            <w:r>
              <w:rPr>
                <w:i/>
                <w:color w:val="777777"/>
                <w:sz w:val="24"/>
              </w:rPr>
              <w:lastRenderedPageBreak/>
              <w:t>&lt;Insert&gt;</w:t>
            </w:r>
          </w:p>
        </w:tc>
        <w:tc>
          <w:tcPr>
            <w:tcW w:w="2448" w:type="dxa"/>
            <w:shd w:val="clear" w:color="auto" w:fill="E8F2EE"/>
            <w:tcMar>
              <w:top w:w="70" w:type="dxa"/>
              <w:left w:w="70" w:type="dxa"/>
              <w:bottom w:w="70" w:type="dxa"/>
              <w:right w:w="70" w:type="dxa"/>
            </w:tcMar>
            <w:vAlign w:val="center"/>
          </w:tcPr>
          <w:p w14:paraId="70F1B516"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3BD0C39" w14:textId="77777777" w:rsidR="00D47296" w:rsidRDefault="008C31C1">
            <w:r>
              <w:rPr>
                <w:i/>
                <w:color w:val="777777"/>
                <w:sz w:val="24"/>
              </w:rPr>
              <w:t>&lt;MOU/contract/referral/after-hours&gt;</w:t>
            </w:r>
          </w:p>
        </w:tc>
        <w:tc>
          <w:tcPr>
            <w:tcW w:w="1728" w:type="dxa"/>
            <w:shd w:val="clear" w:color="auto" w:fill="E8F2EE"/>
            <w:tcMar>
              <w:top w:w="70" w:type="dxa"/>
              <w:left w:w="70" w:type="dxa"/>
              <w:bottom w:w="70" w:type="dxa"/>
              <w:right w:w="70" w:type="dxa"/>
            </w:tcMar>
            <w:vAlign w:val="center"/>
          </w:tcPr>
          <w:p w14:paraId="068AAAAC" w14:textId="77777777" w:rsidR="00D47296" w:rsidRDefault="008C31C1">
            <w:r>
              <w:rPr>
                <w:i/>
                <w:color w:val="777777"/>
                <w:sz w:val="24"/>
              </w:rPr>
              <w:t>&lt;Dates&gt;</w:t>
            </w:r>
          </w:p>
        </w:tc>
        <w:tc>
          <w:tcPr>
            <w:tcW w:w="1728" w:type="dxa"/>
            <w:shd w:val="clear" w:color="auto" w:fill="E8F2EE"/>
            <w:tcMar>
              <w:top w:w="70" w:type="dxa"/>
              <w:left w:w="70" w:type="dxa"/>
              <w:bottom w:w="70" w:type="dxa"/>
              <w:right w:w="70" w:type="dxa"/>
            </w:tcMar>
            <w:vAlign w:val="center"/>
          </w:tcPr>
          <w:p w14:paraId="10C2324C" w14:textId="77777777" w:rsidR="00D47296" w:rsidRDefault="008C31C1">
            <w:r>
              <w:rPr>
                <w:i/>
                <w:color w:val="777777"/>
                <w:sz w:val="24"/>
              </w:rPr>
              <w:t>&lt;Contact&gt;</w:t>
            </w:r>
          </w:p>
        </w:tc>
        <w:tc>
          <w:tcPr>
            <w:tcW w:w="1728" w:type="dxa"/>
            <w:shd w:val="clear" w:color="auto" w:fill="E8F2EE"/>
            <w:tcMar>
              <w:top w:w="70" w:type="dxa"/>
              <w:left w:w="70" w:type="dxa"/>
              <w:bottom w:w="70" w:type="dxa"/>
              <w:right w:w="70" w:type="dxa"/>
            </w:tcMar>
            <w:vAlign w:val="center"/>
          </w:tcPr>
          <w:p w14:paraId="05104EBA" w14:textId="77777777" w:rsidR="00D47296" w:rsidRDefault="008C31C1">
            <w:r>
              <w:rPr>
                <w:i/>
                <w:color w:val="777777"/>
                <w:sz w:val="24"/>
              </w:rPr>
              <w:t>&lt;Location&gt;</w:t>
            </w:r>
          </w:p>
        </w:tc>
      </w:tr>
      <w:tr w:rsidR="00D47296" w14:paraId="70DFA276" w14:textId="77777777">
        <w:trPr>
          <w:jc w:val="center"/>
        </w:trPr>
        <w:tc>
          <w:tcPr>
            <w:tcW w:w="2016" w:type="dxa"/>
            <w:tcMar>
              <w:top w:w="70" w:type="dxa"/>
              <w:left w:w="70" w:type="dxa"/>
              <w:bottom w:w="70" w:type="dxa"/>
              <w:right w:w="70" w:type="dxa"/>
            </w:tcMar>
            <w:vAlign w:val="center"/>
          </w:tcPr>
          <w:p w14:paraId="331E2D40"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7BAB5EF"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40E268D1" w14:textId="77777777" w:rsidR="00D47296" w:rsidRDefault="008C31C1">
            <w:r>
              <w:rPr>
                <w:i/>
                <w:color w:val="777777"/>
                <w:sz w:val="24"/>
              </w:rPr>
              <w:t>&lt;MOU/contract/referral/after-hours&gt;</w:t>
            </w:r>
          </w:p>
        </w:tc>
        <w:tc>
          <w:tcPr>
            <w:tcW w:w="1728" w:type="dxa"/>
            <w:tcMar>
              <w:top w:w="70" w:type="dxa"/>
              <w:left w:w="70" w:type="dxa"/>
              <w:bottom w:w="70" w:type="dxa"/>
              <w:right w:w="70" w:type="dxa"/>
            </w:tcMar>
            <w:vAlign w:val="center"/>
          </w:tcPr>
          <w:p w14:paraId="48DBEF58" w14:textId="77777777" w:rsidR="00D47296" w:rsidRDefault="008C31C1">
            <w:r>
              <w:rPr>
                <w:i/>
                <w:color w:val="777777"/>
                <w:sz w:val="24"/>
              </w:rPr>
              <w:t>&lt;Dates&gt;</w:t>
            </w:r>
          </w:p>
        </w:tc>
        <w:tc>
          <w:tcPr>
            <w:tcW w:w="1728" w:type="dxa"/>
            <w:tcMar>
              <w:top w:w="70" w:type="dxa"/>
              <w:left w:w="70" w:type="dxa"/>
              <w:bottom w:w="70" w:type="dxa"/>
              <w:right w:w="70" w:type="dxa"/>
            </w:tcMar>
            <w:vAlign w:val="center"/>
          </w:tcPr>
          <w:p w14:paraId="3879DF82" w14:textId="77777777" w:rsidR="00D47296" w:rsidRDefault="008C31C1">
            <w:r>
              <w:rPr>
                <w:i/>
                <w:color w:val="777777"/>
                <w:sz w:val="24"/>
              </w:rPr>
              <w:t>&lt;Contact&gt;</w:t>
            </w:r>
          </w:p>
        </w:tc>
        <w:tc>
          <w:tcPr>
            <w:tcW w:w="1728" w:type="dxa"/>
            <w:tcMar>
              <w:top w:w="70" w:type="dxa"/>
              <w:left w:w="70" w:type="dxa"/>
              <w:bottom w:w="70" w:type="dxa"/>
              <w:right w:w="70" w:type="dxa"/>
            </w:tcMar>
            <w:vAlign w:val="center"/>
          </w:tcPr>
          <w:p w14:paraId="36803E37" w14:textId="77777777" w:rsidR="00D47296" w:rsidRDefault="008C31C1">
            <w:r>
              <w:rPr>
                <w:i/>
                <w:color w:val="777777"/>
                <w:sz w:val="24"/>
              </w:rPr>
              <w:t>&lt;Location&gt;</w:t>
            </w:r>
          </w:p>
        </w:tc>
      </w:tr>
      <w:tr w:rsidR="00D47296" w14:paraId="450E38C1" w14:textId="77777777">
        <w:trPr>
          <w:jc w:val="center"/>
        </w:trPr>
        <w:tc>
          <w:tcPr>
            <w:tcW w:w="2016" w:type="dxa"/>
            <w:shd w:val="clear" w:color="auto" w:fill="E8F2EE"/>
            <w:tcMar>
              <w:top w:w="70" w:type="dxa"/>
              <w:left w:w="70" w:type="dxa"/>
              <w:bottom w:w="70" w:type="dxa"/>
              <w:right w:w="70" w:type="dxa"/>
            </w:tcMar>
            <w:vAlign w:val="center"/>
          </w:tcPr>
          <w:p w14:paraId="4E688AF1"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1BA725FB"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7668CD45" w14:textId="77777777" w:rsidR="00D47296" w:rsidRDefault="008C31C1">
            <w:r>
              <w:rPr>
                <w:i/>
                <w:color w:val="777777"/>
                <w:sz w:val="24"/>
              </w:rPr>
              <w:t>&lt;MOU/contract/referral/after-hours&gt;</w:t>
            </w:r>
          </w:p>
        </w:tc>
        <w:tc>
          <w:tcPr>
            <w:tcW w:w="1728" w:type="dxa"/>
            <w:shd w:val="clear" w:color="auto" w:fill="E8F2EE"/>
            <w:tcMar>
              <w:top w:w="70" w:type="dxa"/>
              <w:left w:w="70" w:type="dxa"/>
              <w:bottom w:w="70" w:type="dxa"/>
              <w:right w:w="70" w:type="dxa"/>
            </w:tcMar>
            <w:vAlign w:val="center"/>
          </w:tcPr>
          <w:p w14:paraId="2D97CE06" w14:textId="77777777" w:rsidR="00D47296" w:rsidRDefault="008C31C1">
            <w:r>
              <w:rPr>
                <w:i/>
                <w:color w:val="777777"/>
                <w:sz w:val="24"/>
              </w:rPr>
              <w:t>&lt;Dates&gt;</w:t>
            </w:r>
          </w:p>
        </w:tc>
        <w:tc>
          <w:tcPr>
            <w:tcW w:w="1728" w:type="dxa"/>
            <w:shd w:val="clear" w:color="auto" w:fill="E8F2EE"/>
            <w:tcMar>
              <w:top w:w="70" w:type="dxa"/>
              <w:left w:w="70" w:type="dxa"/>
              <w:bottom w:w="70" w:type="dxa"/>
              <w:right w:w="70" w:type="dxa"/>
            </w:tcMar>
            <w:vAlign w:val="center"/>
          </w:tcPr>
          <w:p w14:paraId="33C77CB2" w14:textId="77777777" w:rsidR="00D47296" w:rsidRDefault="008C31C1">
            <w:r>
              <w:rPr>
                <w:i/>
                <w:color w:val="777777"/>
                <w:sz w:val="24"/>
              </w:rPr>
              <w:t>&lt;Contact&gt;</w:t>
            </w:r>
          </w:p>
        </w:tc>
        <w:tc>
          <w:tcPr>
            <w:tcW w:w="1728" w:type="dxa"/>
            <w:shd w:val="clear" w:color="auto" w:fill="E8F2EE"/>
            <w:tcMar>
              <w:top w:w="70" w:type="dxa"/>
              <w:left w:w="70" w:type="dxa"/>
              <w:bottom w:w="70" w:type="dxa"/>
              <w:right w:w="70" w:type="dxa"/>
            </w:tcMar>
            <w:vAlign w:val="center"/>
          </w:tcPr>
          <w:p w14:paraId="07077B34" w14:textId="77777777" w:rsidR="00D47296" w:rsidRDefault="008C31C1">
            <w:r>
              <w:rPr>
                <w:i/>
                <w:color w:val="777777"/>
                <w:sz w:val="24"/>
              </w:rPr>
              <w:t>&lt;Location&gt;</w:t>
            </w:r>
          </w:p>
        </w:tc>
      </w:tr>
      <w:tr w:rsidR="00D47296" w14:paraId="3268946E" w14:textId="77777777">
        <w:trPr>
          <w:jc w:val="center"/>
        </w:trPr>
        <w:tc>
          <w:tcPr>
            <w:tcW w:w="2016" w:type="dxa"/>
            <w:tcMar>
              <w:top w:w="70" w:type="dxa"/>
              <w:left w:w="70" w:type="dxa"/>
              <w:bottom w:w="70" w:type="dxa"/>
              <w:right w:w="70" w:type="dxa"/>
            </w:tcMar>
            <w:vAlign w:val="center"/>
          </w:tcPr>
          <w:p w14:paraId="4DA42D2A"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E657110"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4AF2D43" w14:textId="77777777" w:rsidR="00D47296" w:rsidRDefault="008C31C1">
            <w:r>
              <w:rPr>
                <w:i/>
                <w:color w:val="777777"/>
                <w:sz w:val="24"/>
              </w:rPr>
              <w:t>&lt;MOU/contract/referral/after-hours&gt;</w:t>
            </w:r>
          </w:p>
        </w:tc>
        <w:tc>
          <w:tcPr>
            <w:tcW w:w="1728" w:type="dxa"/>
            <w:tcMar>
              <w:top w:w="70" w:type="dxa"/>
              <w:left w:w="70" w:type="dxa"/>
              <w:bottom w:w="70" w:type="dxa"/>
              <w:right w:w="70" w:type="dxa"/>
            </w:tcMar>
            <w:vAlign w:val="center"/>
          </w:tcPr>
          <w:p w14:paraId="4F680A87" w14:textId="77777777" w:rsidR="00D47296" w:rsidRDefault="008C31C1">
            <w:r>
              <w:rPr>
                <w:i/>
                <w:color w:val="777777"/>
                <w:sz w:val="24"/>
              </w:rPr>
              <w:t>&lt;Dates&gt;</w:t>
            </w:r>
          </w:p>
        </w:tc>
        <w:tc>
          <w:tcPr>
            <w:tcW w:w="1728" w:type="dxa"/>
            <w:tcMar>
              <w:top w:w="70" w:type="dxa"/>
              <w:left w:w="70" w:type="dxa"/>
              <w:bottom w:w="70" w:type="dxa"/>
              <w:right w:w="70" w:type="dxa"/>
            </w:tcMar>
            <w:vAlign w:val="center"/>
          </w:tcPr>
          <w:p w14:paraId="6568B6CE" w14:textId="77777777" w:rsidR="00D47296" w:rsidRDefault="008C31C1">
            <w:r>
              <w:rPr>
                <w:i/>
                <w:color w:val="777777"/>
                <w:sz w:val="24"/>
              </w:rPr>
              <w:t>&lt;Contact&gt;</w:t>
            </w:r>
          </w:p>
        </w:tc>
        <w:tc>
          <w:tcPr>
            <w:tcW w:w="1728" w:type="dxa"/>
            <w:tcMar>
              <w:top w:w="70" w:type="dxa"/>
              <w:left w:w="70" w:type="dxa"/>
              <w:bottom w:w="70" w:type="dxa"/>
              <w:right w:w="70" w:type="dxa"/>
            </w:tcMar>
            <w:vAlign w:val="center"/>
          </w:tcPr>
          <w:p w14:paraId="7D39EDE6" w14:textId="77777777" w:rsidR="00D47296" w:rsidRDefault="008C31C1">
            <w:r>
              <w:rPr>
                <w:i/>
                <w:color w:val="777777"/>
                <w:sz w:val="24"/>
              </w:rPr>
              <w:t>&lt;Location&gt;</w:t>
            </w:r>
          </w:p>
        </w:tc>
      </w:tr>
      <w:tr w:rsidR="00D47296" w14:paraId="5018CE89" w14:textId="77777777">
        <w:trPr>
          <w:jc w:val="center"/>
        </w:trPr>
        <w:tc>
          <w:tcPr>
            <w:tcW w:w="2016" w:type="dxa"/>
            <w:shd w:val="clear" w:color="auto" w:fill="E8F2EE"/>
            <w:tcMar>
              <w:top w:w="70" w:type="dxa"/>
              <w:left w:w="70" w:type="dxa"/>
              <w:bottom w:w="70" w:type="dxa"/>
              <w:right w:w="70" w:type="dxa"/>
            </w:tcMar>
            <w:vAlign w:val="center"/>
          </w:tcPr>
          <w:p w14:paraId="71130DCF"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0305B3D7"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CD0F97A" w14:textId="77777777" w:rsidR="00D47296" w:rsidRDefault="008C31C1">
            <w:r>
              <w:rPr>
                <w:i/>
                <w:color w:val="777777"/>
                <w:sz w:val="24"/>
              </w:rPr>
              <w:t>&lt;MOU/contract/referral/after-hours&gt;</w:t>
            </w:r>
          </w:p>
        </w:tc>
        <w:tc>
          <w:tcPr>
            <w:tcW w:w="1728" w:type="dxa"/>
            <w:shd w:val="clear" w:color="auto" w:fill="E8F2EE"/>
            <w:tcMar>
              <w:top w:w="70" w:type="dxa"/>
              <w:left w:w="70" w:type="dxa"/>
              <w:bottom w:w="70" w:type="dxa"/>
              <w:right w:w="70" w:type="dxa"/>
            </w:tcMar>
            <w:vAlign w:val="center"/>
          </w:tcPr>
          <w:p w14:paraId="47FF83E8" w14:textId="77777777" w:rsidR="00D47296" w:rsidRDefault="008C31C1">
            <w:r>
              <w:rPr>
                <w:i/>
                <w:color w:val="777777"/>
                <w:sz w:val="24"/>
              </w:rPr>
              <w:t>&lt;Dates&gt;</w:t>
            </w:r>
          </w:p>
        </w:tc>
        <w:tc>
          <w:tcPr>
            <w:tcW w:w="1728" w:type="dxa"/>
            <w:shd w:val="clear" w:color="auto" w:fill="E8F2EE"/>
            <w:tcMar>
              <w:top w:w="70" w:type="dxa"/>
              <w:left w:w="70" w:type="dxa"/>
              <w:bottom w:w="70" w:type="dxa"/>
              <w:right w:w="70" w:type="dxa"/>
            </w:tcMar>
            <w:vAlign w:val="center"/>
          </w:tcPr>
          <w:p w14:paraId="307429CC" w14:textId="77777777" w:rsidR="00D47296" w:rsidRDefault="008C31C1">
            <w:r>
              <w:rPr>
                <w:i/>
                <w:color w:val="777777"/>
                <w:sz w:val="24"/>
              </w:rPr>
              <w:t>&lt;Contact&gt;</w:t>
            </w:r>
          </w:p>
        </w:tc>
        <w:tc>
          <w:tcPr>
            <w:tcW w:w="1728" w:type="dxa"/>
            <w:shd w:val="clear" w:color="auto" w:fill="E8F2EE"/>
            <w:tcMar>
              <w:top w:w="70" w:type="dxa"/>
              <w:left w:w="70" w:type="dxa"/>
              <w:bottom w:w="70" w:type="dxa"/>
              <w:right w:w="70" w:type="dxa"/>
            </w:tcMar>
            <w:vAlign w:val="center"/>
          </w:tcPr>
          <w:p w14:paraId="73744F72" w14:textId="77777777" w:rsidR="00D47296" w:rsidRDefault="008C31C1">
            <w:r>
              <w:rPr>
                <w:i/>
                <w:color w:val="777777"/>
                <w:sz w:val="24"/>
              </w:rPr>
              <w:t>&lt;Location&gt;</w:t>
            </w:r>
          </w:p>
        </w:tc>
      </w:tr>
      <w:tr w:rsidR="00D47296" w14:paraId="4EE1419A" w14:textId="77777777">
        <w:trPr>
          <w:jc w:val="center"/>
        </w:trPr>
        <w:tc>
          <w:tcPr>
            <w:tcW w:w="2016" w:type="dxa"/>
            <w:tcMar>
              <w:top w:w="70" w:type="dxa"/>
              <w:left w:w="70" w:type="dxa"/>
              <w:bottom w:w="70" w:type="dxa"/>
              <w:right w:w="70" w:type="dxa"/>
            </w:tcMar>
            <w:vAlign w:val="center"/>
          </w:tcPr>
          <w:p w14:paraId="62B83D00"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51092408"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66B82A7C" w14:textId="77777777" w:rsidR="00D47296" w:rsidRDefault="008C31C1">
            <w:r>
              <w:rPr>
                <w:i/>
                <w:color w:val="777777"/>
                <w:sz w:val="24"/>
              </w:rPr>
              <w:t>&lt;MOU/contract/referral/after-hours&gt;</w:t>
            </w:r>
          </w:p>
        </w:tc>
        <w:tc>
          <w:tcPr>
            <w:tcW w:w="1728" w:type="dxa"/>
            <w:tcMar>
              <w:top w:w="70" w:type="dxa"/>
              <w:left w:w="70" w:type="dxa"/>
              <w:bottom w:w="70" w:type="dxa"/>
              <w:right w:w="70" w:type="dxa"/>
            </w:tcMar>
            <w:vAlign w:val="center"/>
          </w:tcPr>
          <w:p w14:paraId="4242C03F" w14:textId="77777777" w:rsidR="00D47296" w:rsidRDefault="008C31C1">
            <w:r>
              <w:rPr>
                <w:i/>
                <w:color w:val="777777"/>
                <w:sz w:val="24"/>
              </w:rPr>
              <w:t>&lt;Dates&gt;</w:t>
            </w:r>
          </w:p>
        </w:tc>
        <w:tc>
          <w:tcPr>
            <w:tcW w:w="1728" w:type="dxa"/>
            <w:tcMar>
              <w:top w:w="70" w:type="dxa"/>
              <w:left w:w="70" w:type="dxa"/>
              <w:bottom w:w="70" w:type="dxa"/>
              <w:right w:w="70" w:type="dxa"/>
            </w:tcMar>
            <w:vAlign w:val="center"/>
          </w:tcPr>
          <w:p w14:paraId="15D60BA1" w14:textId="77777777" w:rsidR="00D47296" w:rsidRDefault="008C31C1">
            <w:r>
              <w:rPr>
                <w:i/>
                <w:color w:val="777777"/>
                <w:sz w:val="24"/>
              </w:rPr>
              <w:t>&lt;Contact&gt;</w:t>
            </w:r>
          </w:p>
        </w:tc>
        <w:tc>
          <w:tcPr>
            <w:tcW w:w="1728" w:type="dxa"/>
            <w:tcMar>
              <w:top w:w="70" w:type="dxa"/>
              <w:left w:w="70" w:type="dxa"/>
              <w:bottom w:w="70" w:type="dxa"/>
              <w:right w:w="70" w:type="dxa"/>
            </w:tcMar>
            <w:vAlign w:val="center"/>
          </w:tcPr>
          <w:p w14:paraId="4F88D1B1" w14:textId="77777777" w:rsidR="00D47296" w:rsidRDefault="008C31C1">
            <w:r>
              <w:rPr>
                <w:i/>
                <w:color w:val="777777"/>
                <w:sz w:val="24"/>
              </w:rPr>
              <w:t>&lt;Location&gt;</w:t>
            </w:r>
          </w:p>
        </w:tc>
      </w:tr>
    </w:tbl>
    <w:p w14:paraId="329E83AB" w14:textId="77777777" w:rsidR="00D47296" w:rsidRDefault="00D47296">
      <w:pPr>
        <w:spacing w:after="0"/>
      </w:pPr>
    </w:p>
    <w:p w14:paraId="062DFEFB" w14:textId="77777777" w:rsidR="00D47296" w:rsidRDefault="008C31C1">
      <w:pPr>
        <w:pStyle w:val="Heading1"/>
      </w:pPr>
      <w:r>
        <w:t>ATTACHMENT G - SUPPLY CHAIN &amp; RESOURCE CONTINUITY</w:t>
      </w:r>
    </w:p>
    <w:tbl>
      <w:tblPr>
        <w:tblW w:w="0" w:type="auto"/>
        <w:jc w:val="center"/>
        <w:tblLayout w:type="fixed"/>
        <w:tblLook w:val="04A0" w:firstRow="1" w:lastRow="0" w:firstColumn="1" w:lastColumn="0" w:noHBand="0" w:noVBand="1"/>
      </w:tblPr>
      <w:tblGrid>
        <w:gridCol w:w="2016"/>
        <w:gridCol w:w="2160"/>
        <w:gridCol w:w="2160"/>
        <w:gridCol w:w="1728"/>
        <w:gridCol w:w="2160"/>
        <w:gridCol w:w="1440"/>
      </w:tblGrid>
      <w:tr w:rsidR="00D47296" w14:paraId="15415E0B" w14:textId="77777777">
        <w:trPr>
          <w:tblHeader/>
          <w:jc w:val="center"/>
        </w:trPr>
        <w:tc>
          <w:tcPr>
            <w:tcW w:w="2016" w:type="dxa"/>
            <w:shd w:val="clear" w:color="auto" w:fill="015A41"/>
            <w:tcMar>
              <w:top w:w="70" w:type="dxa"/>
              <w:left w:w="70" w:type="dxa"/>
              <w:bottom w:w="70" w:type="dxa"/>
              <w:right w:w="70" w:type="dxa"/>
            </w:tcMar>
            <w:vAlign w:val="center"/>
          </w:tcPr>
          <w:p w14:paraId="2D9B9E14" w14:textId="77777777" w:rsidR="00D47296" w:rsidRDefault="008C31C1">
            <w:r>
              <w:rPr>
                <w:b/>
                <w:color w:val="FFFFFF"/>
                <w:sz w:val="15"/>
              </w:rPr>
              <w:t>Resource</w:t>
            </w:r>
          </w:p>
        </w:tc>
        <w:tc>
          <w:tcPr>
            <w:tcW w:w="2160" w:type="dxa"/>
            <w:shd w:val="clear" w:color="auto" w:fill="015A41"/>
            <w:tcMar>
              <w:top w:w="70" w:type="dxa"/>
              <w:left w:w="70" w:type="dxa"/>
              <w:bottom w:w="70" w:type="dxa"/>
              <w:right w:w="70" w:type="dxa"/>
            </w:tcMar>
            <w:vAlign w:val="center"/>
          </w:tcPr>
          <w:p w14:paraId="460C3643" w14:textId="77777777" w:rsidR="00D47296" w:rsidRDefault="008C31C1">
            <w:r>
              <w:rPr>
                <w:b/>
                <w:color w:val="FFFFFF"/>
                <w:sz w:val="15"/>
              </w:rPr>
              <w:t>Normal Source</w:t>
            </w:r>
          </w:p>
        </w:tc>
        <w:tc>
          <w:tcPr>
            <w:tcW w:w="2160" w:type="dxa"/>
            <w:shd w:val="clear" w:color="auto" w:fill="015A41"/>
            <w:tcMar>
              <w:top w:w="70" w:type="dxa"/>
              <w:left w:w="70" w:type="dxa"/>
              <w:bottom w:w="70" w:type="dxa"/>
              <w:right w:w="70" w:type="dxa"/>
            </w:tcMar>
            <w:vAlign w:val="center"/>
          </w:tcPr>
          <w:p w14:paraId="5D8A8FBD" w14:textId="77777777" w:rsidR="00D47296" w:rsidRDefault="008C31C1">
            <w:r>
              <w:rPr>
                <w:b/>
                <w:color w:val="FFFFFF"/>
                <w:sz w:val="15"/>
              </w:rPr>
              <w:t>Emergency Source</w:t>
            </w:r>
          </w:p>
        </w:tc>
        <w:tc>
          <w:tcPr>
            <w:tcW w:w="1728" w:type="dxa"/>
            <w:shd w:val="clear" w:color="auto" w:fill="015A41"/>
            <w:tcMar>
              <w:top w:w="70" w:type="dxa"/>
              <w:left w:w="70" w:type="dxa"/>
              <w:bottom w:w="70" w:type="dxa"/>
              <w:right w:w="70" w:type="dxa"/>
            </w:tcMar>
            <w:vAlign w:val="center"/>
          </w:tcPr>
          <w:p w14:paraId="27B938FA" w14:textId="77777777" w:rsidR="00D47296" w:rsidRDefault="008C31C1">
            <w:r>
              <w:rPr>
                <w:b/>
                <w:color w:val="FFFFFF"/>
                <w:sz w:val="15"/>
              </w:rPr>
              <w:t>On-Hand Target</w:t>
            </w:r>
          </w:p>
        </w:tc>
        <w:tc>
          <w:tcPr>
            <w:tcW w:w="2160" w:type="dxa"/>
            <w:shd w:val="clear" w:color="auto" w:fill="015A41"/>
            <w:tcMar>
              <w:top w:w="70" w:type="dxa"/>
              <w:left w:w="70" w:type="dxa"/>
              <w:bottom w:w="70" w:type="dxa"/>
              <w:right w:w="70" w:type="dxa"/>
            </w:tcMar>
            <w:vAlign w:val="center"/>
          </w:tcPr>
          <w:p w14:paraId="07CB9734" w14:textId="77777777" w:rsidR="00D47296" w:rsidRDefault="008C31C1">
            <w:r>
              <w:rPr>
                <w:b/>
                <w:color w:val="FFFFFF"/>
                <w:sz w:val="15"/>
              </w:rPr>
              <w:t>Reorder / Trigger</w:t>
            </w:r>
          </w:p>
        </w:tc>
        <w:tc>
          <w:tcPr>
            <w:tcW w:w="1440" w:type="dxa"/>
            <w:shd w:val="clear" w:color="auto" w:fill="015A41"/>
            <w:tcMar>
              <w:top w:w="70" w:type="dxa"/>
              <w:left w:w="70" w:type="dxa"/>
              <w:bottom w:w="70" w:type="dxa"/>
              <w:right w:w="70" w:type="dxa"/>
            </w:tcMar>
            <w:vAlign w:val="center"/>
          </w:tcPr>
          <w:p w14:paraId="28746B33" w14:textId="77777777" w:rsidR="00D47296" w:rsidRDefault="008C31C1">
            <w:r>
              <w:rPr>
                <w:b/>
                <w:color w:val="FFFFFF"/>
                <w:sz w:val="15"/>
              </w:rPr>
              <w:t>Owner</w:t>
            </w:r>
          </w:p>
        </w:tc>
      </w:tr>
      <w:tr w:rsidR="00D47296" w14:paraId="24A9EC94" w14:textId="77777777">
        <w:trPr>
          <w:jc w:val="center"/>
        </w:trPr>
        <w:tc>
          <w:tcPr>
            <w:tcW w:w="2016" w:type="dxa"/>
            <w:shd w:val="clear" w:color="auto" w:fill="E8F2EE"/>
            <w:tcMar>
              <w:top w:w="70" w:type="dxa"/>
              <w:left w:w="70" w:type="dxa"/>
              <w:bottom w:w="70" w:type="dxa"/>
              <w:right w:w="70" w:type="dxa"/>
            </w:tcMar>
            <w:vAlign w:val="center"/>
          </w:tcPr>
          <w:p w14:paraId="07C18FA9"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27B0FAB2"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4B8E5043"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2DA9ECC3"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6AECC72F"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18A247D1" w14:textId="77777777" w:rsidR="00D47296" w:rsidRDefault="008C31C1">
            <w:r>
              <w:rPr>
                <w:i/>
                <w:color w:val="777777"/>
                <w:sz w:val="24"/>
              </w:rPr>
              <w:t>&lt;Insert&gt;</w:t>
            </w:r>
          </w:p>
        </w:tc>
      </w:tr>
      <w:tr w:rsidR="00D47296" w14:paraId="34B409F1" w14:textId="77777777">
        <w:trPr>
          <w:jc w:val="center"/>
        </w:trPr>
        <w:tc>
          <w:tcPr>
            <w:tcW w:w="2016" w:type="dxa"/>
            <w:tcMar>
              <w:top w:w="70" w:type="dxa"/>
              <w:left w:w="70" w:type="dxa"/>
              <w:bottom w:w="70" w:type="dxa"/>
              <w:right w:w="70" w:type="dxa"/>
            </w:tcMar>
            <w:vAlign w:val="center"/>
          </w:tcPr>
          <w:p w14:paraId="25E5A077"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7549BFA2"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94991DB"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066D3689"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6D1CD2F"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59B94C61" w14:textId="77777777" w:rsidR="00D47296" w:rsidRDefault="008C31C1">
            <w:r>
              <w:rPr>
                <w:i/>
                <w:color w:val="777777"/>
                <w:sz w:val="24"/>
              </w:rPr>
              <w:t>&lt;Insert&gt;</w:t>
            </w:r>
          </w:p>
        </w:tc>
      </w:tr>
      <w:tr w:rsidR="00D47296" w14:paraId="078DE6A3" w14:textId="77777777">
        <w:trPr>
          <w:jc w:val="center"/>
        </w:trPr>
        <w:tc>
          <w:tcPr>
            <w:tcW w:w="2016" w:type="dxa"/>
            <w:shd w:val="clear" w:color="auto" w:fill="E8F2EE"/>
            <w:tcMar>
              <w:top w:w="70" w:type="dxa"/>
              <w:left w:w="70" w:type="dxa"/>
              <w:bottom w:w="70" w:type="dxa"/>
              <w:right w:w="70" w:type="dxa"/>
            </w:tcMar>
            <w:vAlign w:val="center"/>
          </w:tcPr>
          <w:p w14:paraId="79EE412F"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444791B9"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8AE448C"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20885646"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296283BD"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4364A800" w14:textId="77777777" w:rsidR="00D47296" w:rsidRDefault="008C31C1">
            <w:r>
              <w:rPr>
                <w:i/>
                <w:color w:val="777777"/>
                <w:sz w:val="24"/>
              </w:rPr>
              <w:t>&lt;Insert&gt;</w:t>
            </w:r>
          </w:p>
        </w:tc>
      </w:tr>
      <w:tr w:rsidR="00D47296" w14:paraId="5FB0481F" w14:textId="77777777">
        <w:trPr>
          <w:jc w:val="center"/>
        </w:trPr>
        <w:tc>
          <w:tcPr>
            <w:tcW w:w="2016" w:type="dxa"/>
            <w:tcMar>
              <w:top w:w="70" w:type="dxa"/>
              <w:left w:w="70" w:type="dxa"/>
              <w:bottom w:w="70" w:type="dxa"/>
              <w:right w:w="70" w:type="dxa"/>
            </w:tcMar>
            <w:vAlign w:val="center"/>
          </w:tcPr>
          <w:p w14:paraId="69D5BE80"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47FA12AF"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5FABA9C6"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579D07D7"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3E42A70F"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1E0FD021" w14:textId="77777777" w:rsidR="00D47296" w:rsidRDefault="008C31C1">
            <w:r>
              <w:rPr>
                <w:i/>
                <w:color w:val="777777"/>
                <w:sz w:val="24"/>
              </w:rPr>
              <w:t>&lt;Insert&gt;</w:t>
            </w:r>
          </w:p>
        </w:tc>
      </w:tr>
      <w:tr w:rsidR="00D47296" w14:paraId="60A37B05" w14:textId="77777777">
        <w:trPr>
          <w:jc w:val="center"/>
        </w:trPr>
        <w:tc>
          <w:tcPr>
            <w:tcW w:w="2016" w:type="dxa"/>
            <w:shd w:val="clear" w:color="auto" w:fill="E8F2EE"/>
            <w:tcMar>
              <w:top w:w="70" w:type="dxa"/>
              <w:left w:w="70" w:type="dxa"/>
              <w:bottom w:w="70" w:type="dxa"/>
              <w:right w:w="70" w:type="dxa"/>
            </w:tcMar>
            <w:vAlign w:val="center"/>
          </w:tcPr>
          <w:p w14:paraId="08CBA7B4"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7ED6116"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38B2416A"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298450BB"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5419EBE0"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017AD755" w14:textId="77777777" w:rsidR="00D47296" w:rsidRDefault="008C31C1">
            <w:r>
              <w:rPr>
                <w:i/>
                <w:color w:val="777777"/>
                <w:sz w:val="24"/>
              </w:rPr>
              <w:t>&lt;Insert&gt;</w:t>
            </w:r>
          </w:p>
        </w:tc>
      </w:tr>
      <w:tr w:rsidR="00D47296" w14:paraId="59A06C51" w14:textId="77777777">
        <w:trPr>
          <w:jc w:val="center"/>
        </w:trPr>
        <w:tc>
          <w:tcPr>
            <w:tcW w:w="2016" w:type="dxa"/>
            <w:tcMar>
              <w:top w:w="70" w:type="dxa"/>
              <w:left w:w="70" w:type="dxa"/>
              <w:bottom w:w="70" w:type="dxa"/>
              <w:right w:w="70" w:type="dxa"/>
            </w:tcMar>
            <w:vAlign w:val="center"/>
          </w:tcPr>
          <w:p w14:paraId="7AB34FEC"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4C0E059F"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50FA8C63"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36E893D2"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137BC1AC"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0DC1A9EC" w14:textId="77777777" w:rsidR="00D47296" w:rsidRDefault="008C31C1">
            <w:r>
              <w:rPr>
                <w:i/>
                <w:color w:val="777777"/>
                <w:sz w:val="24"/>
              </w:rPr>
              <w:t>&lt;Insert&gt;</w:t>
            </w:r>
          </w:p>
        </w:tc>
      </w:tr>
      <w:tr w:rsidR="00D47296" w14:paraId="4C20375B" w14:textId="77777777">
        <w:trPr>
          <w:jc w:val="center"/>
        </w:trPr>
        <w:tc>
          <w:tcPr>
            <w:tcW w:w="2016" w:type="dxa"/>
            <w:shd w:val="clear" w:color="auto" w:fill="E8F2EE"/>
            <w:tcMar>
              <w:top w:w="70" w:type="dxa"/>
              <w:left w:w="70" w:type="dxa"/>
              <w:bottom w:w="70" w:type="dxa"/>
              <w:right w:w="70" w:type="dxa"/>
            </w:tcMar>
            <w:vAlign w:val="center"/>
          </w:tcPr>
          <w:p w14:paraId="7A68585B"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1012A1B5"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35D25FF7"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62B85DF2"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55F8F73C"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4B31AF55" w14:textId="77777777" w:rsidR="00D47296" w:rsidRDefault="008C31C1">
            <w:r>
              <w:rPr>
                <w:i/>
                <w:color w:val="777777"/>
                <w:sz w:val="24"/>
              </w:rPr>
              <w:t>&lt;Insert&gt;</w:t>
            </w:r>
          </w:p>
        </w:tc>
      </w:tr>
      <w:tr w:rsidR="00D47296" w14:paraId="3D30F1E9" w14:textId="77777777">
        <w:trPr>
          <w:jc w:val="center"/>
        </w:trPr>
        <w:tc>
          <w:tcPr>
            <w:tcW w:w="2016" w:type="dxa"/>
            <w:tcMar>
              <w:top w:w="70" w:type="dxa"/>
              <w:left w:w="70" w:type="dxa"/>
              <w:bottom w:w="70" w:type="dxa"/>
              <w:right w:w="70" w:type="dxa"/>
            </w:tcMar>
            <w:vAlign w:val="center"/>
          </w:tcPr>
          <w:p w14:paraId="0AF871FB"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78396E71"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4E4ED119"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40B88339"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18F0511"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66C20B1B" w14:textId="77777777" w:rsidR="00D47296" w:rsidRDefault="008C31C1">
            <w:r>
              <w:rPr>
                <w:i/>
                <w:color w:val="777777"/>
                <w:sz w:val="24"/>
              </w:rPr>
              <w:t>&lt;Insert&gt;</w:t>
            </w:r>
          </w:p>
        </w:tc>
      </w:tr>
      <w:tr w:rsidR="00D47296" w14:paraId="53BF901E" w14:textId="77777777">
        <w:trPr>
          <w:jc w:val="center"/>
        </w:trPr>
        <w:tc>
          <w:tcPr>
            <w:tcW w:w="2016" w:type="dxa"/>
            <w:shd w:val="clear" w:color="auto" w:fill="E8F2EE"/>
            <w:tcMar>
              <w:top w:w="70" w:type="dxa"/>
              <w:left w:w="70" w:type="dxa"/>
              <w:bottom w:w="70" w:type="dxa"/>
              <w:right w:w="70" w:type="dxa"/>
            </w:tcMar>
            <w:vAlign w:val="center"/>
          </w:tcPr>
          <w:p w14:paraId="19BD5A8D" w14:textId="77777777" w:rsidR="00D47296" w:rsidRDefault="008C31C1">
            <w:r>
              <w:rPr>
                <w:i/>
                <w:color w:val="777777"/>
                <w:sz w:val="24"/>
              </w:rPr>
              <w:lastRenderedPageBreak/>
              <w:t>&lt;Insert&gt;</w:t>
            </w:r>
          </w:p>
        </w:tc>
        <w:tc>
          <w:tcPr>
            <w:tcW w:w="2160" w:type="dxa"/>
            <w:shd w:val="clear" w:color="auto" w:fill="E8F2EE"/>
            <w:tcMar>
              <w:top w:w="70" w:type="dxa"/>
              <w:left w:w="70" w:type="dxa"/>
              <w:bottom w:w="70" w:type="dxa"/>
              <w:right w:w="70" w:type="dxa"/>
            </w:tcMar>
            <w:vAlign w:val="center"/>
          </w:tcPr>
          <w:p w14:paraId="1047A413"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276E2001"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46CE9B8F"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7F328494"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5015147B" w14:textId="77777777" w:rsidR="00D47296" w:rsidRDefault="008C31C1">
            <w:r>
              <w:rPr>
                <w:i/>
                <w:color w:val="777777"/>
                <w:sz w:val="24"/>
              </w:rPr>
              <w:t>&lt;Insert&gt;</w:t>
            </w:r>
          </w:p>
        </w:tc>
      </w:tr>
      <w:tr w:rsidR="00D47296" w14:paraId="27955214" w14:textId="77777777">
        <w:trPr>
          <w:jc w:val="center"/>
        </w:trPr>
        <w:tc>
          <w:tcPr>
            <w:tcW w:w="2016" w:type="dxa"/>
            <w:tcMar>
              <w:top w:w="70" w:type="dxa"/>
              <w:left w:w="70" w:type="dxa"/>
              <w:bottom w:w="70" w:type="dxa"/>
              <w:right w:w="70" w:type="dxa"/>
            </w:tcMar>
            <w:vAlign w:val="center"/>
          </w:tcPr>
          <w:p w14:paraId="7708BC24"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526AAD7"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5774B406"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332B33AE"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1B6A6A76"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5C82F8F2" w14:textId="77777777" w:rsidR="00D47296" w:rsidRDefault="008C31C1">
            <w:r>
              <w:rPr>
                <w:i/>
                <w:color w:val="777777"/>
                <w:sz w:val="24"/>
              </w:rPr>
              <w:t>&lt;Insert&gt;</w:t>
            </w:r>
          </w:p>
        </w:tc>
      </w:tr>
    </w:tbl>
    <w:p w14:paraId="267A8DE7" w14:textId="77777777" w:rsidR="00D47296" w:rsidRDefault="00D47296">
      <w:pPr>
        <w:spacing w:after="0"/>
      </w:pPr>
    </w:p>
    <w:p w14:paraId="46A29914" w14:textId="77777777" w:rsidR="00D47296" w:rsidRDefault="008C31C1">
      <w:pPr>
        <w:pStyle w:val="Heading1"/>
      </w:pPr>
      <w:r>
        <w:t>ATTACHMENT H - EVACUATION / SHELTER-IN-PLACE / CLOSURE DOCUMENTATION</w:t>
      </w:r>
    </w:p>
    <w:tbl>
      <w:tblPr>
        <w:tblW w:w="0" w:type="auto"/>
        <w:jc w:val="center"/>
        <w:tblLayout w:type="fixed"/>
        <w:tblLook w:val="04A0" w:firstRow="1" w:lastRow="0" w:firstColumn="1" w:lastColumn="0" w:noHBand="0" w:noVBand="1"/>
      </w:tblPr>
      <w:tblGrid>
        <w:gridCol w:w="4464"/>
        <w:gridCol w:w="4320"/>
        <w:gridCol w:w="1728"/>
      </w:tblGrid>
      <w:tr w:rsidR="00D47296" w14:paraId="3AFAD27B" w14:textId="77777777">
        <w:trPr>
          <w:tblHeader/>
          <w:jc w:val="center"/>
        </w:trPr>
        <w:tc>
          <w:tcPr>
            <w:tcW w:w="4464" w:type="dxa"/>
            <w:shd w:val="clear" w:color="auto" w:fill="015A41"/>
            <w:tcMar>
              <w:top w:w="70" w:type="dxa"/>
              <w:left w:w="70" w:type="dxa"/>
              <w:bottom w:w="70" w:type="dxa"/>
              <w:right w:w="70" w:type="dxa"/>
            </w:tcMar>
            <w:vAlign w:val="center"/>
          </w:tcPr>
          <w:p w14:paraId="66D77D03" w14:textId="77777777" w:rsidR="00D47296" w:rsidRDefault="008C31C1">
            <w:r>
              <w:rPr>
                <w:b/>
                <w:color w:val="FFFFFF"/>
                <w:sz w:val="18"/>
              </w:rPr>
              <w:t>Item</w:t>
            </w:r>
          </w:p>
        </w:tc>
        <w:tc>
          <w:tcPr>
            <w:tcW w:w="4320" w:type="dxa"/>
            <w:shd w:val="clear" w:color="auto" w:fill="015A41"/>
            <w:tcMar>
              <w:top w:w="70" w:type="dxa"/>
              <w:left w:w="70" w:type="dxa"/>
              <w:bottom w:w="70" w:type="dxa"/>
              <w:right w:w="70" w:type="dxa"/>
            </w:tcMar>
            <w:vAlign w:val="center"/>
          </w:tcPr>
          <w:p w14:paraId="73E3D9BE" w14:textId="77777777" w:rsidR="00D47296" w:rsidRDefault="008C31C1">
            <w:r>
              <w:rPr>
                <w:b/>
                <w:color w:val="FFFFFF"/>
                <w:sz w:val="18"/>
              </w:rPr>
              <w:t>Controlled Document / Location</w:t>
            </w:r>
          </w:p>
        </w:tc>
        <w:tc>
          <w:tcPr>
            <w:tcW w:w="1728" w:type="dxa"/>
            <w:shd w:val="clear" w:color="auto" w:fill="015A41"/>
            <w:tcMar>
              <w:top w:w="70" w:type="dxa"/>
              <w:left w:w="70" w:type="dxa"/>
              <w:bottom w:w="70" w:type="dxa"/>
              <w:right w:w="70" w:type="dxa"/>
            </w:tcMar>
            <w:vAlign w:val="center"/>
          </w:tcPr>
          <w:p w14:paraId="07253F52" w14:textId="77777777" w:rsidR="00D47296" w:rsidRDefault="008C31C1">
            <w:r>
              <w:rPr>
                <w:b/>
                <w:color w:val="FFFFFF"/>
                <w:sz w:val="18"/>
              </w:rPr>
              <w:t>Last Verified</w:t>
            </w:r>
          </w:p>
        </w:tc>
      </w:tr>
      <w:tr w:rsidR="00D47296" w14:paraId="7E45F651" w14:textId="77777777">
        <w:trPr>
          <w:jc w:val="center"/>
        </w:trPr>
        <w:tc>
          <w:tcPr>
            <w:tcW w:w="4464" w:type="dxa"/>
            <w:shd w:val="clear" w:color="auto" w:fill="E8F2EE"/>
            <w:tcMar>
              <w:top w:w="70" w:type="dxa"/>
              <w:left w:w="70" w:type="dxa"/>
              <w:bottom w:w="70" w:type="dxa"/>
              <w:right w:w="70" w:type="dxa"/>
            </w:tcMar>
            <w:vAlign w:val="center"/>
          </w:tcPr>
          <w:p w14:paraId="43697A2C" w14:textId="77777777" w:rsidR="00D47296" w:rsidRDefault="008C31C1">
            <w:r>
              <w:rPr>
                <w:sz w:val="18"/>
              </w:rPr>
              <w:t>Evacuation map(s) / exit routes</w:t>
            </w:r>
          </w:p>
        </w:tc>
        <w:tc>
          <w:tcPr>
            <w:tcW w:w="4320" w:type="dxa"/>
            <w:shd w:val="clear" w:color="auto" w:fill="E8F2EE"/>
            <w:tcMar>
              <w:top w:w="70" w:type="dxa"/>
              <w:left w:w="70" w:type="dxa"/>
              <w:bottom w:w="70" w:type="dxa"/>
              <w:right w:w="70" w:type="dxa"/>
            </w:tcMar>
            <w:vAlign w:val="center"/>
          </w:tcPr>
          <w:p w14:paraId="4080BA62" w14:textId="77777777" w:rsidR="00D47296" w:rsidRDefault="008C31C1">
            <w:r>
              <w:rPr>
                <w:i/>
                <w:color w:val="777777"/>
                <w:sz w:val="24"/>
              </w:rPr>
              <w:t>&lt;Location&gt;</w:t>
            </w:r>
          </w:p>
        </w:tc>
        <w:tc>
          <w:tcPr>
            <w:tcW w:w="1728" w:type="dxa"/>
            <w:shd w:val="clear" w:color="auto" w:fill="E8F2EE"/>
            <w:tcMar>
              <w:top w:w="70" w:type="dxa"/>
              <w:left w:w="70" w:type="dxa"/>
              <w:bottom w:w="70" w:type="dxa"/>
              <w:right w:w="70" w:type="dxa"/>
            </w:tcMar>
            <w:vAlign w:val="center"/>
          </w:tcPr>
          <w:p w14:paraId="257B179F" w14:textId="77777777" w:rsidR="00D47296" w:rsidRDefault="008C31C1">
            <w:r>
              <w:rPr>
                <w:i/>
                <w:color w:val="777777"/>
                <w:sz w:val="24"/>
              </w:rPr>
              <w:t>&lt;Date&gt;</w:t>
            </w:r>
          </w:p>
        </w:tc>
      </w:tr>
      <w:tr w:rsidR="00D47296" w14:paraId="4076D82C" w14:textId="77777777">
        <w:trPr>
          <w:jc w:val="center"/>
        </w:trPr>
        <w:tc>
          <w:tcPr>
            <w:tcW w:w="4464" w:type="dxa"/>
            <w:tcMar>
              <w:top w:w="70" w:type="dxa"/>
              <w:left w:w="70" w:type="dxa"/>
              <w:bottom w:w="70" w:type="dxa"/>
              <w:right w:w="70" w:type="dxa"/>
            </w:tcMar>
            <w:vAlign w:val="center"/>
          </w:tcPr>
          <w:p w14:paraId="5D076D2C" w14:textId="77777777" w:rsidR="00D47296" w:rsidRDefault="008C31C1">
            <w:r>
              <w:rPr>
                <w:sz w:val="18"/>
              </w:rPr>
              <w:t>Exit-sign / egress verification</w:t>
            </w:r>
          </w:p>
        </w:tc>
        <w:tc>
          <w:tcPr>
            <w:tcW w:w="4320" w:type="dxa"/>
            <w:tcMar>
              <w:top w:w="70" w:type="dxa"/>
              <w:left w:w="70" w:type="dxa"/>
              <w:bottom w:w="70" w:type="dxa"/>
              <w:right w:w="70" w:type="dxa"/>
            </w:tcMar>
            <w:vAlign w:val="center"/>
          </w:tcPr>
          <w:p w14:paraId="00F4129F" w14:textId="77777777" w:rsidR="00D47296" w:rsidRDefault="008C31C1">
            <w:r>
              <w:rPr>
                <w:i/>
                <w:color w:val="777777"/>
                <w:sz w:val="24"/>
              </w:rPr>
              <w:t>&lt;Location&gt;</w:t>
            </w:r>
          </w:p>
        </w:tc>
        <w:tc>
          <w:tcPr>
            <w:tcW w:w="1728" w:type="dxa"/>
            <w:tcMar>
              <w:top w:w="70" w:type="dxa"/>
              <w:left w:w="70" w:type="dxa"/>
              <w:bottom w:w="70" w:type="dxa"/>
              <w:right w:w="70" w:type="dxa"/>
            </w:tcMar>
            <w:vAlign w:val="center"/>
          </w:tcPr>
          <w:p w14:paraId="2E7B04E0" w14:textId="77777777" w:rsidR="00D47296" w:rsidRDefault="008C31C1">
            <w:r>
              <w:rPr>
                <w:i/>
                <w:color w:val="777777"/>
                <w:sz w:val="24"/>
              </w:rPr>
              <w:t>&lt;Date&gt;</w:t>
            </w:r>
          </w:p>
        </w:tc>
      </w:tr>
      <w:tr w:rsidR="00D47296" w14:paraId="539F7918" w14:textId="77777777">
        <w:trPr>
          <w:jc w:val="center"/>
        </w:trPr>
        <w:tc>
          <w:tcPr>
            <w:tcW w:w="4464" w:type="dxa"/>
            <w:shd w:val="clear" w:color="auto" w:fill="E8F2EE"/>
            <w:tcMar>
              <w:top w:w="70" w:type="dxa"/>
              <w:left w:w="70" w:type="dxa"/>
              <w:bottom w:w="70" w:type="dxa"/>
              <w:right w:w="70" w:type="dxa"/>
            </w:tcMar>
            <w:vAlign w:val="center"/>
          </w:tcPr>
          <w:p w14:paraId="2A4FEA50" w14:textId="77777777" w:rsidR="00D47296" w:rsidRDefault="008C31C1">
            <w:r>
              <w:rPr>
                <w:sz w:val="18"/>
              </w:rPr>
              <w:t>Assembly/accountability procedure</w:t>
            </w:r>
          </w:p>
        </w:tc>
        <w:tc>
          <w:tcPr>
            <w:tcW w:w="4320" w:type="dxa"/>
            <w:shd w:val="clear" w:color="auto" w:fill="E8F2EE"/>
            <w:tcMar>
              <w:top w:w="70" w:type="dxa"/>
              <w:left w:w="70" w:type="dxa"/>
              <w:bottom w:w="70" w:type="dxa"/>
              <w:right w:w="70" w:type="dxa"/>
            </w:tcMar>
            <w:vAlign w:val="center"/>
          </w:tcPr>
          <w:p w14:paraId="56DCC472" w14:textId="77777777" w:rsidR="00D47296" w:rsidRDefault="008C31C1">
            <w:r>
              <w:rPr>
                <w:i/>
                <w:color w:val="777777"/>
                <w:sz w:val="24"/>
              </w:rPr>
              <w:t>&lt;Location&gt;</w:t>
            </w:r>
          </w:p>
        </w:tc>
        <w:tc>
          <w:tcPr>
            <w:tcW w:w="1728" w:type="dxa"/>
            <w:shd w:val="clear" w:color="auto" w:fill="E8F2EE"/>
            <w:tcMar>
              <w:top w:w="70" w:type="dxa"/>
              <w:left w:w="70" w:type="dxa"/>
              <w:bottom w:w="70" w:type="dxa"/>
              <w:right w:w="70" w:type="dxa"/>
            </w:tcMar>
            <w:vAlign w:val="center"/>
          </w:tcPr>
          <w:p w14:paraId="6E692AE5" w14:textId="77777777" w:rsidR="00D47296" w:rsidRDefault="008C31C1">
            <w:r>
              <w:rPr>
                <w:i/>
                <w:color w:val="777777"/>
                <w:sz w:val="24"/>
              </w:rPr>
              <w:t>&lt;Date&gt;</w:t>
            </w:r>
          </w:p>
        </w:tc>
      </w:tr>
      <w:tr w:rsidR="00D47296" w14:paraId="1A81FCA4" w14:textId="77777777">
        <w:trPr>
          <w:jc w:val="center"/>
        </w:trPr>
        <w:tc>
          <w:tcPr>
            <w:tcW w:w="4464" w:type="dxa"/>
            <w:tcMar>
              <w:top w:w="70" w:type="dxa"/>
              <w:left w:w="70" w:type="dxa"/>
              <w:bottom w:w="70" w:type="dxa"/>
              <w:right w:w="70" w:type="dxa"/>
            </w:tcMar>
            <w:vAlign w:val="center"/>
          </w:tcPr>
          <w:p w14:paraId="27F568C2" w14:textId="77777777" w:rsidR="00D47296" w:rsidRDefault="008C31C1">
            <w:r>
              <w:rPr>
                <w:sz w:val="18"/>
              </w:rPr>
              <w:t>Accessible evacuation provisions</w:t>
            </w:r>
          </w:p>
        </w:tc>
        <w:tc>
          <w:tcPr>
            <w:tcW w:w="4320" w:type="dxa"/>
            <w:tcMar>
              <w:top w:w="70" w:type="dxa"/>
              <w:left w:w="70" w:type="dxa"/>
              <w:bottom w:w="70" w:type="dxa"/>
              <w:right w:w="70" w:type="dxa"/>
            </w:tcMar>
            <w:vAlign w:val="center"/>
          </w:tcPr>
          <w:p w14:paraId="0CC0A88E" w14:textId="77777777" w:rsidR="00D47296" w:rsidRDefault="008C31C1">
            <w:r>
              <w:rPr>
                <w:i/>
                <w:color w:val="777777"/>
                <w:sz w:val="24"/>
              </w:rPr>
              <w:t>&lt;Location&gt;</w:t>
            </w:r>
          </w:p>
        </w:tc>
        <w:tc>
          <w:tcPr>
            <w:tcW w:w="1728" w:type="dxa"/>
            <w:tcMar>
              <w:top w:w="70" w:type="dxa"/>
              <w:left w:w="70" w:type="dxa"/>
              <w:bottom w:w="70" w:type="dxa"/>
              <w:right w:w="70" w:type="dxa"/>
            </w:tcMar>
            <w:vAlign w:val="center"/>
          </w:tcPr>
          <w:p w14:paraId="560F0D67" w14:textId="77777777" w:rsidR="00D47296" w:rsidRDefault="008C31C1">
            <w:r>
              <w:rPr>
                <w:i/>
                <w:color w:val="777777"/>
                <w:sz w:val="24"/>
              </w:rPr>
              <w:t>&lt;Date&gt;</w:t>
            </w:r>
          </w:p>
        </w:tc>
      </w:tr>
      <w:tr w:rsidR="00D47296" w14:paraId="3B819BE8" w14:textId="77777777">
        <w:trPr>
          <w:jc w:val="center"/>
        </w:trPr>
        <w:tc>
          <w:tcPr>
            <w:tcW w:w="4464" w:type="dxa"/>
            <w:shd w:val="clear" w:color="auto" w:fill="E8F2EE"/>
            <w:tcMar>
              <w:top w:w="70" w:type="dxa"/>
              <w:left w:w="70" w:type="dxa"/>
              <w:bottom w:w="70" w:type="dxa"/>
              <w:right w:w="70" w:type="dxa"/>
            </w:tcMar>
            <w:vAlign w:val="center"/>
          </w:tcPr>
          <w:p w14:paraId="07C5D95A" w14:textId="77777777" w:rsidR="00D47296" w:rsidRDefault="008C31C1">
            <w:r>
              <w:rPr>
                <w:sz w:val="18"/>
              </w:rPr>
              <w:t>Shelter-in-place areas / criteria</w:t>
            </w:r>
          </w:p>
        </w:tc>
        <w:tc>
          <w:tcPr>
            <w:tcW w:w="4320" w:type="dxa"/>
            <w:shd w:val="clear" w:color="auto" w:fill="E8F2EE"/>
            <w:tcMar>
              <w:top w:w="70" w:type="dxa"/>
              <w:left w:w="70" w:type="dxa"/>
              <w:bottom w:w="70" w:type="dxa"/>
              <w:right w:w="70" w:type="dxa"/>
            </w:tcMar>
            <w:vAlign w:val="center"/>
          </w:tcPr>
          <w:p w14:paraId="4C3006E5" w14:textId="77777777" w:rsidR="00D47296" w:rsidRDefault="008C31C1">
            <w:r>
              <w:rPr>
                <w:i/>
                <w:color w:val="777777"/>
                <w:sz w:val="24"/>
              </w:rPr>
              <w:t>&lt;Location&gt;</w:t>
            </w:r>
          </w:p>
        </w:tc>
        <w:tc>
          <w:tcPr>
            <w:tcW w:w="1728" w:type="dxa"/>
            <w:shd w:val="clear" w:color="auto" w:fill="E8F2EE"/>
            <w:tcMar>
              <w:top w:w="70" w:type="dxa"/>
              <w:left w:w="70" w:type="dxa"/>
              <w:bottom w:w="70" w:type="dxa"/>
              <w:right w:w="70" w:type="dxa"/>
            </w:tcMar>
            <w:vAlign w:val="center"/>
          </w:tcPr>
          <w:p w14:paraId="698557AE" w14:textId="77777777" w:rsidR="00D47296" w:rsidRDefault="008C31C1">
            <w:r>
              <w:rPr>
                <w:i/>
                <w:color w:val="777777"/>
                <w:sz w:val="24"/>
              </w:rPr>
              <w:t>&lt;Date&gt;</w:t>
            </w:r>
          </w:p>
        </w:tc>
      </w:tr>
      <w:tr w:rsidR="00D47296" w14:paraId="6F764CD5" w14:textId="77777777">
        <w:trPr>
          <w:jc w:val="center"/>
        </w:trPr>
        <w:tc>
          <w:tcPr>
            <w:tcW w:w="4464" w:type="dxa"/>
            <w:tcMar>
              <w:top w:w="70" w:type="dxa"/>
              <w:left w:w="70" w:type="dxa"/>
              <w:bottom w:w="70" w:type="dxa"/>
              <w:right w:w="70" w:type="dxa"/>
            </w:tcMar>
            <w:vAlign w:val="center"/>
          </w:tcPr>
          <w:p w14:paraId="7646EA1F" w14:textId="77777777" w:rsidR="00D47296" w:rsidRDefault="008C31C1">
            <w:r>
              <w:rPr>
                <w:sz w:val="18"/>
              </w:rPr>
              <w:t>Closure / delayed opening procedure</w:t>
            </w:r>
          </w:p>
        </w:tc>
        <w:tc>
          <w:tcPr>
            <w:tcW w:w="4320" w:type="dxa"/>
            <w:tcMar>
              <w:top w:w="70" w:type="dxa"/>
              <w:left w:w="70" w:type="dxa"/>
              <w:bottom w:w="70" w:type="dxa"/>
              <w:right w:w="70" w:type="dxa"/>
            </w:tcMar>
            <w:vAlign w:val="center"/>
          </w:tcPr>
          <w:p w14:paraId="1990951C" w14:textId="77777777" w:rsidR="00D47296" w:rsidRDefault="008C31C1">
            <w:r>
              <w:rPr>
                <w:i/>
                <w:color w:val="777777"/>
                <w:sz w:val="24"/>
              </w:rPr>
              <w:t>&lt;Location&gt;</w:t>
            </w:r>
          </w:p>
        </w:tc>
        <w:tc>
          <w:tcPr>
            <w:tcW w:w="1728" w:type="dxa"/>
            <w:tcMar>
              <w:top w:w="70" w:type="dxa"/>
              <w:left w:w="70" w:type="dxa"/>
              <w:bottom w:w="70" w:type="dxa"/>
              <w:right w:w="70" w:type="dxa"/>
            </w:tcMar>
            <w:vAlign w:val="center"/>
          </w:tcPr>
          <w:p w14:paraId="5AB511BC" w14:textId="77777777" w:rsidR="00D47296" w:rsidRDefault="008C31C1">
            <w:r>
              <w:rPr>
                <w:i/>
                <w:color w:val="777777"/>
                <w:sz w:val="24"/>
              </w:rPr>
              <w:t>&lt;Date&gt;</w:t>
            </w:r>
          </w:p>
        </w:tc>
      </w:tr>
      <w:tr w:rsidR="00D47296" w14:paraId="3C0E1CBB" w14:textId="77777777">
        <w:trPr>
          <w:jc w:val="center"/>
        </w:trPr>
        <w:tc>
          <w:tcPr>
            <w:tcW w:w="4464" w:type="dxa"/>
            <w:shd w:val="clear" w:color="auto" w:fill="E8F2EE"/>
            <w:tcMar>
              <w:top w:w="70" w:type="dxa"/>
              <w:left w:w="70" w:type="dxa"/>
              <w:bottom w:w="70" w:type="dxa"/>
              <w:right w:w="70" w:type="dxa"/>
            </w:tcMar>
            <w:vAlign w:val="center"/>
          </w:tcPr>
          <w:p w14:paraId="286E8B08" w14:textId="77777777" w:rsidR="00D47296" w:rsidRDefault="008C31C1">
            <w:r>
              <w:rPr>
                <w:sz w:val="18"/>
              </w:rPr>
              <w:t>Patient notification templates</w:t>
            </w:r>
          </w:p>
        </w:tc>
        <w:tc>
          <w:tcPr>
            <w:tcW w:w="4320" w:type="dxa"/>
            <w:shd w:val="clear" w:color="auto" w:fill="E8F2EE"/>
            <w:tcMar>
              <w:top w:w="70" w:type="dxa"/>
              <w:left w:w="70" w:type="dxa"/>
              <w:bottom w:w="70" w:type="dxa"/>
              <w:right w:w="70" w:type="dxa"/>
            </w:tcMar>
            <w:vAlign w:val="center"/>
          </w:tcPr>
          <w:p w14:paraId="33D86AEE" w14:textId="77777777" w:rsidR="00D47296" w:rsidRDefault="008C31C1">
            <w:r>
              <w:rPr>
                <w:i/>
                <w:color w:val="777777"/>
                <w:sz w:val="24"/>
              </w:rPr>
              <w:t>&lt;Location&gt;</w:t>
            </w:r>
          </w:p>
        </w:tc>
        <w:tc>
          <w:tcPr>
            <w:tcW w:w="1728" w:type="dxa"/>
            <w:shd w:val="clear" w:color="auto" w:fill="E8F2EE"/>
            <w:tcMar>
              <w:top w:w="70" w:type="dxa"/>
              <w:left w:w="70" w:type="dxa"/>
              <w:bottom w:w="70" w:type="dxa"/>
              <w:right w:w="70" w:type="dxa"/>
            </w:tcMar>
            <w:vAlign w:val="center"/>
          </w:tcPr>
          <w:p w14:paraId="108AE8B5" w14:textId="77777777" w:rsidR="00D47296" w:rsidRDefault="008C31C1">
            <w:r>
              <w:rPr>
                <w:i/>
                <w:color w:val="777777"/>
                <w:sz w:val="24"/>
              </w:rPr>
              <w:t>&lt;Date&gt;</w:t>
            </w:r>
          </w:p>
        </w:tc>
      </w:tr>
      <w:tr w:rsidR="00D47296" w14:paraId="663E1A3E" w14:textId="77777777">
        <w:trPr>
          <w:jc w:val="center"/>
        </w:trPr>
        <w:tc>
          <w:tcPr>
            <w:tcW w:w="4464" w:type="dxa"/>
            <w:tcMar>
              <w:top w:w="70" w:type="dxa"/>
              <w:left w:w="70" w:type="dxa"/>
              <w:bottom w:w="70" w:type="dxa"/>
              <w:right w:w="70" w:type="dxa"/>
            </w:tcMar>
            <w:vAlign w:val="center"/>
          </w:tcPr>
          <w:p w14:paraId="0470F586" w14:textId="77777777" w:rsidR="00D47296" w:rsidRDefault="008C31C1">
            <w:r>
              <w:rPr>
                <w:sz w:val="18"/>
              </w:rPr>
              <w:t>External assistance / EMS process</w:t>
            </w:r>
          </w:p>
        </w:tc>
        <w:tc>
          <w:tcPr>
            <w:tcW w:w="4320" w:type="dxa"/>
            <w:tcMar>
              <w:top w:w="70" w:type="dxa"/>
              <w:left w:w="70" w:type="dxa"/>
              <w:bottom w:w="70" w:type="dxa"/>
              <w:right w:w="70" w:type="dxa"/>
            </w:tcMar>
            <w:vAlign w:val="center"/>
          </w:tcPr>
          <w:p w14:paraId="7C87C302" w14:textId="77777777" w:rsidR="00D47296" w:rsidRDefault="008C31C1">
            <w:r>
              <w:rPr>
                <w:i/>
                <w:color w:val="777777"/>
                <w:sz w:val="24"/>
              </w:rPr>
              <w:t>&lt;Location&gt;</w:t>
            </w:r>
          </w:p>
        </w:tc>
        <w:tc>
          <w:tcPr>
            <w:tcW w:w="1728" w:type="dxa"/>
            <w:tcMar>
              <w:top w:w="70" w:type="dxa"/>
              <w:left w:w="70" w:type="dxa"/>
              <w:bottom w:w="70" w:type="dxa"/>
              <w:right w:w="70" w:type="dxa"/>
            </w:tcMar>
            <w:vAlign w:val="center"/>
          </w:tcPr>
          <w:p w14:paraId="7F511FCE" w14:textId="77777777" w:rsidR="00D47296" w:rsidRDefault="008C31C1">
            <w:r>
              <w:rPr>
                <w:i/>
                <w:color w:val="777777"/>
                <w:sz w:val="24"/>
              </w:rPr>
              <w:t>&lt;Date&gt;</w:t>
            </w:r>
          </w:p>
        </w:tc>
      </w:tr>
    </w:tbl>
    <w:p w14:paraId="7781B8D4" w14:textId="77777777" w:rsidR="00D47296" w:rsidRDefault="00D47296">
      <w:pPr>
        <w:spacing w:after="0"/>
      </w:pPr>
    </w:p>
    <w:p w14:paraId="469C83F8" w14:textId="77777777" w:rsidR="00D47296" w:rsidRDefault="008C31C1">
      <w:pPr>
        <w:pStyle w:val="Heading1"/>
      </w:pPr>
      <w:r>
        <w:t>ATTACHMENT I - PATIENT CONTINUITY / REFERRAL / TRACKING</w:t>
      </w:r>
    </w:p>
    <w:p w14:paraId="7D7F8ABF" w14:textId="77777777" w:rsidR="00D47296" w:rsidRDefault="008C31C1">
      <w:pPr>
        <w:spacing w:after="80" w:line="240" w:lineRule="auto"/>
      </w:pPr>
      <w:r>
        <w:rPr>
          <w:sz w:val="20"/>
        </w:rPr>
        <w:t>This attachment is an operational resource, not a CMS E-0018 FQHC requirement. Use patient-identifiable tracking only in a secured system appropriate to privacy/security requirements.</w:t>
      </w:r>
    </w:p>
    <w:tbl>
      <w:tblPr>
        <w:tblW w:w="0" w:type="auto"/>
        <w:jc w:val="center"/>
        <w:tblLayout w:type="fixed"/>
        <w:tblLook w:val="04A0" w:firstRow="1" w:lastRow="0" w:firstColumn="1" w:lastColumn="0" w:noHBand="0" w:noVBand="1"/>
      </w:tblPr>
      <w:tblGrid>
        <w:gridCol w:w="4320"/>
        <w:gridCol w:w="6192"/>
      </w:tblGrid>
      <w:tr w:rsidR="00D47296" w14:paraId="19550E37" w14:textId="77777777">
        <w:trPr>
          <w:tblHeader/>
          <w:jc w:val="center"/>
        </w:trPr>
        <w:tc>
          <w:tcPr>
            <w:tcW w:w="4320" w:type="dxa"/>
            <w:shd w:val="clear" w:color="auto" w:fill="015A41"/>
            <w:tcMar>
              <w:top w:w="70" w:type="dxa"/>
              <w:left w:w="70" w:type="dxa"/>
              <w:bottom w:w="70" w:type="dxa"/>
              <w:right w:w="70" w:type="dxa"/>
            </w:tcMar>
            <w:vAlign w:val="center"/>
          </w:tcPr>
          <w:p w14:paraId="20FAB06F" w14:textId="77777777" w:rsidR="00D47296" w:rsidRDefault="008C31C1">
            <w:r>
              <w:rPr>
                <w:b/>
                <w:color w:val="FFFFFF"/>
                <w:sz w:val="18"/>
              </w:rPr>
              <w:t>Continuity Function</w:t>
            </w:r>
          </w:p>
        </w:tc>
        <w:tc>
          <w:tcPr>
            <w:tcW w:w="6192" w:type="dxa"/>
            <w:shd w:val="clear" w:color="auto" w:fill="015A41"/>
            <w:tcMar>
              <w:top w:w="70" w:type="dxa"/>
              <w:left w:w="70" w:type="dxa"/>
              <w:bottom w:w="70" w:type="dxa"/>
              <w:right w:w="70" w:type="dxa"/>
            </w:tcMar>
            <w:vAlign w:val="center"/>
          </w:tcPr>
          <w:p w14:paraId="4C4F4D4B" w14:textId="77777777" w:rsidR="00D47296" w:rsidRDefault="008C31C1">
            <w:r>
              <w:rPr>
                <w:b/>
                <w:color w:val="FFFFFF"/>
                <w:sz w:val="18"/>
              </w:rPr>
              <w:t>Process / Tool / Controlled Location</w:t>
            </w:r>
          </w:p>
        </w:tc>
      </w:tr>
      <w:tr w:rsidR="00D47296" w14:paraId="4115E6F6" w14:textId="77777777">
        <w:trPr>
          <w:jc w:val="center"/>
        </w:trPr>
        <w:tc>
          <w:tcPr>
            <w:tcW w:w="4320" w:type="dxa"/>
            <w:shd w:val="clear" w:color="auto" w:fill="E8F2EE"/>
            <w:tcMar>
              <w:top w:w="70" w:type="dxa"/>
              <w:left w:w="70" w:type="dxa"/>
              <w:bottom w:w="70" w:type="dxa"/>
              <w:right w:w="70" w:type="dxa"/>
            </w:tcMar>
            <w:vAlign w:val="center"/>
          </w:tcPr>
          <w:p w14:paraId="6F0F10E5" w14:textId="77777777" w:rsidR="00D47296" w:rsidRDefault="008C31C1">
            <w:r>
              <w:rPr>
                <w:sz w:val="18"/>
              </w:rPr>
              <w:t>Urgent referral / ED transfer</w:t>
            </w:r>
          </w:p>
        </w:tc>
        <w:tc>
          <w:tcPr>
            <w:tcW w:w="6192" w:type="dxa"/>
            <w:shd w:val="clear" w:color="auto" w:fill="E8F2EE"/>
            <w:tcMar>
              <w:top w:w="70" w:type="dxa"/>
              <w:left w:w="70" w:type="dxa"/>
              <w:bottom w:w="70" w:type="dxa"/>
              <w:right w:w="70" w:type="dxa"/>
            </w:tcMar>
            <w:vAlign w:val="center"/>
          </w:tcPr>
          <w:p w14:paraId="300814E2" w14:textId="77777777" w:rsidR="00D47296" w:rsidRDefault="008C31C1">
            <w:r>
              <w:rPr>
                <w:i/>
                <w:color w:val="777777"/>
                <w:sz w:val="24"/>
              </w:rPr>
              <w:t>&lt;Insert&gt;</w:t>
            </w:r>
          </w:p>
        </w:tc>
      </w:tr>
      <w:tr w:rsidR="00D47296" w14:paraId="209AB689" w14:textId="77777777">
        <w:trPr>
          <w:jc w:val="center"/>
        </w:trPr>
        <w:tc>
          <w:tcPr>
            <w:tcW w:w="4320" w:type="dxa"/>
            <w:tcMar>
              <w:top w:w="70" w:type="dxa"/>
              <w:left w:w="70" w:type="dxa"/>
              <w:bottom w:w="70" w:type="dxa"/>
              <w:right w:w="70" w:type="dxa"/>
            </w:tcMar>
            <w:vAlign w:val="center"/>
          </w:tcPr>
          <w:p w14:paraId="004A4270" w14:textId="77777777" w:rsidR="00D47296" w:rsidRDefault="008C31C1">
            <w:r>
              <w:rPr>
                <w:sz w:val="18"/>
              </w:rPr>
              <w:t>Medication refill / pharmacy continuity</w:t>
            </w:r>
          </w:p>
        </w:tc>
        <w:tc>
          <w:tcPr>
            <w:tcW w:w="6192" w:type="dxa"/>
            <w:tcMar>
              <w:top w:w="70" w:type="dxa"/>
              <w:left w:w="70" w:type="dxa"/>
              <w:bottom w:w="70" w:type="dxa"/>
              <w:right w:w="70" w:type="dxa"/>
            </w:tcMar>
            <w:vAlign w:val="center"/>
          </w:tcPr>
          <w:p w14:paraId="3BE378B6" w14:textId="77777777" w:rsidR="00D47296" w:rsidRDefault="008C31C1">
            <w:r>
              <w:rPr>
                <w:i/>
                <w:color w:val="777777"/>
                <w:sz w:val="24"/>
              </w:rPr>
              <w:t>&lt;Insert&gt;</w:t>
            </w:r>
          </w:p>
        </w:tc>
      </w:tr>
      <w:tr w:rsidR="00D47296" w14:paraId="69FEB28A" w14:textId="77777777">
        <w:trPr>
          <w:jc w:val="center"/>
        </w:trPr>
        <w:tc>
          <w:tcPr>
            <w:tcW w:w="4320" w:type="dxa"/>
            <w:shd w:val="clear" w:color="auto" w:fill="E8F2EE"/>
            <w:tcMar>
              <w:top w:w="70" w:type="dxa"/>
              <w:left w:w="70" w:type="dxa"/>
              <w:bottom w:w="70" w:type="dxa"/>
              <w:right w:w="70" w:type="dxa"/>
            </w:tcMar>
            <w:vAlign w:val="center"/>
          </w:tcPr>
          <w:p w14:paraId="6A597484" w14:textId="77777777" w:rsidR="00D47296" w:rsidRDefault="008C31C1">
            <w:r>
              <w:rPr>
                <w:sz w:val="18"/>
              </w:rPr>
              <w:t>Time-sensitive specialty treatment</w:t>
            </w:r>
          </w:p>
        </w:tc>
        <w:tc>
          <w:tcPr>
            <w:tcW w:w="6192" w:type="dxa"/>
            <w:shd w:val="clear" w:color="auto" w:fill="E8F2EE"/>
            <w:tcMar>
              <w:top w:w="70" w:type="dxa"/>
              <w:left w:w="70" w:type="dxa"/>
              <w:bottom w:w="70" w:type="dxa"/>
              <w:right w:w="70" w:type="dxa"/>
            </w:tcMar>
            <w:vAlign w:val="center"/>
          </w:tcPr>
          <w:p w14:paraId="04D7E87D" w14:textId="77777777" w:rsidR="00D47296" w:rsidRDefault="008C31C1">
            <w:r>
              <w:rPr>
                <w:i/>
                <w:color w:val="777777"/>
                <w:sz w:val="24"/>
              </w:rPr>
              <w:t>&lt;Insert&gt;</w:t>
            </w:r>
          </w:p>
        </w:tc>
      </w:tr>
      <w:tr w:rsidR="00D47296" w14:paraId="08D6FA5A" w14:textId="77777777">
        <w:trPr>
          <w:jc w:val="center"/>
        </w:trPr>
        <w:tc>
          <w:tcPr>
            <w:tcW w:w="4320" w:type="dxa"/>
            <w:tcMar>
              <w:top w:w="70" w:type="dxa"/>
              <w:left w:w="70" w:type="dxa"/>
              <w:bottom w:w="70" w:type="dxa"/>
              <w:right w:w="70" w:type="dxa"/>
            </w:tcMar>
            <w:vAlign w:val="center"/>
          </w:tcPr>
          <w:p w14:paraId="6B143BA3" w14:textId="77777777" w:rsidR="00D47296" w:rsidRDefault="008C31C1">
            <w:r>
              <w:rPr>
                <w:sz w:val="18"/>
              </w:rPr>
              <w:lastRenderedPageBreak/>
              <w:t>Behavioral health crisis continuity</w:t>
            </w:r>
          </w:p>
        </w:tc>
        <w:tc>
          <w:tcPr>
            <w:tcW w:w="6192" w:type="dxa"/>
            <w:tcMar>
              <w:top w:w="70" w:type="dxa"/>
              <w:left w:w="70" w:type="dxa"/>
              <w:bottom w:w="70" w:type="dxa"/>
              <w:right w:w="70" w:type="dxa"/>
            </w:tcMar>
            <w:vAlign w:val="center"/>
          </w:tcPr>
          <w:p w14:paraId="0240BE73" w14:textId="77777777" w:rsidR="00D47296" w:rsidRDefault="008C31C1">
            <w:r>
              <w:rPr>
                <w:i/>
                <w:color w:val="777777"/>
                <w:sz w:val="24"/>
              </w:rPr>
              <w:t>&lt;Insert&gt;</w:t>
            </w:r>
          </w:p>
        </w:tc>
      </w:tr>
      <w:tr w:rsidR="00D47296" w14:paraId="064537F2" w14:textId="77777777">
        <w:trPr>
          <w:jc w:val="center"/>
        </w:trPr>
        <w:tc>
          <w:tcPr>
            <w:tcW w:w="4320" w:type="dxa"/>
            <w:shd w:val="clear" w:color="auto" w:fill="E8F2EE"/>
            <w:tcMar>
              <w:top w:w="70" w:type="dxa"/>
              <w:left w:w="70" w:type="dxa"/>
              <w:bottom w:w="70" w:type="dxa"/>
              <w:right w:w="70" w:type="dxa"/>
            </w:tcMar>
            <w:vAlign w:val="center"/>
          </w:tcPr>
          <w:p w14:paraId="3A4F077E" w14:textId="77777777" w:rsidR="00D47296" w:rsidRDefault="008C31C1">
            <w:r>
              <w:rPr>
                <w:sz w:val="18"/>
              </w:rPr>
              <w:t>Maternal/child health continuity</w:t>
            </w:r>
          </w:p>
        </w:tc>
        <w:tc>
          <w:tcPr>
            <w:tcW w:w="6192" w:type="dxa"/>
            <w:shd w:val="clear" w:color="auto" w:fill="E8F2EE"/>
            <w:tcMar>
              <w:top w:w="70" w:type="dxa"/>
              <w:left w:w="70" w:type="dxa"/>
              <w:bottom w:w="70" w:type="dxa"/>
              <w:right w:w="70" w:type="dxa"/>
            </w:tcMar>
            <w:vAlign w:val="center"/>
          </w:tcPr>
          <w:p w14:paraId="04DF5179" w14:textId="77777777" w:rsidR="00D47296" w:rsidRDefault="008C31C1">
            <w:r>
              <w:rPr>
                <w:i/>
                <w:color w:val="777777"/>
                <w:sz w:val="24"/>
              </w:rPr>
              <w:t>&lt;Insert&gt;</w:t>
            </w:r>
          </w:p>
        </w:tc>
      </w:tr>
      <w:tr w:rsidR="00D47296" w14:paraId="392F6362" w14:textId="77777777">
        <w:trPr>
          <w:jc w:val="center"/>
        </w:trPr>
        <w:tc>
          <w:tcPr>
            <w:tcW w:w="4320" w:type="dxa"/>
            <w:tcMar>
              <w:top w:w="70" w:type="dxa"/>
              <w:left w:w="70" w:type="dxa"/>
              <w:bottom w:w="70" w:type="dxa"/>
              <w:right w:w="70" w:type="dxa"/>
            </w:tcMar>
            <w:vAlign w:val="center"/>
          </w:tcPr>
          <w:p w14:paraId="2880001A" w14:textId="77777777" w:rsidR="00D47296" w:rsidRDefault="008C31C1">
            <w:r>
              <w:rPr>
                <w:sz w:val="18"/>
              </w:rPr>
              <w:t>Patient rescheduling / cancellation</w:t>
            </w:r>
          </w:p>
        </w:tc>
        <w:tc>
          <w:tcPr>
            <w:tcW w:w="6192" w:type="dxa"/>
            <w:tcMar>
              <w:top w:w="70" w:type="dxa"/>
              <w:left w:w="70" w:type="dxa"/>
              <w:bottom w:w="70" w:type="dxa"/>
              <w:right w:w="70" w:type="dxa"/>
            </w:tcMar>
            <w:vAlign w:val="center"/>
          </w:tcPr>
          <w:p w14:paraId="5190C055" w14:textId="77777777" w:rsidR="00D47296" w:rsidRDefault="008C31C1">
            <w:r>
              <w:rPr>
                <w:i/>
                <w:color w:val="777777"/>
                <w:sz w:val="24"/>
              </w:rPr>
              <w:t>&lt;Insert&gt;</w:t>
            </w:r>
          </w:p>
        </w:tc>
      </w:tr>
      <w:tr w:rsidR="00D47296" w14:paraId="36E29F76" w14:textId="77777777">
        <w:trPr>
          <w:jc w:val="center"/>
        </w:trPr>
        <w:tc>
          <w:tcPr>
            <w:tcW w:w="4320" w:type="dxa"/>
            <w:shd w:val="clear" w:color="auto" w:fill="E8F2EE"/>
            <w:tcMar>
              <w:top w:w="70" w:type="dxa"/>
              <w:left w:w="70" w:type="dxa"/>
              <w:bottom w:w="70" w:type="dxa"/>
              <w:right w:w="70" w:type="dxa"/>
            </w:tcMar>
            <w:vAlign w:val="center"/>
          </w:tcPr>
          <w:p w14:paraId="6A046CA8" w14:textId="77777777" w:rsidR="00D47296" w:rsidRDefault="008C31C1">
            <w:r>
              <w:rPr>
                <w:sz w:val="18"/>
              </w:rPr>
              <w:t>Alternate site / telehealth when permitted</w:t>
            </w:r>
          </w:p>
        </w:tc>
        <w:tc>
          <w:tcPr>
            <w:tcW w:w="6192" w:type="dxa"/>
            <w:shd w:val="clear" w:color="auto" w:fill="E8F2EE"/>
            <w:tcMar>
              <w:top w:w="70" w:type="dxa"/>
              <w:left w:w="70" w:type="dxa"/>
              <w:bottom w:w="70" w:type="dxa"/>
              <w:right w:w="70" w:type="dxa"/>
            </w:tcMar>
            <w:vAlign w:val="center"/>
          </w:tcPr>
          <w:p w14:paraId="46C962DD" w14:textId="77777777" w:rsidR="00D47296" w:rsidRDefault="008C31C1">
            <w:r>
              <w:rPr>
                <w:i/>
                <w:color w:val="777777"/>
                <w:sz w:val="24"/>
              </w:rPr>
              <w:t>&lt;Insert&gt;</w:t>
            </w:r>
          </w:p>
        </w:tc>
      </w:tr>
      <w:tr w:rsidR="00D47296" w14:paraId="2632DA52" w14:textId="77777777">
        <w:trPr>
          <w:jc w:val="center"/>
        </w:trPr>
        <w:tc>
          <w:tcPr>
            <w:tcW w:w="4320" w:type="dxa"/>
            <w:tcMar>
              <w:top w:w="70" w:type="dxa"/>
              <w:left w:w="70" w:type="dxa"/>
              <w:bottom w:w="70" w:type="dxa"/>
              <w:right w:w="70" w:type="dxa"/>
            </w:tcMar>
            <w:vAlign w:val="center"/>
          </w:tcPr>
          <w:p w14:paraId="2F0C5047" w14:textId="77777777" w:rsidR="00D47296" w:rsidRDefault="008C31C1">
            <w:r>
              <w:rPr>
                <w:sz w:val="18"/>
              </w:rPr>
              <w:t>Patient tracking during evacuation / incident</w:t>
            </w:r>
          </w:p>
        </w:tc>
        <w:tc>
          <w:tcPr>
            <w:tcW w:w="6192" w:type="dxa"/>
            <w:tcMar>
              <w:top w:w="70" w:type="dxa"/>
              <w:left w:w="70" w:type="dxa"/>
              <w:bottom w:w="70" w:type="dxa"/>
              <w:right w:w="70" w:type="dxa"/>
            </w:tcMar>
            <w:vAlign w:val="center"/>
          </w:tcPr>
          <w:p w14:paraId="0670888A" w14:textId="77777777" w:rsidR="00D47296" w:rsidRDefault="008C31C1">
            <w:r>
              <w:rPr>
                <w:i/>
                <w:color w:val="777777"/>
                <w:sz w:val="24"/>
              </w:rPr>
              <w:t>&lt;Secured tool/location&gt;</w:t>
            </w:r>
          </w:p>
        </w:tc>
      </w:tr>
    </w:tbl>
    <w:p w14:paraId="07EE3A82" w14:textId="77777777" w:rsidR="00D47296" w:rsidRDefault="00D47296">
      <w:pPr>
        <w:spacing w:after="0"/>
      </w:pPr>
    </w:p>
    <w:p w14:paraId="594741FA" w14:textId="77777777" w:rsidR="00D47296" w:rsidRDefault="008C31C1">
      <w:pPr>
        <w:pStyle w:val="Heading1"/>
      </w:pPr>
      <w:r>
        <w:t>ATTACHMENT J - EMERGENCY STAFFING &amp; VOLUNTEERS</w:t>
      </w:r>
    </w:p>
    <w:tbl>
      <w:tblPr>
        <w:tblW w:w="0" w:type="auto"/>
        <w:jc w:val="center"/>
        <w:tblLayout w:type="fixed"/>
        <w:tblLook w:val="04A0" w:firstRow="1" w:lastRow="0" w:firstColumn="1" w:lastColumn="0" w:noHBand="0" w:noVBand="1"/>
      </w:tblPr>
      <w:tblGrid>
        <w:gridCol w:w="2304"/>
        <w:gridCol w:w="2160"/>
        <w:gridCol w:w="2448"/>
        <w:gridCol w:w="2448"/>
        <w:gridCol w:w="1728"/>
      </w:tblGrid>
      <w:tr w:rsidR="00D47296" w14:paraId="023F5C87" w14:textId="77777777">
        <w:trPr>
          <w:tblHeader/>
          <w:jc w:val="center"/>
        </w:trPr>
        <w:tc>
          <w:tcPr>
            <w:tcW w:w="2304" w:type="dxa"/>
            <w:shd w:val="clear" w:color="auto" w:fill="015A41"/>
            <w:tcMar>
              <w:top w:w="70" w:type="dxa"/>
              <w:left w:w="70" w:type="dxa"/>
              <w:bottom w:w="70" w:type="dxa"/>
              <w:right w:w="70" w:type="dxa"/>
            </w:tcMar>
            <w:vAlign w:val="center"/>
          </w:tcPr>
          <w:p w14:paraId="1DBAE8DE" w14:textId="77777777" w:rsidR="00D47296" w:rsidRDefault="008C31C1">
            <w:r>
              <w:rPr>
                <w:b/>
                <w:color w:val="FFFFFF"/>
                <w:sz w:val="15"/>
              </w:rPr>
              <w:t>Staffing Strategy</w:t>
            </w:r>
          </w:p>
        </w:tc>
        <w:tc>
          <w:tcPr>
            <w:tcW w:w="2160" w:type="dxa"/>
            <w:shd w:val="clear" w:color="auto" w:fill="015A41"/>
            <w:tcMar>
              <w:top w:w="70" w:type="dxa"/>
              <w:left w:w="70" w:type="dxa"/>
              <w:bottom w:w="70" w:type="dxa"/>
              <w:right w:w="70" w:type="dxa"/>
            </w:tcMar>
            <w:vAlign w:val="center"/>
          </w:tcPr>
          <w:p w14:paraId="26844658" w14:textId="77777777" w:rsidR="00D47296" w:rsidRDefault="008C31C1">
            <w:r>
              <w:rPr>
                <w:b/>
                <w:color w:val="FFFFFF"/>
                <w:sz w:val="15"/>
              </w:rPr>
              <w:t>Activation Trigger</w:t>
            </w:r>
          </w:p>
        </w:tc>
        <w:tc>
          <w:tcPr>
            <w:tcW w:w="2448" w:type="dxa"/>
            <w:shd w:val="clear" w:color="auto" w:fill="015A41"/>
            <w:tcMar>
              <w:top w:w="70" w:type="dxa"/>
              <w:left w:w="70" w:type="dxa"/>
              <w:bottom w:w="70" w:type="dxa"/>
              <w:right w:w="70" w:type="dxa"/>
            </w:tcMar>
            <w:vAlign w:val="center"/>
          </w:tcPr>
          <w:p w14:paraId="3B8B7290" w14:textId="77777777" w:rsidR="00D47296" w:rsidRDefault="008C31C1">
            <w:r>
              <w:rPr>
                <w:b/>
                <w:color w:val="FFFFFF"/>
                <w:sz w:val="15"/>
              </w:rPr>
              <w:t>Verification / Credential Process</w:t>
            </w:r>
          </w:p>
        </w:tc>
        <w:tc>
          <w:tcPr>
            <w:tcW w:w="2448" w:type="dxa"/>
            <w:shd w:val="clear" w:color="auto" w:fill="015A41"/>
            <w:tcMar>
              <w:top w:w="70" w:type="dxa"/>
              <w:left w:w="70" w:type="dxa"/>
              <w:bottom w:w="70" w:type="dxa"/>
              <w:right w:w="70" w:type="dxa"/>
            </w:tcMar>
            <w:vAlign w:val="center"/>
          </w:tcPr>
          <w:p w14:paraId="6FB6DAEC" w14:textId="77777777" w:rsidR="00D47296" w:rsidRDefault="008C31C1">
            <w:r>
              <w:rPr>
                <w:b/>
                <w:color w:val="FFFFFF"/>
                <w:sz w:val="15"/>
              </w:rPr>
              <w:t>Supervision / Role Assignment</w:t>
            </w:r>
          </w:p>
        </w:tc>
        <w:tc>
          <w:tcPr>
            <w:tcW w:w="1728" w:type="dxa"/>
            <w:shd w:val="clear" w:color="auto" w:fill="015A41"/>
            <w:tcMar>
              <w:top w:w="70" w:type="dxa"/>
              <w:left w:w="70" w:type="dxa"/>
              <w:bottom w:w="70" w:type="dxa"/>
              <w:right w:w="70" w:type="dxa"/>
            </w:tcMar>
            <w:vAlign w:val="center"/>
          </w:tcPr>
          <w:p w14:paraId="54F97D0E" w14:textId="77777777" w:rsidR="00D47296" w:rsidRDefault="008C31C1">
            <w:r>
              <w:rPr>
                <w:b/>
                <w:color w:val="FFFFFF"/>
                <w:sz w:val="15"/>
              </w:rPr>
              <w:t>Record Location</w:t>
            </w:r>
          </w:p>
        </w:tc>
      </w:tr>
      <w:tr w:rsidR="00D47296" w14:paraId="49FEC1E0" w14:textId="77777777">
        <w:trPr>
          <w:jc w:val="center"/>
        </w:trPr>
        <w:tc>
          <w:tcPr>
            <w:tcW w:w="2304" w:type="dxa"/>
            <w:shd w:val="clear" w:color="auto" w:fill="E8F2EE"/>
            <w:tcMar>
              <w:top w:w="70" w:type="dxa"/>
              <w:left w:w="70" w:type="dxa"/>
              <w:bottom w:w="70" w:type="dxa"/>
              <w:right w:w="70" w:type="dxa"/>
            </w:tcMar>
            <w:vAlign w:val="center"/>
          </w:tcPr>
          <w:p w14:paraId="53CD63BC"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9780216"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5BF4C7DA"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58A3E96F"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233F2F1A" w14:textId="77777777" w:rsidR="00D47296" w:rsidRDefault="008C31C1">
            <w:r>
              <w:rPr>
                <w:i/>
                <w:color w:val="777777"/>
                <w:sz w:val="24"/>
              </w:rPr>
              <w:t>&lt;Insert&gt;</w:t>
            </w:r>
          </w:p>
        </w:tc>
      </w:tr>
      <w:tr w:rsidR="00D47296" w14:paraId="11BD7F8D" w14:textId="77777777">
        <w:trPr>
          <w:jc w:val="center"/>
        </w:trPr>
        <w:tc>
          <w:tcPr>
            <w:tcW w:w="2304" w:type="dxa"/>
            <w:tcMar>
              <w:top w:w="70" w:type="dxa"/>
              <w:left w:w="70" w:type="dxa"/>
              <w:bottom w:w="70" w:type="dxa"/>
              <w:right w:w="70" w:type="dxa"/>
            </w:tcMar>
            <w:vAlign w:val="center"/>
          </w:tcPr>
          <w:p w14:paraId="4D608883"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B61F723"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4852C29F"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A011D7D"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07D50214" w14:textId="77777777" w:rsidR="00D47296" w:rsidRDefault="008C31C1">
            <w:r>
              <w:rPr>
                <w:i/>
                <w:color w:val="777777"/>
                <w:sz w:val="24"/>
              </w:rPr>
              <w:t>&lt;Insert&gt;</w:t>
            </w:r>
          </w:p>
        </w:tc>
      </w:tr>
      <w:tr w:rsidR="00D47296" w14:paraId="63C12D4F" w14:textId="77777777">
        <w:trPr>
          <w:jc w:val="center"/>
        </w:trPr>
        <w:tc>
          <w:tcPr>
            <w:tcW w:w="2304" w:type="dxa"/>
            <w:shd w:val="clear" w:color="auto" w:fill="E8F2EE"/>
            <w:tcMar>
              <w:top w:w="70" w:type="dxa"/>
              <w:left w:w="70" w:type="dxa"/>
              <w:bottom w:w="70" w:type="dxa"/>
              <w:right w:w="70" w:type="dxa"/>
            </w:tcMar>
            <w:vAlign w:val="center"/>
          </w:tcPr>
          <w:p w14:paraId="2DD3063C"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13A3069D"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70416E34"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192DB170"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08FCC293" w14:textId="77777777" w:rsidR="00D47296" w:rsidRDefault="008C31C1">
            <w:r>
              <w:rPr>
                <w:i/>
                <w:color w:val="777777"/>
                <w:sz w:val="24"/>
              </w:rPr>
              <w:t>&lt;Insert&gt;</w:t>
            </w:r>
          </w:p>
        </w:tc>
      </w:tr>
      <w:tr w:rsidR="00D47296" w14:paraId="1A5D329F" w14:textId="77777777">
        <w:trPr>
          <w:jc w:val="center"/>
        </w:trPr>
        <w:tc>
          <w:tcPr>
            <w:tcW w:w="2304" w:type="dxa"/>
            <w:tcMar>
              <w:top w:w="70" w:type="dxa"/>
              <w:left w:w="70" w:type="dxa"/>
              <w:bottom w:w="70" w:type="dxa"/>
              <w:right w:w="70" w:type="dxa"/>
            </w:tcMar>
            <w:vAlign w:val="center"/>
          </w:tcPr>
          <w:p w14:paraId="04F41A7A"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3A86794"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0E9A6785"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5482091F"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1BA4BFC2" w14:textId="77777777" w:rsidR="00D47296" w:rsidRDefault="008C31C1">
            <w:r>
              <w:rPr>
                <w:i/>
                <w:color w:val="777777"/>
                <w:sz w:val="24"/>
              </w:rPr>
              <w:t>&lt;Insert&gt;</w:t>
            </w:r>
          </w:p>
        </w:tc>
      </w:tr>
      <w:tr w:rsidR="00D47296" w14:paraId="2C6B1C13" w14:textId="77777777">
        <w:trPr>
          <w:jc w:val="center"/>
        </w:trPr>
        <w:tc>
          <w:tcPr>
            <w:tcW w:w="2304" w:type="dxa"/>
            <w:shd w:val="clear" w:color="auto" w:fill="E8F2EE"/>
            <w:tcMar>
              <w:top w:w="70" w:type="dxa"/>
              <w:left w:w="70" w:type="dxa"/>
              <w:bottom w:w="70" w:type="dxa"/>
              <w:right w:w="70" w:type="dxa"/>
            </w:tcMar>
            <w:vAlign w:val="center"/>
          </w:tcPr>
          <w:p w14:paraId="046BB9A2"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33BD3459"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7C8E1285"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71697080"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750DC5D3" w14:textId="77777777" w:rsidR="00D47296" w:rsidRDefault="008C31C1">
            <w:r>
              <w:rPr>
                <w:i/>
                <w:color w:val="777777"/>
                <w:sz w:val="24"/>
              </w:rPr>
              <w:t>&lt;Insert&gt;</w:t>
            </w:r>
          </w:p>
        </w:tc>
      </w:tr>
      <w:tr w:rsidR="00D47296" w14:paraId="54F3BEC3" w14:textId="77777777">
        <w:trPr>
          <w:jc w:val="center"/>
        </w:trPr>
        <w:tc>
          <w:tcPr>
            <w:tcW w:w="2304" w:type="dxa"/>
            <w:tcMar>
              <w:top w:w="70" w:type="dxa"/>
              <w:left w:w="70" w:type="dxa"/>
              <w:bottom w:w="70" w:type="dxa"/>
              <w:right w:w="70" w:type="dxa"/>
            </w:tcMar>
            <w:vAlign w:val="center"/>
          </w:tcPr>
          <w:p w14:paraId="2420D873"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1B1C7B90"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EBCF73D"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265B448"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32C1EED2" w14:textId="77777777" w:rsidR="00D47296" w:rsidRDefault="008C31C1">
            <w:r>
              <w:rPr>
                <w:i/>
                <w:color w:val="777777"/>
                <w:sz w:val="24"/>
              </w:rPr>
              <w:t>&lt;Insert&gt;</w:t>
            </w:r>
          </w:p>
        </w:tc>
      </w:tr>
      <w:tr w:rsidR="00D47296" w14:paraId="363F902A" w14:textId="77777777">
        <w:trPr>
          <w:jc w:val="center"/>
        </w:trPr>
        <w:tc>
          <w:tcPr>
            <w:tcW w:w="2304" w:type="dxa"/>
            <w:shd w:val="clear" w:color="auto" w:fill="E8F2EE"/>
            <w:tcMar>
              <w:top w:w="70" w:type="dxa"/>
              <w:left w:w="70" w:type="dxa"/>
              <w:bottom w:w="70" w:type="dxa"/>
              <w:right w:w="70" w:type="dxa"/>
            </w:tcMar>
            <w:vAlign w:val="center"/>
          </w:tcPr>
          <w:p w14:paraId="25EA1BD4"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213A5774"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5639C2E6"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00F6CF85"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1783CC41" w14:textId="77777777" w:rsidR="00D47296" w:rsidRDefault="008C31C1">
            <w:r>
              <w:rPr>
                <w:i/>
                <w:color w:val="777777"/>
                <w:sz w:val="24"/>
              </w:rPr>
              <w:t>&lt;Insert&gt;</w:t>
            </w:r>
          </w:p>
        </w:tc>
      </w:tr>
      <w:tr w:rsidR="00D47296" w14:paraId="5E91CFA5" w14:textId="77777777">
        <w:trPr>
          <w:jc w:val="center"/>
        </w:trPr>
        <w:tc>
          <w:tcPr>
            <w:tcW w:w="2304" w:type="dxa"/>
            <w:tcMar>
              <w:top w:w="70" w:type="dxa"/>
              <w:left w:w="70" w:type="dxa"/>
              <w:bottom w:w="70" w:type="dxa"/>
              <w:right w:w="70" w:type="dxa"/>
            </w:tcMar>
            <w:vAlign w:val="center"/>
          </w:tcPr>
          <w:p w14:paraId="3F8A633A"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3B0D80A3"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100CBB85"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538289AC"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51E879B4" w14:textId="77777777" w:rsidR="00D47296" w:rsidRDefault="008C31C1">
            <w:r>
              <w:rPr>
                <w:i/>
                <w:color w:val="777777"/>
                <w:sz w:val="24"/>
              </w:rPr>
              <w:t>&lt;Insert&gt;</w:t>
            </w:r>
          </w:p>
        </w:tc>
      </w:tr>
    </w:tbl>
    <w:p w14:paraId="1AD7E44E" w14:textId="77777777" w:rsidR="00D47296" w:rsidRDefault="00D47296">
      <w:pPr>
        <w:spacing w:after="0"/>
      </w:pPr>
    </w:p>
    <w:p w14:paraId="675E455F" w14:textId="77777777" w:rsidR="00D47296" w:rsidRDefault="008C31C1">
      <w:pPr>
        <w:pStyle w:val="Heading1"/>
      </w:pPr>
      <w:r>
        <w:t>ATTACHMENT K - MEDICAL RECORDS / EHR DOWNTIME</w:t>
      </w:r>
    </w:p>
    <w:tbl>
      <w:tblPr>
        <w:tblW w:w="0" w:type="auto"/>
        <w:jc w:val="center"/>
        <w:tblLayout w:type="fixed"/>
        <w:tblLook w:val="04A0" w:firstRow="1" w:lastRow="0" w:firstColumn="1" w:lastColumn="0" w:noHBand="0" w:noVBand="1"/>
      </w:tblPr>
      <w:tblGrid>
        <w:gridCol w:w="4320"/>
        <w:gridCol w:w="6192"/>
      </w:tblGrid>
      <w:tr w:rsidR="00D47296" w14:paraId="0C03875E" w14:textId="77777777">
        <w:trPr>
          <w:tblHeader/>
          <w:jc w:val="center"/>
        </w:trPr>
        <w:tc>
          <w:tcPr>
            <w:tcW w:w="4320" w:type="dxa"/>
            <w:shd w:val="clear" w:color="auto" w:fill="015A41"/>
            <w:tcMar>
              <w:top w:w="70" w:type="dxa"/>
              <w:left w:w="70" w:type="dxa"/>
              <w:bottom w:w="70" w:type="dxa"/>
              <w:right w:w="70" w:type="dxa"/>
            </w:tcMar>
            <w:vAlign w:val="center"/>
          </w:tcPr>
          <w:p w14:paraId="269840D4" w14:textId="77777777" w:rsidR="00D47296" w:rsidRDefault="008C31C1">
            <w:r>
              <w:rPr>
                <w:b/>
                <w:color w:val="FFFFFF"/>
                <w:sz w:val="18"/>
              </w:rPr>
              <w:t>Element</w:t>
            </w:r>
          </w:p>
        </w:tc>
        <w:tc>
          <w:tcPr>
            <w:tcW w:w="6192" w:type="dxa"/>
            <w:shd w:val="clear" w:color="auto" w:fill="015A41"/>
            <w:tcMar>
              <w:top w:w="70" w:type="dxa"/>
              <w:left w:w="70" w:type="dxa"/>
              <w:bottom w:w="70" w:type="dxa"/>
              <w:right w:w="70" w:type="dxa"/>
            </w:tcMar>
            <w:vAlign w:val="center"/>
          </w:tcPr>
          <w:p w14:paraId="39FBCD66" w14:textId="77777777" w:rsidR="00D47296" w:rsidRDefault="008C31C1">
            <w:r>
              <w:rPr>
                <w:b/>
                <w:color w:val="FFFFFF"/>
                <w:sz w:val="18"/>
              </w:rPr>
              <w:t>Facility Process / Controlled Location</w:t>
            </w:r>
          </w:p>
        </w:tc>
      </w:tr>
      <w:tr w:rsidR="00D47296" w14:paraId="161B5798" w14:textId="77777777">
        <w:trPr>
          <w:jc w:val="center"/>
        </w:trPr>
        <w:tc>
          <w:tcPr>
            <w:tcW w:w="4320" w:type="dxa"/>
            <w:shd w:val="clear" w:color="auto" w:fill="E8F2EE"/>
            <w:tcMar>
              <w:top w:w="70" w:type="dxa"/>
              <w:left w:w="70" w:type="dxa"/>
              <w:bottom w:w="70" w:type="dxa"/>
              <w:right w:w="70" w:type="dxa"/>
            </w:tcMar>
            <w:vAlign w:val="center"/>
          </w:tcPr>
          <w:p w14:paraId="7E6CD54C" w14:textId="77777777" w:rsidR="00D47296" w:rsidRDefault="008C31C1">
            <w:r>
              <w:rPr>
                <w:sz w:val="18"/>
              </w:rPr>
              <w:t>Downtime activation authority</w:t>
            </w:r>
          </w:p>
        </w:tc>
        <w:tc>
          <w:tcPr>
            <w:tcW w:w="6192" w:type="dxa"/>
            <w:shd w:val="clear" w:color="auto" w:fill="E8F2EE"/>
            <w:tcMar>
              <w:top w:w="70" w:type="dxa"/>
              <w:left w:w="70" w:type="dxa"/>
              <w:bottom w:w="70" w:type="dxa"/>
              <w:right w:w="70" w:type="dxa"/>
            </w:tcMar>
            <w:vAlign w:val="center"/>
          </w:tcPr>
          <w:p w14:paraId="303FAEA2" w14:textId="77777777" w:rsidR="00D47296" w:rsidRDefault="008C31C1">
            <w:r>
              <w:rPr>
                <w:i/>
                <w:color w:val="777777"/>
                <w:sz w:val="24"/>
              </w:rPr>
              <w:t>&lt;Insert&gt;</w:t>
            </w:r>
          </w:p>
        </w:tc>
      </w:tr>
      <w:tr w:rsidR="00D47296" w14:paraId="07E6F77E" w14:textId="77777777">
        <w:trPr>
          <w:jc w:val="center"/>
        </w:trPr>
        <w:tc>
          <w:tcPr>
            <w:tcW w:w="4320" w:type="dxa"/>
            <w:tcMar>
              <w:top w:w="70" w:type="dxa"/>
              <w:left w:w="70" w:type="dxa"/>
              <w:bottom w:w="70" w:type="dxa"/>
              <w:right w:w="70" w:type="dxa"/>
            </w:tcMar>
            <w:vAlign w:val="center"/>
          </w:tcPr>
          <w:p w14:paraId="31FC146C" w14:textId="77777777" w:rsidR="00D47296" w:rsidRDefault="008C31C1">
            <w:r>
              <w:rPr>
                <w:sz w:val="18"/>
              </w:rPr>
              <w:lastRenderedPageBreak/>
              <w:t>Paper encounter forms / labels</w:t>
            </w:r>
          </w:p>
        </w:tc>
        <w:tc>
          <w:tcPr>
            <w:tcW w:w="6192" w:type="dxa"/>
            <w:tcMar>
              <w:top w:w="70" w:type="dxa"/>
              <w:left w:w="70" w:type="dxa"/>
              <w:bottom w:w="70" w:type="dxa"/>
              <w:right w:w="70" w:type="dxa"/>
            </w:tcMar>
            <w:vAlign w:val="center"/>
          </w:tcPr>
          <w:p w14:paraId="2EA84189" w14:textId="77777777" w:rsidR="00D47296" w:rsidRDefault="008C31C1">
            <w:r>
              <w:rPr>
                <w:i/>
                <w:color w:val="777777"/>
                <w:sz w:val="24"/>
              </w:rPr>
              <w:t>&lt;Location&gt;</w:t>
            </w:r>
          </w:p>
        </w:tc>
      </w:tr>
      <w:tr w:rsidR="00D47296" w14:paraId="65DC5162" w14:textId="77777777">
        <w:trPr>
          <w:jc w:val="center"/>
        </w:trPr>
        <w:tc>
          <w:tcPr>
            <w:tcW w:w="4320" w:type="dxa"/>
            <w:shd w:val="clear" w:color="auto" w:fill="E8F2EE"/>
            <w:tcMar>
              <w:top w:w="70" w:type="dxa"/>
              <w:left w:w="70" w:type="dxa"/>
              <w:bottom w:w="70" w:type="dxa"/>
              <w:right w:w="70" w:type="dxa"/>
            </w:tcMar>
            <w:vAlign w:val="center"/>
          </w:tcPr>
          <w:p w14:paraId="42B164A1" w14:textId="77777777" w:rsidR="00D47296" w:rsidRDefault="008C31C1">
            <w:r>
              <w:rPr>
                <w:sz w:val="18"/>
              </w:rPr>
              <w:t>Access to medication/allergy/problem list</w:t>
            </w:r>
          </w:p>
        </w:tc>
        <w:tc>
          <w:tcPr>
            <w:tcW w:w="6192" w:type="dxa"/>
            <w:shd w:val="clear" w:color="auto" w:fill="E8F2EE"/>
            <w:tcMar>
              <w:top w:w="70" w:type="dxa"/>
              <w:left w:w="70" w:type="dxa"/>
              <w:bottom w:w="70" w:type="dxa"/>
              <w:right w:w="70" w:type="dxa"/>
            </w:tcMar>
            <w:vAlign w:val="center"/>
          </w:tcPr>
          <w:p w14:paraId="2A6E55BF" w14:textId="77777777" w:rsidR="00D47296" w:rsidRDefault="008C31C1">
            <w:r>
              <w:rPr>
                <w:i/>
                <w:color w:val="777777"/>
                <w:sz w:val="24"/>
              </w:rPr>
              <w:t>&lt;Method&gt;</w:t>
            </w:r>
          </w:p>
        </w:tc>
      </w:tr>
      <w:tr w:rsidR="00D47296" w14:paraId="0A9956CF" w14:textId="77777777">
        <w:trPr>
          <w:jc w:val="center"/>
        </w:trPr>
        <w:tc>
          <w:tcPr>
            <w:tcW w:w="4320" w:type="dxa"/>
            <w:tcMar>
              <w:top w:w="70" w:type="dxa"/>
              <w:left w:w="70" w:type="dxa"/>
              <w:bottom w:w="70" w:type="dxa"/>
              <w:right w:w="70" w:type="dxa"/>
            </w:tcMar>
            <w:vAlign w:val="center"/>
          </w:tcPr>
          <w:p w14:paraId="502B0400" w14:textId="77777777" w:rsidR="00D47296" w:rsidRDefault="008C31C1">
            <w:r>
              <w:rPr>
                <w:sz w:val="18"/>
              </w:rPr>
              <w:t>Orders / prescriptions during downtime</w:t>
            </w:r>
          </w:p>
        </w:tc>
        <w:tc>
          <w:tcPr>
            <w:tcW w:w="6192" w:type="dxa"/>
            <w:tcMar>
              <w:top w:w="70" w:type="dxa"/>
              <w:left w:w="70" w:type="dxa"/>
              <w:bottom w:w="70" w:type="dxa"/>
              <w:right w:w="70" w:type="dxa"/>
            </w:tcMar>
            <w:vAlign w:val="center"/>
          </w:tcPr>
          <w:p w14:paraId="1D456751" w14:textId="77777777" w:rsidR="00D47296" w:rsidRDefault="008C31C1">
            <w:r>
              <w:rPr>
                <w:i/>
                <w:color w:val="777777"/>
                <w:sz w:val="24"/>
              </w:rPr>
              <w:t>&lt;Process&gt;</w:t>
            </w:r>
          </w:p>
        </w:tc>
      </w:tr>
      <w:tr w:rsidR="00D47296" w14:paraId="043865B0" w14:textId="77777777">
        <w:trPr>
          <w:jc w:val="center"/>
        </w:trPr>
        <w:tc>
          <w:tcPr>
            <w:tcW w:w="4320" w:type="dxa"/>
            <w:shd w:val="clear" w:color="auto" w:fill="E8F2EE"/>
            <w:tcMar>
              <w:top w:w="70" w:type="dxa"/>
              <w:left w:w="70" w:type="dxa"/>
              <w:bottom w:w="70" w:type="dxa"/>
              <w:right w:w="70" w:type="dxa"/>
            </w:tcMar>
            <w:vAlign w:val="center"/>
          </w:tcPr>
          <w:p w14:paraId="37A40882" w14:textId="77777777" w:rsidR="00D47296" w:rsidRDefault="008C31C1">
            <w:r>
              <w:rPr>
                <w:sz w:val="18"/>
              </w:rPr>
              <w:t>Lab / diagnostic result continuity</w:t>
            </w:r>
          </w:p>
        </w:tc>
        <w:tc>
          <w:tcPr>
            <w:tcW w:w="6192" w:type="dxa"/>
            <w:shd w:val="clear" w:color="auto" w:fill="E8F2EE"/>
            <w:tcMar>
              <w:top w:w="70" w:type="dxa"/>
              <w:left w:w="70" w:type="dxa"/>
              <w:bottom w:w="70" w:type="dxa"/>
              <w:right w:w="70" w:type="dxa"/>
            </w:tcMar>
            <w:vAlign w:val="center"/>
          </w:tcPr>
          <w:p w14:paraId="2AE73DBE" w14:textId="77777777" w:rsidR="00D47296" w:rsidRDefault="008C31C1">
            <w:r>
              <w:rPr>
                <w:i/>
                <w:color w:val="777777"/>
                <w:sz w:val="24"/>
              </w:rPr>
              <w:t>&lt;Process&gt;</w:t>
            </w:r>
          </w:p>
        </w:tc>
      </w:tr>
      <w:tr w:rsidR="00D47296" w14:paraId="2EF692E7" w14:textId="77777777">
        <w:trPr>
          <w:jc w:val="center"/>
        </w:trPr>
        <w:tc>
          <w:tcPr>
            <w:tcW w:w="4320" w:type="dxa"/>
            <w:tcMar>
              <w:top w:w="70" w:type="dxa"/>
              <w:left w:w="70" w:type="dxa"/>
              <w:bottom w:w="70" w:type="dxa"/>
              <w:right w:w="70" w:type="dxa"/>
            </w:tcMar>
            <w:vAlign w:val="center"/>
          </w:tcPr>
          <w:p w14:paraId="02A1C53E" w14:textId="77777777" w:rsidR="00D47296" w:rsidRDefault="008C31C1">
            <w:r>
              <w:rPr>
                <w:sz w:val="18"/>
              </w:rPr>
              <w:t>Privacy / confidentiality safeguards</w:t>
            </w:r>
          </w:p>
        </w:tc>
        <w:tc>
          <w:tcPr>
            <w:tcW w:w="6192" w:type="dxa"/>
            <w:tcMar>
              <w:top w:w="70" w:type="dxa"/>
              <w:left w:w="70" w:type="dxa"/>
              <w:bottom w:w="70" w:type="dxa"/>
              <w:right w:w="70" w:type="dxa"/>
            </w:tcMar>
            <w:vAlign w:val="center"/>
          </w:tcPr>
          <w:p w14:paraId="131886C3" w14:textId="77777777" w:rsidR="00D47296" w:rsidRDefault="008C31C1">
            <w:r>
              <w:rPr>
                <w:i/>
                <w:color w:val="777777"/>
                <w:sz w:val="24"/>
              </w:rPr>
              <w:t>&lt;Process&gt;</w:t>
            </w:r>
          </w:p>
        </w:tc>
      </w:tr>
      <w:tr w:rsidR="00D47296" w14:paraId="5E3E7F8A" w14:textId="77777777">
        <w:trPr>
          <w:jc w:val="center"/>
        </w:trPr>
        <w:tc>
          <w:tcPr>
            <w:tcW w:w="4320" w:type="dxa"/>
            <w:shd w:val="clear" w:color="auto" w:fill="E8F2EE"/>
            <w:tcMar>
              <w:top w:w="70" w:type="dxa"/>
              <w:left w:w="70" w:type="dxa"/>
              <w:bottom w:w="70" w:type="dxa"/>
              <w:right w:w="70" w:type="dxa"/>
            </w:tcMar>
            <w:vAlign w:val="center"/>
          </w:tcPr>
          <w:p w14:paraId="446E6AE7" w14:textId="77777777" w:rsidR="00D47296" w:rsidRDefault="008C31C1">
            <w:r>
              <w:rPr>
                <w:sz w:val="18"/>
              </w:rPr>
              <w:t>Data backup / recovery contact</w:t>
            </w:r>
          </w:p>
        </w:tc>
        <w:tc>
          <w:tcPr>
            <w:tcW w:w="6192" w:type="dxa"/>
            <w:shd w:val="clear" w:color="auto" w:fill="E8F2EE"/>
            <w:tcMar>
              <w:top w:w="70" w:type="dxa"/>
              <w:left w:w="70" w:type="dxa"/>
              <w:bottom w:w="70" w:type="dxa"/>
              <w:right w:w="70" w:type="dxa"/>
            </w:tcMar>
            <w:vAlign w:val="center"/>
          </w:tcPr>
          <w:p w14:paraId="5B080897" w14:textId="77777777" w:rsidR="00D47296" w:rsidRDefault="008C31C1">
            <w:r>
              <w:rPr>
                <w:i/>
                <w:color w:val="777777"/>
                <w:sz w:val="24"/>
              </w:rPr>
              <w:t>&lt;Insert&gt;</w:t>
            </w:r>
          </w:p>
        </w:tc>
      </w:tr>
      <w:tr w:rsidR="00D47296" w14:paraId="10FAD725" w14:textId="77777777">
        <w:trPr>
          <w:jc w:val="center"/>
        </w:trPr>
        <w:tc>
          <w:tcPr>
            <w:tcW w:w="4320" w:type="dxa"/>
            <w:tcMar>
              <w:top w:w="70" w:type="dxa"/>
              <w:left w:w="70" w:type="dxa"/>
              <w:bottom w:w="70" w:type="dxa"/>
              <w:right w:w="70" w:type="dxa"/>
            </w:tcMar>
            <w:vAlign w:val="center"/>
          </w:tcPr>
          <w:p w14:paraId="1EAFC68C" w14:textId="77777777" w:rsidR="00D47296" w:rsidRDefault="008C31C1">
            <w:r>
              <w:rPr>
                <w:sz w:val="18"/>
              </w:rPr>
              <w:t>Cyber incident escalation</w:t>
            </w:r>
          </w:p>
        </w:tc>
        <w:tc>
          <w:tcPr>
            <w:tcW w:w="6192" w:type="dxa"/>
            <w:tcMar>
              <w:top w:w="70" w:type="dxa"/>
              <w:left w:w="70" w:type="dxa"/>
              <w:bottom w:w="70" w:type="dxa"/>
              <w:right w:w="70" w:type="dxa"/>
            </w:tcMar>
            <w:vAlign w:val="center"/>
          </w:tcPr>
          <w:p w14:paraId="5860B489" w14:textId="77777777" w:rsidR="00D47296" w:rsidRDefault="008C31C1">
            <w:r>
              <w:rPr>
                <w:i/>
                <w:color w:val="777777"/>
                <w:sz w:val="24"/>
              </w:rPr>
              <w:t>&lt;Insert&gt;</w:t>
            </w:r>
          </w:p>
        </w:tc>
      </w:tr>
      <w:tr w:rsidR="00D47296" w14:paraId="48CA4719" w14:textId="77777777">
        <w:trPr>
          <w:jc w:val="center"/>
        </w:trPr>
        <w:tc>
          <w:tcPr>
            <w:tcW w:w="4320" w:type="dxa"/>
            <w:shd w:val="clear" w:color="auto" w:fill="E8F2EE"/>
            <w:tcMar>
              <w:top w:w="70" w:type="dxa"/>
              <w:left w:w="70" w:type="dxa"/>
              <w:bottom w:w="70" w:type="dxa"/>
              <w:right w:w="70" w:type="dxa"/>
            </w:tcMar>
            <w:vAlign w:val="center"/>
          </w:tcPr>
          <w:p w14:paraId="021C6516" w14:textId="77777777" w:rsidR="00D47296" w:rsidRDefault="008C31C1">
            <w:r>
              <w:rPr>
                <w:sz w:val="18"/>
              </w:rPr>
              <w:t>Reconciliation / scanning after restoration</w:t>
            </w:r>
          </w:p>
        </w:tc>
        <w:tc>
          <w:tcPr>
            <w:tcW w:w="6192" w:type="dxa"/>
            <w:shd w:val="clear" w:color="auto" w:fill="E8F2EE"/>
            <w:tcMar>
              <w:top w:w="70" w:type="dxa"/>
              <w:left w:w="70" w:type="dxa"/>
              <w:bottom w:w="70" w:type="dxa"/>
              <w:right w:w="70" w:type="dxa"/>
            </w:tcMar>
            <w:vAlign w:val="center"/>
          </w:tcPr>
          <w:p w14:paraId="165EAAC7" w14:textId="77777777" w:rsidR="00D47296" w:rsidRDefault="008C31C1">
            <w:r>
              <w:rPr>
                <w:i/>
                <w:color w:val="777777"/>
                <w:sz w:val="24"/>
              </w:rPr>
              <w:t>&lt;Process&gt;</w:t>
            </w:r>
          </w:p>
        </w:tc>
      </w:tr>
      <w:tr w:rsidR="00D47296" w14:paraId="4E53B50E" w14:textId="77777777">
        <w:trPr>
          <w:jc w:val="center"/>
        </w:trPr>
        <w:tc>
          <w:tcPr>
            <w:tcW w:w="4320" w:type="dxa"/>
            <w:tcMar>
              <w:top w:w="70" w:type="dxa"/>
              <w:left w:w="70" w:type="dxa"/>
              <w:bottom w:w="70" w:type="dxa"/>
              <w:right w:w="70" w:type="dxa"/>
            </w:tcMar>
            <w:vAlign w:val="center"/>
          </w:tcPr>
          <w:p w14:paraId="13165A69" w14:textId="77777777" w:rsidR="00D47296" w:rsidRDefault="008C31C1">
            <w:r>
              <w:rPr>
                <w:sz w:val="18"/>
              </w:rPr>
              <w:t>Extended outage patient communication</w:t>
            </w:r>
          </w:p>
        </w:tc>
        <w:tc>
          <w:tcPr>
            <w:tcW w:w="6192" w:type="dxa"/>
            <w:tcMar>
              <w:top w:w="70" w:type="dxa"/>
              <w:left w:w="70" w:type="dxa"/>
              <w:bottom w:w="70" w:type="dxa"/>
              <w:right w:w="70" w:type="dxa"/>
            </w:tcMar>
            <w:vAlign w:val="center"/>
          </w:tcPr>
          <w:p w14:paraId="5B9716D4" w14:textId="77777777" w:rsidR="00D47296" w:rsidRDefault="008C31C1">
            <w:r>
              <w:rPr>
                <w:i/>
                <w:color w:val="777777"/>
                <w:sz w:val="24"/>
              </w:rPr>
              <w:t>&lt;Process&gt;</w:t>
            </w:r>
          </w:p>
        </w:tc>
      </w:tr>
    </w:tbl>
    <w:p w14:paraId="7C55C574" w14:textId="77777777" w:rsidR="00D47296" w:rsidRDefault="00D47296">
      <w:pPr>
        <w:spacing w:after="0"/>
      </w:pPr>
    </w:p>
    <w:p w14:paraId="0184FE83" w14:textId="77777777" w:rsidR="00D47296" w:rsidRDefault="008C31C1">
      <w:pPr>
        <w:pStyle w:val="Heading1"/>
      </w:pPr>
      <w:r>
        <w:t>ATTACHMENT L - PHYSICAL PLANT / UTILITIES / PREVENTIVE MAINTENANCE</w:t>
      </w:r>
    </w:p>
    <w:tbl>
      <w:tblPr>
        <w:tblW w:w="0" w:type="auto"/>
        <w:jc w:val="center"/>
        <w:tblLayout w:type="fixed"/>
        <w:tblLook w:val="04A0" w:firstRow="1" w:lastRow="0" w:firstColumn="1" w:lastColumn="0" w:noHBand="0" w:noVBand="1"/>
      </w:tblPr>
      <w:tblGrid>
        <w:gridCol w:w="2160"/>
        <w:gridCol w:w="2160"/>
        <w:gridCol w:w="2448"/>
        <w:gridCol w:w="2448"/>
        <w:gridCol w:w="1728"/>
      </w:tblGrid>
      <w:tr w:rsidR="00D47296" w14:paraId="7FEE11E0" w14:textId="77777777">
        <w:trPr>
          <w:tblHeader/>
          <w:jc w:val="center"/>
        </w:trPr>
        <w:tc>
          <w:tcPr>
            <w:tcW w:w="2160" w:type="dxa"/>
            <w:shd w:val="clear" w:color="auto" w:fill="015A41"/>
            <w:tcMar>
              <w:top w:w="70" w:type="dxa"/>
              <w:left w:w="70" w:type="dxa"/>
              <w:bottom w:w="70" w:type="dxa"/>
              <w:right w:w="70" w:type="dxa"/>
            </w:tcMar>
            <w:vAlign w:val="center"/>
          </w:tcPr>
          <w:p w14:paraId="6624955E" w14:textId="77777777" w:rsidR="00D47296" w:rsidRDefault="008C31C1">
            <w:r>
              <w:rPr>
                <w:b/>
                <w:color w:val="FFFFFF"/>
                <w:sz w:val="15"/>
              </w:rPr>
              <w:t>System / Equipment</w:t>
            </w:r>
          </w:p>
        </w:tc>
        <w:tc>
          <w:tcPr>
            <w:tcW w:w="2160" w:type="dxa"/>
            <w:shd w:val="clear" w:color="auto" w:fill="015A41"/>
            <w:tcMar>
              <w:top w:w="70" w:type="dxa"/>
              <w:left w:w="70" w:type="dxa"/>
              <w:bottom w:w="70" w:type="dxa"/>
              <w:right w:w="70" w:type="dxa"/>
            </w:tcMar>
            <w:vAlign w:val="center"/>
          </w:tcPr>
          <w:p w14:paraId="248336AE" w14:textId="77777777" w:rsidR="00D47296" w:rsidRDefault="008C31C1">
            <w:r>
              <w:rPr>
                <w:b/>
                <w:color w:val="FFFFFF"/>
                <w:sz w:val="15"/>
              </w:rPr>
              <w:t>Normal Source / Condition</w:t>
            </w:r>
          </w:p>
        </w:tc>
        <w:tc>
          <w:tcPr>
            <w:tcW w:w="2448" w:type="dxa"/>
            <w:shd w:val="clear" w:color="auto" w:fill="015A41"/>
            <w:tcMar>
              <w:top w:w="70" w:type="dxa"/>
              <w:left w:w="70" w:type="dxa"/>
              <w:bottom w:w="70" w:type="dxa"/>
              <w:right w:w="70" w:type="dxa"/>
            </w:tcMar>
            <w:vAlign w:val="center"/>
          </w:tcPr>
          <w:p w14:paraId="58D575FE" w14:textId="77777777" w:rsidR="00D47296" w:rsidRDefault="008C31C1">
            <w:r>
              <w:rPr>
                <w:b/>
                <w:color w:val="FFFFFF"/>
                <w:sz w:val="15"/>
              </w:rPr>
              <w:t>Backup / Contingency</w:t>
            </w:r>
          </w:p>
        </w:tc>
        <w:tc>
          <w:tcPr>
            <w:tcW w:w="2448" w:type="dxa"/>
            <w:shd w:val="clear" w:color="auto" w:fill="015A41"/>
            <w:tcMar>
              <w:top w:w="70" w:type="dxa"/>
              <w:left w:w="70" w:type="dxa"/>
              <w:bottom w:w="70" w:type="dxa"/>
              <w:right w:w="70" w:type="dxa"/>
            </w:tcMar>
            <w:vAlign w:val="center"/>
          </w:tcPr>
          <w:p w14:paraId="101C87BD" w14:textId="77777777" w:rsidR="00D47296" w:rsidRDefault="008C31C1">
            <w:r>
              <w:rPr>
                <w:b/>
                <w:color w:val="FFFFFF"/>
                <w:sz w:val="15"/>
              </w:rPr>
              <w:t>PM / Test Record Location</w:t>
            </w:r>
          </w:p>
        </w:tc>
        <w:tc>
          <w:tcPr>
            <w:tcW w:w="1728" w:type="dxa"/>
            <w:shd w:val="clear" w:color="auto" w:fill="015A41"/>
            <w:tcMar>
              <w:top w:w="70" w:type="dxa"/>
              <w:left w:w="70" w:type="dxa"/>
              <w:bottom w:w="70" w:type="dxa"/>
              <w:right w:w="70" w:type="dxa"/>
            </w:tcMar>
            <w:vAlign w:val="center"/>
          </w:tcPr>
          <w:p w14:paraId="319017CE" w14:textId="77777777" w:rsidR="00D47296" w:rsidRDefault="008C31C1">
            <w:r>
              <w:rPr>
                <w:b/>
                <w:color w:val="FFFFFF"/>
                <w:sz w:val="15"/>
              </w:rPr>
              <w:t>Decision Trigger</w:t>
            </w:r>
          </w:p>
        </w:tc>
      </w:tr>
      <w:tr w:rsidR="00D47296" w14:paraId="358C7F60" w14:textId="77777777">
        <w:trPr>
          <w:jc w:val="center"/>
        </w:trPr>
        <w:tc>
          <w:tcPr>
            <w:tcW w:w="2160" w:type="dxa"/>
            <w:shd w:val="clear" w:color="auto" w:fill="E8F2EE"/>
            <w:tcMar>
              <w:top w:w="70" w:type="dxa"/>
              <w:left w:w="70" w:type="dxa"/>
              <w:bottom w:w="70" w:type="dxa"/>
              <w:right w:w="70" w:type="dxa"/>
            </w:tcMar>
            <w:vAlign w:val="center"/>
          </w:tcPr>
          <w:p w14:paraId="6B30A89F" w14:textId="77777777" w:rsidR="00D47296" w:rsidRDefault="008C31C1">
            <w:r>
              <w:rPr>
                <w:sz w:val="15"/>
              </w:rPr>
              <w:t>Electricity</w:t>
            </w:r>
          </w:p>
        </w:tc>
        <w:tc>
          <w:tcPr>
            <w:tcW w:w="2160" w:type="dxa"/>
            <w:shd w:val="clear" w:color="auto" w:fill="E8F2EE"/>
            <w:tcMar>
              <w:top w:w="70" w:type="dxa"/>
              <w:left w:w="70" w:type="dxa"/>
              <w:bottom w:w="70" w:type="dxa"/>
              <w:right w:w="70" w:type="dxa"/>
            </w:tcMar>
            <w:vAlign w:val="center"/>
          </w:tcPr>
          <w:p w14:paraId="44C1CB7B"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59A800ED"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1D387CBC"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1B15FCB6" w14:textId="77777777" w:rsidR="00D47296" w:rsidRDefault="008C31C1">
            <w:r>
              <w:rPr>
                <w:i/>
                <w:color w:val="777777"/>
                <w:sz w:val="24"/>
              </w:rPr>
              <w:t>&lt;Insert&gt;</w:t>
            </w:r>
          </w:p>
        </w:tc>
      </w:tr>
      <w:tr w:rsidR="00D47296" w14:paraId="33554758" w14:textId="77777777">
        <w:trPr>
          <w:jc w:val="center"/>
        </w:trPr>
        <w:tc>
          <w:tcPr>
            <w:tcW w:w="2160" w:type="dxa"/>
            <w:tcMar>
              <w:top w:w="70" w:type="dxa"/>
              <w:left w:w="70" w:type="dxa"/>
              <w:bottom w:w="70" w:type="dxa"/>
              <w:right w:w="70" w:type="dxa"/>
            </w:tcMar>
            <w:vAlign w:val="center"/>
          </w:tcPr>
          <w:p w14:paraId="69FF549F" w14:textId="77777777" w:rsidR="00D47296" w:rsidRDefault="008C31C1">
            <w:r>
              <w:rPr>
                <w:sz w:val="15"/>
              </w:rPr>
              <w:t>HVAC / heat</w:t>
            </w:r>
          </w:p>
        </w:tc>
        <w:tc>
          <w:tcPr>
            <w:tcW w:w="2160" w:type="dxa"/>
            <w:tcMar>
              <w:top w:w="70" w:type="dxa"/>
              <w:left w:w="70" w:type="dxa"/>
              <w:bottom w:w="70" w:type="dxa"/>
              <w:right w:w="70" w:type="dxa"/>
            </w:tcMar>
            <w:vAlign w:val="center"/>
          </w:tcPr>
          <w:p w14:paraId="035E544C"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54D496BD"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7AA7B429"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0EB7917E" w14:textId="77777777" w:rsidR="00D47296" w:rsidRDefault="008C31C1">
            <w:r>
              <w:rPr>
                <w:i/>
                <w:color w:val="777777"/>
                <w:sz w:val="24"/>
              </w:rPr>
              <w:t>&lt;Insert&gt;</w:t>
            </w:r>
          </w:p>
        </w:tc>
      </w:tr>
      <w:tr w:rsidR="00D47296" w14:paraId="11C06AE0" w14:textId="77777777">
        <w:trPr>
          <w:jc w:val="center"/>
        </w:trPr>
        <w:tc>
          <w:tcPr>
            <w:tcW w:w="2160" w:type="dxa"/>
            <w:shd w:val="clear" w:color="auto" w:fill="E8F2EE"/>
            <w:tcMar>
              <w:top w:w="70" w:type="dxa"/>
              <w:left w:w="70" w:type="dxa"/>
              <w:bottom w:w="70" w:type="dxa"/>
              <w:right w:w="70" w:type="dxa"/>
            </w:tcMar>
            <w:vAlign w:val="center"/>
          </w:tcPr>
          <w:p w14:paraId="699EDA20" w14:textId="77777777" w:rsidR="00D47296" w:rsidRDefault="008C31C1">
            <w:r>
              <w:rPr>
                <w:sz w:val="15"/>
              </w:rPr>
              <w:t>Water / sewer</w:t>
            </w:r>
          </w:p>
        </w:tc>
        <w:tc>
          <w:tcPr>
            <w:tcW w:w="2160" w:type="dxa"/>
            <w:shd w:val="clear" w:color="auto" w:fill="E8F2EE"/>
            <w:tcMar>
              <w:top w:w="70" w:type="dxa"/>
              <w:left w:w="70" w:type="dxa"/>
              <w:bottom w:w="70" w:type="dxa"/>
              <w:right w:w="70" w:type="dxa"/>
            </w:tcMar>
            <w:vAlign w:val="center"/>
          </w:tcPr>
          <w:p w14:paraId="0E22F1B1"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6D9ED4A3"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01505A0B"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029B0FF9" w14:textId="77777777" w:rsidR="00D47296" w:rsidRDefault="008C31C1">
            <w:r>
              <w:rPr>
                <w:i/>
                <w:color w:val="777777"/>
                <w:sz w:val="24"/>
              </w:rPr>
              <w:t>&lt;Insert&gt;</w:t>
            </w:r>
          </w:p>
        </w:tc>
      </w:tr>
      <w:tr w:rsidR="00D47296" w14:paraId="4BF10985" w14:textId="77777777">
        <w:trPr>
          <w:jc w:val="center"/>
        </w:trPr>
        <w:tc>
          <w:tcPr>
            <w:tcW w:w="2160" w:type="dxa"/>
            <w:tcMar>
              <w:top w:w="70" w:type="dxa"/>
              <w:left w:w="70" w:type="dxa"/>
              <w:bottom w:w="70" w:type="dxa"/>
              <w:right w:w="70" w:type="dxa"/>
            </w:tcMar>
            <w:vAlign w:val="center"/>
          </w:tcPr>
          <w:p w14:paraId="1DD0C0D2" w14:textId="77777777" w:rsidR="00D47296" w:rsidRDefault="008C31C1">
            <w:r>
              <w:rPr>
                <w:sz w:val="15"/>
              </w:rPr>
              <w:t>Refrigeration / vaccine cold chain</w:t>
            </w:r>
          </w:p>
        </w:tc>
        <w:tc>
          <w:tcPr>
            <w:tcW w:w="2160" w:type="dxa"/>
            <w:tcMar>
              <w:top w:w="70" w:type="dxa"/>
              <w:left w:w="70" w:type="dxa"/>
              <w:bottom w:w="70" w:type="dxa"/>
              <w:right w:w="70" w:type="dxa"/>
            </w:tcMar>
            <w:vAlign w:val="center"/>
          </w:tcPr>
          <w:p w14:paraId="6C81EE46"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4F9EDB8B"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1C593924"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25F1E528" w14:textId="77777777" w:rsidR="00D47296" w:rsidRDefault="008C31C1">
            <w:r>
              <w:rPr>
                <w:i/>
                <w:color w:val="777777"/>
                <w:sz w:val="24"/>
              </w:rPr>
              <w:t>&lt;Insert&gt;</w:t>
            </w:r>
          </w:p>
        </w:tc>
      </w:tr>
      <w:tr w:rsidR="00D47296" w14:paraId="79CAF31B" w14:textId="77777777">
        <w:trPr>
          <w:jc w:val="center"/>
        </w:trPr>
        <w:tc>
          <w:tcPr>
            <w:tcW w:w="2160" w:type="dxa"/>
            <w:shd w:val="clear" w:color="auto" w:fill="E8F2EE"/>
            <w:tcMar>
              <w:top w:w="70" w:type="dxa"/>
              <w:left w:w="70" w:type="dxa"/>
              <w:bottom w:w="70" w:type="dxa"/>
              <w:right w:w="70" w:type="dxa"/>
            </w:tcMar>
            <w:vAlign w:val="center"/>
          </w:tcPr>
          <w:p w14:paraId="790712EC" w14:textId="77777777" w:rsidR="00D47296" w:rsidRDefault="008C31C1">
            <w:r>
              <w:rPr>
                <w:sz w:val="15"/>
              </w:rPr>
              <w:t>Fire alarm / sprinkler</w:t>
            </w:r>
          </w:p>
        </w:tc>
        <w:tc>
          <w:tcPr>
            <w:tcW w:w="2160" w:type="dxa"/>
            <w:shd w:val="clear" w:color="auto" w:fill="E8F2EE"/>
            <w:tcMar>
              <w:top w:w="70" w:type="dxa"/>
              <w:left w:w="70" w:type="dxa"/>
              <w:bottom w:w="70" w:type="dxa"/>
              <w:right w:w="70" w:type="dxa"/>
            </w:tcMar>
            <w:vAlign w:val="center"/>
          </w:tcPr>
          <w:p w14:paraId="1F6DDF3F"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551A42EF"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6B86BCDD"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2B0855A9" w14:textId="77777777" w:rsidR="00D47296" w:rsidRDefault="008C31C1">
            <w:r>
              <w:rPr>
                <w:i/>
                <w:color w:val="777777"/>
                <w:sz w:val="24"/>
              </w:rPr>
              <w:t>&lt;Insert&gt;</w:t>
            </w:r>
          </w:p>
        </w:tc>
      </w:tr>
      <w:tr w:rsidR="00D47296" w14:paraId="3958C465" w14:textId="77777777">
        <w:trPr>
          <w:jc w:val="center"/>
        </w:trPr>
        <w:tc>
          <w:tcPr>
            <w:tcW w:w="2160" w:type="dxa"/>
            <w:tcMar>
              <w:top w:w="70" w:type="dxa"/>
              <w:left w:w="70" w:type="dxa"/>
              <w:bottom w:w="70" w:type="dxa"/>
              <w:right w:w="70" w:type="dxa"/>
            </w:tcMar>
            <w:vAlign w:val="center"/>
          </w:tcPr>
          <w:p w14:paraId="79DD5448" w14:textId="77777777" w:rsidR="00D47296" w:rsidRDefault="008C31C1">
            <w:r>
              <w:rPr>
                <w:sz w:val="15"/>
              </w:rPr>
              <w:t>Clinical equipment</w:t>
            </w:r>
          </w:p>
        </w:tc>
        <w:tc>
          <w:tcPr>
            <w:tcW w:w="2160" w:type="dxa"/>
            <w:tcMar>
              <w:top w:w="70" w:type="dxa"/>
              <w:left w:w="70" w:type="dxa"/>
              <w:bottom w:w="70" w:type="dxa"/>
              <w:right w:w="70" w:type="dxa"/>
            </w:tcMar>
            <w:vAlign w:val="center"/>
          </w:tcPr>
          <w:p w14:paraId="3AF74990"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3BCDF972"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67E765F9"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33400050" w14:textId="77777777" w:rsidR="00D47296" w:rsidRDefault="008C31C1">
            <w:r>
              <w:rPr>
                <w:i/>
                <w:color w:val="777777"/>
                <w:sz w:val="24"/>
              </w:rPr>
              <w:t>&lt;Insert&gt;</w:t>
            </w:r>
          </w:p>
        </w:tc>
      </w:tr>
      <w:tr w:rsidR="00D47296" w14:paraId="6D194EA7" w14:textId="77777777">
        <w:trPr>
          <w:jc w:val="center"/>
        </w:trPr>
        <w:tc>
          <w:tcPr>
            <w:tcW w:w="2160" w:type="dxa"/>
            <w:shd w:val="clear" w:color="auto" w:fill="E8F2EE"/>
            <w:tcMar>
              <w:top w:w="70" w:type="dxa"/>
              <w:left w:w="70" w:type="dxa"/>
              <w:bottom w:w="70" w:type="dxa"/>
              <w:right w:w="70" w:type="dxa"/>
            </w:tcMar>
            <w:vAlign w:val="center"/>
          </w:tcPr>
          <w:p w14:paraId="1D732D89" w14:textId="77777777" w:rsidR="00D47296" w:rsidRDefault="008C31C1">
            <w:r>
              <w:rPr>
                <w:sz w:val="15"/>
              </w:rPr>
              <w:t>Telecommunications</w:t>
            </w:r>
          </w:p>
        </w:tc>
        <w:tc>
          <w:tcPr>
            <w:tcW w:w="2160" w:type="dxa"/>
            <w:shd w:val="clear" w:color="auto" w:fill="E8F2EE"/>
            <w:tcMar>
              <w:top w:w="70" w:type="dxa"/>
              <w:left w:w="70" w:type="dxa"/>
              <w:bottom w:w="70" w:type="dxa"/>
              <w:right w:w="70" w:type="dxa"/>
            </w:tcMar>
            <w:vAlign w:val="center"/>
          </w:tcPr>
          <w:p w14:paraId="66A6A840"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22918408"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4382E625"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0FC3FEF9" w14:textId="77777777" w:rsidR="00D47296" w:rsidRDefault="008C31C1">
            <w:r>
              <w:rPr>
                <w:i/>
                <w:color w:val="777777"/>
                <w:sz w:val="24"/>
              </w:rPr>
              <w:t>&lt;Insert&gt;</w:t>
            </w:r>
          </w:p>
        </w:tc>
      </w:tr>
      <w:tr w:rsidR="00D47296" w14:paraId="1090E1E4" w14:textId="77777777">
        <w:trPr>
          <w:jc w:val="center"/>
        </w:trPr>
        <w:tc>
          <w:tcPr>
            <w:tcW w:w="2160" w:type="dxa"/>
            <w:tcMar>
              <w:top w:w="70" w:type="dxa"/>
              <w:left w:w="70" w:type="dxa"/>
              <w:bottom w:w="70" w:type="dxa"/>
              <w:right w:w="70" w:type="dxa"/>
            </w:tcMar>
            <w:vAlign w:val="center"/>
          </w:tcPr>
          <w:p w14:paraId="7EEB3F58" w14:textId="77777777" w:rsidR="00D47296" w:rsidRDefault="008C31C1">
            <w:r>
              <w:rPr>
                <w:sz w:val="15"/>
              </w:rPr>
              <w:t>Other</w:t>
            </w:r>
          </w:p>
        </w:tc>
        <w:tc>
          <w:tcPr>
            <w:tcW w:w="2160" w:type="dxa"/>
            <w:tcMar>
              <w:top w:w="70" w:type="dxa"/>
              <w:left w:w="70" w:type="dxa"/>
              <w:bottom w:w="70" w:type="dxa"/>
              <w:right w:w="70" w:type="dxa"/>
            </w:tcMar>
            <w:vAlign w:val="center"/>
          </w:tcPr>
          <w:p w14:paraId="21EA1BB7"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D3601FD"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0BF71DD5"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22401C78" w14:textId="77777777" w:rsidR="00D47296" w:rsidRDefault="008C31C1">
            <w:r>
              <w:rPr>
                <w:i/>
                <w:color w:val="777777"/>
                <w:sz w:val="24"/>
              </w:rPr>
              <w:t>&lt;Insert&gt;</w:t>
            </w:r>
          </w:p>
        </w:tc>
      </w:tr>
    </w:tbl>
    <w:p w14:paraId="2136A772" w14:textId="77777777" w:rsidR="00D47296" w:rsidRDefault="00D47296">
      <w:pPr>
        <w:spacing w:after="0"/>
      </w:pPr>
    </w:p>
    <w:p w14:paraId="48C27C0F" w14:textId="77777777" w:rsidR="00D47296" w:rsidRDefault="008C31C1">
      <w:pPr>
        <w:pStyle w:val="Heading1"/>
      </w:pPr>
      <w:r>
        <w:t>ATTACHMENT M - FIRE / LIFE-SAFETY / CONSTRUCTION / ACCESSIBILITY DOCUMENTATION</w:t>
      </w:r>
    </w:p>
    <w:tbl>
      <w:tblPr>
        <w:tblW w:w="0" w:type="auto"/>
        <w:jc w:val="center"/>
        <w:tblLook w:val="04A0" w:firstRow="1" w:lastRow="0" w:firstColumn="1" w:lastColumn="0" w:noHBand="0" w:noVBand="1"/>
      </w:tblPr>
      <w:tblGrid>
        <w:gridCol w:w="10800"/>
      </w:tblGrid>
      <w:tr w:rsidR="00D47296" w14:paraId="6527F4F8" w14:textId="77777777">
        <w:trPr>
          <w:jc w:val="center"/>
        </w:trPr>
        <w:tc>
          <w:tcPr>
            <w:tcW w:w="10800" w:type="dxa"/>
            <w:shd w:val="clear" w:color="auto" w:fill="FFF1EC"/>
          </w:tcPr>
          <w:p w14:paraId="681E1567" w14:textId="77777777" w:rsidR="00D47296" w:rsidRDefault="008C31C1">
            <w:r>
              <w:rPr>
                <w:b/>
                <w:color w:val="E63B07"/>
              </w:rPr>
              <w:t xml:space="preserve">SEPARATE APPLICABILITY LAYER </w:t>
            </w:r>
            <w:r>
              <w:t>FQHC status alone does not make CMS Form 2786R Health Care Occupancy K-tags the default survey layer. Determine applicable fire/life-safety requirements from actual occupancy, services, co-located provider types, Maine FMO rules and local AHJ requirements.</w:t>
            </w:r>
          </w:p>
        </w:tc>
      </w:tr>
    </w:tbl>
    <w:p w14:paraId="48EDC528" w14:textId="77777777" w:rsidR="00D47296" w:rsidRDefault="00D47296">
      <w:pPr>
        <w:spacing w:after="0"/>
      </w:pPr>
    </w:p>
    <w:tbl>
      <w:tblPr>
        <w:tblW w:w="0" w:type="auto"/>
        <w:jc w:val="center"/>
        <w:tblLayout w:type="fixed"/>
        <w:tblLook w:val="04A0" w:firstRow="1" w:lastRow="0" w:firstColumn="1" w:lastColumn="0" w:noHBand="0" w:noVBand="1"/>
      </w:tblPr>
      <w:tblGrid>
        <w:gridCol w:w="3024"/>
        <w:gridCol w:w="5472"/>
        <w:gridCol w:w="2016"/>
      </w:tblGrid>
      <w:tr w:rsidR="00D47296" w14:paraId="3F53ABBB" w14:textId="77777777">
        <w:trPr>
          <w:tblHeader/>
          <w:jc w:val="center"/>
        </w:trPr>
        <w:tc>
          <w:tcPr>
            <w:tcW w:w="3024" w:type="dxa"/>
            <w:shd w:val="clear" w:color="auto" w:fill="015A41"/>
            <w:tcMar>
              <w:top w:w="70" w:type="dxa"/>
              <w:left w:w="70" w:type="dxa"/>
              <w:bottom w:w="70" w:type="dxa"/>
              <w:right w:w="70" w:type="dxa"/>
            </w:tcMar>
            <w:vAlign w:val="center"/>
          </w:tcPr>
          <w:p w14:paraId="64B15B0F" w14:textId="77777777" w:rsidR="00D47296" w:rsidRDefault="008C31C1">
            <w:r>
              <w:rPr>
                <w:b/>
                <w:color w:val="FFFFFF"/>
                <w:sz w:val="17"/>
              </w:rPr>
              <w:t>Authority / Topic</w:t>
            </w:r>
          </w:p>
        </w:tc>
        <w:tc>
          <w:tcPr>
            <w:tcW w:w="5472" w:type="dxa"/>
            <w:shd w:val="clear" w:color="auto" w:fill="015A41"/>
            <w:tcMar>
              <w:top w:w="70" w:type="dxa"/>
              <w:left w:w="70" w:type="dxa"/>
              <w:bottom w:w="70" w:type="dxa"/>
              <w:right w:w="70" w:type="dxa"/>
            </w:tcMar>
            <w:vAlign w:val="center"/>
          </w:tcPr>
          <w:p w14:paraId="02FF2BE4" w14:textId="77777777" w:rsidR="00D47296" w:rsidRDefault="008C31C1">
            <w:r>
              <w:rPr>
                <w:b/>
                <w:color w:val="FFFFFF"/>
                <w:sz w:val="17"/>
              </w:rPr>
              <w:t>Documentation</w:t>
            </w:r>
          </w:p>
        </w:tc>
        <w:tc>
          <w:tcPr>
            <w:tcW w:w="2016" w:type="dxa"/>
            <w:shd w:val="clear" w:color="auto" w:fill="015A41"/>
            <w:tcMar>
              <w:top w:w="70" w:type="dxa"/>
              <w:left w:w="70" w:type="dxa"/>
              <w:bottom w:w="70" w:type="dxa"/>
              <w:right w:w="70" w:type="dxa"/>
            </w:tcMar>
            <w:vAlign w:val="center"/>
          </w:tcPr>
          <w:p w14:paraId="12436A5A" w14:textId="77777777" w:rsidR="00D47296" w:rsidRDefault="008C31C1">
            <w:r>
              <w:rPr>
                <w:b/>
                <w:color w:val="FFFFFF"/>
                <w:sz w:val="17"/>
              </w:rPr>
              <w:t>Controlled Location</w:t>
            </w:r>
          </w:p>
        </w:tc>
      </w:tr>
      <w:tr w:rsidR="00D47296" w14:paraId="36544D23" w14:textId="77777777">
        <w:trPr>
          <w:jc w:val="center"/>
        </w:trPr>
        <w:tc>
          <w:tcPr>
            <w:tcW w:w="3024" w:type="dxa"/>
            <w:shd w:val="clear" w:color="auto" w:fill="E8F2EE"/>
            <w:tcMar>
              <w:top w:w="70" w:type="dxa"/>
              <w:left w:w="70" w:type="dxa"/>
              <w:bottom w:w="70" w:type="dxa"/>
              <w:right w:w="70" w:type="dxa"/>
            </w:tcMar>
            <w:vAlign w:val="center"/>
          </w:tcPr>
          <w:p w14:paraId="07EFF5C9" w14:textId="77777777" w:rsidR="00D47296" w:rsidRDefault="008C31C1">
            <w:r>
              <w:rPr>
                <w:sz w:val="17"/>
              </w:rPr>
              <w:t>Maine FMO / local AHJ</w:t>
            </w:r>
          </w:p>
        </w:tc>
        <w:tc>
          <w:tcPr>
            <w:tcW w:w="5472" w:type="dxa"/>
            <w:shd w:val="clear" w:color="auto" w:fill="E8F2EE"/>
            <w:tcMar>
              <w:top w:w="70" w:type="dxa"/>
              <w:left w:w="70" w:type="dxa"/>
              <w:bottom w:w="70" w:type="dxa"/>
              <w:right w:w="70" w:type="dxa"/>
            </w:tcMar>
            <w:vAlign w:val="center"/>
          </w:tcPr>
          <w:p w14:paraId="1BB4D320" w14:textId="77777777" w:rsidR="00D47296" w:rsidRDefault="008C31C1">
            <w:r>
              <w:rPr>
                <w:sz w:val="17"/>
              </w:rPr>
              <w:t>Occupancy classification / determination</w:t>
            </w:r>
          </w:p>
        </w:tc>
        <w:tc>
          <w:tcPr>
            <w:tcW w:w="2016" w:type="dxa"/>
            <w:shd w:val="clear" w:color="auto" w:fill="E8F2EE"/>
            <w:tcMar>
              <w:top w:w="70" w:type="dxa"/>
              <w:left w:w="70" w:type="dxa"/>
              <w:bottom w:w="70" w:type="dxa"/>
              <w:right w:w="70" w:type="dxa"/>
            </w:tcMar>
            <w:vAlign w:val="center"/>
          </w:tcPr>
          <w:p w14:paraId="03142176" w14:textId="77777777" w:rsidR="00D47296" w:rsidRDefault="008C31C1">
            <w:r>
              <w:rPr>
                <w:i/>
                <w:color w:val="777777"/>
                <w:sz w:val="24"/>
              </w:rPr>
              <w:t>&lt;Location&gt;</w:t>
            </w:r>
          </w:p>
        </w:tc>
      </w:tr>
      <w:tr w:rsidR="00D47296" w14:paraId="38571B4F" w14:textId="77777777">
        <w:trPr>
          <w:jc w:val="center"/>
        </w:trPr>
        <w:tc>
          <w:tcPr>
            <w:tcW w:w="3024" w:type="dxa"/>
            <w:tcMar>
              <w:top w:w="70" w:type="dxa"/>
              <w:left w:w="70" w:type="dxa"/>
              <w:bottom w:w="70" w:type="dxa"/>
              <w:right w:w="70" w:type="dxa"/>
            </w:tcMar>
            <w:vAlign w:val="center"/>
          </w:tcPr>
          <w:p w14:paraId="5B200411" w14:textId="77777777" w:rsidR="00D47296" w:rsidRDefault="008C31C1">
            <w:r>
              <w:rPr>
                <w:sz w:val="17"/>
              </w:rPr>
              <w:t>Maine FMO</w:t>
            </w:r>
          </w:p>
        </w:tc>
        <w:tc>
          <w:tcPr>
            <w:tcW w:w="5472" w:type="dxa"/>
            <w:tcMar>
              <w:top w:w="70" w:type="dxa"/>
              <w:left w:w="70" w:type="dxa"/>
              <w:bottom w:w="70" w:type="dxa"/>
              <w:right w:w="70" w:type="dxa"/>
            </w:tcMar>
            <w:vAlign w:val="center"/>
          </w:tcPr>
          <w:p w14:paraId="7648F489" w14:textId="77777777" w:rsidR="00D47296" w:rsidRDefault="008C31C1">
            <w:r>
              <w:rPr>
                <w:sz w:val="17"/>
              </w:rPr>
              <w:t>Construction / renovation / change-of-use permits</w:t>
            </w:r>
          </w:p>
        </w:tc>
        <w:tc>
          <w:tcPr>
            <w:tcW w:w="2016" w:type="dxa"/>
            <w:tcMar>
              <w:top w:w="70" w:type="dxa"/>
              <w:left w:w="70" w:type="dxa"/>
              <w:bottom w:w="70" w:type="dxa"/>
              <w:right w:w="70" w:type="dxa"/>
            </w:tcMar>
            <w:vAlign w:val="center"/>
          </w:tcPr>
          <w:p w14:paraId="67DA2F57" w14:textId="77777777" w:rsidR="00D47296" w:rsidRDefault="008C31C1">
            <w:r>
              <w:rPr>
                <w:i/>
                <w:color w:val="777777"/>
                <w:sz w:val="24"/>
              </w:rPr>
              <w:t>&lt;Location&gt;</w:t>
            </w:r>
          </w:p>
        </w:tc>
      </w:tr>
      <w:tr w:rsidR="00D47296" w14:paraId="10D954C8" w14:textId="77777777">
        <w:trPr>
          <w:jc w:val="center"/>
        </w:trPr>
        <w:tc>
          <w:tcPr>
            <w:tcW w:w="3024" w:type="dxa"/>
            <w:shd w:val="clear" w:color="auto" w:fill="E8F2EE"/>
            <w:tcMar>
              <w:top w:w="70" w:type="dxa"/>
              <w:left w:w="70" w:type="dxa"/>
              <w:bottom w:w="70" w:type="dxa"/>
              <w:right w:w="70" w:type="dxa"/>
            </w:tcMar>
            <w:vAlign w:val="center"/>
          </w:tcPr>
          <w:p w14:paraId="00BF8576" w14:textId="77777777" w:rsidR="00D47296" w:rsidRDefault="008C31C1">
            <w:r>
              <w:rPr>
                <w:sz w:val="17"/>
              </w:rPr>
              <w:t>Maine FMO</w:t>
            </w:r>
          </w:p>
        </w:tc>
        <w:tc>
          <w:tcPr>
            <w:tcW w:w="5472" w:type="dxa"/>
            <w:shd w:val="clear" w:color="auto" w:fill="E8F2EE"/>
            <w:tcMar>
              <w:top w:w="70" w:type="dxa"/>
              <w:left w:w="70" w:type="dxa"/>
              <w:bottom w:w="70" w:type="dxa"/>
              <w:right w:w="70" w:type="dxa"/>
            </w:tcMar>
            <w:vAlign w:val="center"/>
          </w:tcPr>
          <w:p w14:paraId="4E6FB896" w14:textId="77777777" w:rsidR="00D47296" w:rsidRDefault="008C31C1">
            <w:r>
              <w:rPr>
                <w:sz w:val="17"/>
              </w:rPr>
              <w:t>Barrier-Free permit / accessibility review if applicable</w:t>
            </w:r>
          </w:p>
        </w:tc>
        <w:tc>
          <w:tcPr>
            <w:tcW w:w="2016" w:type="dxa"/>
            <w:shd w:val="clear" w:color="auto" w:fill="E8F2EE"/>
            <w:tcMar>
              <w:top w:w="70" w:type="dxa"/>
              <w:left w:w="70" w:type="dxa"/>
              <w:bottom w:w="70" w:type="dxa"/>
              <w:right w:w="70" w:type="dxa"/>
            </w:tcMar>
            <w:vAlign w:val="center"/>
          </w:tcPr>
          <w:p w14:paraId="2F093F97" w14:textId="77777777" w:rsidR="00D47296" w:rsidRDefault="008C31C1">
            <w:r>
              <w:rPr>
                <w:i/>
                <w:color w:val="777777"/>
                <w:sz w:val="24"/>
              </w:rPr>
              <w:t>&lt;Location&gt;</w:t>
            </w:r>
          </w:p>
        </w:tc>
      </w:tr>
      <w:tr w:rsidR="00D47296" w14:paraId="00FE0DDA" w14:textId="77777777">
        <w:trPr>
          <w:jc w:val="center"/>
        </w:trPr>
        <w:tc>
          <w:tcPr>
            <w:tcW w:w="3024" w:type="dxa"/>
            <w:tcMar>
              <w:top w:w="70" w:type="dxa"/>
              <w:left w:w="70" w:type="dxa"/>
              <w:bottom w:w="70" w:type="dxa"/>
              <w:right w:w="70" w:type="dxa"/>
            </w:tcMar>
            <w:vAlign w:val="center"/>
          </w:tcPr>
          <w:p w14:paraId="7C9636B9" w14:textId="77777777" w:rsidR="00D47296" w:rsidRDefault="008C31C1">
            <w:r>
              <w:rPr>
                <w:sz w:val="17"/>
              </w:rPr>
              <w:t>Maine FMO / local AHJ</w:t>
            </w:r>
          </w:p>
        </w:tc>
        <w:tc>
          <w:tcPr>
            <w:tcW w:w="5472" w:type="dxa"/>
            <w:tcMar>
              <w:top w:w="70" w:type="dxa"/>
              <w:left w:w="70" w:type="dxa"/>
              <w:bottom w:w="70" w:type="dxa"/>
              <w:right w:w="70" w:type="dxa"/>
            </w:tcMar>
            <w:vAlign w:val="center"/>
          </w:tcPr>
          <w:p w14:paraId="29BE4EA5" w14:textId="77777777" w:rsidR="00D47296" w:rsidRDefault="008C31C1">
            <w:r>
              <w:rPr>
                <w:sz w:val="17"/>
              </w:rPr>
              <w:t>Fire alarm / signaling inspection/testing</w:t>
            </w:r>
          </w:p>
        </w:tc>
        <w:tc>
          <w:tcPr>
            <w:tcW w:w="2016" w:type="dxa"/>
            <w:tcMar>
              <w:top w:w="70" w:type="dxa"/>
              <w:left w:w="70" w:type="dxa"/>
              <w:bottom w:w="70" w:type="dxa"/>
              <w:right w:w="70" w:type="dxa"/>
            </w:tcMar>
            <w:vAlign w:val="center"/>
          </w:tcPr>
          <w:p w14:paraId="04DBD81A" w14:textId="77777777" w:rsidR="00D47296" w:rsidRDefault="008C31C1">
            <w:r>
              <w:rPr>
                <w:i/>
                <w:color w:val="777777"/>
                <w:sz w:val="24"/>
              </w:rPr>
              <w:t>&lt;Location&gt;</w:t>
            </w:r>
          </w:p>
        </w:tc>
      </w:tr>
      <w:tr w:rsidR="00D47296" w14:paraId="4E05D16D" w14:textId="77777777">
        <w:trPr>
          <w:jc w:val="center"/>
        </w:trPr>
        <w:tc>
          <w:tcPr>
            <w:tcW w:w="3024" w:type="dxa"/>
            <w:shd w:val="clear" w:color="auto" w:fill="E8F2EE"/>
            <w:tcMar>
              <w:top w:w="70" w:type="dxa"/>
              <w:left w:w="70" w:type="dxa"/>
              <w:bottom w:w="70" w:type="dxa"/>
              <w:right w:w="70" w:type="dxa"/>
            </w:tcMar>
            <w:vAlign w:val="center"/>
          </w:tcPr>
          <w:p w14:paraId="2D6624B6" w14:textId="77777777" w:rsidR="00D47296" w:rsidRDefault="008C31C1">
            <w:r>
              <w:rPr>
                <w:sz w:val="17"/>
              </w:rPr>
              <w:t>Maine FMO / local AHJ</w:t>
            </w:r>
          </w:p>
        </w:tc>
        <w:tc>
          <w:tcPr>
            <w:tcW w:w="5472" w:type="dxa"/>
            <w:shd w:val="clear" w:color="auto" w:fill="E8F2EE"/>
            <w:tcMar>
              <w:top w:w="70" w:type="dxa"/>
              <w:left w:w="70" w:type="dxa"/>
              <w:bottom w:w="70" w:type="dxa"/>
              <w:right w:w="70" w:type="dxa"/>
            </w:tcMar>
            <w:vAlign w:val="center"/>
          </w:tcPr>
          <w:p w14:paraId="429B1CA8" w14:textId="77777777" w:rsidR="00D47296" w:rsidRDefault="008C31C1">
            <w:r>
              <w:rPr>
                <w:sz w:val="17"/>
              </w:rPr>
              <w:t>Sprinkler / water-based fire protection records</w:t>
            </w:r>
          </w:p>
        </w:tc>
        <w:tc>
          <w:tcPr>
            <w:tcW w:w="2016" w:type="dxa"/>
            <w:shd w:val="clear" w:color="auto" w:fill="E8F2EE"/>
            <w:tcMar>
              <w:top w:w="70" w:type="dxa"/>
              <w:left w:w="70" w:type="dxa"/>
              <w:bottom w:w="70" w:type="dxa"/>
              <w:right w:w="70" w:type="dxa"/>
            </w:tcMar>
            <w:vAlign w:val="center"/>
          </w:tcPr>
          <w:p w14:paraId="53A72366" w14:textId="77777777" w:rsidR="00D47296" w:rsidRDefault="008C31C1">
            <w:r>
              <w:rPr>
                <w:i/>
                <w:color w:val="777777"/>
                <w:sz w:val="24"/>
              </w:rPr>
              <w:t>&lt;Location&gt;</w:t>
            </w:r>
          </w:p>
        </w:tc>
      </w:tr>
      <w:tr w:rsidR="00D47296" w14:paraId="67E744F5" w14:textId="77777777">
        <w:trPr>
          <w:jc w:val="center"/>
        </w:trPr>
        <w:tc>
          <w:tcPr>
            <w:tcW w:w="3024" w:type="dxa"/>
            <w:tcMar>
              <w:top w:w="70" w:type="dxa"/>
              <w:left w:w="70" w:type="dxa"/>
              <w:bottom w:w="70" w:type="dxa"/>
              <w:right w:w="70" w:type="dxa"/>
            </w:tcMar>
            <w:vAlign w:val="center"/>
          </w:tcPr>
          <w:p w14:paraId="5040267A" w14:textId="77777777" w:rsidR="00D47296" w:rsidRDefault="008C31C1">
            <w:r>
              <w:rPr>
                <w:sz w:val="17"/>
              </w:rPr>
              <w:t>Maine FMO / local AHJ</w:t>
            </w:r>
          </w:p>
        </w:tc>
        <w:tc>
          <w:tcPr>
            <w:tcW w:w="5472" w:type="dxa"/>
            <w:tcMar>
              <w:top w:w="70" w:type="dxa"/>
              <w:left w:w="70" w:type="dxa"/>
              <w:bottom w:w="70" w:type="dxa"/>
              <w:right w:w="70" w:type="dxa"/>
            </w:tcMar>
            <w:vAlign w:val="center"/>
          </w:tcPr>
          <w:p w14:paraId="4810F508" w14:textId="77777777" w:rsidR="00D47296" w:rsidRDefault="008C31C1">
            <w:r>
              <w:rPr>
                <w:sz w:val="17"/>
              </w:rPr>
              <w:t>Portable fire extinguisher records</w:t>
            </w:r>
          </w:p>
        </w:tc>
        <w:tc>
          <w:tcPr>
            <w:tcW w:w="2016" w:type="dxa"/>
            <w:tcMar>
              <w:top w:w="70" w:type="dxa"/>
              <w:left w:w="70" w:type="dxa"/>
              <w:bottom w:w="70" w:type="dxa"/>
              <w:right w:w="70" w:type="dxa"/>
            </w:tcMar>
            <w:vAlign w:val="center"/>
          </w:tcPr>
          <w:p w14:paraId="4D94FE29" w14:textId="77777777" w:rsidR="00D47296" w:rsidRDefault="008C31C1">
            <w:r>
              <w:rPr>
                <w:i/>
                <w:color w:val="777777"/>
                <w:sz w:val="24"/>
              </w:rPr>
              <w:t>&lt;Location&gt;</w:t>
            </w:r>
          </w:p>
        </w:tc>
      </w:tr>
      <w:tr w:rsidR="00D47296" w14:paraId="2A2D964A" w14:textId="77777777">
        <w:trPr>
          <w:jc w:val="center"/>
        </w:trPr>
        <w:tc>
          <w:tcPr>
            <w:tcW w:w="3024" w:type="dxa"/>
            <w:shd w:val="clear" w:color="auto" w:fill="E8F2EE"/>
            <w:tcMar>
              <w:top w:w="70" w:type="dxa"/>
              <w:left w:w="70" w:type="dxa"/>
              <w:bottom w:w="70" w:type="dxa"/>
              <w:right w:w="70" w:type="dxa"/>
            </w:tcMar>
            <w:vAlign w:val="center"/>
          </w:tcPr>
          <w:p w14:paraId="2E4D5195" w14:textId="77777777" w:rsidR="00D47296" w:rsidRDefault="008C31C1">
            <w:r>
              <w:rPr>
                <w:sz w:val="17"/>
              </w:rPr>
              <w:t>Maine FMO / local AHJ</w:t>
            </w:r>
          </w:p>
        </w:tc>
        <w:tc>
          <w:tcPr>
            <w:tcW w:w="5472" w:type="dxa"/>
            <w:shd w:val="clear" w:color="auto" w:fill="E8F2EE"/>
            <w:tcMar>
              <w:top w:w="70" w:type="dxa"/>
              <w:left w:w="70" w:type="dxa"/>
              <w:bottom w:w="70" w:type="dxa"/>
              <w:right w:w="70" w:type="dxa"/>
            </w:tcMar>
            <w:vAlign w:val="center"/>
          </w:tcPr>
          <w:p w14:paraId="673F8E27" w14:textId="77777777" w:rsidR="00D47296" w:rsidRDefault="008C31C1">
            <w:r>
              <w:rPr>
                <w:sz w:val="17"/>
              </w:rPr>
              <w:t>Egress / exit signs / evacuation maps</w:t>
            </w:r>
          </w:p>
        </w:tc>
        <w:tc>
          <w:tcPr>
            <w:tcW w:w="2016" w:type="dxa"/>
            <w:shd w:val="clear" w:color="auto" w:fill="E8F2EE"/>
            <w:tcMar>
              <w:top w:w="70" w:type="dxa"/>
              <w:left w:w="70" w:type="dxa"/>
              <w:bottom w:w="70" w:type="dxa"/>
              <w:right w:w="70" w:type="dxa"/>
            </w:tcMar>
            <w:vAlign w:val="center"/>
          </w:tcPr>
          <w:p w14:paraId="0C3D63E2" w14:textId="77777777" w:rsidR="00D47296" w:rsidRDefault="008C31C1">
            <w:r>
              <w:rPr>
                <w:i/>
                <w:color w:val="777777"/>
                <w:sz w:val="24"/>
              </w:rPr>
              <w:t>&lt;Location&gt;</w:t>
            </w:r>
          </w:p>
        </w:tc>
      </w:tr>
      <w:tr w:rsidR="00D47296" w14:paraId="5AEE500D" w14:textId="77777777">
        <w:trPr>
          <w:jc w:val="center"/>
        </w:trPr>
        <w:tc>
          <w:tcPr>
            <w:tcW w:w="3024" w:type="dxa"/>
            <w:tcMar>
              <w:top w:w="70" w:type="dxa"/>
              <w:left w:w="70" w:type="dxa"/>
              <w:bottom w:w="70" w:type="dxa"/>
              <w:right w:w="70" w:type="dxa"/>
            </w:tcMar>
            <w:vAlign w:val="center"/>
          </w:tcPr>
          <w:p w14:paraId="31EB6FC6" w14:textId="77777777" w:rsidR="00D47296" w:rsidRDefault="008C31C1">
            <w:r>
              <w:rPr>
                <w:sz w:val="17"/>
              </w:rPr>
              <w:t>Local AHJ</w:t>
            </w:r>
          </w:p>
        </w:tc>
        <w:tc>
          <w:tcPr>
            <w:tcW w:w="5472" w:type="dxa"/>
            <w:tcMar>
              <w:top w:w="70" w:type="dxa"/>
              <w:left w:w="70" w:type="dxa"/>
              <w:bottom w:w="70" w:type="dxa"/>
              <w:right w:w="70" w:type="dxa"/>
            </w:tcMar>
            <w:vAlign w:val="center"/>
          </w:tcPr>
          <w:p w14:paraId="302BBF12" w14:textId="77777777" w:rsidR="00D47296" w:rsidRDefault="008C31C1">
            <w:r>
              <w:rPr>
                <w:sz w:val="17"/>
              </w:rPr>
              <w:t>Municipal permits / inspections / corrective actions</w:t>
            </w:r>
          </w:p>
        </w:tc>
        <w:tc>
          <w:tcPr>
            <w:tcW w:w="2016" w:type="dxa"/>
            <w:tcMar>
              <w:top w:w="70" w:type="dxa"/>
              <w:left w:w="70" w:type="dxa"/>
              <w:bottom w:w="70" w:type="dxa"/>
              <w:right w:w="70" w:type="dxa"/>
            </w:tcMar>
            <w:vAlign w:val="center"/>
          </w:tcPr>
          <w:p w14:paraId="194DDB9A" w14:textId="77777777" w:rsidR="00D47296" w:rsidRDefault="008C31C1">
            <w:r>
              <w:rPr>
                <w:i/>
                <w:color w:val="777777"/>
                <w:sz w:val="24"/>
              </w:rPr>
              <w:t>&lt;Location&gt;</w:t>
            </w:r>
          </w:p>
        </w:tc>
      </w:tr>
      <w:tr w:rsidR="00D47296" w14:paraId="31C6CE82" w14:textId="77777777">
        <w:trPr>
          <w:jc w:val="center"/>
        </w:trPr>
        <w:tc>
          <w:tcPr>
            <w:tcW w:w="3024" w:type="dxa"/>
            <w:shd w:val="clear" w:color="auto" w:fill="E8F2EE"/>
            <w:tcMar>
              <w:top w:w="70" w:type="dxa"/>
              <w:left w:w="70" w:type="dxa"/>
              <w:bottom w:w="70" w:type="dxa"/>
              <w:right w:w="70" w:type="dxa"/>
            </w:tcMar>
            <w:vAlign w:val="center"/>
          </w:tcPr>
          <w:p w14:paraId="0381E9E7" w14:textId="77777777" w:rsidR="00D47296" w:rsidRDefault="008C31C1">
            <w:r>
              <w:rPr>
                <w:sz w:val="17"/>
              </w:rPr>
              <w:t>Co-located service, if applicable</w:t>
            </w:r>
          </w:p>
        </w:tc>
        <w:tc>
          <w:tcPr>
            <w:tcW w:w="5472" w:type="dxa"/>
            <w:shd w:val="clear" w:color="auto" w:fill="E8F2EE"/>
            <w:tcMar>
              <w:top w:w="70" w:type="dxa"/>
              <w:left w:w="70" w:type="dxa"/>
              <w:bottom w:w="70" w:type="dxa"/>
              <w:right w:w="70" w:type="dxa"/>
            </w:tcMar>
            <w:vAlign w:val="center"/>
          </w:tcPr>
          <w:p w14:paraId="29F6FAF7" w14:textId="77777777" w:rsidR="00D47296" w:rsidRDefault="008C31C1">
            <w:r>
              <w:rPr>
                <w:sz w:val="17"/>
              </w:rPr>
              <w:t>Separate CMS LSC / K-tag evidence and basis</w:t>
            </w:r>
          </w:p>
        </w:tc>
        <w:tc>
          <w:tcPr>
            <w:tcW w:w="2016" w:type="dxa"/>
            <w:shd w:val="clear" w:color="auto" w:fill="E8F2EE"/>
            <w:tcMar>
              <w:top w:w="70" w:type="dxa"/>
              <w:left w:w="70" w:type="dxa"/>
              <w:bottom w:w="70" w:type="dxa"/>
              <w:right w:w="70" w:type="dxa"/>
            </w:tcMar>
            <w:vAlign w:val="center"/>
          </w:tcPr>
          <w:p w14:paraId="0306AA7A" w14:textId="77777777" w:rsidR="00D47296" w:rsidRDefault="008C31C1">
            <w:r>
              <w:rPr>
                <w:i/>
                <w:color w:val="777777"/>
                <w:sz w:val="24"/>
              </w:rPr>
              <w:t>&lt;Location&gt;</w:t>
            </w:r>
          </w:p>
        </w:tc>
      </w:tr>
    </w:tbl>
    <w:p w14:paraId="32ED0FF2" w14:textId="77777777" w:rsidR="00D47296" w:rsidRDefault="00D47296">
      <w:pPr>
        <w:spacing w:after="0"/>
      </w:pPr>
    </w:p>
    <w:p w14:paraId="4B8982AB" w14:textId="77777777" w:rsidR="00D47296" w:rsidRDefault="008C31C1">
      <w:pPr>
        <w:pStyle w:val="Heading1"/>
      </w:pPr>
      <w:r>
        <w:t>ATTACHMENT N - INCIDENT MANAGEMENT FORMS</w:t>
      </w:r>
    </w:p>
    <w:p w14:paraId="7566A618" w14:textId="77777777" w:rsidR="00D47296" w:rsidRDefault="008C31C1">
      <w:pPr>
        <w:spacing w:after="80" w:line="240" w:lineRule="auto"/>
      </w:pPr>
      <w:r>
        <w:t>Maintain standardized forms appropriate to the organization. HCC-ME universal forms may be used when helpful.</w:t>
      </w:r>
    </w:p>
    <w:tbl>
      <w:tblPr>
        <w:tblW w:w="0" w:type="auto"/>
        <w:jc w:val="center"/>
        <w:tblLayout w:type="fixed"/>
        <w:tblLook w:val="04A0" w:firstRow="1" w:lastRow="0" w:firstColumn="1" w:lastColumn="0" w:noHBand="0" w:noVBand="1"/>
      </w:tblPr>
      <w:tblGrid>
        <w:gridCol w:w="5760"/>
        <w:gridCol w:w="4752"/>
      </w:tblGrid>
      <w:tr w:rsidR="00D47296" w14:paraId="5765D9D6" w14:textId="77777777">
        <w:trPr>
          <w:tblHeader/>
          <w:jc w:val="center"/>
        </w:trPr>
        <w:tc>
          <w:tcPr>
            <w:tcW w:w="5760" w:type="dxa"/>
            <w:shd w:val="clear" w:color="auto" w:fill="015A41"/>
            <w:tcMar>
              <w:top w:w="70" w:type="dxa"/>
              <w:left w:w="70" w:type="dxa"/>
              <w:bottom w:w="70" w:type="dxa"/>
              <w:right w:w="70" w:type="dxa"/>
            </w:tcMar>
            <w:vAlign w:val="center"/>
          </w:tcPr>
          <w:p w14:paraId="7DFEEDF6" w14:textId="77777777" w:rsidR="00D47296" w:rsidRDefault="008C31C1">
            <w:r>
              <w:rPr>
                <w:b/>
                <w:color w:val="FFFFFF"/>
                <w:sz w:val="18"/>
              </w:rPr>
              <w:t>Form / Record</w:t>
            </w:r>
          </w:p>
        </w:tc>
        <w:tc>
          <w:tcPr>
            <w:tcW w:w="4752" w:type="dxa"/>
            <w:shd w:val="clear" w:color="auto" w:fill="015A41"/>
            <w:tcMar>
              <w:top w:w="70" w:type="dxa"/>
              <w:left w:w="70" w:type="dxa"/>
              <w:bottom w:w="70" w:type="dxa"/>
              <w:right w:w="70" w:type="dxa"/>
            </w:tcMar>
            <w:vAlign w:val="center"/>
          </w:tcPr>
          <w:p w14:paraId="37FBF153" w14:textId="77777777" w:rsidR="00D47296" w:rsidRDefault="008C31C1">
            <w:r>
              <w:rPr>
                <w:b/>
                <w:color w:val="FFFFFF"/>
                <w:sz w:val="18"/>
              </w:rPr>
              <w:t>Controlled Location</w:t>
            </w:r>
          </w:p>
        </w:tc>
      </w:tr>
      <w:tr w:rsidR="00D47296" w14:paraId="33CEC658" w14:textId="77777777">
        <w:trPr>
          <w:jc w:val="center"/>
        </w:trPr>
        <w:tc>
          <w:tcPr>
            <w:tcW w:w="5760" w:type="dxa"/>
            <w:shd w:val="clear" w:color="auto" w:fill="E8F2EE"/>
            <w:tcMar>
              <w:top w:w="70" w:type="dxa"/>
              <w:left w:w="70" w:type="dxa"/>
              <w:bottom w:w="70" w:type="dxa"/>
              <w:right w:w="70" w:type="dxa"/>
            </w:tcMar>
            <w:vAlign w:val="center"/>
          </w:tcPr>
          <w:p w14:paraId="7962DB07" w14:textId="77777777" w:rsidR="00D47296" w:rsidRDefault="008C31C1">
            <w:r>
              <w:rPr>
                <w:sz w:val="18"/>
              </w:rPr>
              <w:t>Incident / Situation Status Form</w:t>
            </w:r>
          </w:p>
        </w:tc>
        <w:tc>
          <w:tcPr>
            <w:tcW w:w="4752" w:type="dxa"/>
            <w:shd w:val="clear" w:color="auto" w:fill="E8F2EE"/>
            <w:tcMar>
              <w:top w:w="70" w:type="dxa"/>
              <w:left w:w="70" w:type="dxa"/>
              <w:bottom w:w="70" w:type="dxa"/>
              <w:right w:w="70" w:type="dxa"/>
            </w:tcMar>
            <w:vAlign w:val="center"/>
          </w:tcPr>
          <w:p w14:paraId="60799826" w14:textId="77777777" w:rsidR="00D47296" w:rsidRDefault="008C31C1">
            <w:r>
              <w:rPr>
                <w:i/>
                <w:color w:val="777777"/>
                <w:sz w:val="24"/>
              </w:rPr>
              <w:t>&lt;Location&gt;</w:t>
            </w:r>
          </w:p>
        </w:tc>
      </w:tr>
      <w:tr w:rsidR="00D47296" w14:paraId="55CA3D1F" w14:textId="77777777">
        <w:trPr>
          <w:jc w:val="center"/>
        </w:trPr>
        <w:tc>
          <w:tcPr>
            <w:tcW w:w="5760" w:type="dxa"/>
            <w:tcMar>
              <w:top w:w="70" w:type="dxa"/>
              <w:left w:w="70" w:type="dxa"/>
              <w:bottom w:w="70" w:type="dxa"/>
              <w:right w:w="70" w:type="dxa"/>
            </w:tcMar>
            <w:vAlign w:val="center"/>
          </w:tcPr>
          <w:p w14:paraId="1E9BDDF6" w14:textId="77777777" w:rsidR="00D47296" w:rsidRDefault="008C31C1">
            <w:r>
              <w:rPr>
                <w:sz w:val="18"/>
              </w:rPr>
              <w:t>Staff Accountability Form</w:t>
            </w:r>
          </w:p>
        </w:tc>
        <w:tc>
          <w:tcPr>
            <w:tcW w:w="4752" w:type="dxa"/>
            <w:tcMar>
              <w:top w:w="70" w:type="dxa"/>
              <w:left w:w="70" w:type="dxa"/>
              <w:bottom w:w="70" w:type="dxa"/>
              <w:right w:w="70" w:type="dxa"/>
            </w:tcMar>
            <w:vAlign w:val="center"/>
          </w:tcPr>
          <w:p w14:paraId="5C9EDE7D" w14:textId="77777777" w:rsidR="00D47296" w:rsidRDefault="008C31C1">
            <w:r>
              <w:rPr>
                <w:i/>
                <w:color w:val="777777"/>
                <w:sz w:val="24"/>
              </w:rPr>
              <w:t>&lt;Location&gt;</w:t>
            </w:r>
          </w:p>
        </w:tc>
      </w:tr>
      <w:tr w:rsidR="00D47296" w14:paraId="299E38EC" w14:textId="77777777">
        <w:trPr>
          <w:jc w:val="center"/>
        </w:trPr>
        <w:tc>
          <w:tcPr>
            <w:tcW w:w="5760" w:type="dxa"/>
            <w:shd w:val="clear" w:color="auto" w:fill="E8F2EE"/>
            <w:tcMar>
              <w:top w:w="70" w:type="dxa"/>
              <w:left w:w="70" w:type="dxa"/>
              <w:bottom w:w="70" w:type="dxa"/>
              <w:right w:w="70" w:type="dxa"/>
            </w:tcMar>
            <w:vAlign w:val="center"/>
          </w:tcPr>
          <w:p w14:paraId="4A97B4B0" w14:textId="77777777" w:rsidR="00D47296" w:rsidRDefault="008C31C1">
            <w:r>
              <w:rPr>
                <w:sz w:val="18"/>
              </w:rPr>
              <w:t>Emergency Contact Directory</w:t>
            </w:r>
          </w:p>
        </w:tc>
        <w:tc>
          <w:tcPr>
            <w:tcW w:w="4752" w:type="dxa"/>
            <w:shd w:val="clear" w:color="auto" w:fill="E8F2EE"/>
            <w:tcMar>
              <w:top w:w="70" w:type="dxa"/>
              <w:left w:w="70" w:type="dxa"/>
              <w:bottom w:w="70" w:type="dxa"/>
              <w:right w:w="70" w:type="dxa"/>
            </w:tcMar>
            <w:vAlign w:val="center"/>
          </w:tcPr>
          <w:p w14:paraId="38FBA964" w14:textId="77777777" w:rsidR="00D47296" w:rsidRDefault="008C31C1">
            <w:r>
              <w:rPr>
                <w:i/>
                <w:color w:val="777777"/>
                <w:sz w:val="24"/>
              </w:rPr>
              <w:t>&lt;Location&gt;</w:t>
            </w:r>
          </w:p>
        </w:tc>
      </w:tr>
      <w:tr w:rsidR="00D47296" w14:paraId="29FD955C" w14:textId="77777777">
        <w:trPr>
          <w:jc w:val="center"/>
        </w:trPr>
        <w:tc>
          <w:tcPr>
            <w:tcW w:w="5760" w:type="dxa"/>
            <w:tcMar>
              <w:top w:w="70" w:type="dxa"/>
              <w:left w:w="70" w:type="dxa"/>
              <w:bottom w:w="70" w:type="dxa"/>
              <w:right w:w="70" w:type="dxa"/>
            </w:tcMar>
            <w:vAlign w:val="center"/>
          </w:tcPr>
          <w:p w14:paraId="35FA762C" w14:textId="77777777" w:rsidR="00D47296" w:rsidRDefault="008C31C1">
            <w:r>
              <w:rPr>
                <w:sz w:val="18"/>
              </w:rPr>
              <w:lastRenderedPageBreak/>
              <w:t>Vendor / Resource Contact List</w:t>
            </w:r>
          </w:p>
        </w:tc>
        <w:tc>
          <w:tcPr>
            <w:tcW w:w="4752" w:type="dxa"/>
            <w:tcMar>
              <w:top w:w="70" w:type="dxa"/>
              <w:left w:w="70" w:type="dxa"/>
              <w:bottom w:w="70" w:type="dxa"/>
              <w:right w:w="70" w:type="dxa"/>
            </w:tcMar>
            <w:vAlign w:val="center"/>
          </w:tcPr>
          <w:p w14:paraId="649457EA" w14:textId="77777777" w:rsidR="00D47296" w:rsidRDefault="008C31C1">
            <w:r>
              <w:rPr>
                <w:i/>
                <w:color w:val="777777"/>
                <w:sz w:val="24"/>
              </w:rPr>
              <w:t>&lt;Location&gt;</w:t>
            </w:r>
          </w:p>
        </w:tc>
      </w:tr>
      <w:tr w:rsidR="00D47296" w14:paraId="61423AD0" w14:textId="77777777">
        <w:trPr>
          <w:jc w:val="center"/>
        </w:trPr>
        <w:tc>
          <w:tcPr>
            <w:tcW w:w="5760" w:type="dxa"/>
            <w:shd w:val="clear" w:color="auto" w:fill="E8F2EE"/>
            <w:tcMar>
              <w:top w:w="70" w:type="dxa"/>
              <w:left w:w="70" w:type="dxa"/>
              <w:bottom w:w="70" w:type="dxa"/>
              <w:right w:w="70" w:type="dxa"/>
            </w:tcMar>
            <w:vAlign w:val="center"/>
          </w:tcPr>
          <w:p w14:paraId="0057ACBD" w14:textId="77777777" w:rsidR="00D47296" w:rsidRDefault="008C31C1">
            <w:r>
              <w:rPr>
                <w:sz w:val="18"/>
              </w:rPr>
              <w:t>MOU / Agreement Tracker</w:t>
            </w:r>
          </w:p>
        </w:tc>
        <w:tc>
          <w:tcPr>
            <w:tcW w:w="4752" w:type="dxa"/>
            <w:shd w:val="clear" w:color="auto" w:fill="E8F2EE"/>
            <w:tcMar>
              <w:top w:w="70" w:type="dxa"/>
              <w:left w:w="70" w:type="dxa"/>
              <w:bottom w:w="70" w:type="dxa"/>
              <w:right w:w="70" w:type="dxa"/>
            </w:tcMar>
            <w:vAlign w:val="center"/>
          </w:tcPr>
          <w:p w14:paraId="3E8A789F" w14:textId="77777777" w:rsidR="00D47296" w:rsidRDefault="008C31C1">
            <w:r>
              <w:rPr>
                <w:i/>
                <w:color w:val="777777"/>
                <w:sz w:val="24"/>
              </w:rPr>
              <w:t>&lt;Location&gt;</w:t>
            </w:r>
          </w:p>
        </w:tc>
      </w:tr>
      <w:tr w:rsidR="00D47296" w14:paraId="72A9356A" w14:textId="77777777">
        <w:trPr>
          <w:jc w:val="center"/>
        </w:trPr>
        <w:tc>
          <w:tcPr>
            <w:tcW w:w="5760" w:type="dxa"/>
            <w:tcMar>
              <w:top w:w="70" w:type="dxa"/>
              <w:left w:w="70" w:type="dxa"/>
              <w:bottom w:w="70" w:type="dxa"/>
              <w:right w:w="70" w:type="dxa"/>
            </w:tcMar>
            <w:vAlign w:val="center"/>
          </w:tcPr>
          <w:p w14:paraId="44D717A0" w14:textId="77777777" w:rsidR="00D47296" w:rsidRDefault="008C31C1">
            <w:r>
              <w:rPr>
                <w:sz w:val="18"/>
              </w:rPr>
              <w:t>Corrective Action / Improvement Tracker</w:t>
            </w:r>
          </w:p>
        </w:tc>
        <w:tc>
          <w:tcPr>
            <w:tcW w:w="4752" w:type="dxa"/>
            <w:tcMar>
              <w:top w:w="70" w:type="dxa"/>
              <w:left w:w="70" w:type="dxa"/>
              <w:bottom w:w="70" w:type="dxa"/>
              <w:right w:w="70" w:type="dxa"/>
            </w:tcMar>
            <w:vAlign w:val="center"/>
          </w:tcPr>
          <w:p w14:paraId="0AB23BB5" w14:textId="77777777" w:rsidR="00D47296" w:rsidRDefault="008C31C1">
            <w:r>
              <w:rPr>
                <w:i/>
                <w:color w:val="777777"/>
                <w:sz w:val="24"/>
              </w:rPr>
              <w:t>&lt;Location&gt;</w:t>
            </w:r>
          </w:p>
        </w:tc>
      </w:tr>
      <w:tr w:rsidR="00D47296" w14:paraId="75E3EBF2" w14:textId="77777777">
        <w:trPr>
          <w:jc w:val="center"/>
        </w:trPr>
        <w:tc>
          <w:tcPr>
            <w:tcW w:w="5760" w:type="dxa"/>
            <w:shd w:val="clear" w:color="auto" w:fill="E8F2EE"/>
            <w:tcMar>
              <w:top w:w="70" w:type="dxa"/>
              <w:left w:w="70" w:type="dxa"/>
              <w:bottom w:w="70" w:type="dxa"/>
              <w:right w:w="70" w:type="dxa"/>
            </w:tcMar>
            <w:vAlign w:val="center"/>
          </w:tcPr>
          <w:p w14:paraId="60731938" w14:textId="77777777" w:rsidR="00D47296" w:rsidRDefault="008C31C1">
            <w:r>
              <w:rPr>
                <w:sz w:val="18"/>
              </w:rPr>
              <w:t>Emergency Preparedness Training Log</w:t>
            </w:r>
          </w:p>
        </w:tc>
        <w:tc>
          <w:tcPr>
            <w:tcW w:w="4752" w:type="dxa"/>
            <w:shd w:val="clear" w:color="auto" w:fill="E8F2EE"/>
            <w:tcMar>
              <w:top w:w="70" w:type="dxa"/>
              <w:left w:w="70" w:type="dxa"/>
              <w:bottom w:w="70" w:type="dxa"/>
              <w:right w:w="70" w:type="dxa"/>
            </w:tcMar>
            <w:vAlign w:val="center"/>
          </w:tcPr>
          <w:p w14:paraId="3A9B60F8" w14:textId="77777777" w:rsidR="00D47296" w:rsidRDefault="008C31C1">
            <w:r>
              <w:rPr>
                <w:i/>
                <w:color w:val="777777"/>
                <w:sz w:val="24"/>
              </w:rPr>
              <w:t>&lt;Location&gt;</w:t>
            </w:r>
          </w:p>
        </w:tc>
      </w:tr>
      <w:tr w:rsidR="00D47296" w14:paraId="2098CCD6" w14:textId="77777777">
        <w:trPr>
          <w:jc w:val="center"/>
        </w:trPr>
        <w:tc>
          <w:tcPr>
            <w:tcW w:w="5760" w:type="dxa"/>
            <w:tcMar>
              <w:top w:w="70" w:type="dxa"/>
              <w:left w:w="70" w:type="dxa"/>
              <w:bottom w:w="70" w:type="dxa"/>
              <w:right w:w="70" w:type="dxa"/>
            </w:tcMar>
            <w:vAlign w:val="center"/>
          </w:tcPr>
          <w:p w14:paraId="43DFABA9" w14:textId="77777777" w:rsidR="00D47296" w:rsidRDefault="008C31C1">
            <w:r>
              <w:rPr>
                <w:sz w:val="18"/>
              </w:rPr>
              <w:t>Annual Training &amp; Exercise Calendar</w:t>
            </w:r>
          </w:p>
        </w:tc>
        <w:tc>
          <w:tcPr>
            <w:tcW w:w="4752" w:type="dxa"/>
            <w:tcMar>
              <w:top w:w="70" w:type="dxa"/>
              <w:left w:w="70" w:type="dxa"/>
              <w:bottom w:w="70" w:type="dxa"/>
              <w:right w:w="70" w:type="dxa"/>
            </w:tcMar>
            <w:vAlign w:val="center"/>
          </w:tcPr>
          <w:p w14:paraId="76C938E6" w14:textId="77777777" w:rsidR="00D47296" w:rsidRDefault="008C31C1">
            <w:r>
              <w:rPr>
                <w:i/>
                <w:color w:val="777777"/>
                <w:sz w:val="24"/>
              </w:rPr>
              <w:t>&lt;Location&gt;</w:t>
            </w:r>
          </w:p>
        </w:tc>
      </w:tr>
      <w:tr w:rsidR="00D47296" w14:paraId="2FBEA27C" w14:textId="77777777">
        <w:trPr>
          <w:jc w:val="center"/>
        </w:trPr>
        <w:tc>
          <w:tcPr>
            <w:tcW w:w="5760" w:type="dxa"/>
            <w:shd w:val="clear" w:color="auto" w:fill="E8F2EE"/>
            <w:tcMar>
              <w:top w:w="70" w:type="dxa"/>
              <w:left w:w="70" w:type="dxa"/>
              <w:bottom w:w="70" w:type="dxa"/>
              <w:right w:w="70" w:type="dxa"/>
            </w:tcMar>
            <w:vAlign w:val="center"/>
          </w:tcPr>
          <w:p w14:paraId="20F6FC32" w14:textId="77777777" w:rsidR="00D47296" w:rsidRDefault="008C31C1">
            <w:r>
              <w:rPr>
                <w:sz w:val="18"/>
              </w:rPr>
              <w:t>Other incident forms</w:t>
            </w:r>
          </w:p>
        </w:tc>
        <w:tc>
          <w:tcPr>
            <w:tcW w:w="4752" w:type="dxa"/>
            <w:shd w:val="clear" w:color="auto" w:fill="E8F2EE"/>
            <w:tcMar>
              <w:top w:w="70" w:type="dxa"/>
              <w:left w:w="70" w:type="dxa"/>
              <w:bottom w:w="70" w:type="dxa"/>
              <w:right w:w="70" w:type="dxa"/>
            </w:tcMar>
            <w:vAlign w:val="center"/>
          </w:tcPr>
          <w:p w14:paraId="3E35C475" w14:textId="77777777" w:rsidR="00D47296" w:rsidRDefault="008C31C1">
            <w:r>
              <w:rPr>
                <w:i/>
                <w:color w:val="777777"/>
                <w:sz w:val="24"/>
              </w:rPr>
              <w:t>&lt;Location&gt;</w:t>
            </w:r>
          </w:p>
        </w:tc>
      </w:tr>
    </w:tbl>
    <w:p w14:paraId="3F6C2AB1" w14:textId="77777777" w:rsidR="00D47296" w:rsidRDefault="00D47296">
      <w:pPr>
        <w:spacing w:after="0"/>
      </w:pPr>
    </w:p>
    <w:p w14:paraId="33AE9242" w14:textId="77777777" w:rsidR="00D47296" w:rsidRDefault="008C31C1">
      <w:pPr>
        <w:pStyle w:val="Heading1"/>
      </w:pPr>
      <w:r>
        <w:t>ATTACHMENT O - RECOVERY / AAR / IMPROVEMENT DOCUMENTATION</w:t>
      </w:r>
    </w:p>
    <w:tbl>
      <w:tblPr>
        <w:tblW w:w="0" w:type="auto"/>
        <w:jc w:val="center"/>
        <w:tblLayout w:type="fixed"/>
        <w:tblLook w:val="04A0" w:firstRow="1" w:lastRow="0" w:firstColumn="1" w:lastColumn="0" w:noHBand="0" w:noVBand="1"/>
      </w:tblPr>
      <w:tblGrid>
        <w:gridCol w:w="2160"/>
        <w:gridCol w:w="1440"/>
        <w:gridCol w:w="2160"/>
        <w:gridCol w:w="2304"/>
        <w:gridCol w:w="1440"/>
        <w:gridCol w:w="1584"/>
      </w:tblGrid>
      <w:tr w:rsidR="00D47296" w14:paraId="285162AA" w14:textId="77777777">
        <w:trPr>
          <w:tblHeader/>
          <w:jc w:val="center"/>
        </w:trPr>
        <w:tc>
          <w:tcPr>
            <w:tcW w:w="2160" w:type="dxa"/>
            <w:shd w:val="clear" w:color="auto" w:fill="015A41"/>
            <w:tcMar>
              <w:top w:w="70" w:type="dxa"/>
              <w:left w:w="70" w:type="dxa"/>
              <w:bottom w:w="70" w:type="dxa"/>
              <w:right w:w="70" w:type="dxa"/>
            </w:tcMar>
            <w:vAlign w:val="center"/>
          </w:tcPr>
          <w:p w14:paraId="4B2DAC2B" w14:textId="77777777" w:rsidR="00D47296" w:rsidRDefault="008C31C1">
            <w:r>
              <w:rPr>
                <w:b/>
                <w:color w:val="FFFFFF"/>
                <w:sz w:val="15"/>
              </w:rPr>
              <w:t>Event / Exercise</w:t>
            </w:r>
          </w:p>
        </w:tc>
        <w:tc>
          <w:tcPr>
            <w:tcW w:w="1440" w:type="dxa"/>
            <w:shd w:val="clear" w:color="auto" w:fill="015A41"/>
            <w:tcMar>
              <w:top w:w="70" w:type="dxa"/>
              <w:left w:w="70" w:type="dxa"/>
              <w:bottom w:w="70" w:type="dxa"/>
              <w:right w:w="70" w:type="dxa"/>
            </w:tcMar>
            <w:vAlign w:val="center"/>
          </w:tcPr>
          <w:p w14:paraId="3232BE52" w14:textId="77777777" w:rsidR="00D47296" w:rsidRDefault="008C31C1">
            <w:r>
              <w:rPr>
                <w:b/>
                <w:color w:val="FFFFFF"/>
                <w:sz w:val="15"/>
              </w:rPr>
              <w:t>Date</w:t>
            </w:r>
          </w:p>
        </w:tc>
        <w:tc>
          <w:tcPr>
            <w:tcW w:w="2160" w:type="dxa"/>
            <w:shd w:val="clear" w:color="auto" w:fill="015A41"/>
            <w:tcMar>
              <w:top w:w="70" w:type="dxa"/>
              <w:left w:w="70" w:type="dxa"/>
              <w:bottom w:w="70" w:type="dxa"/>
              <w:right w:w="70" w:type="dxa"/>
            </w:tcMar>
            <w:vAlign w:val="center"/>
          </w:tcPr>
          <w:p w14:paraId="5FBC1B51" w14:textId="77777777" w:rsidR="00D47296" w:rsidRDefault="008C31C1">
            <w:r>
              <w:rPr>
                <w:b/>
                <w:color w:val="FFFFFF"/>
                <w:sz w:val="15"/>
              </w:rPr>
              <w:t>AAR Location</w:t>
            </w:r>
          </w:p>
        </w:tc>
        <w:tc>
          <w:tcPr>
            <w:tcW w:w="2304" w:type="dxa"/>
            <w:shd w:val="clear" w:color="auto" w:fill="015A41"/>
            <w:tcMar>
              <w:top w:w="70" w:type="dxa"/>
              <w:left w:w="70" w:type="dxa"/>
              <w:bottom w:w="70" w:type="dxa"/>
              <w:right w:w="70" w:type="dxa"/>
            </w:tcMar>
            <w:vAlign w:val="center"/>
          </w:tcPr>
          <w:p w14:paraId="4E70CFDC" w14:textId="77777777" w:rsidR="00D47296" w:rsidRDefault="008C31C1">
            <w:r>
              <w:rPr>
                <w:b/>
                <w:color w:val="FFFFFF"/>
                <w:sz w:val="15"/>
              </w:rPr>
              <w:t>Improvement Plan Location</w:t>
            </w:r>
          </w:p>
        </w:tc>
        <w:tc>
          <w:tcPr>
            <w:tcW w:w="1440" w:type="dxa"/>
            <w:shd w:val="clear" w:color="auto" w:fill="015A41"/>
            <w:tcMar>
              <w:top w:w="70" w:type="dxa"/>
              <w:left w:w="70" w:type="dxa"/>
              <w:bottom w:w="70" w:type="dxa"/>
              <w:right w:w="70" w:type="dxa"/>
            </w:tcMar>
            <w:vAlign w:val="center"/>
          </w:tcPr>
          <w:p w14:paraId="58E3182B" w14:textId="77777777" w:rsidR="00D47296" w:rsidRDefault="008C31C1">
            <w:r>
              <w:rPr>
                <w:b/>
                <w:color w:val="FFFFFF"/>
                <w:sz w:val="15"/>
              </w:rPr>
              <w:t>Owner</w:t>
            </w:r>
          </w:p>
        </w:tc>
        <w:tc>
          <w:tcPr>
            <w:tcW w:w="1584" w:type="dxa"/>
            <w:shd w:val="clear" w:color="auto" w:fill="015A41"/>
            <w:tcMar>
              <w:top w:w="70" w:type="dxa"/>
              <w:left w:w="70" w:type="dxa"/>
              <w:bottom w:w="70" w:type="dxa"/>
              <w:right w:w="70" w:type="dxa"/>
            </w:tcMar>
            <w:vAlign w:val="center"/>
          </w:tcPr>
          <w:p w14:paraId="1B22FD05" w14:textId="77777777" w:rsidR="00D47296" w:rsidRDefault="008C31C1">
            <w:r>
              <w:rPr>
                <w:b/>
                <w:color w:val="FFFFFF"/>
                <w:sz w:val="15"/>
              </w:rPr>
              <w:t>Closed / Verified</w:t>
            </w:r>
          </w:p>
        </w:tc>
      </w:tr>
      <w:tr w:rsidR="00D47296" w14:paraId="5C189F39" w14:textId="77777777">
        <w:trPr>
          <w:jc w:val="center"/>
        </w:trPr>
        <w:tc>
          <w:tcPr>
            <w:tcW w:w="2160" w:type="dxa"/>
            <w:shd w:val="clear" w:color="auto" w:fill="E8F2EE"/>
            <w:tcMar>
              <w:top w:w="70" w:type="dxa"/>
              <w:left w:w="70" w:type="dxa"/>
              <w:bottom w:w="70" w:type="dxa"/>
              <w:right w:w="70" w:type="dxa"/>
            </w:tcMar>
            <w:vAlign w:val="center"/>
          </w:tcPr>
          <w:p w14:paraId="5542CFED"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7F2F8B77" w14:textId="77777777" w:rsidR="00D47296" w:rsidRDefault="008C31C1">
            <w:r>
              <w:rPr>
                <w:i/>
                <w:color w:val="777777"/>
                <w:sz w:val="24"/>
              </w:rPr>
              <w:t>&lt;Date&gt;</w:t>
            </w:r>
          </w:p>
        </w:tc>
        <w:tc>
          <w:tcPr>
            <w:tcW w:w="2160" w:type="dxa"/>
            <w:shd w:val="clear" w:color="auto" w:fill="E8F2EE"/>
            <w:tcMar>
              <w:top w:w="70" w:type="dxa"/>
              <w:left w:w="70" w:type="dxa"/>
              <w:bottom w:w="70" w:type="dxa"/>
              <w:right w:w="70" w:type="dxa"/>
            </w:tcMar>
            <w:vAlign w:val="center"/>
          </w:tcPr>
          <w:p w14:paraId="5E06424C" w14:textId="77777777" w:rsidR="00D47296" w:rsidRDefault="008C31C1">
            <w:r>
              <w:rPr>
                <w:i/>
                <w:color w:val="777777"/>
                <w:sz w:val="24"/>
              </w:rPr>
              <w:t>&lt;Location&gt;</w:t>
            </w:r>
          </w:p>
        </w:tc>
        <w:tc>
          <w:tcPr>
            <w:tcW w:w="2304" w:type="dxa"/>
            <w:shd w:val="clear" w:color="auto" w:fill="E8F2EE"/>
            <w:tcMar>
              <w:top w:w="70" w:type="dxa"/>
              <w:left w:w="70" w:type="dxa"/>
              <w:bottom w:w="70" w:type="dxa"/>
              <w:right w:w="70" w:type="dxa"/>
            </w:tcMar>
            <w:vAlign w:val="center"/>
          </w:tcPr>
          <w:p w14:paraId="312A575E" w14:textId="77777777" w:rsidR="00D47296" w:rsidRDefault="008C31C1">
            <w:r>
              <w:rPr>
                <w:i/>
                <w:color w:val="777777"/>
                <w:sz w:val="24"/>
              </w:rPr>
              <w:t>&lt;Location&gt;</w:t>
            </w:r>
          </w:p>
        </w:tc>
        <w:tc>
          <w:tcPr>
            <w:tcW w:w="1440" w:type="dxa"/>
            <w:shd w:val="clear" w:color="auto" w:fill="E8F2EE"/>
            <w:tcMar>
              <w:top w:w="70" w:type="dxa"/>
              <w:left w:w="70" w:type="dxa"/>
              <w:bottom w:w="70" w:type="dxa"/>
              <w:right w:w="70" w:type="dxa"/>
            </w:tcMar>
            <w:vAlign w:val="center"/>
          </w:tcPr>
          <w:p w14:paraId="4066915B"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39E33297" w14:textId="77777777" w:rsidR="00D47296" w:rsidRDefault="008C31C1">
            <w:r>
              <w:rPr>
                <w:i/>
                <w:color w:val="777777"/>
                <w:sz w:val="24"/>
              </w:rPr>
              <w:t>&lt;Date/status&gt;</w:t>
            </w:r>
          </w:p>
        </w:tc>
      </w:tr>
      <w:tr w:rsidR="00D47296" w14:paraId="76532E7D" w14:textId="77777777">
        <w:trPr>
          <w:jc w:val="center"/>
        </w:trPr>
        <w:tc>
          <w:tcPr>
            <w:tcW w:w="2160" w:type="dxa"/>
            <w:tcMar>
              <w:top w:w="70" w:type="dxa"/>
              <w:left w:w="70" w:type="dxa"/>
              <w:bottom w:w="70" w:type="dxa"/>
              <w:right w:w="70" w:type="dxa"/>
            </w:tcMar>
            <w:vAlign w:val="center"/>
          </w:tcPr>
          <w:p w14:paraId="37A13BC7"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3F7F149D" w14:textId="77777777" w:rsidR="00D47296" w:rsidRDefault="008C31C1">
            <w:r>
              <w:rPr>
                <w:i/>
                <w:color w:val="777777"/>
                <w:sz w:val="24"/>
              </w:rPr>
              <w:t>&lt;Date&gt;</w:t>
            </w:r>
          </w:p>
        </w:tc>
        <w:tc>
          <w:tcPr>
            <w:tcW w:w="2160" w:type="dxa"/>
            <w:tcMar>
              <w:top w:w="70" w:type="dxa"/>
              <w:left w:w="70" w:type="dxa"/>
              <w:bottom w:w="70" w:type="dxa"/>
              <w:right w:w="70" w:type="dxa"/>
            </w:tcMar>
            <w:vAlign w:val="center"/>
          </w:tcPr>
          <w:p w14:paraId="0946A447" w14:textId="77777777" w:rsidR="00D47296" w:rsidRDefault="008C31C1">
            <w:r>
              <w:rPr>
                <w:i/>
                <w:color w:val="777777"/>
                <w:sz w:val="24"/>
              </w:rPr>
              <w:t>&lt;Location&gt;</w:t>
            </w:r>
          </w:p>
        </w:tc>
        <w:tc>
          <w:tcPr>
            <w:tcW w:w="2304" w:type="dxa"/>
            <w:tcMar>
              <w:top w:w="70" w:type="dxa"/>
              <w:left w:w="70" w:type="dxa"/>
              <w:bottom w:w="70" w:type="dxa"/>
              <w:right w:w="70" w:type="dxa"/>
            </w:tcMar>
            <w:vAlign w:val="center"/>
          </w:tcPr>
          <w:p w14:paraId="7618F814" w14:textId="77777777" w:rsidR="00D47296" w:rsidRDefault="008C31C1">
            <w:r>
              <w:rPr>
                <w:i/>
                <w:color w:val="777777"/>
                <w:sz w:val="24"/>
              </w:rPr>
              <w:t>&lt;Location&gt;</w:t>
            </w:r>
          </w:p>
        </w:tc>
        <w:tc>
          <w:tcPr>
            <w:tcW w:w="1440" w:type="dxa"/>
            <w:tcMar>
              <w:top w:w="70" w:type="dxa"/>
              <w:left w:w="70" w:type="dxa"/>
              <w:bottom w:w="70" w:type="dxa"/>
              <w:right w:w="70" w:type="dxa"/>
            </w:tcMar>
            <w:vAlign w:val="center"/>
          </w:tcPr>
          <w:p w14:paraId="36F211A0"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7F9AF26D" w14:textId="77777777" w:rsidR="00D47296" w:rsidRDefault="008C31C1">
            <w:r>
              <w:rPr>
                <w:i/>
                <w:color w:val="777777"/>
                <w:sz w:val="24"/>
              </w:rPr>
              <w:t>&lt;Date/status&gt;</w:t>
            </w:r>
          </w:p>
        </w:tc>
      </w:tr>
      <w:tr w:rsidR="00D47296" w14:paraId="0ED6BD44" w14:textId="77777777">
        <w:trPr>
          <w:jc w:val="center"/>
        </w:trPr>
        <w:tc>
          <w:tcPr>
            <w:tcW w:w="2160" w:type="dxa"/>
            <w:shd w:val="clear" w:color="auto" w:fill="E8F2EE"/>
            <w:tcMar>
              <w:top w:w="70" w:type="dxa"/>
              <w:left w:w="70" w:type="dxa"/>
              <w:bottom w:w="70" w:type="dxa"/>
              <w:right w:w="70" w:type="dxa"/>
            </w:tcMar>
            <w:vAlign w:val="center"/>
          </w:tcPr>
          <w:p w14:paraId="702B6B04"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4CB5712A" w14:textId="77777777" w:rsidR="00D47296" w:rsidRDefault="008C31C1">
            <w:r>
              <w:rPr>
                <w:i/>
                <w:color w:val="777777"/>
                <w:sz w:val="24"/>
              </w:rPr>
              <w:t>&lt;Date&gt;</w:t>
            </w:r>
          </w:p>
        </w:tc>
        <w:tc>
          <w:tcPr>
            <w:tcW w:w="2160" w:type="dxa"/>
            <w:shd w:val="clear" w:color="auto" w:fill="E8F2EE"/>
            <w:tcMar>
              <w:top w:w="70" w:type="dxa"/>
              <w:left w:w="70" w:type="dxa"/>
              <w:bottom w:w="70" w:type="dxa"/>
              <w:right w:w="70" w:type="dxa"/>
            </w:tcMar>
            <w:vAlign w:val="center"/>
          </w:tcPr>
          <w:p w14:paraId="67C323B5" w14:textId="77777777" w:rsidR="00D47296" w:rsidRDefault="008C31C1">
            <w:r>
              <w:rPr>
                <w:i/>
                <w:color w:val="777777"/>
                <w:sz w:val="24"/>
              </w:rPr>
              <w:t>&lt;Location&gt;</w:t>
            </w:r>
          </w:p>
        </w:tc>
        <w:tc>
          <w:tcPr>
            <w:tcW w:w="2304" w:type="dxa"/>
            <w:shd w:val="clear" w:color="auto" w:fill="E8F2EE"/>
            <w:tcMar>
              <w:top w:w="70" w:type="dxa"/>
              <w:left w:w="70" w:type="dxa"/>
              <w:bottom w:w="70" w:type="dxa"/>
              <w:right w:w="70" w:type="dxa"/>
            </w:tcMar>
            <w:vAlign w:val="center"/>
          </w:tcPr>
          <w:p w14:paraId="443DD396" w14:textId="77777777" w:rsidR="00D47296" w:rsidRDefault="008C31C1">
            <w:r>
              <w:rPr>
                <w:i/>
                <w:color w:val="777777"/>
                <w:sz w:val="24"/>
              </w:rPr>
              <w:t>&lt;Location&gt;</w:t>
            </w:r>
          </w:p>
        </w:tc>
        <w:tc>
          <w:tcPr>
            <w:tcW w:w="1440" w:type="dxa"/>
            <w:shd w:val="clear" w:color="auto" w:fill="E8F2EE"/>
            <w:tcMar>
              <w:top w:w="70" w:type="dxa"/>
              <w:left w:w="70" w:type="dxa"/>
              <w:bottom w:w="70" w:type="dxa"/>
              <w:right w:w="70" w:type="dxa"/>
            </w:tcMar>
            <w:vAlign w:val="center"/>
          </w:tcPr>
          <w:p w14:paraId="12EAEC80"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597F9728" w14:textId="77777777" w:rsidR="00D47296" w:rsidRDefault="008C31C1">
            <w:r>
              <w:rPr>
                <w:i/>
                <w:color w:val="777777"/>
                <w:sz w:val="24"/>
              </w:rPr>
              <w:t>&lt;Date/status&gt;</w:t>
            </w:r>
          </w:p>
        </w:tc>
      </w:tr>
      <w:tr w:rsidR="00D47296" w14:paraId="6D7C5F0C" w14:textId="77777777">
        <w:trPr>
          <w:jc w:val="center"/>
        </w:trPr>
        <w:tc>
          <w:tcPr>
            <w:tcW w:w="2160" w:type="dxa"/>
            <w:tcMar>
              <w:top w:w="70" w:type="dxa"/>
              <w:left w:w="70" w:type="dxa"/>
              <w:bottom w:w="70" w:type="dxa"/>
              <w:right w:w="70" w:type="dxa"/>
            </w:tcMar>
            <w:vAlign w:val="center"/>
          </w:tcPr>
          <w:p w14:paraId="5F27841C"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0A041F09" w14:textId="77777777" w:rsidR="00D47296" w:rsidRDefault="008C31C1">
            <w:r>
              <w:rPr>
                <w:i/>
                <w:color w:val="777777"/>
                <w:sz w:val="24"/>
              </w:rPr>
              <w:t>&lt;Date&gt;</w:t>
            </w:r>
          </w:p>
        </w:tc>
        <w:tc>
          <w:tcPr>
            <w:tcW w:w="2160" w:type="dxa"/>
            <w:tcMar>
              <w:top w:w="70" w:type="dxa"/>
              <w:left w:w="70" w:type="dxa"/>
              <w:bottom w:w="70" w:type="dxa"/>
              <w:right w:w="70" w:type="dxa"/>
            </w:tcMar>
            <w:vAlign w:val="center"/>
          </w:tcPr>
          <w:p w14:paraId="5B274F38" w14:textId="77777777" w:rsidR="00D47296" w:rsidRDefault="008C31C1">
            <w:r>
              <w:rPr>
                <w:i/>
                <w:color w:val="777777"/>
                <w:sz w:val="24"/>
              </w:rPr>
              <w:t>&lt;Location&gt;</w:t>
            </w:r>
          </w:p>
        </w:tc>
        <w:tc>
          <w:tcPr>
            <w:tcW w:w="2304" w:type="dxa"/>
            <w:tcMar>
              <w:top w:w="70" w:type="dxa"/>
              <w:left w:w="70" w:type="dxa"/>
              <w:bottom w:w="70" w:type="dxa"/>
              <w:right w:w="70" w:type="dxa"/>
            </w:tcMar>
            <w:vAlign w:val="center"/>
          </w:tcPr>
          <w:p w14:paraId="0E1704F8" w14:textId="77777777" w:rsidR="00D47296" w:rsidRDefault="008C31C1">
            <w:r>
              <w:rPr>
                <w:i/>
                <w:color w:val="777777"/>
                <w:sz w:val="24"/>
              </w:rPr>
              <w:t>&lt;Location&gt;</w:t>
            </w:r>
          </w:p>
        </w:tc>
        <w:tc>
          <w:tcPr>
            <w:tcW w:w="1440" w:type="dxa"/>
            <w:tcMar>
              <w:top w:w="70" w:type="dxa"/>
              <w:left w:w="70" w:type="dxa"/>
              <w:bottom w:w="70" w:type="dxa"/>
              <w:right w:w="70" w:type="dxa"/>
            </w:tcMar>
            <w:vAlign w:val="center"/>
          </w:tcPr>
          <w:p w14:paraId="2426479B"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6B95D0E9" w14:textId="77777777" w:rsidR="00D47296" w:rsidRDefault="008C31C1">
            <w:r>
              <w:rPr>
                <w:i/>
                <w:color w:val="777777"/>
                <w:sz w:val="24"/>
              </w:rPr>
              <w:t>&lt;Date/status&gt;</w:t>
            </w:r>
          </w:p>
        </w:tc>
      </w:tr>
      <w:tr w:rsidR="00D47296" w14:paraId="6D3DE0A4" w14:textId="77777777">
        <w:trPr>
          <w:jc w:val="center"/>
        </w:trPr>
        <w:tc>
          <w:tcPr>
            <w:tcW w:w="2160" w:type="dxa"/>
            <w:shd w:val="clear" w:color="auto" w:fill="E8F2EE"/>
            <w:tcMar>
              <w:top w:w="70" w:type="dxa"/>
              <w:left w:w="70" w:type="dxa"/>
              <w:bottom w:w="70" w:type="dxa"/>
              <w:right w:w="70" w:type="dxa"/>
            </w:tcMar>
            <w:vAlign w:val="center"/>
          </w:tcPr>
          <w:p w14:paraId="5757387C"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481EC0E4" w14:textId="77777777" w:rsidR="00D47296" w:rsidRDefault="008C31C1">
            <w:r>
              <w:rPr>
                <w:i/>
                <w:color w:val="777777"/>
                <w:sz w:val="24"/>
              </w:rPr>
              <w:t>&lt;Date&gt;</w:t>
            </w:r>
          </w:p>
        </w:tc>
        <w:tc>
          <w:tcPr>
            <w:tcW w:w="2160" w:type="dxa"/>
            <w:shd w:val="clear" w:color="auto" w:fill="E8F2EE"/>
            <w:tcMar>
              <w:top w:w="70" w:type="dxa"/>
              <w:left w:w="70" w:type="dxa"/>
              <w:bottom w:w="70" w:type="dxa"/>
              <w:right w:w="70" w:type="dxa"/>
            </w:tcMar>
            <w:vAlign w:val="center"/>
          </w:tcPr>
          <w:p w14:paraId="5EDACE7B" w14:textId="77777777" w:rsidR="00D47296" w:rsidRDefault="008C31C1">
            <w:r>
              <w:rPr>
                <w:i/>
                <w:color w:val="777777"/>
                <w:sz w:val="24"/>
              </w:rPr>
              <w:t>&lt;Location&gt;</w:t>
            </w:r>
          </w:p>
        </w:tc>
        <w:tc>
          <w:tcPr>
            <w:tcW w:w="2304" w:type="dxa"/>
            <w:shd w:val="clear" w:color="auto" w:fill="E8F2EE"/>
            <w:tcMar>
              <w:top w:w="70" w:type="dxa"/>
              <w:left w:w="70" w:type="dxa"/>
              <w:bottom w:w="70" w:type="dxa"/>
              <w:right w:w="70" w:type="dxa"/>
            </w:tcMar>
            <w:vAlign w:val="center"/>
          </w:tcPr>
          <w:p w14:paraId="0B3034DB" w14:textId="77777777" w:rsidR="00D47296" w:rsidRDefault="008C31C1">
            <w:r>
              <w:rPr>
                <w:i/>
                <w:color w:val="777777"/>
                <w:sz w:val="24"/>
              </w:rPr>
              <w:t>&lt;Location&gt;</w:t>
            </w:r>
          </w:p>
        </w:tc>
        <w:tc>
          <w:tcPr>
            <w:tcW w:w="1440" w:type="dxa"/>
            <w:shd w:val="clear" w:color="auto" w:fill="E8F2EE"/>
            <w:tcMar>
              <w:top w:w="70" w:type="dxa"/>
              <w:left w:w="70" w:type="dxa"/>
              <w:bottom w:w="70" w:type="dxa"/>
              <w:right w:w="70" w:type="dxa"/>
            </w:tcMar>
            <w:vAlign w:val="center"/>
          </w:tcPr>
          <w:p w14:paraId="536865D0"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6716B580" w14:textId="77777777" w:rsidR="00D47296" w:rsidRDefault="008C31C1">
            <w:r>
              <w:rPr>
                <w:i/>
                <w:color w:val="777777"/>
                <w:sz w:val="24"/>
              </w:rPr>
              <w:t>&lt;Date/status&gt;</w:t>
            </w:r>
          </w:p>
        </w:tc>
      </w:tr>
      <w:tr w:rsidR="00D47296" w14:paraId="7AB5B7E6" w14:textId="77777777">
        <w:trPr>
          <w:jc w:val="center"/>
        </w:trPr>
        <w:tc>
          <w:tcPr>
            <w:tcW w:w="2160" w:type="dxa"/>
            <w:tcMar>
              <w:top w:w="70" w:type="dxa"/>
              <w:left w:w="70" w:type="dxa"/>
              <w:bottom w:w="70" w:type="dxa"/>
              <w:right w:w="70" w:type="dxa"/>
            </w:tcMar>
            <w:vAlign w:val="center"/>
          </w:tcPr>
          <w:p w14:paraId="79DFD80E" w14:textId="77777777" w:rsidR="00D47296" w:rsidRDefault="008C31C1">
            <w:r>
              <w:rPr>
                <w:i/>
                <w:color w:val="777777"/>
                <w:sz w:val="24"/>
              </w:rPr>
              <w:t>&lt;Insert&gt;</w:t>
            </w:r>
          </w:p>
        </w:tc>
        <w:tc>
          <w:tcPr>
            <w:tcW w:w="1440" w:type="dxa"/>
            <w:tcMar>
              <w:top w:w="70" w:type="dxa"/>
              <w:left w:w="70" w:type="dxa"/>
              <w:bottom w:w="70" w:type="dxa"/>
              <w:right w:w="70" w:type="dxa"/>
            </w:tcMar>
            <w:vAlign w:val="center"/>
          </w:tcPr>
          <w:p w14:paraId="1B708142" w14:textId="77777777" w:rsidR="00D47296" w:rsidRDefault="008C31C1">
            <w:r>
              <w:rPr>
                <w:i/>
                <w:color w:val="777777"/>
                <w:sz w:val="24"/>
              </w:rPr>
              <w:t>&lt;Date&gt;</w:t>
            </w:r>
          </w:p>
        </w:tc>
        <w:tc>
          <w:tcPr>
            <w:tcW w:w="2160" w:type="dxa"/>
            <w:tcMar>
              <w:top w:w="70" w:type="dxa"/>
              <w:left w:w="70" w:type="dxa"/>
              <w:bottom w:w="70" w:type="dxa"/>
              <w:right w:w="70" w:type="dxa"/>
            </w:tcMar>
            <w:vAlign w:val="center"/>
          </w:tcPr>
          <w:p w14:paraId="461B714E" w14:textId="77777777" w:rsidR="00D47296" w:rsidRDefault="008C31C1">
            <w:r>
              <w:rPr>
                <w:i/>
                <w:color w:val="777777"/>
                <w:sz w:val="24"/>
              </w:rPr>
              <w:t>&lt;Location&gt;</w:t>
            </w:r>
          </w:p>
        </w:tc>
        <w:tc>
          <w:tcPr>
            <w:tcW w:w="2304" w:type="dxa"/>
            <w:tcMar>
              <w:top w:w="70" w:type="dxa"/>
              <w:left w:w="70" w:type="dxa"/>
              <w:bottom w:w="70" w:type="dxa"/>
              <w:right w:w="70" w:type="dxa"/>
            </w:tcMar>
            <w:vAlign w:val="center"/>
          </w:tcPr>
          <w:p w14:paraId="25D69D3F" w14:textId="77777777" w:rsidR="00D47296" w:rsidRDefault="008C31C1">
            <w:r>
              <w:rPr>
                <w:i/>
                <w:color w:val="777777"/>
                <w:sz w:val="24"/>
              </w:rPr>
              <w:t>&lt;Location&gt;</w:t>
            </w:r>
          </w:p>
        </w:tc>
        <w:tc>
          <w:tcPr>
            <w:tcW w:w="1440" w:type="dxa"/>
            <w:tcMar>
              <w:top w:w="70" w:type="dxa"/>
              <w:left w:w="70" w:type="dxa"/>
              <w:bottom w:w="70" w:type="dxa"/>
              <w:right w:w="70" w:type="dxa"/>
            </w:tcMar>
            <w:vAlign w:val="center"/>
          </w:tcPr>
          <w:p w14:paraId="355B408C"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08C7F95A" w14:textId="77777777" w:rsidR="00D47296" w:rsidRDefault="008C31C1">
            <w:r>
              <w:rPr>
                <w:i/>
                <w:color w:val="777777"/>
                <w:sz w:val="24"/>
              </w:rPr>
              <w:t>&lt;Date/status&gt;</w:t>
            </w:r>
          </w:p>
        </w:tc>
      </w:tr>
      <w:tr w:rsidR="00D47296" w14:paraId="681E2CCA" w14:textId="77777777">
        <w:trPr>
          <w:jc w:val="center"/>
        </w:trPr>
        <w:tc>
          <w:tcPr>
            <w:tcW w:w="2160" w:type="dxa"/>
            <w:shd w:val="clear" w:color="auto" w:fill="E8F2EE"/>
            <w:tcMar>
              <w:top w:w="70" w:type="dxa"/>
              <w:left w:w="70" w:type="dxa"/>
              <w:bottom w:w="70" w:type="dxa"/>
              <w:right w:w="70" w:type="dxa"/>
            </w:tcMar>
            <w:vAlign w:val="center"/>
          </w:tcPr>
          <w:p w14:paraId="285CFA54" w14:textId="77777777" w:rsidR="00D47296" w:rsidRDefault="008C31C1">
            <w:r>
              <w:rPr>
                <w:i/>
                <w:color w:val="777777"/>
                <w:sz w:val="24"/>
              </w:rPr>
              <w:t>&lt;Insert&gt;</w:t>
            </w:r>
          </w:p>
        </w:tc>
        <w:tc>
          <w:tcPr>
            <w:tcW w:w="1440" w:type="dxa"/>
            <w:shd w:val="clear" w:color="auto" w:fill="E8F2EE"/>
            <w:tcMar>
              <w:top w:w="70" w:type="dxa"/>
              <w:left w:w="70" w:type="dxa"/>
              <w:bottom w:w="70" w:type="dxa"/>
              <w:right w:w="70" w:type="dxa"/>
            </w:tcMar>
            <w:vAlign w:val="center"/>
          </w:tcPr>
          <w:p w14:paraId="11FC2117" w14:textId="77777777" w:rsidR="00D47296" w:rsidRDefault="008C31C1">
            <w:r>
              <w:rPr>
                <w:i/>
                <w:color w:val="777777"/>
                <w:sz w:val="24"/>
              </w:rPr>
              <w:t>&lt;Date&gt;</w:t>
            </w:r>
          </w:p>
        </w:tc>
        <w:tc>
          <w:tcPr>
            <w:tcW w:w="2160" w:type="dxa"/>
            <w:shd w:val="clear" w:color="auto" w:fill="E8F2EE"/>
            <w:tcMar>
              <w:top w:w="70" w:type="dxa"/>
              <w:left w:w="70" w:type="dxa"/>
              <w:bottom w:w="70" w:type="dxa"/>
              <w:right w:w="70" w:type="dxa"/>
            </w:tcMar>
            <w:vAlign w:val="center"/>
          </w:tcPr>
          <w:p w14:paraId="108E2828" w14:textId="77777777" w:rsidR="00D47296" w:rsidRDefault="008C31C1">
            <w:r>
              <w:rPr>
                <w:i/>
                <w:color w:val="777777"/>
                <w:sz w:val="24"/>
              </w:rPr>
              <w:t>&lt;Location&gt;</w:t>
            </w:r>
          </w:p>
        </w:tc>
        <w:tc>
          <w:tcPr>
            <w:tcW w:w="2304" w:type="dxa"/>
            <w:shd w:val="clear" w:color="auto" w:fill="E8F2EE"/>
            <w:tcMar>
              <w:top w:w="70" w:type="dxa"/>
              <w:left w:w="70" w:type="dxa"/>
              <w:bottom w:w="70" w:type="dxa"/>
              <w:right w:w="70" w:type="dxa"/>
            </w:tcMar>
            <w:vAlign w:val="center"/>
          </w:tcPr>
          <w:p w14:paraId="38A72DDF" w14:textId="77777777" w:rsidR="00D47296" w:rsidRDefault="008C31C1">
            <w:r>
              <w:rPr>
                <w:i/>
                <w:color w:val="777777"/>
                <w:sz w:val="24"/>
              </w:rPr>
              <w:t>&lt;Location&gt;</w:t>
            </w:r>
          </w:p>
        </w:tc>
        <w:tc>
          <w:tcPr>
            <w:tcW w:w="1440" w:type="dxa"/>
            <w:shd w:val="clear" w:color="auto" w:fill="E8F2EE"/>
            <w:tcMar>
              <w:top w:w="70" w:type="dxa"/>
              <w:left w:w="70" w:type="dxa"/>
              <w:bottom w:w="70" w:type="dxa"/>
              <w:right w:w="70" w:type="dxa"/>
            </w:tcMar>
            <w:vAlign w:val="center"/>
          </w:tcPr>
          <w:p w14:paraId="0097855A"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4FE39028" w14:textId="77777777" w:rsidR="00D47296" w:rsidRDefault="008C31C1">
            <w:r>
              <w:rPr>
                <w:i/>
                <w:color w:val="777777"/>
                <w:sz w:val="24"/>
              </w:rPr>
              <w:t>&lt;Date/status&gt;</w:t>
            </w:r>
          </w:p>
        </w:tc>
      </w:tr>
      <w:tr w:rsidR="00D47296" w14:paraId="7562804A" w14:textId="77777777">
        <w:trPr>
          <w:jc w:val="center"/>
        </w:trPr>
        <w:tc>
          <w:tcPr>
            <w:tcW w:w="2160" w:type="dxa"/>
            <w:tcMar>
              <w:top w:w="70" w:type="dxa"/>
              <w:left w:w="70" w:type="dxa"/>
              <w:bottom w:w="70" w:type="dxa"/>
              <w:right w:w="70" w:type="dxa"/>
            </w:tcMar>
            <w:vAlign w:val="center"/>
          </w:tcPr>
          <w:p w14:paraId="68A93A04" w14:textId="77777777" w:rsidR="00D47296" w:rsidRDefault="008C31C1">
            <w:r>
              <w:rPr>
                <w:i/>
                <w:color w:val="777777"/>
                <w:sz w:val="24"/>
              </w:rPr>
              <w:lastRenderedPageBreak/>
              <w:t>&lt;Insert&gt;</w:t>
            </w:r>
          </w:p>
        </w:tc>
        <w:tc>
          <w:tcPr>
            <w:tcW w:w="1440" w:type="dxa"/>
            <w:tcMar>
              <w:top w:w="70" w:type="dxa"/>
              <w:left w:w="70" w:type="dxa"/>
              <w:bottom w:w="70" w:type="dxa"/>
              <w:right w:w="70" w:type="dxa"/>
            </w:tcMar>
            <w:vAlign w:val="center"/>
          </w:tcPr>
          <w:p w14:paraId="3F23963A" w14:textId="77777777" w:rsidR="00D47296" w:rsidRDefault="008C31C1">
            <w:r>
              <w:rPr>
                <w:i/>
                <w:color w:val="777777"/>
                <w:sz w:val="24"/>
              </w:rPr>
              <w:t>&lt;Date&gt;</w:t>
            </w:r>
          </w:p>
        </w:tc>
        <w:tc>
          <w:tcPr>
            <w:tcW w:w="2160" w:type="dxa"/>
            <w:tcMar>
              <w:top w:w="70" w:type="dxa"/>
              <w:left w:w="70" w:type="dxa"/>
              <w:bottom w:w="70" w:type="dxa"/>
              <w:right w:w="70" w:type="dxa"/>
            </w:tcMar>
            <w:vAlign w:val="center"/>
          </w:tcPr>
          <w:p w14:paraId="534702B0" w14:textId="77777777" w:rsidR="00D47296" w:rsidRDefault="008C31C1">
            <w:r>
              <w:rPr>
                <w:i/>
                <w:color w:val="777777"/>
                <w:sz w:val="24"/>
              </w:rPr>
              <w:t>&lt;Location&gt;</w:t>
            </w:r>
          </w:p>
        </w:tc>
        <w:tc>
          <w:tcPr>
            <w:tcW w:w="2304" w:type="dxa"/>
            <w:tcMar>
              <w:top w:w="70" w:type="dxa"/>
              <w:left w:w="70" w:type="dxa"/>
              <w:bottom w:w="70" w:type="dxa"/>
              <w:right w:w="70" w:type="dxa"/>
            </w:tcMar>
            <w:vAlign w:val="center"/>
          </w:tcPr>
          <w:p w14:paraId="663F0F0C" w14:textId="77777777" w:rsidR="00D47296" w:rsidRDefault="008C31C1">
            <w:r>
              <w:rPr>
                <w:i/>
                <w:color w:val="777777"/>
                <w:sz w:val="24"/>
              </w:rPr>
              <w:t>&lt;Location&gt;</w:t>
            </w:r>
          </w:p>
        </w:tc>
        <w:tc>
          <w:tcPr>
            <w:tcW w:w="1440" w:type="dxa"/>
            <w:tcMar>
              <w:top w:w="70" w:type="dxa"/>
              <w:left w:w="70" w:type="dxa"/>
              <w:bottom w:w="70" w:type="dxa"/>
              <w:right w:w="70" w:type="dxa"/>
            </w:tcMar>
            <w:vAlign w:val="center"/>
          </w:tcPr>
          <w:p w14:paraId="1C313BE5"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27D36F53" w14:textId="77777777" w:rsidR="00D47296" w:rsidRDefault="008C31C1">
            <w:r>
              <w:rPr>
                <w:i/>
                <w:color w:val="777777"/>
                <w:sz w:val="24"/>
              </w:rPr>
              <w:t>&lt;Date/status&gt;</w:t>
            </w:r>
          </w:p>
        </w:tc>
      </w:tr>
    </w:tbl>
    <w:p w14:paraId="5EE09F7A" w14:textId="77777777" w:rsidR="00D47296" w:rsidRDefault="00D47296">
      <w:pPr>
        <w:spacing w:after="0"/>
      </w:pPr>
    </w:p>
    <w:p w14:paraId="6A52EA41" w14:textId="77777777" w:rsidR="00D47296" w:rsidRDefault="008C31C1">
      <w:pPr>
        <w:pStyle w:val="Heading1"/>
      </w:pPr>
      <w:r>
        <w:t>ATTACHMENT P - AFFILIATED / SISTER SITE / INTEGRATED SYSTEM INFORMATION</w:t>
      </w:r>
    </w:p>
    <w:tbl>
      <w:tblPr>
        <w:tblW w:w="0" w:type="auto"/>
        <w:jc w:val="center"/>
        <w:tblLayout w:type="fixed"/>
        <w:tblLook w:val="04A0" w:firstRow="1" w:lastRow="0" w:firstColumn="1" w:lastColumn="0" w:noHBand="0" w:noVBand="1"/>
      </w:tblPr>
      <w:tblGrid>
        <w:gridCol w:w="4320"/>
        <w:gridCol w:w="3744"/>
        <w:gridCol w:w="2448"/>
      </w:tblGrid>
      <w:tr w:rsidR="00D47296" w14:paraId="1C8E1944" w14:textId="77777777">
        <w:trPr>
          <w:tblHeader/>
          <w:jc w:val="center"/>
        </w:trPr>
        <w:tc>
          <w:tcPr>
            <w:tcW w:w="4320" w:type="dxa"/>
            <w:shd w:val="clear" w:color="auto" w:fill="015A41"/>
            <w:tcMar>
              <w:top w:w="70" w:type="dxa"/>
              <w:left w:w="70" w:type="dxa"/>
              <w:bottom w:w="70" w:type="dxa"/>
              <w:right w:w="70" w:type="dxa"/>
            </w:tcMar>
            <w:vAlign w:val="center"/>
          </w:tcPr>
          <w:p w14:paraId="09F19EC7" w14:textId="77777777" w:rsidR="00D47296" w:rsidRDefault="008C31C1">
            <w:r>
              <w:rPr>
                <w:b/>
                <w:color w:val="FFFFFF"/>
                <w:sz w:val="17"/>
              </w:rPr>
              <w:t>Location-Specific Documentation</w:t>
            </w:r>
          </w:p>
        </w:tc>
        <w:tc>
          <w:tcPr>
            <w:tcW w:w="3744" w:type="dxa"/>
            <w:shd w:val="clear" w:color="auto" w:fill="015A41"/>
            <w:tcMar>
              <w:top w:w="70" w:type="dxa"/>
              <w:left w:w="70" w:type="dxa"/>
              <w:bottom w:w="70" w:type="dxa"/>
              <w:right w:w="70" w:type="dxa"/>
            </w:tcMar>
            <w:vAlign w:val="center"/>
          </w:tcPr>
          <w:p w14:paraId="1564DFA2" w14:textId="77777777" w:rsidR="00D47296" w:rsidRDefault="008C31C1">
            <w:r>
              <w:rPr>
                <w:b/>
                <w:color w:val="FFFFFF"/>
                <w:sz w:val="17"/>
              </w:rPr>
              <w:t>Facility Entry</w:t>
            </w:r>
          </w:p>
        </w:tc>
        <w:tc>
          <w:tcPr>
            <w:tcW w:w="2448" w:type="dxa"/>
            <w:shd w:val="clear" w:color="auto" w:fill="015A41"/>
            <w:tcMar>
              <w:top w:w="70" w:type="dxa"/>
              <w:left w:w="70" w:type="dxa"/>
              <w:bottom w:w="70" w:type="dxa"/>
              <w:right w:w="70" w:type="dxa"/>
            </w:tcMar>
            <w:vAlign w:val="center"/>
          </w:tcPr>
          <w:p w14:paraId="59E40B30" w14:textId="77777777" w:rsidR="00D47296" w:rsidRDefault="008C31C1">
            <w:r>
              <w:rPr>
                <w:b/>
                <w:color w:val="FFFFFF"/>
                <w:sz w:val="17"/>
              </w:rPr>
              <w:t>Controlled Location</w:t>
            </w:r>
          </w:p>
        </w:tc>
      </w:tr>
      <w:tr w:rsidR="00D47296" w14:paraId="58758576" w14:textId="77777777">
        <w:trPr>
          <w:jc w:val="center"/>
        </w:trPr>
        <w:tc>
          <w:tcPr>
            <w:tcW w:w="4320" w:type="dxa"/>
            <w:shd w:val="clear" w:color="auto" w:fill="E8F2EE"/>
            <w:tcMar>
              <w:top w:w="70" w:type="dxa"/>
              <w:left w:w="70" w:type="dxa"/>
              <w:bottom w:w="70" w:type="dxa"/>
              <w:right w:w="70" w:type="dxa"/>
            </w:tcMar>
            <w:vAlign w:val="center"/>
          </w:tcPr>
          <w:p w14:paraId="126BFD9A" w14:textId="77777777" w:rsidR="00D47296" w:rsidRDefault="008C31C1">
            <w:r>
              <w:rPr>
                <w:sz w:val="17"/>
              </w:rPr>
              <w:t>Facility/site profile / address / provider number</w:t>
            </w:r>
          </w:p>
        </w:tc>
        <w:tc>
          <w:tcPr>
            <w:tcW w:w="3744" w:type="dxa"/>
            <w:shd w:val="clear" w:color="auto" w:fill="E8F2EE"/>
            <w:tcMar>
              <w:top w:w="70" w:type="dxa"/>
              <w:left w:w="70" w:type="dxa"/>
              <w:bottom w:w="70" w:type="dxa"/>
              <w:right w:w="70" w:type="dxa"/>
            </w:tcMar>
            <w:vAlign w:val="center"/>
          </w:tcPr>
          <w:p w14:paraId="53ECC3C0" w14:textId="77777777" w:rsidR="00D47296" w:rsidRDefault="008C31C1">
            <w:r>
              <w:rPr>
                <w:i/>
                <w:color w:val="777777"/>
                <w:sz w:val="24"/>
              </w:rPr>
              <w:t>&lt;Insert for each location&gt;</w:t>
            </w:r>
          </w:p>
        </w:tc>
        <w:tc>
          <w:tcPr>
            <w:tcW w:w="2448" w:type="dxa"/>
            <w:shd w:val="clear" w:color="auto" w:fill="E8F2EE"/>
            <w:tcMar>
              <w:top w:w="70" w:type="dxa"/>
              <w:left w:w="70" w:type="dxa"/>
              <w:bottom w:w="70" w:type="dxa"/>
              <w:right w:w="70" w:type="dxa"/>
            </w:tcMar>
            <w:vAlign w:val="center"/>
          </w:tcPr>
          <w:p w14:paraId="3D1E8F8A" w14:textId="77777777" w:rsidR="00D47296" w:rsidRDefault="008C31C1">
            <w:r>
              <w:rPr>
                <w:i/>
                <w:color w:val="777777"/>
                <w:sz w:val="24"/>
              </w:rPr>
              <w:t>&lt;Location&gt;</w:t>
            </w:r>
          </w:p>
        </w:tc>
      </w:tr>
      <w:tr w:rsidR="00D47296" w14:paraId="704DAAA4" w14:textId="77777777">
        <w:trPr>
          <w:jc w:val="center"/>
        </w:trPr>
        <w:tc>
          <w:tcPr>
            <w:tcW w:w="4320" w:type="dxa"/>
            <w:tcMar>
              <w:top w:w="70" w:type="dxa"/>
              <w:left w:w="70" w:type="dxa"/>
              <w:bottom w:w="70" w:type="dxa"/>
              <w:right w:w="70" w:type="dxa"/>
            </w:tcMar>
            <w:vAlign w:val="center"/>
          </w:tcPr>
          <w:p w14:paraId="2F8DE206" w14:textId="77777777" w:rsidR="00D47296" w:rsidRDefault="008C31C1">
            <w:r>
              <w:rPr>
                <w:sz w:val="17"/>
              </w:rPr>
              <w:t>Facility-specific HVA / top hazards</w:t>
            </w:r>
          </w:p>
        </w:tc>
        <w:tc>
          <w:tcPr>
            <w:tcW w:w="3744" w:type="dxa"/>
            <w:tcMar>
              <w:top w:w="70" w:type="dxa"/>
              <w:left w:w="70" w:type="dxa"/>
              <w:bottom w:w="70" w:type="dxa"/>
              <w:right w:w="70" w:type="dxa"/>
            </w:tcMar>
            <w:vAlign w:val="center"/>
          </w:tcPr>
          <w:p w14:paraId="7124D811"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D8206DA" w14:textId="77777777" w:rsidR="00D47296" w:rsidRDefault="008C31C1">
            <w:r>
              <w:rPr>
                <w:i/>
                <w:color w:val="777777"/>
                <w:sz w:val="24"/>
              </w:rPr>
              <w:t>&lt;Location&gt;</w:t>
            </w:r>
          </w:p>
        </w:tc>
      </w:tr>
      <w:tr w:rsidR="00D47296" w14:paraId="469D925F" w14:textId="77777777">
        <w:trPr>
          <w:jc w:val="center"/>
        </w:trPr>
        <w:tc>
          <w:tcPr>
            <w:tcW w:w="4320" w:type="dxa"/>
            <w:shd w:val="clear" w:color="auto" w:fill="E8F2EE"/>
            <w:tcMar>
              <w:top w:w="70" w:type="dxa"/>
              <w:left w:w="70" w:type="dxa"/>
              <w:bottom w:w="70" w:type="dxa"/>
              <w:right w:w="70" w:type="dxa"/>
            </w:tcMar>
            <w:vAlign w:val="center"/>
          </w:tcPr>
          <w:p w14:paraId="6E98406C" w14:textId="77777777" w:rsidR="00D47296" w:rsidRDefault="008C31C1">
            <w:r>
              <w:rPr>
                <w:sz w:val="17"/>
              </w:rPr>
              <w:t>Activation authority / succession / delegation</w:t>
            </w:r>
          </w:p>
        </w:tc>
        <w:tc>
          <w:tcPr>
            <w:tcW w:w="3744" w:type="dxa"/>
            <w:shd w:val="clear" w:color="auto" w:fill="E8F2EE"/>
            <w:tcMar>
              <w:top w:w="70" w:type="dxa"/>
              <w:left w:w="70" w:type="dxa"/>
              <w:bottom w:w="70" w:type="dxa"/>
              <w:right w:w="70" w:type="dxa"/>
            </w:tcMar>
            <w:vAlign w:val="center"/>
          </w:tcPr>
          <w:p w14:paraId="61EC7056"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469E6BE2" w14:textId="77777777" w:rsidR="00D47296" w:rsidRDefault="008C31C1">
            <w:r>
              <w:rPr>
                <w:i/>
                <w:color w:val="777777"/>
                <w:sz w:val="24"/>
              </w:rPr>
              <w:t>&lt;Location&gt;</w:t>
            </w:r>
          </w:p>
        </w:tc>
      </w:tr>
      <w:tr w:rsidR="00D47296" w14:paraId="09042EF2" w14:textId="77777777">
        <w:trPr>
          <w:jc w:val="center"/>
        </w:trPr>
        <w:tc>
          <w:tcPr>
            <w:tcW w:w="4320" w:type="dxa"/>
            <w:tcMar>
              <w:top w:w="70" w:type="dxa"/>
              <w:left w:w="70" w:type="dxa"/>
              <w:bottom w:w="70" w:type="dxa"/>
              <w:right w:w="70" w:type="dxa"/>
            </w:tcMar>
            <w:vAlign w:val="center"/>
          </w:tcPr>
          <w:p w14:paraId="2605151D" w14:textId="77777777" w:rsidR="00D47296" w:rsidRDefault="008C31C1">
            <w:r>
              <w:rPr>
                <w:sz w:val="17"/>
              </w:rPr>
              <w:t>Emergency contacts / staff roster</w:t>
            </w:r>
          </w:p>
        </w:tc>
        <w:tc>
          <w:tcPr>
            <w:tcW w:w="3744" w:type="dxa"/>
            <w:tcMar>
              <w:top w:w="70" w:type="dxa"/>
              <w:left w:w="70" w:type="dxa"/>
              <w:bottom w:w="70" w:type="dxa"/>
              <w:right w:w="70" w:type="dxa"/>
            </w:tcMar>
            <w:vAlign w:val="center"/>
          </w:tcPr>
          <w:p w14:paraId="2C07C1C4"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40A159F0" w14:textId="77777777" w:rsidR="00D47296" w:rsidRDefault="008C31C1">
            <w:r>
              <w:rPr>
                <w:i/>
                <w:color w:val="777777"/>
                <w:sz w:val="24"/>
              </w:rPr>
              <w:t>&lt;Secured location&gt;</w:t>
            </w:r>
          </w:p>
        </w:tc>
      </w:tr>
      <w:tr w:rsidR="00D47296" w14:paraId="292853CA" w14:textId="77777777">
        <w:trPr>
          <w:jc w:val="center"/>
        </w:trPr>
        <w:tc>
          <w:tcPr>
            <w:tcW w:w="4320" w:type="dxa"/>
            <w:shd w:val="clear" w:color="auto" w:fill="E8F2EE"/>
            <w:tcMar>
              <w:top w:w="70" w:type="dxa"/>
              <w:left w:w="70" w:type="dxa"/>
              <w:bottom w:w="70" w:type="dxa"/>
              <w:right w:w="70" w:type="dxa"/>
            </w:tcMar>
            <w:vAlign w:val="center"/>
          </w:tcPr>
          <w:p w14:paraId="0089BCD4" w14:textId="77777777" w:rsidR="00D47296" w:rsidRDefault="008C31C1">
            <w:r>
              <w:rPr>
                <w:sz w:val="17"/>
              </w:rPr>
              <w:t>Floor plans / evacuation routes</w:t>
            </w:r>
          </w:p>
        </w:tc>
        <w:tc>
          <w:tcPr>
            <w:tcW w:w="3744" w:type="dxa"/>
            <w:shd w:val="clear" w:color="auto" w:fill="E8F2EE"/>
            <w:tcMar>
              <w:top w:w="70" w:type="dxa"/>
              <w:left w:w="70" w:type="dxa"/>
              <w:bottom w:w="70" w:type="dxa"/>
              <w:right w:w="70" w:type="dxa"/>
            </w:tcMar>
            <w:vAlign w:val="center"/>
          </w:tcPr>
          <w:p w14:paraId="3F1DCC5C"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7535B9DD" w14:textId="77777777" w:rsidR="00D47296" w:rsidRDefault="008C31C1">
            <w:r>
              <w:rPr>
                <w:i/>
                <w:color w:val="777777"/>
                <w:sz w:val="24"/>
              </w:rPr>
              <w:t>&lt;Location&gt;</w:t>
            </w:r>
          </w:p>
        </w:tc>
      </w:tr>
      <w:tr w:rsidR="00D47296" w14:paraId="77C7706D" w14:textId="77777777">
        <w:trPr>
          <w:jc w:val="center"/>
        </w:trPr>
        <w:tc>
          <w:tcPr>
            <w:tcW w:w="4320" w:type="dxa"/>
            <w:tcMar>
              <w:top w:w="70" w:type="dxa"/>
              <w:left w:w="70" w:type="dxa"/>
              <w:bottom w:w="70" w:type="dxa"/>
              <w:right w:w="70" w:type="dxa"/>
            </w:tcMar>
            <w:vAlign w:val="center"/>
          </w:tcPr>
          <w:p w14:paraId="0B2333A5" w14:textId="77777777" w:rsidR="00D47296" w:rsidRDefault="008C31C1">
            <w:r>
              <w:rPr>
                <w:sz w:val="17"/>
              </w:rPr>
              <w:t>Utilities / critical dependencies</w:t>
            </w:r>
          </w:p>
        </w:tc>
        <w:tc>
          <w:tcPr>
            <w:tcW w:w="3744" w:type="dxa"/>
            <w:tcMar>
              <w:top w:w="70" w:type="dxa"/>
              <w:left w:w="70" w:type="dxa"/>
              <w:bottom w:w="70" w:type="dxa"/>
              <w:right w:w="70" w:type="dxa"/>
            </w:tcMar>
            <w:vAlign w:val="center"/>
          </w:tcPr>
          <w:p w14:paraId="6080EA73"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4CAF2FBE" w14:textId="77777777" w:rsidR="00D47296" w:rsidRDefault="008C31C1">
            <w:r>
              <w:rPr>
                <w:i/>
                <w:color w:val="777777"/>
                <w:sz w:val="24"/>
              </w:rPr>
              <w:t>&lt;Location&gt;</w:t>
            </w:r>
          </w:p>
        </w:tc>
      </w:tr>
      <w:tr w:rsidR="00D47296" w14:paraId="1B176C0C" w14:textId="77777777">
        <w:trPr>
          <w:jc w:val="center"/>
        </w:trPr>
        <w:tc>
          <w:tcPr>
            <w:tcW w:w="4320" w:type="dxa"/>
            <w:shd w:val="clear" w:color="auto" w:fill="E8F2EE"/>
            <w:tcMar>
              <w:top w:w="70" w:type="dxa"/>
              <w:left w:w="70" w:type="dxa"/>
              <w:bottom w:w="70" w:type="dxa"/>
              <w:right w:w="70" w:type="dxa"/>
            </w:tcMar>
            <w:vAlign w:val="center"/>
          </w:tcPr>
          <w:p w14:paraId="3930EEB9" w14:textId="77777777" w:rsidR="00D47296" w:rsidRDefault="008C31C1">
            <w:r>
              <w:rPr>
                <w:sz w:val="17"/>
              </w:rPr>
              <w:t>Training / exercise records</w:t>
            </w:r>
          </w:p>
        </w:tc>
        <w:tc>
          <w:tcPr>
            <w:tcW w:w="3744" w:type="dxa"/>
            <w:shd w:val="clear" w:color="auto" w:fill="E8F2EE"/>
            <w:tcMar>
              <w:top w:w="70" w:type="dxa"/>
              <w:left w:w="70" w:type="dxa"/>
              <w:bottom w:w="70" w:type="dxa"/>
              <w:right w:w="70" w:type="dxa"/>
            </w:tcMar>
            <w:vAlign w:val="center"/>
          </w:tcPr>
          <w:p w14:paraId="2543030E" w14:textId="77777777" w:rsidR="00D47296" w:rsidRDefault="008C31C1">
            <w:r>
              <w:rPr>
                <w:i/>
                <w:color w:val="777777"/>
                <w:sz w:val="24"/>
              </w:rPr>
              <w:t>&lt;Insert&gt;</w:t>
            </w:r>
          </w:p>
        </w:tc>
        <w:tc>
          <w:tcPr>
            <w:tcW w:w="2448" w:type="dxa"/>
            <w:shd w:val="clear" w:color="auto" w:fill="E8F2EE"/>
            <w:tcMar>
              <w:top w:w="70" w:type="dxa"/>
              <w:left w:w="70" w:type="dxa"/>
              <w:bottom w:w="70" w:type="dxa"/>
              <w:right w:w="70" w:type="dxa"/>
            </w:tcMar>
            <w:vAlign w:val="center"/>
          </w:tcPr>
          <w:p w14:paraId="16D8ED61" w14:textId="77777777" w:rsidR="00D47296" w:rsidRDefault="008C31C1">
            <w:r>
              <w:rPr>
                <w:i/>
                <w:color w:val="777777"/>
                <w:sz w:val="24"/>
              </w:rPr>
              <w:t>&lt;Location&gt;</w:t>
            </w:r>
          </w:p>
        </w:tc>
      </w:tr>
      <w:tr w:rsidR="00D47296" w14:paraId="137B7DEF" w14:textId="77777777">
        <w:trPr>
          <w:jc w:val="center"/>
        </w:trPr>
        <w:tc>
          <w:tcPr>
            <w:tcW w:w="4320" w:type="dxa"/>
            <w:tcMar>
              <w:top w:w="70" w:type="dxa"/>
              <w:left w:w="70" w:type="dxa"/>
              <w:bottom w:w="70" w:type="dxa"/>
              <w:right w:w="70" w:type="dxa"/>
            </w:tcMar>
            <w:vAlign w:val="center"/>
          </w:tcPr>
          <w:p w14:paraId="6C98B89C" w14:textId="77777777" w:rsidR="00D47296" w:rsidRDefault="008C31C1">
            <w:r>
              <w:rPr>
                <w:sz w:val="17"/>
              </w:rPr>
              <w:t>Evidence of active participation in integrated program</w:t>
            </w:r>
          </w:p>
        </w:tc>
        <w:tc>
          <w:tcPr>
            <w:tcW w:w="3744" w:type="dxa"/>
            <w:tcMar>
              <w:top w:w="70" w:type="dxa"/>
              <w:left w:w="70" w:type="dxa"/>
              <w:bottom w:w="70" w:type="dxa"/>
              <w:right w:w="70" w:type="dxa"/>
            </w:tcMar>
            <w:vAlign w:val="center"/>
          </w:tcPr>
          <w:p w14:paraId="39EF37FA" w14:textId="77777777" w:rsidR="00D47296" w:rsidRDefault="008C31C1">
            <w:r>
              <w:rPr>
                <w:i/>
                <w:color w:val="777777"/>
                <w:sz w:val="24"/>
              </w:rPr>
              <w:t>&lt;Insert&gt;</w:t>
            </w:r>
          </w:p>
        </w:tc>
        <w:tc>
          <w:tcPr>
            <w:tcW w:w="2448" w:type="dxa"/>
            <w:tcMar>
              <w:top w:w="70" w:type="dxa"/>
              <w:left w:w="70" w:type="dxa"/>
              <w:bottom w:w="70" w:type="dxa"/>
              <w:right w:w="70" w:type="dxa"/>
            </w:tcMar>
            <w:vAlign w:val="center"/>
          </w:tcPr>
          <w:p w14:paraId="29433CAD" w14:textId="77777777" w:rsidR="00D47296" w:rsidRDefault="008C31C1">
            <w:r>
              <w:rPr>
                <w:i/>
                <w:color w:val="777777"/>
                <w:sz w:val="24"/>
              </w:rPr>
              <w:t>&lt;Location&gt;</w:t>
            </w:r>
          </w:p>
        </w:tc>
      </w:tr>
    </w:tbl>
    <w:p w14:paraId="039AFF70" w14:textId="77777777" w:rsidR="00D47296" w:rsidRDefault="00D47296">
      <w:pPr>
        <w:spacing w:after="0"/>
      </w:pPr>
    </w:p>
    <w:p w14:paraId="6C461558" w14:textId="77777777" w:rsidR="00D47296" w:rsidRDefault="008C31C1">
      <w:pPr>
        <w:pStyle w:val="Heading1"/>
      </w:pPr>
      <w:r>
        <w:t>ATTACHMENT Q - HRSA MEDICAL EMERGENCY &amp; AFTER-HOURS DOCUMENTATION - IF APPLICABLE</w:t>
      </w:r>
    </w:p>
    <w:tbl>
      <w:tblPr>
        <w:tblW w:w="0" w:type="auto"/>
        <w:jc w:val="center"/>
        <w:tblLayout w:type="fixed"/>
        <w:tblLook w:val="04A0" w:firstRow="1" w:lastRow="0" w:firstColumn="1" w:lastColumn="0" w:noHBand="0" w:noVBand="1"/>
      </w:tblPr>
      <w:tblGrid>
        <w:gridCol w:w="5328"/>
        <w:gridCol w:w="5184"/>
      </w:tblGrid>
      <w:tr w:rsidR="00D47296" w14:paraId="33787CBB" w14:textId="77777777">
        <w:trPr>
          <w:tblHeader/>
          <w:jc w:val="center"/>
        </w:trPr>
        <w:tc>
          <w:tcPr>
            <w:tcW w:w="5328" w:type="dxa"/>
            <w:shd w:val="clear" w:color="auto" w:fill="015A41"/>
            <w:tcMar>
              <w:top w:w="70" w:type="dxa"/>
              <w:left w:w="70" w:type="dxa"/>
              <w:bottom w:w="70" w:type="dxa"/>
              <w:right w:w="70" w:type="dxa"/>
            </w:tcMar>
            <w:vAlign w:val="center"/>
          </w:tcPr>
          <w:p w14:paraId="57ADD0DF" w14:textId="77777777" w:rsidR="00D47296" w:rsidRDefault="008C31C1">
            <w:r>
              <w:rPr>
                <w:b/>
                <w:color w:val="FFFFFF"/>
                <w:sz w:val="18"/>
              </w:rPr>
              <w:t>Requirement / Evidence</w:t>
            </w:r>
          </w:p>
        </w:tc>
        <w:tc>
          <w:tcPr>
            <w:tcW w:w="5184" w:type="dxa"/>
            <w:shd w:val="clear" w:color="auto" w:fill="015A41"/>
            <w:tcMar>
              <w:top w:w="70" w:type="dxa"/>
              <w:left w:w="70" w:type="dxa"/>
              <w:bottom w:w="70" w:type="dxa"/>
              <w:right w:w="70" w:type="dxa"/>
            </w:tcMar>
            <w:vAlign w:val="center"/>
          </w:tcPr>
          <w:p w14:paraId="4232D740" w14:textId="77777777" w:rsidR="00D47296" w:rsidRDefault="008C31C1">
            <w:r>
              <w:rPr>
                <w:b/>
                <w:color w:val="FFFFFF"/>
                <w:sz w:val="18"/>
              </w:rPr>
              <w:t>Facility Entry / Controlled Location</w:t>
            </w:r>
          </w:p>
        </w:tc>
      </w:tr>
      <w:tr w:rsidR="00D47296" w14:paraId="6BD2B67B" w14:textId="77777777">
        <w:trPr>
          <w:jc w:val="center"/>
        </w:trPr>
        <w:tc>
          <w:tcPr>
            <w:tcW w:w="5328" w:type="dxa"/>
            <w:shd w:val="clear" w:color="auto" w:fill="E8F2EE"/>
            <w:tcMar>
              <w:top w:w="70" w:type="dxa"/>
              <w:left w:w="70" w:type="dxa"/>
              <w:bottom w:w="70" w:type="dxa"/>
              <w:right w:w="70" w:type="dxa"/>
            </w:tcMar>
            <w:vAlign w:val="center"/>
          </w:tcPr>
          <w:p w14:paraId="3055DA8A" w14:textId="77777777" w:rsidR="00D47296" w:rsidRDefault="008C31C1">
            <w:r>
              <w:rPr>
                <w:sz w:val="18"/>
              </w:rPr>
              <w:t>Current HRSA-approved Form 5B service site list</w:t>
            </w:r>
          </w:p>
        </w:tc>
        <w:tc>
          <w:tcPr>
            <w:tcW w:w="5184" w:type="dxa"/>
            <w:shd w:val="clear" w:color="auto" w:fill="E8F2EE"/>
            <w:tcMar>
              <w:top w:w="70" w:type="dxa"/>
              <w:left w:w="70" w:type="dxa"/>
              <w:bottom w:w="70" w:type="dxa"/>
              <w:right w:w="70" w:type="dxa"/>
            </w:tcMar>
            <w:vAlign w:val="center"/>
          </w:tcPr>
          <w:p w14:paraId="68ADBA58" w14:textId="77777777" w:rsidR="00D47296" w:rsidRDefault="008C31C1">
            <w:r>
              <w:rPr>
                <w:i/>
                <w:color w:val="777777"/>
                <w:sz w:val="24"/>
              </w:rPr>
              <w:t>&lt;Location&gt;</w:t>
            </w:r>
          </w:p>
        </w:tc>
      </w:tr>
      <w:tr w:rsidR="00D47296" w14:paraId="30C64692" w14:textId="77777777">
        <w:trPr>
          <w:jc w:val="center"/>
        </w:trPr>
        <w:tc>
          <w:tcPr>
            <w:tcW w:w="5328" w:type="dxa"/>
            <w:tcMar>
              <w:top w:w="70" w:type="dxa"/>
              <w:left w:w="70" w:type="dxa"/>
              <w:bottom w:w="70" w:type="dxa"/>
              <w:right w:w="70" w:type="dxa"/>
            </w:tcMar>
            <w:vAlign w:val="center"/>
          </w:tcPr>
          <w:p w14:paraId="0DAF77D6" w14:textId="77777777" w:rsidR="00D47296" w:rsidRDefault="008C31C1">
            <w:r>
              <w:rPr>
                <w:sz w:val="18"/>
              </w:rPr>
              <w:t>BLS-qualified staff coverage by site / schedule</w:t>
            </w:r>
          </w:p>
        </w:tc>
        <w:tc>
          <w:tcPr>
            <w:tcW w:w="5184" w:type="dxa"/>
            <w:tcMar>
              <w:top w:w="70" w:type="dxa"/>
              <w:left w:w="70" w:type="dxa"/>
              <w:bottom w:w="70" w:type="dxa"/>
              <w:right w:w="70" w:type="dxa"/>
            </w:tcMar>
            <w:vAlign w:val="center"/>
          </w:tcPr>
          <w:p w14:paraId="1F94F6A1" w14:textId="77777777" w:rsidR="00D47296" w:rsidRDefault="008C31C1">
            <w:r>
              <w:rPr>
                <w:i/>
                <w:color w:val="777777"/>
                <w:sz w:val="24"/>
              </w:rPr>
              <w:t>&lt;Location&gt;</w:t>
            </w:r>
          </w:p>
        </w:tc>
      </w:tr>
      <w:tr w:rsidR="00D47296" w14:paraId="6EA4552F" w14:textId="77777777">
        <w:trPr>
          <w:jc w:val="center"/>
        </w:trPr>
        <w:tc>
          <w:tcPr>
            <w:tcW w:w="5328" w:type="dxa"/>
            <w:shd w:val="clear" w:color="auto" w:fill="E8F2EE"/>
            <w:tcMar>
              <w:top w:w="70" w:type="dxa"/>
              <w:left w:w="70" w:type="dxa"/>
              <w:bottom w:w="70" w:type="dxa"/>
              <w:right w:w="70" w:type="dxa"/>
            </w:tcMar>
            <w:vAlign w:val="center"/>
          </w:tcPr>
          <w:p w14:paraId="418E1ED7" w14:textId="77777777" w:rsidR="00D47296" w:rsidRDefault="008C31C1">
            <w:r>
              <w:rPr>
                <w:sz w:val="18"/>
              </w:rPr>
              <w:t>During-hours medical emergency procedure</w:t>
            </w:r>
          </w:p>
        </w:tc>
        <w:tc>
          <w:tcPr>
            <w:tcW w:w="5184" w:type="dxa"/>
            <w:shd w:val="clear" w:color="auto" w:fill="E8F2EE"/>
            <w:tcMar>
              <w:top w:w="70" w:type="dxa"/>
              <w:left w:w="70" w:type="dxa"/>
              <w:bottom w:w="70" w:type="dxa"/>
              <w:right w:w="70" w:type="dxa"/>
            </w:tcMar>
            <w:vAlign w:val="center"/>
          </w:tcPr>
          <w:p w14:paraId="0441E2BE" w14:textId="77777777" w:rsidR="00D47296" w:rsidRDefault="008C31C1">
            <w:r>
              <w:rPr>
                <w:i/>
                <w:color w:val="777777"/>
                <w:sz w:val="24"/>
              </w:rPr>
              <w:t>&lt;Location&gt;</w:t>
            </w:r>
          </w:p>
        </w:tc>
      </w:tr>
      <w:tr w:rsidR="00D47296" w14:paraId="7869C395" w14:textId="77777777">
        <w:trPr>
          <w:jc w:val="center"/>
        </w:trPr>
        <w:tc>
          <w:tcPr>
            <w:tcW w:w="5328" w:type="dxa"/>
            <w:tcMar>
              <w:top w:w="70" w:type="dxa"/>
              <w:left w:w="70" w:type="dxa"/>
              <w:bottom w:w="70" w:type="dxa"/>
              <w:right w:w="70" w:type="dxa"/>
            </w:tcMar>
            <w:vAlign w:val="center"/>
          </w:tcPr>
          <w:p w14:paraId="3164D4D3" w14:textId="77777777" w:rsidR="00D47296" w:rsidRDefault="008C31C1">
            <w:r>
              <w:rPr>
                <w:sz w:val="18"/>
              </w:rPr>
              <w:lastRenderedPageBreak/>
              <w:t>Emergency equipment / drug readiness process</w:t>
            </w:r>
          </w:p>
        </w:tc>
        <w:tc>
          <w:tcPr>
            <w:tcW w:w="5184" w:type="dxa"/>
            <w:tcMar>
              <w:top w:w="70" w:type="dxa"/>
              <w:left w:w="70" w:type="dxa"/>
              <w:bottom w:w="70" w:type="dxa"/>
              <w:right w:w="70" w:type="dxa"/>
            </w:tcMar>
            <w:vAlign w:val="center"/>
          </w:tcPr>
          <w:p w14:paraId="04457A19" w14:textId="77777777" w:rsidR="00D47296" w:rsidRDefault="008C31C1">
            <w:r>
              <w:rPr>
                <w:i/>
                <w:color w:val="777777"/>
                <w:sz w:val="24"/>
              </w:rPr>
              <w:t>&lt;Location&gt;</w:t>
            </w:r>
          </w:p>
        </w:tc>
      </w:tr>
      <w:tr w:rsidR="00D47296" w14:paraId="5CCD97A0" w14:textId="77777777">
        <w:trPr>
          <w:jc w:val="center"/>
        </w:trPr>
        <w:tc>
          <w:tcPr>
            <w:tcW w:w="5328" w:type="dxa"/>
            <w:shd w:val="clear" w:color="auto" w:fill="E8F2EE"/>
            <w:tcMar>
              <w:top w:w="70" w:type="dxa"/>
              <w:left w:w="70" w:type="dxa"/>
              <w:bottom w:w="70" w:type="dxa"/>
              <w:right w:w="70" w:type="dxa"/>
            </w:tcMar>
            <w:vAlign w:val="center"/>
          </w:tcPr>
          <w:p w14:paraId="0C81154E" w14:textId="77777777" w:rsidR="00D47296" w:rsidRDefault="008C31C1">
            <w:r>
              <w:rPr>
                <w:sz w:val="18"/>
              </w:rPr>
              <w:t>After-hours coverage procedure / arrangement</w:t>
            </w:r>
          </w:p>
        </w:tc>
        <w:tc>
          <w:tcPr>
            <w:tcW w:w="5184" w:type="dxa"/>
            <w:shd w:val="clear" w:color="auto" w:fill="E8F2EE"/>
            <w:tcMar>
              <w:top w:w="70" w:type="dxa"/>
              <w:left w:w="70" w:type="dxa"/>
              <w:bottom w:w="70" w:type="dxa"/>
              <w:right w:w="70" w:type="dxa"/>
            </w:tcMar>
            <w:vAlign w:val="center"/>
          </w:tcPr>
          <w:p w14:paraId="4F1B13A6" w14:textId="77777777" w:rsidR="00D47296" w:rsidRDefault="008C31C1">
            <w:r>
              <w:rPr>
                <w:i/>
                <w:color w:val="777777"/>
                <w:sz w:val="24"/>
              </w:rPr>
              <w:t>&lt;Location&gt;</w:t>
            </w:r>
          </w:p>
        </w:tc>
      </w:tr>
      <w:tr w:rsidR="00D47296" w14:paraId="36B97F93" w14:textId="77777777">
        <w:trPr>
          <w:jc w:val="center"/>
        </w:trPr>
        <w:tc>
          <w:tcPr>
            <w:tcW w:w="5328" w:type="dxa"/>
            <w:tcMar>
              <w:top w:w="70" w:type="dxa"/>
              <w:left w:w="70" w:type="dxa"/>
              <w:bottom w:w="70" w:type="dxa"/>
              <w:right w:w="70" w:type="dxa"/>
            </w:tcMar>
            <w:vAlign w:val="center"/>
          </w:tcPr>
          <w:p w14:paraId="563ECA89" w14:textId="77777777" w:rsidR="00D47296" w:rsidRDefault="008C31C1">
            <w:r>
              <w:rPr>
                <w:sz w:val="18"/>
              </w:rPr>
              <w:t>Qualified after-hours clinical coverage</w:t>
            </w:r>
          </w:p>
        </w:tc>
        <w:tc>
          <w:tcPr>
            <w:tcW w:w="5184" w:type="dxa"/>
            <w:tcMar>
              <w:top w:w="70" w:type="dxa"/>
              <w:left w:w="70" w:type="dxa"/>
              <w:bottom w:w="70" w:type="dxa"/>
              <w:right w:w="70" w:type="dxa"/>
            </w:tcMar>
            <w:vAlign w:val="center"/>
          </w:tcPr>
          <w:p w14:paraId="41ECDBD0" w14:textId="77777777" w:rsidR="00D47296" w:rsidRDefault="008C31C1">
            <w:r>
              <w:rPr>
                <w:i/>
                <w:color w:val="777777"/>
                <w:sz w:val="24"/>
              </w:rPr>
              <w:t>&lt;Description / agreement location&gt;</w:t>
            </w:r>
          </w:p>
        </w:tc>
      </w:tr>
      <w:tr w:rsidR="00D47296" w14:paraId="73C3813D" w14:textId="77777777">
        <w:trPr>
          <w:jc w:val="center"/>
        </w:trPr>
        <w:tc>
          <w:tcPr>
            <w:tcW w:w="5328" w:type="dxa"/>
            <w:shd w:val="clear" w:color="auto" w:fill="E8F2EE"/>
            <w:tcMar>
              <w:top w:w="70" w:type="dxa"/>
              <w:left w:w="70" w:type="dxa"/>
              <w:bottom w:w="70" w:type="dxa"/>
              <w:right w:w="70" w:type="dxa"/>
            </w:tcMar>
            <w:vAlign w:val="center"/>
          </w:tcPr>
          <w:p w14:paraId="055FE90C" w14:textId="77777777" w:rsidR="00D47296" w:rsidRDefault="008C31C1">
            <w:r>
              <w:rPr>
                <w:sz w:val="18"/>
              </w:rPr>
              <w:t>Referral pathway to LIP / ED / urgent care</w:t>
            </w:r>
          </w:p>
        </w:tc>
        <w:tc>
          <w:tcPr>
            <w:tcW w:w="5184" w:type="dxa"/>
            <w:shd w:val="clear" w:color="auto" w:fill="E8F2EE"/>
            <w:tcMar>
              <w:top w:w="70" w:type="dxa"/>
              <w:left w:w="70" w:type="dxa"/>
              <w:bottom w:w="70" w:type="dxa"/>
              <w:right w:w="70" w:type="dxa"/>
            </w:tcMar>
            <w:vAlign w:val="center"/>
          </w:tcPr>
          <w:p w14:paraId="4B7C1F24" w14:textId="77777777" w:rsidR="00D47296" w:rsidRDefault="008C31C1">
            <w:r>
              <w:rPr>
                <w:i/>
                <w:color w:val="777777"/>
                <w:sz w:val="24"/>
              </w:rPr>
              <w:t>&lt;Insert&gt;</w:t>
            </w:r>
          </w:p>
        </w:tc>
      </w:tr>
      <w:tr w:rsidR="00D47296" w14:paraId="51836B3C" w14:textId="77777777">
        <w:trPr>
          <w:jc w:val="center"/>
        </w:trPr>
        <w:tc>
          <w:tcPr>
            <w:tcW w:w="5328" w:type="dxa"/>
            <w:tcMar>
              <w:top w:w="70" w:type="dxa"/>
              <w:left w:w="70" w:type="dxa"/>
              <w:bottom w:w="70" w:type="dxa"/>
              <w:right w:w="70" w:type="dxa"/>
            </w:tcMar>
            <w:vAlign w:val="center"/>
          </w:tcPr>
          <w:p w14:paraId="2E420735" w14:textId="77777777" w:rsidR="00D47296" w:rsidRDefault="008C31C1">
            <w:r>
              <w:rPr>
                <w:sz w:val="18"/>
              </w:rPr>
              <w:t>Patient after-hours instructions / LEP access</w:t>
            </w:r>
          </w:p>
        </w:tc>
        <w:tc>
          <w:tcPr>
            <w:tcW w:w="5184" w:type="dxa"/>
            <w:tcMar>
              <w:top w:w="70" w:type="dxa"/>
              <w:left w:w="70" w:type="dxa"/>
              <w:bottom w:w="70" w:type="dxa"/>
              <w:right w:w="70" w:type="dxa"/>
            </w:tcMar>
            <w:vAlign w:val="center"/>
          </w:tcPr>
          <w:p w14:paraId="361B5472" w14:textId="77777777" w:rsidR="00D47296" w:rsidRDefault="008C31C1">
            <w:r>
              <w:rPr>
                <w:i/>
                <w:color w:val="777777"/>
                <w:sz w:val="24"/>
              </w:rPr>
              <w:t>&lt;Location / method&gt;</w:t>
            </w:r>
          </w:p>
        </w:tc>
      </w:tr>
      <w:tr w:rsidR="00D47296" w14:paraId="4976BE2C" w14:textId="77777777">
        <w:trPr>
          <w:jc w:val="center"/>
        </w:trPr>
        <w:tc>
          <w:tcPr>
            <w:tcW w:w="5328" w:type="dxa"/>
            <w:shd w:val="clear" w:color="auto" w:fill="E8F2EE"/>
            <w:tcMar>
              <w:top w:w="70" w:type="dxa"/>
              <w:left w:w="70" w:type="dxa"/>
              <w:bottom w:w="70" w:type="dxa"/>
              <w:right w:w="70" w:type="dxa"/>
            </w:tcMar>
            <w:vAlign w:val="center"/>
          </w:tcPr>
          <w:p w14:paraId="39B5C420" w14:textId="77777777" w:rsidR="00D47296" w:rsidRDefault="008C31C1">
            <w:r>
              <w:rPr>
                <w:sz w:val="18"/>
              </w:rPr>
              <w:t>After-hours call documentation / follow-up</w:t>
            </w:r>
          </w:p>
        </w:tc>
        <w:tc>
          <w:tcPr>
            <w:tcW w:w="5184" w:type="dxa"/>
            <w:shd w:val="clear" w:color="auto" w:fill="E8F2EE"/>
            <w:tcMar>
              <w:top w:w="70" w:type="dxa"/>
              <w:left w:w="70" w:type="dxa"/>
              <w:bottom w:w="70" w:type="dxa"/>
              <w:right w:w="70" w:type="dxa"/>
            </w:tcMar>
            <w:vAlign w:val="center"/>
          </w:tcPr>
          <w:p w14:paraId="0D31C59D" w14:textId="77777777" w:rsidR="00D47296" w:rsidRDefault="008C31C1">
            <w:r>
              <w:rPr>
                <w:i/>
                <w:color w:val="777777"/>
                <w:sz w:val="24"/>
              </w:rPr>
              <w:t>&lt;Location&gt;</w:t>
            </w:r>
          </w:p>
        </w:tc>
      </w:tr>
    </w:tbl>
    <w:p w14:paraId="6B6A8948" w14:textId="77777777" w:rsidR="00D47296" w:rsidRDefault="00D47296">
      <w:pPr>
        <w:spacing w:after="0"/>
      </w:pPr>
    </w:p>
    <w:p w14:paraId="71216D30" w14:textId="77777777" w:rsidR="00D47296" w:rsidRDefault="008C31C1">
      <w:pPr>
        <w:pStyle w:val="Heading1"/>
      </w:pPr>
      <w:r>
        <w:t>ATTACHMENT R - PROGRAM EVALUATION / REVIEW DOCUMENTATION</w:t>
      </w:r>
    </w:p>
    <w:tbl>
      <w:tblPr>
        <w:tblW w:w="0" w:type="auto"/>
        <w:jc w:val="center"/>
        <w:tblLook w:val="04A0" w:firstRow="1" w:lastRow="0" w:firstColumn="1" w:lastColumn="0" w:noHBand="0" w:noVBand="1"/>
      </w:tblPr>
      <w:tblGrid>
        <w:gridCol w:w="10800"/>
      </w:tblGrid>
      <w:tr w:rsidR="00D47296" w14:paraId="443F49E9" w14:textId="77777777">
        <w:trPr>
          <w:jc w:val="center"/>
        </w:trPr>
        <w:tc>
          <w:tcPr>
            <w:tcW w:w="10800" w:type="dxa"/>
            <w:shd w:val="clear" w:color="auto" w:fill="E8F2EE"/>
          </w:tcPr>
          <w:p w14:paraId="2A66C925" w14:textId="77777777" w:rsidR="00D47296" w:rsidRDefault="008C31C1">
            <w:r>
              <w:rPr>
                <w:b/>
                <w:color w:val="015A41"/>
              </w:rPr>
              <w:t xml:space="preserve">SUPPORTING FEDERAL REQUIREMENT </w:t>
            </w:r>
            <w:r>
              <w:t>42 CFR §491.11 requires a biennial evaluation of the total clinic/center program, including service utilization, a representative sample of active and closed clinical records, health care policies, whether policies were followed, whether changes are needed, and corrective action when necessary. This is separate from, but can be coordinated with, the §491.12 EP review cycle.</w:t>
            </w:r>
          </w:p>
        </w:tc>
      </w:tr>
    </w:tbl>
    <w:p w14:paraId="4B0355B2" w14:textId="77777777" w:rsidR="00D47296" w:rsidRDefault="00D47296">
      <w:pPr>
        <w:spacing w:after="0"/>
      </w:pPr>
    </w:p>
    <w:tbl>
      <w:tblPr>
        <w:tblW w:w="0" w:type="auto"/>
        <w:jc w:val="center"/>
        <w:tblLayout w:type="fixed"/>
        <w:tblLook w:val="04A0" w:firstRow="1" w:lastRow="0" w:firstColumn="1" w:lastColumn="0" w:noHBand="0" w:noVBand="1"/>
      </w:tblPr>
      <w:tblGrid>
        <w:gridCol w:w="1440"/>
        <w:gridCol w:w="2448"/>
        <w:gridCol w:w="3024"/>
        <w:gridCol w:w="2880"/>
        <w:gridCol w:w="1872"/>
      </w:tblGrid>
      <w:tr w:rsidR="00D47296" w14:paraId="067C4E9C" w14:textId="77777777">
        <w:trPr>
          <w:tblHeader/>
          <w:jc w:val="center"/>
        </w:trPr>
        <w:tc>
          <w:tcPr>
            <w:tcW w:w="1440" w:type="dxa"/>
            <w:shd w:val="clear" w:color="auto" w:fill="015A41"/>
            <w:tcMar>
              <w:top w:w="70" w:type="dxa"/>
              <w:left w:w="70" w:type="dxa"/>
              <w:bottom w:w="70" w:type="dxa"/>
              <w:right w:w="70" w:type="dxa"/>
            </w:tcMar>
            <w:vAlign w:val="center"/>
          </w:tcPr>
          <w:p w14:paraId="59FB76A3" w14:textId="77777777" w:rsidR="00D47296" w:rsidRDefault="008C31C1">
            <w:r>
              <w:rPr>
                <w:b/>
                <w:color w:val="FFFFFF"/>
                <w:sz w:val="16"/>
              </w:rPr>
              <w:t>Evaluation Date</w:t>
            </w:r>
          </w:p>
        </w:tc>
        <w:tc>
          <w:tcPr>
            <w:tcW w:w="2448" w:type="dxa"/>
            <w:shd w:val="clear" w:color="auto" w:fill="015A41"/>
            <w:tcMar>
              <w:top w:w="70" w:type="dxa"/>
              <w:left w:w="70" w:type="dxa"/>
              <w:bottom w:w="70" w:type="dxa"/>
              <w:right w:w="70" w:type="dxa"/>
            </w:tcMar>
            <w:vAlign w:val="center"/>
          </w:tcPr>
          <w:p w14:paraId="1F03376A" w14:textId="77777777" w:rsidR="00D47296" w:rsidRDefault="008C31C1">
            <w:r>
              <w:rPr>
                <w:b/>
                <w:color w:val="FFFFFF"/>
                <w:sz w:val="16"/>
              </w:rPr>
              <w:t>Scope / Participants</w:t>
            </w:r>
          </w:p>
        </w:tc>
        <w:tc>
          <w:tcPr>
            <w:tcW w:w="3024" w:type="dxa"/>
            <w:shd w:val="clear" w:color="auto" w:fill="015A41"/>
            <w:tcMar>
              <w:top w:w="70" w:type="dxa"/>
              <w:left w:w="70" w:type="dxa"/>
              <w:bottom w:w="70" w:type="dxa"/>
              <w:right w:w="70" w:type="dxa"/>
            </w:tcMar>
            <w:vAlign w:val="center"/>
          </w:tcPr>
          <w:p w14:paraId="59719C12" w14:textId="77777777" w:rsidR="00D47296" w:rsidRDefault="008C31C1">
            <w:r>
              <w:rPr>
                <w:b/>
                <w:color w:val="FFFFFF"/>
                <w:sz w:val="16"/>
              </w:rPr>
              <w:t>Findings / Changes Needed</w:t>
            </w:r>
          </w:p>
        </w:tc>
        <w:tc>
          <w:tcPr>
            <w:tcW w:w="2880" w:type="dxa"/>
            <w:shd w:val="clear" w:color="auto" w:fill="015A41"/>
            <w:tcMar>
              <w:top w:w="70" w:type="dxa"/>
              <w:left w:w="70" w:type="dxa"/>
              <w:bottom w:w="70" w:type="dxa"/>
              <w:right w:w="70" w:type="dxa"/>
            </w:tcMar>
            <w:vAlign w:val="center"/>
          </w:tcPr>
          <w:p w14:paraId="767D5213" w14:textId="77777777" w:rsidR="00D47296" w:rsidRDefault="008C31C1">
            <w:r>
              <w:rPr>
                <w:b/>
                <w:color w:val="FFFFFF"/>
                <w:sz w:val="16"/>
              </w:rPr>
              <w:t>Corrective Action</w:t>
            </w:r>
          </w:p>
        </w:tc>
        <w:tc>
          <w:tcPr>
            <w:tcW w:w="1872" w:type="dxa"/>
            <w:shd w:val="clear" w:color="auto" w:fill="015A41"/>
            <w:tcMar>
              <w:top w:w="70" w:type="dxa"/>
              <w:left w:w="70" w:type="dxa"/>
              <w:bottom w:w="70" w:type="dxa"/>
              <w:right w:w="70" w:type="dxa"/>
            </w:tcMar>
            <w:vAlign w:val="center"/>
          </w:tcPr>
          <w:p w14:paraId="40C2A68D" w14:textId="77777777" w:rsidR="00D47296" w:rsidRDefault="008C31C1">
            <w:r>
              <w:rPr>
                <w:b/>
                <w:color w:val="FFFFFF"/>
                <w:sz w:val="16"/>
              </w:rPr>
              <w:t>Evidence Location</w:t>
            </w:r>
          </w:p>
        </w:tc>
      </w:tr>
      <w:tr w:rsidR="00D47296" w14:paraId="12A5961D" w14:textId="77777777">
        <w:trPr>
          <w:jc w:val="center"/>
        </w:trPr>
        <w:tc>
          <w:tcPr>
            <w:tcW w:w="1440" w:type="dxa"/>
            <w:shd w:val="clear" w:color="auto" w:fill="E8F2EE"/>
            <w:tcMar>
              <w:top w:w="70" w:type="dxa"/>
              <w:left w:w="70" w:type="dxa"/>
              <w:bottom w:w="70" w:type="dxa"/>
              <w:right w:w="70" w:type="dxa"/>
            </w:tcMar>
            <w:vAlign w:val="center"/>
          </w:tcPr>
          <w:p w14:paraId="69E072E9" w14:textId="77777777" w:rsidR="00D47296" w:rsidRDefault="008C31C1">
            <w:r>
              <w:rPr>
                <w:i/>
                <w:color w:val="777777"/>
                <w:sz w:val="24"/>
              </w:rPr>
              <w:t>&lt;Date&gt;</w:t>
            </w:r>
          </w:p>
        </w:tc>
        <w:tc>
          <w:tcPr>
            <w:tcW w:w="2448" w:type="dxa"/>
            <w:shd w:val="clear" w:color="auto" w:fill="E8F2EE"/>
            <w:tcMar>
              <w:top w:w="70" w:type="dxa"/>
              <w:left w:w="70" w:type="dxa"/>
              <w:bottom w:w="70" w:type="dxa"/>
              <w:right w:w="70" w:type="dxa"/>
            </w:tcMar>
            <w:vAlign w:val="center"/>
          </w:tcPr>
          <w:p w14:paraId="62A55658" w14:textId="77777777" w:rsidR="00D47296" w:rsidRDefault="008C31C1">
            <w:r>
              <w:rPr>
                <w:i/>
                <w:color w:val="777777"/>
                <w:sz w:val="24"/>
              </w:rPr>
              <w:t>&lt;Insert&gt;</w:t>
            </w:r>
          </w:p>
        </w:tc>
        <w:tc>
          <w:tcPr>
            <w:tcW w:w="3024" w:type="dxa"/>
            <w:shd w:val="clear" w:color="auto" w:fill="E8F2EE"/>
            <w:tcMar>
              <w:top w:w="70" w:type="dxa"/>
              <w:left w:w="70" w:type="dxa"/>
              <w:bottom w:w="70" w:type="dxa"/>
              <w:right w:w="70" w:type="dxa"/>
            </w:tcMar>
            <w:vAlign w:val="center"/>
          </w:tcPr>
          <w:p w14:paraId="7BEE57EA" w14:textId="77777777" w:rsidR="00D47296" w:rsidRDefault="008C31C1">
            <w:r>
              <w:rPr>
                <w:i/>
                <w:color w:val="777777"/>
                <w:sz w:val="24"/>
              </w:rPr>
              <w:t>&lt;Insert&gt;</w:t>
            </w:r>
          </w:p>
        </w:tc>
        <w:tc>
          <w:tcPr>
            <w:tcW w:w="2880" w:type="dxa"/>
            <w:shd w:val="clear" w:color="auto" w:fill="E8F2EE"/>
            <w:tcMar>
              <w:top w:w="70" w:type="dxa"/>
              <w:left w:w="70" w:type="dxa"/>
              <w:bottom w:w="70" w:type="dxa"/>
              <w:right w:w="70" w:type="dxa"/>
            </w:tcMar>
            <w:vAlign w:val="center"/>
          </w:tcPr>
          <w:p w14:paraId="01AFA612"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4A82AFF8" w14:textId="77777777" w:rsidR="00D47296" w:rsidRDefault="008C31C1">
            <w:r>
              <w:rPr>
                <w:i/>
                <w:color w:val="777777"/>
                <w:sz w:val="24"/>
              </w:rPr>
              <w:t>&lt;Location&gt;</w:t>
            </w:r>
          </w:p>
        </w:tc>
      </w:tr>
      <w:tr w:rsidR="00D47296" w14:paraId="72D6405D" w14:textId="77777777">
        <w:trPr>
          <w:jc w:val="center"/>
        </w:trPr>
        <w:tc>
          <w:tcPr>
            <w:tcW w:w="1440" w:type="dxa"/>
            <w:tcMar>
              <w:top w:w="70" w:type="dxa"/>
              <w:left w:w="70" w:type="dxa"/>
              <w:bottom w:w="70" w:type="dxa"/>
              <w:right w:w="70" w:type="dxa"/>
            </w:tcMar>
            <w:vAlign w:val="center"/>
          </w:tcPr>
          <w:p w14:paraId="757C98EB" w14:textId="77777777" w:rsidR="00D47296" w:rsidRDefault="008C31C1">
            <w:r>
              <w:rPr>
                <w:i/>
                <w:color w:val="777777"/>
                <w:sz w:val="24"/>
              </w:rPr>
              <w:t>&lt;Date&gt;</w:t>
            </w:r>
          </w:p>
        </w:tc>
        <w:tc>
          <w:tcPr>
            <w:tcW w:w="2448" w:type="dxa"/>
            <w:tcMar>
              <w:top w:w="70" w:type="dxa"/>
              <w:left w:w="70" w:type="dxa"/>
              <w:bottom w:w="70" w:type="dxa"/>
              <w:right w:w="70" w:type="dxa"/>
            </w:tcMar>
            <w:vAlign w:val="center"/>
          </w:tcPr>
          <w:p w14:paraId="48036D07" w14:textId="77777777" w:rsidR="00D47296" w:rsidRDefault="008C31C1">
            <w:r>
              <w:rPr>
                <w:i/>
                <w:color w:val="777777"/>
                <w:sz w:val="24"/>
              </w:rPr>
              <w:t>&lt;Insert&gt;</w:t>
            </w:r>
          </w:p>
        </w:tc>
        <w:tc>
          <w:tcPr>
            <w:tcW w:w="3024" w:type="dxa"/>
            <w:tcMar>
              <w:top w:w="70" w:type="dxa"/>
              <w:left w:w="70" w:type="dxa"/>
              <w:bottom w:w="70" w:type="dxa"/>
              <w:right w:w="70" w:type="dxa"/>
            </w:tcMar>
            <w:vAlign w:val="center"/>
          </w:tcPr>
          <w:p w14:paraId="467A708C" w14:textId="77777777" w:rsidR="00D47296" w:rsidRDefault="008C31C1">
            <w:r>
              <w:rPr>
                <w:i/>
                <w:color w:val="777777"/>
                <w:sz w:val="24"/>
              </w:rPr>
              <w:t>&lt;Insert&gt;</w:t>
            </w:r>
          </w:p>
        </w:tc>
        <w:tc>
          <w:tcPr>
            <w:tcW w:w="2880" w:type="dxa"/>
            <w:tcMar>
              <w:top w:w="70" w:type="dxa"/>
              <w:left w:w="70" w:type="dxa"/>
              <w:bottom w:w="70" w:type="dxa"/>
              <w:right w:w="70" w:type="dxa"/>
            </w:tcMar>
            <w:vAlign w:val="center"/>
          </w:tcPr>
          <w:p w14:paraId="623C7DE1"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45B60478" w14:textId="77777777" w:rsidR="00D47296" w:rsidRDefault="008C31C1">
            <w:r>
              <w:rPr>
                <w:i/>
                <w:color w:val="777777"/>
                <w:sz w:val="24"/>
              </w:rPr>
              <w:t>&lt;Location&gt;</w:t>
            </w:r>
          </w:p>
        </w:tc>
      </w:tr>
      <w:tr w:rsidR="00D47296" w14:paraId="72E768C3" w14:textId="77777777">
        <w:trPr>
          <w:jc w:val="center"/>
        </w:trPr>
        <w:tc>
          <w:tcPr>
            <w:tcW w:w="1440" w:type="dxa"/>
            <w:shd w:val="clear" w:color="auto" w:fill="E8F2EE"/>
            <w:tcMar>
              <w:top w:w="70" w:type="dxa"/>
              <w:left w:w="70" w:type="dxa"/>
              <w:bottom w:w="70" w:type="dxa"/>
              <w:right w:w="70" w:type="dxa"/>
            </w:tcMar>
            <w:vAlign w:val="center"/>
          </w:tcPr>
          <w:p w14:paraId="207028A6" w14:textId="77777777" w:rsidR="00D47296" w:rsidRDefault="008C31C1">
            <w:r>
              <w:rPr>
                <w:i/>
                <w:color w:val="777777"/>
                <w:sz w:val="24"/>
              </w:rPr>
              <w:t>&lt;Date&gt;</w:t>
            </w:r>
          </w:p>
        </w:tc>
        <w:tc>
          <w:tcPr>
            <w:tcW w:w="2448" w:type="dxa"/>
            <w:shd w:val="clear" w:color="auto" w:fill="E8F2EE"/>
            <w:tcMar>
              <w:top w:w="70" w:type="dxa"/>
              <w:left w:w="70" w:type="dxa"/>
              <w:bottom w:w="70" w:type="dxa"/>
              <w:right w:w="70" w:type="dxa"/>
            </w:tcMar>
            <w:vAlign w:val="center"/>
          </w:tcPr>
          <w:p w14:paraId="09D41B56" w14:textId="77777777" w:rsidR="00D47296" w:rsidRDefault="008C31C1">
            <w:r>
              <w:rPr>
                <w:i/>
                <w:color w:val="777777"/>
                <w:sz w:val="24"/>
              </w:rPr>
              <w:t>&lt;Insert&gt;</w:t>
            </w:r>
          </w:p>
        </w:tc>
        <w:tc>
          <w:tcPr>
            <w:tcW w:w="3024" w:type="dxa"/>
            <w:shd w:val="clear" w:color="auto" w:fill="E8F2EE"/>
            <w:tcMar>
              <w:top w:w="70" w:type="dxa"/>
              <w:left w:w="70" w:type="dxa"/>
              <w:bottom w:w="70" w:type="dxa"/>
              <w:right w:w="70" w:type="dxa"/>
            </w:tcMar>
            <w:vAlign w:val="center"/>
          </w:tcPr>
          <w:p w14:paraId="29295A1B" w14:textId="77777777" w:rsidR="00D47296" w:rsidRDefault="008C31C1">
            <w:r>
              <w:rPr>
                <w:i/>
                <w:color w:val="777777"/>
                <w:sz w:val="24"/>
              </w:rPr>
              <w:t>&lt;Insert&gt;</w:t>
            </w:r>
          </w:p>
        </w:tc>
        <w:tc>
          <w:tcPr>
            <w:tcW w:w="2880" w:type="dxa"/>
            <w:shd w:val="clear" w:color="auto" w:fill="E8F2EE"/>
            <w:tcMar>
              <w:top w:w="70" w:type="dxa"/>
              <w:left w:w="70" w:type="dxa"/>
              <w:bottom w:w="70" w:type="dxa"/>
              <w:right w:w="70" w:type="dxa"/>
            </w:tcMar>
            <w:vAlign w:val="center"/>
          </w:tcPr>
          <w:p w14:paraId="32728990"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6F14254A" w14:textId="77777777" w:rsidR="00D47296" w:rsidRDefault="008C31C1">
            <w:r>
              <w:rPr>
                <w:i/>
                <w:color w:val="777777"/>
                <w:sz w:val="24"/>
              </w:rPr>
              <w:t>&lt;Location&gt;</w:t>
            </w:r>
          </w:p>
        </w:tc>
      </w:tr>
      <w:tr w:rsidR="00D47296" w14:paraId="15948C1C" w14:textId="77777777">
        <w:trPr>
          <w:jc w:val="center"/>
        </w:trPr>
        <w:tc>
          <w:tcPr>
            <w:tcW w:w="1440" w:type="dxa"/>
            <w:tcMar>
              <w:top w:w="70" w:type="dxa"/>
              <w:left w:w="70" w:type="dxa"/>
              <w:bottom w:w="70" w:type="dxa"/>
              <w:right w:w="70" w:type="dxa"/>
            </w:tcMar>
            <w:vAlign w:val="center"/>
          </w:tcPr>
          <w:p w14:paraId="32AAFBCC" w14:textId="77777777" w:rsidR="00D47296" w:rsidRDefault="008C31C1">
            <w:r>
              <w:rPr>
                <w:i/>
                <w:color w:val="777777"/>
                <w:sz w:val="24"/>
              </w:rPr>
              <w:t>&lt;Date&gt;</w:t>
            </w:r>
          </w:p>
        </w:tc>
        <w:tc>
          <w:tcPr>
            <w:tcW w:w="2448" w:type="dxa"/>
            <w:tcMar>
              <w:top w:w="70" w:type="dxa"/>
              <w:left w:w="70" w:type="dxa"/>
              <w:bottom w:w="70" w:type="dxa"/>
              <w:right w:w="70" w:type="dxa"/>
            </w:tcMar>
            <w:vAlign w:val="center"/>
          </w:tcPr>
          <w:p w14:paraId="648A9DCB" w14:textId="77777777" w:rsidR="00D47296" w:rsidRDefault="008C31C1">
            <w:r>
              <w:rPr>
                <w:i/>
                <w:color w:val="777777"/>
                <w:sz w:val="24"/>
              </w:rPr>
              <w:t>&lt;Insert&gt;</w:t>
            </w:r>
          </w:p>
        </w:tc>
        <w:tc>
          <w:tcPr>
            <w:tcW w:w="3024" w:type="dxa"/>
            <w:tcMar>
              <w:top w:w="70" w:type="dxa"/>
              <w:left w:w="70" w:type="dxa"/>
              <w:bottom w:w="70" w:type="dxa"/>
              <w:right w:w="70" w:type="dxa"/>
            </w:tcMar>
            <w:vAlign w:val="center"/>
          </w:tcPr>
          <w:p w14:paraId="34D46909" w14:textId="77777777" w:rsidR="00D47296" w:rsidRDefault="008C31C1">
            <w:r>
              <w:rPr>
                <w:i/>
                <w:color w:val="777777"/>
                <w:sz w:val="24"/>
              </w:rPr>
              <w:t>&lt;Insert&gt;</w:t>
            </w:r>
          </w:p>
        </w:tc>
        <w:tc>
          <w:tcPr>
            <w:tcW w:w="2880" w:type="dxa"/>
            <w:tcMar>
              <w:top w:w="70" w:type="dxa"/>
              <w:left w:w="70" w:type="dxa"/>
              <w:bottom w:w="70" w:type="dxa"/>
              <w:right w:w="70" w:type="dxa"/>
            </w:tcMar>
            <w:vAlign w:val="center"/>
          </w:tcPr>
          <w:p w14:paraId="53CE5483"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2D8D020E" w14:textId="77777777" w:rsidR="00D47296" w:rsidRDefault="008C31C1">
            <w:r>
              <w:rPr>
                <w:i/>
                <w:color w:val="777777"/>
                <w:sz w:val="24"/>
              </w:rPr>
              <w:t>&lt;Location&gt;</w:t>
            </w:r>
          </w:p>
        </w:tc>
      </w:tr>
      <w:tr w:rsidR="00D47296" w14:paraId="34C507F1" w14:textId="77777777">
        <w:trPr>
          <w:jc w:val="center"/>
        </w:trPr>
        <w:tc>
          <w:tcPr>
            <w:tcW w:w="1440" w:type="dxa"/>
            <w:shd w:val="clear" w:color="auto" w:fill="E8F2EE"/>
            <w:tcMar>
              <w:top w:w="70" w:type="dxa"/>
              <w:left w:w="70" w:type="dxa"/>
              <w:bottom w:w="70" w:type="dxa"/>
              <w:right w:w="70" w:type="dxa"/>
            </w:tcMar>
            <w:vAlign w:val="center"/>
          </w:tcPr>
          <w:p w14:paraId="7ECFCA69" w14:textId="77777777" w:rsidR="00D47296" w:rsidRDefault="008C31C1">
            <w:r>
              <w:rPr>
                <w:i/>
                <w:color w:val="777777"/>
                <w:sz w:val="24"/>
              </w:rPr>
              <w:t>&lt;Date&gt;</w:t>
            </w:r>
          </w:p>
        </w:tc>
        <w:tc>
          <w:tcPr>
            <w:tcW w:w="2448" w:type="dxa"/>
            <w:shd w:val="clear" w:color="auto" w:fill="E8F2EE"/>
            <w:tcMar>
              <w:top w:w="70" w:type="dxa"/>
              <w:left w:w="70" w:type="dxa"/>
              <w:bottom w:w="70" w:type="dxa"/>
              <w:right w:w="70" w:type="dxa"/>
            </w:tcMar>
            <w:vAlign w:val="center"/>
          </w:tcPr>
          <w:p w14:paraId="04951FD9" w14:textId="77777777" w:rsidR="00D47296" w:rsidRDefault="008C31C1">
            <w:r>
              <w:rPr>
                <w:i/>
                <w:color w:val="777777"/>
                <w:sz w:val="24"/>
              </w:rPr>
              <w:t>&lt;Insert&gt;</w:t>
            </w:r>
          </w:p>
        </w:tc>
        <w:tc>
          <w:tcPr>
            <w:tcW w:w="3024" w:type="dxa"/>
            <w:shd w:val="clear" w:color="auto" w:fill="E8F2EE"/>
            <w:tcMar>
              <w:top w:w="70" w:type="dxa"/>
              <w:left w:w="70" w:type="dxa"/>
              <w:bottom w:w="70" w:type="dxa"/>
              <w:right w:w="70" w:type="dxa"/>
            </w:tcMar>
            <w:vAlign w:val="center"/>
          </w:tcPr>
          <w:p w14:paraId="67F38B7D" w14:textId="77777777" w:rsidR="00D47296" w:rsidRDefault="008C31C1">
            <w:r>
              <w:rPr>
                <w:i/>
                <w:color w:val="777777"/>
                <w:sz w:val="24"/>
              </w:rPr>
              <w:t>&lt;Insert&gt;</w:t>
            </w:r>
          </w:p>
        </w:tc>
        <w:tc>
          <w:tcPr>
            <w:tcW w:w="2880" w:type="dxa"/>
            <w:shd w:val="clear" w:color="auto" w:fill="E8F2EE"/>
            <w:tcMar>
              <w:top w:w="70" w:type="dxa"/>
              <w:left w:w="70" w:type="dxa"/>
              <w:bottom w:w="70" w:type="dxa"/>
              <w:right w:w="70" w:type="dxa"/>
            </w:tcMar>
            <w:vAlign w:val="center"/>
          </w:tcPr>
          <w:p w14:paraId="053B3B71"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4C640949" w14:textId="77777777" w:rsidR="00D47296" w:rsidRDefault="008C31C1">
            <w:r>
              <w:rPr>
                <w:i/>
                <w:color w:val="777777"/>
                <w:sz w:val="24"/>
              </w:rPr>
              <w:t>&lt;Location&gt;</w:t>
            </w:r>
          </w:p>
        </w:tc>
      </w:tr>
    </w:tbl>
    <w:p w14:paraId="05CE7AE7" w14:textId="77777777" w:rsidR="00D47296" w:rsidRDefault="00D47296">
      <w:pPr>
        <w:spacing w:after="0"/>
      </w:pPr>
    </w:p>
    <w:p w14:paraId="5D4D94EE" w14:textId="77777777" w:rsidR="00D47296" w:rsidRDefault="008C31C1">
      <w:r>
        <w:br w:type="page"/>
      </w:r>
    </w:p>
    <w:p w14:paraId="04576454" w14:textId="77777777" w:rsidR="00D47296" w:rsidRDefault="008C31C1">
      <w:pPr>
        <w:pStyle w:val="Heading1"/>
      </w:pPr>
      <w:r>
        <w:lastRenderedPageBreak/>
        <w:t>17. ANNEXES</w:t>
      </w:r>
    </w:p>
    <w:tbl>
      <w:tblPr>
        <w:tblW w:w="0" w:type="auto"/>
        <w:jc w:val="center"/>
        <w:tblLayout w:type="fixed"/>
        <w:tblLook w:val="04A0" w:firstRow="1" w:lastRow="0" w:firstColumn="1" w:lastColumn="0" w:noHBand="0" w:noVBand="1"/>
      </w:tblPr>
      <w:tblGrid>
        <w:gridCol w:w="1440"/>
        <w:gridCol w:w="9072"/>
      </w:tblGrid>
      <w:tr w:rsidR="00D47296" w14:paraId="2151F8F1" w14:textId="77777777">
        <w:trPr>
          <w:tblHeader/>
          <w:jc w:val="center"/>
        </w:trPr>
        <w:tc>
          <w:tcPr>
            <w:tcW w:w="1440" w:type="dxa"/>
            <w:shd w:val="clear" w:color="auto" w:fill="015A41"/>
            <w:tcMar>
              <w:top w:w="70" w:type="dxa"/>
              <w:left w:w="70" w:type="dxa"/>
              <w:bottom w:w="70" w:type="dxa"/>
              <w:right w:w="70" w:type="dxa"/>
            </w:tcMar>
            <w:vAlign w:val="center"/>
          </w:tcPr>
          <w:p w14:paraId="27B09347" w14:textId="77777777" w:rsidR="00D47296" w:rsidRDefault="008C31C1">
            <w:r>
              <w:rPr>
                <w:b/>
                <w:color w:val="FFFFFF"/>
                <w:sz w:val="19"/>
              </w:rPr>
              <w:t>Annex</w:t>
            </w:r>
          </w:p>
        </w:tc>
        <w:tc>
          <w:tcPr>
            <w:tcW w:w="9072" w:type="dxa"/>
            <w:shd w:val="clear" w:color="auto" w:fill="015A41"/>
            <w:tcMar>
              <w:top w:w="70" w:type="dxa"/>
              <w:left w:w="70" w:type="dxa"/>
              <w:bottom w:w="70" w:type="dxa"/>
              <w:right w:w="70" w:type="dxa"/>
            </w:tcMar>
            <w:vAlign w:val="center"/>
          </w:tcPr>
          <w:p w14:paraId="3C0EDD70" w14:textId="77777777" w:rsidR="00D47296" w:rsidRDefault="008C31C1">
            <w:r>
              <w:rPr>
                <w:b/>
                <w:color w:val="FFFFFF"/>
                <w:sz w:val="19"/>
              </w:rPr>
              <w:t>Title</w:t>
            </w:r>
          </w:p>
        </w:tc>
      </w:tr>
      <w:tr w:rsidR="00D47296" w14:paraId="3F696188" w14:textId="77777777">
        <w:trPr>
          <w:jc w:val="center"/>
        </w:trPr>
        <w:tc>
          <w:tcPr>
            <w:tcW w:w="1440" w:type="dxa"/>
            <w:shd w:val="clear" w:color="auto" w:fill="E8F2EE"/>
            <w:tcMar>
              <w:top w:w="70" w:type="dxa"/>
              <w:left w:w="70" w:type="dxa"/>
              <w:bottom w:w="70" w:type="dxa"/>
              <w:right w:w="70" w:type="dxa"/>
            </w:tcMar>
            <w:vAlign w:val="center"/>
          </w:tcPr>
          <w:p w14:paraId="60C7F490" w14:textId="77777777" w:rsidR="00D47296" w:rsidRDefault="008C31C1">
            <w:r>
              <w:rPr>
                <w:sz w:val="19"/>
              </w:rPr>
              <w:t>A</w:t>
            </w:r>
          </w:p>
        </w:tc>
        <w:tc>
          <w:tcPr>
            <w:tcW w:w="9072" w:type="dxa"/>
            <w:shd w:val="clear" w:color="auto" w:fill="E8F2EE"/>
            <w:tcMar>
              <w:top w:w="70" w:type="dxa"/>
              <w:left w:w="70" w:type="dxa"/>
              <w:bottom w:w="70" w:type="dxa"/>
              <w:right w:w="70" w:type="dxa"/>
            </w:tcMar>
            <w:vAlign w:val="center"/>
          </w:tcPr>
          <w:p w14:paraId="71FE2F4C" w14:textId="77777777" w:rsidR="00D47296" w:rsidRDefault="008C31C1">
            <w:r>
              <w:rPr>
                <w:sz w:val="19"/>
              </w:rPr>
              <w:t>Required Emergency Communication Plan</w:t>
            </w:r>
          </w:p>
        </w:tc>
      </w:tr>
      <w:tr w:rsidR="00D47296" w14:paraId="6B1C7DF7" w14:textId="77777777">
        <w:trPr>
          <w:jc w:val="center"/>
        </w:trPr>
        <w:tc>
          <w:tcPr>
            <w:tcW w:w="1440" w:type="dxa"/>
            <w:tcMar>
              <w:top w:w="70" w:type="dxa"/>
              <w:left w:w="70" w:type="dxa"/>
              <w:bottom w:w="70" w:type="dxa"/>
              <w:right w:w="70" w:type="dxa"/>
            </w:tcMar>
            <w:vAlign w:val="center"/>
          </w:tcPr>
          <w:p w14:paraId="48CF800A" w14:textId="77777777" w:rsidR="00D47296" w:rsidRDefault="008C31C1">
            <w:r>
              <w:rPr>
                <w:sz w:val="19"/>
              </w:rPr>
              <w:t>B</w:t>
            </w:r>
          </w:p>
        </w:tc>
        <w:tc>
          <w:tcPr>
            <w:tcW w:w="9072" w:type="dxa"/>
            <w:tcMar>
              <w:top w:w="70" w:type="dxa"/>
              <w:left w:w="70" w:type="dxa"/>
              <w:bottom w:w="70" w:type="dxa"/>
              <w:right w:w="70" w:type="dxa"/>
            </w:tcMar>
            <w:vAlign w:val="center"/>
          </w:tcPr>
          <w:p w14:paraId="5B6FCD1B" w14:textId="77777777" w:rsidR="00D47296" w:rsidRDefault="008C31C1">
            <w:r>
              <w:rPr>
                <w:sz w:val="19"/>
              </w:rPr>
              <w:t>Continuity of Operations / Service Continuity</w:t>
            </w:r>
          </w:p>
        </w:tc>
      </w:tr>
      <w:tr w:rsidR="00D47296" w14:paraId="4519B999" w14:textId="77777777">
        <w:trPr>
          <w:jc w:val="center"/>
        </w:trPr>
        <w:tc>
          <w:tcPr>
            <w:tcW w:w="1440" w:type="dxa"/>
            <w:shd w:val="clear" w:color="auto" w:fill="E8F2EE"/>
            <w:tcMar>
              <w:top w:w="70" w:type="dxa"/>
              <w:left w:w="70" w:type="dxa"/>
              <w:bottom w:w="70" w:type="dxa"/>
              <w:right w:w="70" w:type="dxa"/>
            </w:tcMar>
            <w:vAlign w:val="center"/>
          </w:tcPr>
          <w:p w14:paraId="3F1961EB" w14:textId="77777777" w:rsidR="00D47296" w:rsidRDefault="008C31C1">
            <w:r>
              <w:rPr>
                <w:sz w:val="19"/>
              </w:rPr>
              <w:t>C</w:t>
            </w:r>
          </w:p>
        </w:tc>
        <w:tc>
          <w:tcPr>
            <w:tcW w:w="9072" w:type="dxa"/>
            <w:shd w:val="clear" w:color="auto" w:fill="E8F2EE"/>
            <w:tcMar>
              <w:top w:w="70" w:type="dxa"/>
              <w:left w:w="70" w:type="dxa"/>
              <w:bottom w:w="70" w:type="dxa"/>
              <w:right w:w="70" w:type="dxa"/>
            </w:tcMar>
            <w:vAlign w:val="center"/>
          </w:tcPr>
          <w:p w14:paraId="4BCE5182" w14:textId="77777777" w:rsidR="00D47296" w:rsidRDefault="008C31C1">
            <w:r>
              <w:rPr>
                <w:sz w:val="19"/>
              </w:rPr>
              <w:t>Medical Emergency During Hours &amp; After-Hours Coverage - HRSA if Applicable</w:t>
            </w:r>
          </w:p>
        </w:tc>
      </w:tr>
      <w:tr w:rsidR="00D47296" w14:paraId="1A9EE706" w14:textId="77777777">
        <w:trPr>
          <w:jc w:val="center"/>
        </w:trPr>
        <w:tc>
          <w:tcPr>
            <w:tcW w:w="1440" w:type="dxa"/>
            <w:tcMar>
              <w:top w:w="70" w:type="dxa"/>
              <w:left w:w="70" w:type="dxa"/>
              <w:bottom w:w="70" w:type="dxa"/>
              <w:right w:w="70" w:type="dxa"/>
            </w:tcMar>
            <w:vAlign w:val="center"/>
          </w:tcPr>
          <w:p w14:paraId="06F20677" w14:textId="77777777" w:rsidR="00D47296" w:rsidRDefault="008C31C1">
            <w:r>
              <w:rPr>
                <w:sz w:val="19"/>
              </w:rPr>
              <w:t>D</w:t>
            </w:r>
          </w:p>
        </w:tc>
        <w:tc>
          <w:tcPr>
            <w:tcW w:w="9072" w:type="dxa"/>
            <w:tcMar>
              <w:top w:w="70" w:type="dxa"/>
              <w:left w:w="70" w:type="dxa"/>
              <w:bottom w:w="70" w:type="dxa"/>
              <w:right w:w="70" w:type="dxa"/>
            </w:tcMar>
            <w:vAlign w:val="center"/>
          </w:tcPr>
          <w:p w14:paraId="0DEEBB94" w14:textId="77777777" w:rsidR="00D47296" w:rsidRDefault="008C31C1">
            <w:r>
              <w:rPr>
                <w:sz w:val="19"/>
              </w:rPr>
              <w:t>Infection Prevention / Outbreak / Public Health Coordination</w:t>
            </w:r>
          </w:p>
        </w:tc>
      </w:tr>
      <w:tr w:rsidR="00D47296" w14:paraId="63B0FA73" w14:textId="77777777">
        <w:trPr>
          <w:jc w:val="center"/>
        </w:trPr>
        <w:tc>
          <w:tcPr>
            <w:tcW w:w="1440" w:type="dxa"/>
            <w:shd w:val="clear" w:color="auto" w:fill="E8F2EE"/>
            <w:tcMar>
              <w:top w:w="70" w:type="dxa"/>
              <w:left w:w="70" w:type="dxa"/>
              <w:bottom w:w="70" w:type="dxa"/>
              <w:right w:w="70" w:type="dxa"/>
            </w:tcMar>
            <w:vAlign w:val="center"/>
          </w:tcPr>
          <w:p w14:paraId="5D1184E1" w14:textId="77777777" w:rsidR="00D47296" w:rsidRDefault="008C31C1">
            <w:r>
              <w:rPr>
                <w:sz w:val="19"/>
              </w:rPr>
              <w:t>E</w:t>
            </w:r>
          </w:p>
        </w:tc>
        <w:tc>
          <w:tcPr>
            <w:tcW w:w="9072" w:type="dxa"/>
            <w:shd w:val="clear" w:color="auto" w:fill="E8F2EE"/>
            <w:tcMar>
              <w:top w:w="70" w:type="dxa"/>
              <w:left w:w="70" w:type="dxa"/>
              <w:bottom w:w="70" w:type="dxa"/>
              <w:right w:w="70" w:type="dxa"/>
            </w:tcMar>
            <w:vAlign w:val="center"/>
          </w:tcPr>
          <w:p w14:paraId="04239252" w14:textId="77777777" w:rsidR="00D47296" w:rsidRDefault="008C31C1">
            <w:r>
              <w:rPr>
                <w:sz w:val="19"/>
              </w:rPr>
              <w:t>Patient Continuity / Referral / Redirection</w:t>
            </w:r>
          </w:p>
        </w:tc>
      </w:tr>
      <w:tr w:rsidR="00D47296" w14:paraId="0F61ED42" w14:textId="77777777">
        <w:trPr>
          <w:jc w:val="center"/>
        </w:trPr>
        <w:tc>
          <w:tcPr>
            <w:tcW w:w="1440" w:type="dxa"/>
            <w:tcMar>
              <w:top w:w="70" w:type="dxa"/>
              <w:left w:w="70" w:type="dxa"/>
              <w:bottom w:w="70" w:type="dxa"/>
              <w:right w:w="70" w:type="dxa"/>
            </w:tcMar>
            <w:vAlign w:val="center"/>
          </w:tcPr>
          <w:p w14:paraId="1785037E" w14:textId="77777777" w:rsidR="00D47296" w:rsidRDefault="008C31C1">
            <w:r>
              <w:rPr>
                <w:sz w:val="19"/>
              </w:rPr>
              <w:t>F</w:t>
            </w:r>
          </w:p>
        </w:tc>
        <w:tc>
          <w:tcPr>
            <w:tcW w:w="9072" w:type="dxa"/>
            <w:tcMar>
              <w:top w:w="70" w:type="dxa"/>
              <w:left w:w="70" w:type="dxa"/>
              <w:bottom w:w="70" w:type="dxa"/>
              <w:right w:w="70" w:type="dxa"/>
            </w:tcMar>
            <w:vAlign w:val="center"/>
          </w:tcPr>
          <w:p w14:paraId="64E3B9F6" w14:textId="77777777" w:rsidR="00D47296" w:rsidRDefault="008C31C1">
            <w:r>
              <w:rPr>
                <w:sz w:val="19"/>
              </w:rPr>
              <w:t>Supply Chain / Resource Continuity</w:t>
            </w:r>
          </w:p>
        </w:tc>
      </w:tr>
      <w:tr w:rsidR="00D47296" w14:paraId="7D7BA378" w14:textId="77777777">
        <w:trPr>
          <w:jc w:val="center"/>
        </w:trPr>
        <w:tc>
          <w:tcPr>
            <w:tcW w:w="1440" w:type="dxa"/>
            <w:shd w:val="clear" w:color="auto" w:fill="E8F2EE"/>
            <w:tcMar>
              <w:top w:w="70" w:type="dxa"/>
              <w:left w:w="70" w:type="dxa"/>
              <w:bottom w:w="70" w:type="dxa"/>
              <w:right w:w="70" w:type="dxa"/>
            </w:tcMar>
            <w:vAlign w:val="center"/>
          </w:tcPr>
          <w:p w14:paraId="3AD7BD1E" w14:textId="77777777" w:rsidR="00D47296" w:rsidRDefault="008C31C1">
            <w:r>
              <w:rPr>
                <w:sz w:val="19"/>
              </w:rPr>
              <w:t>G</w:t>
            </w:r>
          </w:p>
        </w:tc>
        <w:tc>
          <w:tcPr>
            <w:tcW w:w="9072" w:type="dxa"/>
            <w:shd w:val="clear" w:color="auto" w:fill="E8F2EE"/>
            <w:tcMar>
              <w:top w:w="70" w:type="dxa"/>
              <w:left w:w="70" w:type="dxa"/>
              <w:bottom w:w="70" w:type="dxa"/>
              <w:right w:w="70" w:type="dxa"/>
            </w:tcMar>
            <w:vAlign w:val="center"/>
          </w:tcPr>
          <w:p w14:paraId="017EEDF6" w14:textId="77777777" w:rsidR="00D47296" w:rsidRDefault="008C31C1">
            <w:r>
              <w:rPr>
                <w:sz w:val="19"/>
              </w:rPr>
              <w:t>Emergency Staffing / Volunteer Integration</w:t>
            </w:r>
          </w:p>
        </w:tc>
      </w:tr>
      <w:tr w:rsidR="00D47296" w14:paraId="6CB73789" w14:textId="77777777">
        <w:trPr>
          <w:jc w:val="center"/>
        </w:trPr>
        <w:tc>
          <w:tcPr>
            <w:tcW w:w="1440" w:type="dxa"/>
            <w:tcMar>
              <w:top w:w="70" w:type="dxa"/>
              <w:left w:w="70" w:type="dxa"/>
              <w:bottom w:w="70" w:type="dxa"/>
              <w:right w:w="70" w:type="dxa"/>
            </w:tcMar>
            <w:vAlign w:val="center"/>
          </w:tcPr>
          <w:p w14:paraId="0B3B4023" w14:textId="77777777" w:rsidR="00D47296" w:rsidRDefault="008C31C1">
            <w:r>
              <w:rPr>
                <w:sz w:val="19"/>
              </w:rPr>
              <w:t>H</w:t>
            </w:r>
          </w:p>
        </w:tc>
        <w:tc>
          <w:tcPr>
            <w:tcW w:w="9072" w:type="dxa"/>
            <w:tcMar>
              <w:top w:w="70" w:type="dxa"/>
              <w:left w:w="70" w:type="dxa"/>
              <w:bottom w:w="70" w:type="dxa"/>
              <w:right w:w="70" w:type="dxa"/>
            </w:tcMar>
            <w:vAlign w:val="center"/>
          </w:tcPr>
          <w:p w14:paraId="7B18425F" w14:textId="77777777" w:rsidR="00D47296" w:rsidRDefault="008C31C1">
            <w:r>
              <w:rPr>
                <w:sz w:val="19"/>
              </w:rPr>
              <w:t>Cybersecurity / IT / EHR Downtime</w:t>
            </w:r>
          </w:p>
        </w:tc>
      </w:tr>
      <w:tr w:rsidR="00D47296" w14:paraId="462C6B0F" w14:textId="77777777">
        <w:trPr>
          <w:jc w:val="center"/>
        </w:trPr>
        <w:tc>
          <w:tcPr>
            <w:tcW w:w="1440" w:type="dxa"/>
            <w:shd w:val="clear" w:color="auto" w:fill="E8F2EE"/>
            <w:tcMar>
              <w:top w:w="70" w:type="dxa"/>
              <w:left w:w="70" w:type="dxa"/>
              <w:bottom w:w="70" w:type="dxa"/>
              <w:right w:w="70" w:type="dxa"/>
            </w:tcMar>
            <w:vAlign w:val="center"/>
          </w:tcPr>
          <w:p w14:paraId="4BDA7AE1" w14:textId="77777777" w:rsidR="00D47296" w:rsidRDefault="008C31C1">
            <w:r>
              <w:rPr>
                <w:sz w:val="19"/>
              </w:rPr>
              <w:t>I</w:t>
            </w:r>
          </w:p>
        </w:tc>
        <w:tc>
          <w:tcPr>
            <w:tcW w:w="9072" w:type="dxa"/>
            <w:shd w:val="clear" w:color="auto" w:fill="E8F2EE"/>
            <w:tcMar>
              <w:top w:w="70" w:type="dxa"/>
              <w:left w:w="70" w:type="dxa"/>
              <w:bottom w:w="70" w:type="dxa"/>
              <w:right w:w="70" w:type="dxa"/>
            </w:tcMar>
            <w:vAlign w:val="center"/>
          </w:tcPr>
          <w:p w14:paraId="17A8EA2C" w14:textId="77777777" w:rsidR="00D47296" w:rsidRDefault="008C31C1">
            <w:r>
              <w:rPr>
                <w:sz w:val="19"/>
              </w:rPr>
              <w:t>EMResource / HCC-ME Situational Awareness - Optional</w:t>
            </w:r>
          </w:p>
        </w:tc>
      </w:tr>
      <w:tr w:rsidR="00D47296" w14:paraId="4890AEFF" w14:textId="77777777">
        <w:trPr>
          <w:jc w:val="center"/>
        </w:trPr>
        <w:tc>
          <w:tcPr>
            <w:tcW w:w="1440" w:type="dxa"/>
            <w:tcMar>
              <w:top w:w="70" w:type="dxa"/>
              <w:left w:w="70" w:type="dxa"/>
              <w:bottom w:w="70" w:type="dxa"/>
              <w:right w:w="70" w:type="dxa"/>
            </w:tcMar>
            <w:vAlign w:val="center"/>
          </w:tcPr>
          <w:p w14:paraId="3113E675" w14:textId="77777777" w:rsidR="00D47296" w:rsidRDefault="008C31C1">
            <w:r>
              <w:rPr>
                <w:sz w:val="19"/>
              </w:rPr>
              <w:t>J</w:t>
            </w:r>
          </w:p>
        </w:tc>
        <w:tc>
          <w:tcPr>
            <w:tcW w:w="9072" w:type="dxa"/>
            <w:tcMar>
              <w:top w:w="70" w:type="dxa"/>
              <w:left w:w="70" w:type="dxa"/>
              <w:bottom w:w="70" w:type="dxa"/>
              <w:right w:w="70" w:type="dxa"/>
            </w:tcMar>
            <w:vAlign w:val="center"/>
          </w:tcPr>
          <w:p w14:paraId="637CDF55" w14:textId="77777777" w:rsidR="00D47296" w:rsidRDefault="008C31C1">
            <w:r>
              <w:rPr>
                <w:sz w:val="19"/>
              </w:rPr>
              <w:t>Fire / Life Safety / Facility Closure Coordination</w:t>
            </w:r>
          </w:p>
        </w:tc>
      </w:tr>
    </w:tbl>
    <w:p w14:paraId="719654C9" w14:textId="77777777" w:rsidR="00D47296" w:rsidRDefault="00D47296">
      <w:pPr>
        <w:spacing w:after="0"/>
      </w:pPr>
    </w:p>
    <w:p w14:paraId="2F3F8F4B" w14:textId="77777777" w:rsidR="00D47296" w:rsidRDefault="008C31C1">
      <w:pPr>
        <w:pStyle w:val="Heading1"/>
      </w:pPr>
      <w:r>
        <w:t>ANNEX A - REQUIRED EMERGENCY COMMUNICATION PLAN</w:t>
      </w:r>
    </w:p>
    <w:tbl>
      <w:tblPr>
        <w:tblW w:w="0" w:type="auto"/>
        <w:jc w:val="center"/>
        <w:tblLook w:val="04A0" w:firstRow="1" w:lastRow="0" w:firstColumn="1" w:lastColumn="0" w:noHBand="0" w:noVBand="1"/>
      </w:tblPr>
      <w:tblGrid>
        <w:gridCol w:w="10800"/>
      </w:tblGrid>
      <w:tr w:rsidR="00D47296" w14:paraId="39ACA295" w14:textId="77777777">
        <w:trPr>
          <w:jc w:val="center"/>
        </w:trPr>
        <w:tc>
          <w:tcPr>
            <w:tcW w:w="10800" w:type="dxa"/>
            <w:shd w:val="clear" w:color="auto" w:fill="FFF1EC"/>
          </w:tcPr>
          <w:p w14:paraId="3468F5DB" w14:textId="77777777" w:rsidR="00D47296" w:rsidRDefault="008C31C1">
            <w:r>
              <w:rPr>
                <w:b/>
                <w:color w:val="E63B07"/>
              </w:rPr>
              <w:t xml:space="preserve">CMS REQUIRED </w:t>
            </w:r>
            <w:r>
              <w:t>This annex should be customized to satisfy §491.12(c)(1)-(5) and reviewed/updated at least every 2 years.</w:t>
            </w:r>
          </w:p>
        </w:tc>
      </w:tr>
    </w:tbl>
    <w:p w14:paraId="2EE607AB" w14:textId="77777777" w:rsidR="00D47296" w:rsidRDefault="00D47296">
      <w:pPr>
        <w:spacing w:after="0"/>
      </w:pPr>
    </w:p>
    <w:tbl>
      <w:tblPr>
        <w:tblW w:w="0" w:type="auto"/>
        <w:jc w:val="center"/>
        <w:tblLayout w:type="fixed"/>
        <w:tblLook w:val="04A0" w:firstRow="1" w:lastRow="0" w:firstColumn="1" w:lastColumn="0" w:noHBand="0" w:noVBand="1"/>
      </w:tblPr>
      <w:tblGrid>
        <w:gridCol w:w="4464"/>
        <w:gridCol w:w="6048"/>
      </w:tblGrid>
      <w:tr w:rsidR="00D47296" w14:paraId="1B1BE2A3" w14:textId="77777777">
        <w:trPr>
          <w:tblHeader/>
          <w:jc w:val="center"/>
        </w:trPr>
        <w:tc>
          <w:tcPr>
            <w:tcW w:w="4464" w:type="dxa"/>
            <w:shd w:val="clear" w:color="auto" w:fill="015A41"/>
            <w:tcMar>
              <w:top w:w="70" w:type="dxa"/>
              <w:left w:w="70" w:type="dxa"/>
              <w:bottom w:w="70" w:type="dxa"/>
              <w:right w:w="70" w:type="dxa"/>
            </w:tcMar>
            <w:vAlign w:val="center"/>
          </w:tcPr>
          <w:p w14:paraId="49C10748" w14:textId="77777777" w:rsidR="00D47296" w:rsidRDefault="008C31C1">
            <w:r>
              <w:rPr>
                <w:b/>
                <w:color w:val="FFFFFF"/>
                <w:sz w:val="18"/>
              </w:rPr>
              <w:t>Communication Function</w:t>
            </w:r>
          </w:p>
        </w:tc>
        <w:tc>
          <w:tcPr>
            <w:tcW w:w="6048" w:type="dxa"/>
            <w:shd w:val="clear" w:color="auto" w:fill="015A41"/>
            <w:tcMar>
              <w:top w:w="70" w:type="dxa"/>
              <w:left w:w="70" w:type="dxa"/>
              <w:bottom w:w="70" w:type="dxa"/>
              <w:right w:w="70" w:type="dxa"/>
            </w:tcMar>
            <w:vAlign w:val="center"/>
          </w:tcPr>
          <w:p w14:paraId="0D413F09" w14:textId="77777777" w:rsidR="00D47296" w:rsidRDefault="008C31C1">
            <w:r>
              <w:rPr>
                <w:b/>
                <w:color w:val="FFFFFF"/>
                <w:sz w:val="18"/>
              </w:rPr>
              <w:t>Facility Process</w:t>
            </w:r>
          </w:p>
        </w:tc>
      </w:tr>
      <w:tr w:rsidR="00D47296" w14:paraId="7E484ED8" w14:textId="77777777">
        <w:trPr>
          <w:jc w:val="center"/>
        </w:trPr>
        <w:tc>
          <w:tcPr>
            <w:tcW w:w="4464" w:type="dxa"/>
            <w:shd w:val="clear" w:color="auto" w:fill="E8F2EE"/>
            <w:tcMar>
              <w:top w:w="70" w:type="dxa"/>
              <w:left w:w="70" w:type="dxa"/>
              <w:bottom w:w="70" w:type="dxa"/>
              <w:right w:w="70" w:type="dxa"/>
            </w:tcMar>
            <w:vAlign w:val="center"/>
          </w:tcPr>
          <w:p w14:paraId="17D23AB2" w14:textId="77777777" w:rsidR="00D47296" w:rsidRDefault="008C31C1">
            <w:r>
              <w:rPr>
                <w:sz w:val="18"/>
              </w:rPr>
              <w:t>Required contacts / directory source</w:t>
            </w:r>
          </w:p>
        </w:tc>
        <w:tc>
          <w:tcPr>
            <w:tcW w:w="6048" w:type="dxa"/>
            <w:shd w:val="clear" w:color="auto" w:fill="E8F2EE"/>
            <w:tcMar>
              <w:top w:w="70" w:type="dxa"/>
              <w:left w:w="70" w:type="dxa"/>
              <w:bottom w:w="70" w:type="dxa"/>
              <w:right w:w="70" w:type="dxa"/>
            </w:tcMar>
            <w:vAlign w:val="center"/>
          </w:tcPr>
          <w:p w14:paraId="772269F8" w14:textId="77777777" w:rsidR="00D47296" w:rsidRDefault="008C31C1">
            <w:r>
              <w:rPr>
                <w:i/>
                <w:color w:val="777777"/>
                <w:sz w:val="24"/>
              </w:rPr>
              <w:t>&lt;Insert&gt;</w:t>
            </w:r>
          </w:p>
        </w:tc>
      </w:tr>
      <w:tr w:rsidR="00D47296" w14:paraId="11AD90A2" w14:textId="77777777">
        <w:trPr>
          <w:jc w:val="center"/>
        </w:trPr>
        <w:tc>
          <w:tcPr>
            <w:tcW w:w="4464" w:type="dxa"/>
            <w:tcMar>
              <w:top w:w="70" w:type="dxa"/>
              <w:left w:w="70" w:type="dxa"/>
              <w:bottom w:w="70" w:type="dxa"/>
              <w:right w:w="70" w:type="dxa"/>
            </w:tcMar>
            <w:vAlign w:val="center"/>
          </w:tcPr>
          <w:p w14:paraId="3705A922" w14:textId="77777777" w:rsidR="00D47296" w:rsidRDefault="008C31C1">
            <w:r>
              <w:rPr>
                <w:sz w:val="18"/>
              </w:rPr>
              <w:t>Staff notification</w:t>
            </w:r>
          </w:p>
        </w:tc>
        <w:tc>
          <w:tcPr>
            <w:tcW w:w="6048" w:type="dxa"/>
            <w:tcMar>
              <w:top w:w="70" w:type="dxa"/>
              <w:left w:w="70" w:type="dxa"/>
              <w:bottom w:w="70" w:type="dxa"/>
              <w:right w:w="70" w:type="dxa"/>
            </w:tcMar>
            <w:vAlign w:val="center"/>
          </w:tcPr>
          <w:p w14:paraId="6F365025" w14:textId="77777777" w:rsidR="00D47296" w:rsidRDefault="008C31C1">
            <w:r>
              <w:rPr>
                <w:i/>
                <w:color w:val="777777"/>
                <w:sz w:val="24"/>
              </w:rPr>
              <w:t>&lt;Insert primary/alternate&gt;</w:t>
            </w:r>
          </w:p>
        </w:tc>
      </w:tr>
      <w:tr w:rsidR="00D47296" w14:paraId="70572003" w14:textId="77777777">
        <w:trPr>
          <w:jc w:val="center"/>
        </w:trPr>
        <w:tc>
          <w:tcPr>
            <w:tcW w:w="4464" w:type="dxa"/>
            <w:shd w:val="clear" w:color="auto" w:fill="E8F2EE"/>
            <w:tcMar>
              <w:top w:w="70" w:type="dxa"/>
              <w:left w:w="70" w:type="dxa"/>
              <w:bottom w:w="70" w:type="dxa"/>
              <w:right w:w="70" w:type="dxa"/>
            </w:tcMar>
            <w:vAlign w:val="center"/>
          </w:tcPr>
          <w:p w14:paraId="4A924DA0" w14:textId="77777777" w:rsidR="00D47296" w:rsidRDefault="008C31C1">
            <w:r>
              <w:rPr>
                <w:sz w:val="18"/>
              </w:rPr>
              <w:t>Emergency management/public health contacts</w:t>
            </w:r>
          </w:p>
        </w:tc>
        <w:tc>
          <w:tcPr>
            <w:tcW w:w="6048" w:type="dxa"/>
            <w:shd w:val="clear" w:color="auto" w:fill="E8F2EE"/>
            <w:tcMar>
              <w:top w:w="70" w:type="dxa"/>
              <w:left w:w="70" w:type="dxa"/>
              <w:bottom w:w="70" w:type="dxa"/>
              <w:right w:w="70" w:type="dxa"/>
            </w:tcMar>
            <w:vAlign w:val="center"/>
          </w:tcPr>
          <w:p w14:paraId="69B8C47F" w14:textId="77777777" w:rsidR="00D47296" w:rsidRDefault="008C31C1">
            <w:r>
              <w:rPr>
                <w:i/>
                <w:color w:val="777777"/>
                <w:sz w:val="24"/>
              </w:rPr>
              <w:t>&lt;Insert primary/alternate&gt;</w:t>
            </w:r>
          </w:p>
        </w:tc>
      </w:tr>
      <w:tr w:rsidR="00D47296" w14:paraId="200BF4A8" w14:textId="77777777">
        <w:trPr>
          <w:jc w:val="center"/>
        </w:trPr>
        <w:tc>
          <w:tcPr>
            <w:tcW w:w="4464" w:type="dxa"/>
            <w:tcMar>
              <w:top w:w="70" w:type="dxa"/>
              <w:left w:w="70" w:type="dxa"/>
              <w:bottom w:w="70" w:type="dxa"/>
              <w:right w:w="70" w:type="dxa"/>
            </w:tcMar>
            <w:vAlign w:val="center"/>
          </w:tcPr>
          <w:p w14:paraId="59741829" w14:textId="77777777" w:rsidR="00D47296" w:rsidRDefault="008C31C1">
            <w:r>
              <w:rPr>
                <w:sz w:val="18"/>
              </w:rPr>
              <w:t>Patient/public messaging</w:t>
            </w:r>
          </w:p>
        </w:tc>
        <w:tc>
          <w:tcPr>
            <w:tcW w:w="6048" w:type="dxa"/>
            <w:tcMar>
              <w:top w:w="70" w:type="dxa"/>
              <w:left w:w="70" w:type="dxa"/>
              <w:bottom w:w="70" w:type="dxa"/>
              <w:right w:w="70" w:type="dxa"/>
            </w:tcMar>
            <w:vAlign w:val="center"/>
          </w:tcPr>
          <w:p w14:paraId="55CFCD83" w14:textId="77777777" w:rsidR="00D47296" w:rsidRDefault="008C31C1">
            <w:r>
              <w:rPr>
                <w:i/>
                <w:color w:val="777777"/>
                <w:sz w:val="24"/>
              </w:rPr>
              <w:t>&lt;Insert&gt;</w:t>
            </w:r>
          </w:p>
        </w:tc>
      </w:tr>
      <w:tr w:rsidR="00D47296" w14:paraId="75EDE25B" w14:textId="77777777">
        <w:trPr>
          <w:jc w:val="center"/>
        </w:trPr>
        <w:tc>
          <w:tcPr>
            <w:tcW w:w="4464" w:type="dxa"/>
            <w:shd w:val="clear" w:color="auto" w:fill="E8F2EE"/>
            <w:tcMar>
              <w:top w:w="70" w:type="dxa"/>
              <w:left w:w="70" w:type="dxa"/>
              <w:bottom w:w="70" w:type="dxa"/>
              <w:right w:w="70" w:type="dxa"/>
            </w:tcMar>
            <w:vAlign w:val="center"/>
          </w:tcPr>
          <w:p w14:paraId="05B59140" w14:textId="77777777" w:rsidR="00D47296" w:rsidRDefault="008C31C1">
            <w:r>
              <w:rPr>
                <w:sz w:val="18"/>
              </w:rPr>
              <w:t>General condition/location information process</w:t>
            </w:r>
          </w:p>
        </w:tc>
        <w:tc>
          <w:tcPr>
            <w:tcW w:w="6048" w:type="dxa"/>
            <w:shd w:val="clear" w:color="auto" w:fill="E8F2EE"/>
            <w:tcMar>
              <w:top w:w="70" w:type="dxa"/>
              <w:left w:w="70" w:type="dxa"/>
              <w:bottom w:w="70" w:type="dxa"/>
              <w:right w:w="70" w:type="dxa"/>
            </w:tcMar>
            <w:vAlign w:val="center"/>
          </w:tcPr>
          <w:p w14:paraId="2191EAEA" w14:textId="77777777" w:rsidR="00D47296" w:rsidRDefault="008C31C1">
            <w:r>
              <w:rPr>
                <w:i/>
                <w:color w:val="777777"/>
                <w:sz w:val="24"/>
              </w:rPr>
              <w:t>&lt;Insert&gt;</w:t>
            </w:r>
          </w:p>
        </w:tc>
      </w:tr>
      <w:tr w:rsidR="00D47296" w14:paraId="1A014732" w14:textId="77777777">
        <w:trPr>
          <w:jc w:val="center"/>
        </w:trPr>
        <w:tc>
          <w:tcPr>
            <w:tcW w:w="4464" w:type="dxa"/>
            <w:tcMar>
              <w:top w:w="70" w:type="dxa"/>
              <w:left w:w="70" w:type="dxa"/>
              <w:bottom w:w="70" w:type="dxa"/>
              <w:right w:w="70" w:type="dxa"/>
            </w:tcMar>
            <w:vAlign w:val="center"/>
          </w:tcPr>
          <w:p w14:paraId="4211A49C" w14:textId="77777777" w:rsidR="00D47296" w:rsidRDefault="008C31C1">
            <w:r>
              <w:rPr>
                <w:sz w:val="18"/>
              </w:rPr>
              <w:t>Needs / ability-to-assist reporting</w:t>
            </w:r>
          </w:p>
        </w:tc>
        <w:tc>
          <w:tcPr>
            <w:tcW w:w="6048" w:type="dxa"/>
            <w:tcMar>
              <w:top w:w="70" w:type="dxa"/>
              <w:left w:w="70" w:type="dxa"/>
              <w:bottom w:w="70" w:type="dxa"/>
              <w:right w:w="70" w:type="dxa"/>
            </w:tcMar>
            <w:vAlign w:val="center"/>
          </w:tcPr>
          <w:p w14:paraId="39E4CFB6" w14:textId="77777777" w:rsidR="00D47296" w:rsidRDefault="008C31C1">
            <w:r>
              <w:rPr>
                <w:i/>
                <w:color w:val="777777"/>
                <w:sz w:val="24"/>
              </w:rPr>
              <w:t>&lt;Insert AHJ/ICC/EOC pathway&gt;</w:t>
            </w:r>
          </w:p>
        </w:tc>
      </w:tr>
      <w:tr w:rsidR="00D47296" w14:paraId="3725128D" w14:textId="77777777">
        <w:trPr>
          <w:jc w:val="center"/>
        </w:trPr>
        <w:tc>
          <w:tcPr>
            <w:tcW w:w="4464" w:type="dxa"/>
            <w:shd w:val="clear" w:color="auto" w:fill="E8F2EE"/>
            <w:tcMar>
              <w:top w:w="70" w:type="dxa"/>
              <w:left w:w="70" w:type="dxa"/>
              <w:bottom w:w="70" w:type="dxa"/>
              <w:right w:w="70" w:type="dxa"/>
            </w:tcMar>
            <w:vAlign w:val="center"/>
          </w:tcPr>
          <w:p w14:paraId="3E1506FB" w14:textId="77777777" w:rsidR="00D47296" w:rsidRDefault="008C31C1">
            <w:r>
              <w:rPr>
                <w:sz w:val="18"/>
              </w:rPr>
              <w:lastRenderedPageBreak/>
              <w:t>Media / spokesperson</w:t>
            </w:r>
          </w:p>
        </w:tc>
        <w:tc>
          <w:tcPr>
            <w:tcW w:w="6048" w:type="dxa"/>
            <w:shd w:val="clear" w:color="auto" w:fill="E8F2EE"/>
            <w:tcMar>
              <w:top w:w="70" w:type="dxa"/>
              <w:left w:w="70" w:type="dxa"/>
              <w:bottom w:w="70" w:type="dxa"/>
              <w:right w:w="70" w:type="dxa"/>
            </w:tcMar>
            <w:vAlign w:val="center"/>
          </w:tcPr>
          <w:p w14:paraId="47B99F67" w14:textId="77777777" w:rsidR="00D47296" w:rsidRDefault="008C31C1">
            <w:r>
              <w:rPr>
                <w:i/>
                <w:color w:val="777777"/>
                <w:sz w:val="24"/>
              </w:rPr>
              <w:t>&lt;Insert&gt;</w:t>
            </w:r>
          </w:p>
        </w:tc>
      </w:tr>
      <w:tr w:rsidR="00D47296" w14:paraId="22EA59EC" w14:textId="77777777">
        <w:trPr>
          <w:jc w:val="center"/>
        </w:trPr>
        <w:tc>
          <w:tcPr>
            <w:tcW w:w="4464" w:type="dxa"/>
            <w:tcMar>
              <w:top w:w="70" w:type="dxa"/>
              <w:left w:w="70" w:type="dxa"/>
              <w:bottom w:w="70" w:type="dxa"/>
              <w:right w:w="70" w:type="dxa"/>
            </w:tcMar>
            <w:vAlign w:val="center"/>
          </w:tcPr>
          <w:p w14:paraId="244586C9" w14:textId="77777777" w:rsidR="00D47296" w:rsidRDefault="008C31C1">
            <w:r>
              <w:rPr>
                <w:sz w:val="18"/>
              </w:rPr>
              <w:t>Rural/extended outage alternatives</w:t>
            </w:r>
          </w:p>
        </w:tc>
        <w:tc>
          <w:tcPr>
            <w:tcW w:w="6048" w:type="dxa"/>
            <w:tcMar>
              <w:top w:w="70" w:type="dxa"/>
              <w:left w:w="70" w:type="dxa"/>
              <w:bottom w:w="70" w:type="dxa"/>
              <w:right w:w="70" w:type="dxa"/>
            </w:tcMar>
            <w:vAlign w:val="center"/>
          </w:tcPr>
          <w:p w14:paraId="1A50A583" w14:textId="77777777" w:rsidR="00D47296" w:rsidRDefault="008C31C1">
            <w:r>
              <w:rPr>
                <w:i/>
                <w:color w:val="777777"/>
                <w:sz w:val="24"/>
              </w:rPr>
              <w:t>&lt;Insert&gt;</w:t>
            </w:r>
          </w:p>
        </w:tc>
      </w:tr>
      <w:tr w:rsidR="00D47296" w14:paraId="017FE7AB" w14:textId="77777777">
        <w:trPr>
          <w:jc w:val="center"/>
        </w:trPr>
        <w:tc>
          <w:tcPr>
            <w:tcW w:w="4464" w:type="dxa"/>
            <w:shd w:val="clear" w:color="auto" w:fill="E8F2EE"/>
            <w:tcMar>
              <w:top w:w="70" w:type="dxa"/>
              <w:left w:w="70" w:type="dxa"/>
              <w:bottom w:w="70" w:type="dxa"/>
              <w:right w:w="70" w:type="dxa"/>
            </w:tcMar>
            <w:vAlign w:val="center"/>
          </w:tcPr>
          <w:p w14:paraId="13888994" w14:textId="77777777" w:rsidR="00D47296" w:rsidRDefault="008C31C1">
            <w:r>
              <w:rPr>
                <w:sz w:val="18"/>
              </w:rPr>
              <w:t>Documentation / message log</w:t>
            </w:r>
          </w:p>
        </w:tc>
        <w:tc>
          <w:tcPr>
            <w:tcW w:w="6048" w:type="dxa"/>
            <w:shd w:val="clear" w:color="auto" w:fill="E8F2EE"/>
            <w:tcMar>
              <w:top w:w="70" w:type="dxa"/>
              <w:left w:w="70" w:type="dxa"/>
              <w:bottom w:w="70" w:type="dxa"/>
              <w:right w:w="70" w:type="dxa"/>
            </w:tcMar>
            <w:vAlign w:val="center"/>
          </w:tcPr>
          <w:p w14:paraId="7812BA3E" w14:textId="77777777" w:rsidR="00D47296" w:rsidRDefault="008C31C1">
            <w:r>
              <w:rPr>
                <w:i/>
                <w:color w:val="777777"/>
                <w:sz w:val="24"/>
              </w:rPr>
              <w:t>&lt;Insert&gt;</w:t>
            </w:r>
          </w:p>
        </w:tc>
      </w:tr>
    </w:tbl>
    <w:p w14:paraId="22E74A70" w14:textId="77777777" w:rsidR="00D47296" w:rsidRDefault="00D47296">
      <w:pPr>
        <w:spacing w:after="0"/>
      </w:pPr>
    </w:p>
    <w:p w14:paraId="1E1F70D3" w14:textId="77777777" w:rsidR="00D47296" w:rsidRDefault="008C31C1">
      <w:pPr>
        <w:pStyle w:val="Heading1"/>
      </w:pPr>
      <w:r>
        <w:t>ANNEX B - CONTINUITY OF OPERATIONS / SERVICE CONTINUITY</w:t>
      </w:r>
    </w:p>
    <w:tbl>
      <w:tblPr>
        <w:tblW w:w="0" w:type="auto"/>
        <w:jc w:val="center"/>
        <w:tblLayout w:type="fixed"/>
        <w:tblLook w:val="04A0" w:firstRow="1" w:lastRow="0" w:firstColumn="1" w:lastColumn="0" w:noHBand="0" w:noVBand="1"/>
      </w:tblPr>
      <w:tblGrid>
        <w:gridCol w:w="2160"/>
        <w:gridCol w:w="2016"/>
        <w:gridCol w:w="1872"/>
        <w:gridCol w:w="2160"/>
        <w:gridCol w:w="2304"/>
        <w:gridCol w:w="1584"/>
      </w:tblGrid>
      <w:tr w:rsidR="00D47296" w14:paraId="220A7B23" w14:textId="77777777">
        <w:trPr>
          <w:tblHeader/>
          <w:jc w:val="center"/>
        </w:trPr>
        <w:tc>
          <w:tcPr>
            <w:tcW w:w="2160" w:type="dxa"/>
            <w:shd w:val="clear" w:color="auto" w:fill="015A41"/>
            <w:tcMar>
              <w:top w:w="70" w:type="dxa"/>
              <w:left w:w="70" w:type="dxa"/>
              <w:bottom w:w="70" w:type="dxa"/>
              <w:right w:w="70" w:type="dxa"/>
            </w:tcMar>
            <w:vAlign w:val="center"/>
          </w:tcPr>
          <w:p w14:paraId="37380E3B" w14:textId="77777777" w:rsidR="00D47296" w:rsidRDefault="008C31C1">
            <w:r>
              <w:rPr>
                <w:b/>
                <w:color w:val="FFFFFF"/>
                <w:sz w:val="15"/>
              </w:rPr>
              <w:t>Essential Function</w:t>
            </w:r>
          </w:p>
        </w:tc>
        <w:tc>
          <w:tcPr>
            <w:tcW w:w="2016" w:type="dxa"/>
            <w:shd w:val="clear" w:color="auto" w:fill="015A41"/>
            <w:tcMar>
              <w:top w:w="70" w:type="dxa"/>
              <w:left w:w="70" w:type="dxa"/>
              <w:bottom w:w="70" w:type="dxa"/>
              <w:right w:w="70" w:type="dxa"/>
            </w:tcMar>
            <w:vAlign w:val="center"/>
          </w:tcPr>
          <w:p w14:paraId="7C86B8C5" w14:textId="77777777" w:rsidR="00D47296" w:rsidRDefault="008C31C1">
            <w:r>
              <w:rPr>
                <w:b/>
                <w:color w:val="FFFFFF"/>
                <w:sz w:val="15"/>
              </w:rPr>
              <w:t>Maximum Tolerable Downtime</w:t>
            </w:r>
          </w:p>
        </w:tc>
        <w:tc>
          <w:tcPr>
            <w:tcW w:w="1872" w:type="dxa"/>
            <w:shd w:val="clear" w:color="auto" w:fill="015A41"/>
            <w:tcMar>
              <w:top w:w="70" w:type="dxa"/>
              <w:left w:w="70" w:type="dxa"/>
              <w:bottom w:w="70" w:type="dxa"/>
              <w:right w:w="70" w:type="dxa"/>
            </w:tcMar>
            <w:vAlign w:val="center"/>
          </w:tcPr>
          <w:p w14:paraId="576B6316" w14:textId="77777777" w:rsidR="00D47296" w:rsidRDefault="008C31C1">
            <w:r>
              <w:rPr>
                <w:b/>
                <w:color w:val="FFFFFF"/>
                <w:sz w:val="15"/>
              </w:rPr>
              <w:t>Minimum Staffing</w:t>
            </w:r>
          </w:p>
        </w:tc>
        <w:tc>
          <w:tcPr>
            <w:tcW w:w="2160" w:type="dxa"/>
            <w:shd w:val="clear" w:color="auto" w:fill="015A41"/>
            <w:tcMar>
              <w:top w:w="70" w:type="dxa"/>
              <w:left w:w="70" w:type="dxa"/>
              <w:bottom w:w="70" w:type="dxa"/>
              <w:right w:w="70" w:type="dxa"/>
            </w:tcMar>
            <w:vAlign w:val="center"/>
          </w:tcPr>
          <w:p w14:paraId="4DC53735" w14:textId="77777777" w:rsidR="00D47296" w:rsidRDefault="008C31C1">
            <w:r>
              <w:rPr>
                <w:b/>
                <w:color w:val="FFFFFF"/>
                <w:sz w:val="15"/>
              </w:rPr>
              <w:t>Critical Dependencies</w:t>
            </w:r>
          </w:p>
        </w:tc>
        <w:tc>
          <w:tcPr>
            <w:tcW w:w="2304" w:type="dxa"/>
            <w:shd w:val="clear" w:color="auto" w:fill="015A41"/>
            <w:tcMar>
              <w:top w:w="70" w:type="dxa"/>
              <w:left w:w="70" w:type="dxa"/>
              <w:bottom w:w="70" w:type="dxa"/>
              <w:right w:w="70" w:type="dxa"/>
            </w:tcMar>
            <w:vAlign w:val="center"/>
          </w:tcPr>
          <w:p w14:paraId="21E3BB88" w14:textId="77777777" w:rsidR="00D47296" w:rsidRDefault="008C31C1">
            <w:r>
              <w:rPr>
                <w:b/>
                <w:color w:val="FFFFFF"/>
                <w:sz w:val="15"/>
              </w:rPr>
              <w:t>Alternate Method / Site</w:t>
            </w:r>
          </w:p>
        </w:tc>
        <w:tc>
          <w:tcPr>
            <w:tcW w:w="1584" w:type="dxa"/>
            <w:shd w:val="clear" w:color="auto" w:fill="015A41"/>
            <w:tcMar>
              <w:top w:w="70" w:type="dxa"/>
              <w:left w:w="70" w:type="dxa"/>
              <w:bottom w:w="70" w:type="dxa"/>
              <w:right w:w="70" w:type="dxa"/>
            </w:tcMar>
            <w:vAlign w:val="center"/>
          </w:tcPr>
          <w:p w14:paraId="389E0AA0" w14:textId="77777777" w:rsidR="00D47296" w:rsidRDefault="008C31C1">
            <w:r>
              <w:rPr>
                <w:b/>
                <w:color w:val="FFFFFF"/>
                <w:sz w:val="15"/>
              </w:rPr>
              <w:t>Recovery Priority</w:t>
            </w:r>
          </w:p>
        </w:tc>
      </w:tr>
      <w:tr w:rsidR="00D47296" w14:paraId="24ECAF83" w14:textId="77777777">
        <w:trPr>
          <w:jc w:val="center"/>
        </w:trPr>
        <w:tc>
          <w:tcPr>
            <w:tcW w:w="2160" w:type="dxa"/>
            <w:shd w:val="clear" w:color="auto" w:fill="E8F2EE"/>
            <w:tcMar>
              <w:top w:w="70" w:type="dxa"/>
              <w:left w:w="70" w:type="dxa"/>
              <w:bottom w:w="70" w:type="dxa"/>
              <w:right w:w="70" w:type="dxa"/>
            </w:tcMar>
            <w:vAlign w:val="center"/>
          </w:tcPr>
          <w:p w14:paraId="0722AD7C"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58661143"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5EB11F6A"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4C0F0ACF"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781E9737"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489C0806" w14:textId="77777777" w:rsidR="00D47296" w:rsidRDefault="008C31C1">
            <w:r>
              <w:rPr>
                <w:i/>
                <w:color w:val="777777"/>
                <w:sz w:val="24"/>
              </w:rPr>
              <w:t>&lt;Insert&gt;</w:t>
            </w:r>
          </w:p>
        </w:tc>
      </w:tr>
      <w:tr w:rsidR="00D47296" w14:paraId="79197704" w14:textId="77777777">
        <w:trPr>
          <w:jc w:val="center"/>
        </w:trPr>
        <w:tc>
          <w:tcPr>
            <w:tcW w:w="2160" w:type="dxa"/>
            <w:tcMar>
              <w:top w:w="70" w:type="dxa"/>
              <w:left w:w="70" w:type="dxa"/>
              <w:bottom w:w="70" w:type="dxa"/>
              <w:right w:w="70" w:type="dxa"/>
            </w:tcMar>
            <w:vAlign w:val="center"/>
          </w:tcPr>
          <w:p w14:paraId="27160C8F"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13EC86DE"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73FEBFF9"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F179EAF"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182F505B"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6A2A700C" w14:textId="77777777" w:rsidR="00D47296" w:rsidRDefault="008C31C1">
            <w:r>
              <w:rPr>
                <w:i/>
                <w:color w:val="777777"/>
                <w:sz w:val="24"/>
              </w:rPr>
              <w:t>&lt;Insert&gt;</w:t>
            </w:r>
          </w:p>
        </w:tc>
      </w:tr>
      <w:tr w:rsidR="00D47296" w14:paraId="4BEFD8FC" w14:textId="77777777">
        <w:trPr>
          <w:jc w:val="center"/>
        </w:trPr>
        <w:tc>
          <w:tcPr>
            <w:tcW w:w="2160" w:type="dxa"/>
            <w:shd w:val="clear" w:color="auto" w:fill="E8F2EE"/>
            <w:tcMar>
              <w:top w:w="70" w:type="dxa"/>
              <w:left w:w="70" w:type="dxa"/>
              <w:bottom w:w="70" w:type="dxa"/>
              <w:right w:w="70" w:type="dxa"/>
            </w:tcMar>
            <w:vAlign w:val="center"/>
          </w:tcPr>
          <w:p w14:paraId="60F7BB8E"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1AE30E08"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139DFB69"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2EC2AEF5"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7DBEAF3D"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1755A6E2" w14:textId="77777777" w:rsidR="00D47296" w:rsidRDefault="008C31C1">
            <w:r>
              <w:rPr>
                <w:i/>
                <w:color w:val="777777"/>
                <w:sz w:val="24"/>
              </w:rPr>
              <w:t>&lt;Insert&gt;</w:t>
            </w:r>
          </w:p>
        </w:tc>
      </w:tr>
      <w:tr w:rsidR="00D47296" w14:paraId="4B3E7F21" w14:textId="77777777">
        <w:trPr>
          <w:jc w:val="center"/>
        </w:trPr>
        <w:tc>
          <w:tcPr>
            <w:tcW w:w="2160" w:type="dxa"/>
            <w:tcMar>
              <w:top w:w="70" w:type="dxa"/>
              <w:left w:w="70" w:type="dxa"/>
              <w:bottom w:w="70" w:type="dxa"/>
              <w:right w:w="70" w:type="dxa"/>
            </w:tcMar>
            <w:vAlign w:val="center"/>
          </w:tcPr>
          <w:p w14:paraId="4B640DD1"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5872F5B3"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4D48A7A6"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77545A0D"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7A0FA140"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44AA1042" w14:textId="77777777" w:rsidR="00D47296" w:rsidRDefault="008C31C1">
            <w:r>
              <w:rPr>
                <w:i/>
                <w:color w:val="777777"/>
                <w:sz w:val="24"/>
              </w:rPr>
              <w:t>&lt;Insert&gt;</w:t>
            </w:r>
          </w:p>
        </w:tc>
      </w:tr>
      <w:tr w:rsidR="00D47296" w14:paraId="3D54E9B3" w14:textId="77777777">
        <w:trPr>
          <w:jc w:val="center"/>
        </w:trPr>
        <w:tc>
          <w:tcPr>
            <w:tcW w:w="2160" w:type="dxa"/>
            <w:shd w:val="clear" w:color="auto" w:fill="E8F2EE"/>
            <w:tcMar>
              <w:top w:w="70" w:type="dxa"/>
              <w:left w:w="70" w:type="dxa"/>
              <w:bottom w:w="70" w:type="dxa"/>
              <w:right w:w="70" w:type="dxa"/>
            </w:tcMar>
            <w:vAlign w:val="center"/>
          </w:tcPr>
          <w:p w14:paraId="379FF5F2"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0EAB2068"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5606E0F0"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60F04900"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7D2D81D4"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55DA9362" w14:textId="77777777" w:rsidR="00D47296" w:rsidRDefault="008C31C1">
            <w:r>
              <w:rPr>
                <w:i/>
                <w:color w:val="777777"/>
                <w:sz w:val="24"/>
              </w:rPr>
              <w:t>&lt;Insert&gt;</w:t>
            </w:r>
          </w:p>
        </w:tc>
      </w:tr>
      <w:tr w:rsidR="00D47296" w14:paraId="0CB8D1F8" w14:textId="77777777">
        <w:trPr>
          <w:jc w:val="center"/>
        </w:trPr>
        <w:tc>
          <w:tcPr>
            <w:tcW w:w="2160" w:type="dxa"/>
            <w:tcMar>
              <w:top w:w="70" w:type="dxa"/>
              <w:left w:w="70" w:type="dxa"/>
              <w:bottom w:w="70" w:type="dxa"/>
              <w:right w:w="70" w:type="dxa"/>
            </w:tcMar>
            <w:vAlign w:val="center"/>
          </w:tcPr>
          <w:p w14:paraId="7D963C5C"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07968871"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34FD03A2"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69813A9C"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1DB26DEE"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61301595" w14:textId="77777777" w:rsidR="00D47296" w:rsidRDefault="008C31C1">
            <w:r>
              <w:rPr>
                <w:i/>
                <w:color w:val="777777"/>
                <w:sz w:val="24"/>
              </w:rPr>
              <w:t>&lt;Insert&gt;</w:t>
            </w:r>
          </w:p>
        </w:tc>
      </w:tr>
      <w:tr w:rsidR="00D47296" w14:paraId="5B6ACBAD" w14:textId="77777777">
        <w:trPr>
          <w:jc w:val="center"/>
        </w:trPr>
        <w:tc>
          <w:tcPr>
            <w:tcW w:w="2160" w:type="dxa"/>
            <w:shd w:val="clear" w:color="auto" w:fill="E8F2EE"/>
            <w:tcMar>
              <w:top w:w="70" w:type="dxa"/>
              <w:left w:w="70" w:type="dxa"/>
              <w:bottom w:w="70" w:type="dxa"/>
              <w:right w:w="70" w:type="dxa"/>
            </w:tcMar>
            <w:vAlign w:val="center"/>
          </w:tcPr>
          <w:p w14:paraId="295BCC98"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41C4B138" w14:textId="77777777" w:rsidR="00D47296" w:rsidRDefault="008C31C1">
            <w:r>
              <w:rPr>
                <w:i/>
                <w:color w:val="777777"/>
                <w:sz w:val="24"/>
              </w:rPr>
              <w:t>&lt;Insert&gt;</w:t>
            </w:r>
          </w:p>
        </w:tc>
        <w:tc>
          <w:tcPr>
            <w:tcW w:w="1872" w:type="dxa"/>
            <w:shd w:val="clear" w:color="auto" w:fill="E8F2EE"/>
            <w:tcMar>
              <w:top w:w="70" w:type="dxa"/>
              <w:left w:w="70" w:type="dxa"/>
              <w:bottom w:w="70" w:type="dxa"/>
              <w:right w:w="70" w:type="dxa"/>
            </w:tcMar>
            <w:vAlign w:val="center"/>
          </w:tcPr>
          <w:p w14:paraId="31CF8E8E"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29CB5EE"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50FC24DB" w14:textId="77777777" w:rsidR="00D47296" w:rsidRDefault="008C31C1">
            <w:r>
              <w:rPr>
                <w:i/>
                <w:color w:val="777777"/>
                <w:sz w:val="24"/>
              </w:rPr>
              <w:t>&lt;Insert&gt;</w:t>
            </w:r>
          </w:p>
        </w:tc>
        <w:tc>
          <w:tcPr>
            <w:tcW w:w="1584" w:type="dxa"/>
            <w:shd w:val="clear" w:color="auto" w:fill="E8F2EE"/>
            <w:tcMar>
              <w:top w:w="70" w:type="dxa"/>
              <w:left w:w="70" w:type="dxa"/>
              <w:bottom w:w="70" w:type="dxa"/>
              <w:right w:w="70" w:type="dxa"/>
            </w:tcMar>
            <w:vAlign w:val="center"/>
          </w:tcPr>
          <w:p w14:paraId="741EC4A4" w14:textId="77777777" w:rsidR="00D47296" w:rsidRDefault="008C31C1">
            <w:r>
              <w:rPr>
                <w:i/>
                <w:color w:val="777777"/>
                <w:sz w:val="24"/>
              </w:rPr>
              <w:t>&lt;Insert&gt;</w:t>
            </w:r>
          </w:p>
        </w:tc>
      </w:tr>
      <w:tr w:rsidR="00D47296" w14:paraId="739D28F7" w14:textId="77777777">
        <w:trPr>
          <w:jc w:val="center"/>
        </w:trPr>
        <w:tc>
          <w:tcPr>
            <w:tcW w:w="2160" w:type="dxa"/>
            <w:tcMar>
              <w:top w:w="70" w:type="dxa"/>
              <w:left w:w="70" w:type="dxa"/>
              <w:bottom w:w="70" w:type="dxa"/>
              <w:right w:w="70" w:type="dxa"/>
            </w:tcMar>
            <w:vAlign w:val="center"/>
          </w:tcPr>
          <w:p w14:paraId="2B148EAE"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4EB27317" w14:textId="77777777" w:rsidR="00D47296" w:rsidRDefault="008C31C1">
            <w:r>
              <w:rPr>
                <w:i/>
                <w:color w:val="777777"/>
                <w:sz w:val="24"/>
              </w:rPr>
              <w:t>&lt;Insert&gt;</w:t>
            </w:r>
          </w:p>
        </w:tc>
        <w:tc>
          <w:tcPr>
            <w:tcW w:w="1872" w:type="dxa"/>
            <w:tcMar>
              <w:top w:w="70" w:type="dxa"/>
              <w:left w:w="70" w:type="dxa"/>
              <w:bottom w:w="70" w:type="dxa"/>
              <w:right w:w="70" w:type="dxa"/>
            </w:tcMar>
            <w:vAlign w:val="center"/>
          </w:tcPr>
          <w:p w14:paraId="2EF616F1"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31DAF05F"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374437AA" w14:textId="77777777" w:rsidR="00D47296" w:rsidRDefault="008C31C1">
            <w:r>
              <w:rPr>
                <w:i/>
                <w:color w:val="777777"/>
                <w:sz w:val="24"/>
              </w:rPr>
              <w:t>&lt;Insert&gt;</w:t>
            </w:r>
          </w:p>
        </w:tc>
        <w:tc>
          <w:tcPr>
            <w:tcW w:w="1584" w:type="dxa"/>
            <w:tcMar>
              <w:top w:w="70" w:type="dxa"/>
              <w:left w:w="70" w:type="dxa"/>
              <w:bottom w:w="70" w:type="dxa"/>
              <w:right w:w="70" w:type="dxa"/>
            </w:tcMar>
            <w:vAlign w:val="center"/>
          </w:tcPr>
          <w:p w14:paraId="4F1855B7" w14:textId="77777777" w:rsidR="00D47296" w:rsidRDefault="008C31C1">
            <w:r>
              <w:rPr>
                <w:i/>
                <w:color w:val="777777"/>
                <w:sz w:val="24"/>
              </w:rPr>
              <w:t>&lt;Insert&gt;</w:t>
            </w:r>
          </w:p>
        </w:tc>
      </w:tr>
    </w:tbl>
    <w:p w14:paraId="6F39839D" w14:textId="77777777" w:rsidR="00D47296" w:rsidRDefault="00D47296">
      <w:pPr>
        <w:spacing w:after="0"/>
      </w:pPr>
    </w:p>
    <w:p w14:paraId="0C7B0FDB" w14:textId="77777777" w:rsidR="00D47296" w:rsidRDefault="008C31C1">
      <w:pPr>
        <w:pStyle w:val="Heading2"/>
      </w:pPr>
      <w:r>
        <w:t>Continuity Decision Triggers</w:t>
      </w:r>
    </w:p>
    <w:p w14:paraId="681BF4BC" w14:textId="77777777" w:rsidR="00D47296" w:rsidRDefault="008C31C1">
      <w:pPr>
        <w:spacing w:after="20"/>
      </w:pPr>
      <w:r>
        <w:rPr>
          <w:color w:val="B4B4B4"/>
          <w:sz w:val="16"/>
        </w:rPr>
        <w:t>__________________________________________________________________________________________________</w:t>
      </w:r>
    </w:p>
    <w:p w14:paraId="1388C8A2" w14:textId="77777777" w:rsidR="00D47296" w:rsidRDefault="008C31C1">
      <w:pPr>
        <w:spacing w:after="20"/>
      </w:pPr>
      <w:r>
        <w:rPr>
          <w:color w:val="B4B4B4"/>
          <w:sz w:val="16"/>
        </w:rPr>
        <w:t>__________________________________________________________________________________________________</w:t>
      </w:r>
    </w:p>
    <w:p w14:paraId="0185BDC1" w14:textId="77777777" w:rsidR="00D47296" w:rsidRDefault="008C31C1">
      <w:pPr>
        <w:spacing w:after="20"/>
      </w:pPr>
      <w:r>
        <w:rPr>
          <w:color w:val="B4B4B4"/>
          <w:sz w:val="16"/>
        </w:rPr>
        <w:t>__________________________________________________________________________________________________</w:t>
      </w:r>
    </w:p>
    <w:p w14:paraId="02CD52DC" w14:textId="77777777" w:rsidR="00D47296" w:rsidRDefault="008C31C1">
      <w:pPr>
        <w:spacing w:after="20"/>
      </w:pPr>
      <w:r>
        <w:rPr>
          <w:color w:val="B4B4B4"/>
          <w:sz w:val="16"/>
        </w:rPr>
        <w:t>__________________________________________________________________________________________________</w:t>
      </w:r>
    </w:p>
    <w:p w14:paraId="19F068D0" w14:textId="77777777" w:rsidR="00D47296" w:rsidRDefault="008C31C1">
      <w:pPr>
        <w:pStyle w:val="Heading1"/>
      </w:pPr>
      <w:r>
        <w:lastRenderedPageBreak/>
        <w:t>ANNEX C - MEDICAL EMERGENCY DURING HOURS &amp; AFTER-HOURS COVERAGE - HRSA IF APPLICABLE</w:t>
      </w:r>
    </w:p>
    <w:tbl>
      <w:tblPr>
        <w:tblW w:w="0" w:type="auto"/>
        <w:jc w:val="center"/>
        <w:tblLayout w:type="fixed"/>
        <w:tblLook w:val="04A0" w:firstRow="1" w:lastRow="0" w:firstColumn="1" w:lastColumn="0" w:noHBand="0" w:noVBand="1"/>
      </w:tblPr>
      <w:tblGrid>
        <w:gridCol w:w="4608"/>
        <w:gridCol w:w="5904"/>
      </w:tblGrid>
      <w:tr w:rsidR="00D47296" w14:paraId="305A9A69" w14:textId="77777777">
        <w:trPr>
          <w:tblHeader/>
          <w:jc w:val="center"/>
        </w:trPr>
        <w:tc>
          <w:tcPr>
            <w:tcW w:w="4608" w:type="dxa"/>
            <w:shd w:val="clear" w:color="auto" w:fill="015A41"/>
            <w:tcMar>
              <w:top w:w="70" w:type="dxa"/>
              <w:left w:w="70" w:type="dxa"/>
              <w:bottom w:w="70" w:type="dxa"/>
              <w:right w:w="70" w:type="dxa"/>
            </w:tcMar>
            <w:vAlign w:val="center"/>
          </w:tcPr>
          <w:p w14:paraId="36F1BCF4" w14:textId="77777777" w:rsidR="00D47296" w:rsidRDefault="008C31C1">
            <w:r>
              <w:rPr>
                <w:b/>
                <w:color w:val="FFFFFF"/>
                <w:sz w:val="18"/>
              </w:rPr>
              <w:t>Element</w:t>
            </w:r>
          </w:p>
        </w:tc>
        <w:tc>
          <w:tcPr>
            <w:tcW w:w="5904" w:type="dxa"/>
            <w:shd w:val="clear" w:color="auto" w:fill="015A41"/>
            <w:tcMar>
              <w:top w:w="70" w:type="dxa"/>
              <w:left w:w="70" w:type="dxa"/>
              <w:bottom w:w="70" w:type="dxa"/>
              <w:right w:w="70" w:type="dxa"/>
            </w:tcMar>
            <w:vAlign w:val="center"/>
          </w:tcPr>
          <w:p w14:paraId="72EAAF79" w14:textId="77777777" w:rsidR="00D47296" w:rsidRDefault="008C31C1">
            <w:r>
              <w:rPr>
                <w:b/>
                <w:color w:val="FFFFFF"/>
                <w:sz w:val="18"/>
              </w:rPr>
              <w:t>Facility Entry / Controlled Policy</w:t>
            </w:r>
          </w:p>
        </w:tc>
      </w:tr>
      <w:tr w:rsidR="00D47296" w14:paraId="2566C8CC" w14:textId="77777777">
        <w:trPr>
          <w:jc w:val="center"/>
        </w:trPr>
        <w:tc>
          <w:tcPr>
            <w:tcW w:w="4608" w:type="dxa"/>
            <w:shd w:val="clear" w:color="auto" w:fill="E8F2EE"/>
            <w:tcMar>
              <w:top w:w="70" w:type="dxa"/>
              <w:left w:w="70" w:type="dxa"/>
              <w:bottom w:w="70" w:type="dxa"/>
              <w:right w:w="70" w:type="dxa"/>
            </w:tcMar>
            <w:vAlign w:val="center"/>
          </w:tcPr>
          <w:p w14:paraId="1EE285E3" w14:textId="77777777" w:rsidR="00D47296" w:rsidRDefault="008C31C1">
            <w:r>
              <w:rPr>
                <w:sz w:val="18"/>
              </w:rPr>
              <w:t>During-hours emergency response procedure</w:t>
            </w:r>
          </w:p>
        </w:tc>
        <w:tc>
          <w:tcPr>
            <w:tcW w:w="5904" w:type="dxa"/>
            <w:shd w:val="clear" w:color="auto" w:fill="E8F2EE"/>
            <w:tcMar>
              <w:top w:w="70" w:type="dxa"/>
              <w:left w:w="70" w:type="dxa"/>
              <w:bottom w:w="70" w:type="dxa"/>
              <w:right w:w="70" w:type="dxa"/>
            </w:tcMar>
            <w:vAlign w:val="center"/>
          </w:tcPr>
          <w:p w14:paraId="733723D6" w14:textId="77777777" w:rsidR="00D47296" w:rsidRDefault="008C31C1">
            <w:r>
              <w:rPr>
                <w:i/>
                <w:color w:val="777777"/>
                <w:sz w:val="24"/>
              </w:rPr>
              <w:t>&lt;Insert&gt;</w:t>
            </w:r>
          </w:p>
        </w:tc>
      </w:tr>
      <w:tr w:rsidR="00D47296" w14:paraId="3D5001D0" w14:textId="77777777">
        <w:trPr>
          <w:jc w:val="center"/>
        </w:trPr>
        <w:tc>
          <w:tcPr>
            <w:tcW w:w="4608" w:type="dxa"/>
            <w:tcMar>
              <w:top w:w="70" w:type="dxa"/>
              <w:left w:w="70" w:type="dxa"/>
              <w:bottom w:w="70" w:type="dxa"/>
              <w:right w:w="70" w:type="dxa"/>
            </w:tcMar>
            <w:vAlign w:val="center"/>
          </w:tcPr>
          <w:p w14:paraId="7331FDEB" w14:textId="77777777" w:rsidR="00D47296" w:rsidRDefault="008C31C1">
            <w:r>
              <w:rPr>
                <w:sz w:val="18"/>
              </w:rPr>
              <w:t>Call 911 / EMS activation criteria</w:t>
            </w:r>
          </w:p>
        </w:tc>
        <w:tc>
          <w:tcPr>
            <w:tcW w:w="5904" w:type="dxa"/>
            <w:tcMar>
              <w:top w:w="70" w:type="dxa"/>
              <w:left w:w="70" w:type="dxa"/>
              <w:bottom w:w="70" w:type="dxa"/>
              <w:right w:w="70" w:type="dxa"/>
            </w:tcMar>
            <w:vAlign w:val="center"/>
          </w:tcPr>
          <w:p w14:paraId="5FE708F8" w14:textId="77777777" w:rsidR="00D47296" w:rsidRDefault="008C31C1">
            <w:r>
              <w:rPr>
                <w:i/>
                <w:color w:val="777777"/>
                <w:sz w:val="24"/>
              </w:rPr>
              <w:t>&lt;Insert&gt;</w:t>
            </w:r>
          </w:p>
        </w:tc>
      </w:tr>
      <w:tr w:rsidR="00D47296" w14:paraId="66180A79" w14:textId="77777777">
        <w:trPr>
          <w:jc w:val="center"/>
        </w:trPr>
        <w:tc>
          <w:tcPr>
            <w:tcW w:w="4608" w:type="dxa"/>
            <w:shd w:val="clear" w:color="auto" w:fill="E8F2EE"/>
            <w:tcMar>
              <w:top w:w="70" w:type="dxa"/>
              <w:left w:w="70" w:type="dxa"/>
              <w:bottom w:w="70" w:type="dxa"/>
              <w:right w:w="70" w:type="dxa"/>
            </w:tcMar>
            <w:vAlign w:val="center"/>
          </w:tcPr>
          <w:p w14:paraId="41625BBC" w14:textId="77777777" w:rsidR="00D47296" w:rsidRDefault="008C31C1">
            <w:r>
              <w:rPr>
                <w:sz w:val="18"/>
              </w:rPr>
              <w:t>BLS-qualified staff coverage</w:t>
            </w:r>
          </w:p>
        </w:tc>
        <w:tc>
          <w:tcPr>
            <w:tcW w:w="5904" w:type="dxa"/>
            <w:shd w:val="clear" w:color="auto" w:fill="E8F2EE"/>
            <w:tcMar>
              <w:top w:w="70" w:type="dxa"/>
              <w:left w:w="70" w:type="dxa"/>
              <w:bottom w:w="70" w:type="dxa"/>
              <w:right w:w="70" w:type="dxa"/>
            </w:tcMar>
            <w:vAlign w:val="center"/>
          </w:tcPr>
          <w:p w14:paraId="75660699" w14:textId="77777777" w:rsidR="00D47296" w:rsidRDefault="008C31C1">
            <w:r>
              <w:rPr>
                <w:i/>
                <w:color w:val="777777"/>
                <w:sz w:val="24"/>
              </w:rPr>
              <w:t>&lt;Insert&gt;</w:t>
            </w:r>
          </w:p>
        </w:tc>
      </w:tr>
      <w:tr w:rsidR="00D47296" w14:paraId="03296FB1" w14:textId="77777777">
        <w:trPr>
          <w:jc w:val="center"/>
        </w:trPr>
        <w:tc>
          <w:tcPr>
            <w:tcW w:w="4608" w:type="dxa"/>
            <w:tcMar>
              <w:top w:w="70" w:type="dxa"/>
              <w:left w:w="70" w:type="dxa"/>
              <w:bottom w:w="70" w:type="dxa"/>
              <w:right w:w="70" w:type="dxa"/>
            </w:tcMar>
            <w:vAlign w:val="center"/>
          </w:tcPr>
          <w:p w14:paraId="4356BD91" w14:textId="77777777" w:rsidR="00D47296" w:rsidRDefault="008C31C1">
            <w:r>
              <w:rPr>
                <w:sz w:val="18"/>
              </w:rPr>
              <w:t>Emergency equipment / AED / medications</w:t>
            </w:r>
          </w:p>
        </w:tc>
        <w:tc>
          <w:tcPr>
            <w:tcW w:w="5904" w:type="dxa"/>
            <w:tcMar>
              <w:top w:w="70" w:type="dxa"/>
              <w:left w:w="70" w:type="dxa"/>
              <w:bottom w:w="70" w:type="dxa"/>
              <w:right w:w="70" w:type="dxa"/>
            </w:tcMar>
            <w:vAlign w:val="center"/>
          </w:tcPr>
          <w:p w14:paraId="71B335F2" w14:textId="77777777" w:rsidR="00D47296" w:rsidRDefault="008C31C1">
            <w:r>
              <w:rPr>
                <w:i/>
                <w:color w:val="777777"/>
                <w:sz w:val="24"/>
              </w:rPr>
              <w:t>&lt;Insert&gt;</w:t>
            </w:r>
          </w:p>
        </w:tc>
      </w:tr>
      <w:tr w:rsidR="00D47296" w14:paraId="34BB2C17" w14:textId="77777777">
        <w:trPr>
          <w:jc w:val="center"/>
        </w:trPr>
        <w:tc>
          <w:tcPr>
            <w:tcW w:w="4608" w:type="dxa"/>
            <w:shd w:val="clear" w:color="auto" w:fill="E8F2EE"/>
            <w:tcMar>
              <w:top w:w="70" w:type="dxa"/>
              <w:left w:w="70" w:type="dxa"/>
              <w:bottom w:w="70" w:type="dxa"/>
              <w:right w:w="70" w:type="dxa"/>
            </w:tcMar>
            <w:vAlign w:val="center"/>
          </w:tcPr>
          <w:p w14:paraId="67AE86A1" w14:textId="77777777" w:rsidR="00D47296" w:rsidRDefault="008C31C1">
            <w:r>
              <w:rPr>
                <w:sz w:val="18"/>
              </w:rPr>
              <w:t>After-hours phone / coverage process</w:t>
            </w:r>
          </w:p>
        </w:tc>
        <w:tc>
          <w:tcPr>
            <w:tcW w:w="5904" w:type="dxa"/>
            <w:shd w:val="clear" w:color="auto" w:fill="E8F2EE"/>
            <w:tcMar>
              <w:top w:w="70" w:type="dxa"/>
              <w:left w:w="70" w:type="dxa"/>
              <w:bottom w:w="70" w:type="dxa"/>
              <w:right w:w="70" w:type="dxa"/>
            </w:tcMar>
            <w:vAlign w:val="center"/>
          </w:tcPr>
          <w:p w14:paraId="2D6FCA93" w14:textId="77777777" w:rsidR="00D47296" w:rsidRDefault="008C31C1">
            <w:r>
              <w:rPr>
                <w:i/>
                <w:color w:val="777777"/>
                <w:sz w:val="24"/>
              </w:rPr>
              <w:t>&lt;Insert&gt;</w:t>
            </w:r>
          </w:p>
        </w:tc>
      </w:tr>
      <w:tr w:rsidR="00D47296" w14:paraId="035B2D29" w14:textId="77777777">
        <w:trPr>
          <w:jc w:val="center"/>
        </w:trPr>
        <w:tc>
          <w:tcPr>
            <w:tcW w:w="4608" w:type="dxa"/>
            <w:tcMar>
              <w:top w:w="70" w:type="dxa"/>
              <w:left w:w="70" w:type="dxa"/>
              <w:bottom w:w="70" w:type="dxa"/>
              <w:right w:w="70" w:type="dxa"/>
            </w:tcMar>
            <w:vAlign w:val="center"/>
          </w:tcPr>
          <w:p w14:paraId="0B973B29" w14:textId="77777777" w:rsidR="00D47296" w:rsidRDefault="008C31C1">
            <w:r>
              <w:rPr>
                <w:sz w:val="18"/>
              </w:rPr>
              <w:t>Qualified clinician coverage / triage</w:t>
            </w:r>
          </w:p>
        </w:tc>
        <w:tc>
          <w:tcPr>
            <w:tcW w:w="5904" w:type="dxa"/>
            <w:tcMar>
              <w:top w:w="70" w:type="dxa"/>
              <w:left w:w="70" w:type="dxa"/>
              <w:bottom w:w="70" w:type="dxa"/>
              <w:right w:w="70" w:type="dxa"/>
            </w:tcMar>
            <w:vAlign w:val="center"/>
          </w:tcPr>
          <w:p w14:paraId="43C54E57" w14:textId="77777777" w:rsidR="00D47296" w:rsidRDefault="008C31C1">
            <w:r>
              <w:rPr>
                <w:i/>
                <w:color w:val="777777"/>
                <w:sz w:val="24"/>
              </w:rPr>
              <w:t>&lt;Insert&gt;</w:t>
            </w:r>
          </w:p>
        </w:tc>
      </w:tr>
      <w:tr w:rsidR="00D47296" w14:paraId="3FE90993" w14:textId="77777777">
        <w:trPr>
          <w:jc w:val="center"/>
        </w:trPr>
        <w:tc>
          <w:tcPr>
            <w:tcW w:w="4608" w:type="dxa"/>
            <w:shd w:val="clear" w:color="auto" w:fill="E8F2EE"/>
            <w:tcMar>
              <w:top w:w="70" w:type="dxa"/>
              <w:left w:w="70" w:type="dxa"/>
              <w:bottom w:w="70" w:type="dxa"/>
              <w:right w:w="70" w:type="dxa"/>
            </w:tcMar>
            <w:vAlign w:val="center"/>
          </w:tcPr>
          <w:p w14:paraId="5BE0314B" w14:textId="77777777" w:rsidR="00D47296" w:rsidRDefault="008C31C1">
            <w:r>
              <w:rPr>
                <w:sz w:val="18"/>
              </w:rPr>
              <w:t>Referral / escalation to ED / urgent care / LIP</w:t>
            </w:r>
          </w:p>
        </w:tc>
        <w:tc>
          <w:tcPr>
            <w:tcW w:w="5904" w:type="dxa"/>
            <w:shd w:val="clear" w:color="auto" w:fill="E8F2EE"/>
            <w:tcMar>
              <w:top w:w="70" w:type="dxa"/>
              <w:left w:w="70" w:type="dxa"/>
              <w:bottom w:w="70" w:type="dxa"/>
              <w:right w:w="70" w:type="dxa"/>
            </w:tcMar>
            <w:vAlign w:val="center"/>
          </w:tcPr>
          <w:p w14:paraId="42CFFB50" w14:textId="77777777" w:rsidR="00D47296" w:rsidRDefault="008C31C1">
            <w:r>
              <w:rPr>
                <w:i/>
                <w:color w:val="777777"/>
                <w:sz w:val="24"/>
              </w:rPr>
              <w:t>&lt;Insert&gt;</w:t>
            </w:r>
          </w:p>
        </w:tc>
      </w:tr>
      <w:tr w:rsidR="00D47296" w14:paraId="75572B0B" w14:textId="77777777">
        <w:trPr>
          <w:jc w:val="center"/>
        </w:trPr>
        <w:tc>
          <w:tcPr>
            <w:tcW w:w="4608" w:type="dxa"/>
            <w:tcMar>
              <w:top w:w="70" w:type="dxa"/>
              <w:left w:w="70" w:type="dxa"/>
              <w:bottom w:w="70" w:type="dxa"/>
              <w:right w:w="70" w:type="dxa"/>
            </w:tcMar>
            <w:vAlign w:val="center"/>
          </w:tcPr>
          <w:p w14:paraId="6A211A40" w14:textId="77777777" w:rsidR="00D47296" w:rsidRDefault="008C31C1">
            <w:r>
              <w:rPr>
                <w:sz w:val="18"/>
              </w:rPr>
              <w:t>LEP / accessibility of instructions</w:t>
            </w:r>
          </w:p>
        </w:tc>
        <w:tc>
          <w:tcPr>
            <w:tcW w:w="5904" w:type="dxa"/>
            <w:tcMar>
              <w:top w:w="70" w:type="dxa"/>
              <w:left w:w="70" w:type="dxa"/>
              <w:bottom w:w="70" w:type="dxa"/>
              <w:right w:w="70" w:type="dxa"/>
            </w:tcMar>
            <w:vAlign w:val="center"/>
          </w:tcPr>
          <w:p w14:paraId="12F8FEE4" w14:textId="77777777" w:rsidR="00D47296" w:rsidRDefault="008C31C1">
            <w:r>
              <w:rPr>
                <w:i/>
                <w:color w:val="777777"/>
                <w:sz w:val="24"/>
              </w:rPr>
              <w:t>&lt;Insert&gt;</w:t>
            </w:r>
          </w:p>
        </w:tc>
      </w:tr>
      <w:tr w:rsidR="00D47296" w14:paraId="725C135F" w14:textId="77777777">
        <w:trPr>
          <w:jc w:val="center"/>
        </w:trPr>
        <w:tc>
          <w:tcPr>
            <w:tcW w:w="4608" w:type="dxa"/>
            <w:shd w:val="clear" w:color="auto" w:fill="E8F2EE"/>
            <w:tcMar>
              <w:top w:w="70" w:type="dxa"/>
              <w:left w:w="70" w:type="dxa"/>
              <w:bottom w:w="70" w:type="dxa"/>
              <w:right w:w="70" w:type="dxa"/>
            </w:tcMar>
            <w:vAlign w:val="center"/>
          </w:tcPr>
          <w:p w14:paraId="2C1B4A5F" w14:textId="77777777" w:rsidR="00D47296" w:rsidRDefault="008C31C1">
            <w:r>
              <w:rPr>
                <w:sz w:val="18"/>
              </w:rPr>
              <w:t>After-hours call documentation / follow-up</w:t>
            </w:r>
          </w:p>
        </w:tc>
        <w:tc>
          <w:tcPr>
            <w:tcW w:w="5904" w:type="dxa"/>
            <w:shd w:val="clear" w:color="auto" w:fill="E8F2EE"/>
            <w:tcMar>
              <w:top w:w="70" w:type="dxa"/>
              <w:left w:w="70" w:type="dxa"/>
              <w:bottom w:w="70" w:type="dxa"/>
              <w:right w:w="70" w:type="dxa"/>
            </w:tcMar>
            <w:vAlign w:val="center"/>
          </w:tcPr>
          <w:p w14:paraId="2E00DE47" w14:textId="77777777" w:rsidR="00D47296" w:rsidRDefault="008C31C1">
            <w:r>
              <w:rPr>
                <w:i/>
                <w:color w:val="777777"/>
                <w:sz w:val="24"/>
              </w:rPr>
              <w:t>&lt;Insert&gt;</w:t>
            </w:r>
          </w:p>
        </w:tc>
      </w:tr>
    </w:tbl>
    <w:p w14:paraId="51600B96" w14:textId="77777777" w:rsidR="00D47296" w:rsidRDefault="00D47296">
      <w:pPr>
        <w:spacing w:after="0"/>
      </w:pPr>
    </w:p>
    <w:p w14:paraId="6CA95EDE" w14:textId="77777777" w:rsidR="00D47296" w:rsidRDefault="008C31C1">
      <w:pPr>
        <w:pStyle w:val="Heading1"/>
      </w:pPr>
      <w:r>
        <w:t>ANNEX D - INFECTION PREVENTION / OUTBREAK / PUBLIC HEALTH COORDINATION</w:t>
      </w:r>
    </w:p>
    <w:tbl>
      <w:tblPr>
        <w:tblW w:w="0" w:type="auto"/>
        <w:jc w:val="center"/>
        <w:tblLayout w:type="fixed"/>
        <w:tblLook w:val="04A0" w:firstRow="1" w:lastRow="0" w:firstColumn="1" w:lastColumn="0" w:noHBand="0" w:noVBand="1"/>
      </w:tblPr>
      <w:tblGrid>
        <w:gridCol w:w="4320"/>
        <w:gridCol w:w="6192"/>
      </w:tblGrid>
      <w:tr w:rsidR="00D47296" w14:paraId="658D837C" w14:textId="77777777">
        <w:trPr>
          <w:tblHeader/>
          <w:jc w:val="center"/>
        </w:trPr>
        <w:tc>
          <w:tcPr>
            <w:tcW w:w="4320" w:type="dxa"/>
            <w:shd w:val="clear" w:color="auto" w:fill="015A41"/>
            <w:tcMar>
              <w:top w:w="70" w:type="dxa"/>
              <w:left w:w="70" w:type="dxa"/>
              <w:bottom w:w="70" w:type="dxa"/>
              <w:right w:w="70" w:type="dxa"/>
            </w:tcMar>
            <w:vAlign w:val="center"/>
          </w:tcPr>
          <w:p w14:paraId="38A961A3" w14:textId="77777777" w:rsidR="00D47296" w:rsidRDefault="008C31C1">
            <w:r>
              <w:rPr>
                <w:b/>
                <w:color w:val="FFFFFF"/>
                <w:sz w:val="18"/>
              </w:rPr>
              <w:t>Planning Element</w:t>
            </w:r>
          </w:p>
        </w:tc>
        <w:tc>
          <w:tcPr>
            <w:tcW w:w="6192" w:type="dxa"/>
            <w:shd w:val="clear" w:color="auto" w:fill="015A41"/>
            <w:tcMar>
              <w:top w:w="70" w:type="dxa"/>
              <w:left w:w="70" w:type="dxa"/>
              <w:bottom w:w="70" w:type="dxa"/>
              <w:right w:w="70" w:type="dxa"/>
            </w:tcMar>
            <w:vAlign w:val="center"/>
          </w:tcPr>
          <w:p w14:paraId="55136EC6" w14:textId="77777777" w:rsidR="00D47296" w:rsidRDefault="008C31C1">
            <w:r>
              <w:rPr>
                <w:b/>
                <w:color w:val="FFFFFF"/>
                <w:sz w:val="18"/>
              </w:rPr>
              <w:t>Facility Process / Controlled Location</w:t>
            </w:r>
          </w:p>
        </w:tc>
      </w:tr>
      <w:tr w:rsidR="00D47296" w14:paraId="6DB5D355" w14:textId="77777777">
        <w:trPr>
          <w:jc w:val="center"/>
        </w:trPr>
        <w:tc>
          <w:tcPr>
            <w:tcW w:w="4320" w:type="dxa"/>
            <w:shd w:val="clear" w:color="auto" w:fill="E8F2EE"/>
            <w:tcMar>
              <w:top w:w="70" w:type="dxa"/>
              <w:left w:w="70" w:type="dxa"/>
              <w:bottom w:w="70" w:type="dxa"/>
              <w:right w:w="70" w:type="dxa"/>
            </w:tcMar>
            <w:vAlign w:val="center"/>
          </w:tcPr>
          <w:p w14:paraId="00FA18EC" w14:textId="77777777" w:rsidR="00D47296" w:rsidRDefault="008C31C1">
            <w:r>
              <w:rPr>
                <w:sz w:val="18"/>
              </w:rPr>
              <w:t>Detection / screening triggers</w:t>
            </w:r>
          </w:p>
        </w:tc>
        <w:tc>
          <w:tcPr>
            <w:tcW w:w="6192" w:type="dxa"/>
            <w:shd w:val="clear" w:color="auto" w:fill="E8F2EE"/>
            <w:tcMar>
              <w:top w:w="70" w:type="dxa"/>
              <w:left w:w="70" w:type="dxa"/>
              <w:bottom w:w="70" w:type="dxa"/>
              <w:right w:w="70" w:type="dxa"/>
            </w:tcMar>
            <w:vAlign w:val="center"/>
          </w:tcPr>
          <w:p w14:paraId="159AC64A" w14:textId="77777777" w:rsidR="00D47296" w:rsidRDefault="008C31C1">
            <w:r>
              <w:rPr>
                <w:i/>
                <w:color w:val="777777"/>
                <w:sz w:val="24"/>
              </w:rPr>
              <w:t>&lt;Insert&gt;</w:t>
            </w:r>
          </w:p>
        </w:tc>
      </w:tr>
      <w:tr w:rsidR="00D47296" w14:paraId="79206C9E" w14:textId="77777777">
        <w:trPr>
          <w:jc w:val="center"/>
        </w:trPr>
        <w:tc>
          <w:tcPr>
            <w:tcW w:w="4320" w:type="dxa"/>
            <w:tcMar>
              <w:top w:w="70" w:type="dxa"/>
              <w:left w:w="70" w:type="dxa"/>
              <w:bottom w:w="70" w:type="dxa"/>
              <w:right w:w="70" w:type="dxa"/>
            </w:tcMar>
            <w:vAlign w:val="center"/>
          </w:tcPr>
          <w:p w14:paraId="73795009" w14:textId="77777777" w:rsidR="00D47296" w:rsidRDefault="008C31C1">
            <w:r>
              <w:rPr>
                <w:sz w:val="18"/>
              </w:rPr>
              <w:t>Source control / isolation / patient flow</w:t>
            </w:r>
          </w:p>
        </w:tc>
        <w:tc>
          <w:tcPr>
            <w:tcW w:w="6192" w:type="dxa"/>
            <w:tcMar>
              <w:top w:w="70" w:type="dxa"/>
              <w:left w:w="70" w:type="dxa"/>
              <w:bottom w:w="70" w:type="dxa"/>
              <w:right w:w="70" w:type="dxa"/>
            </w:tcMar>
            <w:vAlign w:val="center"/>
          </w:tcPr>
          <w:p w14:paraId="10005DF0" w14:textId="77777777" w:rsidR="00D47296" w:rsidRDefault="008C31C1">
            <w:r>
              <w:rPr>
                <w:i/>
                <w:color w:val="777777"/>
                <w:sz w:val="24"/>
              </w:rPr>
              <w:t>&lt;Insert&gt;</w:t>
            </w:r>
          </w:p>
        </w:tc>
      </w:tr>
      <w:tr w:rsidR="00D47296" w14:paraId="2544DAF0" w14:textId="77777777">
        <w:trPr>
          <w:jc w:val="center"/>
        </w:trPr>
        <w:tc>
          <w:tcPr>
            <w:tcW w:w="4320" w:type="dxa"/>
            <w:shd w:val="clear" w:color="auto" w:fill="E8F2EE"/>
            <w:tcMar>
              <w:top w:w="70" w:type="dxa"/>
              <w:left w:w="70" w:type="dxa"/>
              <w:bottom w:w="70" w:type="dxa"/>
              <w:right w:w="70" w:type="dxa"/>
            </w:tcMar>
            <w:vAlign w:val="center"/>
          </w:tcPr>
          <w:p w14:paraId="6BF3DE95" w14:textId="77777777" w:rsidR="00D47296" w:rsidRDefault="008C31C1">
            <w:r>
              <w:rPr>
                <w:sz w:val="18"/>
              </w:rPr>
              <w:t>PPE / respiratory protection</w:t>
            </w:r>
          </w:p>
        </w:tc>
        <w:tc>
          <w:tcPr>
            <w:tcW w:w="6192" w:type="dxa"/>
            <w:shd w:val="clear" w:color="auto" w:fill="E8F2EE"/>
            <w:tcMar>
              <w:top w:w="70" w:type="dxa"/>
              <w:left w:w="70" w:type="dxa"/>
              <w:bottom w:w="70" w:type="dxa"/>
              <w:right w:w="70" w:type="dxa"/>
            </w:tcMar>
            <w:vAlign w:val="center"/>
          </w:tcPr>
          <w:p w14:paraId="05AEFDA2" w14:textId="77777777" w:rsidR="00D47296" w:rsidRDefault="008C31C1">
            <w:r>
              <w:rPr>
                <w:i/>
                <w:color w:val="777777"/>
                <w:sz w:val="24"/>
              </w:rPr>
              <w:t>&lt;Insert&gt;</w:t>
            </w:r>
          </w:p>
        </w:tc>
      </w:tr>
      <w:tr w:rsidR="00D47296" w14:paraId="3EF83588" w14:textId="77777777">
        <w:trPr>
          <w:jc w:val="center"/>
        </w:trPr>
        <w:tc>
          <w:tcPr>
            <w:tcW w:w="4320" w:type="dxa"/>
            <w:tcMar>
              <w:top w:w="70" w:type="dxa"/>
              <w:left w:w="70" w:type="dxa"/>
              <w:bottom w:w="70" w:type="dxa"/>
              <w:right w:w="70" w:type="dxa"/>
            </w:tcMar>
            <w:vAlign w:val="center"/>
          </w:tcPr>
          <w:p w14:paraId="5D8FEDAC" w14:textId="77777777" w:rsidR="00D47296" w:rsidRDefault="008C31C1">
            <w:r>
              <w:rPr>
                <w:sz w:val="18"/>
              </w:rPr>
              <w:t>Staff illness / exclusion / return-to-work</w:t>
            </w:r>
          </w:p>
        </w:tc>
        <w:tc>
          <w:tcPr>
            <w:tcW w:w="6192" w:type="dxa"/>
            <w:tcMar>
              <w:top w:w="70" w:type="dxa"/>
              <w:left w:w="70" w:type="dxa"/>
              <w:bottom w:w="70" w:type="dxa"/>
              <w:right w:w="70" w:type="dxa"/>
            </w:tcMar>
            <w:vAlign w:val="center"/>
          </w:tcPr>
          <w:p w14:paraId="759DBA12" w14:textId="77777777" w:rsidR="00D47296" w:rsidRDefault="008C31C1">
            <w:r>
              <w:rPr>
                <w:i/>
                <w:color w:val="777777"/>
                <w:sz w:val="24"/>
              </w:rPr>
              <w:t>&lt;Insert&gt;</w:t>
            </w:r>
          </w:p>
        </w:tc>
      </w:tr>
      <w:tr w:rsidR="00D47296" w14:paraId="79D16A25" w14:textId="77777777">
        <w:trPr>
          <w:jc w:val="center"/>
        </w:trPr>
        <w:tc>
          <w:tcPr>
            <w:tcW w:w="4320" w:type="dxa"/>
            <w:shd w:val="clear" w:color="auto" w:fill="E8F2EE"/>
            <w:tcMar>
              <w:top w:w="70" w:type="dxa"/>
              <w:left w:w="70" w:type="dxa"/>
              <w:bottom w:w="70" w:type="dxa"/>
              <w:right w:w="70" w:type="dxa"/>
            </w:tcMar>
            <w:vAlign w:val="center"/>
          </w:tcPr>
          <w:p w14:paraId="532A78F3" w14:textId="77777777" w:rsidR="00D47296" w:rsidRDefault="008C31C1">
            <w:r>
              <w:rPr>
                <w:sz w:val="18"/>
              </w:rPr>
              <w:t>Testing / specimen / lab coordination</w:t>
            </w:r>
          </w:p>
        </w:tc>
        <w:tc>
          <w:tcPr>
            <w:tcW w:w="6192" w:type="dxa"/>
            <w:shd w:val="clear" w:color="auto" w:fill="E8F2EE"/>
            <w:tcMar>
              <w:top w:w="70" w:type="dxa"/>
              <w:left w:w="70" w:type="dxa"/>
              <w:bottom w:w="70" w:type="dxa"/>
              <w:right w:w="70" w:type="dxa"/>
            </w:tcMar>
            <w:vAlign w:val="center"/>
          </w:tcPr>
          <w:p w14:paraId="1F6ED440" w14:textId="77777777" w:rsidR="00D47296" w:rsidRDefault="008C31C1">
            <w:r>
              <w:rPr>
                <w:i/>
                <w:color w:val="777777"/>
                <w:sz w:val="24"/>
              </w:rPr>
              <w:t>&lt;Insert&gt;</w:t>
            </w:r>
          </w:p>
        </w:tc>
      </w:tr>
      <w:tr w:rsidR="00D47296" w14:paraId="0F2DBF86" w14:textId="77777777">
        <w:trPr>
          <w:jc w:val="center"/>
        </w:trPr>
        <w:tc>
          <w:tcPr>
            <w:tcW w:w="4320" w:type="dxa"/>
            <w:tcMar>
              <w:top w:w="70" w:type="dxa"/>
              <w:left w:w="70" w:type="dxa"/>
              <w:bottom w:w="70" w:type="dxa"/>
              <w:right w:w="70" w:type="dxa"/>
            </w:tcMar>
            <w:vAlign w:val="center"/>
          </w:tcPr>
          <w:p w14:paraId="71E217E8" w14:textId="77777777" w:rsidR="00D47296" w:rsidRDefault="008C31C1">
            <w:r>
              <w:rPr>
                <w:sz w:val="18"/>
              </w:rPr>
              <w:t>Maine CDC reporting / consultation</w:t>
            </w:r>
          </w:p>
        </w:tc>
        <w:tc>
          <w:tcPr>
            <w:tcW w:w="6192" w:type="dxa"/>
            <w:tcMar>
              <w:top w:w="70" w:type="dxa"/>
              <w:left w:w="70" w:type="dxa"/>
              <w:bottom w:w="70" w:type="dxa"/>
              <w:right w:w="70" w:type="dxa"/>
            </w:tcMar>
            <w:vAlign w:val="center"/>
          </w:tcPr>
          <w:p w14:paraId="09BC12E6" w14:textId="77777777" w:rsidR="00D47296" w:rsidRDefault="008C31C1">
            <w:r>
              <w:rPr>
                <w:i/>
                <w:color w:val="777777"/>
                <w:sz w:val="24"/>
              </w:rPr>
              <w:t>&lt;Insert&gt;</w:t>
            </w:r>
          </w:p>
        </w:tc>
      </w:tr>
      <w:tr w:rsidR="00D47296" w14:paraId="3AD3E125" w14:textId="77777777">
        <w:trPr>
          <w:jc w:val="center"/>
        </w:trPr>
        <w:tc>
          <w:tcPr>
            <w:tcW w:w="4320" w:type="dxa"/>
            <w:shd w:val="clear" w:color="auto" w:fill="E8F2EE"/>
            <w:tcMar>
              <w:top w:w="70" w:type="dxa"/>
              <w:left w:w="70" w:type="dxa"/>
              <w:bottom w:w="70" w:type="dxa"/>
              <w:right w:w="70" w:type="dxa"/>
            </w:tcMar>
            <w:vAlign w:val="center"/>
          </w:tcPr>
          <w:p w14:paraId="69193378" w14:textId="77777777" w:rsidR="00D47296" w:rsidRDefault="008C31C1">
            <w:r>
              <w:rPr>
                <w:sz w:val="18"/>
              </w:rPr>
              <w:lastRenderedPageBreak/>
              <w:t>Vaccine / medication / supply continuity</w:t>
            </w:r>
          </w:p>
        </w:tc>
        <w:tc>
          <w:tcPr>
            <w:tcW w:w="6192" w:type="dxa"/>
            <w:shd w:val="clear" w:color="auto" w:fill="E8F2EE"/>
            <w:tcMar>
              <w:top w:w="70" w:type="dxa"/>
              <w:left w:w="70" w:type="dxa"/>
              <w:bottom w:w="70" w:type="dxa"/>
              <w:right w:w="70" w:type="dxa"/>
            </w:tcMar>
            <w:vAlign w:val="center"/>
          </w:tcPr>
          <w:p w14:paraId="06D880DA" w14:textId="77777777" w:rsidR="00D47296" w:rsidRDefault="008C31C1">
            <w:r>
              <w:rPr>
                <w:i/>
                <w:color w:val="777777"/>
                <w:sz w:val="24"/>
              </w:rPr>
              <w:t>&lt;Insert&gt;</w:t>
            </w:r>
          </w:p>
        </w:tc>
      </w:tr>
      <w:tr w:rsidR="00D47296" w14:paraId="06E14BCE" w14:textId="77777777">
        <w:trPr>
          <w:jc w:val="center"/>
        </w:trPr>
        <w:tc>
          <w:tcPr>
            <w:tcW w:w="4320" w:type="dxa"/>
            <w:tcMar>
              <w:top w:w="70" w:type="dxa"/>
              <w:left w:w="70" w:type="dxa"/>
              <w:bottom w:w="70" w:type="dxa"/>
              <w:right w:w="70" w:type="dxa"/>
            </w:tcMar>
            <w:vAlign w:val="center"/>
          </w:tcPr>
          <w:p w14:paraId="6D7119E3" w14:textId="77777777" w:rsidR="00D47296" w:rsidRDefault="008C31C1">
            <w:r>
              <w:rPr>
                <w:sz w:val="18"/>
              </w:rPr>
              <w:t>Patient/staff communications</w:t>
            </w:r>
          </w:p>
        </w:tc>
        <w:tc>
          <w:tcPr>
            <w:tcW w:w="6192" w:type="dxa"/>
            <w:tcMar>
              <w:top w:w="70" w:type="dxa"/>
              <w:left w:w="70" w:type="dxa"/>
              <w:bottom w:w="70" w:type="dxa"/>
              <w:right w:w="70" w:type="dxa"/>
            </w:tcMar>
            <w:vAlign w:val="center"/>
          </w:tcPr>
          <w:p w14:paraId="26FB0451" w14:textId="77777777" w:rsidR="00D47296" w:rsidRDefault="008C31C1">
            <w:r>
              <w:rPr>
                <w:i/>
                <w:color w:val="777777"/>
                <w:sz w:val="24"/>
              </w:rPr>
              <w:t>&lt;Insert&gt;</w:t>
            </w:r>
          </w:p>
        </w:tc>
      </w:tr>
      <w:tr w:rsidR="00D47296" w14:paraId="3310EC8C" w14:textId="77777777">
        <w:trPr>
          <w:jc w:val="center"/>
        </w:trPr>
        <w:tc>
          <w:tcPr>
            <w:tcW w:w="4320" w:type="dxa"/>
            <w:shd w:val="clear" w:color="auto" w:fill="E8F2EE"/>
            <w:tcMar>
              <w:top w:w="70" w:type="dxa"/>
              <w:left w:w="70" w:type="dxa"/>
              <w:bottom w:w="70" w:type="dxa"/>
              <w:right w:w="70" w:type="dxa"/>
            </w:tcMar>
            <w:vAlign w:val="center"/>
          </w:tcPr>
          <w:p w14:paraId="0C25D00B" w14:textId="77777777" w:rsidR="00D47296" w:rsidRDefault="008C31C1">
            <w:r>
              <w:rPr>
                <w:sz w:val="18"/>
              </w:rPr>
              <w:t>Surge / service modification</w:t>
            </w:r>
          </w:p>
        </w:tc>
        <w:tc>
          <w:tcPr>
            <w:tcW w:w="6192" w:type="dxa"/>
            <w:shd w:val="clear" w:color="auto" w:fill="E8F2EE"/>
            <w:tcMar>
              <w:top w:w="70" w:type="dxa"/>
              <w:left w:w="70" w:type="dxa"/>
              <w:bottom w:w="70" w:type="dxa"/>
              <w:right w:w="70" w:type="dxa"/>
            </w:tcMar>
            <w:vAlign w:val="center"/>
          </w:tcPr>
          <w:p w14:paraId="21AADDEF" w14:textId="77777777" w:rsidR="00D47296" w:rsidRDefault="008C31C1">
            <w:r>
              <w:rPr>
                <w:i/>
                <w:color w:val="777777"/>
                <w:sz w:val="24"/>
              </w:rPr>
              <w:t>&lt;Insert&gt;</w:t>
            </w:r>
          </w:p>
        </w:tc>
      </w:tr>
      <w:tr w:rsidR="00D47296" w14:paraId="27AB0AA9" w14:textId="77777777">
        <w:trPr>
          <w:jc w:val="center"/>
        </w:trPr>
        <w:tc>
          <w:tcPr>
            <w:tcW w:w="4320" w:type="dxa"/>
            <w:tcMar>
              <w:top w:w="70" w:type="dxa"/>
              <w:left w:w="70" w:type="dxa"/>
              <w:bottom w:w="70" w:type="dxa"/>
              <w:right w:w="70" w:type="dxa"/>
            </w:tcMar>
            <w:vAlign w:val="center"/>
          </w:tcPr>
          <w:p w14:paraId="2B4F7EB8" w14:textId="77777777" w:rsidR="00D47296" w:rsidRDefault="008C31C1">
            <w:r>
              <w:rPr>
                <w:sz w:val="18"/>
              </w:rPr>
              <w:t>Recovery / return to normal</w:t>
            </w:r>
          </w:p>
        </w:tc>
        <w:tc>
          <w:tcPr>
            <w:tcW w:w="6192" w:type="dxa"/>
            <w:tcMar>
              <w:top w:w="70" w:type="dxa"/>
              <w:left w:w="70" w:type="dxa"/>
              <w:bottom w:w="70" w:type="dxa"/>
              <w:right w:w="70" w:type="dxa"/>
            </w:tcMar>
            <w:vAlign w:val="center"/>
          </w:tcPr>
          <w:p w14:paraId="23BD13BD" w14:textId="77777777" w:rsidR="00D47296" w:rsidRDefault="008C31C1">
            <w:r>
              <w:rPr>
                <w:i/>
                <w:color w:val="777777"/>
                <w:sz w:val="24"/>
              </w:rPr>
              <w:t>&lt;Insert&gt;</w:t>
            </w:r>
          </w:p>
        </w:tc>
      </w:tr>
    </w:tbl>
    <w:p w14:paraId="67C4B66E" w14:textId="77777777" w:rsidR="00D47296" w:rsidRDefault="00D47296">
      <w:pPr>
        <w:spacing w:after="0"/>
      </w:pPr>
    </w:p>
    <w:p w14:paraId="00978D48" w14:textId="77777777" w:rsidR="00D47296" w:rsidRDefault="008C31C1">
      <w:pPr>
        <w:pStyle w:val="Heading1"/>
      </w:pPr>
      <w:r>
        <w:t>ANNEX E - PATIENT CONTINUITY / REFERRAL / REDIRECTION</w:t>
      </w:r>
    </w:p>
    <w:tbl>
      <w:tblPr>
        <w:tblW w:w="0" w:type="auto"/>
        <w:jc w:val="center"/>
        <w:tblLayout w:type="fixed"/>
        <w:tblLook w:val="04A0" w:firstRow="1" w:lastRow="0" w:firstColumn="1" w:lastColumn="0" w:noHBand="0" w:noVBand="1"/>
      </w:tblPr>
      <w:tblGrid>
        <w:gridCol w:w="4320"/>
        <w:gridCol w:w="6192"/>
      </w:tblGrid>
      <w:tr w:rsidR="00D47296" w14:paraId="1AEC3703" w14:textId="77777777">
        <w:trPr>
          <w:tblHeader/>
          <w:jc w:val="center"/>
        </w:trPr>
        <w:tc>
          <w:tcPr>
            <w:tcW w:w="4320" w:type="dxa"/>
            <w:shd w:val="clear" w:color="auto" w:fill="015A41"/>
            <w:tcMar>
              <w:top w:w="70" w:type="dxa"/>
              <w:left w:w="70" w:type="dxa"/>
              <w:bottom w:w="70" w:type="dxa"/>
              <w:right w:w="70" w:type="dxa"/>
            </w:tcMar>
            <w:vAlign w:val="center"/>
          </w:tcPr>
          <w:p w14:paraId="5113A52C" w14:textId="77777777" w:rsidR="00D47296" w:rsidRDefault="008C31C1">
            <w:r>
              <w:rPr>
                <w:b/>
                <w:color w:val="FFFFFF"/>
                <w:sz w:val="18"/>
              </w:rPr>
              <w:t>Scenario</w:t>
            </w:r>
          </w:p>
        </w:tc>
        <w:tc>
          <w:tcPr>
            <w:tcW w:w="6192" w:type="dxa"/>
            <w:shd w:val="clear" w:color="auto" w:fill="015A41"/>
            <w:tcMar>
              <w:top w:w="70" w:type="dxa"/>
              <w:left w:w="70" w:type="dxa"/>
              <w:bottom w:w="70" w:type="dxa"/>
              <w:right w:w="70" w:type="dxa"/>
            </w:tcMar>
            <w:vAlign w:val="center"/>
          </w:tcPr>
          <w:p w14:paraId="79B474A8" w14:textId="77777777" w:rsidR="00D47296" w:rsidRDefault="008C31C1">
            <w:r>
              <w:rPr>
                <w:b/>
                <w:color w:val="FFFFFF"/>
                <w:sz w:val="18"/>
              </w:rPr>
              <w:t>Process / Partner / Communication</w:t>
            </w:r>
          </w:p>
        </w:tc>
      </w:tr>
      <w:tr w:rsidR="00D47296" w14:paraId="2CA674B2" w14:textId="77777777">
        <w:trPr>
          <w:jc w:val="center"/>
        </w:trPr>
        <w:tc>
          <w:tcPr>
            <w:tcW w:w="4320" w:type="dxa"/>
            <w:shd w:val="clear" w:color="auto" w:fill="E8F2EE"/>
            <w:tcMar>
              <w:top w:w="70" w:type="dxa"/>
              <w:left w:w="70" w:type="dxa"/>
              <w:bottom w:w="70" w:type="dxa"/>
              <w:right w:w="70" w:type="dxa"/>
            </w:tcMar>
            <w:vAlign w:val="center"/>
          </w:tcPr>
          <w:p w14:paraId="730729CE" w14:textId="77777777" w:rsidR="00D47296" w:rsidRDefault="008C31C1">
            <w:r>
              <w:rPr>
                <w:sz w:val="18"/>
              </w:rPr>
              <w:t>Temporary site closure</w:t>
            </w:r>
          </w:p>
        </w:tc>
        <w:tc>
          <w:tcPr>
            <w:tcW w:w="6192" w:type="dxa"/>
            <w:shd w:val="clear" w:color="auto" w:fill="E8F2EE"/>
            <w:tcMar>
              <w:top w:w="70" w:type="dxa"/>
              <w:left w:w="70" w:type="dxa"/>
              <w:bottom w:w="70" w:type="dxa"/>
              <w:right w:w="70" w:type="dxa"/>
            </w:tcMar>
            <w:vAlign w:val="center"/>
          </w:tcPr>
          <w:p w14:paraId="74DBBB1E" w14:textId="77777777" w:rsidR="00D47296" w:rsidRDefault="008C31C1">
            <w:r>
              <w:rPr>
                <w:i/>
                <w:color w:val="777777"/>
                <w:sz w:val="24"/>
              </w:rPr>
              <w:t>&lt;Insert&gt;</w:t>
            </w:r>
          </w:p>
        </w:tc>
      </w:tr>
      <w:tr w:rsidR="00D47296" w14:paraId="4361ADD8" w14:textId="77777777">
        <w:trPr>
          <w:jc w:val="center"/>
        </w:trPr>
        <w:tc>
          <w:tcPr>
            <w:tcW w:w="4320" w:type="dxa"/>
            <w:tcMar>
              <w:top w:w="70" w:type="dxa"/>
              <w:left w:w="70" w:type="dxa"/>
              <w:bottom w:w="70" w:type="dxa"/>
              <w:right w:w="70" w:type="dxa"/>
            </w:tcMar>
            <w:vAlign w:val="center"/>
          </w:tcPr>
          <w:p w14:paraId="08D7A1D1" w14:textId="77777777" w:rsidR="00D47296" w:rsidRDefault="008C31C1">
            <w:r>
              <w:rPr>
                <w:sz w:val="18"/>
              </w:rPr>
              <w:t>Loss of key clinical service</w:t>
            </w:r>
          </w:p>
        </w:tc>
        <w:tc>
          <w:tcPr>
            <w:tcW w:w="6192" w:type="dxa"/>
            <w:tcMar>
              <w:top w:w="70" w:type="dxa"/>
              <w:left w:w="70" w:type="dxa"/>
              <w:bottom w:w="70" w:type="dxa"/>
              <w:right w:w="70" w:type="dxa"/>
            </w:tcMar>
            <w:vAlign w:val="center"/>
          </w:tcPr>
          <w:p w14:paraId="53677789" w14:textId="77777777" w:rsidR="00D47296" w:rsidRDefault="008C31C1">
            <w:r>
              <w:rPr>
                <w:i/>
                <w:color w:val="777777"/>
                <w:sz w:val="24"/>
              </w:rPr>
              <w:t>&lt;Insert&gt;</w:t>
            </w:r>
          </w:p>
        </w:tc>
      </w:tr>
      <w:tr w:rsidR="00D47296" w14:paraId="44933949" w14:textId="77777777">
        <w:trPr>
          <w:jc w:val="center"/>
        </w:trPr>
        <w:tc>
          <w:tcPr>
            <w:tcW w:w="4320" w:type="dxa"/>
            <w:shd w:val="clear" w:color="auto" w:fill="E8F2EE"/>
            <w:tcMar>
              <w:top w:w="70" w:type="dxa"/>
              <w:left w:w="70" w:type="dxa"/>
              <w:bottom w:w="70" w:type="dxa"/>
              <w:right w:w="70" w:type="dxa"/>
            </w:tcMar>
            <w:vAlign w:val="center"/>
          </w:tcPr>
          <w:p w14:paraId="1557009A" w14:textId="77777777" w:rsidR="00D47296" w:rsidRDefault="008C31C1">
            <w:r>
              <w:rPr>
                <w:sz w:val="18"/>
              </w:rPr>
              <w:t>ED transfer / urgent referral</w:t>
            </w:r>
          </w:p>
        </w:tc>
        <w:tc>
          <w:tcPr>
            <w:tcW w:w="6192" w:type="dxa"/>
            <w:shd w:val="clear" w:color="auto" w:fill="E8F2EE"/>
            <w:tcMar>
              <w:top w:w="70" w:type="dxa"/>
              <w:left w:w="70" w:type="dxa"/>
              <w:bottom w:w="70" w:type="dxa"/>
              <w:right w:w="70" w:type="dxa"/>
            </w:tcMar>
            <w:vAlign w:val="center"/>
          </w:tcPr>
          <w:p w14:paraId="45BED236" w14:textId="77777777" w:rsidR="00D47296" w:rsidRDefault="008C31C1">
            <w:r>
              <w:rPr>
                <w:i/>
                <w:color w:val="777777"/>
                <w:sz w:val="24"/>
              </w:rPr>
              <w:t>&lt;Insert&gt;</w:t>
            </w:r>
          </w:p>
        </w:tc>
      </w:tr>
      <w:tr w:rsidR="00D47296" w14:paraId="514AB701" w14:textId="77777777">
        <w:trPr>
          <w:jc w:val="center"/>
        </w:trPr>
        <w:tc>
          <w:tcPr>
            <w:tcW w:w="4320" w:type="dxa"/>
            <w:tcMar>
              <w:top w:w="70" w:type="dxa"/>
              <w:left w:w="70" w:type="dxa"/>
              <w:bottom w:w="70" w:type="dxa"/>
              <w:right w:w="70" w:type="dxa"/>
            </w:tcMar>
            <w:vAlign w:val="center"/>
          </w:tcPr>
          <w:p w14:paraId="5F096CED" w14:textId="77777777" w:rsidR="00D47296" w:rsidRDefault="008C31C1">
            <w:r>
              <w:rPr>
                <w:sz w:val="18"/>
              </w:rPr>
              <w:t>Medication / pharmacy interruption</w:t>
            </w:r>
          </w:p>
        </w:tc>
        <w:tc>
          <w:tcPr>
            <w:tcW w:w="6192" w:type="dxa"/>
            <w:tcMar>
              <w:top w:w="70" w:type="dxa"/>
              <w:left w:w="70" w:type="dxa"/>
              <w:bottom w:w="70" w:type="dxa"/>
              <w:right w:w="70" w:type="dxa"/>
            </w:tcMar>
            <w:vAlign w:val="center"/>
          </w:tcPr>
          <w:p w14:paraId="07A49DE9" w14:textId="77777777" w:rsidR="00D47296" w:rsidRDefault="008C31C1">
            <w:r>
              <w:rPr>
                <w:i/>
                <w:color w:val="777777"/>
                <w:sz w:val="24"/>
              </w:rPr>
              <w:t>&lt;Insert&gt;</w:t>
            </w:r>
          </w:p>
        </w:tc>
      </w:tr>
      <w:tr w:rsidR="00D47296" w14:paraId="2CF22232" w14:textId="77777777">
        <w:trPr>
          <w:jc w:val="center"/>
        </w:trPr>
        <w:tc>
          <w:tcPr>
            <w:tcW w:w="4320" w:type="dxa"/>
            <w:shd w:val="clear" w:color="auto" w:fill="E8F2EE"/>
            <w:tcMar>
              <w:top w:w="70" w:type="dxa"/>
              <w:left w:w="70" w:type="dxa"/>
              <w:bottom w:w="70" w:type="dxa"/>
              <w:right w:w="70" w:type="dxa"/>
            </w:tcMar>
            <w:vAlign w:val="center"/>
          </w:tcPr>
          <w:p w14:paraId="3A5B8684" w14:textId="77777777" w:rsidR="00D47296" w:rsidRDefault="008C31C1">
            <w:r>
              <w:rPr>
                <w:sz w:val="18"/>
              </w:rPr>
              <w:t>Behavioral health urgent need</w:t>
            </w:r>
          </w:p>
        </w:tc>
        <w:tc>
          <w:tcPr>
            <w:tcW w:w="6192" w:type="dxa"/>
            <w:shd w:val="clear" w:color="auto" w:fill="E8F2EE"/>
            <w:tcMar>
              <w:top w:w="70" w:type="dxa"/>
              <w:left w:w="70" w:type="dxa"/>
              <w:bottom w:w="70" w:type="dxa"/>
              <w:right w:w="70" w:type="dxa"/>
            </w:tcMar>
            <w:vAlign w:val="center"/>
          </w:tcPr>
          <w:p w14:paraId="64445808" w14:textId="77777777" w:rsidR="00D47296" w:rsidRDefault="008C31C1">
            <w:r>
              <w:rPr>
                <w:i/>
                <w:color w:val="777777"/>
                <w:sz w:val="24"/>
              </w:rPr>
              <w:t>&lt;Insert&gt;</w:t>
            </w:r>
          </w:p>
        </w:tc>
      </w:tr>
      <w:tr w:rsidR="00D47296" w14:paraId="3830AB05" w14:textId="77777777">
        <w:trPr>
          <w:jc w:val="center"/>
        </w:trPr>
        <w:tc>
          <w:tcPr>
            <w:tcW w:w="4320" w:type="dxa"/>
            <w:tcMar>
              <w:top w:w="70" w:type="dxa"/>
              <w:left w:w="70" w:type="dxa"/>
              <w:bottom w:w="70" w:type="dxa"/>
              <w:right w:w="70" w:type="dxa"/>
            </w:tcMar>
            <w:vAlign w:val="center"/>
          </w:tcPr>
          <w:p w14:paraId="6016923B" w14:textId="77777777" w:rsidR="00D47296" w:rsidRDefault="008C31C1">
            <w:r>
              <w:rPr>
                <w:sz w:val="18"/>
              </w:rPr>
              <w:t>Pregnancy / pediatric urgent need</w:t>
            </w:r>
          </w:p>
        </w:tc>
        <w:tc>
          <w:tcPr>
            <w:tcW w:w="6192" w:type="dxa"/>
            <w:tcMar>
              <w:top w:w="70" w:type="dxa"/>
              <w:left w:w="70" w:type="dxa"/>
              <w:bottom w:w="70" w:type="dxa"/>
              <w:right w:w="70" w:type="dxa"/>
            </w:tcMar>
            <w:vAlign w:val="center"/>
          </w:tcPr>
          <w:p w14:paraId="5CF4D8DE" w14:textId="77777777" w:rsidR="00D47296" w:rsidRDefault="008C31C1">
            <w:r>
              <w:rPr>
                <w:i/>
                <w:color w:val="777777"/>
                <w:sz w:val="24"/>
              </w:rPr>
              <w:t>&lt;Insert&gt;</w:t>
            </w:r>
          </w:p>
        </w:tc>
      </w:tr>
      <w:tr w:rsidR="00D47296" w14:paraId="5166AB99" w14:textId="77777777">
        <w:trPr>
          <w:jc w:val="center"/>
        </w:trPr>
        <w:tc>
          <w:tcPr>
            <w:tcW w:w="4320" w:type="dxa"/>
            <w:shd w:val="clear" w:color="auto" w:fill="E8F2EE"/>
            <w:tcMar>
              <w:top w:w="70" w:type="dxa"/>
              <w:left w:w="70" w:type="dxa"/>
              <w:bottom w:w="70" w:type="dxa"/>
              <w:right w:w="70" w:type="dxa"/>
            </w:tcMar>
            <w:vAlign w:val="center"/>
          </w:tcPr>
          <w:p w14:paraId="3E1DA7A6" w14:textId="77777777" w:rsidR="00D47296" w:rsidRDefault="008C31C1">
            <w:r>
              <w:rPr>
                <w:sz w:val="18"/>
              </w:rPr>
              <w:t>Telehealth / remote alternative</w:t>
            </w:r>
          </w:p>
        </w:tc>
        <w:tc>
          <w:tcPr>
            <w:tcW w:w="6192" w:type="dxa"/>
            <w:shd w:val="clear" w:color="auto" w:fill="E8F2EE"/>
            <w:tcMar>
              <w:top w:w="70" w:type="dxa"/>
              <w:left w:w="70" w:type="dxa"/>
              <w:bottom w:w="70" w:type="dxa"/>
              <w:right w:w="70" w:type="dxa"/>
            </w:tcMar>
            <w:vAlign w:val="center"/>
          </w:tcPr>
          <w:p w14:paraId="12B55410" w14:textId="77777777" w:rsidR="00D47296" w:rsidRDefault="008C31C1">
            <w:r>
              <w:rPr>
                <w:i/>
                <w:color w:val="777777"/>
                <w:sz w:val="24"/>
              </w:rPr>
              <w:t>&lt;Insert when permitted&gt;</w:t>
            </w:r>
          </w:p>
        </w:tc>
      </w:tr>
      <w:tr w:rsidR="00D47296" w14:paraId="29FDF4C7" w14:textId="77777777">
        <w:trPr>
          <w:jc w:val="center"/>
        </w:trPr>
        <w:tc>
          <w:tcPr>
            <w:tcW w:w="4320" w:type="dxa"/>
            <w:tcMar>
              <w:top w:w="70" w:type="dxa"/>
              <w:left w:w="70" w:type="dxa"/>
              <w:bottom w:w="70" w:type="dxa"/>
              <w:right w:w="70" w:type="dxa"/>
            </w:tcMar>
            <w:vAlign w:val="center"/>
          </w:tcPr>
          <w:p w14:paraId="6AD1F8DA" w14:textId="77777777" w:rsidR="00D47296" w:rsidRDefault="008C31C1">
            <w:r>
              <w:rPr>
                <w:sz w:val="18"/>
              </w:rPr>
              <w:t>Patient notification / rescheduling</w:t>
            </w:r>
          </w:p>
        </w:tc>
        <w:tc>
          <w:tcPr>
            <w:tcW w:w="6192" w:type="dxa"/>
            <w:tcMar>
              <w:top w:w="70" w:type="dxa"/>
              <w:left w:w="70" w:type="dxa"/>
              <w:bottom w:w="70" w:type="dxa"/>
              <w:right w:w="70" w:type="dxa"/>
            </w:tcMar>
            <w:vAlign w:val="center"/>
          </w:tcPr>
          <w:p w14:paraId="1444AF18" w14:textId="77777777" w:rsidR="00D47296" w:rsidRDefault="008C31C1">
            <w:r>
              <w:rPr>
                <w:i/>
                <w:color w:val="777777"/>
                <w:sz w:val="24"/>
              </w:rPr>
              <w:t>&lt;Insert&gt;</w:t>
            </w:r>
          </w:p>
        </w:tc>
      </w:tr>
    </w:tbl>
    <w:p w14:paraId="0EA42D98" w14:textId="77777777" w:rsidR="00D47296" w:rsidRDefault="00D47296">
      <w:pPr>
        <w:spacing w:after="0"/>
      </w:pPr>
    </w:p>
    <w:p w14:paraId="4B75D5A4" w14:textId="77777777" w:rsidR="00D47296" w:rsidRDefault="008C31C1">
      <w:pPr>
        <w:pStyle w:val="Heading1"/>
      </w:pPr>
      <w:r>
        <w:t>ANNEX F - SUPPLY CHAIN / RESOURCE CONTINUITY</w:t>
      </w:r>
    </w:p>
    <w:tbl>
      <w:tblPr>
        <w:tblW w:w="0" w:type="auto"/>
        <w:jc w:val="center"/>
        <w:tblLayout w:type="fixed"/>
        <w:tblLook w:val="04A0" w:firstRow="1" w:lastRow="0" w:firstColumn="1" w:lastColumn="0" w:noHBand="0" w:noVBand="1"/>
      </w:tblPr>
      <w:tblGrid>
        <w:gridCol w:w="2160"/>
        <w:gridCol w:w="2160"/>
        <w:gridCol w:w="2160"/>
        <w:gridCol w:w="2592"/>
        <w:gridCol w:w="2016"/>
      </w:tblGrid>
      <w:tr w:rsidR="00D47296" w14:paraId="585BD514" w14:textId="77777777">
        <w:trPr>
          <w:tblHeader/>
          <w:jc w:val="center"/>
        </w:trPr>
        <w:tc>
          <w:tcPr>
            <w:tcW w:w="2160" w:type="dxa"/>
            <w:shd w:val="clear" w:color="auto" w:fill="015A41"/>
            <w:tcMar>
              <w:top w:w="70" w:type="dxa"/>
              <w:left w:w="70" w:type="dxa"/>
              <w:bottom w:w="70" w:type="dxa"/>
              <w:right w:w="70" w:type="dxa"/>
            </w:tcMar>
            <w:vAlign w:val="center"/>
          </w:tcPr>
          <w:p w14:paraId="0291E1FA" w14:textId="77777777" w:rsidR="00D47296" w:rsidRDefault="008C31C1">
            <w:r>
              <w:rPr>
                <w:b/>
                <w:color w:val="FFFFFF"/>
                <w:sz w:val="15"/>
              </w:rPr>
              <w:t>Critical Resource</w:t>
            </w:r>
          </w:p>
        </w:tc>
        <w:tc>
          <w:tcPr>
            <w:tcW w:w="2160" w:type="dxa"/>
            <w:shd w:val="clear" w:color="auto" w:fill="015A41"/>
            <w:tcMar>
              <w:top w:w="70" w:type="dxa"/>
              <w:left w:w="70" w:type="dxa"/>
              <w:bottom w:w="70" w:type="dxa"/>
              <w:right w:w="70" w:type="dxa"/>
            </w:tcMar>
            <w:vAlign w:val="center"/>
          </w:tcPr>
          <w:p w14:paraId="3196EECA" w14:textId="77777777" w:rsidR="00D47296" w:rsidRDefault="008C31C1">
            <w:r>
              <w:rPr>
                <w:b/>
                <w:color w:val="FFFFFF"/>
                <w:sz w:val="15"/>
              </w:rPr>
              <w:t>Normal Source</w:t>
            </w:r>
          </w:p>
        </w:tc>
        <w:tc>
          <w:tcPr>
            <w:tcW w:w="2160" w:type="dxa"/>
            <w:shd w:val="clear" w:color="auto" w:fill="015A41"/>
            <w:tcMar>
              <w:top w:w="70" w:type="dxa"/>
              <w:left w:w="70" w:type="dxa"/>
              <w:bottom w:w="70" w:type="dxa"/>
              <w:right w:w="70" w:type="dxa"/>
            </w:tcMar>
            <w:vAlign w:val="center"/>
          </w:tcPr>
          <w:p w14:paraId="0653935B" w14:textId="77777777" w:rsidR="00D47296" w:rsidRDefault="008C31C1">
            <w:r>
              <w:rPr>
                <w:b/>
                <w:color w:val="FFFFFF"/>
                <w:sz w:val="15"/>
              </w:rPr>
              <w:t>Alternate Source</w:t>
            </w:r>
          </w:p>
        </w:tc>
        <w:tc>
          <w:tcPr>
            <w:tcW w:w="2592" w:type="dxa"/>
            <w:shd w:val="clear" w:color="auto" w:fill="015A41"/>
            <w:tcMar>
              <w:top w:w="70" w:type="dxa"/>
              <w:left w:w="70" w:type="dxa"/>
              <w:bottom w:w="70" w:type="dxa"/>
              <w:right w:w="70" w:type="dxa"/>
            </w:tcMar>
            <w:vAlign w:val="center"/>
          </w:tcPr>
          <w:p w14:paraId="4F48B79D" w14:textId="77777777" w:rsidR="00D47296" w:rsidRDefault="008C31C1">
            <w:r>
              <w:rPr>
                <w:b/>
                <w:color w:val="FFFFFF"/>
                <w:sz w:val="15"/>
              </w:rPr>
              <w:t>Conservation / Substitution</w:t>
            </w:r>
          </w:p>
        </w:tc>
        <w:tc>
          <w:tcPr>
            <w:tcW w:w="2016" w:type="dxa"/>
            <w:shd w:val="clear" w:color="auto" w:fill="015A41"/>
            <w:tcMar>
              <w:top w:w="70" w:type="dxa"/>
              <w:left w:w="70" w:type="dxa"/>
              <w:bottom w:w="70" w:type="dxa"/>
              <w:right w:w="70" w:type="dxa"/>
            </w:tcMar>
            <w:vAlign w:val="center"/>
          </w:tcPr>
          <w:p w14:paraId="33B8ECA9" w14:textId="77777777" w:rsidR="00D47296" w:rsidRDefault="008C31C1">
            <w:r>
              <w:rPr>
                <w:b/>
                <w:color w:val="FFFFFF"/>
                <w:sz w:val="15"/>
              </w:rPr>
              <w:t>Escalation Trigger</w:t>
            </w:r>
          </w:p>
        </w:tc>
      </w:tr>
      <w:tr w:rsidR="00D47296" w14:paraId="21B1654D" w14:textId="77777777">
        <w:trPr>
          <w:jc w:val="center"/>
        </w:trPr>
        <w:tc>
          <w:tcPr>
            <w:tcW w:w="2160" w:type="dxa"/>
            <w:shd w:val="clear" w:color="auto" w:fill="E8F2EE"/>
            <w:tcMar>
              <w:top w:w="70" w:type="dxa"/>
              <w:left w:w="70" w:type="dxa"/>
              <w:bottom w:w="70" w:type="dxa"/>
              <w:right w:w="70" w:type="dxa"/>
            </w:tcMar>
            <w:vAlign w:val="center"/>
          </w:tcPr>
          <w:p w14:paraId="560A3742"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60F6B465"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7373633A"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2CB28E6D"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590EA3DE" w14:textId="77777777" w:rsidR="00D47296" w:rsidRDefault="008C31C1">
            <w:r>
              <w:rPr>
                <w:i/>
                <w:color w:val="777777"/>
                <w:sz w:val="24"/>
              </w:rPr>
              <w:t>&lt;Insert&gt;</w:t>
            </w:r>
          </w:p>
        </w:tc>
      </w:tr>
      <w:tr w:rsidR="00D47296" w14:paraId="03A5520C" w14:textId="77777777">
        <w:trPr>
          <w:jc w:val="center"/>
        </w:trPr>
        <w:tc>
          <w:tcPr>
            <w:tcW w:w="2160" w:type="dxa"/>
            <w:tcMar>
              <w:top w:w="70" w:type="dxa"/>
              <w:left w:w="70" w:type="dxa"/>
              <w:bottom w:w="70" w:type="dxa"/>
              <w:right w:w="70" w:type="dxa"/>
            </w:tcMar>
            <w:vAlign w:val="center"/>
          </w:tcPr>
          <w:p w14:paraId="2D87F2CC"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537A3BF3"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135AA9D4"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1831E79C"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4D8F0AFC" w14:textId="77777777" w:rsidR="00D47296" w:rsidRDefault="008C31C1">
            <w:r>
              <w:rPr>
                <w:i/>
                <w:color w:val="777777"/>
                <w:sz w:val="24"/>
              </w:rPr>
              <w:t>&lt;Insert&gt;</w:t>
            </w:r>
          </w:p>
        </w:tc>
      </w:tr>
      <w:tr w:rsidR="00D47296" w14:paraId="5AAD2FDA" w14:textId="77777777">
        <w:trPr>
          <w:jc w:val="center"/>
        </w:trPr>
        <w:tc>
          <w:tcPr>
            <w:tcW w:w="2160" w:type="dxa"/>
            <w:shd w:val="clear" w:color="auto" w:fill="E8F2EE"/>
            <w:tcMar>
              <w:top w:w="70" w:type="dxa"/>
              <w:left w:w="70" w:type="dxa"/>
              <w:bottom w:w="70" w:type="dxa"/>
              <w:right w:w="70" w:type="dxa"/>
            </w:tcMar>
            <w:vAlign w:val="center"/>
          </w:tcPr>
          <w:p w14:paraId="78494A6E" w14:textId="77777777" w:rsidR="00D47296" w:rsidRDefault="008C31C1">
            <w:r>
              <w:rPr>
                <w:i/>
                <w:color w:val="777777"/>
                <w:sz w:val="24"/>
              </w:rPr>
              <w:lastRenderedPageBreak/>
              <w:t>&lt;Insert&gt;</w:t>
            </w:r>
          </w:p>
        </w:tc>
        <w:tc>
          <w:tcPr>
            <w:tcW w:w="2160" w:type="dxa"/>
            <w:shd w:val="clear" w:color="auto" w:fill="E8F2EE"/>
            <w:tcMar>
              <w:top w:w="70" w:type="dxa"/>
              <w:left w:w="70" w:type="dxa"/>
              <w:bottom w:w="70" w:type="dxa"/>
              <w:right w:w="70" w:type="dxa"/>
            </w:tcMar>
            <w:vAlign w:val="center"/>
          </w:tcPr>
          <w:p w14:paraId="2EB96761"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19BFD32D"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6F151E24"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18323F25" w14:textId="77777777" w:rsidR="00D47296" w:rsidRDefault="008C31C1">
            <w:r>
              <w:rPr>
                <w:i/>
                <w:color w:val="777777"/>
                <w:sz w:val="24"/>
              </w:rPr>
              <w:t>&lt;Insert&gt;</w:t>
            </w:r>
          </w:p>
        </w:tc>
      </w:tr>
      <w:tr w:rsidR="00D47296" w14:paraId="0274E4EE" w14:textId="77777777">
        <w:trPr>
          <w:jc w:val="center"/>
        </w:trPr>
        <w:tc>
          <w:tcPr>
            <w:tcW w:w="2160" w:type="dxa"/>
            <w:tcMar>
              <w:top w:w="70" w:type="dxa"/>
              <w:left w:w="70" w:type="dxa"/>
              <w:bottom w:w="70" w:type="dxa"/>
              <w:right w:w="70" w:type="dxa"/>
            </w:tcMar>
            <w:vAlign w:val="center"/>
          </w:tcPr>
          <w:p w14:paraId="4111ADFD"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5E4C9D0C"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3C31C2E8"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5C0F072F"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47938C29" w14:textId="77777777" w:rsidR="00D47296" w:rsidRDefault="008C31C1">
            <w:r>
              <w:rPr>
                <w:i/>
                <w:color w:val="777777"/>
                <w:sz w:val="24"/>
              </w:rPr>
              <w:t>&lt;Insert&gt;</w:t>
            </w:r>
          </w:p>
        </w:tc>
      </w:tr>
      <w:tr w:rsidR="00D47296" w14:paraId="1471D1C1" w14:textId="77777777">
        <w:trPr>
          <w:jc w:val="center"/>
        </w:trPr>
        <w:tc>
          <w:tcPr>
            <w:tcW w:w="2160" w:type="dxa"/>
            <w:shd w:val="clear" w:color="auto" w:fill="E8F2EE"/>
            <w:tcMar>
              <w:top w:w="70" w:type="dxa"/>
              <w:left w:w="70" w:type="dxa"/>
              <w:bottom w:w="70" w:type="dxa"/>
              <w:right w:w="70" w:type="dxa"/>
            </w:tcMar>
            <w:vAlign w:val="center"/>
          </w:tcPr>
          <w:p w14:paraId="597F1E61"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7CBD579D"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06D713DB"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042168BE"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10BBECA3" w14:textId="77777777" w:rsidR="00D47296" w:rsidRDefault="008C31C1">
            <w:r>
              <w:rPr>
                <w:i/>
                <w:color w:val="777777"/>
                <w:sz w:val="24"/>
              </w:rPr>
              <w:t>&lt;Insert&gt;</w:t>
            </w:r>
          </w:p>
        </w:tc>
      </w:tr>
      <w:tr w:rsidR="00D47296" w14:paraId="33AD2AA6" w14:textId="77777777">
        <w:trPr>
          <w:jc w:val="center"/>
        </w:trPr>
        <w:tc>
          <w:tcPr>
            <w:tcW w:w="2160" w:type="dxa"/>
            <w:tcMar>
              <w:top w:w="70" w:type="dxa"/>
              <w:left w:w="70" w:type="dxa"/>
              <w:bottom w:w="70" w:type="dxa"/>
              <w:right w:w="70" w:type="dxa"/>
            </w:tcMar>
            <w:vAlign w:val="center"/>
          </w:tcPr>
          <w:p w14:paraId="6D8896DA"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C101CD0"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12E1588"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5FFCBE33"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7E19826A" w14:textId="77777777" w:rsidR="00D47296" w:rsidRDefault="008C31C1">
            <w:r>
              <w:rPr>
                <w:i/>
                <w:color w:val="777777"/>
                <w:sz w:val="24"/>
              </w:rPr>
              <w:t>&lt;Insert&gt;</w:t>
            </w:r>
          </w:p>
        </w:tc>
      </w:tr>
      <w:tr w:rsidR="00D47296" w14:paraId="071695A9" w14:textId="77777777">
        <w:trPr>
          <w:jc w:val="center"/>
        </w:trPr>
        <w:tc>
          <w:tcPr>
            <w:tcW w:w="2160" w:type="dxa"/>
            <w:shd w:val="clear" w:color="auto" w:fill="E8F2EE"/>
            <w:tcMar>
              <w:top w:w="70" w:type="dxa"/>
              <w:left w:w="70" w:type="dxa"/>
              <w:bottom w:w="70" w:type="dxa"/>
              <w:right w:w="70" w:type="dxa"/>
            </w:tcMar>
            <w:vAlign w:val="center"/>
          </w:tcPr>
          <w:p w14:paraId="1549EBD0"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4FE8454E" w14:textId="77777777" w:rsidR="00D47296" w:rsidRDefault="008C31C1">
            <w:r>
              <w:rPr>
                <w:i/>
                <w:color w:val="777777"/>
                <w:sz w:val="24"/>
              </w:rPr>
              <w:t>&lt;Insert&gt;</w:t>
            </w:r>
          </w:p>
        </w:tc>
        <w:tc>
          <w:tcPr>
            <w:tcW w:w="2160" w:type="dxa"/>
            <w:shd w:val="clear" w:color="auto" w:fill="E8F2EE"/>
            <w:tcMar>
              <w:top w:w="70" w:type="dxa"/>
              <w:left w:w="70" w:type="dxa"/>
              <w:bottom w:w="70" w:type="dxa"/>
              <w:right w:w="70" w:type="dxa"/>
            </w:tcMar>
            <w:vAlign w:val="center"/>
          </w:tcPr>
          <w:p w14:paraId="1CB7AAC3" w14:textId="77777777" w:rsidR="00D47296" w:rsidRDefault="008C31C1">
            <w:r>
              <w:rPr>
                <w:i/>
                <w:color w:val="777777"/>
                <w:sz w:val="24"/>
              </w:rPr>
              <w:t>&lt;Insert&gt;</w:t>
            </w:r>
          </w:p>
        </w:tc>
        <w:tc>
          <w:tcPr>
            <w:tcW w:w="2592" w:type="dxa"/>
            <w:shd w:val="clear" w:color="auto" w:fill="E8F2EE"/>
            <w:tcMar>
              <w:top w:w="70" w:type="dxa"/>
              <w:left w:w="70" w:type="dxa"/>
              <w:bottom w:w="70" w:type="dxa"/>
              <w:right w:w="70" w:type="dxa"/>
            </w:tcMar>
            <w:vAlign w:val="center"/>
          </w:tcPr>
          <w:p w14:paraId="4D1EC41F" w14:textId="77777777" w:rsidR="00D47296" w:rsidRDefault="008C31C1">
            <w:r>
              <w:rPr>
                <w:i/>
                <w:color w:val="777777"/>
                <w:sz w:val="24"/>
              </w:rPr>
              <w:t>&lt;Insert&gt;</w:t>
            </w:r>
          </w:p>
        </w:tc>
        <w:tc>
          <w:tcPr>
            <w:tcW w:w="2016" w:type="dxa"/>
            <w:shd w:val="clear" w:color="auto" w:fill="E8F2EE"/>
            <w:tcMar>
              <w:top w:w="70" w:type="dxa"/>
              <w:left w:w="70" w:type="dxa"/>
              <w:bottom w:w="70" w:type="dxa"/>
              <w:right w:w="70" w:type="dxa"/>
            </w:tcMar>
            <w:vAlign w:val="center"/>
          </w:tcPr>
          <w:p w14:paraId="3056A577" w14:textId="77777777" w:rsidR="00D47296" w:rsidRDefault="008C31C1">
            <w:r>
              <w:rPr>
                <w:i/>
                <w:color w:val="777777"/>
                <w:sz w:val="24"/>
              </w:rPr>
              <w:t>&lt;Insert&gt;</w:t>
            </w:r>
          </w:p>
        </w:tc>
      </w:tr>
      <w:tr w:rsidR="00D47296" w14:paraId="6F9F6CD4" w14:textId="77777777">
        <w:trPr>
          <w:jc w:val="center"/>
        </w:trPr>
        <w:tc>
          <w:tcPr>
            <w:tcW w:w="2160" w:type="dxa"/>
            <w:tcMar>
              <w:top w:w="70" w:type="dxa"/>
              <w:left w:w="70" w:type="dxa"/>
              <w:bottom w:w="70" w:type="dxa"/>
              <w:right w:w="70" w:type="dxa"/>
            </w:tcMar>
            <w:vAlign w:val="center"/>
          </w:tcPr>
          <w:p w14:paraId="08781631"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01F80635" w14:textId="77777777" w:rsidR="00D47296" w:rsidRDefault="008C31C1">
            <w:r>
              <w:rPr>
                <w:i/>
                <w:color w:val="777777"/>
                <w:sz w:val="24"/>
              </w:rPr>
              <w:t>&lt;Insert&gt;</w:t>
            </w:r>
          </w:p>
        </w:tc>
        <w:tc>
          <w:tcPr>
            <w:tcW w:w="2160" w:type="dxa"/>
            <w:tcMar>
              <w:top w:w="70" w:type="dxa"/>
              <w:left w:w="70" w:type="dxa"/>
              <w:bottom w:w="70" w:type="dxa"/>
              <w:right w:w="70" w:type="dxa"/>
            </w:tcMar>
            <w:vAlign w:val="center"/>
          </w:tcPr>
          <w:p w14:paraId="2312DFC5" w14:textId="77777777" w:rsidR="00D47296" w:rsidRDefault="008C31C1">
            <w:r>
              <w:rPr>
                <w:i/>
                <w:color w:val="777777"/>
                <w:sz w:val="24"/>
              </w:rPr>
              <w:t>&lt;Insert&gt;</w:t>
            </w:r>
          </w:p>
        </w:tc>
        <w:tc>
          <w:tcPr>
            <w:tcW w:w="2592" w:type="dxa"/>
            <w:tcMar>
              <w:top w:w="70" w:type="dxa"/>
              <w:left w:w="70" w:type="dxa"/>
              <w:bottom w:w="70" w:type="dxa"/>
              <w:right w:w="70" w:type="dxa"/>
            </w:tcMar>
            <w:vAlign w:val="center"/>
          </w:tcPr>
          <w:p w14:paraId="261F4B1B" w14:textId="77777777" w:rsidR="00D47296" w:rsidRDefault="008C31C1">
            <w:r>
              <w:rPr>
                <w:i/>
                <w:color w:val="777777"/>
                <w:sz w:val="24"/>
              </w:rPr>
              <w:t>&lt;Insert&gt;</w:t>
            </w:r>
          </w:p>
        </w:tc>
        <w:tc>
          <w:tcPr>
            <w:tcW w:w="2016" w:type="dxa"/>
            <w:tcMar>
              <w:top w:w="70" w:type="dxa"/>
              <w:left w:w="70" w:type="dxa"/>
              <w:bottom w:w="70" w:type="dxa"/>
              <w:right w:w="70" w:type="dxa"/>
            </w:tcMar>
            <w:vAlign w:val="center"/>
          </w:tcPr>
          <w:p w14:paraId="199120AE" w14:textId="77777777" w:rsidR="00D47296" w:rsidRDefault="008C31C1">
            <w:r>
              <w:rPr>
                <w:i/>
                <w:color w:val="777777"/>
                <w:sz w:val="24"/>
              </w:rPr>
              <w:t>&lt;Insert&gt;</w:t>
            </w:r>
          </w:p>
        </w:tc>
      </w:tr>
    </w:tbl>
    <w:p w14:paraId="521EF501" w14:textId="77777777" w:rsidR="00D47296" w:rsidRDefault="00D47296">
      <w:pPr>
        <w:spacing w:after="0"/>
      </w:pPr>
    </w:p>
    <w:p w14:paraId="08AA0819" w14:textId="77777777" w:rsidR="00D47296" w:rsidRDefault="008C31C1">
      <w:pPr>
        <w:pStyle w:val="Heading1"/>
      </w:pPr>
      <w:r>
        <w:t>ANNEX G - EMERGENCY STAFFING / VOLUNTEER INTEGRATION</w:t>
      </w:r>
    </w:p>
    <w:tbl>
      <w:tblPr>
        <w:tblW w:w="0" w:type="auto"/>
        <w:jc w:val="center"/>
        <w:tblLayout w:type="fixed"/>
        <w:tblLook w:val="04A0" w:firstRow="1" w:lastRow="0" w:firstColumn="1" w:lastColumn="0" w:noHBand="0" w:noVBand="1"/>
      </w:tblPr>
      <w:tblGrid>
        <w:gridCol w:w="2160"/>
        <w:gridCol w:w="2016"/>
        <w:gridCol w:w="2304"/>
        <w:gridCol w:w="3024"/>
        <w:gridCol w:w="1728"/>
      </w:tblGrid>
      <w:tr w:rsidR="00D47296" w14:paraId="742CC4BC" w14:textId="77777777">
        <w:trPr>
          <w:tblHeader/>
          <w:jc w:val="center"/>
        </w:trPr>
        <w:tc>
          <w:tcPr>
            <w:tcW w:w="2160" w:type="dxa"/>
            <w:shd w:val="clear" w:color="auto" w:fill="015A41"/>
            <w:tcMar>
              <w:top w:w="70" w:type="dxa"/>
              <w:left w:w="70" w:type="dxa"/>
              <w:bottom w:w="70" w:type="dxa"/>
              <w:right w:w="70" w:type="dxa"/>
            </w:tcMar>
            <w:vAlign w:val="center"/>
          </w:tcPr>
          <w:p w14:paraId="7E056DA9" w14:textId="77777777" w:rsidR="00D47296" w:rsidRDefault="008C31C1">
            <w:r>
              <w:rPr>
                <w:b/>
                <w:color w:val="FFFFFF"/>
                <w:sz w:val="15"/>
              </w:rPr>
              <w:t>Phase / Strategy</w:t>
            </w:r>
          </w:p>
        </w:tc>
        <w:tc>
          <w:tcPr>
            <w:tcW w:w="2016" w:type="dxa"/>
            <w:shd w:val="clear" w:color="auto" w:fill="015A41"/>
            <w:tcMar>
              <w:top w:w="70" w:type="dxa"/>
              <w:left w:w="70" w:type="dxa"/>
              <w:bottom w:w="70" w:type="dxa"/>
              <w:right w:w="70" w:type="dxa"/>
            </w:tcMar>
            <w:vAlign w:val="center"/>
          </w:tcPr>
          <w:p w14:paraId="314CF0A5" w14:textId="77777777" w:rsidR="00D47296" w:rsidRDefault="008C31C1">
            <w:r>
              <w:rPr>
                <w:b/>
                <w:color w:val="FFFFFF"/>
                <w:sz w:val="15"/>
              </w:rPr>
              <w:t>Trigger</w:t>
            </w:r>
          </w:p>
        </w:tc>
        <w:tc>
          <w:tcPr>
            <w:tcW w:w="2304" w:type="dxa"/>
            <w:shd w:val="clear" w:color="auto" w:fill="015A41"/>
            <w:tcMar>
              <w:top w:w="70" w:type="dxa"/>
              <w:left w:w="70" w:type="dxa"/>
              <w:bottom w:w="70" w:type="dxa"/>
              <w:right w:w="70" w:type="dxa"/>
            </w:tcMar>
            <w:vAlign w:val="center"/>
          </w:tcPr>
          <w:p w14:paraId="6FB8B458" w14:textId="77777777" w:rsidR="00D47296" w:rsidRDefault="008C31C1">
            <w:r>
              <w:rPr>
                <w:b/>
                <w:color w:val="FFFFFF"/>
                <w:sz w:val="15"/>
              </w:rPr>
              <w:t>Staffing Action</w:t>
            </w:r>
          </w:p>
        </w:tc>
        <w:tc>
          <w:tcPr>
            <w:tcW w:w="3024" w:type="dxa"/>
            <w:shd w:val="clear" w:color="auto" w:fill="015A41"/>
            <w:tcMar>
              <w:top w:w="70" w:type="dxa"/>
              <w:left w:w="70" w:type="dxa"/>
              <w:bottom w:w="70" w:type="dxa"/>
              <w:right w:w="70" w:type="dxa"/>
            </w:tcMar>
            <w:vAlign w:val="center"/>
          </w:tcPr>
          <w:p w14:paraId="1BEB7BF9" w14:textId="77777777" w:rsidR="00D47296" w:rsidRDefault="008C31C1">
            <w:r>
              <w:rPr>
                <w:b/>
                <w:color w:val="FFFFFF"/>
                <w:sz w:val="15"/>
              </w:rPr>
              <w:t>Credential / Scope / Supervision</w:t>
            </w:r>
          </w:p>
        </w:tc>
        <w:tc>
          <w:tcPr>
            <w:tcW w:w="1728" w:type="dxa"/>
            <w:shd w:val="clear" w:color="auto" w:fill="015A41"/>
            <w:tcMar>
              <w:top w:w="70" w:type="dxa"/>
              <w:left w:w="70" w:type="dxa"/>
              <w:bottom w:w="70" w:type="dxa"/>
              <w:right w:w="70" w:type="dxa"/>
            </w:tcMar>
            <w:vAlign w:val="center"/>
          </w:tcPr>
          <w:p w14:paraId="33FFB76E" w14:textId="77777777" w:rsidR="00D47296" w:rsidRDefault="008C31C1">
            <w:r>
              <w:rPr>
                <w:b/>
                <w:color w:val="FFFFFF"/>
                <w:sz w:val="15"/>
              </w:rPr>
              <w:t>Documentation</w:t>
            </w:r>
          </w:p>
        </w:tc>
      </w:tr>
      <w:tr w:rsidR="00D47296" w14:paraId="663B4B0B" w14:textId="77777777">
        <w:trPr>
          <w:jc w:val="center"/>
        </w:trPr>
        <w:tc>
          <w:tcPr>
            <w:tcW w:w="2160" w:type="dxa"/>
            <w:shd w:val="clear" w:color="auto" w:fill="E8F2EE"/>
            <w:tcMar>
              <w:top w:w="70" w:type="dxa"/>
              <w:left w:w="70" w:type="dxa"/>
              <w:bottom w:w="70" w:type="dxa"/>
              <w:right w:w="70" w:type="dxa"/>
            </w:tcMar>
            <w:vAlign w:val="center"/>
          </w:tcPr>
          <w:p w14:paraId="74844EF7" w14:textId="77777777" w:rsidR="00D47296" w:rsidRDefault="008C31C1">
            <w:r>
              <w:rPr>
                <w:sz w:val="15"/>
              </w:rPr>
              <w:t>Call-back</w:t>
            </w:r>
          </w:p>
        </w:tc>
        <w:tc>
          <w:tcPr>
            <w:tcW w:w="2016" w:type="dxa"/>
            <w:shd w:val="clear" w:color="auto" w:fill="E8F2EE"/>
            <w:tcMar>
              <w:top w:w="70" w:type="dxa"/>
              <w:left w:w="70" w:type="dxa"/>
              <w:bottom w:w="70" w:type="dxa"/>
              <w:right w:w="70" w:type="dxa"/>
            </w:tcMar>
            <w:vAlign w:val="center"/>
          </w:tcPr>
          <w:p w14:paraId="12D63E83"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4028E6E8" w14:textId="77777777" w:rsidR="00D47296" w:rsidRDefault="008C31C1">
            <w:r>
              <w:rPr>
                <w:i/>
                <w:color w:val="777777"/>
                <w:sz w:val="24"/>
              </w:rPr>
              <w:t>&lt;Insert&gt;</w:t>
            </w:r>
          </w:p>
        </w:tc>
        <w:tc>
          <w:tcPr>
            <w:tcW w:w="3024" w:type="dxa"/>
            <w:shd w:val="clear" w:color="auto" w:fill="E8F2EE"/>
            <w:tcMar>
              <w:top w:w="70" w:type="dxa"/>
              <w:left w:w="70" w:type="dxa"/>
              <w:bottom w:w="70" w:type="dxa"/>
              <w:right w:w="70" w:type="dxa"/>
            </w:tcMar>
            <w:vAlign w:val="center"/>
          </w:tcPr>
          <w:p w14:paraId="7C2F1869" w14:textId="77777777" w:rsidR="00D47296" w:rsidRDefault="008C31C1">
            <w:r>
              <w:rPr>
                <w:sz w:val="15"/>
              </w:rPr>
              <w:t>N/A</w:t>
            </w:r>
          </w:p>
        </w:tc>
        <w:tc>
          <w:tcPr>
            <w:tcW w:w="1728" w:type="dxa"/>
            <w:shd w:val="clear" w:color="auto" w:fill="E8F2EE"/>
            <w:tcMar>
              <w:top w:w="70" w:type="dxa"/>
              <w:left w:w="70" w:type="dxa"/>
              <w:bottom w:w="70" w:type="dxa"/>
              <w:right w:w="70" w:type="dxa"/>
            </w:tcMar>
            <w:vAlign w:val="center"/>
          </w:tcPr>
          <w:p w14:paraId="35C874F2" w14:textId="77777777" w:rsidR="00D47296" w:rsidRDefault="008C31C1">
            <w:r>
              <w:rPr>
                <w:i/>
                <w:color w:val="777777"/>
                <w:sz w:val="24"/>
              </w:rPr>
              <w:t>&lt;Insert&gt;</w:t>
            </w:r>
          </w:p>
        </w:tc>
      </w:tr>
      <w:tr w:rsidR="00D47296" w14:paraId="605E371D" w14:textId="77777777">
        <w:trPr>
          <w:jc w:val="center"/>
        </w:trPr>
        <w:tc>
          <w:tcPr>
            <w:tcW w:w="2160" w:type="dxa"/>
            <w:tcMar>
              <w:top w:w="70" w:type="dxa"/>
              <w:left w:w="70" w:type="dxa"/>
              <w:bottom w:w="70" w:type="dxa"/>
              <w:right w:w="70" w:type="dxa"/>
            </w:tcMar>
            <w:vAlign w:val="center"/>
          </w:tcPr>
          <w:p w14:paraId="0BBACAC1" w14:textId="77777777" w:rsidR="00D47296" w:rsidRDefault="008C31C1">
            <w:r>
              <w:rPr>
                <w:sz w:val="15"/>
              </w:rPr>
              <w:t>Reassignment / cross-coverage</w:t>
            </w:r>
          </w:p>
        </w:tc>
        <w:tc>
          <w:tcPr>
            <w:tcW w:w="2016" w:type="dxa"/>
            <w:tcMar>
              <w:top w:w="70" w:type="dxa"/>
              <w:left w:w="70" w:type="dxa"/>
              <w:bottom w:w="70" w:type="dxa"/>
              <w:right w:w="70" w:type="dxa"/>
            </w:tcMar>
            <w:vAlign w:val="center"/>
          </w:tcPr>
          <w:p w14:paraId="1800F4DB"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77BE2582" w14:textId="77777777" w:rsidR="00D47296" w:rsidRDefault="008C31C1">
            <w:r>
              <w:rPr>
                <w:i/>
                <w:color w:val="777777"/>
                <w:sz w:val="24"/>
              </w:rPr>
              <w:t>&lt;Insert&gt;</w:t>
            </w:r>
          </w:p>
        </w:tc>
        <w:tc>
          <w:tcPr>
            <w:tcW w:w="3024" w:type="dxa"/>
            <w:tcMar>
              <w:top w:w="70" w:type="dxa"/>
              <w:left w:w="70" w:type="dxa"/>
              <w:bottom w:w="70" w:type="dxa"/>
              <w:right w:w="70" w:type="dxa"/>
            </w:tcMar>
            <w:vAlign w:val="center"/>
          </w:tcPr>
          <w:p w14:paraId="54B1F605"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4A37F927" w14:textId="77777777" w:rsidR="00D47296" w:rsidRDefault="008C31C1">
            <w:r>
              <w:rPr>
                <w:i/>
                <w:color w:val="777777"/>
                <w:sz w:val="24"/>
              </w:rPr>
              <w:t>&lt;Insert&gt;</w:t>
            </w:r>
          </w:p>
        </w:tc>
      </w:tr>
      <w:tr w:rsidR="00D47296" w14:paraId="4F2DD8A6" w14:textId="77777777">
        <w:trPr>
          <w:jc w:val="center"/>
        </w:trPr>
        <w:tc>
          <w:tcPr>
            <w:tcW w:w="2160" w:type="dxa"/>
            <w:shd w:val="clear" w:color="auto" w:fill="E8F2EE"/>
            <w:tcMar>
              <w:top w:w="70" w:type="dxa"/>
              <w:left w:w="70" w:type="dxa"/>
              <w:bottom w:w="70" w:type="dxa"/>
              <w:right w:w="70" w:type="dxa"/>
            </w:tcMar>
            <w:vAlign w:val="center"/>
          </w:tcPr>
          <w:p w14:paraId="19754D99" w14:textId="77777777" w:rsidR="00D47296" w:rsidRDefault="008C31C1">
            <w:r>
              <w:rPr>
                <w:sz w:val="15"/>
              </w:rPr>
              <w:t>Contract / agency</w:t>
            </w:r>
          </w:p>
        </w:tc>
        <w:tc>
          <w:tcPr>
            <w:tcW w:w="2016" w:type="dxa"/>
            <w:shd w:val="clear" w:color="auto" w:fill="E8F2EE"/>
            <w:tcMar>
              <w:top w:w="70" w:type="dxa"/>
              <w:left w:w="70" w:type="dxa"/>
              <w:bottom w:w="70" w:type="dxa"/>
              <w:right w:w="70" w:type="dxa"/>
            </w:tcMar>
            <w:vAlign w:val="center"/>
          </w:tcPr>
          <w:p w14:paraId="442E95F0"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4A3AEA3C" w14:textId="77777777" w:rsidR="00D47296" w:rsidRDefault="008C31C1">
            <w:r>
              <w:rPr>
                <w:i/>
                <w:color w:val="777777"/>
                <w:sz w:val="24"/>
              </w:rPr>
              <w:t>&lt;Insert&gt;</w:t>
            </w:r>
          </w:p>
        </w:tc>
        <w:tc>
          <w:tcPr>
            <w:tcW w:w="3024" w:type="dxa"/>
            <w:shd w:val="clear" w:color="auto" w:fill="E8F2EE"/>
            <w:tcMar>
              <w:top w:w="70" w:type="dxa"/>
              <w:left w:w="70" w:type="dxa"/>
              <w:bottom w:w="70" w:type="dxa"/>
              <w:right w:w="70" w:type="dxa"/>
            </w:tcMar>
            <w:vAlign w:val="center"/>
          </w:tcPr>
          <w:p w14:paraId="5138D5AA"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0C69BABF" w14:textId="77777777" w:rsidR="00D47296" w:rsidRDefault="008C31C1">
            <w:r>
              <w:rPr>
                <w:i/>
                <w:color w:val="777777"/>
                <w:sz w:val="24"/>
              </w:rPr>
              <w:t>&lt;Insert&gt;</w:t>
            </w:r>
          </w:p>
        </w:tc>
      </w:tr>
      <w:tr w:rsidR="00D47296" w14:paraId="55DC98A6" w14:textId="77777777">
        <w:trPr>
          <w:jc w:val="center"/>
        </w:trPr>
        <w:tc>
          <w:tcPr>
            <w:tcW w:w="2160" w:type="dxa"/>
            <w:tcMar>
              <w:top w:w="70" w:type="dxa"/>
              <w:left w:w="70" w:type="dxa"/>
              <w:bottom w:w="70" w:type="dxa"/>
              <w:right w:w="70" w:type="dxa"/>
            </w:tcMar>
            <w:vAlign w:val="center"/>
          </w:tcPr>
          <w:p w14:paraId="2CDD390A" w14:textId="77777777" w:rsidR="00D47296" w:rsidRDefault="008C31C1">
            <w:r>
              <w:rPr>
                <w:sz w:val="15"/>
              </w:rPr>
              <w:t>Volunteers</w:t>
            </w:r>
          </w:p>
        </w:tc>
        <w:tc>
          <w:tcPr>
            <w:tcW w:w="2016" w:type="dxa"/>
            <w:tcMar>
              <w:top w:w="70" w:type="dxa"/>
              <w:left w:w="70" w:type="dxa"/>
              <w:bottom w:w="70" w:type="dxa"/>
              <w:right w:w="70" w:type="dxa"/>
            </w:tcMar>
            <w:vAlign w:val="center"/>
          </w:tcPr>
          <w:p w14:paraId="3DE1FB37" w14:textId="77777777" w:rsidR="00D47296" w:rsidRDefault="008C31C1">
            <w:r>
              <w:rPr>
                <w:i/>
                <w:color w:val="777777"/>
                <w:sz w:val="24"/>
              </w:rPr>
              <w:t>&lt;Insert&gt;</w:t>
            </w:r>
          </w:p>
        </w:tc>
        <w:tc>
          <w:tcPr>
            <w:tcW w:w="2304" w:type="dxa"/>
            <w:tcMar>
              <w:top w:w="70" w:type="dxa"/>
              <w:left w:w="70" w:type="dxa"/>
              <w:bottom w:w="70" w:type="dxa"/>
              <w:right w:w="70" w:type="dxa"/>
            </w:tcMar>
            <w:vAlign w:val="center"/>
          </w:tcPr>
          <w:p w14:paraId="216F4ADE" w14:textId="77777777" w:rsidR="00D47296" w:rsidRDefault="008C31C1">
            <w:r>
              <w:rPr>
                <w:i/>
                <w:color w:val="777777"/>
                <w:sz w:val="24"/>
              </w:rPr>
              <w:t>&lt;Insert&gt;</w:t>
            </w:r>
          </w:p>
        </w:tc>
        <w:tc>
          <w:tcPr>
            <w:tcW w:w="3024" w:type="dxa"/>
            <w:tcMar>
              <w:top w:w="70" w:type="dxa"/>
              <w:left w:w="70" w:type="dxa"/>
              <w:bottom w:w="70" w:type="dxa"/>
              <w:right w:w="70" w:type="dxa"/>
            </w:tcMar>
            <w:vAlign w:val="center"/>
          </w:tcPr>
          <w:p w14:paraId="4597F0FA"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710487DA" w14:textId="77777777" w:rsidR="00D47296" w:rsidRDefault="008C31C1">
            <w:r>
              <w:rPr>
                <w:i/>
                <w:color w:val="777777"/>
                <w:sz w:val="24"/>
              </w:rPr>
              <w:t>&lt;Insert&gt;</w:t>
            </w:r>
          </w:p>
        </w:tc>
      </w:tr>
      <w:tr w:rsidR="00D47296" w14:paraId="1F3040B4" w14:textId="77777777">
        <w:trPr>
          <w:jc w:val="center"/>
        </w:trPr>
        <w:tc>
          <w:tcPr>
            <w:tcW w:w="2160" w:type="dxa"/>
            <w:shd w:val="clear" w:color="auto" w:fill="E8F2EE"/>
            <w:tcMar>
              <w:top w:w="70" w:type="dxa"/>
              <w:left w:w="70" w:type="dxa"/>
              <w:bottom w:w="70" w:type="dxa"/>
              <w:right w:w="70" w:type="dxa"/>
            </w:tcMar>
            <w:vAlign w:val="center"/>
          </w:tcPr>
          <w:p w14:paraId="0AD90C39" w14:textId="77777777" w:rsidR="00D47296" w:rsidRDefault="008C31C1">
            <w:r>
              <w:rPr>
                <w:sz w:val="15"/>
              </w:rPr>
              <w:t>State/Federal designated professionals</w:t>
            </w:r>
          </w:p>
        </w:tc>
        <w:tc>
          <w:tcPr>
            <w:tcW w:w="2016" w:type="dxa"/>
            <w:shd w:val="clear" w:color="auto" w:fill="E8F2EE"/>
            <w:tcMar>
              <w:top w:w="70" w:type="dxa"/>
              <w:left w:w="70" w:type="dxa"/>
              <w:bottom w:w="70" w:type="dxa"/>
              <w:right w:w="70" w:type="dxa"/>
            </w:tcMar>
            <w:vAlign w:val="center"/>
          </w:tcPr>
          <w:p w14:paraId="43B69A1C" w14:textId="77777777" w:rsidR="00D47296" w:rsidRDefault="008C31C1">
            <w:r>
              <w:rPr>
                <w:i/>
                <w:color w:val="777777"/>
                <w:sz w:val="24"/>
              </w:rPr>
              <w:t>&lt;Insert&gt;</w:t>
            </w:r>
          </w:p>
        </w:tc>
        <w:tc>
          <w:tcPr>
            <w:tcW w:w="2304" w:type="dxa"/>
            <w:shd w:val="clear" w:color="auto" w:fill="E8F2EE"/>
            <w:tcMar>
              <w:top w:w="70" w:type="dxa"/>
              <w:left w:w="70" w:type="dxa"/>
              <w:bottom w:w="70" w:type="dxa"/>
              <w:right w:w="70" w:type="dxa"/>
            </w:tcMar>
            <w:vAlign w:val="center"/>
          </w:tcPr>
          <w:p w14:paraId="4F42EEE0" w14:textId="77777777" w:rsidR="00D47296" w:rsidRDefault="008C31C1">
            <w:r>
              <w:rPr>
                <w:i/>
                <w:color w:val="777777"/>
                <w:sz w:val="24"/>
              </w:rPr>
              <w:t>&lt;Insert&gt;</w:t>
            </w:r>
          </w:p>
        </w:tc>
        <w:tc>
          <w:tcPr>
            <w:tcW w:w="3024" w:type="dxa"/>
            <w:shd w:val="clear" w:color="auto" w:fill="E8F2EE"/>
            <w:tcMar>
              <w:top w:w="70" w:type="dxa"/>
              <w:left w:w="70" w:type="dxa"/>
              <w:bottom w:w="70" w:type="dxa"/>
              <w:right w:w="70" w:type="dxa"/>
            </w:tcMar>
            <w:vAlign w:val="center"/>
          </w:tcPr>
          <w:p w14:paraId="55D2E4E2"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16A3A651" w14:textId="77777777" w:rsidR="00D47296" w:rsidRDefault="008C31C1">
            <w:r>
              <w:rPr>
                <w:i/>
                <w:color w:val="777777"/>
                <w:sz w:val="24"/>
              </w:rPr>
              <w:t>&lt;Insert&gt;</w:t>
            </w:r>
          </w:p>
        </w:tc>
      </w:tr>
    </w:tbl>
    <w:p w14:paraId="192EF39D" w14:textId="77777777" w:rsidR="00D47296" w:rsidRDefault="00D47296">
      <w:pPr>
        <w:spacing w:after="0"/>
      </w:pPr>
    </w:p>
    <w:p w14:paraId="394486AF" w14:textId="77777777" w:rsidR="00D47296" w:rsidRDefault="008C31C1">
      <w:pPr>
        <w:pStyle w:val="Heading1"/>
      </w:pPr>
      <w:r>
        <w:t>ANNEX H - CYBERSECURITY / IT / EHR DOWNTIME</w:t>
      </w:r>
    </w:p>
    <w:tbl>
      <w:tblPr>
        <w:tblW w:w="0" w:type="auto"/>
        <w:jc w:val="center"/>
        <w:tblLayout w:type="fixed"/>
        <w:tblLook w:val="04A0" w:firstRow="1" w:lastRow="0" w:firstColumn="1" w:lastColumn="0" w:noHBand="0" w:noVBand="1"/>
      </w:tblPr>
      <w:tblGrid>
        <w:gridCol w:w="4320"/>
        <w:gridCol w:w="6192"/>
      </w:tblGrid>
      <w:tr w:rsidR="00D47296" w14:paraId="403CB926" w14:textId="77777777">
        <w:trPr>
          <w:tblHeader/>
          <w:jc w:val="center"/>
        </w:trPr>
        <w:tc>
          <w:tcPr>
            <w:tcW w:w="4320" w:type="dxa"/>
            <w:shd w:val="clear" w:color="auto" w:fill="015A41"/>
            <w:tcMar>
              <w:top w:w="70" w:type="dxa"/>
              <w:left w:w="70" w:type="dxa"/>
              <w:bottom w:w="70" w:type="dxa"/>
              <w:right w:w="70" w:type="dxa"/>
            </w:tcMar>
            <w:vAlign w:val="center"/>
          </w:tcPr>
          <w:p w14:paraId="14EFA757" w14:textId="77777777" w:rsidR="00D47296" w:rsidRDefault="008C31C1">
            <w:r>
              <w:rPr>
                <w:b/>
                <w:color w:val="FFFFFF"/>
                <w:sz w:val="18"/>
              </w:rPr>
              <w:t>Element</w:t>
            </w:r>
          </w:p>
        </w:tc>
        <w:tc>
          <w:tcPr>
            <w:tcW w:w="6192" w:type="dxa"/>
            <w:shd w:val="clear" w:color="auto" w:fill="015A41"/>
            <w:tcMar>
              <w:top w:w="70" w:type="dxa"/>
              <w:left w:w="70" w:type="dxa"/>
              <w:bottom w:w="70" w:type="dxa"/>
              <w:right w:w="70" w:type="dxa"/>
            </w:tcMar>
            <w:vAlign w:val="center"/>
          </w:tcPr>
          <w:p w14:paraId="48F37E2F" w14:textId="77777777" w:rsidR="00D47296" w:rsidRDefault="008C31C1">
            <w:r>
              <w:rPr>
                <w:b/>
                <w:color w:val="FFFFFF"/>
                <w:sz w:val="18"/>
              </w:rPr>
              <w:t>Facility Process</w:t>
            </w:r>
          </w:p>
        </w:tc>
      </w:tr>
      <w:tr w:rsidR="00D47296" w14:paraId="4664E8C5" w14:textId="77777777">
        <w:trPr>
          <w:jc w:val="center"/>
        </w:trPr>
        <w:tc>
          <w:tcPr>
            <w:tcW w:w="4320" w:type="dxa"/>
            <w:shd w:val="clear" w:color="auto" w:fill="E8F2EE"/>
            <w:tcMar>
              <w:top w:w="70" w:type="dxa"/>
              <w:left w:w="70" w:type="dxa"/>
              <w:bottom w:w="70" w:type="dxa"/>
              <w:right w:w="70" w:type="dxa"/>
            </w:tcMar>
            <w:vAlign w:val="center"/>
          </w:tcPr>
          <w:p w14:paraId="7497CC1B" w14:textId="77777777" w:rsidR="00D47296" w:rsidRDefault="008C31C1">
            <w:r>
              <w:rPr>
                <w:sz w:val="18"/>
              </w:rPr>
              <w:t>Activation / incident classification</w:t>
            </w:r>
          </w:p>
        </w:tc>
        <w:tc>
          <w:tcPr>
            <w:tcW w:w="6192" w:type="dxa"/>
            <w:shd w:val="clear" w:color="auto" w:fill="E8F2EE"/>
            <w:tcMar>
              <w:top w:w="70" w:type="dxa"/>
              <w:left w:w="70" w:type="dxa"/>
              <w:bottom w:w="70" w:type="dxa"/>
              <w:right w:w="70" w:type="dxa"/>
            </w:tcMar>
            <w:vAlign w:val="center"/>
          </w:tcPr>
          <w:p w14:paraId="7E7E17D3" w14:textId="77777777" w:rsidR="00D47296" w:rsidRDefault="008C31C1">
            <w:r>
              <w:rPr>
                <w:i/>
                <w:color w:val="777777"/>
                <w:sz w:val="24"/>
              </w:rPr>
              <w:t>&lt;Insert&gt;</w:t>
            </w:r>
          </w:p>
        </w:tc>
      </w:tr>
      <w:tr w:rsidR="00D47296" w14:paraId="4B293089" w14:textId="77777777">
        <w:trPr>
          <w:jc w:val="center"/>
        </w:trPr>
        <w:tc>
          <w:tcPr>
            <w:tcW w:w="4320" w:type="dxa"/>
            <w:tcMar>
              <w:top w:w="70" w:type="dxa"/>
              <w:left w:w="70" w:type="dxa"/>
              <w:bottom w:w="70" w:type="dxa"/>
              <w:right w:w="70" w:type="dxa"/>
            </w:tcMar>
            <w:vAlign w:val="center"/>
          </w:tcPr>
          <w:p w14:paraId="2842B5CB" w14:textId="77777777" w:rsidR="00D47296" w:rsidRDefault="008C31C1">
            <w:r>
              <w:rPr>
                <w:sz w:val="18"/>
              </w:rPr>
              <w:t>EHR downtime forms and workflow</w:t>
            </w:r>
          </w:p>
        </w:tc>
        <w:tc>
          <w:tcPr>
            <w:tcW w:w="6192" w:type="dxa"/>
            <w:tcMar>
              <w:top w:w="70" w:type="dxa"/>
              <w:left w:w="70" w:type="dxa"/>
              <w:bottom w:w="70" w:type="dxa"/>
              <w:right w:w="70" w:type="dxa"/>
            </w:tcMar>
            <w:vAlign w:val="center"/>
          </w:tcPr>
          <w:p w14:paraId="2244F9A0" w14:textId="77777777" w:rsidR="00D47296" w:rsidRDefault="008C31C1">
            <w:r>
              <w:rPr>
                <w:i/>
                <w:color w:val="777777"/>
                <w:sz w:val="24"/>
              </w:rPr>
              <w:t>&lt;Insert&gt;</w:t>
            </w:r>
          </w:p>
        </w:tc>
      </w:tr>
      <w:tr w:rsidR="00D47296" w14:paraId="13637E53" w14:textId="77777777">
        <w:trPr>
          <w:jc w:val="center"/>
        </w:trPr>
        <w:tc>
          <w:tcPr>
            <w:tcW w:w="4320" w:type="dxa"/>
            <w:shd w:val="clear" w:color="auto" w:fill="E8F2EE"/>
            <w:tcMar>
              <w:top w:w="70" w:type="dxa"/>
              <w:left w:w="70" w:type="dxa"/>
              <w:bottom w:w="70" w:type="dxa"/>
              <w:right w:w="70" w:type="dxa"/>
            </w:tcMar>
            <w:vAlign w:val="center"/>
          </w:tcPr>
          <w:p w14:paraId="0637E791" w14:textId="77777777" w:rsidR="00D47296" w:rsidRDefault="008C31C1">
            <w:r>
              <w:rPr>
                <w:sz w:val="18"/>
              </w:rPr>
              <w:t>Patient identity / registration</w:t>
            </w:r>
          </w:p>
        </w:tc>
        <w:tc>
          <w:tcPr>
            <w:tcW w:w="6192" w:type="dxa"/>
            <w:shd w:val="clear" w:color="auto" w:fill="E8F2EE"/>
            <w:tcMar>
              <w:top w:w="70" w:type="dxa"/>
              <w:left w:w="70" w:type="dxa"/>
              <w:bottom w:w="70" w:type="dxa"/>
              <w:right w:w="70" w:type="dxa"/>
            </w:tcMar>
            <w:vAlign w:val="center"/>
          </w:tcPr>
          <w:p w14:paraId="29BB5974" w14:textId="77777777" w:rsidR="00D47296" w:rsidRDefault="008C31C1">
            <w:r>
              <w:rPr>
                <w:i/>
                <w:color w:val="777777"/>
                <w:sz w:val="24"/>
              </w:rPr>
              <w:t>&lt;Insert&gt;</w:t>
            </w:r>
          </w:p>
        </w:tc>
      </w:tr>
      <w:tr w:rsidR="00D47296" w14:paraId="0E0A2604" w14:textId="77777777">
        <w:trPr>
          <w:jc w:val="center"/>
        </w:trPr>
        <w:tc>
          <w:tcPr>
            <w:tcW w:w="4320" w:type="dxa"/>
            <w:tcMar>
              <w:top w:w="70" w:type="dxa"/>
              <w:left w:w="70" w:type="dxa"/>
              <w:bottom w:w="70" w:type="dxa"/>
              <w:right w:w="70" w:type="dxa"/>
            </w:tcMar>
            <w:vAlign w:val="center"/>
          </w:tcPr>
          <w:p w14:paraId="6AF1FF0E" w14:textId="77777777" w:rsidR="00D47296" w:rsidRDefault="008C31C1">
            <w:r>
              <w:rPr>
                <w:sz w:val="18"/>
              </w:rPr>
              <w:lastRenderedPageBreak/>
              <w:t>Medication / prescription continuity</w:t>
            </w:r>
          </w:p>
        </w:tc>
        <w:tc>
          <w:tcPr>
            <w:tcW w:w="6192" w:type="dxa"/>
            <w:tcMar>
              <w:top w:w="70" w:type="dxa"/>
              <w:left w:w="70" w:type="dxa"/>
              <w:bottom w:w="70" w:type="dxa"/>
              <w:right w:w="70" w:type="dxa"/>
            </w:tcMar>
            <w:vAlign w:val="center"/>
          </w:tcPr>
          <w:p w14:paraId="60D2B22C" w14:textId="77777777" w:rsidR="00D47296" w:rsidRDefault="008C31C1">
            <w:r>
              <w:rPr>
                <w:i/>
                <w:color w:val="777777"/>
                <w:sz w:val="24"/>
              </w:rPr>
              <w:t>&lt;Insert&gt;</w:t>
            </w:r>
          </w:p>
        </w:tc>
      </w:tr>
      <w:tr w:rsidR="00D47296" w14:paraId="15903A4D" w14:textId="77777777">
        <w:trPr>
          <w:jc w:val="center"/>
        </w:trPr>
        <w:tc>
          <w:tcPr>
            <w:tcW w:w="4320" w:type="dxa"/>
            <w:shd w:val="clear" w:color="auto" w:fill="E8F2EE"/>
            <w:tcMar>
              <w:top w:w="70" w:type="dxa"/>
              <w:left w:w="70" w:type="dxa"/>
              <w:bottom w:w="70" w:type="dxa"/>
              <w:right w:w="70" w:type="dxa"/>
            </w:tcMar>
            <w:vAlign w:val="center"/>
          </w:tcPr>
          <w:p w14:paraId="36612DBD" w14:textId="77777777" w:rsidR="00D47296" w:rsidRDefault="008C31C1">
            <w:r>
              <w:rPr>
                <w:sz w:val="18"/>
              </w:rPr>
              <w:t>Lab / result continuity</w:t>
            </w:r>
          </w:p>
        </w:tc>
        <w:tc>
          <w:tcPr>
            <w:tcW w:w="6192" w:type="dxa"/>
            <w:shd w:val="clear" w:color="auto" w:fill="E8F2EE"/>
            <w:tcMar>
              <w:top w:w="70" w:type="dxa"/>
              <w:left w:w="70" w:type="dxa"/>
              <w:bottom w:w="70" w:type="dxa"/>
              <w:right w:w="70" w:type="dxa"/>
            </w:tcMar>
            <w:vAlign w:val="center"/>
          </w:tcPr>
          <w:p w14:paraId="49246DAC" w14:textId="77777777" w:rsidR="00D47296" w:rsidRDefault="008C31C1">
            <w:r>
              <w:rPr>
                <w:i/>
                <w:color w:val="777777"/>
                <w:sz w:val="24"/>
              </w:rPr>
              <w:t>&lt;Insert&gt;</w:t>
            </w:r>
          </w:p>
        </w:tc>
      </w:tr>
      <w:tr w:rsidR="00D47296" w14:paraId="3D1044DC" w14:textId="77777777">
        <w:trPr>
          <w:jc w:val="center"/>
        </w:trPr>
        <w:tc>
          <w:tcPr>
            <w:tcW w:w="4320" w:type="dxa"/>
            <w:tcMar>
              <w:top w:w="70" w:type="dxa"/>
              <w:left w:w="70" w:type="dxa"/>
              <w:bottom w:w="70" w:type="dxa"/>
              <w:right w:w="70" w:type="dxa"/>
            </w:tcMar>
            <w:vAlign w:val="center"/>
          </w:tcPr>
          <w:p w14:paraId="59195524" w14:textId="77777777" w:rsidR="00D47296" w:rsidRDefault="008C31C1">
            <w:r>
              <w:rPr>
                <w:sz w:val="18"/>
              </w:rPr>
              <w:t>Internal / external communications</w:t>
            </w:r>
          </w:p>
        </w:tc>
        <w:tc>
          <w:tcPr>
            <w:tcW w:w="6192" w:type="dxa"/>
            <w:tcMar>
              <w:top w:w="70" w:type="dxa"/>
              <w:left w:w="70" w:type="dxa"/>
              <w:bottom w:w="70" w:type="dxa"/>
              <w:right w:w="70" w:type="dxa"/>
            </w:tcMar>
            <w:vAlign w:val="center"/>
          </w:tcPr>
          <w:p w14:paraId="3BE4369F" w14:textId="77777777" w:rsidR="00D47296" w:rsidRDefault="008C31C1">
            <w:r>
              <w:rPr>
                <w:i/>
                <w:color w:val="777777"/>
                <w:sz w:val="24"/>
              </w:rPr>
              <w:t>&lt;Insert&gt;</w:t>
            </w:r>
          </w:p>
        </w:tc>
      </w:tr>
      <w:tr w:rsidR="00D47296" w14:paraId="21A8D35C" w14:textId="77777777">
        <w:trPr>
          <w:jc w:val="center"/>
        </w:trPr>
        <w:tc>
          <w:tcPr>
            <w:tcW w:w="4320" w:type="dxa"/>
            <w:shd w:val="clear" w:color="auto" w:fill="E8F2EE"/>
            <w:tcMar>
              <w:top w:w="70" w:type="dxa"/>
              <w:left w:w="70" w:type="dxa"/>
              <w:bottom w:w="70" w:type="dxa"/>
              <w:right w:w="70" w:type="dxa"/>
            </w:tcMar>
            <w:vAlign w:val="center"/>
          </w:tcPr>
          <w:p w14:paraId="342E7042" w14:textId="77777777" w:rsidR="00D47296" w:rsidRDefault="008C31C1">
            <w:r>
              <w:rPr>
                <w:sz w:val="18"/>
              </w:rPr>
              <w:t>Cybersecurity escalation / vendor / insurer</w:t>
            </w:r>
          </w:p>
        </w:tc>
        <w:tc>
          <w:tcPr>
            <w:tcW w:w="6192" w:type="dxa"/>
            <w:shd w:val="clear" w:color="auto" w:fill="E8F2EE"/>
            <w:tcMar>
              <w:top w:w="70" w:type="dxa"/>
              <w:left w:w="70" w:type="dxa"/>
              <w:bottom w:w="70" w:type="dxa"/>
              <w:right w:w="70" w:type="dxa"/>
            </w:tcMar>
            <w:vAlign w:val="center"/>
          </w:tcPr>
          <w:p w14:paraId="749560A0" w14:textId="77777777" w:rsidR="00D47296" w:rsidRDefault="008C31C1">
            <w:r>
              <w:rPr>
                <w:i/>
                <w:color w:val="777777"/>
                <w:sz w:val="24"/>
              </w:rPr>
              <w:t>&lt;Insert&gt;</w:t>
            </w:r>
          </w:p>
        </w:tc>
      </w:tr>
      <w:tr w:rsidR="00D47296" w14:paraId="761AD029" w14:textId="77777777">
        <w:trPr>
          <w:jc w:val="center"/>
        </w:trPr>
        <w:tc>
          <w:tcPr>
            <w:tcW w:w="4320" w:type="dxa"/>
            <w:tcMar>
              <w:top w:w="70" w:type="dxa"/>
              <w:left w:w="70" w:type="dxa"/>
              <w:bottom w:w="70" w:type="dxa"/>
              <w:right w:w="70" w:type="dxa"/>
            </w:tcMar>
            <w:vAlign w:val="center"/>
          </w:tcPr>
          <w:p w14:paraId="64C1465D" w14:textId="77777777" w:rsidR="00D47296" w:rsidRDefault="008C31C1">
            <w:r>
              <w:rPr>
                <w:sz w:val="18"/>
              </w:rPr>
              <w:t>Backup / restoration / validation</w:t>
            </w:r>
          </w:p>
        </w:tc>
        <w:tc>
          <w:tcPr>
            <w:tcW w:w="6192" w:type="dxa"/>
            <w:tcMar>
              <w:top w:w="70" w:type="dxa"/>
              <w:left w:w="70" w:type="dxa"/>
              <w:bottom w:w="70" w:type="dxa"/>
              <w:right w:w="70" w:type="dxa"/>
            </w:tcMar>
            <w:vAlign w:val="center"/>
          </w:tcPr>
          <w:p w14:paraId="65B544BC" w14:textId="77777777" w:rsidR="00D47296" w:rsidRDefault="008C31C1">
            <w:r>
              <w:rPr>
                <w:i/>
                <w:color w:val="777777"/>
                <w:sz w:val="24"/>
              </w:rPr>
              <w:t>&lt;Insert&gt;</w:t>
            </w:r>
          </w:p>
        </w:tc>
      </w:tr>
      <w:tr w:rsidR="00D47296" w14:paraId="5E9B51F8" w14:textId="77777777">
        <w:trPr>
          <w:jc w:val="center"/>
        </w:trPr>
        <w:tc>
          <w:tcPr>
            <w:tcW w:w="4320" w:type="dxa"/>
            <w:shd w:val="clear" w:color="auto" w:fill="E8F2EE"/>
            <w:tcMar>
              <w:top w:w="70" w:type="dxa"/>
              <w:left w:w="70" w:type="dxa"/>
              <w:bottom w:w="70" w:type="dxa"/>
              <w:right w:w="70" w:type="dxa"/>
            </w:tcMar>
            <w:vAlign w:val="center"/>
          </w:tcPr>
          <w:p w14:paraId="7DB0BC5D" w14:textId="77777777" w:rsidR="00D47296" w:rsidRDefault="008C31C1">
            <w:r>
              <w:rPr>
                <w:sz w:val="18"/>
              </w:rPr>
              <w:t>Reconciliation after restoration</w:t>
            </w:r>
          </w:p>
        </w:tc>
        <w:tc>
          <w:tcPr>
            <w:tcW w:w="6192" w:type="dxa"/>
            <w:shd w:val="clear" w:color="auto" w:fill="E8F2EE"/>
            <w:tcMar>
              <w:top w:w="70" w:type="dxa"/>
              <w:left w:w="70" w:type="dxa"/>
              <w:bottom w:w="70" w:type="dxa"/>
              <w:right w:w="70" w:type="dxa"/>
            </w:tcMar>
            <w:vAlign w:val="center"/>
          </w:tcPr>
          <w:p w14:paraId="00372537" w14:textId="77777777" w:rsidR="00D47296" w:rsidRDefault="008C31C1">
            <w:r>
              <w:rPr>
                <w:i/>
                <w:color w:val="777777"/>
                <w:sz w:val="24"/>
              </w:rPr>
              <w:t>&lt;Insert&gt;</w:t>
            </w:r>
          </w:p>
        </w:tc>
      </w:tr>
      <w:tr w:rsidR="00D47296" w14:paraId="63238A72" w14:textId="77777777">
        <w:trPr>
          <w:jc w:val="center"/>
        </w:trPr>
        <w:tc>
          <w:tcPr>
            <w:tcW w:w="4320" w:type="dxa"/>
            <w:tcMar>
              <w:top w:w="70" w:type="dxa"/>
              <w:left w:w="70" w:type="dxa"/>
              <w:bottom w:w="70" w:type="dxa"/>
              <w:right w:w="70" w:type="dxa"/>
            </w:tcMar>
            <w:vAlign w:val="center"/>
          </w:tcPr>
          <w:p w14:paraId="07A490A2" w14:textId="77777777" w:rsidR="00D47296" w:rsidRDefault="008C31C1">
            <w:r>
              <w:rPr>
                <w:sz w:val="18"/>
              </w:rPr>
              <w:t>Extended downtime / service closure trigger</w:t>
            </w:r>
          </w:p>
        </w:tc>
        <w:tc>
          <w:tcPr>
            <w:tcW w:w="6192" w:type="dxa"/>
            <w:tcMar>
              <w:top w:w="70" w:type="dxa"/>
              <w:left w:w="70" w:type="dxa"/>
              <w:bottom w:w="70" w:type="dxa"/>
              <w:right w:w="70" w:type="dxa"/>
            </w:tcMar>
            <w:vAlign w:val="center"/>
          </w:tcPr>
          <w:p w14:paraId="4F4D4A2D" w14:textId="77777777" w:rsidR="00D47296" w:rsidRDefault="008C31C1">
            <w:r>
              <w:rPr>
                <w:i/>
                <w:color w:val="777777"/>
                <w:sz w:val="24"/>
              </w:rPr>
              <w:t>&lt;Insert&gt;</w:t>
            </w:r>
          </w:p>
        </w:tc>
      </w:tr>
    </w:tbl>
    <w:p w14:paraId="6583190B" w14:textId="77777777" w:rsidR="00D47296" w:rsidRDefault="00D47296">
      <w:pPr>
        <w:spacing w:after="0"/>
      </w:pPr>
    </w:p>
    <w:p w14:paraId="7164AED5" w14:textId="77777777" w:rsidR="00D47296" w:rsidRDefault="008C31C1">
      <w:pPr>
        <w:pStyle w:val="Heading1"/>
      </w:pPr>
      <w:r>
        <w:t>ANNEX I - EMRESOURCE / HCC-ME SITUATIONAL AWARENESS (OPTIONAL)</w:t>
      </w:r>
    </w:p>
    <w:tbl>
      <w:tblPr>
        <w:tblW w:w="0" w:type="auto"/>
        <w:jc w:val="center"/>
        <w:tblLook w:val="04A0" w:firstRow="1" w:lastRow="0" w:firstColumn="1" w:lastColumn="0" w:noHBand="0" w:noVBand="1"/>
      </w:tblPr>
      <w:tblGrid>
        <w:gridCol w:w="10800"/>
      </w:tblGrid>
      <w:tr w:rsidR="00D47296" w14:paraId="52CAEF08" w14:textId="77777777">
        <w:trPr>
          <w:jc w:val="center"/>
        </w:trPr>
        <w:tc>
          <w:tcPr>
            <w:tcW w:w="10800" w:type="dxa"/>
            <w:shd w:val="clear" w:color="auto" w:fill="E8F2EE"/>
          </w:tcPr>
          <w:p w14:paraId="3E941A8A" w14:textId="77777777" w:rsidR="00D47296" w:rsidRDefault="008C31C1">
            <w:r>
              <w:rPr>
                <w:b/>
                <w:color w:val="015A41"/>
              </w:rPr>
              <w:t xml:space="preserve">OPTIONAL HCC-ME RESOURCE </w:t>
            </w:r>
            <w:r>
              <w:t>Participation in HCC-ME or EMResource does not replace required regulatory/public-health reporting. CMS encourages healthcare coalition engagement where feasible; document coalition participation when used for exercises or compliance support.</w:t>
            </w:r>
          </w:p>
        </w:tc>
      </w:tr>
    </w:tbl>
    <w:p w14:paraId="4E40EA03"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2E82BE1C" w14:textId="77777777">
        <w:trPr>
          <w:tblHeader/>
          <w:jc w:val="center"/>
        </w:trPr>
        <w:tc>
          <w:tcPr>
            <w:tcW w:w="4320" w:type="dxa"/>
            <w:shd w:val="clear" w:color="auto" w:fill="015A41"/>
            <w:tcMar>
              <w:top w:w="70" w:type="dxa"/>
              <w:left w:w="70" w:type="dxa"/>
              <w:bottom w:w="70" w:type="dxa"/>
              <w:right w:w="70" w:type="dxa"/>
            </w:tcMar>
            <w:vAlign w:val="center"/>
          </w:tcPr>
          <w:p w14:paraId="2B5E4258"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5A23E7DC" w14:textId="77777777" w:rsidR="00D47296" w:rsidRDefault="008C31C1">
            <w:r>
              <w:rPr>
                <w:b/>
                <w:color w:val="FFFFFF"/>
                <w:sz w:val="18"/>
              </w:rPr>
              <w:t>Facility Entry</w:t>
            </w:r>
          </w:p>
        </w:tc>
      </w:tr>
      <w:tr w:rsidR="00D47296" w14:paraId="5649E70F" w14:textId="77777777">
        <w:trPr>
          <w:jc w:val="center"/>
        </w:trPr>
        <w:tc>
          <w:tcPr>
            <w:tcW w:w="4320" w:type="dxa"/>
            <w:shd w:val="clear" w:color="auto" w:fill="E8F2EE"/>
            <w:tcMar>
              <w:top w:w="70" w:type="dxa"/>
              <w:left w:w="70" w:type="dxa"/>
              <w:bottom w:w="70" w:type="dxa"/>
              <w:right w:w="70" w:type="dxa"/>
            </w:tcMar>
            <w:vAlign w:val="center"/>
          </w:tcPr>
          <w:p w14:paraId="68C4142F" w14:textId="77777777" w:rsidR="00D47296" w:rsidRDefault="008C31C1">
            <w:r>
              <w:rPr>
                <w:sz w:val="18"/>
              </w:rPr>
              <w:t>HCC-ME District Liaison</w:t>
            </w:r>
          </w:p>
        </w:tc>
        <w:tc>
          <w:tcPr>
            <w:tcW w:w="6192" w:type="dxa"/>
            <w:shd w:val="clear" w:color="auto" w:fill="E8F2EE"/>
            <w:tcMar>
              <w:top w:w="70" w:type="dxa"/>
              <w:left w:w="70" w:type="dxa"/>
              <w:bottom w:w="70" w:type="dxa"/>
              <w:right w:w="70" w:type="dxa"/>
            </w:tcMar>
            <w:vAlign w:val="center"/>
          </w:tcPr>
          <w:p w14:paraId="45472B03" w14:textId="77777777" w:rsidR="00D47296" w:rsidRDefault="008C31C1">
            <w:r>
              <w:rPr>
                <w:i/>
                <w:color w:val="777777"/>
                <w:sz w:val="24"/>
              </w:rPr>
              <w:t>&lt;Insert&gt;</w:t>
            </w:r>
          </w:p>
        </w:tc>
      </w:tr>
      <w:tr w:rsidR="00D47296" w14:paraId="0CBA6A12" w14:textId="77777777">
        <w:trPr>
          <w:jc w:val="center"/>
        </w:trPr>
        <w:tc>
          <w:tcPr>
            <w:tcW w:w="4320" w:type="dxa"/>
            <w:tcMar>
              <w:top w:w="70" w:type="dxa"/>
              <w:left w:w="70" w:type="dxa"/>
              <w:bottom w:w="70" w:type="dxa"/>
              <w:right w:w="70" w:type="dxa"/>
            </w:tcMar>
            <w:vAlign w:val="center"/>
          </w:tcPr>
          <w:p w14:paraId="6C320389" w14:textId="77777777" w:rsidR="00D47296" w:rsidRDefault="008C31C1">
            <w:r>
              <w:rPr>
                <w:sz w:val="18"/>
              </w:rPr>
              <w:t>EMResource account / responsible role</w:t>
            </w:r>
          </w:p>
        </w:tc>
        <w:tc>
          <w:tcPr>
            <w:tcW w:w="6192" w:type="dxa"/>
            <w:tcMar>
              <w:top w:w="70" w:type="dxa"/>
              <w:left w:w="70" w:type="dxa"/>
              <w:bottom w:w="70" w:type="dxa"/>
              <w:right w:w="70" w:type="dxa"/>
            </w:tcMar>
            <w:vAlign w:val="center"/>
          </w:tcPr>
          <w:p w14:paraId="55BE9DD9" w14:textId="77777777" w:rsidR="00D47296" w:rsidRDefault="008C31C1">
            <w:r>
              <w:rPr>
                <w:i/>
                <w:color w:val="777777"/>
                <w:sz w:val="24"/>
              </w:rPr>
              <w:t>&lt;Insert&gt;</w:t>
            </w:r>
          </w:p>
        </w:tc>
      </w:tr>
      <w:tr w:rsidR="00D47296" w14:paraId="231DA873" w14:textId="77777777">
        <w:trPr>
          <w:jc w:val="center"/>
        </w:trPr>
        <w:tc>
          <w:tcPr>
            <w:tcW w:w="4320" w:type="dxa"/>
            <w:shd w:val="clear" w:color="auto" w:fill="E8F2EE"/>
            <w:tcMar>
              <w:top w:w="70" w:type="dxa"/>
              <w:left w:w="70" w:type="dxa"/>
              <w:bottom w:w="70" w:type="dxa"/>
              <w:right w:w="70" w:type="dxa"/>
            </w:tcMar>
            <w:vAlign w:val="center"/>
          </w:tcPr>
          <w:p w14:paraId="6683FF04" w14:textId="77777777" w:rsidR="00D47296" w:rsidRDefault="008C31C1">
            <w:r>
              <w:rPr>
                <w:sz w:val="18"/>
              </w:rPr>
              <w:t>Internal approval to submit status</w:t>
            </w:r>
          </w:p>
        </w:tc>
        <w:tc>
          <w:tcPr>
            <w:tcW w:w="6192" w:type="dxa"/>
            <w:shd w:val="clear" w:color="auto" w:fill="E8F2EE"/>
            <w:tcMar>
              <w:top w:w="70" w:type="dxa"/>
              <w:left w:w="70" w:type="dxa"/>
              <w:bottom w:w="70" w:type="dxa"/>
              <w:right w:w="70" w:type="dxa"/>
            </w:tcMar>
            <w:vAlign w:val="center"/>
          </w:tcPr>
          <w:p w14:paraId="70DB2B6B" w14:textId="77777777" w:rsidR="00D47296" w:rsidRDefault="008C31C1">
            <w:r>
              <w:rPr>
                <w:i/>
                <w:color w:val="777777"/>
                <w:sz w:val="24"/>
              </w:rPr>
              <w:t>&lt;Insert&gt;</w:t>
            </w:r>
          </w:p>
        </w:tc>
      </w:tr>
      <w:tr w:rsidR="00D47296" w14:paraId="2D36ECFD" w14:textId="77777777">
        <w:trPr>
          <w:jc w:val="center"/>
        </w:trPr>
        <w:tc>
          <w:tcPr>
            <w:tcW w:w="4320" w:type="dxa"/>
            <w:tcMar>
              <w:top w:w="70" w:type="dxa"/>
              <w:left w:w="70" w:type="dxa"/>
              <w:bottom w:w="70" w:type="dxa"/>
              <w:right w:w="70" w:type="dxa"/>
            </w:tcMar>
            <w:vAlign w:val="center"/>
          </w:tcPr>
          <w:p w14:paraId="43D411ED" w14:textId="77777777" w:rsidR="00D47296" w:rsidRDefault="008C31C1">
            <w:r>
              <w:rPr>
                <w:sz w:val="18"/>
              </w:rPr>
              <w:t>Information shared / update triggers</w:t>
            </w:r>
          </w:p>
        </w:tc>
        <w:tc>
          <w:tcPr>
            <w:tcW w:w="6192" w:type="dxa"/>
            <w:tcMar>
              <w:top w:w="70" w:type="dxa"/>
              <w:left w:w="70" w:type="dxa"/>
              <w:bottom w:w="70" w:type="dxa"/>
              <w:right w:w="70" w:type="dxa"/>
            </w:tcMar>
            <w:vAlign w:val="center"/>
          </w:tcPr>
          <w:p w14:paraId="39C09C3F" w14:textId="77777777" w:rsidR="00D47296" w:rsidRDefault="008C31C1">
            <w:r>
              <w:rPr>
                <w:i/>
                <w:color w:val="777777"/>
                <w:sz w:val="24"/>
              </w:rPr>
              <w:t>&lt;Insert&gt;</w:t>
            </w:r>
          </w:p>
        </w:tc>
      </w:tr>
      <w:tr w:rsidR="00D47296" w14:paraId="0F8EA2E0" w14:textId="77777777">
        <w:trPr>
          <w:jc w:val="center"/>
        </w:trPr>
        <w:tc>
          <w:tcPr>
            <w:tcW w:w="4320" w:type="dxa"/>
            <w:shd w:val="clear" w:color="auto" w:fill="E8F2EE"/>
            <w:tcMar>
              <w:top w:w="70" w:type="dxa"/>
              <w:left w:w="70" w:type="dxa"/>
              <w:bottom w:w="70" w:type="dxa"/>
              <w:right w:w="70" w:type="dxa"/>
            </w:tcMar>
            <w:vAlign w:val="center"/>
          </w:tcPr>
          <w:p w14:paraId="2F2E600E" w14:textId="77777777" w:rsidR="00D47296" w:rsidRDefault="008C31C1">
            <w:r>
              <w:rPr>
                <w:sz w:val="18"/>
              </w:rPr>
              <w:t>Resource request pathway</w:t>
            </w:r>
          </w:p>
        </w:tc>
        <w:tc>
          <w:tcPr>
            <w:tcW w:w="6192" w:type="dxa"/>
            <w:shd w:val="clear" w:color="auto" w:fill="E8F2EE"/>
            <w:tcMar>
              <w:top w:w="70" w:type="dxa"/>
              <w:left w:w="70" w:type="dxa"/>
              <w:bottom w:w="70" w:type="dxa"/>
              <w:right w:w="70" w:type="dxa"/>
            </w:tcMar>
            <w:vAlign w:val="center"/>
          </w:tcPr>
          <w:p w14:paraId="2127D121" w14:textId="77777777" w:rsidR="00D47296" w:rsidRDefault="008C31C1">
            <w:r>
              <w:rPr>
                <w:i/>
                <w:color w:val="777777"/>
                <w:sz w:val="24"/>
              </w:rPr>
              <w:t>&lt;Insert&gt;</w:t>
            </w:r>
          </w:p>
        </w:tc>
      </w:tr>
      <w:tr w:rsidR="00D47296" w14:paraId="24C0AC55" w14:textId="77777777">
        <w:trPr>
          <w:jc w:val="center"/>
        </w:trPr>
        <w:tc>
          <w:tcPr>
            <w:tcW w:w="4320" w:type="dxa"/>
            <w:tcMar>
              <w:top w:w="70" w:type="dxa"/>
              <w:left w:w="70" w:type="dxa"/>
              <w:bottom w:w="70" w:type="dxa"/>
              <w:right w:w="70" w:type="dxa"/>
            </w:tcMar>
            <w:vAlign w:val="center"/>
          </w:tcPr>
          <w:p w14:paraId="6E0B3494" w14:textId="77777777" w:rsidR="00D47296" w:rsidRDefault="008C31C1">
            <w:r>
              <w:rPr>
                <w:sz w:val="18"/>
              </w:rPr>
              <w:t>Downtime alternative</w:t>
            </w:r>
          </w:p>
        </w:tc>
        <w:tc>
          <w:tcPr>
            <w:tcW w:w="6192" w:type="dxa"/>
            <w:tcMar>
              <w:top w:w="70" w:type="dxa"/>
              <w:left w:w="70" w:type="dxa"/>
              <w:bottom w:w="70" w:type="dxa"/>
              <w:right w:w="70" w:type="dxa"/>
            </w:tcMar>
            <w:vAlign w:val="center"/>
          </w:tcPr>
          <w:p w14:paraId="3EECFD5D" w14:textId="77777777" w:rsidR="00D47296" w:rsidRDefault="008C31C1">
            <w:r>
              <w:rPr>
                <w:i/>
                <w:color w:val="777777"/>
                <w:sz w:val="24"/>
              </w:rPr>
              <w:t>&lt;Insert&gt;</w:t>
            </w:r>
          </w:p>
        </w:tc>
      </w:tr>
    </w:tbl>
    <w:p w14:paraId="0EA000AA" w14:textId="77777777" w:rsidR="00D47296" w:rsidRDefault="00D47296">
      <w:pPr>
        <w:spacing w:after="0"/>
      </w:pPr>
    </w:p>
    <w:p w14:paraId="2B462DAF" w14:textId="77777777" w:rsidR="00D47296" w:rsidRDefault="008C31C1">
      <w:pPr>
        <w:pStyle w:val="Heading1"/>
      </w:pPr>
      <w:r>
        <w:lastRenderedPageBreak/>
        <w:t>ANNEX J - FIRE / LIFE SAFETY / FACILITY CLOSURE COORDINATION</w:t>
      </w:r>
    </w:p>
    <w:tbl>
      <w:tblPr>
        <w:tblW w:w="0" w:type="auto"/>
        <w:jc w:val="center"/>
        <w:tblLayout w:type="fixed"/>
        <w:tblLook w:val="04A0" w:firstRow="1" w:lastRow="0" w:firstColumn="1" w:lastColumn="0" w:noHBand="0" w:noVBand="1"/>
      </w:tblPr>
      <w:tblGrid>
        <w:gridCol w:w="4320"/>
        <w:gridCol w:w="6192"/>
      </w:tblGrid>
      <w:tr w:rsidR="00D47296" w14:paraId="2E20DEFD" w14:textId="77777777">
        <w:trPr>
          <w:tblHeader/>
          <w:jc w:val="center"/>
        </w:trPr>
        <w:tc>
          <w:tcPr>
            <w:tcW w:w="4320" w:type="dxa"/>
            <w:shd w:val="clear" w:color="auto" w:fill="015A41"/>
            <w:tcMar>
              <w:top w:w="70" w:type="dxa"/>
              <w:left w:w="70" w:type="dxa"/>
              <w:bottom w:w="70" w:type="dxa"/>
              <w:right w:w="70" w:type="dxa"/>
            </w:tcMar>
            <w:vAlign w:val="center"/>
          </w:tcPr>
          <w:p w14:paraId="3E5367B1" w14:textId="77777777" w:rsidR="00D47296" w:rsidRDefault="008C31C1">
            <w:r>
              <w:rPr>
                <w:b/>
                <w:color w:val="FFFFFF"/>
                <w:sz w:val="18"/>
              </w:rPr>
              <w:t>Element</w:t>
            </w:r>
          </w:p>
        </w:tc>
        <w:tc>
          <w:tcPr>
            <w:tcW w:w="6192" w:type="dxa"/>
            <w:shd w:val="clear" w:color="auto" w:fill="015A41"/>
            <w:tcMar>
              <w:top w:w="70" w:type="dxa"/>
              <w:left w:w="70" w:type="dxa"/>
              <w:bottom w:w="70" w:type="dxa"/>
              <w:right w:w="70" w:type="dxa"/>
            </w:tcMar>
            <w:vAlign w:val="center"/>
          </w:tcPr>
          <w:p w14:paraId="20BDD854" w14:textId="77777777" w:rsidR="00D47296" w:rsidRDefault="008C31C1">
            <w:r>
              <w:rPr>
                <w:b/>
                <w:color w:val="FFFFFF"/>
                <w:sz w:val="18"/>
              </w:rPr>
              <w:t>Facility Process / Controlled Location</w:t>
            </w:r>
          </w:p>
        </w:tc>
      </w:tr>
      <w:tr w:rsidR="00D47296" w14:paraId="1D16B409" w14:textId="77777777">
        <w:trPr>
          <w:jc w:val="center"/>
        </w:trPr>
        <w:tc>
          <w:tcPr>
            <w:tcW w:w="4320" w:type="dxa"/>
            <w:shd w:val="clear" w:color="auto" w:fill="E8F2EE"/>
            <w:tcMar>
              <w:top w:w="70" w:type="dxa"/>
              <w:left w:w="70" w:type="dxa"/>
              <w:bottom w:w="70" w:type="dxa"/>
              <w:right w:w="70" w:type="dxa"/>
            </w:tcMar>
            <w:vAlign w:val="center"/>
          </w:tcPr>
          <w:p w14:paraId="3E176CE6" w14:textId="77777777" w:rsidR="00D47296" w:rsidRDefault="008C31C1">
            <w:r>
              <w:rPr>
                <w:sz w:val="18"/>
              </w:rPr>
              <w:t>Occupancy / AHJ determination</w:t>
            </w:r>
          </w:p>
        </w:tc>
        <w:tc>
          <w:tcPr>
            <w:tcW w:w="6192" w:type="dxa"/>
            <w:shd w:val="clear" w:color="auto" w:fill="E8F2EE"/>
            <w:tcMar>
              <w:top w:w="70" w:type="dxa"/>
              <w:left w:w="70" w:type="dxa"/>
              <w:bottom w:w="70" w:type="dxa"/>
              <w:right w:w="70" w:type="dxa"/>
            </w:tcMar>
            <w:vAlign w:val="center"/>
          </w:tcPr>
          <w:p w14:paraId="23B976FE" w14:textId="77777777" w:rsidR="00D47296" w:rsidRDefault="008C31C1">
            <w:r>
              <w:rPr>
                <w:i/>
                <w:color w:val="777777"/>
                <w:sz w:val="24"/>
              </w:rPr>
              <w:t>&lt;Insert&gt;</w:t>
            </w:r>
          </w:p>
        </w:tc>
      </w:tr>
      <w:tr w:rsidR="00D47296" w14:paraId="0BF8D5D4" w14:textId="77777777">
        <w:trPr>
          <w:jc w:val="center"/>
        </w:trPr>
        <w:tc>
          <w:tcPr>
            <w:tcW w:w="4320" w:type="dxa"/>
            <w:tcMar>
              <w:top w:w="70" w:type="dxa"/>
              <w:left w:w="70" w:type="dxa"/>
              <w:bottom w:w="70" w:type="dxa"/>
              <w:right w:w="70" w:type="dxa"/>
            </w:tcMar>
            <w:vAlign w:val="center"/>
          </w:tcPr>
          <w:p w14:paraId="0B0574DF" w14:textId="77777777" w:rsidR="00D47296" w:rsidRDefault="008C31C1">
            <w:r>
              <w:rPr>
                <w:sz w:val="18"/>
              </w:rPr>
              <w:t>Fire alarm / sprinkler impairment</w:t>
            </w:r>
          </w:p>
        </w:tc>
        <w:tc>
          <w:tcPr>
            <w:tcW w:w="6192" w:type="dxa"/>
            <w:tcMar>
              <w:top w:w="70" w:type="dxa"/>
              <w:left w:w="70" w:type="dxa"/>
              <w:bottom w:w="70" w:type="dxa"/>
              <w:right w:w="70" w:type="dxa"/>
            </w:tcMar>
            <w:vAlign w:val="center"/>
          </w:tcPr>
          <w:p w14:paraId="6B6139F1" w14:textId="77777777" w:rsidR="00D47296" w:rsidRDefault="008C31C1">
            <w:r>
              <w:rPr>
                <w:i/>
                <w:color w:val="777777"/>
                <w:sz w:val="24"/>
              </w:rPr>
              <w:t>&lt;Insert&gt;</w:t>
            </w:r>
          </w:p>
        </w:tc>
      </w:tr>
      <w:tr w:rsidR="00D47296" w14:paraId="3EFBF9AF" w14:textId="77777777">
        <w:trPr>
          <w:jc w:val="center"/>
        </w:trPr>
        <w:tc>
          <w:tcPr>
            <w:tcW w:w="4320" w:type="dxa"/>
            <w:shd w:val="clear" w:color="auto" w:fill="E8F2EE"/>
            <w:tcMar>
              <w:top w:w="70" w:type="dxa"/>
              <w:left w:w="70" w:type="dxa"/>
              <w:bottom w:w="70" w:type="dxa"/>
              <w:right w:w="70" w:type="dxa"/>
            </w:tcMar>
            <w:vAlign w:val="center"/>
          </w:tcPr>
          <w:p w14:paraId="642FE27B" w14:textId="77777777" w:rsidR="00D47296" w:rsidRDefault="008C31C1">
            <w:r>
              <w:rPr>
                <w:sz w:val="18"/>
              </w:rPr>
              <w:t>Egress / exit sign issue</w:t>
            </w:r>
          </w:p>
        </w:tc>
        <w:tc>
          <w:tcPr>
            <w:tcW w:w="6192" w:type="dxa"/>
            <w:shd w:val="clear" w:color="auto" w:fill="E8F2EE"/>
            <w:tcMar>
              <w:top w:w="70" w:type="dxa"/>
              <w:left w:w="70" w:type="dxa"/>
              <w:bottom w:w="70" w:type="dxa"/>
              <w:right w:w="70" w:type="dxa"/>
            </w:tcMar>
            <w:vAlign w:val="center"/>
          </w:tcPr>
          <w:p w14:paraId="1C1078EE" w14:textId="77777777" w:rsidR="00D47296" w:rsidRDefault="008C31C1">
            <w:r>
              <w:rPr>
                <w:i/>
                <w:color w:val="777777"/>
                <w:sz w:val="24"/>
              </w:rPr>
              <w:t>&lt;Insert&gt;</w:t>
            </w:r>
          </w:p>
        </w:tc>
      </w:tr>
      <w:tr w:rsidR="00D47296" w14:paraId="02F4336E" w14:textId="77777777">
        <w:trPr>
          <w:jc w:val="center"/>
        </w:trPr>
        <w:tc>
          <w:tcPr>
            <w:tcW w:w="4320" w:type="dxa"/>
            <w:tcMar>
              <w:top w:w="70" w:type="dxa"/>
              <w:left w:w="70" w:type="dxa"/>
              <w:bottom w:w="70" w:type="dxa"/>
              <w:right w:w="70" w:type="dxa"/>
            </w:tcMar>
            <w:vAlign w:val="center"/>
          </w:tcPr>
          <w:p w14:paraId="63A68364" w14:textId="77777777" w:rsidR="00D47296" w:rsidRDefault="008C31C1">
            <w:r>
              <w:rPr>
                <w:sz w:val="18"/>
              </w:rPr>
              <w:t>Fire / smoke response</w:t>
            </w:r>
          </w:p>
        </w:tc>
        <w:tc>
          <w:tcPr>
            <w:tcW w:w="6192" w:type="dxa"/>
            <w:tcMar>
              <w:top w:w="70" w:type="dxa"/>
              <w:left w:w="70" w:type="dxa"/>
              <w:bottom w:w="70" w:type="dxa"/>
              <w:right w:w="70" w:type="dxa"/>
            </w:tcMar>
            <w:vAlign w:val="center"/>
          </w:tcPr>
          <w:p w14:paraId="060B84D9" w14:textId="77777777" w:rsidR="00D47296" w:rsidRDefault="008C31C1">
            <w:r>
              <w:rPr>
                <w:i/>
                <w:color w:val="777777"/>
                <w:sz w:val="24"/>
              </w:rPr>
              <w:t>&lt;Insert&gt;</w:t>
            </w:r>
          </w:p>
        </w:tc>
      </w:tr>
      <w:tr w:rsidR="00D47296" w14:paraId="19FEAB7D" w14:textId="77777777">
        <w:trPr>
          <w:jc w:val="center"/>
        </w:trPr>
        <w:tc>
          <w:tcPr>
            <w:tcW w:w="4320" w:type="dxa"/>
            <w:shd w:val="clear" w:color="auto" w:fill="E8F2EE"/>
            <w:tcMar>
              <w:top w:w="70" w:type="dxa"/>
              <w:left w:w="70" w:type="dxa"/>
              <w:bottom w:w="70" w:type="dxa"/>
              <w:right w:w="70" w:type="dxa"/>
            </w:tcMar>
            <w:vAlign w:val="center"/>
          </w:tcPr>
          <w:p w14:paraId="6D65B815" w14:textId="77777777" w:rsidR="00D47296" w:rsidRDefault="008C31C1">
            <w:r>
              <w:rPr>
                <w:sz w:val="18"/>
              </w:rPr>
              <w:t>Building unsafe / closure decision</w:t>
            </w:r>
          </w:p>
        </w:tc>
        <w:tc>
          <w:tcPr>
            <w:tcW w:w="6192" w:type="dxa"/>
            <w:shd w:val="clear" w:color="auto" w:fill="E8F2EE"/>
            <w:tcMar>
              <w:top w:w="70" w:type="dxa"/>
              <w:left w:w="70" w:type="dxa"/>
              <w:bottom w:w="70" w:type="dxa"/>
              <w:right w:w="70" w:type="dxa"/>
            </w:tcMar>
            <w:vAlign w:val="center"/>
          </w:tcPr>
          <w:p w14:paraId="7253F584" w14:textId="77777777" w:rsidR="00D47296" w:rsidRDefault="008C31C1">
            <w:r>
              <w:rPr>
                <w:i/>
                <w:color w:val="777777"/>
                <w:sz w:val="24"/>
              </w:rPr>
              <w:t>&lt;Insert&gt;</w:t>
            </w:r>
          </w:p>
        </w:tc>
      </w:tr>
      <w:tr w:rsidR="00D47296" w14:paraId="6580C2F9" w14:textId="77777777">
        <w:trPr>
          <w:jc w:val="center"/>
        </w:trPr>
        <w:tc>
          <w:tcPr>
            <w:tcW w:w="4320" w:type="dxa"/>
            <w:tcMar>
              <w:top w:w="70" w:type="dxa"/>
              <w:left w:w="70" w:type="dxa"/>
              <w:bottom w:w="70" w:type="dxa"/>
              <w:right w:w="70" w:type="dxa"/>
            </w:tcMar>
            <w:vAlign w:val="center"/>
          </w:tcPr>
          <w:p w14:paraId="5A05887D" w14:textId="77777777" w:rsidR="00D47296" w:rsidRDefault="008C31C1">
            <w:r>
              <w:rPr>
                <w:sz w:val="18"/>
              </w:rPr>
              <w:t>Construction / renovation coordination</w:t>
            </w:r>
          </w:p>
        </w:tc>
        <w:tc>
          <w:tcPr>
            <w:tcW w:w="6192" w:type="dxa"/>
            <w:tcMar>
              <w:top w:w="70" w:type="dxa"/>
              <w:left w:w="70" w:type="dxa"/>
              <w:bottom w:w="70" w:type="dxa"/>
              <w:right w:w="70" w:type="dxa"/>
            </w:tcMar>
            <w:vAlign w:val="center"/>
          </w:tcPr>
          <w:p w14:paraId="21521873" w14:textId="77777777" w:rsidR="00D47296" w:rsidRDefault="008C31C1">
            <w:r>
              <w:rPr>
                <w:i/>
                <w:color w:val="777777"/>
                <w:sz w:val="24"/>
              </w:rPr>
              <w:t>&lt;Insert&gt;</w:t>
            </w:r>
          </w:p>
        </w:tc>
      </w:tr>
      <w:tr w:rsidR="00D47296" w14:paraId="7F3A32E4" w14:textId="77777777">
        <w:trPr>
          <w:jc w:val="center"/>
        </w:trPr>
        <w:tc>
          <w:tcPr>
            <w:tcW w:w="4320" w:type="dxa"/>
            <w:shd w:val="clear" w:color="auto" w:fill="E8F2EE"/>
            <w:tcMar>
              <w:top w:w="70" w:type="dxa"/>
              <w:left w:w="70" w:type="dxa"/>
              <w:bottom w:w="70" w:type="dxa"/>
              <w:right w:w="70" w:type="dxa"/>
            </w:tcMar>
            <w:vAlign w:val="center"/>
          </w:tcPr>
          <w:p w14:paraId="17C4CA70" w14:textId="77777777" w:rsidR="00D47296" w:rsidRDefault="008C31C1">
            <w:r>
              <w:rPr>
                <w:sz w:val="18"/>
              </w:rPr>
              <w:t>FMO / local AHJ notification</w:t>
            </w:r>
          </w:p>
        </w:tc>
        <w:tc>
          <w:tcPr>
            <w:tcW w:w="6192" w:type="dxa"/>
            <w:shd w:val="clear" w:color="auto" w:fill="E8F2EE"/>
            <w:tcMar>
              <w:top w:w="70" w:type="dxa"/>
              <w:left w:w="70" w:type="dxa"/>
              <w:bottom w:w="70" w:type="dxa"/>
              <w:right w:w="70" w:type="dxa"/>
            </w:tcMar>
            <w:vAlign w:val="center"/>
          </w:tcPr>
          <w:p w14:paraId="7396E774" w14:textId="77777777" w:rsidR="00D47296" w:rsidRDefault="008C31C1">
            <w:r>
              <w:rPr>
                <w:i/>
                <w:color w:val="777777"/>
                <w:sz w:val="24"/>
              </w:rPr>
              <w:t>&lt;Insert&gt;</w:t>
            </w:r>
          </w:p>
        </w:tc>
      </w:tr>
      <w:tr w:rsidR="00D47296" w14:paraId="0E9A9A79" w14:textId="77777777">
        <w:trPr>
          <w:jc w:val="center"/>
        </w:trPr>
        <w:tc>
          <w:tcPr>
            <w:tcW w:w="4320" w:type="dxa"/>
            <w:tcMar>
              <w:top w:w="70" w:type="dxa"/>
              <w:left w:w="70" w:type="dxa"/>
              <w:bottom w:w="70" w:type="dxa"/>
              <w:right w:w="70" w:type="dxa"/>
            </w:tcMar>
            <w:vAlign w:val="center"/>
          </w:tcPr>
          <w:p w14:paraId="76BF4871" w14:textId="77777777" w:rsidR="00D47296" w:rsidRDefault="008C31C1">
            <w:r>
              <w:rPr>
                <w:sz w:val="18"/>
              </w:rPr>
              <w:t>Reopening approval / verification</w:t>
            </w:r>
          </w:p>
        </w:tc>
        <w:tc>
          <w:tcPr>
            <w:tcW w:w="6192" w:type="dxa"/>
            <w:tcMar>
              <w:top w:w="70" w:type="dxa"/>
              <w:left w:w="70" w:type="dxa"/>
              <w:bottom w:w="70" w:type="dxa"/>
              <w:right w:w="70" w:type="dxa"/>
            </w:tcMar>
            <w:vAlign w:val="center"/>
          </w:tcPr>
          <w:p w14:paraId="234AFB62" w14:textId="77777777" w:rsidR="00D47296" w:rsidRDefault="008C31C1">
            <w:r>
              <w:rPr>
                <w:i/>
                <w:color w:val="777777"/>
                <w:sz w:val="24"/>
              </w:rPr>
              <w:t>&lt;Insert&gt;</w:t>
            </w:r>
          </w:p>
        </w:tc>
      </w:tr>
    </w:tbl>
    <w:p w14:paraId="5C24CC74" w14:textId="77777777" w:rsidR="00D47296" w:rsidRDefault="00D47296">
      <w:pPr>
        <w:spacing w:after="0"/>
      </w:pPr>
    </w:p>
    <w:p w14:paraId="0AC45656" w14:textId="77777777" w:rsidR="00D47296" w:rsidRDefault="008C31C1">
      <w:r>
        <w:br w:type="page"/>
      </w:r>
    </w:p>
    <w:p w14:paraId="2930CCB4" w14:textId="77777777" w:rsidR="00D47296" w:rsidRDefault="008C31C1">
      <w:pPr>
        <w:pStyle w:val="Heading1"/>
      </w:pPr>
      <w:r>
        <w:lastRenderedPageBreak/>
        <w:t>18. INCIDENT-SPECIFIC APPENDICES</w:t>
      </w:r>
    </w:p>
    <w:p w14:paraId="5029D65A" w14:textId="77777777" w:rsidR="00D47296" w:rsidRDefault="008C31C1">
      <w:pPr>
        <w:spacing w:after="80" w:line="240" w:lineRule="auto"/>
      </w:pPr>
      <w:r>
        <w:t>The FQHC is not required to create a wholly separate procedure for every hazard when the same protective-action process applies. CMS permits response strategies to be consolidated, but hazards identified in the risk assessment should be addressed and important hazard-specific differences documented.</w:t>
      </w:r>
    </w:p>
    <w:tbl>
      <w:tblPr>
        <w:tblW w:w="0" w:type="auto"/>
        <w:jc w:val="center"/>
        <w:tblLayout w:type="fixed"/>
        <w:tblLook w:val="04A0" w:firstRow="1" w:lastRow="0" w:firstColumn="1" w:lastColumn="0" w:noHBand="0" w:noVBand="1"/>
      </w:tblPr>
      <w:tblGrid>
        <w:gridCol w:w="1440"/>
        <w:gridCol w:w="9072"/>
      </w:tblGrid>
      <w:tr w:rsidR="00D47296" w14:paraId="548DFC82" w14:textId="77777777">
        <w:trPr>
          <w:tblHeader/>
          <w:jc w:val="center"/>
        </w:trPr>
        <w:tc>
          <w:tcPr>
            <w:tcW w:w="1440" w:type="dxa"/>
            <w:shd w:val="clear" w:color="auto" w:fill="015A41"/>
            <w:tcMar>
              <w:top w:w="70" w:type="dxa"/>
              <w:left w:w="70" w:type="dxa"/>
              <w:bottom w:w="70" w:type="dxa"/>
              <w:right w:w="70" w:type="dxa"/>
            </w:tcMar>
            <w:vAlign w:val="center"/>
          </w:tcPr>
          <w:p w14:paraId="7011270A" w14:textId="77777777" w:rsidR="00D47296" w:rsidRDefault="008C31C1">
            <w:r>
              <w:rPr>
                <w:b/>
                <w:color w:val="FFFFFF"/>
                <w:sz w:val="19"/>
              </w:rPr>
              <w:t>Appendix</w:t>
            </w:r>
          </w:p>
        </w:tc>
        <w:tc>
          <w:tcPr>
            <w:tcW w:w="9072" w:type="dxa"/>
            <w:shd w:val="clear" w:color="auto" w:fill="015A41"/>
            <w:tcMar>
              <w:top w:w="70" w:type="dxa"/>
              <w:left w:w="70" w:type="dxa"/>
              <w:bottom w:w="70" w:type="dxa"/>
              <w:right w:w="70" w:type="dxa"/>
            </w:tcMar>
            <w:vAlign w:val="center"/>
          </w:tcPr>
          <w:p w14:paraId="5D139D7F" w14:textId="77777777" w:rsidR="00D47296" w:rsidRDefault="008C31C1">
            <w:r>
              <w:rPr>
                <w:b/>
                <w:color w:val="FFFFFF"/>
                <w:sz w:val="19"/>
              </w:rPr>
              <w:t>Hazard / Scenario</w:t>
            </w:r>
          </w:p>
        </w:tc>
      </w:tr>
      <w:tr w:rsidR="00D47296" w14:paraId="445571EE" w14:textId="77777777">
        <w:trPr>
          <w:jc w:val="center"/>
        </w:trPr>
        <w:tc>
          <w:tcPr>
            <w:tcW w:w="1440" w:type="dxa"/>
            <w:shd w:val="clear" w:color="auto" w:fill="E8F2EE"/>
            <w:tcMar>
              <w:top w:w="70" w:type="dxa"/>
              <w:left w:w="70" w:type="dxa"/>
              <w:bottom w:w="70" w:type="dxa"/>
              <w:right w:w="70" w:type="dxa"/>
            </w:tcMar>
            <w:vAlign w:val="center"/>
          </w:tcPr>
          <w:p w14:paraId="661CEC3A" w14:textId="77777777" w:rsidR="00D47296" w:rsidRDefault="008C31C1">
            <w:r>
              <w:rPr>
                <w:sz w:val="19"/>
              </w:rPr>
              <w:t>A</w:t>
            </w:r>
          </w:p>
        </w:tc>
        <w:tc>
          <w:tcPr>
            <w:tcW w:w="9072" w:type="dxa"/>
            <w:shd w:val="clear" w:color="auto" w:fill="E8F2EE"/>
            <w:tcMar>
              <w:top w:w="70" w:type="dxa"/>
              <w:left w:w="70" w:type="dxa"/>
              <w:bottom w:w="70" w:type="dxa"/>
              <w:right w:w="70" w:type="dxa"/>
            </w:tcMar>
            <w:vAlign w:val="center"/>
          </w:tcPr>
          <w:p w14:paraId="7E9F6793" w14:textId="77777777" w:rsidR="00D47296" w:rsidRDefault="008C31C1">
            <w:r>
              <w:rPr>
                <w:sz w:val="19"/>
              </w:rPr>
              <w:t>Severe Winter Weather / Extreme Cold</w:t>
            </w:r>
          </w:p>
        </w:tc>
      </w:tr>
      <w:tr w:rsidR="00D47296" w14:paraId="66009295" w14:textId="77777777">
        <w:trPr>
          <w:jc w:val="center"/>
        </w:trPr>
        <w:tc>
          <w:tcPr>
            <w:tcW w:w="1440" w:type="dxa"/>
            <w:tcMar>
              <w:top w:w="70" w:type="dxa"/>
              <w:left w:w="70" w:type="dxa"/>
              <w:bottom w:w="70" w:type="dxa"/>
              <w:right w:w="70" w:type="dxa"/>
            </w:tcMar>
            <w:vAlign w:val="center"/>
          </w:tcPr>
          <w:p w14:paraId="1D00974C" w14:textId="77777777" w:rsidR="00D47296" w:rsidRDefault="008C31C1">
            <w:r>
              <w:rPr>
                <w:sz w:val="19"/>
              </w:rPr>
              <w:t>B</w:t>
            </w:r>
          </w:p>
        </w:tc>
        <w:tc>
          <w:tcPr>
            <w:tcW w:w="9072" w:type="dxa"/>
            <w:tcMar>
              <w:top w:w="70" w:type="dxa"/>
              <w:left w:w="70" w:type="dxa"/>
              <w:bottom w:w="70" w:type="dxa"/>
              <w:right w:w="70" w:type="dxa"/>
            </w:tcMar>
            <w:vAlign w:val="center"/>
          </w:tcPr>
          <w:p w14:paraId="3AB8FE4D" w14:textId="77777777" w:rsidR="00D47296" w:rsidRDefault="008C31C1">
            <w:r>
              <w:rPr>
                <w:sz w:val="19"/>
              </w:rPr>
              <w:t>Extended Power / HVAC / Heat Failure</w:t>
            </w:r>
          </w:p>
        </w:tc>
      </w:tr>
      <w:tr w:rsidR="00D47296" w14:paraId="10E1EDCF" w14:textId="77777777">
        <w:trPr>
          <w:jc w:val="center"/>
        </w:trPr>
        <w:tc>
          <w:tcPr>
            <w:tcW w:w="1440" w:type="dxa"/>
            <w:shd w:val="clear" w:color="auto" w:fill="E8F2EE"/>
            <w:tcMar>
              <w:top w:w="70" w:type="dxa"/>
              <w:left w:w="70" w:type="dxa"/>
              <w:bottom w:w="70" w:type="dxa"/>
              <w:right w:w="70" w:type="dxa"/>
            </w:tcMar>
            <w:vAlign w:val="center"/>
          </w:tcPr>
          <w:p w14:paraId="3F044A53" w14:textId="77777777" w:rsidR="00D47296" w:rsidRDefault="008C31C1">
            <w:r>
              <w:rPr>
                <w:sz w:val="19"/>
              </w:rPr>
              <w:t>C</w:t>
            </w:r>
          </w:p>
        </w:tc>
        <w:tc>
          <w:tcPr>
            <w:tcW w:w="9072" w:type="dxa"/>
            <w:shd w:val="clear" w:color="auto" w:fill="E8F2EE"/>
            <w:tcMar>
              <w:top w:w="70" w:type="dxa"/>
              <w:left w:w="70" w:type="dxa"/>
              <w:bottom w:w="70" w:type="dxa"/>
              <w:right w:w="70" w:type="dxa"/>
            </w:tcMar>
            <w:vAlign w:val="center"/>
          </w:tcPr>
          <w:p w14:paraId="22A43715" w14:textId="77777777" w:rsidR="00D47296" w:rsidRDefault="008C31C1">
            <w:r>
              <w:rPr>
                <w:sz w:val="19"/>
              </w:rPr>
              <w:t>Fire / Smoke / Building Emergency</w:t>
            </w:r>
          </w:p>
        </w:tc>
      </w:tr>
      <w:tr w:rsidR="00D47296" w14:paraId="19CBEDAE" w14:textId="77777777">
        <w:trPr>
          <w:jc w:val="center"/>
        </w:trPr>
        <w:tc>
          <w:tcPr>
            <w:tcW w:w="1440" w:type="dxa"/>
            <w:tcMar>
              <w:top w:w="70" w:type="dxa"/>
              <w:left w:w="70" w:type="dxa"/>
              <w:bottom w:w="70" w:type="dxa"/>
              <w:right w:w="70" w:type="dxa"/>
            </w:tcMar>
            <w:vAlign w:val="center"/>
          </w:tcPr>
          <w:p w14:paraId="466CD51F" w14:textId="77777777" w:rsidR="00D47296" w:rsidRDefault="008C31C1">
            <w:r>
              <w:rPr>
                <w:sz w:val="19"/>
              </w:rPr>
              <w:t>D</w:t>
            </w:r>
          </w:p>
        </w:tc>
        <w:tc>
          <w:tcPr>
            <w:tcW w:w="9072" w:type="dxa"/>
            <w:tcMar>
              <w:top w:w="70" w:type="dxa"/>
              <w:left w:w="70" w:type="dxa"/>
              <w:bottom w:w="70" w:type="dxa"/>
              <w:right w:w="70" w:type="dxa"/>
            </w:tcMar>
            <w:vAlign w:val="center"/>
          </w:tcPr>
          <w:p w14:paraId="5838E592" w14:textId="77777777" w:rsidR="00D47296" w:rsidRDefault="008C31C1">
            <w:r>
              <w:rPr>
                <w:sz w:val="19"/>
              </w:rPr>
              <w:t>Emerging Infectious Disease / Outbreak</w:t>
            </w:r>
          </w:p>
        </w:tc>
      </w:tr>
      <w:tr w:rsidR="00D47296" w14:paraId="6D0B23DC" w14:textId="77777777">
        <w:trPr>
          <w:jc w:val="center"/>
        </w:trPr>
        <w:tc>
          <w:tcPr>
            <w:tcW w:w="1440" w:type="dxa"/>
            <w:shd w:val="clear" w:color="auto" w:fill="E8F2EE"/>
            <w:tcMar>
              <w:top w:w="70" w:type="dxa"/>
              <w:left w:w="70" w:type="dxa"/>
              <w:bottom w:w="70" w:type="dxa"/>
              <w:right w:w="70" w:type="dxa"/>
            </w:tcMar>
            <w:vAlign w:val="center"/>
          </w:tcPr>
          <w:p w14:paraId="3F69E54F" w14:textId="77777777" w:rsidR="00D47296" w:rsidRDefault="008C31C1">
            <w:r>
              <w:rPr>
                <w:sz w:val="19"/>
              </w:rPr>
              <w:t>E</w:t>
            </w:r>
          </w:p>
        </w:tc>
        <w:tc>
          <w:tcPr>
            <w:tcW w:w="9072" w:type="dxa"/>
            <w:shd w:val="clear" w:color="auto" w:fill="E8F2EE"/>
            <w:tcMar>
              <w:top w:w="70" w:type="dxa"/>
              <w:left w:w="70" w:type="dxa"/>
              <w:bottom w:w="70" w:type="dxa"/>
              <w:right w:w="70" w:type="dxa"/>
            </w:tcMar>
            <w:vAlign w:val="center"/>
          </w:tcPr>
          <w:p w14:paraId="5C8ECAE9" w14:textId="77777777" w:rsidR="00D47296" w:rsidRDefault="008C31C1">
            <w:r>
              <w:rPr>
                <w:sz w:val="19"/>
              </w:rPr>
              <w:t>Cyberattack / Extended IT-EHR Downtime</w:t>
            </w:r>
          </w:p>
        </w:tc>
      </w:tr>
      <w:tr w:rsidR="00D47296" w14:paraId="423DC4CC" w14:textId="77777777">
        <w:trPr>
          <w:jc w:val="center"/>
        </w:trPr>
        <w:tc>
          <w:tcPr>
            <w:tcW w:w="1440" w:type="dxa"/>
            <w:tcMar>
              <w:top w:w="70" w:type="dxa"/>
              <w:left w:w="70" w:type="dxa"/>
              <w:bottom w:w="70" w:type="dxa"/>
              <w:right w:w="70" w:type="dxa"/>
            </w:tcMar>
            <w:vAlign w:val="center"/>
          </w:tcPr>
          <w:p w14:paraId="5F6B993E" w14:textId="77777777" w:rsidR="00D47296" w:rsidRDefault="008C31C1">
            <w:r>
              <w:rPr>
                <w:sz w:val="19"/>
              </w:rPr>
              <w:t>F</w:t>
            </w:r>
          </w:p>
        </w:tc>
        <w:tc>
          <w:tcPr>
            <w:tcW w:w="9072" w:type="dxa"/>
            <w:tcMar>
              <w:top w:w="70" w:type="dxa"/>
              <w:left w:w="70" w:type="dxa"/>
              <w:bottom w:w="70" w:type="dxa"/>
              <w:right w:w="70" w:type="dxa"/>
            </w:tcMar>
            <w:vAlign w:val="center"/>
          </w:tcPr>
          <w:p w14:paraId="3DE2D623" w14:textId="77777777" w:rsidR="00D47296" w:rsidRDefault="008C31C1">
            <w:r>
              <w:rPr>
                <w:sz w:val="19"/>
              </w:rPr>
              <w:t>Flood / Severe Storm / High Wind</w:t>
            </w:r>
          </w:p>
        </w:tc>
      </w:tr>
      <w:tr w:rsidR="00D47296" w14:paraId="62651C51" w14:textId="77777777">
        <w:trPr>
          <w:jc w:val="center"/>
        </w:trPr>
        <w:tc>
          <w:tcPr>
            <w:tcW w:w="1440" w:type="dxa"/>
            <w:shd w:val="clear" w:color="auto" w:fill="E8F2EE"/>
            <w:tcMar>
              <w:top w:w="70" w:type="dxa"/>
              <w:left w:w="70" w:type="dxa"/>
              <w:bottom w:w="70" w:type="dxa"/>
              <w:right w:w="70" w:type="dxa"/>
            </w:tcMar>
            <w:vAlign w:val="center"/>
          </w:tcPr>
          <w:p w14:paraId="56B395E8" w14:textId="77777777" w:rsidR="00D47296" w:rsidRDefault="008C31C1">
            <w:r>
              <w:rPr>
                <w:sz w:val="19"/>
              </w:rPr>
              <w:t>G</w:t>
            </w:r>
          </w:p>
        </w:tc>
        <w:tc>
          <w:tcPr>
            <w:tcW w:w="9072" w:type="dxa"/>
            <w:shd w:val="clear" w:color="auto" w:fill="E8F2EE"/>
            <w:tcMar>
              <w:top w:w="70" w:type="dxa"/>
              <w:left w:w="70" w:type="dxa"/>
              <w:bottom w:w="70" w:type="dxa"/>
              <w:right w:w="70" w:type="dxa"/>
            </w:tcMar>
            <w:vAlign w:val="center"/>
          </w:tcPr>
          <w:p w14:paraId="428AD047" w14:textId="77777777" w:rsidR="00D47296" w:rsidRDefault="008C31C1">
            <w:r>
              <w:rPr>
                <w:sz w:val="19"/>
              </w:rPr>
              <w:t>Water / Sewer Interruption</w:t>
            </w:r>
          </w:p>
        </w:tc>
      </w:tr>
      <w:tr w:rsidR="00D47296" w14:paraId="0FC07782" w14:textId="77777777">
        <w:trPr>
          <w:jc w:val="center"/>
        </w:trPr>
        <w:tc>
          <w:tcPr>
            <w:tcW w:w="1440" w:type="dxa"/>
            <w:tcMar>
              <w:top w:w="70" w:type="dxa"/>
              <w:left w:w="70" w:type="dxa"/>
              <w:bottom w:w="70" w:type="dxa"/>
              <w:right w:w="70" w:type="dxa"/>
            </w:tcMar>
            <w:vAlign w:val="center"/>
          </w:tcPr>
          <w:p w14:paraId="5BFC382D" w14:textId="77777777" w:rsidR="00D47296" w:rsidRDefault="008C31C1">
            <w:r>
              <w:rPr>
                <w:sz w:val="19"/>
              </w:rPr>
              <w:t>H</w:t>
            </w:r>
          </w:p>
        </w:tc>
        <w:tc>
          <w:tcPr>
            <w:tcW w:w="9072" w:type="dxa"/>
            <w:tcMar>
              <w:top w:w="70" w:type="dxa"/>
              <w:left w:w="70" w:type="dxa"/>
              <w:bottom w:w="70" w:type="dxa"/>
              <w:right w:w="70" w:type="dxa"/>
            </w:tcMar>
            <w:vAlign w:val="center"/>
          </w:tcPr>
          <w:p w14:paraId="7603EDA3" w14:textId="77777777" w:rsidR="00D47296" w:rsidRDefault="008C31C1">
            <w:r>
              <w:rPr>
                <w:sz w:val="19"/>
              </w:rPr>
              <w:t>Active Threat / Violence / Security Incident</w:t>
            </w:r>
          </w:p>
        </w:tc>
      </w:tr>
      <w:tr w:rsidR="00D47296" w14:paraId="4BD21B57" w14:textId="77777777">
        <w:trPr>
          <w:jc w:val="center"/>
        </w:trPr>
        <w:tc>
          <w:tcPr>
            <w:tcW w:w="1440" w:type="dxa"/>
            <w:shd w:val="clear" w:color="auto" w:fill="E8F2EE"/>
            <w:tcMar>
              <w:top w:w="70" w:type="dxa"/>
              <w:left w:w="70" w:type="dxa"/>
              <w:bottom w:w="70" w:type="dxa"/>
              <w:right w:w="70" w:type="dxa"/>
            </w:tcMar>
            <w:vAlign w:val="center"/>
          </w:tcPr>
          <w:p w14:paraId="65B58247" w14:textId="77777777" w:rsidR="00D47296" w:rsidRDefault="008C31C1">
            <w:r>
              <w:rPr>
                <w:sz w:val="19"/>
              </w:rPr>
              <w:t>I</w:t>
            </w:r>
          </w:p>
        </w:tc>
        <w:tc>
          <w:tcPr>
            <w:tcW w:w="9072" w:type="dxa"/>
            <w:shd w:val="clear" w:color="auto" w:fill="E8F2EE"/>
            <w:tcMar>
              <w:top w:w="70" w:type="dxa"/>
              <w:left w:w="70" w:type="dxa"/>
              <w:bottom w:w="70" w:type="dxa"/>
              <w:right w:w="70" w:type="dxa"/>
            </w:tcMar>
            <w:vAlign w:val="center"/>
          </w:tcPr>
          <w:p w14:paraId="7F53C5A4" w14:textId="77777777" w:rsidR="00D47296" w:rsidRDefault="008C31C1">
            <w:r>
              <w:rPr>
                <w:sz w:val="19"/>
              </w:rPr>
              <w:t>Supply Chain / Pharmacy / Vaccine Cold-Chain Disruption</w:t>
            </w:r>
          </w:p>
        </w:tc>
      </w:tr>
      <w:tr w:rsidR="00D47296" w14:paraId="7D9323D8" w14:textId="77777777">
        <w:trPr>
          <w:jc w:val="center"/>
        </w:trPr>
        <w:tc>
          <w:tcPr>
            <w:tcW w:w="1440" w:type="dxa"/>
            <w:tcMar>
              <w:top w:w="70" w:type="dxa"/>
              <w:left w:w="70" w:type="dxa"/>
              <w:bottom w:w="70" w:type="dxa"/>
              <w:right w:w="70" w:type="dxa"/>
            </w:tcMar>
            <w:vAlign w:val="center"/>
          </w:tcPr>
          <w:p w14:paraId="566FAEB2" w14:textId="77777777" w:rsidR="00D47296" w:rsidRDefault="008C31C1">
            <w:r>
              <w:rPr>
                <w:sz w:val="19"/>
              </w:rPr>
              <w:t>J</w:t>
            </w:r>
          </w:p>
        </w:tc>
        <w:tc>
          <w:tcPr>
            <w:tcW w:w="9072" w:type="dxa"/>
            <w:tcMar>
              <w:top w:w="70" w:type="dxa"/>
              <w:left w:w="70" w:type="dxa"/>
              <w:bottom w:w="70" w:type="dxa"/>
              <w:right w:w="70" w:type="dxa"/>
            </w:tcMar>
            <w:vAlign w:val="center"/>
          </w:tcPr>
          <w:p w14:paraId="158DD78E" w14:textId="77777777" w:rsidR="00D47296" w:rsidRDefault="008C31C1">
            <w:r>
              <w:rPr>
                <w:sz w:val="19"/>
              </w:rPr>
              <w:t>Mass Casualty / Community Surge</w:t>
            </w:r>
          </w:p>
        </w:tc>
      </w:tr>
      <w:tr w:rsidR="00D47296" w14:paraId="01588EF8" w14:textId="77777777">
        <w:trPr>
          <w:jc w:val="center"/>
        </w:trPr>
        <w:tc>
          <w:tcPr>
            <w:tcW w:w="1440" w:type="dxa"/>
            <w:shd w:val="clear" w:color="auto" w:fill="E8F2EE"/>
            <w:tcMar>
              <w:top w:w="70" w:type="dxa"/>
              <w:left w:w="70" w:type="dxa"/>
              <w:bottom w:w="70" w:type="dxa"/>
              <w:right w:w="70" w:type="dxa"/>
            </w:tcMar>
            <w:vAlign w:val="center"/>
          </w:tcPr>
          <w:p w14:paraId="10D31DB1" w14:textId="77777777" w:rsidR="00D47296" w:rsidRDefault="008C31C1">
            <w:r>
              <w:rPr>
                <w:sz w:val="19"/>
              </w:rPr>
              <w:t>K</w:t>
            </w:r>
          </w:p>
        </w:tc>
        <w:tc>
          <w:tcPr>
            <w:tcW w:w="9072" w:type="dxa"/>
            <w:shd w:val="clear" w:color="auto" w:fill="E8F2EE"/>
            <w:tcMar>
              <w:top w:w="70" w:type="dxa"/>
              <w:left w:w="70" w:type="dxa"/>
              <w:bottom w:w="70" w:type="dxa"/>
              <w:right w:w="70" w:type="dxa"/>
            </w:tcMar>
            <w:vAlign w:val="center"/>
          </w:tcPr>
          <w:p w14:paraId="0E26CB79" w14:textId="77777777" w:rsidR="00D47296" w:rsidRDefault="008C31C1">
            <w:r>
              <w:rPr>
                <w:sz w:val="19"/>
              </w:rPr>
              <w:t>Hazardous Materials / Indoor Air / Environmental Incident</w:t>
            </w:r>
          </w:p>
        </w:tc>
      </w:tr>
      <w:tr w:rsidR="00D47296" w14:paraId="2B99066F" w14:textId="77777777">
        <w:trPr>
          <w:jc w:val="center"/>
        </w:trPr>
        <w:tc>
          <w:tcPr>
            <w:tcW w:w="1440" w:type="dxa"/>
            <w:tcMar>
              <w:top w:w="70" w:type="dxa"/>
              <w:left w:w="70" w:type="dxa"/>
              <w:bottom w:w="70" w:type="dxa"/>
              <w:right w:w="70" w:type="dxa"/>
            </w:tcMar>
            <w:vAlign w:val="center"/>
          </w:tcPr>
          <w:p w14:paraId="3D716170" w14:textId="77777777" w:rsidR="00D47296" w:rsidRDefault="008C31C1">
            <w:r>
              <w:rPr>
                <w:sz w:val="19"/>
              </w:rPr>
              <w:t>L</w:t>
            </w:r>
          </w:p>
        </w:tc>
        <w:tc>
          <w:tcPr>
            <w:tcW w:w="9072" w:type="dxa"/>
            <w:tcMar>
              <w:top w:w="70" w:type="dxa"/>
              <w:left w:w="70" w:type="dxa"/>
              <w:bottom w:w="70" w:type="dxa"/>
              <w:right w:w="70" w:type="dxa"/>
            </w:tcMar>
            <w:vAlign w:val="center"/>
          </w:tcPr>
          <w:p w14:paraId="41B3D902" w14:textId="77777777" w:rsidR="00D47296" w:rsidRDefault="008C31C1">
            <w:r>
              <w:rPr>
                <w:sz w:val="19"/>
              </w:rPr>
              <w:t>Extreme Heat / Wildfire Smoke / Air Quality</w:t>
            </w:r>
          </w:p>
        </w:tc>
      </w:tr>
    </w:tbl>
    <w:p w14:paraId="28988899" w14:textId="77777777" w:rsidR="00D47296" w:rsidRDefault="00D47296">
      <w:pPr>
        <w:spacing w:after="0"/>
      </w:pPr>
    </w:p>
    <w:p w14:paraId="7EBD18DD" w14:textId="77777777" w:rsidR="00D47296" w:rsidRDefault="008C31C1">
      <w:pPr>
        <w:pStyle w:val="Heading1"/>
      </w:pPr>
      <w:r>
        <w:t>APPENDIX A - SEVERE WINTER WEATHER / EXTREME COLD</w:t>
      </w:r>
    </w:p>
    <w:tbl>
      <w:tblPr>
        <w:tblW w:w="0" w:type="auto"/>
        <w:jc w:val="center"/>
        <w:tblLook w:val="04A0" w:firstRow="1" w:lastRow="0" w:firstColumn="1" w:lastColumn="0" w:noHBand="0" w:noVBand="1"/>
      </w:tblPr>
      <w:tblGrid>
        <w:gridCol w:w="10800"/>
      </w:tblGrid>
      <w:tr w:rsidR="00D47296" w14:paraId="592B03A8" w14:textId="77777777">
        <w:trPr>
          <w:jc w:val="center"/>
        </w:trPr>
        <w:tc>
          <w:tcPr>
            <w:tcW w:w="10800" w:type="dxa"/>
            <w:shd w:val="clear" w:color="auto" w:fill="E8F2EE"/>
          </w:tcPr>
          <w:p w14:paraId="376FDAD6"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62381B8C"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452B52AB" w14:textId="77777777">
        <w:trPr>
          <w:tblHeader/>
          <w:jc w:val="center"/>
        </w:trPr>
        <w:tc>
          <w:tcPr>
            <w:tcW w:w="4320" w:type="dxa"/>
            <w:shd w:val="clear" w:color="auto" w:fill="015A41"/>
            <w:tcMar>
              <w:top w:w="70" w:type="dxa"/>
              <w:left w:w="70" w:type="dxa"/>
              <w:bottom w:w="70" w:type="dxa"/>
              <w:right w:w="70" w:type="dxa"/>
            </w:tcMar>
            <w:vAlign w:val="center"/>
          </w:tcPr>
          <w:p w14:paraId="1D85A9B2"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2BCBD15B" w14:textId="77777777" w:rsidR="00D47296" w:rsidRDefault="008C31C1">
            <w:r>
              <w:rPr>
                <w:b/>
                <w:color w:val="FFFFFF"/>
                <w:sz w:val="18"/>
              </w:rPr>
              <w:t>Facility Entry</w:t>
            </w:r>
          </w:p>
        </w:tc>
      </w:tr>
      <w:tr w:rsidR="00D47296" w14:paraId="2CEADE3C" w14:textId="77777777">
        <w:trPr>
          <w:jc w:val="center"/>
        </w:trPr>
        <w:tc>
          <w:tcPr>
            <w:tcW w:w="4320" w:type="dxa"/>
            <w:shd w:val="clear" w:color="auto" w:fill="E8F2EE"/>
            <w:tcMar>
              <w:top w:w="70" w:type="dxa"/>
              <w:left w:w="70" w:type="dxa"/>
              <w:bottom w:w="70" w:type="dxa"/>
              <w:right w:w="70" w:type="dxa"/>
            </w:tcMar>
            <w:vAlign w:val="center"/>
          </w:tcPr>
          <w:p w14:paraId="2A0F5652"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296F465B" w14:textId="77777777" w:rsidR="00D47296" w:rsidRDefault="008C31C1">
            <w:r>
              <w:rPr>
                <w:i/>
                <w:color w:val="777777"/>
                <w:sz w:val="24"/>
              </w:rPr>
              <w:t>&lt;Insert&gt;</w:t>
            </w:r>
          </w:p>
        </w:tc>
      </w:tr>
      <w:tr w:rsidR="00D47296" w14:paraId="74788FD2" w14:textId="77777777">
        <w:trPr>
          <w:jc w:val="center"/>
        </w:trPr>
        <w:tc>
          <w:tcPr>
            <w:tcW w:w="4320" w:type="dxa"/>
            <w:tcMar>
              <w:top w:w="70" w:type="dxa"/>
              <w:left w:w="70" w:type="dxa"/>
              <w:bottom w:w="70" w:type="dxa"/>
              <w:right w:w="70" w:type="dxa"/>
            </w:tcMar>
            <w:vAlign w:val="center"/>
          </w:tcPr>
          <w:p w14:paraId="495C8115"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7CD0E1EF" w14:textId="77777777" w:rsidR="00D47296" w:rsidRDefault="008C31C1">
            <w:r>
              <w:rPr>
                <w:i/>
                <w:color w:val="777777"/>
                <w:sz w:val="24"/>
              </w:rPr>
              <w:t>&lt;Insert&gt;</w:t>
            </w:r>
          </w:p>
        </w:tc>
      </w:tr>
      <w:tr w:rsidR="00D47296" w14:paraId="6CB3485D" w14:textId="77777777">
        <w:trPr>
          <w:jc w:val="center"/>
        </w:trPr>
        <w:tc>
          <w:tcPr>
            <w:tcW w:w="4320" w:type="dxa"/>
            <w:shd w:val="clear" w:color="auto" w:fill="E8F2EE"/>
            <w:tcMar>
              <w:top w:w="70" w:type="dxa"/>
              <w:left w:w="70" w:type="dxa"/>
              <w:bottom w:w="70" w:type="dxa"/>
              <w:right w:w="70" w:type="dxa"/>
            </w:tcMar>
            <w:vAlign w:val="center"/>
          </w:tcPr>
          <w:p w14:paraId="5032712F"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3A2D08B1" w14:textId="77777777" w:rsidR="00D47296" w:rsidRDefault="008C31C1">
            <w:r>
              <w:rPr>
                <w:i/>
                <w:color w:val="777777"/>
                <w:sz w:val="24"/>
              </w:rPr>
              <w:t>&lt;Insert&gt;</w:t>
            </w:r>
          </w:p>
        </w:tc>
      </w:tr>
      <w:tr w:rsidR="00D47296" w14:paraId="359D94C8" w14:textId="77777777">
        <w:trPr>
          <w:jc w:val="center"/>
        </w:trPr>
        <w:tc>
          <w:tcPr>
            <w:tcW w:w="4320" w:type="dxa"/>
            <w:tcMar>
              <w:top w:w="70" w:type="dxa"/>
              <w:left w:w="70" w:type="dxa"/>
              <w:bottom w:w="70" w:type="dxa"/>
              <w:right w:w="70" w:type="dxa"/>
            </w:tcMar>
            <w:vAlign w:val="center"/>
          </w:tcPr>
          <w:p w14:paraId="34EBFE5D"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5C8A02E3" w14:textId="77777777" w:rsidR="00D47296" w:rsidRDefault="008C31C1">
            <w:r>
              <w:rPr>
                <w:i/>
                <w:color w:val="777777"/>
                <w:sz w:val="24"/>
              </w:rPr>
              <w:t>&lt;Insert&gt;</w:t>
            </w:r>
          </w:p>
        </w:tc>
      </w:tr>
      <w:tr w:rsidR="00D47296" w14:paraId="16856BBF" w14:textId="77777777">
        <w:trPr>
          <w:jc w:val="center"/>
        </w:trPr>
        <w:tc>
          <w:tcPr>
            <w:tcW w:w="4320" w:type="dxa"/>
            <w:shd w:val="clear" w:color="auto" w:fill="E8F2EE"/>
            <w:tcMar>
              <w:top w:w="70" w:type="dxa"/>
              <w:left w:w="70" w:type="dxa"/>
              <w:bottom w:w="70" w:type="dxa"/>
              <w:right w:w="70" w:type="dxa"/>
            </w:tcMar>
            <w:vAlign w:val="center"/>
          </w:tcPr>
          <w:p w14:paraId="7961A015"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31474742" w14:textId="77777777" w:rsidR="00D47296" w:rsidRDefault="008C31C1">
            <w:r>
              <w:rPr>
                <w:i/>
                <w:color w:val="777777"/>
                <w:sz w:val="24"/>
              </w:rPr>
              <w:t>&lt;Insert&gt;</w:t>
            </w:r>
          </w:p>
        </w:tc>
      </w:tr>
      <w:tr w:rsidR="00D47296" w14:paraId="2A45A103" w14:textId="77777777">
        <w:trPr>
          <w:jc w:val="center"/>
        </w:trPr>
        <w:tc>
          <w:tcPr>
            <w:tcW w:w="4320" w:type="dxa"/>
            <w:tcMar>
              <w:top w:w="70" w:type="dxa"/>
              <w:left w:w="70" w:type="dxa"/>
              <w:bottom w:w="70" w:type="dxa"/>
              <w:right w:w="70" w:type="dxa"/>
            </w:tcMar>
            <w:vAlign w:val="center"/>
          </w:tcPr>
          <w:p w14:paraId="17833DC7" w14:textId="77777777" w:rsidR="00D47296" w:rsidRDefault="008C31C1">
            <w:r>
              <w:rPr>
                <w:sz w:val="18"/>
              </w:rPr>
              <w:t>Staffing actions</w:t>
            </w:r>
          </w:p>
        </w:tc>
        <w:tc>
          <w:tcPr>
            <w:tcW w:w="6192" w:type="dxa"/>
            <w:tcMar>
              <w:top w:w="70" w:type="dxa"/>
              <w:left w:w="70" w:type="dxa"/>
              <w:bottom w:w="70" w:type="dxa"/>
              <w:right w:w="70" w:type="dxa"/>
            </w:tcMar>
            <w:vAlign w:val="center"/>
          </w:tcPr>
          <w:p w14:paraId="20E5C865" w14:textId="77777777" w:rsidR="00D47296" w:rsidRDefault="008C31C1">
            <w:r>
              <w:rPr>
                <w:i/>
                <w:color w:val="777777"/>
                <w:sz w:val="24"/>
              </w:rPr>
              <w:t>&lt;Insert&gt;</w:t>
            </w:r>
          </w:p>
        </w:tc>
      </w:tr>
      <w:tr w:rsidR="00D47296" w14:paraId="7328F8B9" w14:textId="77777777">
        <w:trPr>
          <w:jc w:val="center"/>
        </w:trPr>
        <w:tc>
          <w:tcPr>
            <w:tcW w:w="4320" w:type="dxa"/>
            <w:shd w:val="clear" w:color="auto" w:fill="E8F2EE"/>
            <w:tcMar>
              <w:top w:w="70" w:type="dxa"/>
              <w:left w:w="70" w:type="dxa"/>
              <w:bottom w:w="70" w:type="dxa"/>
              <w:right w:w="70" w:type="dxa"/>
            </w:tcMar>
            <w:vAlign w:val="center"/>
          </w:tcPr>
          <w:p w14:paraId="4C3EAD28"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1B85B2CC" w14:textId="77777777" w:rsidR="00D47296" w:rsidRDefault="008C31C1">
            <w:r>
              <w:rPr>
                <w:i/>
                <w:color w:val="777777"/>
                <w:sz w:val="24"/>
              </w:rPr>
              <w:t>&lt;Insert&gt;</w:t>
            </w:r>
          </w:p>
        </w:tc>
      </w:tr>
      <w:tr w:rsidR="00D47296" w14:paraId="24275245" w14:textId="77777777">
        <w:trPr>
          <w:jc w:val="center"/>
        </w:trPr>
        <w:tc>
          <w:tcPr>
            <w:tcW w:w="4320" w:type="dxa"/>
            <w:tcMar>
              <w:top w:w="70" w:type="dxa"/>
              <w:left w:w="70" w:type="dxa"/>
              <w:bottom w:w="70" w:type="dxa"/>
              <w:right w:w="70" w:type="dxa"/>
            </w:tcMar>
            <w:vAlign w:val="center"/>
          </w:tcPr>
          <w:p w14:paraId="05DACF64"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3652DE4F" w14:textId="77777777" w:rsidR="00D47296" w:rsidRDefault="008C31C1">
            <w:r>
              <w:rPr>
                <w:i/>
                <w:color w:val="777777"/>
                <w:sz w:val="24"/>
              </w:rPr>
              <w:t>&lt;Insert&gt;</w:t>
            </w:r>
          </w:p>
        </w:tc>
      </w:tr>
      <w:tr w:rsidR="00D47296" w14:paraId="564DE0BD" w14:textId="77777777">
        <w:trPr>
          <w:jc w:val="center"/>
        </w:trPr>
        <w:tc>
          <w:tcPr>
            <w:tcW w:w="4320" w:type="dxa"/>
            <w:shd w:val="clear" w:color="auto" w:fill="E8F2EE"/>
            <w:tcMar>
              <w:top w:w="70" w:type="dxa"/>
              <w:left w:w="70" w:type="dxa"/>
              <w:bottom w:w="70" w:type="dxa"/>
              <w:right w:w="70" w:type="dxa"/>
            </w:tcMar>
            <w:vAlign w:val="center"/>
          </w:tcPr>
          <w:p w14:paraId="138BE52E"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78E3CD74" w14:textId="77777777" w:rsidR="00D47296" w:rsidRDefault="008C31C1">
            <w:r>
              <w:rPr>
                <w:i/>
                <w:color w:val="777777"/>
                <w:sz w:val="24"/>
              </w:rPr>
              <w:t>&lt;Insert&gt;</w:t>
            </w:r>
          </w:p>
        </w:tc>
      </w:tr>
      <w:tr w:rsidR="00D47296" w14:paraId="1E543CD0" w14:textId="77777777">
        <w:trPr>
          <w:jc w:val="center"/>
        </w:trPr>
        <w:tc>
          <w:tcPr>
            <w:tcW w:w="4320" w:type="dxa"/>
            <w:tcMar>
              <w:top w:w="70" w:type="dxa"/>
              <w:left w:w="70" w:type="dxa"/>
              <w:bottom w:w="70" w:type="dxa"/>
              <w:right w:w="70" w:type="dxa"/>
            </w:tcMar>
            <w:vAlign w:val="center"/>
          </w:tcPr>
          <w:p w14:paraId="04B38768" w14:textId="77777777" w:rsidR="00D47296" w:rsidRDefault="008C31C1">
            <w:r>
              <w:rPr>
                <w:sz w:val="18"/>
              </w:rPr>
              <w:t>External partners</w:t>
            </w:r>
          </w:p>
        </w:tc>
        <w:tc>
          <w:tcPr>
            <w:tcW w:w="6192" w:type="dxa"/>
            <w:tcMar>
              <w:top w:w="70" w:type="dxa"/>
              <w:left w:w="70" w:type="dxa"/>
              <w:bottom w:w="70" w:type="dxa"/>
              <w:right w:w="70" w:type="dxa"/>
            </w:tcMar>
            <w:vAlign w:val="center"/>
          </w:tcPr>
          <w:p w14:paraId="765E64F7" w14:textId="77777777" w:rsidR="00D47296" w:rsidRDefault="008C31C1">
            <w:r>
              <w:rPr>
                <w:i/>
                <w:color w:val="777777"/>
                <w:sz w:val="24"/>
              </w:rPr>
              <w:t>&lt;Insert&gt;</w:t>
            </w:r>
          </w:p>
        </w:tc>
      </w:tr>
      <w:tr w:rsidR="00D47296" w14:paraId="44DFABC2" w14:textId="77777777">
        <w:trPr>
          <w:jc w:val="center"/>
        </w:trPr>
        <w:tc>
          <w:tcPr>
            <w:tcW w:w="4320" w:type="dxa"/>
            <w:shd w:val="clear" w:color="auto" w:fill="E8F2EE"/>
            <w:tcMar>
              <w:top w:w="70" w:type="dxa"/>
              <w:left w:w="70" w:type="dxa"/>
              <w:bottom w:w="70" w:type="dxa"/>
              <w:right w:w="70" w:type="dxa"/>
            </w:tcMar>
            <w:vAlign w:val="center"/>
          </w:tcPr>
          <w:p w14:paraId="20ADAC64"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41BB2DFA" w14:textId="77777777" w:rsidR="00D47296" w:rsidRDefault="008C31C1">
            <w:r>
              <w:rPr>
                <w:i/>
                <w:color w:val="777777"/>
                <w:sz w:val="24"/>
              </w:rPr>
              <w:t>&lt;Insert&gt;</w:t>
            </w:r>
          </w:p>
        </w:tc>
      </w:tr>
      <w:tr w:rsidR="00D47296" w14:paraId="09BB5995" w14:textId="77777777">
        <w:trPr>
          <w:jc w:val="center"/>
        </w:trPr>
        <w:tc>
          <w:tcPr>
            <w:tcW w:w="4320" w:type="dxa"/>
            <w:tcMar>
              <w:top w:w="70" w:type="dxa"/>
              <w:left w:w="70" w:type="dxa"/>
              <w:bottom w:w="70" w:type="dxa"/>
              <w:right w:w="70" w:type="dxa"/>
            </w:tcMar>
            <w:vAlign w:val="center"/>
          </w:tcPr>
          <w:p w14:paraId="53CD0672"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7B7D1C80" w14:textId="77777777" w:rsidR="00D47296" w:rsidRDefault="008C31C1">
            <w:r>
              <w:rPr>
                <w:i/>
                <w:color w:val="777777"/>
                <w:sz w:val="24"/>
              </w:rPr>
              <w:t>&lt;Insert&gt;</w:t>
            </w:r>
          </w:p>
        </w:tc>
      </w:tr>
    </w:tbl>
    <w:p w14:paraId="73685F00" w14:textId="77777777" w:rsidR="00D47296" w:rsidRDefault="00D47296">
      <w:pPr>
        <w:spacing w:after="0"/>
      </w:pPr>
    </w:p>
    <w:p w14:paraId="061173D9" w14:textId="77777777" w:rsidR="00D47296" w:rsidRDefault="008C31C1">
      <w:pPr>
        <w:pStyle w:val="Heading2"/>
      </w:pPr>
      <w:r>
        <w:t>Hazard-Specific Procedures / Notes</w:t>
      </w:r>
    </w:p>
    <w:p w14:paraId="6695EE39" w14:textId="77777777" w:rsidR="00D47296" w:rsidRDefault="008C31C1">
      <w:pPr>
        <w:spacing w:after="20"/>
      </w:pPr>
      <w:r>
        <w:rPr>
          <w:color w:val="B4B4B4"/>
          <w:sz w:val="16"/>
        </w:rPr>
        <w:t>__________________________________________________________________________________________________</w:t>
      </w:r>
    </w:p>
    <w:p w14:paraId="20E0E8DC" w14:textId="77777777" w:rsidR="00D47296" w:rsidRDefault="008C31C1">
      <w:pPr>
        <w:spacing w:after="20"/>
      </w:pPr>
      <w:r>
        <w:rPr>
          <w:color w:val="B4B4B4"/>
          <w:sz w:val="16"/>
        </w:rPr>
        <w:t>__________________________________________________________________________________________________</w:t>
      </w:r>
    </w:p>
    <w:p w14:paraId="6F5205D4" w14:textId="77777777" w:rsidR="00D47296" w:rsidRDefault="008C31C1">
      <w:pPr>
        <w:spacing w:after="20"/>
      </w:pPr>
      <w:r>
        <w:rPr>
          <w:color w:val="B4B4B4"/>
          <w:sz w:val="16"/>
        </w:rPr>
        <w:t>__________________________________________________________________________________________________</w:t>
      </w:r>
    </w:p>
    <w:p w14:paraId="38B681EA" w14:textId="77777777" w:rsidR="00D47296" w:rsidRDefault="008C31C1">
      <w:pPr>
        <w:spacing w:after="20"/>
      </w:pPr>
      <w:r>
        <w:rPr>
          <w:color w:val="B4B4B4"/>
          <w:sz w:val="16"/>
        </w:rPr>
        <w:t>__________________________________________________________________________________________________</w:t>
      </w:r>
    </w:p>
    <w:p w14:paraId="4CA2B710" w14:textId="77777777" w:rsidR="00D47296" w:rsidRDefault="008C31C1">
      <w:pPr>
        <w:spacing w:after="20"/>
      </w:pPr>
      <w:r>
        <w:rPr>
          <w:color w:val="B4B4B4"/>
          <w:sz w:val="16"/>
        </w:rPr>
        <w:t>__________________________________________________________________________________________________</w:t>
      </w:r>
    </w:p>
    <w:p w14:paraId="1955BE7A" w14:textId="77777777" w:rsidR="00D47296" w:rsidRDefault="008C31C1">
      <w:pPr>
        <w:pStyle w:val="Heading1"/>
      </w:pPr>
      <w:r>
        <w:t>APPENDIX B - EXTENDED POWER / HVAC / HEAT FAILURE</w:t>
      </w:r>
    </w:p>
    <w:tbl>
      <w:tblPr>
        <w:tblW w:w="0" w:type="auto"/>
        <w:jc w:val="center"/>
        <w:tblLook w:val="04A0" w:firstRow="1" w:lastRow="0" w:firstColumn="1" w:lastColumn="0" w:noHBand="0" w:noVBand="1"/>
      </w:tblPr>
      <w:tblGrid>
        <w:gridCol w:w="10800"/>
      </w:tblGrid>
      <w:tr w:rsidR="00D47296" w14:paraId="02917D6C" w14:textId="77777777">
        <w:trPr>
          <w:jc w:val="center"/>
        </w:trPr>
        <w:tc>
          <w:tcPr>
            <w:tcW w:w="10800" w:type="dxa"/>
            <w:shd w:val="clear" w:color="auto" w:fill="E8F2EE"/>
          </w:tcPr>
          <w:p w14:paraId="097903BF"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22855334"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6231B2BA" w14:textId="77777777">
        <w:trPr>
          <w:tblHeader/>
          <w:jc w:val="center"/>
        </w:trPr>
        <w:tc>
          <w:tcPr>
            <w:tcW w:w="4320" w:type="dxa"/>
            <w:shd w:val="clear" w:color="auto" w:fill="015A41"/>
            <w:tcMar>
              <w:top w:w="70" w:type="dxa"/>
              <w:left w:w="70" w:type="dxa"/>
              <w:bottom w:w="70" w:type="dxa"/>
              <w:right w:w="70" w:type="dxa"/>
            </w:tcMar>
            <w:vAlign w:val="center"/>
          </w:tcPr>
          <w:p w14:paraId="6FD5C9DB"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77ADD0D7" w14:textId="77777777" w:rsidR="00D47296" w:rsidRDefault="008C31C1">
            <w:r>
              <w:rPr>
                <w:b/>
                <w:color w:val="FFFFFF"/>
                <w:sz w:val="18"/>
              </w:rPr>
              <w:t>Facility Entry</w:t>
            </w:r>
          </w:p>
        </w:tc>
      </w:tr>
      <w:tr w:rsidR="00D47296" w14:paraId="2B2D0CA3" w14:textId="77777777">
        <w:trPr>
          <w:jc w:val="center"/>
        </w:trPr>
        <w:tc>
          <w:tcPr>
            <w:tcW w:w="4320" w:type="dxa"/>
            <w:shd w:val="clear" w:color="auto" w:fill="E8F2EE"/>
            <w:tcMar>
              <w:top w:w="70" w:type="dxa"/>
              <w:left w:w="70" w:type="dxa"/>
              <w:bottom w:w="70" w:type="dxa"/>
              <w:right w:w="70" w:type="dxa"/>
            </w:tcMar>
            <w:vAlign w:val="center"/>
          </w:tcPr>
          <w:p w14:paraId="27A275B2"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1E89E543" w14:textId="77777777" w:rsidR="00D47296" w:rsidRDefault="008C31C1">
            <w:r>
              <w:rPr>
                <w:i/>
                <w:color w:val="777777"/>
                <w:sz w:val="24"/>
              </w:rPr>
              <w:t>&lt;Insert&gt;</w:t>
            </w:r>
          </w:p>
        </w:tc>
      </w:tr>
      <w:tr w:rsidR="00D47296" w14:paraId="0B88DE76" w14:textId="77777777">
        <w:trPr>
          <w:jc w:val="center"/>
        </w:trPr>
        <w:tc>
          <w:tcPr>
            <w:tcW w:w="4320" w:type="dxa"/>
            <w:tcMar>
              <w:top w:w="70" w:type="dxa"/>
              <w:left w:w="70" w:type="dxa"/>
              <w:bottom w:w="70" w:type="dxa"/>
              <w:right w:w="70" w:type="dxa"/>
            </w:tcMar>
            <w:vAlign w:val="center"/>
          </w:tcPr>
          <w:p w14:paraId="7A4AA61F"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1CD3FC75" w14:textId="77777777" w:rsidR="00D47296" w:rsidRDefault="008C31C1">
            <w:r>
              <w:rPr>
                <w:i/>
                <w:color w:val="777777"/>
                <w:sz w:val="24"/>
              </w:rPr>
              <w:t>&lt;Insert&gt;</w:t>
            </w:r>
          </w:p>
        </w:tc>
      </w:tr>
      <w:tr w:rsidR="00D47296" w14:paraId="61643855" w14:textId="77777777">
        <w:trPr>
          <w:jc w:val="center"/>
        </w:trPr>
        <w:tc>
          <w:tcPr>
            <w:tcW w:w="4320" w:type="dxa"/>
            <w:shd w:val="clear" w:color="auto" w:fill="E8F2EE"/>
            <w:tcMar>
              <w:top w:w="70" w:type="dxa"/>
              <w:left w:w="70" w:type="dxa"/>
              <w:bottom w:w="70" w:type="dxa"/>
              <w:right w:w="70" w:type="dxa"/>
            </w:tcMar>
            <w:vAlign w:val="center"/>
          </w:tcPr>
          <w:p w14:paraId="1CCB130F"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35A6F726" w14:textId="77777777" w:rsidR="00D47296" w:rsidRDefault="008C31C1">
            <w:r>
              <w:rPr>
                <w:i/>
                <w:color w:val="777777"/>
                <w:sz w:val="24"/>
              </w:rPr>
              <w:t>&lt;Insert&gt;</w:t>
            </w:r>
          </w:p>
        </w:tc>
      </w:tr>
      <w:tr w:rsidR="00D47296" w14:paraId="1462AE19" w14:textId="77777777">
        <w:trPr>
          <w:jc w:val="center"/>
        </w:trPr>
        <w:tc>
          <w:tcPr>
            <w:tcW w:w="4320" w:type="dxa"/>
            <w:tcMar>
              <w:top w:w="70" w:type="dxa"/>
              <w:left w:w="70" w:type="dxa"/>
              <w:bottom w:w="70" w:type="dxa"/>
              <w:right w:w="70" w:type="dxa"/>
            </w:tcMar>
            <w:vAlign w:val="center"/>
          </w:tcPr>
          <w:p w14:paraId="5CD1F250"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7D49D44E" w14:textId="77777777" w:rsidR="00D47296" w:rsidRDefault="008C31C1">
            <w:r>
              <w:rPr>
                <w:i/>
                <w:color w:val="777777"/>
                <w:sz w:val="24"/>
              </w:rPr>
              <w:t>&lt;Insert&gt;</w:t>
            </w:r>
          </w:p>
        </w:tc>
      </w:tr>
      <w:tr w:rsidR="00D47296" w14:paraId="71880ABF" w14:textId="77777777">
        <w:trPr>
          <w:jc w:val="center"/>
        </w:trPr>
        <w:tc>
          <w:tcPr>
            <w:tcW w:w="4320" w:type="dxa"/>
            <w:shd w:val="clear" w:color="auto" w:fill="E8F2EE"/>
            <w:tcMar>
              <w:top w:w="70" w:type="dxa"/>
              <w:left w:w="70" w:type="dxa"/>
              <w:bottom w:w="70" w:type="dxa"/>
              <w:right w:w="70" w:type="dxa"/>
            </w:tcMar>
            <w:vAlign w:val="center"/>
          </w:tcPr>
          <w:p w14:paraId="28BDAF01"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0FEF7C81" w14:textId="77777777" w:rsidR="00D47296" w:rsidRDefault="008C31C1">
            <w:r>
              <w:rPr>
                <w:i/>
                <w:color w:val="777777"/>
                <w:sz w:val="24"/>
              </w:rPr>
              <w:t>&lt;Insert&gt;</w:t>
            </w:r>
          </w:p>
        </w:tc>
      </w:tr>
      <w:tr w:rsidR="00D47296" w14:paraId="0F4C3F17" w14:textId="77777777">
        <w:trPr>
          <w:jc w:val="center"/>
        </w:trPr>
        <w:tc>
          <w:tcPr>
            <w:tcW w:w="4320" w:type="dxa"/>
            <w:tcMar>
              <w:top w:w="70" w:type="dxa"/>
              <w:left w:w="70" w:type="dxa"/>
              <w:bottom w:w="70" w:type="dxa"/>
              <w:right w:w="70" w:type="dxa"/>
            </w:tcMar>
            <w:vAlign w:val="center"/>
          </w:tcPr>
          <w:p w14:paraId="0B112FD6" w14:textId="77777777" w:rsidR="00D47296" w:rsidRDefault="008C31C1">
            <w:r>
              <w:rPr>
                <w:sz w:val="18"/>
              </w:rPr>
              <w:t>Staffing actions</w:t>
            </w:r>
          </w:p>
        </w:tc>
        <w:tc>
          <w:tcPr>
            <w:tcW w:w="6192" w:type="dxa"/>
            <w:tcMar>
              <w:top w:w="70" w:type="dxa"/>
              <w:left w:w="70" w:type="dxa"/>
              <w:bottom w:w="70" w:type="dxa"/>
              <w:right w:w="70" w:type="dxa"/>
            </w:tcMar>
            <w:vAlign w:val="center"/>
          </w:tcPr>
          <w:p w14:paraId="2D64CE54" w14:textId="77777777" w:rsidR="00D47296" w:rsidRDefault="008C31C1">
            <w:r>
              <w:rPr>
                <w:i/>
                <w:color w:val="777777"/>
                <w:sz w:val="24"/>
              </w:rPr>
              <w:t>&lt;Insert&gt;</w:t>
            </w:r>
          </w:p>
        </w:tc>
      </w:tr>
      <w:tr w:rsidR="00D47296" w14:paraId="3AB84FB6" w14:textId="77777777">
        <w:trPr>
          <w:jc w:val="center"/>
        </w:trPr>
        <w:tc>
          <w:tcPr>
            <w:tcW w:w="4320" w:type="dxa"/>
            <w:shd w:val="clear" w:color="auto" w:fill="E8F2EE"/>
            <w:tcMar>
              <w:top w:w="70" w:type="dxa"/>
              <w:left w:w="70" w:type="dxa"/>
              <w:bottom w:w="70" w:type="dxa"/>
              <w:right w:w="70" w:type="dxa"/>
            </w:tcMar>
            <w:vAlign w:val="center"/>
          </w:tcPr>
          <w:p w14:paraId="7B1D0F46"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24DFD9EE" w14:textId="77777777" w:rsidR="00D47296" w:rsidRDefault="008C31C1">
            <w:r>
              <w:rPr>
                <w:i/>
                <w:color w:val="777777"/>
                <w:sz w:val="24"/>
              </w:rPr>
              <w:t>&lt;Insert&gt;</w:t>
            </w:r>
          </w:p>
        </w:tc>
      </w:tr>
      <w:tr w:rsidR="00D47296" w14:paraId="11DA0827" w14:textId="77777777">
        <w:trPr>
          <w:jc w:val="center"/>
        </w:trPr>
        <w:tc>
          <w:tcPr>
            <w:tcW w:w="4320" w:type="dxa"/>
            <w:tcMar>
              <w:top w:w="70" w:type="dxa"/>
              <w:left w:w="70" w:type="dxa"/>
              <w:bottom w:w="70" w:type="dxa"/>
              <w:right w:w="70" w:type="dxa"/>
            </w:tcMar>
            <w:vAlign w:val="center"/>
          </w:tcPr>
          <w:p w14:paraId="4BD6C133"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08BE9154" w14:textId="77777777" w:rsidR="00D47296" w:rsidRDefault="008C31C1">
            <w:r>
              <w:rPr>
                <w:i/>
                <w:color w:val="777777"/>
                <w:sz w:val="24"/>
              </w:rPr>
              <w:t>&lt;Insert&gt;</w:t>
            </w:r>
          </w:p>
        </w:tc>
      </w:tr>
      <w:tr w:rsidR="00D47296" w14:paraId="67033D24" w14:textId="77777777">
        <w:trPr>
          <w:jc w:val="center"/>
        </w:trPr>
        <w:tc>
          <w:tcPr>
            <w:tcW w:w="4320" w:type="dxa"/>
            <w:shd w:val="clear" w:color="auto" w:fill="E8F2EE"/>
            <w:tcMar>
              <w:top w:w="70" w:type="dxa"/>
              <w:left w:w="70" w:type="dxa"/>
              <w:bottom w:w="70" w:type="dxa"/>
              <w:right w:w="70" w:type="dxa"/>
            </w:tcMar>
            <w:vAlign w:val="center"/>
          </w:tcPr>
          <w:p w14:paraId="74778254"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27CFB944" w14:textId="77777777" w:rsidR="00D47296" w:rsidRDefault="008C31C1">
            <w:r>
              <w:rPr>
                <w:i/>
                <w:color w:val="777777"/>
                <w:sz w:val="24"/>
              </w:rPr>
              <w:t>&lt;Insert&gt;</w:t>
            </w:r>
          </w:p>
        </w:tc>
      </w:tr>
      <w:tr w:rsidR="00D47296" w14:paraId="5CE90AD4" w14:textId="77777777">
        <w:trPr>
          <w:jc w:val="center"/>
        </w:trPr>
        <w:tc>
          <w:tcPr>
            <w:tcW w:w="4320" w:type="dxa"/>
            <w:tcMar>
              <w:top w:w="70" w:type="dxa"/>
              <w:left w:w="70" w:type="dxa"/>
              <w:bottom w:w="70" w:type="dxa"/>
              <w:right w:w="70" w:type="dxa"/>
            </w:tcMar>
            <w:vAlign w:val="center"/>
          </w:tcPr>
          <w:p w14:paraId="024D8D4F" w14:textId="77777777" w:rsidR="00D47296" w:rsidRDefault="008C31C1">
            <w:r>
              <w:rPr>
                <w:sz w:val="18"/>
              </w:rPr>
              <w:t>External partners</w:t>
            </w:r>
          </w:p>
        </w:tc>
        <w:tc>
          <w:tcPr>
            <w:tcW w:w="6192" w:type="dxa"/>
            <w:tcMar>
              <w:top w:w="70" w:type="dxa"/>
              <w:left w:w="70" w:type="dxa"/>
              <w:bottom w:w="70" w:type="dxa"/>
              <w:right w:w="70" w:type="dxa"/>
            </w:tcMar>
            <w:vAlign w:val="center"/>
          </w:tcPr>
          <w:p w14:paraId="7432D382" w14:textId="77777777" w:rsidR="00D47296" w:rsidRDefault="008C31C1">
            <w:r>
              <w:rPr>
                <w:i/>
                <w:color w:val="777777"/>
                <w:sz w:val="24"/>
              </w:rPr>
              <w:t>&lt;Insert&gt;</w:t>
            </w:r>
          </w:p>
        </w:tc>
      </w:tr>
      <w:tr w:rsidR="00D47296" w14:paraId="701B8E59" w14:textId="77777777">
        <w:trPr>
          <w:jc w:val="center"/>
        </w:trPr>
        <w:tc>
          <w:tcPr>
            <w:tcW w:w="4320" w:type="dxa"/>
            <w:shd w:val="clear" w:color="auto" w:fill="E8F2EE"/>
            <w:tcMar>
              <w:top w:w="70" w:type="dxa"/>
              <w:left w:w="70" w:type="dxa"/>
              <w:bottom w:w="70" w:type="dxa"/>
              <w:right w:w="70" w:type="dxa"/>
            </w:tcMar>
            <w:vAlign w:val="center"/>
          </w:tcPr>
          <w:p w14:paraId="73514772"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102ED7DA" w14:textId="77777777" w:rsidR="00D47296" w:rsidRDefault="008C31C1">
            <w:r>
              <w:rPr>
                <w:i/>
                <w:color w:val="777777"/>
                <w:sz w:val="24"/>
              </w:rPr>
              <w:t>&lt;Insert&gt;</w:t>
            </w:r>
          </w:p>
        </w:tc>
      </w:tr>
      <w:tr w:rsidR="00D47296" w14:paraId="64D533BD" w14:textId="77777777">
        <w:trPr>
          <w:jc w:val="center"/>
        </w:trPr>
        <w:tc>
          <w:tcPr>
            <w:tcW w:w="4320" w:type="dxa"/>
            <w:tcMar>
              <w:top w:w="70" w:type="dxa"/>
              <w:left w:w="70" w:type="dxa"/>
              <w:bottom w:w="70" w:type="dxa"/>
              <w:right w:w="70" w:type="dxa"/>
            </w:tcMar>
            <w:vAlign w:val="center"/>
          </w:tcPr>
          <w:p w14:paraId="6C30E976"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2B793AE5" w14:textId="77777777" w:rsidR="00D47296" w:rsidRDefault="008C31C1">
            <w:r>
              <w:rPr>
                <w:i/>
                <w:color w:val="777777"/>
                <w:sz w:val="24"/>
              </w:rPr>
              <w:t>&lt;Insert&gt;</w:t>
            </w:r>
          </w:p>
        </w:tc>
      </w:tr>
    </w:tbl>
    <w:p w14:paraId="622EBD9D" w14:textId="77777777" w:rsidR="00D47296" w:rsidRDefault="00D47296">
      <w:pPr>
        <w:spacing w:after="0"/>
      </w:pPr>
    </w:p>
    <w:p w14:paraId="362D15B7" w14:textId="77777777" w:rsidR="00D47296" w:rsidRDefault="008C31C1">
      <w:pPr>
        <w:pStyle w:val="Heading2"/>
      </w:pPr>
      <w:r>
        <w:t>Hazard-Specific Procedures / Notes</w:t>
      </w:r>
    </w:p>
    <w:p w14:paraId="7AA6D39C" w14:textId="77777777" w:rsidR="00D47296" w:rsidRDefault="008C31C1">
      <w:pPr>
        <w:spacing w:after="20"/>
      </w:pPr>
      <w:r>
        <w:rPr>
          <w:color w:val="B4B4B4"/>
          <w:sz w:val="16"/>
        </w:rPr>
        <w:t>__________________________________________________________________________________________________</w:t>
      </w:r>
    </w:p>
    <w:p w14:paraId="6D110879" w14:textId="77777777" w:rsidR="00D47296" w:rsidRDefault="008C31C1">
      <w:pPr>
        <w:spacing w:after="20"/>
      </w:pPr>
      <w:r>
        <w:rPr>
          <w:color w:val="B4B4B4"/>
          <w:sz w:val="16"/>
        </w:rPr>
        <w:t>__________________________________________________________________________________________________</w:t>
      </w:r>
    </w:p>
    <w:p w14:paraId="417EED16" w14:textId="77777777" w:rsidR="00D47296" w:rsidRDefault="008C31C1">
      <w:pPr>
        <w:spacing w:after="20"/>
      </w:pPr>
      <w:r>
        <w:rPr>
          <w:color w:val="B4B4B4"/>
          <w:sz w:val="16"/>
        </w:rPr>
        <w:t>__________________________________________________________________________________________________</w:t>
      </w:r>
    </w:p>
    <w:p w14:paraId="3D5A4AD2" w14:textId="77777777" w:rsidR="00D47296" w:rsidRDefault="008C31C1">
      <w:pPr>
        <w:spacing w:after="20"/>
      </w:pPr>
      <w:r>
        <w:rPr>
          <w:color w:val="B4B4B4"/>
          <w:sz w:val="16"/>
        </w:rPr>
        <w:t>__________________________________________________________________________________________________</w:t>
      </w:r>
    </w:p>
    <w:p w14:paraId="4BF52E5C" w14:textId="77777777" w:rsidR="00D47296" w:rsidRDefault="008C31C1">
      <w:pPr>
        <w:spacing w:after="20"/>
      </w:pPr>
      <w:r>
        <w:rPr>
          <w:color w:val="B4B4B4"/>
          <w:sz w:val="16"/>
        </w:rPr>
        <w:t>__________________________________________________________________________________________________</w:t>
      </w:r>
    </w:p>
    <w:p w14:paraId="1800519F" w14:textId="77777777" w:rsidR="00D47296" w:rsidRDefault="008C31C1">
      <w:pPr>
        <w:pStyle w:val="Heading1"/>
      </w:pPr>
      <w:r>
        <w:t>APPENDIX C - FIRE / SMOKE / BUILDING EMERGENCY</w:t>
      </w:r>
    </w:p>
    <w:tbl>
      <w:tblPr>
        <w:tblW w:w="0" w:type="auto"/>
        <w:jc w:val="center"/>
        <w:tblLook w:val="04A0" w:firstRow="1" w:lastRow="0" w:firstColumn="1" w:lastColumn="0" w:noHBand="0" w:noVBand="1"/>
      </w:tblPr>
      <w:tblGrid>
        <w:gridCol w:w="10800"/>
      </w:tblGrid>
      <w:tr w:rsidR="00D47296" w14:paraId="67EFE8A1" w14:textId="77777777">
        <w:trPr>
          <w:jc w:val="center"/>
        </w:trPr>
        <w:tc>
          <w:tcPr>
            <w:tcW w:w="10800" w:type="dxa"/>
            <w:shd w:val="clear" w:color="auto" w:fill="E8F2EE"/>
          </w:tcPr>
          <w:p w14:paraId="5F47FE34"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79BC5D39"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05EF7FE9" w14:textId="77777777">
        <w:trPr>
          <w:tblHeader/>
          <w:jc w:val="center"/>
        </w:trPr>
        <w:tc>
          <w:tcPr>
            <w:tcW w:w="4320" w:type="dxa"/>
            <w:shd w:val="clear" w:color="auto" w:fill="015A41"/>
            <w:tcMar>
              <w:top w:w="70" w:type="dxa"/>
              <w:left w:w="70" w:type="dxa"/>
              <w:bottom w:w="70" w:type="dxa"/>
              <w:right w:w="70" w:type="dxa"/>
            </w:tcMar>
            <w:vAlign w:val="center"/>
          </w:tcPr>
          <w:p w14:paraId="4A5153C2"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2D0723A7" w14:textId="77777777" w:rsidR="00D47296" w:rsidRDefault="008C31C1">
            <w:r>
              <w:rPr>
                <w:b/>
                <w:color w:val="FFFFFF"/>
                <w:sz w:val="18"/>
              </w:rPr>
              <w:t>Facility Entry</w:t>
            </w:r>
          </w:p>
        </w:tc>
      </w:tr>
      <w:tr w:rsidR="00D47296" w14:paraId="0B781145" w14:textId="77777777">
        <w:trPr>
          <w:jc w:val="center"/>
        </w:trPr>
        <w:tc>
          <w:tcPr>
            <w:tcW w:w="4320" w:type="dxa"/>
            <w:shd w:val="clear" w:color="auto" w:fill="E8F2EE"/>
            <w:tcMar>
              <w:top w:w="70" w:type="dxa"/>
              <w:left w:w="70" w:type="dxa"/>
              <w:bottom w:w="70" w:type="dxa"/>
              <w:right w:w="70" w:type="dxa"/>
            </w:tcMar>
            <w:vAlign w:val="center"/>
          </w:tcPr>
          <w:p w14:paraId="500AB0A3"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45273063" w14:textId="77777777" w:rsidR="00D47296" w:rsidRDefault="008C31C1">
            <w:r>
              <w:rPr>
                <w:i/>
                <w:color w:val="777777"/>
                <w:sz w:val="24"/>
              </w:rPr>
              <w:t>&lt;Insert&gt;</w:t>
            </w:r>
          </w:p>
        </w:tc>
      </w:tr>
      <w:tr w:rsidR="00D47296" w14:paraId="47540349" w14:textId="77777777">
        <w:trPr>
          <w:jc w:val="center"/>
        </w:trPr>
        <w:tc>
          <w:tcPr>
            <w:tcW w:w="4320" w:type="dxa"/>
            <w:tcMar>
              <w:top w:w="70" w:type="dxa"/>
              <w:left w:w="70" w:type="dxa"/>
              <w:bottom w:w="70" w:type="dxa"/>
              <w:right w:w="70" w:type="dxa"/>
            </w:tcMar>
            <w:vAlign w:val="center"/>
          </w:tcPr>
          <w:p w14:paraId="183B4C9A"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35F65CD4" w14:textId="77777777" w:rsidR="00D47296" w:rsidRDefault="008C31C1">
            <w:r>
              <w:rPr>
                <w:i/>
                <w:color w:val="777777"/>
                <w:sz w:val="24"/>
              </w:rPr>
              <w:t>&lt;Insert&gt;</w:t>
            </w:r>
          </w:p>
        </w:tc>
      </w:tr>
      <w:tr w:rsidR="00D47296" w14:paraId="4CB1E566" w14:textId="77777777">
        <w:trPr>
          <w:jc w:val="center"/>
        </w:trPr>
        <w:tc>
          <w:tcPr>
            <w:tcW w:w="4320" w:type="dxa"/>
            <w:shd w:val="clear" w:color="auto" w:fill="E8F2EE"/>
            <w:tcMar>
              <w:top w:w="70" w:type="dxa"/>
              <w:left w:w="70" w:type="dxa"/>
              <w:bottom w:w="70" w:type="dxa"/>
              <w:right w:w="70" w:type="dxa"/>
            </w:tcMar>
            <w:vAlign w:val="center"/>
          </w:tcPr>
          <w:p w14:paraId="7D0EF24A"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4171FADE" w14:textId="77777777" w:rsidR="00D47296" w:rsidRDefault="008C31C1">
            <w:r>
              <w:rPr>
                <w:i/>
                <w:color w:val="777777"/>
                <w:sz w:val="24"/>
              </w:rPr>
              <w:t>&lt;Insert&gt;</w:t>
            </w:r>
          </w:p>
        </w:tc>
      </w:tr>
      <w:tr w:rsidR="00D47296" w14:paraId="04713809" w14:textId="77777777">
        <w:trPr>
          <w:jc w:val="center"/>
        </w:trPr>
        <w:tc>
          <w:tcPr>
            <w:tcW w:w="4320" w:type="dxa"/>
            <w:tcMar>
              <w:top w:w="70" w:type="dxa"/>
              <w:left w:w="70" w:type="dxa"/>
              <w:bottom w:w="70" w:type="dxa"/>
              <w:right w:w="70" w:type="dxa"/>
            </w:tcMar>
            <w:vAlign w:val="center"/>
          </w:tcPr>
          <w:p w14:paraId="5FBA5038"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09A47034" w14:textId="77777777" w:rsidR="00D47296" w:rsidRDefault="008C31C1">
            <w:r>
              <w:rPr>
                <w:i/>
                <w:color w:val="777777"/>
                <w:sz w:val="24"/>
              </w:rPr>
              <w:t>&lt;Insert&gt;</w:t>
            </w:r>
          </w:p>
        </w:tc>
      </w:tr>
      <w:tr w:rsidR="00D47296" w14:paraId="218AFD98" w14:textId="77777777">
        <w:trPr>
          <w:jc w:val="center"/>
        </w:trPr>
        <w:tc>
          <w:tcPr>
            <w:tcW w:w="4320" w:type="dxa"/>
            <w:shd w:val="clear" w:color="auto" w:fill="E8F2EE"/>
            <w:tcMar>
              <w:top w:w="70" w:type="dxa"/>
              <w:left w:w="70" w:type="dxa"/>
              <w:bottom w:w="70" w:type="dxa"/>
              <w:right w:w="70" w:type="dxa"/>
            </w:tcMar>
            <w:vAlign w:val="center"/>
          </w:tcPr>
          <w:p w14:paraId="067F6D24"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618AB693" w14:textId="77777777" w:rsidR="00D47296" w:rsidRDefault="008C31C1">
            <w:r>
              <w:rPr>
                <w:i/>
                <w:color w:val="777777"/>
                <w:sz w:val="24"/>
              </w:rPr>
              <w:t>&lt;Insert&gt;</w:t>
            </w:r>
          </w:p>
        </w:tc>
      </w:tr>
      <w:tr w:rsidR="00D47296" w14:paraId="14D7C36E" w14:textId="77777777">
        <w:trPr>
          <w:jc w:val="center"/>
        </w:trPr>
        <w:tc>
          <w:tcPr>
            <w:tcW w:w="4320" w:type="dxa"/>
            <w:tcMar>
              <w:top w:w="70" w:type="dxa"/>
              <w:left w:w="70" w:type="dxa"/>
              <w:bottom w:w="70" w:type="dxa"/>
              <w:right w:w="70" w:type="dxa"/>
            </w:tcMar>
            <w:vAlign w:val="center"/>
          </w:tcPr>
          <w:p w14:paraId="6C2F820A" w14:textId="77777777" w:rsidR="00D47296" w:rsidRDefault="008C31C1">
            <w:r>
              <w:rPr>
                <w:sz w:val="18"/>
              </w:rPr>
              <w:t>Staffing actions</w:t>
            </w:r>
          </w:p>
        </w:tc>
        <w:tc>
          <w:tcPr>
            <w:tcW w:w="6192" w:type="dxa"/>
            <w:tcMar>
              <w:top w:w="70" w:type="dxa"/>
              <w:left w:w="70" w:type="dxa"/>
              <w:bottom w:w="70" w:type="dxa"/>
              <w:right w:w="70" w:type="dxa"/>
            </w:tcMar>
            <w:vAlign w:val="center"/>
          </w:tcPr>
          <w:p w14:paraId="759CA0F5" w14:textId="77777777" w:rsidR="00D47296" w:rsidRDefault="008C31C1">
            <w:r>
              <w:rPr>
                <w:i/>
                <w:color w:val="777777"/>
                <w:sz w:val="24"/>
              </w:rPr>
              <w:t>&lt;Insert&gt;</w:t>
            </w:r>
          </w:p>
        </w:tc>
      </w:tr>
      <w:tr w:rsidR="00D47296" w14:paraId="42C88BFF" w14:textId="77777777">
        <w:trPr>
          <w:jc w:val="center"/>
        </w:trPr>
        <w:tc>
          <w:tcPr>
            <w:tcW w:w="4320" w:type="dxa"/>
            <w:shd w:val="clear" w:color="auto" w:fill="E8F2EE"/>
            <w:tcMar>
              <w:top w:w="70" w:type="dxa"/>
              <w:left w:w="70" w:type="dxa"/>
              <w:bottom w:w="70" w:type="dxa"/>
              <w:right w:w="70" w:type="dxa"/>
            </w:tcMar>
            <w:vAlign w:val="center"/>
          </w:tcPr>
          <w:p w14:paraId="34710025"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6E1F5338" w14:textId="77777777" w:rsidR="00D47296" w:rsidRDefault="008C31C1">
            <w:r>
              <w:rPr>
                <w:i/>
                <w:color w:val="777777"/>
                <w:sz w:val="24"/>
              </w:rPr>
              <w:t>&lt;Insert&gt;</w:t>
            </w:r>
          </w:p>
        </w:tc>
      </w:tr>
      <w:tr w:rsidR="00D47296" w14:paraId="6791A071" w14:textId="77777777">
        <w:trPr>
          <w:jc w:val="center"/>
        </w:trPr>
        <w:tc>
          <w:tcPr>
            <w:tcW w:w="4320" w:type="dxa"/>
            <w:tcMar>
              <w:top w:w="70" w:type="dxa"/>
              <w:left w:w="70" w:type="dxa"/>
              <w:bottom w:w="70" w:type="dxa"/>
              <w:right w:w="70" w:type="dxa"/>
            </w:tcMar>
            <w:vAlign w:val="center"/>
          </w:tcPr>
          <w:p w14:paraId="22AF8AD5"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436DD503" w14:textId="77777777" w:rsidR="00D47296" w:rsidRDefault="008C31C1">
            <w:r>
              <w:rPr>
                <w:i/>
                <w:color w:val="777777"/>
                <w:sz w:val="24"/>
              </w:rPr>
              <w:t>&lt;Insert&gt;</w:t>
            </w:r>
          </w:p>
        </w:tc>
      </w:tr>
      <w:tr w:rsidR="00D47296" w14:paraId="5D692CC0" w14:textId="77777777">
        <w:trPr>
          <w:jc w:val="center"/>
        </w:trPr>
        <w:tc>
          <w:tcPr>
            <w:tcW w:w="4320" w:type="dxa"/>
            <w:shd w:val="clear" w:color="auto" w:fill="E8F2EE"/>
            <w:tcMar>
              <w:top w:w="70" w:type="dxa"/>
              <w:left w:w="70" w:type="dxa"/>
              <w:bottom w:w="70" w:type="dxa"/>
              <w:right w:w="70" w:type="dxa"/>
            </w:tcMar>
            <w:vAlign w:val="center"/>
          </w:tcPr>
          <w:p w14:paraId="58C4EC69"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15AE5E6D" w14:textId="77777777" w:rsidR="00D47296" w:rsidRDefault="008C31C1">
            <w:r>
              <w:rPr>
                <w:i/>
                <w:color w:val="777777"/>
                <w:sz w:val="24"/>
              </w:rPr>
              <w:t>&lt;Insert&gt;</w:t>
            </w:r>
          </w:p>
        </w:tc>
      </w:tr>
      <w:tr w:rsidR="00D47296" w14:paraId="206D48B0" w14:textId="77777777">
        <w:trPr>
          <w:jc w:val="center"/>
        </w:trPr>
        <w:tc>
          <w:tcPr>
            <w:tcW w:w="4320" w:type="dxa"/>
            <w:tcMar>
              <w:top w:w="70" w:type="dxa"/>
              <w:left w:w="70" w:type="dxa"/>
              <w:bottom w:w="70" w:type="dxa"/>
              <w:right w:w="70" w:type="dxa"/>
            </w:tcMar>
            <w:vAlign w:val="center"/>
          </w:tcPr>
          <w:p w14:paraId="26E6A196" w14:textId="77777777" w:rsidR="00D47296" w:rsidRDefault="008C31C1">
            <w:r>
              <w:rPr>
                <w:sz w:val="18"/>
              </w:rPr>
              <w:t>External partners</w:t>
            </w:r>
          </w:p>
        </w:tc>
        <w:tc>
          <w:tcPr>
            <w:tcW w:w="6192" w:type="dxa"/>
            <w:tcMar>
              <w:top w:w="70" w:type="dxa"/>
              <w:left w:w="70" w:type="dxa"/>
              <w:bottom w:w="70" w:type="dxa"/>
              <w:right w:w="70" w:type="dxa"/>
            </w:tcMar>
            <w:vAlign w:val="center"/>
          </w:tcPr>
          <w:p w14:paraId="78D1B72E" w14:textId="77777777" w:rsidR="00D47296" w:rsidRDefault="008C31C1">
            <w:r>
              <w:rPr>
                <w:i/>
                <w:color w:val="777777"/>
                <w:sz w:val="24"/>
              </w:rPr>
              <w:t>&lt;Insert&gt;</w:t>
            </w:r>
          </w:p>
        </w:tc>
      </w:tr>
      <w:tr w:rsidR="00D47296" w14:paraId="60FA3634" w14:textId="77777777">
        <w:trPr>
          <w:jc w:val="center"/>
        </w:trPr>
        <w:tc>
          <w:tcPr>
            <w:tcW w:w="4320" w:type="dxa"/>
            <w:shd w:val="clear" w:color="auto" w:fill="E8F2EE"/>
            <w:tcMar>
              <w:top w:w="70" w:type="dxa"/>
              <w:left w:w="70" w:type="dxa"/>
              <w:bottom w:w="70" w:type="dxa"/>
              <w:right w:w="70" w:type="dxa"/>
            </w:tcMar>
            <w:vAlign w:val="center"/>
          </w:tcPr>
          <w:p w14:paraId="1B8A4DD9"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23D9435E" w14:textId="77777777" w:rsidR="00D47296" w:rsidRDefault="008C31C1">
            <w:r>
              <w:rPr>
                <w:i/>
                <w:color w:val="777777"/>
                <w:sz w:val="24"/>
              </w:rPr>
              <w:t>&lt;Insert&gt;</w:t>
            </w:r>
          </w:p>
        </w:tc>
      </w:tr>
      <w:tr w:rsidR="00D47296" w14:paraId="3E471932" w14:textId="77777777">
        <w:trPr>
          <w:jc w:val="center"/>
        </w:trPr>
        <w:tc>
          <w:tcPr>
            <w:tcW w:w="4320" w:type="dxa"/>
            <w:tcMar>
              <w:top w:w="70" w:type="dxa"/>
              <w:left w:w="70" w:type="dxa"/>
              <w:bottom w:w="70" w:type="dxa"/>
              <w:right w:w="70" w:type="dxa"/>
            </w:tcMar>
            <w:vAlign w:val="center"/>
          </w:tcPr>
          <w:p w14:paraId="79FE468C"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2AE56B03" w14:textId="77777777" w:rsidR="00D47296" w:rsidRDefault="008C31C1">
            <w:r>
              <w:rPr>
                <w:i/>
                <w:color w:val="777777"/>
                <w:sz w:val="24"/>
              </w:rPr>
              <w:t>&lt;Insert&gt;</w:t>
            </w:r>
          </w:p>
        </w:tc>
      </w:tr>
    </w:tbl>
    <w:p w14:paraId="489E7B77" w14:textId="77777777" w:rsidR="00D47296" w:rsidRDefault="00D47296">
      <w:pPr>
        <w:spacing w:after="0"/>
      </w:pPr>
    </w:p>
    <w:p w14:paraId="02F35814" w14:textId="77777777" w:rsidR="00D47296" w:rsidRDefault="008C31C1">
      <w:pPr>
        <w:pStyle w:val="Heading2"/>
      </w:pPr>
      <w:r>
        <w:t>Hazard-Specific Procedures / Notes</w:t>
      </w:r>
    </w:p>
    <w:p w14:paraId="4C86B48E" w14:textId="77777777" w:rsidR="00D47296" w:rsidRDefault="008C31C1">
      <w:pPr>
        <w:spacing w:after="20"/>
      </w:pPr>
      <w:r>
        <w:rPr>
          <w:color w:val="B4B4B4"/>
          <w:sz w:val="16"/>
        </w:rPr>
        <w:t>__________________________________________________________________________________________________</w:t>
      </w:r>
    </w:p>
    <w:p w14:paraId="66C99BC1" w14:textId="77777777" w:rsidR="00D47296" w:rsidRDefault="008C31C1">
      <w:pPr>
        <w:spacing w:after="20"/>
      </w:pPr>
      <w:r>
        <w:rPr>
          <w:color w:val="B4B4B4"/>
          <w:sz w:val="16"/>
        </w:rPr>
        <w:t>__________________________________________________________________________________________________</w:t>
      </w:r>
    </w:p>
    <w:p w14:paraId="5F6928BB" w14:textId="77777777" w:rsidR="00D47296" w:rsidRDefault="008C31C1">
      <w:pPr>
        <w:spacing w:after="20"/>
      </w:pPr>
      <w:r>
        <w:rPr>
          <w:color w:val="B4B4B4"/>
          <w:sz w:val="16"/>
        </w:rPr>
        <w:t>__________________________________________________________________________________________________</w:t>
      </w:r>
    </w:p>
    <w:p w14:paraId="604C842B" w14:textId="77777777" w:rsidR="00D47296" w:rsidRDefault="008C31C1">
      <w:pPr>
        <w:spacing w:after="20"/>
      </w:pPr>
      <w:r>
        <w:rPr>
          <w:color w:val="B4B4B4"/>
          <w:sz w:val="16"/>
        </w:rPr>
        <w:t>__________________________________________________________________________________________________</w:t>
      </w:r>
    </w:p>
    <w:p w14:paraId="72775796" w14:textId="77777777" w:rsidR="00D47296" w:rsidRDefault="008C31C1">
      <w:pPr>
        <w:spacing w:after="20"/>
      </w:pPr>
      <w:r>
        <w:rPr>
          <w:color w:val="B4B4B4"/>
          <w:sz w:val="16"/>
        </w:rPr>
        <w:t>__________________________________________________________________________________________________</w:t>
      </w:r>
    </w:p>
    <w:p w14:paraId="6767F9E5" w14:textId="77777777" w:rsidR="00D47296" w:rsidRDefault="008C31C1">
      <w:pPr>
        <w:pStyle w:val="Heading1"/>
      </w:pPr>
      <w:r>
        <w:t>APPENDIX D - EMERGING INFECTIOUS DISEASE / OUTBREAK</w:t>
      </w:r>
    </w:p>
    <w:tbl>
      <w:tblPr>
        <w:tblW w:w="0" w:type="auto"/>
        <w:jc w:val="center"/>
        <w:tblLook w:val="04A0" w:firstRow="1" w:lastRow="0" w:firstColumn="1" w:lastColumn="0" w:noHBand="0" w:noVBand="1"/>
      </w:tblPr>
      <w:tblGrid>
        <w:gridCol w:w="10800"/>
      </w:tblGrid>
      <w:tr w:rsidR="00D47296" w14:paraId="38548A32" w14:textId="77777777">
        <w:trPr>
          <w:jc w:val="center"/>
        </w:trPr>
        <w:tc>
          <w:tcPr>
            <w:tcW w:w="10800" w:type="dxa"/>
            <w:shd w:val="clear" w:color="auto" w:fill="E8F2EE"/>
          </w:tcPr>
          <w:p w14:paraId="1AEAAF52"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1E467CDA"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15054D54" w14:textId="77777777">
        <w:trPr>
          <w:tblHeader/>
          <w:jc w:val="center"/>
        </w:trPr>
        <w:tc>
          <w:tcPr>
            <w:tcW w:w="4320" w:type="dxa"/>
            <w:shd w:val="clear" w:color="auto" w:fill="015A41"/>
            <w:tcMar>
              <w:top w:w="70" w:type="dxa"/>
              <w:left w:w="70" w:type="dxa"/>
              <w:bottom w:w="70" w:type="dxa"/>
              <w:right w:w="70" w:type="dxa"/>
            </w:tcMar>
            <w:vAlign w:val="center"/>
          </w:tcPr>
          <w:p w14:paraId="11308520"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0D6FCC82" w14:textId="77777777" w:rsidR="00D47296" w:rsidRDefault="008C31C1">
            <w:r>
              <w:rPr>
                <w:b/>
                <w:color w:val="FFFFFF"/>
                <w:sz w:val="18"/>
              </w:rPr>
              <w:t>Facility Entry</w:t>
            </w:r>
          </w:p>
        </w:tc>
      </w:tr>
      <w:tr w:rsidR="00D47296" w14:paraId="576F4836" w14:textId="77777777">
        <w:trPr>
          <w:jc w:val="center"/>
        </w:trPr>
        <w:tc>
          <w:tcPr>
            <w:tcW w:w="4320" w:type="dxa"/>
            <w:shd w:val="clear" w:color="auto" w:fill="E8F2EE"/>
            <w:tcMar>
              <w:top w:w="70" w:type="dxa"/>
              <w:left w:w="70" w:type="dxa"/>
              <w:bottom w:w="70" w:type="dxa"/>
              <w:right w:w="70" w:type="dxa"/>
            </w:tcMar>
            <w:vAlign w:val="center"/>
          </w:tcPr>
          <w:p w14:paraId="0774488A"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130F9261" w14:textId="77777777" w:rsidR="00D47296" w:rsidRDefault="008C31C1">
            <w:r>
              <w:rPr>
                <w:i/>
                <w:color w:val="777777"/>
                <w:sz w:val="24"/>
              </w:rPr>
              <w:t>&lt;Insert&gt;</w:t>
            </w:r>
          </w:p>
        </w:tc>
      </w:tr>
      <w:tr w:rsidR="00D47296" w14:paraId="1963D93B" w14:textId="77777777">
        <w:trPr>
          <w:jc w:val="center"/>
        </w:trPr>
        <w:tc>
          <w:tcPr>
            <w:tcW w:w="4320" w:type="dxa"/>
            <w:tcMar>
              <w:top w:w="70" w:type="dxa"/>
              <w:left w:w="70" w:type="dxa"/>
              <w:bottom w:w="70" w:type="dxa"/>
              <w:right w:w="70" w:type="dxa"/>
            </w:tcMar>
            <w:vAlign w:val="center"/>
          </w:tcPr>
          <w:p w14:paraId="63322990"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16717360" w14:textId="77777777" w:rsidR="00D47296" w:rsidRDefault="008C31C1">
            <w:r>
              <w:rPr>
                <w:i/>
                <w:color w:val="777777"/>
                <w:sz w:val="24"/>
              </w:rPr>
              <w:t>&lt;Insert&gt;</w:t>
            </w:r>
          </w:p>
        </w:tc>
      </w:tr>
      <w:tr w:rsidR="00D47296" w14:paraId="4DD7A335" w14:textId="77777777">
        <w:trPr>
          <w:jc w:val="center"/>
        </w:trPr>
        <w:tc>
          <w:tcPr>
            <w:tcW w:w="4320" w:type="dxa"/>
            <w:shd w:val="clear" w:color="auto" w:fill="E8F2EE"/>
            <w:tcMar>
              <w:top w:w="70" w:type="dxa"/>
              <w:left w:w="70" w:type="dxa"/>
              <w:bottom w:w="70" w:type="dxa"/>
              <w:right w:w="70" w:type="dxa"/>
            </w:tcMar>
            <w:vAlign w:val="center"/>
          </w:tcPr>
          <w:p w14:paraId="26917E7B"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36AE0A8D" w14:textId="77777777" w:rsidR="00D47296" w:rsidRDefault="008C31C1">
            <w:r>
              <w:rPr>
                <w:i/>
                <w:color w:val="777777"/>
                <w:sz w:val="24"/>
              </w:rPr>
              <w:t>&lt;Insert&gt;</w:t>
            </w:r>
          </w:p>
        </w:tc>
      </w:tr>
      <w:tr w:rsidR="00D47296" w14:paraId="10B97D8B" w14:textId="77777777">
        <w:trPr>
          <w:jc w:val="center"/>
        </w:trPr>
        <w:tc>
          <w:tcPr>
            <w:tcW w:w="4320" w:type="dxa"/>
            <w:tcMar>
              <w:top w:w="70" w:type="dxa"/>
              <w:left w:w="70" w:type="dxa"/>
              <w:bottom w:w="70" w:type="dxa"/>
              <w:right w:w="70" w:type="dxa"/>
            </w:tcMar>
            <w:vAlign w:val="center"/>
          </w:tcPr>
          <w:p w14:paraId="649CF5E1"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74919978" w14:textId="77777777" w:rsidR="00D47296" w:rsidRDefault="008C31C1">
            <w:r>
              <w:rPr>
                <w:i/>
                <w:color w:val="777777"/>
                <w:sz w:val="24"/>
              </w:rPr>
              <w:t>&lt;Insert&gt;</w:t>
            </w:r>
          </w:p>
        </w:tc>
      </w:tr>
      <w:tr w:rsidR="00D47296" w14:paraId="1800BF42" w14:textId="77777777">
        <w:trPr>
          <w:jc w:val="center"/>
        </w:trPr>
        <w:tc>
          <w:tcPr>
            <w:tcW w:w="4320" w:type="dxa"/>
            <w:shd w:val="clear" w:color="auto" w:fill="E8F2EE"/>
            <w:tcMar>
              <w:top w:w="70" w:type="dxa"/>
              <w:left w:w="70" w:type="dxa"/>
              <w:bottom w:w="70" w:type="dxa"/>
              <w:right w:w="70" w:type="dxa"/>
            </w:tcMar>
            <w:vAlign w:val="center"/>
          </w:tcPr>
          <w:p w14:paraId="3711F52B"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46F74AE3" w14:textId="77777777" w:rsidR="00D47296" w:rsidRDefault="008C31C1">
            <w:r>
              <w:rPr>
                <w:i/>
                <w:color w:val="777777"/>
                <w:sz w:val="24"/>
              </w:rPr>
              <w:t>&lt;Insert&gt;</w:t>
            </w:r>
          </w:p>
        </w:tc>
      </w:tr>
      <w:tr w:rsidR="00D47296" w14:paraId="5E8B8A5C" w14:textId="77777777">
        <w:trPr>
          <w:jc w:val="center"/>
        </w:trPr>
        <w:tc>
          <w:tcPr>
            <w:tcW w:w="4320" w:type="dxa"/>
            <w:tcMar>
              <w:top w:w="70" w:type="dxa"/>
              <w:left w:w="70" w:type="dxa"/>
              <w:bottom w:w="70" w:type="dxa"/>
              <w:right w:w="70" w:type="dxa"/>
            </w:tcMar>
            <w:vAlign w:val="center"/>
          </w:tcPr>
          <w:p w14:paraId="6FB603D1" w14:textId="77777777" w:rsidR="00D47296" w:rsidRDefault="008C31C1">
            <w:r>
              <w:rPr>
                <w:sz w:val="18"/>
              </w:rPr>
              <w:t>Staffing actions</w:t>
            </w:r>
          </w:p>
        </w:tc>
        <w:tc>
          <w:tcPr>
            <w:tcW w:w="6192" w:type="dxa"/>
            <w:tcMar>
              <w:top w:w="70" w:type="dxa"/>
              <w:left w:w="70" w:type="dxa"/>
              <w:bottom w:w="70" w:type="dxa"/>
              <w:right w:w="70" w:type="dxa"/>
            </w:tcMar>
            <w:vAlign w:val="center"/>
          </w:tcPr>
          <w:p w14:paraId="34BD55A6" w14:textId="77777777" w:rsidR="00D47296" w:rsidRDefault="008C31C1">
            <w:r>
              <w:rPr>
                <w:i/>
                <w:color w:val="777777"/>
                <w:sz w:val="24"/>
              </w:rPr>
              <w:t>&lt;Insert&gt;</w:t>
            </w:r>
          </w:p>
        </w:tc>
      </w:tr>
      <w:tr w:rsidR="00D47296" w14:paraId="78D4FDE6" w14:textId="77777777">
        <w:trPr>
          <w:jc w:val="center"/>
        </w:trPr>
        <w:tc>
          <w:tcPr>
            <w:tcW w:w="4320" w:type="dxa"/>
            <w:shd w:val="clear" w:color="auto" w:fill="E8F2EE"/>
            <w:tcMar>
              <w:top w:w="70" w:type="dxa"/>
              <w:left w:w="70" w:type="dxa"/>
              <w:bottom w:w="70" w:type="dxa"/>
              <w:right w:w="70" w:type="dxa"/>
            </w:tcMar>
            <w:vAlign w:val="center"/>
          </w:tcPr>
          <w:p w14:paraId="2A47C915"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1EFA066B" w14:textId="77777777" w:rsidR="00D47296" w:rsidRDefault="008C31C1">
            <w:r>
              <w:rPr>
                <w:i/>
                <w:color w:val="777777"/>
                <w:sz w:val="24"/>
              </w:rPr>
              <w:t>&lt;Insert&gt;</w:t>
            </w:r>
          </w:p>
        </w:tc>
      </w:tr>
      <w:tr w:rsidR="00D47296" w14:paraId="3996FC22" w14:textId="77777777">
        <w:trPr>
          <w:jc w:val="center"/>
        </w:trPr>
        <w:tc>
          <w:tcPr>
            <w:tcW w:w="4320" w:type="dxa"/>
            <w:tcMar>
              <w:top w:w="70" w:type="dxa"/>
              <w:left w:w="70" w:type="dxa"/>
              <w:bottom w:w="70" w:type="dxa"/>
              <w:right w:w="70" w:type="dxa"/>
            </w:tcMar>
            <w:vAlign w:val="center"/>
          </w:tcPr>
          <w:p w14:paraId="1E1D6841"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6935374A" w14:textId="77777777" w:rsidR="00D47296" w:rsidRDefault="008C31C1">
            <w:r>
              <w:rPr>
                <w:i/>
                <w:color w:val="777777"/>
                <w:sz w:val="24"/>
              </w:rPr>
              <w:t>&lt;Insert&gt;</w:t>
            </w:r>
          </w:p>
        </w:tc>
      </w:tr>
      <w:tr w:rsidR="00D47296" w14:paraId="260BFA9F" w14:textId="77777777">
        <w:trPr>
          <w:jc w:val="center"/>
        </w:trPr>
        <w:tc>
          <w:tcPr>
            <w:tcW w:w="4320" w:type="dxa"/>
            <w:shd w:val="clear" w:color="auto" w:fill="E8F2EE"/>
            <w:tcMar>
              <w:top w:w="70" w:type="dxa"/>
              <w:left w:w="70" w:type="dxa"/>
              <w:bottom w:w="70" w:type="dxa"/>
              <w:right w:w="70" w:type="dxa"/>
            </w:tcMar>
            <w:vAlign w:val="center"/>
          </w:tcPr>
          <w:p w14:paraId="70536D8E"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4B9ECC2F" w14:textId="77777777" w:rsidR="00D47296" w:rsidRDefault="008C31C1">
            <w:r>
              <w:rPr>
                <w:i/>
                <w:color w:val="777777"/>
                <w:sz w:val="24"/>
              </w:rPr>
              <w:t>&lt;Insert&gt;</w:t>
            </w:r>
          </w:p>
        </w:tc>
      </w:tr>
      <w:tr w:rsidR="00D47296" w14:paraId="18F3BF24" w14:textId="77777777">
        <w:trPr>
          <w:jc w:val="center"/>
        </w:trPr>
        <w:tc>
          <w:tcPr>
            <w:tcW w:w="4320" w:type="dxa"/>
            <w:tcMar>
              <w:top w:w="70" w:type="dxa"/>
              <w:left w:w="70" w:type="dxa"/>
              <w:bottom w:w="70" w:type="dxa"/>
              <w:right w:w="70" w:type="dxa"/>
            </w:tcMar>
            <w:vAlign w:val="center"/>
          </w:tcPr>
          <w:p w14:paraId="349A6D8B" w14:textId="77777777" w:rsidR="00D47296" w:rsidRDefault="008C31C1">
            <w:r>
              <w:rPr>
                <w:sz w:val="18"/>
              </w:rPr>
              <w:t>External partners</w:t>
            </w:r>
          </w:p>
        </w:tc>
        <w:tc>
          <w:tcPr>
            <w:tcW w:w="6192" w:type="dxa"/>
            <w:tcMar>
              <w:top w:w="70" w:type="dxa"/>
              <w:left w:w="70" w:type="dxa"/>
              <w:bottom w:w="70" w:type="dxa"/>
              <w:right w:w="70" w:type="dxa"/>
            </w:tcMar>
            <w:vAlign w:val="center"/>
          </w:tcPr>
          <w:p w14:paraId="236947C9" w14:textId="77777777" w:rsidR="00D47296" w:rsidRDefault="008C31C1">
            <w:r>
              <w:rPr>
                <w:i/>
                <w:color w:val="777777"/>
                <w:sz w:val="24"/>
              </w:rPr>
              <w:t>&lt;Insert&gt;</w:t>
            </w:r>
          </w:p>
        </w:tc>
      </w:tr>
      <w:tr w:rsidR="00D47296" w14:paraId="32803220" w14:textId="77777777">
        <w:trPr>
          <w:jc w:val="center"/>
        </w:trPr>
        <w:tc>
          <w:tcPr>
            <w:tcW w:w="4320" w:type="dxa"/>
            <w:shd w:val="clear" w:color="auto" w:fill="E8F2EE"/>
            <w:tcMar>
              <w:top w:w="70" w:type="dxa"/>
              <w:left w:w="70" w:type="dxa"/>
              <w:bottom w:w="70" w:type="dxa"/>
              <w:right w:w="70" w:type="dxa"/>
            </w:tcMar>
            <w:vAlign w:val="center"/>
          </w:tcPr>
          <w:p w14:paraId="59F888BD"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2EA2B17F" w14:textId="77777777" w:rsidR="00D47296" w:rsidRDefault="008C31C1">
            <w:r>
              <w:rPr>
                <w:i/>
                <w:color w:val="777777"/>
                <w:sz w:val="24"/>
              </w:rPr>
              <w:t>&lt;Insert&gt;</w:t>
            </w:r>
          </w:p>
        </w:tc>
      </w:tr>
      <w:tr w:rsidR="00D47296" w14:paraId="71F49F12" w14:textId="77777777">
        <w:trPr>
          <w:jc w:val="center"/>
        </w:trPr>
        <w:tc>
          <w:tcPr>
            <w:tcW w:w="4320" w:type="dxa"/>
            <w:tcMar>
              <w:top w:w="70" w:type="dxa"/>
              <w:left w:w="70" w:type="dxa"/>
              <w:bottom w:w="70" w:type="dxa"/>
              <w:right w:w="70" w:type="dxa"/>
            </w:tcMar>
            <w:vAlign w:val="center"/>
          </w:tcPr>
          <w:p w14:paraId="7B0FB90F"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253B6093" w14:textId="77777777" w:rsidR="00D47296" w:rsidRDefault="008C31C1">
            <w:r>
              <w:rPr>
                <w:i/>
                <w:color w:val="777777"/>
                <w:sz w:val="24"/>
              </w:rPr>
              <w:t>&lt;Insert&gt;</w:t>
            </w:r>
          </w:p>
        </w:tc>
      </w:tr>
    </w:tbl>
    <w:p w14:paraId="5087742B" w14:textId="77777777" w:rsidR="00D47296" w:rsidRDefault="00D47296">
      <w:pPr>
        <w:spacing w:after="0"/>
      </w:pPr>
    </w:p>
    <w:p w14:paraId="77806E8F" w14:textId="77777777" w:rsidR="00D47296" w:rsidRDefault="008C31C1">
      <w:pPr>
        <w:pStyle w:val="Heading2"/>
      </w:pPr>
      <w:r>
        <w:t>Hazard-Specific Procedures / Notes</w:t>
      </w:r>
    </w:p>
    <w:p w14:paraId="151E5518" w14:textId="77777777" w:rsidR="00D47296" w:rsidRDefault="008C31C1">
      <w:pPr>
        <w:spacing w:after="20"/>
      </w:pPr>
      <w:r>
        <w:rPr>
          <w:color w:val="B4B4B4"/>
          <w:sz w:val="16"/>
        </w:rPr>
        <w:t>__________________________________________________________________________________________________</w:t>
      </w:r>
    </w:p>
    <w:p w14:paraId="47B337FC" w14:textId="77777777" w:rsidR="00D47296" w:rsidRDefault="008C31C1">
      <w:pPr>
        <w:spacing w:after="20"/>
      </w:pPr>
      <w:r>
        <w:rPr>
          <w:color w:val="B4B4B4"/>
          <w:sz w:val="16"/>
        </w:rPr>
        <w:t>__________________________________________________________________________________________________</w:t>
      </w:r>
    </w:p>
    <w:p w14:paraId="41779637" w14:textId="77777777" w:rsidR="00D47296" w:rsidRDefault="008C31C1">
      <w:pPr>
        <w:spacing w:after="20"/>
      </w:pPr>
      <w:r>
        <w:rPr>
          <w:color w:val="B4B4B4"/>
          <w:sz w:val="16"/>
        </w:rPr>
        <w:t>__________________________________________________________________________________________________</w:t>
      </w:r>
    </w:p>
    <w:p w14:paraId="23CA8364" w14:textId="77777777" w:rsidR="00D47296" w:rsidRDefault="008C31C1">
      <w:pPr>
        <w:spacing w:after="20"/>
      </w:pPr>
      <w:r>
        <w:rPr>
          <w:color w:val="B4B4B4"/>
          <w:sz w:val="16"/>
        </w:rPr>
        <w:t>__________________________________________________________________________________________________</w:t>
      </w:r>
    </w:p>
    <w:p w14:paraId="2B1F4AC7" w14:textId="77777777" w:rsidR="00D47296" w:rsidRDefault="008C31C1">
      <w:pPr>
        <w:spacing w:after="20"/>
      </w:pPr>
      <w:r>
        <w:rPr>
          <w:color w:val="B4B4B4"/>
          <w:sz w:val="16"/>
        </w:rPr>
        <w:t>__________________________________________________________________________________________________</w:t>
      </w:r>
    </w:p>
    <w:p w14:paraId="6A8477A7" w14:textId="77777777" w:rsidR="00D47296" w:rsidRDefault="008C31C1">
      <w:pPr>
        <w:pStyle w:val="Heading1"/>
      </w:pPr>
      <w:r>
        <w:t>APPENDIX E - CYBERATTACK / EXTENDED IT-EHR DOWNTIME</w:t>
      </w:r>
    </w:p>
    <w:tbl>
      <w:tblPr>
        <w:tblW w:w="0" w:type="auto"/>
        <w:jc w:val="center"/>
        <w:tblLook w:val="04A0" w:firstRow="1" w:lastRow="0" w:firstColumn="1" w:lastColumn="0" w:noHBand="0" w:noVBand="1"/>
      </w:tblPr>
      <w:tblGrid>
        <w:gridCol w:w="10800"/>
      </w:tblGrid>
      <w:tr w:rsidR="00D47296" w14:paraId="4FB1285F" w14:textId="77777777">
        <w:trPr>
          <w:jc w:val="center"/>
        </w:trPr>
        <w:tc>
          <w:tcPr>
            <w:tcW w:w="10800" w:type="dxa"/>
            <w:shd w:val="clear" w:color="auto" w:fill="E8F2EE"/>
          </w:tcPr>
          <w:p w14:paraId="76EF26D1"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5A669582"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7CE5AB6E" w14:textId="77777777">
        <w:trPr>
          <w:tblHeader/>
          <w:jc w:val="center"/>
        </w:trPr>
        <w:tc>
          <w:tcPr>
            <w:tcW w:w="4320" w:type="dxa"/>
            <w:shd w:val="clear" w:color="auto" w:fill="015A41"/>
            <w:tcMar>
              <w:top w:w="70" w:type="dxa"/>
              <w:left w:w="70" w:type="dxa"/>
              <w:bottom w:w="70" w:type="dxa"/>
              <w:right w:w="70" w:type="dxa"/>
            </w:tcMar>
            <w:vAlign w:val="center"/>
          </w:tcPr>
          <w:p w14:paraId="2C8283A1"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26008471" w14:textId="77777777" w:rsidR="00D47296" w:rsidRDefault="008C31C1">
            <w:r>
              <w:rPr>
                <w:b/>
                <w:color w:val="FFFFFF"/>
                <w:sz w:val="18"/>
              </w:rPr>
              <w:t>Facility Entry</w:t>
            </w:r>
          </w:p>
        </w:tc>
      </w:tr>
      <w:tr w:rsidR="00D47296" w14:paraId="21B5ECAE" w14:textId="77777777">
        <w:trPr>
          <w:jc w:val="center"/>
        </w:trPr>
        <w:tc>
          <w:tcPr>
            <w:tcW w:w="4320" w:type="dxa"/>
            <w:shd w:val="clear" w:color="auto" w:fill="E8F2EE"/>
            <w:tcMar>
              <w:top w:w="70" w:type="dxa"/>
              <w:left w:w="70" w:type="dxa"/>
              <w:bottom w:w="70" w:type="dxa"/>
              <w:right w:w="70" w:type="dxa"/>
            </w:tcMar>
            <w:vAlign w:val="center"/>
          </w:tcPr>
          <w:p w14:paraId="11EE86A3"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06AFCF72" w14:textId="77777777" w:rsidR="00D47296" w:rsidRDefault="008C31C1">
            <w:r>
              <w:rPr>
                <w:i/>
                <w:color w:val="777777"/>
                <w:sz w:val="24"/>
              </w:rPr>
              <w:t>&lt;Insert&gt;</w:t>
            </w:r>
          </w:p>
        </w:tc>
      </w:tr>
      <w:tr w:rsidR="00D47296" w14:paraId="5AEDADE4" w14:textId="77777777">
        <w:trPr>
          <w:jc w:val="center"/>
        </w:trPr>
        <w:tc>
          <w:tcPr>
            <w:tcW w:w="4320" w:type="dxa"/>
            <w:tcMar>
              <w:top w:w="70" w:type="dxa"/>
              <w:left w:w="70" w:type="dxa"/>
              <w:bottom w:w="70" w:type="dxa"/>
              <w:right w:w="70" w:type="dxa"/>
            </w:tcMar>
            <w:vAlign w:val="center"/>
          </w:tcPr>
          <w:p w14:paraId="5B45A5C0"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19F4AF16" w14:textId="77777777" w:rsidR="00D47296" w:rsidRDefault="008C31C1">
            <w:r>
              <w:rPr>
                <w:i/>
                <w:color w:val="777777"/>
                <w:sz w:val="24"/>
              </w:rPr>
              <w:t>&lt;Insert&gt;</w:t>
            </w:r>
          </w:p>
        </w:tc>
      </w:tr>
      <w:tr w:rsidR="00D47296" w14:paraId="4741823B" w14:textId="77777777">
        <w:trPr>
          <w:jc w:val="center"/>
        </w:trPr>
        <w:tc>
          <w:tcPr>
            <w:tcW w:w="4320" w:type="dxa"/>
            <w:shd w:val="clear" w:color="auto" w:fill="E8F2EE"/>
            <w:tcMar>
              <w:top w:w="70" w:type="dxa"/>
              <w:left w:w="70" w:type="dxa"/>
              <w:bottom w:w="70" w:type="dxa"/>
              <w:right w:w="70" w:type="dxa"/>
            </w:tcMar>
            <w:vAlign w:val="center"/>
          </w:tcPr>
          <w:p w14:paraId="6B34E7EE"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67B28913" w14:textId="77777777" w:rsidR="00D47296" w:rsidRDefault="008C31C1">
            <w:r>
              <w:rPr>
                <w:i/>
                <w:color w:val="777777"/>
                <w:sz w:val="24"/>
              </w:rPr>
              <w:t>&lt;Insert&gt;</w:t>
            </w:r>
          </w:p>
        </w:tc>
      </w:tr>
      <w:tr w:rsidR="00D47296" w14:paraId="4756DEB3" w14:textId="77777777">
        <w:trPr>
          <w:jc w:val="center"/>
        </w:trPr>
        <w:tc>
          <w:tcPr>
            <w:tcW w:w="4320" w:type="dxa"/>
            <w:tcMar>
              <w:top w:w="70" w:type="dxa"/>
              <w:left w:w="70" w:type="dxa"/>
              <w:bottom w:w="70" w:type="dxa"/>
              <w:right w:w="70" w:type="dxa"/>
            </w:tcMar>
            <w:vAlign w:val="center"/>
          </w:tcPr>
          <w:p w14:paraId="372DF397"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78E6BFBE" w14:textId="77777777" w:rsidR="00D47296" w:rsidRDefault="008C31C1">
            <w:r>
              <w:rPr>
                <w:i/>
                <w:color w:val="777777"/>
                <w:sz w:val="24"/>
              </w:rPr>
              <w:t>&lt;Insert&gt;</w:t>
            </w:r>
          </w:p>
        </w:tc>
      </w:tr>
      <w:tr w:rsidR="00D47296" w14:paraId="3F912F6D" w14:textId="77777777">
        <w:trPr>
          <w:jc w:val="center"/>
        </w:trPr>
        <w:tc>
          <w:tcPr>
            <w:tcW w:w="4320" w:type="dxa"/>
            <w:shd w:val="clear" w:color="auto" w:fill="E8F2EE"/>
            <w:tcMar>
              <w:top w:w="70" w:type="dxa"/>
              <w:left w:w="70" w:type="dxa"/>
              <w:bottom w:w="70" w:type="dxa"/>
              <w:right w:w="70" w:type="dxa"/>
            </w:tcMar>
            <w:vAlign w:val="center"/>
          </w:tcPr>
          <w:p w14:paraId="6AAA4A79"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21F7EECF" w14:textId="77777777" w:rsidR="00D47296" w:rsidRDefault="008C31C1">
            <w:r>
              <w:rPr>
                <w:i/>
                <w:color w:val="777777"/>
                <w:sz w:val="24"/>
              </w:rPr>
              <w:t>&lt;Insert&gt;</w:t>
            </w:r>
          </w:p>
        </w:tc>
      </w:tr>
      <w:tr w:rsidR="00D47296" w14:paraId="360C6F02" w14:textId="77777777">
        <w:trPr>
          <w:jc w:val="center"/>
        </w:trPr>
        <w:tc>
          <w:tcPr>
            <w:tcW w:w="4320" w:type="dxa"/>
            <w:tcMar>
              <w:top w:w="70" w:type="dxa"/>
              <w:left w:w="70" w:type="dxa"/>
              <w:bottom w:w="70" w:type="dxa"/>
              <w:right w:w="70" w:type="dxa"/>
            </w:tcMar>
            <w:vAlign w:val="center"/>
          </w:tcPr>
          <w:p w14:paraId="3FD5333A" w14:textId="77777777" w:rsidR="00D47296" w:rsidRDefault="008C31C1">
            <w:r>
              <w:rPr>
                <w:sz w:val="18"/>
              </w:rPr>
              <w:t>Staffing actions</w:t>
            </w:r>
          </w:p>
        </w:tc>
        <w:tc>
          <w:tcPr>
            <w:tcW w:w="6192" w:type="dxa"/>
            <w:tcMar>
              <w:top w:w="70" w:type="dxa"/>
              <w:left w:w="70" w:type="dxa"/>
              <w:bottom w:w="70" w:type="dxa"/>
              <w:right w:w="70" w:type="dxa"/>
            </w:tcMar>
            <w:vAlign w:val="center"/>
          </w:tcPr>
          <w:p w14:paraId="711B0E9C" w14:textId="77777777" w:rsidR="00D47296" w:rsidRDefault="008C31C1">
            <w:r>
              <w:rPr>
                <w:i/>
                <w:color w:val="777777"/>
                <w:sz w:val="24"/>
              </w:rPr>
              <w:t>&lt;Insert&gt;</w:t>
            </w:r>
          </w:p>
        </w:tc>
      </w:tr>
      <w:tr w:rsidR="00D47296" w14:paraId="1E2A7C78" w14:textId="77777777">
        <w:trPr>
          <w:jc w:val="center"/>
        </w:trPr>
        <w:tc>
          <w:tcPr>
            <w:tcW w:w="4320" w:type="dxa"/>
            <w:shd w:val="clear" w:color="auto" w:fill="E8F2EE"/>
            <w:tcMar>
              <w:top w:w="70" w:type="dxa"/>
              <w:left w:w="70" w:type="dxa"/>
              <w:bottom w:w="70" w:type="dxa"/>
              <w:right w:w="70" w:type="dxa"/>
            </w:tcMar>
            <w:vAlign w:val="center"/>
          </w:tcPr>
          <w:p w14:paraId="160B6EC7"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4FA593F8" w14:textId="77777777" w:rsidR="00D47296" w:rsidRDefault="008C31C1">
            <w:r>
              <w:rPr>
                <w:i/>
                <w:color w:val="777777"/>
                <w:sz w:val="24"/>
              </w:rPr>
              <w:t>&lt;Insert&gt;</w:t>
            </w:r>
          </w:p>
        </w:tc>
      </w:tr>
      <w:tr w:rsidR="00D47296" w14:paraId="6B4A59B7" w14:textId="77777777">
        <w:trPr>
          <w:jc w:val="center"/>
        </w:trPr>
        <w:tc>
          <w:tcPr>
            <w:tcW w:w="4320" w:type="dxa"/>
            <w:tcMar>
              <w:top w:w="70" w:type="dxa"/>
              <w:left w:w="70" w:type="dxa"/>
              <w:bottom w:w="70" w:type="dxa"/>
              <w:right w:w="70" w:type="dxa"/>
            </w:tcMar>
            <w:vAlign w:val="center"/>
          </w:tcPr>
          <w:p w14:paraId="5EF5C63B"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15C2BFF2" w14:textId="77777777" w:rsidR="00D47296" w:rsidRDefault="008C31C1">
            <w:r>
              <w:rPr>
                <w:i/>
                <w:color w:val="777777"/>
                <w:sz w:val="24"/>
              </w:rPr>
              <w:t>&lt;Insert&gt;</w:t>
            </w:r>
          </w:p>
        </w:tc>
      </w:tr>
      <w:tr w:rsidR="00D47296" w14:paraId="17FF2D9A" w14:textId="77777777">
        <w:trPr>
          <w:jc w:val="center"/>
        </w:trPr>
        <w:tc>
          <w:tcPr>
            <w:tcW w:w="4320" w:type="dxa"/>
            <w:shd w:val="clear" w:color="auto" w:fill="E8F2EE"/>
            <w:tcMar>
              <w:top w:w="70" w:type="dxa"/>
              <w:left w:w="70" w:type="dxa"/>
              <w:bottom w:w="70" w:type="dxa"/>
              <w:right w:w="70" w:type="dxa"/>
            </w:tcMar>
            <w:vAlign w:val="center"/>
          </w:tcPr>
          <w:p w14:paraId="1E60A12B"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7C13A072" w14:textId="77777777" w:rsidR="00D47296" w:rsidRDefault="008C31C1">
            <w:r>
              <w:rPr>
                <w:i/>
                <w:color w:val="777777"/>
                <w:sz w:val="24"/>
              </w:rPr>
              <w:t>&lt;Insert&gt;</w:t>
            </w:r>
          </w:p>
        </w:tc>
      </w:tr>
      <w:tr w:rsidR="00D47296" w14:paraId="686131FD" w14:textId="77777777">
        <w:trPr>
          <w:jc w:val="center"/>
        </w:trPr>
        <w:tc>
          <w:tcPr>
            <w:tcW w:w="4320" w:type="dxa"/>
            <w:tcMar>
              <w:top w:w="70" w:type="dxa"/>
              <w:left w:w="70" w:type="dxa"/>
              <w:bottom w:w="70" w:type="dxa"/>
              <w:right w:w="70" w:type="dxa"/>
            </w:tcMar>
            <w:vAlign w:val="center"/>
          </w:tcPr>
          <w:p w14:paraId="33852DE9" w14:textId="77777777" w:rsidR="00D47296" w:rsidRDefault="008C31C1">
            <w:r>
              <w:rPr>
                <w:sz w:val="18"/>
              </w:rPr>
              <w:t>External partners</w:t>
            </w:r>
          </w:p>
        </w:tc>
        <w:tc>
          <w:tcPr>
            <w:tcW w:w="6192" w:type="dxa"/>
            <w:tcMar>
              <w:top w:w="70" w:type="dxa"/>
              <w:left w:w="70" w:type="dxa"/>
              <w:bottom w:w="70" w:type="dxa"/>
              <w:right w:w="70" w:type="dxa"/>
            </w:tcMar>
            <w:vAlign w:val="center"/>
          </w:tcPr>
          <w:p w14:paraId="173F09A1" w14:textId="77777777" w:rsidR="00D47296" w:rsidRDefault="008C31C1">
            <w:r>
              <w:rPr>
                <w:i/>
                <w:color w:val="777777"/>
                <w:sz w:val="24"/>
              </w:rPr>
              <w:t>&lt;Insert&gt;</w:t>
            </w:r>
          </w:p>
        </w:tc>
      </w:tr>
      <w:tr w:rsidR="00D47296" w14:paraId="30B95439" w14:textId="77777777">
        <w:trPr>
          <w:jc w:val="center"/>
        </w:trPr>
        <w:tc>
          <w:tcPr>
            <w:tcW w:w="4320" w:type="dxa"/>
            <w:shd w:val="clear" w:color="auto" w:fill="E8F2EE"/>
            <w:tcMar>
              <w:top w:w="70" w:type="dxa"/>
              <w:left w:w="70" w:type="dxa"/>
              <w:bottom w:w="70" w:type="dxa"/>
              <w:right w:w="70" w:type="dxa"/>
            </w:tcMar>
            <w:vAlign w:val="center"/>
          </w:tcPr>
          <w:p w14:paraId="73C7A234"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4CA6A94A" w14:textId="77777777" w:rsidR="00D47296" w:rsidRDefault="008C31C1">
            <w:r>
              <w:rPr>
                <w:i/>
                <w:color w:val="777777"/>
                <w:sz w:val="24"/>
              </w:rPr>
              <w:t>&lt;Insert&gt;</w:t>
            </w:r>
          </w:p>
        </w:tc>
      </w:tr>
      <w:tr w:rsidR="00D47296" w14:paraId="26492C29" w14:textId="77777777">
        <w:trPr>
          <w:jc w:val="center"/>
        </w:trPr>
        <w:tc>
          <w:tcPr>
            <w:tcW w:w="4320" w:type="dxa"/>
            <w:tcMar>
              <w:top w:w="70" w:type="dxa"/>
              <w:left w:w="70" w:type="dxa"/>
              <w:bottom w:w="70" w:type="dxa"/>
              <w:right w:w="70" w:type="dxa"/>
            </w:tcMar>
            <w:vAlign w:val="center"/>
          </w:tcPr>
          <w:p w14:paraId="50E0EE77"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60292A50" w14:textId="77777777" w:rsidR="00D47296" w:rsidRDefault="008C31C1">
            <w:r>
              <w:rPr>
                <w:i/>
                <w:color w:val="777777"/>
                <w:sz w:val="24"/>
              </w:rPr>
              <w:t>&lt;Insert&gt;</w:t>
            </w:r>
          </w:p>
        </w:tc>
      </w:tr>
    </w:tbl>
    <w:p w14:paraId="602FE65A" w14:textId="77777777" w:rsidR="00D47296" w:rsidRDefault="00D47296">
      <w:pPr>
        <w:spacing w:after="0"/>
      </w:pPr>
    </w:p>
    <w:p w14:paraId="28A4F326" w14:textId="77777777" w:rsidR="00D47296" w:rsidRDefault="008C31C1">
      <w:pPr>
        <w:pStyle w:val="Heading2"/>
      </w:pPr>
      <w:r>
        <w:t>Hazard-Specific Procedures / Notes</w:t>
      </w:r>
    </w:p>
    <w:p w14:paraId="5B10B439" w14:textId="77777777" w:rsidR="00D47296" w:rsidRDefault="008C31C1">
      <w:pPr>
        <w:spacing w:after="20"/>
      </w:pPr>
      <w:r>
        <w:rPr>
          <w:color w:val="B4B4B4"/>
          <w:sz w:val="16"/>
        </w:rPr>
        <w:t>__________________________________________________________________________________________________</w:t>
      </w:r>
    </w:p>
    <w:p w14:paraId="2ADECA1F" w14:textId="77777777" w:rsidR="00D47296" w:rsidRDefault="008C31C1">
      <w:pPr>
        <w:spacing w:after="20"/>
      </w:pPr>
      <w:r>
        <w:rPr>
          <w:color w:val="B4B4B4"/>
          <w:sz w:val="16"/>
        </w:rPr>
        <w:t>__________________________________________________________________________________________________</w:t>
      </w:r>
    </w:p>
    <w:p w14:paraId="3FFCD1D1" w14:textId="77777777" w:rsidR="00D47296" w:rsidRDefault="008C31C1">
      <w:pPr>
        <w:spacing w:after="20"/>
      </w:pPr>
      <w:r>
        <w:rPr>
          <w:color w:val="B4B4B4"/>
          <w:sz w:val="16"/>
        </w:rPr>
        <w:t>__________________________________________________________________________________________________</w:t>
      </w:r>
    </w:p>
    <w:p w14:paraId="610A0E7F" w14:textId="77777777" w:rsidR="00D47296" w:rsidRDefault="008C31C1">
      <w:pPr>
        <w:spacing w:after="20"/>
      </w:pPr>
      <w:r>
        <w:rPr>
          <w:color w:val="B4B4B4"/>
          <w:sz w:val="16"/>
        </w:rPr>
        <w:t>__________________________________________________________________________________________________</w:t>
      </w:r>
    </w:p>
    <w:p w14:paraId="59DB1A97" w14:textId="77777777" w:rsidR="00D47296" w:rsidRDefault="008C31C1">
      <w:pPr>
        <w:spacing w:after="20"/>
      </w:pPr>
      <w:r>
        <w:rPr>
          <w:color w:val="B4B4B4"/>
          <w:sz w:val="16"/>
        </w:rPr>
        <w:t>__________________________________________________________________________________________________</w:t>
      </w:r>
    </w:p>
    <w:p w14:paraId="459807BE" w14:textId="77777777" w:rsidR="00D47296" w:rsidRDefault="008C31C1">
      <w:pPr>
        <w:pStyle w:val="Heading1"/>
      </w:pPr>
      <w:r>
        <w:t>APPENDIX F - FLOOD / SEVERE STORM / HIGH WIND</w:t>
      </w:r>
    </w:p>
    <w:tbl>
      <w:tblPr>
        <w:tblW w:w="0" w:type="auto"/>
        <w:jc w:val="center"/>
        <w:tblLook w:val="04A0" w:firstRow="1" w:lastRow="0" w:firstColumn="1" w:lastColumn="0" w:noHBand="0" w:noVBand="1"/>
      </w:tblPr>
      <w:tblGrid>
        <w:gridCol w:w="10800"/>
      </w:tblGrid>
      <w:tr w:rsidR="00D47296" w14:paraId="37F62129" w14:textId="77777777">
        <w:trPr>
          <w:jc w:val="center"/>
        </w:trPr>
        <w:tc>
          <w:tcPr>
            <w:tcW w:w="10800" w:type="dxa"/>
            <w:shd w:val="clear" w:color="auto" w:fill="E8F2EE"/>
          </w:tcPr>
          <w:p w14:paraId="746DEBA5"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7863046C"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4F551D89" w14:textId="77777777">
        <w:trPr>
          <w:tblHeader/>
          <w:jc w:val="center"/>
        </w:trPr>
        <w:tc>
          <w:tcPr>
            <w:tcW w:w="4320" w:type="dxa"/>
            <w:shd w:val="clear" w:color="auto" w:fill="015A41"/>
            <w:tcMar>
              <w:top w:w="70" w:type="dxa"/>
              <w:left w:w="70" w:type="dxa"/>
              <w:bottom w:w="70" w:type="dxa"/>
              <w:right w:w="70" w:type="dxa"/>
            </w:tcMar>
            <w:vAlign w:val="center"/>
          </w:tcPr>
          <w:p w14:paraId="09AD9DF8"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6491FAF3" w14:textId="77777777" w:rsidR="00D47296" w:rsidRDefault="008C31C1">
            <w:r>
              <w:rPr>
                <w:b/>
                <w:color w:val="FFFFFF"/>
                <w:sz w:val="18"/>
              </w:rPr>
              <w:t>Facility Entry</w:t>
            </w:r>
          </w:p>
        </w:tc>
      </w:tr>
      <w:tr w:rsidR="00D47296" w14:paraId="455B1E43" w14:textId="77777777">
        <w:trPr>
          <w:jc w:val="center"/>
        </w:trPr>
        <w:tc>
          <w:tcPr>
            <w:tcW w:w="4320" w:type="dxa"/>
            <w:shd w:val="clear" w:color="auto" w:fill="E8F2EE"/>
            <w:tcMar>
              <w:top w:w="70" w:type="dxa"/>
              <w:left w:w="70" w:type="dxa"/>
              <w:bottom w:w="70" w:type="dxa"/>
              <w:right w:w="70" w:type="dxa"/>
            </w:tcMar>
            <w:vAlign w:val="center"/>
          </w:tcPr>
          <w:p w14:paraId="0F5AE1C5"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2C94039B" w14:textId="77777777" w:rsidR="00D47296" w:rsidRDefault="008C31C1">
            <w:r>
              <w:rPr>
                <w:i/>
                <w:color w:val="777777"/>
                <w:sz w:val="24"/>
              </w:rPr>
              <w:t>&lt;Insert&gt;</w:t>
            </w:r>
          </w:p>
        </w:tc>
      </w:tr>
      <w:tr w:rsidR="00D47296" w14:paraId="0BB6E078" w14:textId="77777777">
        <w:trPr>
          <w:jc w:val="center"/>
        </w:trPr>
        <w:tc>
          <w:tcPr>
            <w:tcW w:w="4320" w:type="dxa"/>
            <w:tcMar>
              <w:top w:w="70" w:type="dxa"/>
              <w:left w:w="70" w:type="dxa"/>
              <w:bottom w:w="70" w:type="dxa"/>
              <w:right w:w="70" w:type="dxa"/>
            </w:tcMar>
            <w:vAlign w:val="center"/>
          </w:tcPr>
          <w:p w14:paraId="53A4B8B8"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714F5683" w14:textId="77777777" w:rsidR="00D47296" w:rsidRDefault="008C31C1">
            <w:r>
              <w:rPr>
                <w:i/>
                <w:color w:val="777777"/>
                <w:sz w:val="24"/>
              </w:rPr>
              <w:t>&lt;Insert&gt;</w:t>
            </w:r>
          </w:p>
        </w:tc>
      </w:tr>
      <w:tr w:rsidR="00D47296" w14:paraId="05960465" w14:textId="77777777">
        <w:trPr>
          <w:jc w:val="center"/>
        </w:trPr>
        <w:tc>
          <w:tcPr>
            <w:tcW w:w="4320" w:type="dxa"/>
            <w:shd w:val="clear" w:color="auto" w:fill="E8F2EE"/>
            <w:tcMar>
              <w:top w:w="70" w:type="dxa"/>
              <w:left w:w="70" w:type="dxa"/>
              <w:bottom w:w="70" w:type="dxa"/>
              <w:right w:w="70" w:type="dxa"/>
            </w:tcMar>
            <w:vAlign w:val="center"/>
          </w:tcPr>
          <w:p w14:paraId="01CE1F42"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5B91DB46" w14:textId="77777777" w:rsidR="00D47296" w:rsidRDefault="008C31C1">
            <w:r>
              <w:rPr>
                <w:i/>
                <w:color w:val="777777"/>
                <w:sz w:val="24"/>
              </w:rPr>
              <w:t>&lt;Insert&gt;</w:t>
            </w:r>
          </w:p>
        </w:tc>
      </w:tr>
      <w:tr w:rsidR="00D47296" w14:paraId="012690E6" w14:textId="77777777">
        <w:trPr>
          <w:jc w:val="center"/>
        </w:trPr>
        <w:tc>
          <w:tcPr>
            <w:tcW w:w="4320" w:type="dxa"/>
            <w:tcMar>
              <w:top w:w="70" w:type="dxa"/>
              <w:left w:w="70" w:type="dxa"/>
              <w:bottom w:w="70" w:type="dxa"/>
              <w:right w:w="70" w:type="dxa"/>
            </w:tcMar>
            <w:vAlign w:val="center"/>
          </w:tcPr>
          <w:p w14:paraId="673359C0"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38070A65" w14:textId="77777777" w:rsidR="00D47296" w:rsidRDefault="008C31C1">
            <w:r>
              <w:rPr>
                <w:i/>
                <w:color w:val="777777"/>
                <w:sz w:val="24"/>
              </w:rPr>
              <w:t>&lt;Insert&gt;</w:t>
            </w:r>
          </w:p>
        </w:tc>
      </w:tr>
      <w:tr w:rsidR="00D47296" w14:paraId="399F9AD1" w14:textId="77777777">
        <w:trPr>
          <w:jc w:val="center"/>
        </w:trPr>
        <w:tc>
          <w:tcPr>
            <w:tcW w:w="4320" w:type="dxa"/>
            <w:shd w:val="clear" w:color="auto" w:fill="E8F2EE"/>
            <w:tcMar>
              <w:top w:w="70" w:type="dxa"/>
              <w:left w:w="70" w:type="dxa"/>
              <w:bottom w:w="70" w:type="dxa"/>
              <w:right w:w="70" w:type="dxa"/>
            </w:tcMar>
            <w:vAlign w:val="center"/>
          </w:tcPr>
          <w:p w14:paraId="3F91709E"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499A258E" w14:textId="77777777" w:rsidR="00D47296" w:rsidRDefault="008C31C1">
            <w:r>
              <w:rPr>
                <w:i/>
                <w:color w:val="777777"/>
                <w:sz w:val="24"/>
              </w:rPr>
              <w:t>&lt;Insert&gt;</w:t>
            </w:r>
          </w:p>
        </w:tc>
      </w:tr>
      <w:tr w:rsidR="00D47296" w14:paraId="5DEA5670" w14:textId="77777777">
        <w:trPr>
          <w:jc w:val="center"/>
        </w:trPr>
        <w:tc>
          <w:tcPr>
            <w:tcW w:w="4320" w:type="dxa"/>
            <w:tcMar>
              <w:top w:w="70" w:type="dxa"/>
              <w:left w:w="70" w:type="dxa"/>
              <w:bottom w:w="70" w:type="dxa"/>
              <w:right w:w="70" w:type="dxa"/>
            </w:tcMar>
            <w:vAlign w:val="center"/>
          </w:tcPr>
          <w:p w14:paraId="3B0322C9" w14:textId="77777777" w:rsidR="00D47296" w:rsidRDefault="008C31C1">
            <w:r>
              <w:rPr>
                <w:sz w:val="18"/>
              </w:rPr>
              <w:t>Staffing actions</w:t>
            </w:r>
          </w:p>
        </w:tc>
        <w:tc>
          <w:tcPr>
            <w:tcW w:w="6192" w:type="dxa"/>
            <w:tcMar>
              <w:top w:w="70" w:type="dxa"/>
              <w:left w:w="70" w:type="dxa"/>
              <w:bottom w:w="70" w:type="dxa"/>
              <w:right w:w="70" w:type="dxa"/>
            </w:tcMar>
            <w:vAlign w:val="center"/>
          </w:tcPr>
          <w:p w14:paraId="025A5137" w14:textId="77777777" w:rsidR="00D47296" w:rsidRDefault="008C31C1">
            <w:r>
              <w:rPr>
                <w:i/>
                <w:color w:val="777777"/>
                <w:sz w:val="24"/>
              </w:rPr>
              <w:t>&lt;Insert&gt;</w:t>
            </w:r>
          </w:p>
        </w:tc>
      </w:tr>
      <w:tr w:rsidR="00D47296" w14:paraId="3E886E7D" w14:textId="77777777">
        <w:trPr>
          <w:jc w:val="center"/>
        </w:trPr>
        <w:tc>
          <w:tcPr>
            <w:tcW w:w="4320" w:type="dxa"/>
            <w:shd w:val="clear" w:color="auto" w:fill="E8F2EE"/>
            <w:tcMar>
              <w:top w:w="70" w:type="dxa"/>
              <w:left w:w="70" w:type="dxa"/>
              <w:bottom w:w="70" w:type="dxa"/>
              <w:right w:w="70" w:type="dxa"/>
            </w:tcMar>
            <w:vAlign w:val="center"/>
          </w:tcPr>
          <w:p w14:paraId="0202EE05"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4571EC70" w14:textId="77777777" w:rsidR="00D47296" w:rsidRDefault="008C31C1">
            <w:r>
              <w:rPr>
                <w:i/>
                <w:color w:val="777777"/>
                <w:sz w:val="24"/>
              </w:rPr>
              <w:t>&lt;Insert&gt;</w:t>
            </w:r>
          </w:p>
        </w:tc>
      </w:tr>
      <w:tr w:rsidR="00D47296" w14:paraId="52E543DC" w14:textId="77777777">
        <w:trPr>
          <w:jc w:val="center"/>
        </w:trPr>
        <w:tc>
          <w:tcPr>
            <w:tcW w:w="4320" w:type="dxa"/>
            <w:tcMar>
              <w:top w:w="70" w:type="dxa"/>
              <w:left w:w="70" w:type="dxa"/>
              <w:bottom w:w="70" w:type="dxa"/>
              <w:right w:w="70" w:type="dxa"/>
            </w:tcMar>
            <w:vAlign w:val="center"/>
          </w:tcPr>
          <w:p w14:paraId="13038E2D"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0A7202E2" w14:textId="77777777" w:rsidR="00D47296" w:rsidRDefault="008C31C1">
            <w:r>
              <w:rPr>
                <w:i/>
                <w:color w:val="777777"/>
                <w:sz w:val="24"/>
              </w:rPr>
              <w:t>&lt;Insert&gt;</w:t>
            </w:r>
          </w:p>
        </w:tc>
      </w:tr>
      <w:tr w:rsidR="00D47296" w14:paraId="7EFB109A" w14:textId="77777777">
        <w:trPr>
          <w:jc w:val="center"/>
        </w:trPr>
        <w:tc>
          <w:tcPr>
            <w:tcW w:w="4320" w:type="dxa"/>
            <w:shd w:val="clear" w:color="auto" w:fill="E8F2EE"/>
            <w:tcMar>
              <w:top w:w="70" w:type="dxa"/>
              <w:left w:w="70" w:type="dxa"/>
              <w:bottom w:w="70" w:type="dxa"/>
              <w:right w:w="70" w:type="dxa"/>
            </w:tcMar>
            <w:vAlign w:val="center"/>
          </w:tcPr>
          <w:p w14:paraId="40692BC2"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1DC08D57" w14:textId="77777777" w:rsidR="00D47296" w:rsidRDefault="008C31C1">
            <w:r>
              <w:rPr>
                <w:i/>
                <w:color w:val="777777"/>
                <w:sz w:val="24"/>
              </w:rPr>
              <w:t>&lt;Insert&gt;</w:t>
            </w:r>
          </w:p>
        </w:tc>
      </w:tr>
      <w:tr w:rsidR="00D47296" w14:paraId="402A59CB" w14:textId="77777777">
        <w:trPr>
          <w:jc w:val="center"/>
        </w:trPr>
        <w:tc>
          <w:tcPr>
            <w:tcW w:w="4320" w:type="dxa"/>
            <w:tcMar>
              <w:top w:w="70" w:type="dxa"/>
              <w:left w:w="70" w:type="dxa"/>
              <w:bottom w:w="70" w:type="dxa"/>
              <w:right w:w="70" w:type="dxa"/>
            </w:tcMar>
            <w:vAlign w:val="center"/>
          </w:tcPr>
          <w:p w14:paraId="00B8E786" w14:textId="77777777" w:rsidR="00D47296" w:rsidRDefault="008C31C1">
            <w:r>
              <w:rPr>
                <w:sz w:val="18"/>
              </w:rPr>
              <w:t>External partners</w:t>
            </w:r>
          </w:p>
        </w:tc>
        <w:tc>
          <w:tcPr>
            <w:tcW w:w="6192" w:type="dxa"/>
            <w:tcMar>
              <w:top w:w="70" w:type="dxa"/>
              <w:left w:w="70" w:type="dxa"/>
              <w:bottom w:w="70" w:type="dxa"/>
              <w:right w:w="70" w:type="dxa"/>
            </w:tcMar>
            <w:vAlign w:val="center"/>
          </w:tcPr>
          <w:p w14:paraId="5096B1A8" w14:textId="77777777" w:rsidR="00D47296" w:rsidRDefault="008C31C1">
            <w:r>
              <w:rPr>
                <w:i/>
                <w:color w:val="777777"/>
                <w:sz w:val="24"/>
              </w:rPr>
              <w:t>&lt;Insert&gt;</w:t>
            </w:r>
          </w:p>
        </w:tc>
      </w:tr>
      <w:tr w:rsidR="00D47296" w14:paraId="29F6203F" w14:textId="77777777">
        <w:trPr>
          <w:jc w:val="center"/>
        </w:trPr>
        <w:tc>
          <w:tcPr>
            <w:tcW w:w="4320" w:type="dxa"/>
            <w:shd w:val="clear" w:color="auto" w:fill="E8F2EE"/>
            <w:tcMar>
              <w:top w:w="70" w:type="dxa"/>
              <w:left w:w="70" w:type="dxa"/>
              <w:bottom w:w="70" w:type="dxa"/>
              <w:right w:w="70" w:type="dxa"/>
            </w:tcMar>
            <w:vAlign w:val="center"/>
          </w:tcPr>
          <w:p w14:paraId="33C384EF"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6ECF8389" w14:textId="77777777" w:rsidR="00D47296" w:rsidRDefault="008C31C1">
            <w:r>
              <w:rPr>
                <w:i/>
                <w:color w:val="777777"/>
                <w:sz w:val="24"/>
              </w:rPr>
              <w:t>&lt;Insert&gt;</w:t>
            </w:r>
          </w:p>
        </w:tc>
      </w:tr>
      <w:tr w:rsidR="00D47296" w14:paraId="5B7AB1E9" w14:textId="77777777">
        <w:trPr>
          <w:jc w:val="center"/>
        </w:trPr>
        <w:tc>
          <w:tcPr>
            <w:tcW w:w="4320" w:type="dxa"/>
            <w:tcMar>
              <w:top w:w="70" w:type="dxa"/>
              <w:left w:w="70" w:type="dxa"/>
              <w:bottom w:w="70" w:type="dxa"/>
              <w:right w:w="70" w:type="dxa"/>
            </w:tcMar>
            <w:vAlign w:val="center"/>
          </w:tcPr>
          <w:p w14:paraId="623FE5EE"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4864BB85" w14:textId="77777777" w:rsidR="00D47296" w:rsidRDefault="008C31C1">
            <w:r>
              <w:rPr>
                <w:i/>
                <w:color w:val="777777"/>
                <w:sz w:val="24"/>
              </w:rPr>
              <w:t>&lt;Insert&gt;</w:t>
            </w:r>
          </w:p>
        </w:tc>
      </w:tr>
    </w:tbl>
    <w:p w14:paraId="0D081442" w14:textId="77777777" w:rsidR="00D47296" w:rsidRDefault="00D47296">
      <w:pPr>
        <w:spacing w:after="0"/>
      </w:pPr>
    </w:p>
    <w:p w14:paraId="09FDEEF0" w14:textId="77777777" w:rsidR="00D47296" w:rsidRDefault="008C31C1">
      <w:pPr>
        <w:pStyle w:val="Heading2"/>
      </w:pPr>
      <w:r>
        <w:t>Hazard-Specific Procedures / Notes</w:t>
      </w:r>
    </w:p>
    <w:p w14:paraId="6DC4212F" w14:textId="77777777" w:rsidR="00D47296" w:rsidRDefault="008C31C1">
      <w:pPr>
        <w:spacing w:after="20"/>
      </w:pPr>
      <w:r>
        <w:rPr>
          <w:color w:val="B4B4B4"/>
          <w:sz w:val="16"/>
        </w:rPr>
        <w:t>__________________________________________________________________________________________________</w:t>
      </w:r>
    </w:p>
    <w:p w14:paraId="183A0A87" w14:textId="77777777" w:rsidR="00D47296" w:rsidRDefault="008C31C1">
      <w:pPr>
        <w:spacing w:after="20"/>
      </w:pPr>
      <w:r>
        <w:rPr>
          <w:color w:val="B4B4B4"/>
          <w:sz w:val="16"/>
        </w:rPr>
        <w:t>__________________________________________________________________________________________________</w:t>
      </w:r>
    </w:p>
    <w:p w14:paraId="05B299AA" w14:textId="77777777" w:rsidR="00D47296" w:rsidRDefault="008C31C1">
      <w:pPr>
        <w:spacing w:after="20"/>
      </w:pPr>
      <w:r>
        <w:rPr>
          <w:color w:val="B4B4B4"/>
          <w:sz w:val="16"/>
        </w:rPr>
        <w:t>__________________________________________________________________________________________________</w:t>
      </w:r>
    </w:p>
    <w:p w14:paraId="2FBDC036" w14:textId="77777777" w:rsidR="00D47296" w:rsidRDefault="008C31C1">
      <w:pPr>
        <w:spacing w:after="20"/>
      </w:pPr>
      <w:r>
        <w:rPr>
          <w:color w:val="B4B4B4"/>
          <w:sz w:val="16"/>
        </w:rPr>
        <w:t>__________________________________________________________________________________________________</w:t>
      </w:r>
    </w:p>
    <w:p w14:paraId="1D83ACF7" w14:textId="77777777" w:rsidR="00D47296" w:rsidRDefault="008C31C1">
      <w:pPr>
        <w:spacing w:after="20"/>
      </w:pPr>
      <w:r>
        <w:rPr>
          <w:color w:val="B4B4B4"/>
          <w:sz w:val="16"/>
        </w:rPr>
        <w:t>__________________________________________________________________________________________________</w:t>
      </w:r>
    </w:p>
    <w:p w14:paraId="5F8F2EEF" w14:textId="77777777" w:rsidR="00D47296" w:rsidRDefault="008C31C1">
      <w:pPr>
        <w:pStyle w:val="Heading1"/>
      </w:pPr>
      <w:r>
        <w:t>APPENDIX G - WATER / SEWER INTERRUPTION</w:t>
      </w:r>
    </w:p>
    <w:tbl>
      <w:tblPr>
        <w:tblW w:w="0" w:type="auto"/>
        <w:jc w:val="center"/>
        <w:tblLook w:val="04A0" w:firstRow="1" w:lastRow="0" w:firstColumn="1" w:lastColumn="0" w:noHBand="0" w:noVBand="1"/>
      </w:tblPr>
      <w:tblGrid>
        <w:gridCol w:w="10800"/>
      </w:tblGrid>
      <w:tr w:rsidR="00D47296" w14:paraId="45EF4EB8" w14:textId="77777777">
        <w:trPr>
          <w:jc w:val="center"/>
        </w:trPr>
        <w:tc>
          <w:tcPr>
            <w:tcW w:w="10800" w:type="dxa"/>
            <w:shd w:val="clear" w:color="auto" w:fill="E8F2EE"/>
          </w:tcPr>
          <w:p w14:paraId="1308714D"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08ABC815"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49544F9E" w14:textId="77777777">
        <w:trPr>
          <w:tblHeader/>
          <w:jc w:val="center"/>
        </w:trPr>
        <w:tc>
          <w:tcPr>
            <w:tcW w:w="4320" w:type="dxa"/>
            <w:shd w:val="clear" w:color="auto" w:fill="015A41"/>
            <w:tcMar>
              <w:top w:w="70" w:type="dxa"/>
              <w:left w:w="70" w:type="dxa"/>
              <w:bottom w:w="70" w:type="dxa"/>
              <w:right w:w="70" w:type="dxa"/>
            </w:tcMar>
            <w:vAlign w:val="center"/>
          </w:tcPr>
          <w:p w14:paraId="41277BEF"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22CA6368" w14:textId="77777777" w:rsidR="00D47296" w:rsidRDefault="008C31C1">
            <w:r>
              <w:rPr>
                <w:b/>
                <w:color w:val="FFFFFF"/>
                <w:sz w:val="18"/>
              </w:rPr>
              <w:t>Facility Entry</w:t>
            </w:r>
          </w:p>
        </w:tc>
      </w:tr>
      <w:tr w:rsidR="00D47296" w14:paraId="49884675" w14:textId="77777777">
        <w:trPr>
          <w:jc w:val="center"/>
        </w:trPr>
        <w:tc>
          <w:tcPr>
            <w:tcW w:w="4320" w:type="dxa"/>
            <w:shd w:val="clear" w:color="auto" w:fill="E8F2EE"/>
            <w:tcMar>
              <w:top w:w="70" w:type="dxa"/>
              <w:left w:w="70" w:type="dxa"/>
              <w:bottom w:w="70" w:type="dxa"/>
              <w:right w:w="70" w:type="dxa"/>
            </w:tcMar>
            <w:vAlign w:val="center"/>
          </w:tcPr>
          <w:p w14:paraId="427F3B23"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260C8648" w14:textId="77777777" w:rsidR="00D47296" w:rsidRDefault="008C31C1">
            <w:r>
              <w:rPr>
                <w:i/>
                <w:color w:val="777777"/>
                <w:sz w:val="24"/>
              </w:rPr>
              <w:t>&lt;Insert&gt;</w:t>
            </w:r>
          </w:p>
        </w:tc>
      </w:tr>
      <w:tr w:rsidR="00D47296" w14:paraId="532ACE5B" w14:textId="77777777">
        <w:trPr>
          <w:jc w:val="center"/>
        </w:trPr>
        <w:tc>
          <w:tcPr>
            <w:tcW w:w="4320" w:type="dxa"/>
            <w:tcMar>
              <w:top w:w="70" w:type="dxa"/>
              <w:left w:w="70" w:type="dxa"/>
              <w:bottom w:w="70" w:type="dxa"/>
              <w:right w:w="70" w:type="dxa"/>
            </w:tcMar>
            <w:vAlign w:val="center"/>
          </w:tcPr>
          <w:p w14:paraId="0C03C93A"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084B7DEE" w14:textId="77777777" w:rsidR="00D47296" w:rsidRDefault="008C31C1">
            <w:r>
              <w:rPr>
                <w:i/>
                <w:color w:val="777777"/>
                <w:sz w:val="24"/>
              </w:rPr>
              <w:t>&lt;Insert&gt;</w:t>
            </w:r>
          </w:p>
        </w:tc>
      </w:tr>
      <w:tr w:rsidR="00D47296" w14:paraId="5FC1A25C" w14:textId="77777777">
        <w:trPr>
          <w:jc w:val="center"/>
        </w:trPr>
        <w:tc>
          <w:tcPr>
            <w:tcW w:w="4320" w:type="dxa"/>
            <w:shd w:val="clear" w:color="auto" w:fill="E8F2EE"/>
            <w:tcMar>
              <w:top w:w="70" w:type="dxa"/>
              <w:left w:w="70" w:type="dxa"/>
              <w:bottom w:w="70" w:type="dxa"/>
              <w:right w:w="70" w:type="dxa"/>
            </w:tcMar>
            <w:vAlign w:val="center"/>
          </w:tcPr>
          <w:p w14:paraId="2C3B4A0F"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7994E27C" w14:textId="77777777" w:rsidR="00D47296" w:rsidRDefault="008C31C1">
            <w:r>
              <w:rPr>
                <w:i/>
                <w:color w:val="777777"/>
                <w:sz w:val="24"/>
              </w:rPr>
              <w:t>&lt;Insert&gt;</w:t>
            </w:r>
          </w:p>
        </w:tc>
      </w:tr>
      <w:tr w:rsidR="00D47296" w14:paraId="2EA02EDE" w14:textId="77777777">
        <w:trPr>
          <w:jc w:val="center"/>
        </w:trPr>
        <w:tc>
          <w:tcPr>
            <w:tcW w:w="4320" w:type="dxa"/>
            <w:tcMar>
              <w:top w:w="70" w:type="dxa"/>
              <w:left w:w="70" w:type="dxa"/>
              <w:bottom w:w="70" w:type="dxa"/>
              <w:right w:w="70" w:type="dxa"/>
            </w:tcMar>
            <w:vAlign w:val="center"/>
          </w:tcPr>
          <w:p w14:paraId="227E923E"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6CBD20CC" w14:textId="77777777" w:rsidR="00D47296" w:rsidRDefault="008C31C1">
            <w:r>
              <w:rPr>
                <w:i/>
                <w:color w:val="777777"/>
                <w:sz w:val="24"/>
              </w:rPr>
              <w:t>&lt;Insert&gt;</w:t>
            </w:r>
          </w:p>
        </w:tc>
      </w:tr>
      <w:tr w:rsidR="00D47296" w14:paraId="751CB7B9" w14:textId="77777777">
        <w:trPr>
          <w:jc w:val="center"/>
        </w:trPr>
        <w:tc>
          <w:tcPr>
            <w:tcW w:w="4320" w:type="dxa"/>
            <w:shd w:val="clear" w:color="auto" w:fill="E8F2EE"/>
            <w:tcMar>
              <w:top w:w="70" w:type="dxa"/>
              <w:left w:w="70" w:type="dxa"/>
              <w:bottom w:w="70" w:type="dxa"/>
              <w:right w:w="70" w:type="dxa"/>
            </w:tcMar>
            <w:vAlign w:val="center"/>
          </w:tcPr>
          <w:p w14:paraId="5232BEC2"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7FCCF695" w14:textId="77777777" w:rsidR="00D47296" w:rsidRDefault="008C31C1">
            <w:r>
              <w:rPr>
                <w:i/>
                <w:color w:val="777777"/>
                <w:sz w:val="24"/>
              </w:rPr>
              <w:t>&lt;Insert&gt;</w:t>
            </w:r>
          </w:p>
        </w:tc>
      </w:tr>
      <w:tr w:rsidR="00D47296" w14:paraId="5EDDF79F" w14:textId="77777777">
        <w:trPr>
          <w:jc w:val="center"/>
        </w:trPr>
        <w:tc>
          <w:tcPr>
            <w:tcW w:w="4320" w:type="dxa"/>
            <w:tcMar>
              <w:top w:w="70" w:type="dxa"/>
              <w:left w:w="70" w:type="dxa"/>
              <w:bottom w:w="70" w:type="dxa"/>
              <w:right w:w="70" w:type="dxa"/>
            </w:tcMar>
            <w:vAlign w:val="center"/>
          </w:tcPr>
          <w:p w14:paraId="69C12F50" w14:textId="77777777" w:rsidR="00D47296" w:rsidRDefault="008C31C1">
            <w:r>
              <w:rPr>
                <w:sz w:val="18"/>
              </w:rPr>
              <w:t>Staffing actions</w:t>
            </w:r>
          </w:p>
        </w:tc>
        <w:tc>
          <w:tcPr>
            <w:tcW w:w="6192" w:type="dxa"/>
            <w:tcMar>
              <w:top w:w="70" w:type="dxa"/>
              <w:left w:w="70" w:type="dxa"/>
              <w:bottom w:w="70" w:type="dxa"/>
              <w:right w:w="70" w:type="dxa"/>
            </w:tcMar>
            <w:vAlign w:val="center"/>
          </w:tcPr>
          <w:p w14:paraId="3340FAB0" w14:textId="77777777" w:rsidR="00D47296" w:rsidRDefault="008C31C1">
            <w:r>
              <w:rPr>
                <w:i/>
                <w:color w:val="777777"/>
                <w:sz w:val="24"/>
              </w:rPr>
              <w:t>&lt;Insert&gt;</w:t>
            </w:r>
          </w:p>
        </w:tc>
      </w:tr>
      <w:tr w:rsidR="00D47296" w14:paraId="3B8BA7F1" w14:textId="77777777">
        <w:trPr>
          <w:jc w:val="center"/>
        </w:trPr>
        <w:tc>
          <w:tcPr>
            <w:tcW w:w="4320" w:type="dxa"/>
            <w:shd w:val="clear" w:color="auto" w:fill="E8F2EE"/>
            <w:tcMar>
              <w:top w:w="70" w:type="dxa"/>
              <w:left w:w="70" w:type="dxa"/>
              <w:bottom w:w="70" w:type="dxa"/>
              <w:right w:w="70" w:type="dxa"/>
            </w:tcMar>
            <w:vAlign w:val="center"/>
          </w:tcPr>
          <w:p w14:paraId="047165C2"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0D597289" w14:textId="77777777" w:rsidR="00D47296" w:rsidRDefault="008C31C1">
            <w:r>
              <w:rPr>
                <w:i/>
                <w:color w:val="777777"/>
                <w:sz w:val="24"/>
              </w:rPr>
              <w:t>&lt;Insert&gt;</w:t>
            </w:r>
          </w:p>
        </w:tc>
      </w:tr>
      <w:tr w:rsidR="00D47296" w14:paraId="36A8F535" w14:textId="77777777">
        <w:trPr>
          <w:jc w:val="center"/>
        </w:trPr>
        <w:tc>
          <w:tcPr>
            <w:tcW w:w="4320" w:type="dxa"/>
            <w:tcMar>
              <w:top w:w="70" w:type="dxa"/>
              <w:left w:w="70" w:type="dxa"/>
              <w:bottom w:w="70" w:type="dxa"/>
              <w:right w:w="70" w:type="dxa"/>
            </w:tcMar>
            <w:vAlign w:val="center"/>
          </w:tcPr>
          <w:p w14:paraId="77B6AEE6"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3660B267" w14:textId="77777777" w:rsidR="00D47296" w:rsidRDefault="008C31C1">
            <w:r>
              <w:rPr>
                <w:i/>
                <w:color w:val="777777"/>
                <w:sz w:val="24"/>
              </w:rPr>
              <w:t>&lt;Insert&gt;</w:t>
            </w:r>
          </w:p>
        </w:tc>
      </w:tr>
      <w:tr w:rsidR="00D47296" w14:paraId="52ABB129" w14:textId="77777777">
        <w:trPr>
          <w:jc w:val="center"/>
        </w:trPr>
        <w:tc>
          <w:tcPr>
            <w:tcW w:w="4320" w:type="dxa"/>
            <w:shd w:val="clear" w:color="auto" w:fill="E8F2EE"/>
            <w:tcMar>
              <w:top w:w="70" w:type="dxa"/>
              <w:left w:w="70" w:type="dxa"/>
              <w:bottom w:w="70" w:type="dxa"/>
              <w:right w:w="70" w:type="dxa"/>
            </w:tcMar>
            <w:vAlign w:val="center"/>
          </w:tcPr>
          <w:p w14:paraId="0AD3B94A"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777806D9" w14:textId="77777777" w:rsidR="00D47296" w:rsidRDefault="008C31C1">
            <w:r>
              <w:rPr>
                <w:i/>
                <w:color w:val="777777"/>
                <w:sz w:val="24"/>
              </w:rPr>
              <w:t>&lt;Insert&gt;</w:t>
            </w:r>
          </w:p>
        </w:tc>
      </w:tr>
      <w:tr w:rsidR="00D47296" w14:paraId="1DEAC17E" w14:textId="77777777">
        <w:trPr>
          <w:jc w:val="center"/>
        </w:trPr>
        <w:tc>
          <w:tcPr>
            <w:tcW w:w="4320" w:type="dxa"/>
            <w:tcMar>
              <w:top w:w="70" w:type="dxa"/>
              <w:left w:w="70" w:type="dxa"/>
              <w:bottom w:w="70" w:type="dxa"/>
              <w:right w:w="70" w:type="dxa"/>
            </w:tcMar>
            <w:vAlign w:val="center"/>
          </w:tcPr>
          <w:p w14:paraId="1FB85554" w14:textId="77777777" w:rsidR="00D47296" w:rsidRDefault="008C31C1">
            <w:r>
              <w:rPr>
                <w:sz w:val="18"/>
              </w:rPr>
              <w:t>External partners</w:t>
            </w:r>
          </w:p>
        </w:tc>
        <w:tc>
          <w:tcPr>
            <w:tcW w:w="6192" w:type="dxa"/>
            <w:tcMar>
              <w:top w:w="70" w:type="dxa"/>
              <w:left w:w="70" w:type="dxa"/>
              <w:bottom w:w="70" w:type="dxa"/>
              <w:right w:w="70" w:type="dxa"/>
            </w:tcMar>
            <w:vAlign w:val="center"/>
          </w:tcPr>
          <w:p w14:paraId="7DAE2C69" w14:textId="77777777" w:rsidR="00D47296" w:rsidRDefault="008C31C1">
            <w:r>
              <w:rPr>
                <w:i/>
                <w:color w:val="777777"/>
                <w:sz w:val="24"/>
              </w:rPr>
              <w:t>&lt;Insert&gt;</w:t>
            </w:r>
          </w:p>
        </w:tc>
      </w:tr>
      <w:tr w:rsidR="00D47296" w14:paraId="69C7FFF7" w14:textId="77777777">
        <w:trPr>
          <w:jc w:val="center"/>
        </w:trPr>
        <w:tc>
          <w:tcPr>
            <w:tcW w:w="4320" w:type="dxa"/>
            <w:shd w:val="clear" w:color="auto" w:fill="E8F2EE"/>
            <w:tcMar>
              <w:top w:w="70" w:type="dxa"/>
              <w:left w:w="70" w:type="dxa"/>
              <w:bottom w:w="70" w:type="dxa"/>
              <w:right w:w="70" w:type="dxa"/>
            </w:tcMar>
            <w:vAlign w:val="center"/>
          </w:tcPr>
          <w:p w14:paraId="520DB04D"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72315648" w14:textId="77777777" w:rsidR="00D47296" w:rsidRDefault="008C31C1">
            <w:r>
              <w:rPr>
                <w:i/>
                <w:color w:val="777777"/>
                <w:sz w:val="24"/>
              </w:rPr>
              <w:t>&lt;Insert&gt;</w:t>
            </w:r>
          </w:p>
        </w:tc>
      </w:tr>
      <w:tr w:rsidR="00D47296" w14:paraId="5E549894" w14:textId="77777777">
        <w:trPr>
          <w:jc w:val="center"/>
        </w:trPr>
        <w:tc>
          <w:tcPr>
            <w:tcW w:w="4320" w:type="dxa"/>
            <w:tcMar>
              <w:top w:w="70" w:type="dxa"/>
              <w:left w:w="70" w:type="dxa"/>
              <w:bottom w:w="70" w:type="dxa"/>
              <w:right w:w="70" w:type="dxa"/>
            </w:tcMar>
            <w:vAlign w:val="center"/>
          </w:tcPr>
          <w:p w14:paraId="38B391A7"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5BE79539" w14:textId="77777777" w:rsidR="00D47296" w:rsidRDefault="008C31C1">
            <w:r>
              <w:rPr>
                <w:i/>
                <w:color w:val="777777"/>
                <w:sz w:val="24"/>
              </w:rPr>
              <w:t>&lt;Insert&gt;</w:t>
            </w:r>
          </w:p>
        </w:tc>
      </w:tr>
    </w:tbl>
    <w:p w14:paraId="6E6E3CAE" w14:textId="77777777" w:rsidR="00D47296" w:rsidRDefault="00D47296">
      <w:pPr>
        <w:spacing w:after="0"/>
      </w:pPr>
    </w:p>
    <w:p w14:paraId="161AD407" w14:textId="77777777" w:rsidR="00D47296" w:rsidRDefault="008C31C1">
      <w:pPr>
        <w:pStyle w:val="Heading2"/>
      </w:pPr>
      <w:r>
        <w:t>Hazard-Specific Procedures / Notes</w:t>
      </w:r>
    </w:p>
    <w:p w14:paraId="1E44CAEA" w14:textId="77777777" w:rsidR="00D47296" w:rsidRDefault="008C31C1">
      <w:pPr>
        <w:spacing w:after="20"/>
      </w:pPr>
      <w:r>
        <w:rPr>
          <w:color w:val="B4B4B4"/>
          <w:sz w:val="16"/>
        </w:rPr>
        <w:t>__________________________________________________________________________________________________</w:t>
      </w:r>
    </w:p>
    <w:p w14:paraId="50293997" w14:textId="77777777" w:rsidR="00D47296" w:rsidRDefault="008C31C1">
      <w:pPr>
        <w:spacing w:after="20"/>
      </w:pPr>
      <w:r>
        <w:rPr>
          <w:color w:val="B4B4B4"/>
          <w:sz w:val="16"/>
        </w:rPr>
        <w:t>__________________________________________________________________________________________________</w:t>
      </w:r>
    </w:p>
    <w:p w14:paraId="589333BD" w14:textId="77777777" w:rsidR="00D47296" w:rsidRDefault="008C31C1">
      <w:pPr>
        <w:spacing w:after="20"/>
      </w:pPr>
      <w:r>
        <w:rPr>
          <w:color w:val="B4B4B4"/>
          <w:sz w:val="16"/>
        </w:rPr>
        <w:t>__________________________________________________________________________________________________</w:t>
      </w:r>
    </w:p>
    <w:p w14:paraId="2234CA5B" w14:textId="77777777" w:rsidR="00D47296" w:rsidRDefault="008C31C1">
      <w:pPr>
        <w:spacing w:after="20"/>
      </w:pPr>
      <w:r>
        <w:rPr>
          <w:color w:val="B4B4B4"/>
          <w:sz w:val="16"/>
        </w:rPr>
        <w:t>__________________________________________________________________________________________________</w:t>
      </w:r>
    </w:p>
    <w:p w14:paraId="5E43BFBA" w14:textId="77777777" w:rsidR="00D47296" w:rsidRDefault="008C31C1">
      <w:pPr>
        <w:spacing w:after="20"/>
      </w:pPr>
      <w:r>
        <w:rPr>
          <w:color w:val="B4B4B4"/>
          <w:sz w:val="16"/>
        </w:rPr>
        <w:t>__________________________________________________________________________________________________</w:t>
      </w:r>
    </w:p>
    <w:p w14:paraId="681F2506" w14:textId="77777777" w:rsidR="00D47296" w:rsidRDefault="008C31C1">
      <w:pPr>
        <w:pStyle w:val="Heading1"/>
      </w:pPr>
      <w:r>
        <w:t>APPENDIX H - ACTIVE THREAT / VIOLENCE / SECURITY INCIDENT</w:t>
      </w:r>
    </w:p>
    <w:tbl>
      <w:tblPr>
        <w:tblW w:w="0" w:type="auto"/>
        <w:jc w:val="center"/>
        <w:tblLook w:val="04A0" w:firstRow="1" w:lastRow="0" w:firstColumn="1" w:lastColumn="0" w:noHBand="0" w:noVBand="1"/>
      </w:tblPr>
      <w:tblGrid>
        <w:gridCol w:w="10800"/>
      </w:tblGrid>
      <w:tr w:rsidR="00D47296" w14:paraId="5733F1BE" w14:textId="77777777">
        <w:trPr>
          <w:jc w:val="center"/>
        </w:trPr>
        <w:tc>
          <w:tcPr>
            <w:tcW w:w="10800" w:type="dxa"/>
            <w:shd w:val="clear" w:color="auto" w:fill="E8F2EE"/>
          </w:tcPr>
          <w:p w14:paraId="0DDC4AF3"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7ECDD8F7"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56D73001" w14:textId="77777777">
        <w:trPr>
          <w:tblHeader/>
          <w:jc w:val="center"/>
        </w:trPr>
        <w:tc>
          <w:tcPr>
            <w:tcW w:w="4320" w:type="dxa"/>
            <w:shd w:val="clear" w:color="auto" w:fill="015A41"/>
            <w:tcMar>
              <w:top w:w="70" w:type="dxa"/>
              <w:left w:w="70" w:type="dxa"/>
              <w:bottom w:w="70" w:type="dxa"/>
              <w:right w:w="70" w:type="dxa"/>
            </w:tcMar>
            <w:vAlign w:val="center"/>
          </w:tcPr>
          <w:p w14:paraId="3A097EDB"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19546C9B" w14:textId="77777777" w:rsidR="00D47296" w:rsidRDefault="008C31C1">
            <w:r>
              <w:rPr>
                <w:b/>
                <w:color w:val="FFFFFF"/>
                <w:sz w:val="18"/>
              </w:rPr>
              <w:t>Facility Entry</w:t>
            </w:r>
          </w:p>
        </w:tc>
      </w:tr>
      <w:tr w:rsidR="00D47296" w14:paraId="0F6F155C" w14:textId="77777777">
        <w:trPr>
          <w:jc w:val="center"/>
        </w:trPr>
        <w:tc>
          <w:tcPr>
            <w:tcW w:w="4320" w:type="dxa"/>
            <w:shd w:val="clear" w:color="auto" w:fill="E8F2EE"/>
            <w:tcMar>
              <w:top w:w="70" w:type="dxa"/>
              <w:left w:w="70" w:type="dxa"/>
              <w:bottom w:w="70" w:type="dxa"/>
              <w:right w:w="70" w:type="dxa"/>
            </w:tcMar>
            <w:vAlign w:val="center"/>
          </w:tcPr>
          <w:p w14:paraId="18596AF6"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3969159E" w14:textId="77777777" w:rsidR="00D47296" w:rsidRDefault="008C31C1">
            <w:r>
              <w:rPr>
                <w:i/>
                <w:color w:val="777777"/>
                <w:sz w:val="24"/>
              </w:rPr>
              <w:t>&lt;Insert&gt;</w:t>
            </w:r>
          </w:p>
        </w:tc>
      </w:tr>
      <w:tr w:rsidR="00D47296" w14:paraId="41F0B9B2" w14:textId="77777777">
        <w:trPr>
          <w:jc w:val="center"/>
        </w:trPr>
        <w:tc>
          <w:tcPr>
            <w:tcW w:w="4320" w:type="dxa"/>
            <w:tcMar>
              <w:top w:w="70" w:type="dxa"/>
              <w:left w:w="70" w:type="dxa"/>
              <w:bottom w:w="70" w:type="dxa"/>
              <w:right w:w="70" w:type="dxa"/>
            </w:tcMar>
            <w:vAlign w:val="center"/>
          </w:tcPr>
          <w:p w14:paraId="33931E6C"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2E02F153" w14:textId="77777777" w:rsidR="00D47296" w:rsidRDefault="008C31C1">
            <w:r>
              <w:rPr>
                <w:i/>
                <w:color w:val="777777"/>
                <w:sz w:val="24"/>
              </w:rPr>
              <w:t>&lt;Insert&gt;</w:t>
            </w:r>
          </w:p>
        </w:tc>
      </w:tr>
      <w:tr w:rsidR="00D47296" w14:paraId="59A35F47" w14:textId="77777777">
        <w:trPr>
          <w:jc w:val="center"/>
        </w:trPr>
        <w:tc>
          <w:tcPr>
            <w:tcW w:w="4320" w:type="dxa"/>
            <w:shd w:val="clear" w:color="auto" w:fill="E8F2EE"/>
            <w:tcMar>
              <w:top w:w="70" w:type="dxa"/>
              <w:left w:w="70" w:type="dxa"/>
              <w:bottom w:w="70" w:type="dxa"/>
              <w:right w:w="70" w:type="dxa"/>
            </w:tcMar>
            <w:vAlign w:val="center"/>
          </w:tcPr>
          <w:p w14:paraId="4B10B283"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5A9D250E" w14:textId="77777777" w:rsidR="00D47296" w:rsidRDefault="008C31C1">
            <w:r>
              <w:rPr>
                <w:i/>
                <w:color w:val="777777"/>
                <w:sz w:val="24"/>
              </w:rPr>
              <w:t>&lt;Insert&gt;</w:t>
            </w:r>
          </w:p>
        </w:tc>
      </w:tr>
      <w:tr w:rsidR="00D47296" w14:paraId="684AEABB" w14:textId="77777777">
        <w:trPr>
          <w:jc w:val="center"/>
        </w:trPr>
        <w:tc>
          <w:tcPr>
            <w:tcW w:w="4320" w:type="dxa"/>
            <w:tcMar>
              <w:top w:w="70" w:type="dxa"/>
              <w:left w:w="70" w:type="dxa"/>
              <w:bottom w:w="70" w:type="dxa"/>
              <w:right w:w="70" w:type="dxa"/>
            </w:tcMar>
            <w:vAlign w:val="center"/>
          </w:tcPr>
          <w:p w14:paraId="6B8B14C9"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51A955BC" w14:textId="77777777" w:rsidR="00D47296" w:rsidRDefault="008C31C1">
            <w:r>
              <w:rPr>
                <w:i/>
                <w:color w:val="777777"/>
                <w:sz w:val="24"/>
              </w:rPr>
              <w:t>&lt;Insert&gt;</w:t>
            </w:r>
          </w:p>
        </w:tc>
      </w:tr>
      <w:tr w:rsidR="00D47296" w14:paraId="285F2105" w14:textId="77777777">
        <w:trPr>
          <w:jc w:val="center"/>
        </w:trPr>
        <w:tc>
          <w:tcPr>
            <w:tcW w:w="4320" w:type="dxa"/>
            <w:shd w:val="clear" w:color="auto" w:fill="E8F2EE"/>
            <w:tcMar>
              <w:top w:w="70" w:type="dxa"/>
              <w:left w:w="70" w:type="dxa"/>
              <w:bottom w:w="70" w:type="dxa"/>
              <w:right w:w="70" w:type="dxa"/>
            </w:tcMar>
            <w:vAlign w:val="center"/>
          </w:tcPr>
          <w:p w14:paraId="1D1BF52E"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5499B91B" w14:textId="77777777" w:rsidR="00D47296" w:rsidRDefault="008C31C1">
            <w:r>
              <w:rPr>
                <w:i/>
                <w:color w:val="777777"/>
                <w:sz w:val="24"/>
              </w:rPr>
              <w:t>&lt;Insert&gt;</w:t>
            </w:r>
          </w:p>
        </w:tc>
      </w:tr>
      <w:tr w:rsidR="00D47296" w14:paraId="44031214" w14:textId="77777777">
        <w:trPr>
          <w:jc w:val="center"/>
        </w:trPr>
        <w:tc>
          <w:tcPr>
            <w:tcW w:w="4320" w:type="dxa"/>
            <w:tcMar>
              <w:top w:w="70" w:type="dxa"/>
              <w:left w:w="70" w:type="dxa"/>
              <w:bottom w:w="70" w:type="dxa"/>
              <w:right w:w="70" w:type="dxa"/>
            </w:tcMar>
            <w:vAlign w:val="center"/>
          </w:tcPr>
          <w:p w14:paraId="648278FB" w14:textId="77777777" w:rsidR="00D47296" w:rsidRDefault="008C31C1">
            <w:r>
              <w:rPr>
                <w:sz w:val="18"/>
              </w:rPr>
              <w:t>Staffing actions</w:t>
            </w:r>
          </w:p>
        </w:tc>
        <w:tc>
          <w:tcPr>
            <w:tcW w:w="6192" w:type="dxa"/>
            <w:tcMar>
              <w:top w:w="70" w:type="dxa"/>
              <w:left w:w="70" w:type="dxa"/>
              <w:bottom w:w="70" w:type="dxa"/>
              <w:right w:w="70" w:type="dxa"/>
            </w:tcMar>
            <w:vAlign w:val="center"/>
          </w:tcPr>
          <w:p w14:paraId="7C682FEA" w14:textId="77777777" w:rsidR="00D47296" w:rsidRDefault="008C31C1">
            <w:r>
              <w:rPr>
                <w:i/>
                <w:color w:val="777777"/>
                <w:sz w:val="24"/>
              </w:rPr>
              <w:t>&lt;Insert&gt;</w:t>
            </w:r>
          </w:p>
        </w:tc>
      </w:tr>
      <w:tr w:rsidR="00D47296" w14:paraId="4F2BB97A" w14:textId="77777777">
        <w:trPr>
          <w:jc w:val="center"/>
        </w:trPr>
        <w:tc>
          <w:tcPr>
            <w:tcW w:w="4320" w:type="dxa"/>
            <w:shd w:val="clear" w:color="auto" w:fill="E8F2EE"/>
            <w:tcMar>
              <w:top w:w="70" w:type="dxa"/>
              <w:left w:w="70" w:type="dxa"/>
              <w:bottom w:w="70" w:type="dxa"/>
              <w:right w:w="70" w:type="dxa"/>
            </w:tcMar>
            <w:vAlign w:val="center"/>
          </w:tcPr>
          <w:p w14:paraId="44D95CA9"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61C49F9A" w14:textId="77777777" w:rsidR="00D47296" w:rsidRDefault="008C31C1">
            <w:r>
              <w:rPr>
                <w:i/>
                <w:color w:val="777777"/>
                <w:sz w:val="24"/>
              </w:rPr>
              <w:t>&lt;Insert&gt;</w:t>
            </w:r>
          </w:p>
        </w:tc>
      </w:tr>
      <w:tr w:rsidR="00D47296" w14:paraId="24640F0D" w14:textId="77777777">
        <w:trPr>
          <w:jc w:val="center"/>
        </w:trPr>
        <w:tc>
          <w:tcPr>
            <w:tcW w:w="4320" w:type="dxa"/>
            <w:tcMar>
              <w:top w:w="70" w:type="dxa"/>
              <w:left w:w="70" w:type="dxa"/>
              <w:bottom w:w="70" w:type="dxa"/>
              <w:right w:w="70" w:type="dxa"/>
            </w:tcMar>
            <w:vAlign w:val="center"/>
          </w:tcPr>
          <w:p w14:paraId="5B7751B0"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0B85BB03" w14:textId="77777777" w:rsidR="00D47296" w:rsidRDefault="008C31C1">
            <w:r>
              <w:rPr>
                <w:i/>
                <w:color w:val="777777"/>
                <w:sz w:val="24"/>
              </w:rPr>
              <w:t>&lt;Insert&gt;</w:t>
            </w:r>
          </w:p>
        </w:tc>
      </w:tr>
      <w:tr w:rsidR="00D47296" w14:paraId="308EADCB" w14:textId="77777777">
        <w:trPr>
          <w:jc w:val="center"/>
        </w:trPr>
        <w:tc>
          <w:tcPr>
            <w:tcW w:w="4320" w:type="dxa"/>
            <w:shd w:val="clear" w:color="auto" w:fill="E8F2EE"/>
            <w:tcMar>
              <w:top w:w="70" w:type="dxa"/>
              <w:left w:w="70" w:type="dxa"/>
              <w:bottom w:w="70" w:type="dxa"/>
              <w:right w:w="70" w:type="dxa"/>
            </w:tcMar>
            <w:vAlign w:val="center"/>
          </w:tcPr>
          <w:p w14:paraId="2DA2189A"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3E968C3C" w14:textId="77777777" w:rsidR="00D47296" w:rsidRDefault="008C31C1">
            <w:r>
              <w:rPr>
                <w:i/>
                <w:color w:val="777777"/>
                <w:sz w:val="24"/>
              </w:rPr>
              <w:t>&lt;Insert&gt;</w:t>
            </w:r>
          </w:p>
        </w:tc>
      </w:tr>
      <w:tr w:rsidR="00D47296" w14:paraId="7766A60A" w14:textId="77777777">
        <w:trPr>
          <w:jc w:val="center"/>
        </w:trPr>
        <w:tc>
          <w:tcPr>
            <w:tcW w:w="4320" w:type="dxa"/>
            <w:tcMar>
              <w:top w:w="70" w:type="dxa"/>
              <w:left w:w="70" w:type="dxa"/>
              <w:bottom w:w="70" w:type="dxa"/>
              <w:right w:w="70" w:type="dxa"/>
            </w:tcMar>
            <w:vAlign w:val="center"/>
          </w:tcPr>
          <w:p w14:paraId="6CAE0FF9" w14:textId="77777777" w:rsidR="00D47296" w:rsidRDefault="008C31C1">
            <w:r>
              <w:rPr>
                <w:sz w:val="18"/>
              </w:rPr>
              <w:t>External partners</w:t>
            </w:r>
          </w:p>
        </w:tc>
        <w:tc>
          <w:tcPr>
            <w:tcW w:w="6192" w:type="dxa"/>
            <w:tcMar>
              <w:top w:w="70" w:type="dxa"/>
              <w:left w:w="70" w:type="dxa"/>
              <w:bottom w:w="70" w:type="dxa"/>
              <w:right w:w="70" w:type="dxa"/>
            </w:tcMar>
            <w:vAlign w:val="center"/>
          </w:tcPr>
          <w:p w14:paraId="6CA7AB61" w14:textId="77777777" w:rsidR="00D47296" w:rsidRDefault="008C31C1">
            <w:r>
              <w:rPr>
                <w:i/>
                <w:color w:val="777777"/>
                <w:sz w:val="24"/>
              </w:rPr>
              <w:t>&lt;Insert&gt;</w:t>
            </w:r>
          </w:p>
        </w:tc>
      </w:tr>
      <w:tr w:rsidR="00D47296" w14:paraId="04A91115" w14:textId="77777777">
        <w:trPr>
          <w:jc w:val="center"/>
        </w:trPr>
        <w:tc>
          <w:tcPr>
            <w:tcW w:w="4320" w:type="dxa"/>
            <w:shd w:val="clear" w:color="auto" w:fill="E8F2EE"/>
            <w:tcMar>
              <w:top w:w="70" w:type="dxa"/>
              <w:left w:w="70" w:type="dxa"/>
              <w:bottom w:w="70" w:type="dxa"/>
              <w:right w:w="70" w:type="dxa"/>
            </w:tcMar>
            <w:vAlign w:val="center"/>
          </w:tcPr>
          <w:p w14:paraId="37FCCCF0"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784EDE0A" w14:textId="77777777" w:rsidR="00D47296" w:rsidRDefault="008C31C1">
            <w:r>
              <w:rPr>
                <w:i/>
                <w:color w:val="777777"/>
                <w:sz w:val="24"/>
              </w:rPr>
              <w:t>&lt;Insert&gt;</w:t>
            </w:r>
          </w:p>
        </w:tc>
      </w:tr>
      <w:tr w:rsidR="00D47296" w14:paraId="15663466" w14:textId="77777777">
        <w:trPr>
          <w:jc w:val="center"/>
        </w:trPr>
        <w:tc>
          <w:tcPr>
            <w:tcW w:w="4320" w:type="dxa"/>
            <w:tcMar>
              <w:top w:w="70" w:type="dxa"/>
              <w:left w:w="70" w:type="dxa"/>
              <w:bottom w:w="70" w:type="dxa"/>
              <w:right w:w="70" w:type="dxa"/>
            </w:tcMar>
            <w:vAlign w:val="center"/>
          </w:tcPr>
          <w:p w14:paraId="65011863"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76116BEC" w14:textId="77777777" w:rsidR="00D47296" w:rsidRDefault="008C31C1">
            <w:r>
              <w:rPr>
                <w:i/>
                <w:color w:val="777777"/>
                <w:sz w:val="24"/>
              </w:rPr>
              <w:t>&lt;Insert&gt;</w:t>
            </w:r>
          </w:p>
        </w:tc>
      </w:tr>
    </w:tbl>
    <w:p w14:paraId="0CF4E3AE" w14:textId="77777777" w:rsidR="00D47296" w:rsidRDefault="00D47296">
      <w:pPr>
        <w:spacing w:after="0"/>
      </w:pPr>
    </w:p>
    <w:p w14:paraId="29CF4DA6" w14:textId="77777777" w:rsidR="00D47296" w:rsidRDefault="008C31C1">
      <w:pPr>
        <w:pStyle w:val="Heading2"/>
      </w:pPr>
      <w:r>
        <w:t>Hazard-Specific Procedures / Notes</w:t>
      </w:r>
    </w:p>
    <w:p w14:paraId="10E29F11" w14:textId="77777777" w:rsidR="00D47296" w:rsidRDefault="008C31C1">
      <w:pPr>
        <w:spacing w:after="20"/>
      </w:pPr>
      <w:r>
        <w:rPr>
          <w:color w:val="B4B4B4"/>
          <w:sz w:val="16"/>
        </w:rPr>
        <w:t>__________________________________________________________________________________________________</w:t>
      </w:r>
    </w:p>
    <w:p w14:paraId="60FD06C5" w14:textId="77777777" w:rsidR="00D47296" w:rsidRDefault="008C31C1">
      <w:pPr>
        <w:spacing w:after="20"/>
      </w:pPr>
      <w:r>
        <w:rPr>
          <w:color w:val="B4B4B4"/>
          <w:sz w:val="16"/>
        </w:rPr>
        <w:t>__________________________________________________________________________________________________</w:t>
      </w:r>
    </w:p>
    <w:p w14:paraId="65F9AB3A" w14:textId="77777777" w:rsidR="00D47296" w:rsidRDefault="008C31C1">
      <w:pPr>
        <w:spacing w:after="20"/>
      </w:pPr>
      <w:r>
        <w:rPr>
          <w:color w:val="B4B4B4"/>
          <w:sz w:val="16"/>
        </w:rPr>
        <w:t>__________________________________________________________________________________________________</w:t>
      </w:r>
    </w:p>
    <w:p w14:paraId="362AACFB" w14:textId="77777777" w:rsidR="00D47296" w:rsidRDefault="008C31C1">
      <w:pPr>
        <w:spacing w:after="20"/>
      </w:pPr>
      <w:r>
        <w:rPr>
          <w:color w:val="B4B4B4"/>
          <w:sz w:val="16"/>
        </w:rPr>
        <w:t>__________________________________________________________________________________________________</w:t>
      </w:r>
    </w:p>
    <w:p w14:paraId="1E3AFC04" w14:textId="77777777" w:rsidR="00D47296" w:rsidRDefault="008C31C1">
      <w:pPr>
        <w:spacing w:after="20"/>
      </w:pPr>
      <w:r>
        <w:rPr>
          <w:color w:val="B4B4B4"/>
          <w:sz w:val="16"/>
        </w:rPr>
        <w:t>__________________________________________________________________________________________________</w:t>
      </w:r>
    </w:p>
    <w:p w14:paraId="57E2EF55" w14:textId="77777777" w:rsidR="00D47296" w:rsidRDefault="008C31C1">
      <w:pPr>
        <w:pStyle w:val="Heading1"/>
      </w:pPr>
      <w:r>
        <w:t>APPENDIX I - SUPPLY CHAIN / PHARMACY / VACCINE COLD-CHAIN DISRUPTION</w:t>
      </w:r>
    </w:p>
    <w:tbl>
      <w:tblPr>
        <w:tblW w:w="0" w:type="auto"/>
        <w:jc w:val="center"/>
        <w:tblLook w:val="04A0" w:firstRow="1" w:lastRow="0" w:firstColumn="1" w:lastColumn="0" w:noHBand="0" w:noVBand="1"/>
      </w:tblPr>
      <w:tblGrid>
        <w:gridCol w:w="10800"/>
      </w:tblGrid>
      <w:tr w:rsidR="00D47296" w14:paraId="1CE8430D" w14:textId="77777777">
        <w:trPr>
          <w:jc w:val="center"/>
        </w:trPr>
        <w:tc>
          <w:tcPr>
            <w:tcW w:w="10800" w:type="dxa"/>
            <w:shd w:val="clear" w:color="auto" w:fill="E8F2EE"/>
          </w:tcPr>
          <w:p w14:paraId="38046D77"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156114E1"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2E1E05AC" w14:textId="77777777">
        <w:trPr>
          <w:tblHeader/>
          <w:jc w:val="center"/>
        </w:trPr>
        <w:tc>
          <w:tcPr>
            <w:tcW w:w="4320" w:type="dxa"/>
            <w:shd w:val="clear" w:color="auto" w:fill="015A41"/>
            <w:tcMar>
              <w:top w:w="70" w:type="dxa"/>
              <w:left w:w="70" w:type="dxa"/>
              <w:bottom w:w="70" w:type="dxa"/>
              <w:right w:w="70" w:type="dxa"/>
            </w:tcMar>
            <w:vAlign w:val="center"/>
          </w:tcPr>
          <w:p w14:paraId="486AB655"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40E1B65E" w14:textId="77777777" w:rsidR="00D47296" w:rsidRDefault="008C31C1">
            <w:r>
              <w:rPr>
                <w:b/>
                <w:color w:val="FFFFFF"/>
                <w:sz w:val="18"/>
              </w:rPr>
              <w:t>Facility Entry</w:t>
            </w:r>
          </w:p>
        </w:tc>
      </w:tr>
      <w:tr w:rsidR="00D47296" w14:paraId="2D216309" w14:textId="77777777">
        <w:trPr>
          <w:jc w:val="center"/>
        </w:trPr>
        <w:tc>
          <w:tcPr>
            <w:tcW w:w="4320" w:type="dxa"/>
            <w:shd w:val="clear" w:color="auto" w:fill="E8F2EE"/>
            <w:tcMar>
              <w:top w:w="70" w:type="dxa"/>
              <w:left w:w="70" w:type="dxa"/>
              <w:bottom w:w="70" w:type="dxa"/>
              <w:right w:w="70" w:type="dxa"/>
            </w:tcMar>
            <w:vAlign w:val="center"/>
          </w:tcPr>
          <w:p w14:paraId="50CC62F0"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4BFC67A8" w14:textId="77777777" w:rsidR="00D47296" w:rsidRDefault="008C31C1">
            <w:r>
              <w:rPr>
                <w:i/>
                <w:color w:val="777777"/>
                <w:sz w:val="24"/>
              </w:rPr>
              <w:t>&lt;Insert&gt;</w:t>
            </w:r>
          </w:p>
        </w:tc>
      </w:tr>
      <w:tr w:rsidR="00D47296" w14:paraId="1A91A4E3" w14:textId="77777777">
        <w:trPr>
          <w:jc w:val="center"/>
        </w:trPr>
        <w:tc>
          <w:tcPr>
            <w:tcW w:w="4320" w:type="dxa"/>
            <w:tcMar>
              <w:top w:w="70" w:type="dxa"/>
              <w:left w:w="70" w:type="dxa"/>
              <w:bottom w:w="70" w:type="dxa"/>
              <w:right w:w="70" w:type="dxa"/>
            </w:tcMar>
            <w:vAlign w:val="center"/>
          </w:tcPr>
          <w:p w14:paraId="74E1234A"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7C13B19C" w14:textId="77777777" w:rsidR="00D47296" w:rsidRDefault="008C31C1">
            <w:r>
              <w:rPr>
                <w:i/>
                <w:color w:val="777777"/>
                <w:sz w:val="24"/>
              </w:rPr>
              <w:t>&lt;Insert&gt;</w:t>
            </w:r>
          </w:p>
        </w:tc>
      </w:tr>
      <w:tr w:rsidR="00D47296" w14:paraId="5CFD7288" w14:textId="77777777">
        <w:trPr>
          <w:jc w:val="center"/>
        </w:trPr>
        <w:tc>
          <w:tcPr>
            <w:tcW w:w="4320" w:type="dxa"/>
            <w:shd w:val="clear" w:color="auto" w:fill="E8F2EE"/>
            <w:tcMar>
              <w:top w:w="70" w:type="dxa"/>
              <w:left w:w="70" w:type="dxa"/>
              <w:bottom w:w="70" w:type="dxa"/>
              <w:right w:w="70" w:type="dxa"/>
            </w:tcMar>
            <w:vAlign w:val="center"/>
          </w:tcPr>
          <w:p w14:paraId="606F4BA4"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28B5AEBE" w14:textId="77777777" w:rsidR="00D47296" w:rsidRDefault="008C31C1">
            <w:r>
              <w:rPr>
                <w:i/>
                <w:color w:val="777777"/>
                <w:sz w:val="24"/>
              </w:rPr>
              <w:t>&lt;Insert&gt;</w:t>
            </w:r>
          </w:p>
        </w:tc>
      </w:tr>
      <w:tr w:rsidR="00D47296" w14:paraId="0D5F337F" w14:textId="77777777">
        <w:trPr>
          <w:jc w:val="center"/>
        </w:trPr>
        <w:tc>
          <w:tcPr>
            <w:tcW w:w="4320" w:type="dxa"/>
            <w:tcMar>
              <w:top w:w="70" w:type="dxa"/>
              <w:left w:w="70" w:type="dxa"/>
              <w:bottom w:w="70" w:type="dxa"/>
              <w:right w:w="70" w:type="dxa"/>
            </w:tcMar>
            <w:vAlign w:val="center"/>
          </w:tcPr>
          <w:p w14:paraId="021FBE80"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16DBE7FB" w14:textId="77777777" w:rsidR="00D47296" w:rsidRDefault="008C31C1">
            <w:r>
              <w:rPr>
                <w:i/>
                <w:color w:val="777777"/>
                <w:sz w:val="24"/>
              </w:rPr>
              <w:t>&lt;Insert&gt;</w:t>
            </w:r>
          </w:p>
        </w:tc>
      </w:tr>
      <w:tr w:rsidR="00D47296" w14:paraId="6EE3443B" w14:textId="77777777">
        <w:trPr>
          <w:jc w:val="center"/>
        </w:trPr>
        <w:tc>
          <w:tcPr>
            <w:tcW w:w="4320" w:type="dxa"/>
            <w:shd w:val="clear" w:color="auto" w:fill="E8F2EE"/>
            <w:tcMar>
              <w:top w:w="70" w:type="dxa"/>
              <w:left w:w="70" w:type="dxa"/>
              <w:bottom w:w="70" w:type="dxa"/>
              <w:right w:w="70" w:type="dxa"/>
            </w:tcMar>
            <w:vAlign w:val="center"/>
          </w:tcPr>
          <w:p w14:paraId="1847592B"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04348BC9" w14:textId="77777777" w:rsidR="00D47296" w:rsidRDefault="008C31C1">
            <w:r>
              <w:rPr>
                <w:i/>
                <w:color w:val="777777"/>
                <w:sz w:val="24"/>
              </w:rPr>
              <w:t>&lt;Insert&gt;</w:t>
            </w:r>
          </w:p>
        </w:tc>
      </w:tr>
      <w:tr w:rsidR="00D47296" w14:paraId="7035770F" w14:textId="77777777">
        <w:trPr>
          <w:jc w:val="center"/>
        </w:trPr>
        <w:tc>
          <w:tcPr>
            <w:tcW w:w="4320" w:type="dxa"/>
            <w:tcMar>
              <w:top w:w="70" w:type="dxa"/>
              <w:left w:w="70" w:type="dxa"/>
              <w:bottom w:w="70" w:type="dxa"/>
              <w:right w:w="70" w:type="dxa"/>
            </w:tcMar>
            <w:vAlign w:val="center"/>
          </w:tcPr>
          <w:p w14:paraId="1FBD7DB4" w14:textId="77777777" w:rsidR="00D47296" w:rsidRDefault="008C31C1">
            <w:r>
              <w:rPr>
                <w:sz w:val="18"/>
              </w:rPr>
              <w:t>Staffing actions</w:t>
            </w:r>
          </w:p>
        </w:tc>
        <w:tc>
          <w:tcPr>
            <w:tcW w:w="6192" w:type="dxa"/>
            <w:tcMar>
              <w:top w:w="70" w:type="dxa"/>
              <w:left w:w="70" w:type="dxa"/>
              <w:bottom w:w="70" w:type="dxa"/>
              <w:right w:w="70" w:type="dxa"/>
            </w:tcMar>
            <w:vAlign w:val="center"/>
          </w:tcPr>
          <w:p w14:paraId="438C1604" w14:textId="77777777" w:rsidR="00D47296" w:rsidRDefault="008C31C1">
            <w:r>
              <w:rPr>
                <w:i/>
                <w:color w:val="777777"/>
                <w:sz w:val="24"/>
              </w:rPr>
              <w:t>&lt;Insert&gt;</w:t>
            </w:r>
          </w:p>
        </w:tc>
      </w:tr>
      <w:tr w:rsidR="00D47296" w14:paraId="2A83098D" w14:textId="77777777">
        <w:trPr>
          <w:jc w:val="center"/>
        </w:trPr>
        <w:tc>
          <w:tcPr>
            <w:tcW w:w="4320" w:type="dxa"/>
            <w:shd w:val="clear" w:color="auto" w:fill="E8F2EE"/>
            <w:tcMar>
              <w:top w:w="70" w:type="dxa"/>
              <w:left w:w="70" w:type="dxa"/>
              <w:bottom w:w="70" w:type="dxa"/>
              <w:right w:w="70" w:type="dxa"/>
            </w:tcMar>
            <w:vAlign w:val="center"/>
          </w:tcPr>
          <w:p w14:paraId="4E2571F6"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0D91B96C" w14:textId="77777777" w:rsidR="00D47296" w:rsidRDefault="008C31C1">
            <w:r>
              <w:rPr>
                <w:i/>
                <w:color w:val="777777"/>
                <w:sz w:val="24"/>
              </w:rPr>
              <w:t>&lt;Insert&gt;</w:t>
            </w:r>
          </w:p>
        </w:tc>
      </w:tr>
      <w:tr w:rsidR="00D47296" w14:paraId="38EDABD6" w14:textId="77777777">
        <w:trPr>
          <w:jc w:val="center"/>
        </w:trPr>
        <w:tc>
          <w:tcPr>
            <w:tcW w:w="4320" w:type="dxa"/>
            <w:tcMar>
              <w:top w:w="70" w:type="dxa"/>
              <w:left w:w="70" w:type="dxa"/>
              <w:bottom w:w="70" w:type="dxa"/>
              <w:right w:w="70" w:type="dxa"/>
            </w:tcMar>
            <w:vAlign w:val="center"/>
          </w:tcPr>
          <w:p w14:paraId="00122B3C"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54115B70" w14:textId="77777777" w:rsidR="00D47296" w:rsidRDefault="008C31C1">
            <w:r>
              <w:rPr>
                <w:i/>
                <w:color w:val="777777"/>
                <w:sz w:val="24"/>
              </w:rPr>
              <w:t>&lt;Insert&gt;</w:t>
            </w:r>
          </w:p>
        </w:tc>
      </w:tr>
      <w:tr w:rsidR="00D47296" w14:paraId="372FA3EE" w14:textId="77777777">
        <w:trPr>
          <w:jc w:val="center"/>
        </w:trPr>
        <w:tc>
          <w:tcPr>
            <w:tcW w:w="4320" w:type="dxa"/>
            <w:shd w:val="clear" w:color="auto" w:fill="E8F2EE"/>
            <w:tcMar>
              <w:top w:w="70" w:type="dxa"/>
              <w:left w:w="70" w:type="dxa"/>
              <w:bottom w:w="70" w:type="dxa"/>
              <w:right w:w="70" w:type="dxa"/>
            </w:tcMar>
            <w:vAlign w:val="center"/>
          </w:tcPr>
          <w:p w14:paraId="10E5F12F"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606253A4" w14:textId="77777777" w:rsidR="00D47296" w:rsidRDefault="008C31C1">
            <w:r>
              <w:rPr>
                <w:i/>
                <w:color w:val="777777"/>
                <w:sz w:val="24"/>
              </w:rPr>
              <w:t>&lt;Insert&gt;</w:t>
            </w:r>
          </w:p>
        </w:tc>
      </w:tr>
      <w:tr w:rsidR="00D47296" w14:paraId="18F493AA" w14:textId="77777777">
        <w:trPr>
          <w:jc w:val="center"/>
        </w:trPr>
        <w:tc>
          <w:tcPr>
            <w:tcW w:w="4320" w:type="dxa"/>
            <w:tcMar>
              <w:top w:w="70" w:type="dxa"/>
              <w:left w:w="70" w:type="dxa"/>
              <w:bottom w:w="70" w:type="dxa"/>
              <w:right w:w="70" w:type="dxa"/>
            </w:tcMar>
            <w:vAlign w:val="center"/>
          </w:tcPr>
          <w:p w14:paraId="39B0A3C6" w14:textId="77777777" w:rsidR="00D47296" w:rsidRDefault="008C31C1">
            <w:r>
              <w:rPr>
                <w:sz w:val="18"/>
              </w:rPr>
              <w:t>External partners</w:t>
            </w:r>
          </w:p>
        </w:tc>
        <w:tc>
          <w:tcPr>
            <w:tcW w:w="6192" w:type="dxa"/>
            <w:tcMar>
              <w:top w:w="70" w:type="dxa"/>
              <w:left w:w="70" w:type="dxa"/>
              <w:bottom w:w="70" w:type="dxa"/>
              <w:right w:w="70" w:type="dxa"/>
            </w:tcMar>
            <w:vAlign w:val="center"/>
          </w:tcPr>
          <w:p w14:paraId="4887B341" w14:textId="77777777" w:rsidR="00D47296" w:rsidRDefault="008C31C1">
            <w:r>
              <w:rPr>
                <w:i/>
                <w:color w:val="777777"/>
                <w:sz w:val="24"/>
              </w:rPr>
              <w:t>&lt;Insert&gt;</w:t>
            </w:r>
          </w:p>
        </w:tc>
      </w:tr>
      <w:tr w:rsidR="00D47296" w14:paraId="1D6DD6BF" w14:textId="77777777">
        <w:trPr>
          <w:jc w:val="center"/>
        </w:trPr>
        <w:tc>
          <w:tcPr>
            <w:tcW w:w="4320" w:type="dxa"/>
            <w:shd w:val="clear" w:color="auto" w:fill="E8F2EE"/>
            <w:tcMar>
              <w:top w:w="70" w:type="dxa"/>
              <w:left w:w="70" w:type="dxa"/>
              <w:bottom w:w="70" w:type="dxa"/>
              <w:right w:w="70" w:type="dxa"/>
            </w:tcMar>
            <w:vAlign w:val="center"/>
          </w:tcPr>
          <w:p w14:paraId="79D1AC6F"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7BD109B1" w14:textId="77777777" w:rsidR="00D47296" w:rsidRDefault="008C31C1">
            <w:r>
              <w:rPr>
                <w:i/>
                <w:color w:val="777777"/>
                <w:sz w:val="24"/>
              </w:rPr>
              <w:t>&lt;Insert&gt;</w:t>
            </w:r>
          </w:p>
        </w:tc>
      </w:tr>
      <w:tr w:rsidR="00D47296" w14:paraId="549F656D" w14:textId="77777777">
        <w:trPr>
          <w:jc w:val="center"/>
        </w:trPr>
        <w:tc>
          <w:tcPr>
            <w:tcW w:w="4320" w:type="dxa"/>
            <w:tcMar>
              <w:top w:w="70" w:type="dxa"/>
              <w:left w:w="70" w:type="dxa"/>
              <w:bottom w:w="70" w:type="dxa"/>
              <w:right w:w="70" w:type="dxa"/>
            </w:tcMar>
            <w:vAlign w:val="center"/>
          </w:tcPr>
          <w:p w14:paraId="19D41237"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77CB7DA0" w14:textId="77777777" w:rsidR="00D47296" w:rsidRDefault="008C31C1">
            <w:r>
              <w:rPr>
                <w:i/>
                <w:color w:val="777777"/>
                <w:sz w:val="24"/>
              </w:rPr>
              <w:t>&lt;Insert&gt;</w:t>
            </w:r>
          </w:p>
        </w:tc>
      </w:tr>
    </w:tbl>
    <w:p w14:paraId="0202DBA5" w14:textId="77777777" w:rsidR="00D47296" w:rsidRDefault="00D47296">
      <w:pPr>
        <w:spacing w:after="0"/>
      </w:pPr>
    </w:p>
    <w:p w14:paraId="42B102A3" w14:textId="77777777" w:rsidR="00D47296" w:rsidRDefault="008C31C1">
      <w:pPr>
        <w:pStyle w:val="Heading2"/>
      </w:pPr>
      <w:r>
        <w:t>Hazard-Specific Procedures / Notes</w:t>
      </w:r>
    </w:p>
    <w:p w14:paraId="1BBEFBD0" w14:textId="77777777" w:rsidR="00D47296" w:rsidRDefault="008C31C1">
      <w:pPr>
        <w:spacing w:after="20"/>
      </w:pPr>
      <w:r>
        <w:rPr>
          <w:color w:val="B4B4B4"/>
          <w:sz w:val="16"/>
        </w:rPr>
        <w:t>__________________________________________________________________________________________________</w:t>
      </w:r>
    </w:p>
    <w:p w14:paraId="08CF27D1" w14:textId="77777777" w:rsidR="00D47296" w:rsidRDefault="008C31C1">
      <w:pPr>
        <w:spacing w:after="20"/>
      </w:pPr>
      <w:r>
        <w:rPr>
          <w:color w:val="B4B4B4"/>
          <w:sz w:val="16"/>
        </w:rPr>
        <w:t>__________________________________________________________________________________________________</w:t>
      </w:r>
    </w:p>
    <w:p w14:paraId="0E373AD2" w14:textId="77777777" w:rsidR="00D47296" w:rsidRDefault="008C31C1">
      <w:pPr>
        <w:spacing w:after="20"/>
      </w:pPr>
      <w:r>
        <w:rPr>
          <w:color w:val="B4B4B4"/>
          <w:sz w:val="16"/>
        </w:rPr>
        <w:t>__________________________________________________________________________________________________</w:t>
      </w:r>
    </w:p>
    <w:p w14:paraId="77D83F1C" w14:textId="77777777" w:rsidR="00D47296" w:rsidRDefault="008C31C1">
      <w:pPr>
        <w:spacing w:after="20"/>
      </w:pPr>
      <w:r>
        <w:rPr>
          <w:color w:val="B4B4B4"/>
          <w:sz w:val="16"/>
        </w:rPr>
        <w:t>__________________________________________________________________________________________________</w:t>
      </w:r>
    </w:p>
    <w:p w14:paraId="3DFA178C" w14:textId="77777777" w:rsidR="00D47296" w:rsidRDefault="008C31C1">
      <w:pPr>
        <w:spacing w:after="20"/>
      </w:pPr>
      <w:r>
        <w:rPr>
          <w:color w:val="B4B4B4"/>
          <w:sz w:val="16"/>
        </w:rPr>
        <w:t>__________________________________________________________________________________________________</w:t>
      </w:r>
    </w:p>
    <w:p w14:paraId="3E6631CC" w14:textId="77777777" w:rsidR="00D47296" w:rsidRDefault="008C31C1">
      <w:pPr>
        <w:pStyle w:val="Heading1"/>
      </w:pPr>
      <w:r>
        <w:t>APPENDIX J - MASS CASUALTY / COMMUNITY SURGE</w:t>
      </w:r>
    </w:p>
    <w:tbl>
      <w:tblPr>
        <w:tblW w:w="0" w:type="auto"/>
        <w:jc w:val="center"/>
        <w:tblLook w:val="04A0" w:firstRow="1" w:lastRow="0" w:firstColumn="1" w:lastColumn="0" w:noHBand="0" w:noVBand="1"/>
      </w:tblPr>
      <w:tblGrid>
        <w:gridCol w:w="10800"/>
      </w:tblGrid>
      <w:tr w:rsidR="00D47296" w14:paraId="6A87BC5A" w14:textId="77777777">
        <w:trPr>
          <w:jc w:val="center"/>
        </w:trPr>
        <w:tc>
          <w:tcPr>
            <w:tcW w:w="10800" w:type="dxa"/>
            <w:shd w:val="clear" w:color="auto" w:fill="E8F2EE"/>
          </w:tcPr>
          <w:p w14:paraId="71913413"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7451C7D9"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301F7542" w14:textId="77777777">
        <w:trPr>
          <w:tblHeader/>
          <w:jc w:val="center"/>
        </w:trPr>
        <w:tc>
          <w:tcPr>
            <w:tcW w:w="4320" w:type="dxa"/>
            <w:shd w:val="clear" w:color="auto" w:fill="015A41"/>
            <w:tcMar>
              <w:top w:w="70" w:type="dxa"/>
              <w:left w:w="70" w:type="dxa"/>
              <w:bottom w:w="70" w:type="dxa"/>
              <w:right w:w="70" w:type="dxa"/>
            </w:tcMar>
            <w:vAlign w:val="center"/>
          </w:tcPr>
          <w:p w14:paraId="006CB30B"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651D4CFD" w14:textId="77777777" w:rsidR="00D47296" w:rsidRDefault="008C31C1">
            <w:r>
              <w:rPr>
                <w:b/>
                <w:color w:val="FFFFFF"/>
                <w:sz w:val="18"/>
              </w:rPr>
              <w:t>Facility Entry</w:t>
            </w:r>
          </w:p>
        </w:tc>
      </w:tr>
      <w:tr w:rsidR="00D47296" w14:paraId="4F7B4DD1" w14:textId="77777777">
        <w:trPr>
          <w:jc w:val="center"/>
        </w:trPr>
        <w:tc>
          <w:tcPr>
            <w:tcW w:w="4320" w:type="dxa"/>
            <w:shd w:val="clear" w:color="auto" w:fill="E8F2EE"/>
            <w:tcMar>
              <w:top w:w="70" w:type="dxa"/>
              <w:left w:w="70" w:type="dxa"/>
              <w:bottom w:w="70" w:type="dxa"/>
              <w:right w:w="70" w:type="dxa"/>
            </w:tcMar>
            <w:vAlign w:val="center"/>
          </w:tcPr>
          <w:p w14:paraId="41E220C5"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1B0FFD76" w14:textId="77777777" w:rsidR="00D47296" w:rsidRDefault="008C31C1">
            <w:r>
              <w:rPr>
                <w:i/>
                <w:color w:val="777777"/>
                <w:sz w:val="24"/>
              </w:rPr>
              <w:t>&lt;Insert&gt;</w:t>
            </w:r>
          </w:p>
        </w:tc>
      </w:tr>
      <w:tr w:rsidR="00D47296" w14:paraId="5CD0CB02" w14:textId="77777777">
        <w:trPr>
          <w:jc w:val="center"/>
        </w:trPr>
        <w:tc>
          <w:tcPr>
            <w:tcW w:w="4320" w:type="dxa"/>
            <w:tcMar>
              <w:top w:w="70" w:type="dxa"/>
              <w:left w:w="70" w:type="dxa"/>
              <w:bottom w:w="70" w:type="dxa"/>
              <w:right w:w="70" w:type="dxa"/>
            </w:tcMar>
            <w:vAlign w:val="center"/>
          </w:tcPr>
          <w:p w14:paraId="48651C5F"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69FE535B" w14:textId="77777777" w:rsidR="00D47296" w:rsidRDefault="008C31C1">
            <w:r>
              <w:rPr>
                <w:i/>
                <w:color w:val="777777"/>
                <w:sz w:val="24"/>
              </w:rPr>
              <w:t>&lt;Insert&gt;</w:t>
            </w:r>
          </w:p>
        </w:tc>
      </w:tr>
      <w:tr w:rsidR="00D47296" w14:paraId="3E79A8F0" w14:textId="77777777">
        <w:trPr>
          <w:jc w:val="center"/>
        </w:trPr>
        <w:tc>
          <w:tcPr>
            <w:tcW w:w="4320" w:type="dxa"/>
            <w:shd w:val="clear" w:color="auto" w:fill="E8F2EE"/>
            <w:tcMar>
              <w:top w:w="70" w:type="dxa"/>
              <w:left w:w="70" w:type="dxa"/>
              <w:bottom w:w="70" w:type="dxa"/>
              <w:right w:w="70" w:type="dxa"/>
            </w:tcMar>
            <w:vAlign w:val="center"/>
          </w:tcPr>
          <w:p w14:paraId="5108FCB8"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60D3F562" w14:textId="77777777" w:rsidR="00D47296" w:rsidRDefault="008C31C1">
            <w:r>
              <w:rPr>
                <w:i/>
                <w:color w:val="777777"/>
                <w:sz w:val="24"/>
              </w:rPr>
              <w:t>&lt;Insert&gt;</w:t>
            </w:r>
          </w:p>
        </w:tc>
      </w:tr>
      <w:tr w:rsidR="00D47296" w14:paraId="282BBA56" w14:textId="77777777">
        <w:trPr>
          <w:jc w:val="center"/>
        </w:trPr>
        <w:tc>
          <w:tcPr>
            <w:tcW w:w="4320" w:type="dxa"/>
            <w:tcMar>
              <w:top w:w="70" w:type="dxa"/>
              <w:left w:w="70" w:type="dxa"/>
              <w:bottom w:w="70" w:type="dxa"/>
              <w:right w:w="70" w:type="dxa"/>
            </w:tcMar>
            <w:vAlign w:val="center"/>
          </w:tcPr>
          <w:p w14:paraId="5C52CE16"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6FB90618" w14:textId="77777777" w:rsidR="00D47296" w:rsidRDefault="008C31C1">
            <w:r>
              <w:rPr>
                <w:i/>
                <w:color w:val="777777"/>
                <w:sz w:val="24"/>
              </w:rPr>
              <w:t>&lt;Insert&gt;</w:t>
            </w:r>
          </w:p>
        </w:tc>
      </w:tr>
      <w:tr w:rsidR="00D47296" w14:paraId="1B26460A" w14:textId="77777777">
        <w:trPr>
          <w:jc w:val="center"/>
        </w:trPr>
        <w:tc>
          <w:tcPr>
            <w:tcW w:w="4320" w:type="dxa"/>
            <w:shd w:val="clear" w:color="auto" w:fill="E8F2EE"/>
            <w:tcMar>
              <w:top w:w="70" w:type="dxa"/>
              <w:left w:w="70" w:type="dxa"/>
              <w:bottom w:w="70" w:type="dxa"/>
              <w:right w:w="70" w:type="dxa"/>
            </w:tcMar>
            <w:vAlign w:val="center"/>
          </w:tcPr>
          <w:p w14:paraId="30983336"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59F15A69" w14:textId="77777777" w:rsidR="00D47296" w:rsidRDefault="008C31C1">
            <w:r>
              <w:rPr>
                <w:i/>
                <w:color w:val="777777"/>
                <w:sz w:val="24"/>
              </w:rPr>
              <w:t>&lt;Insert&gt;</w:t>
            </w:r>
          </w:p>
        </w:tc>
      </w:tr>
      <w:tr w:rsidR="00D47296" w14:paraId="151D5E41" w14:textId="77777777">
        <w:trPr>
          <w:jc w:val="center"/>
        </w:trPr>
        <w:tc>
          <w:tcPr>
            <w:tcW w:w="4320" w:type="dxa"/>
            <w:tcMar>
              <w:top w:w="70" w:type="dxa"/>
              <w:left w:w="70" w:type="dxa"/>
              <w:bottom w:w="70" w:type="dxa"/>
              <w:right w:w="70" w:type="dxa"/>
            </w:tcMar>
            <w:vAlign w:val="center"/>
          </w:tcPr>
          <w:p w14:paraId="2659A395" w14:textId="77777777" w:rsidR="00D47296" w:rsidRDefault="008C31C1">
            <w:r>
              <w:rPr>
                <w:sz w:val="18"/>
              </w:rPr>
              <w:t>Staffing actions</w:t>
            </w:r>
          </w:p>
        </w:tc>
        <w:tc>
          <w:tcPr>
            <w:tcW w:w="6192" w:type="dxa"/>
            <w:tcMar>
              <w:top w:w="70" w:type="dxa"/>
              <w:left w:w="70" w:type="dxa"/>
              <w:bottom w:w="70" w:type="dxa"/>
              <w:right w:w="70" w:type="dxa"/>
            </w:tcMar>
            <w:vAlign w:val="center"/>
          </w:tcPr>
          <w:p w14:paraId="57E55C93" w14:textId="77777777" w:rsidR="00D47296" w:rsidRDefault="008C31C1">
            <w:r>
              <w:rPr>
                <w:i/>
                <w:color w:val="777777"/>
                <w:sz w:val="24"/>
              </w:rPr>
              <w:t>&lt;Insert&gt;</w:t>
            </w:r>
          </w:p>
        </w:tc>
      </w:tr>
      <w:tr w:rsidR="00D47296" w14:paraId="22DD4BD7" w14:textId="77777777">
        <w:trPr>
          <w:jc w:val="center"/>
        </w:trPr>
        <w:tc>
          <w:tcPr>
            <w:tcW w:w="4320" w:type="dxa"/>
            <w:shd w:val="clear" w:color="auto" w:fill="E8F2EE"/>
            <w:tcMar>
              <w:top w:w="70" w:type="dxa"/>
              <w:left w:w="70" w:type="dxa"/>
              <w:bottom w:w="70" w:type="dxa"/>
              <w:right w:w="70" w:type="dxa"/>
            </w:tcMar>
            <w:vAlign w:val="center"/>
          </w:tcPr>
          <w:p w14:paraId="22B597D7"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2B8EDDBC" w14:textId="77777777" w:rsidR="00D47296" w:rsidRDefault="008C31C1">
            <w:r>
              <w:rPr>
                <w:i/>
                <w:color w:val="777777"/>
                <w:sz w:val="24"/>
              </w:rPr>
              <w:t>&lt;Insert&gt;</w:t>
            </w:r>
          </w:p>
        </w:tc>
      </w:tr>
      <w:tr w:rsidR="00D47296" w14:paraId="370E565D" w14:textId="77777777">
        <w:trPr>
          <w:jc w:val="center"/>
        </w:trPr>
        <w:tc>
          <w:tcPr>
            <w:tcW w:w="4320" w:type="dxa"/>
            <w:tcMar>
              <w:top w:w="70" w:type="dxa"/>
              <w:left w:w="70" w:type="dxa"/>
              <w:bottom w:w="70" w:type="dxa"/>
              <w:right w:w="70" w:type="dxa"/>
            </w:tcMar>
            <w:vAlign w:val="center"/>
          </w:tcPr>
          <w:p w14:paraId="1EB34914"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5F07532A" w14:textId="77777777" w:rsidR="00D47296" w:rsidRDefault="008C31C1">
            <w:r>
              <w:rPr>
                <w:i/>
                <w:color w:val="777777"/>
                <w:sz w:val="24"/>
              </w:rPr>
              <w:t>&lt;Insert&gt;</w:t>
            </w:r>
          </w:p>
        </w:tc>
      </w:tr>
      <w:tr w:rsidR="00D47296" w14:paraId="3D5A2BDE" w14:textId="77777777">
        <w:trPr>
          <w:jc w:val="center"/>
        </w:trPr>
        <w:tc>
          <w:tcPr>
            <w:tcW w:w="4320" w:type="dxa"/>
            <w:shd w:val="clear" w:color="auto" w:fill="E8F2EE"/>
            <w:tcMar>
              <w:top w:w="70" w:type="dxa"/>
              <w:left w:w="70" w:type="dxa"/>
              <w:bottom w:w="70" w:type="dxa"/>
              <w:right w:w="70" w:type="dxa"/>
            </w:tcMar>
            <w:vAlign w:val="center"/>
          </w:tcPr>
          <w:p w14:paraId="3C13FB09"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65926C86" w14:textId="77777777" w:rsidR="00D47296" w:rsidRDefault="008C31C1">
            <w:r>
              <w:rPr>
                <w:i/>
                <w:color w:val="777777"/>
                <w:sz w:val="24"/>
              </w:rPr>
              <w:t>&lt;Insert&gt;</w:t>
            </w:r>
          </w:p>
        </w:tc>
      </w:tr>
      <w:tr w:rsidR="00D47296" w14:paraId="7D249BD8" w14:textId="77777777">
        <w:trPr>
          <w:jc w:val="center"/>
        </w:trPr>
        <w:tc>
          <w:tcPr>
            <w:tcW w:w="4320" w:type="dxa"/>
            <w:tcMar>
              <w:top w:w="70" w:type="dxa"/>
              <w:left w:w="70" w:type="dxa"/>
              <w:bottom w:w="70" w:type="dxa"/>
              <w:right w:w="70" w:type="dxa"/>
            </w:tcMar>
            <w:vAlign w:val="center"/>
          </w:tcPr>
          <w:p w14:paraId="4751BFA9" w14:textId="77777777" w:rsidR="00D47296" w:rsidRDefault="008C31C1">
            <w:r>
              <w:rPr>
                <w:sz w:val="18"/>
              </w:rPr>
              <w:t>External partners</w:t>
            </w:r>
          </w:p>
        </w:tc>
        <w:tc>
          <w:tcPr>
            <w:tcW w:w="6192" w:type="dxa"/>
            <w:tcMar>
              <w:top w:w="70" w:type="dxa"/>
              <w:left w:w="70" w:type="dxa"/>
              <w:bottom w:w="70" w:type="dxa"/>
              <w:right w:w="70" w:type="dxa"/>
            </w:tcMar>
            <w:vAlign w:val="center"/>
          </w:tcPr>
          <w:p w14:paraId="26329255" w14:textId="77777777" w:rsidR="00D47296" w:rsidRDefault="008C31C1">
            <w:r>
              <w:rPr>
                <w:i/>
                <w:color w:val="777777"/>
                <w:sz w:val="24"/>
              </w:rPr>
              <w:t>&lt;Insert&gt;</w:t>
            </w:r>
          </w:p>
        </w:tc>
      </w:tr>
      <w:tr w:rsidR="00D47296" w14:paraId="26BEA1E3" w14:textId="77777777">
        <w:trPr>
          <w:jc w:val="center"/>
        </w:trPr>
        <w:tc>
          <w:tcPr>
            <w:tcW w:w="4320" w:type="dxa"/>
            <w:shd w:val="clear" w:color="auto" w:fill="E8F2EE"/>
            <w:tcMar>
              <w:top w:w="70" w:type="dxa"/>
              <w:left w:w="70" w:type="dxa"/>
              <w:bottom w:w="70" w:type="dxa"/>
              <w:right w:w="70" w:type="dxa"/>
            </w:tcMar>
            <w:vAlign w:val="center"/>
          </w:tcPr>
          <w:p w14:paraId="007BACED"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23A5B287" w14:textId="77777777" w:rsidR="00D47296" w:rsidRDefault="008C31C1">
            <w:r>
              <w:rPr>
                <w:i/>
                <w:color w:val="777777"/>
                <w:sz w:val="24"/>
              </w:rPr>
              <w:t>&lt;Insert&gt;</w:t>
            </w:r>
          </w:p>
        </w:tc>
      </w:tr>
      <w:tr w:rsidR="00D47296" w14:paraId="2C28C5CD" w14:textId="77777777">
        <w:trPr>
          <w:jc w:val="center"/>
        </w:trPr>
        <w:tc>
          <w:tcPr>
            <w:tcW w:w="4320" w:type="dxa"/>
            <w:tcMar>
              <w:top w:w="70" w:type="dxa"/>
              <w:left w:w="70" w:type="dxa"/>
              <w:bottom w:w="70" w:type="dxa"/>
              <w:right w:w="70" w:type="dxa"/>
            </w:tcMar>
            <w:vAlign w:val="center"/>
          </w:tcPr>
          <w:p w14:paraId="7A555352"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366A6EC8" w14:textId="77777777" w:rsidR="00D47296" w:rsidRDefault="008C31C1">
            <w:r>
              <w:rPr>
                <w:i/>
                <w:color w:val="777777"/>
                <w:sz w:val="24"/>
              </w:rPr>
              <w:t>&lt;Insert&gt;</w:t>
            </w:r>
          </w:p>
        </w:tc>
      </w:tr>
    </w:tbl>
    <w:p w14:paraId="33390677" w14:textId="77777777" w:rsidR="00D47296" w:rsidRDefault="00D47296">
      <w:pPr>
        <w:spacing w:after="0"/>
      </w:pPr>
    </w:p>
    <w:p w14:paraId="2DB9D787" w14:textId="77777777" w:rsidR="00D47296" w:rsidRDefault="008C31C1">
      <w:pPr>
        <w:pStyle w:val="Heading2"/>
      </w:pPr>
      <w:r>
        <w:t>Hazard-Specific Procedures / Notes</w:t>
      </w:r>
    </w:p>
    <w:p w14:paraId="4D8E16C8" w14:textId="77777777" w:rsidR="00D47296" w:rsidRDefault="008C31C1">
      <w:pPr>
        <w:spacing w:after="20"/>
      </w:pPr>
      <w:r>
        <w:rPr>
          <w:color w:val="B4B4B4"/>
          <w:sz w:val="16"/>
        </w:rPr>
        <w:t>__________________________________________________________________________________________________</w:t>
      </w:r>
    </w:p>
    <w:p w14:paraId="5F0CCE19" w14:textId="77777777" w:rsidR="00D47296" w:rsidRDefault="008C31C1">
      <w:pPr>
        <w:spacing w:after="20"/>
      </w:pPr>
      <w:r>
        <w:rPr>
          <w:color w:val="B4B4B4"/>
          <w:sz w:val="16"/>
        </w:rPr>
        <w:t>__________________________________________________________________________________________________</w:t>
      </w:r>
    </w:p>
    <w:p w14:paraId="094B6DF3" w14:textId="77777777" w:rsidR="00D47296" w:rsidRDefault="008C31C1">
      <w:pPr>
        <w:spacing w:after="20"/>
      </w:pPr>
      <w:r>
        <w:rPr>
          <w:color w:val="B4B4B4"/>
          <w:sz w:val="16"/>
        </w:rPr>
        <w:t>__________________________________________________________________________________________________</w:t>
      </w:r>
    </w:p>
    <w:p w14:paraId="2DC5C717" w14:textId="77777777" w:rsidR="00D47296" w:rsidRDefault="008C31C1">
      <w:pPr>
        <w:spacing w:after="20"/>
      </w:pPr>
      <w:r>
        <w:rPr>
          <w:color w:val="B4B4B4"/>
          <w:sz w:val="16"/>
        </w:rPr>
        <w:t>__________________________________________________________________________________________________</w:t>
      </w:r>
    </w:p>
    <w:p w14:paraId="17737F98" w14:textId="77777777" w:rsidR="00D47296" w:rsidRDefault="008C31C1">
      <w:pPr>
        <w:spacing w:after="20"/>
      </w:pPr>
      <w:r>
        <w:rPr>
          <w:color w:val="B4B4B4"/>
          <w:sz w:val="16"/>
        </w:rPr>
        <w:t>__________________________________________________________________________________________________</w:t>
      </w:r>
    </w:p>
    <w:p w14:paraId="44F2B393" w14:textId="77777777" w:rsidR="00D47296" w:rsidRDefault="008C31C1">
      <w:pPr>
        <w:pStyle w:val="Heading1"/>
      </w:pPr>
      <w:r>
        <w:t>APPENDIX K - HAZARDOUS MATERIALS / INDOOR AIR / ENVIRONMENTAL INCIDENT</w:t>
      </w:r>
    </w:p>
    <w:tbl>
      <w:tblPr>
        <w:tblW w:w="0" w:type="auto"/>
        <w:jc w:val="center"/>
        <w:tblLook w:val="04A0" w:firstRow="1" w:lastRow="0" w:firstColumn="1" w:lastColumn="0" w:noHBand="0" w:noVBand="1"/>
      </w:tblPr>
      <w:tblGrid>
        <w:gridCol w:w="10800"/>
      </w:tblGrid>
      <w:tr w:rsidR="00D47296" w14:paraId="00DD8FB6" w14:textId="77777777">
        <w:trPr>
          <w:jc w:val="center"/>
        </w:trPr>
        <w:tc>
          <w:tcPr>
            <w:tcW w:w="10800" w:type="dxa"/>
            <w:shd w:val="clear" w:color="auto" w:fill="E8F2EE"/>
          </w:tcPr>
          <w:p w14:paraId="2DDFE193"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4EDEDB49"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328207F2" w14:textId="77777777">
        <w:trPr>
          <w:tblHeader/>
          <w:jc w:val="center"/>
        </w:trPr>
        <w:tc>
          <w:tcPr>
            <w:tcW w:w="4320" w:type="dxa"/>
            <w:shd w:val="clear" w:color="auto" w:fill="015A41"/>
            <w:tcMar>
              <w:top w:w="70" w:type="dxa"/>
              <w:left w:w="70" w:type="dxa"/>
              <w:bottom w:w="70" w:type="dxa"/>
              <w:right w:w="70" w:type="dxa"/>
            </w:tcMar>
            <w:vAlign w:val="center"/>
          </w:tcPr>
          <w:p w14:paraId="568F52C4"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536706F0" w14:textId="77777777" w:rsidR="00D47296" w:rsidRDefault="008C31C1">
            <w:r>
              <w:rPr>
                <w:b/>
                <w:color w:val="FFFFFF"/>
                <w:sz w:val="18"/>
              </w:rPr>
              <w:t>Facility Entry</w:t>
            </w:r>
          </w:p>
        </w:tc>
      </w:tr>
      <w:tr w:rsidR="00D47296" w14:paraId="7132F6DD" w14:textId="77777777">
        <w:trPr>
          <w:jc w:val="center"/>
        </w:trPr>
        <w:tc>
          <w:tcPr>
            <w:tcW w:w="4320" w:type="dxa"/>
            <w:shd w:val="clear" w:color="auto" w:fill="E8F2EE"/>
            <w:tcMar>
              <w:top w:w="70" w:type="dxa"/>
              <w:left w:w="70" w:type="dxa"/>
              <w:bottom w:w="70" w:type="dxa"/>
              <w:right w:w="70" w:type="dxa"/>
            </w:tcMar>
            <w:vAlign w:val="center"/>
          </w:tcPr>
          <w:p w14:paraId="417791D3"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23222D5C" w14:textId="77777777" w:rsidR="00D47296" w:rsidRDefault="008C31C1">
            <w:r>
              <w:rPr>
                <w:i/>
                <w:color w:val="777777"/>
                <w:sz w:val="24"/>
              </w:rPr>
              <w:t>&lt;Insert&gt;</w:t>
            </w:r>
          </w:p>
        </w:tc>
      </w:tr>
      <w:tr w:rsidR="00D47296" w14:paraId="0308B20E" w14:textId="77777777">
        <w:trPr>
          <w:jc w:val="center"/>
        </w:trPr>
        <w:tc>
          <w:tcPr>
            <w:tcW w:w="4320" w:type="dxa"/>
            <w:tcMar>
              <w:top w:w="70" w:type="dxa"/>
              <w:left w:w="70" w:type="dxa"/>
              <w:bottom w:w="70" w:type="dxa"/>
              <w:right w:w="70" w:type="dxa"/>
            </w:tcMar>
            <w:vAlign w:val="center"/>
          </w:tcPr>
          <w:p w14:paraId="4B357153"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5C494C80" w14:textId="77777777" w:rsidR="00D47296" w:rsidRDefault="008C31C1">
            <w:r>
              <w:rPr>
                <w:i/>
                <w:color w:val="777777"/>
                <w:sz w:val="24"/>
              </w:rPr>
              <w:t>&lt;Insert&gt;</w:t>
            </w:r>
          </w:p>
        </w:tc>
      </w:tr>
      <w:tr w:rsidR="00D47296" w14:paraId="08FED57D" w14:textId="77777777">
        <w:trPr>
          <w:jc w:val="center"/>
        </w:trPr>
        <w:tc>
          <w:tcPr>
            <w:tcW w:w="4320" w:type="dxa"/>
            <w:shd w:val="clear" w:color="auto" w:fill="E8F2EE"/>
            <w:tcMar>
              <w:top w:w="70" w:type="dxa"/>
              <w:left w:w="70" w:type="dxa"/>
              <w:bottom w:w="70" w:type="dxa"/>
              <w:right w:w="70" w:type="dxa"/>
            </w:tcMar>
            <w:vAlign w:val="center"/>
          </w:tcPr>
          <w:p w14:paraId="7FA3779B"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3D30822D" w14:textId="77777777" w:rsidR="00D47296" w:rsidRDefault="008C31C1">
            <w:r>
              <w:rPr>
                <w:i/>
                <w:color w:val="777777"/>
                <w:sz w:val="24"/>
              </w:rPr>
              <w:t>&lt;Insert&gt;</w:t>
            </w:r>
          </w:p>
        </w:tc>
      </w:tr>
      <w:tr w:rsidR="00D47296" w14:paraId="260A9F76" w14:textId="77777777">
        <w:trPr>
          <w:jc w:val="center"/>
        </w:trPr>
        <w:tc>
          <w:tcPr>
            <w:tcW w:w="4320" w:type="dxa"/>
            <w:tcMar>
              <w:top w:w="70" w:type="dxa"/>
              <w:left w:w="70" w:type="dxa"/>
              <w:bottom w:w="70" w:type="dxa"/>
              <w:right w:w="70" w:type="dxa"/>
            </w:tcMar>
            <w:vAlign w:val="center"/>
          </w:tcPr>
          <w:p w14:paraId="3350C76C"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3CFF37C0" w14:textId="77777777" w:rsidR="00D47296" w:rsidRDefault="008C31C1">
            <w:r>
              <w:rPr>
                <w:i/>
                <w:color w:val="777777"/>
                <w:sz w:val="24"/>
              </w:rPr>
              <w:t>&lt;Insert&gt;</w:t>
            </w:r>
          </w:p>
        </w:tc>
      </w:tr>
      <w:tr w:rsidR="00D47296" w14:paraId="31FD95BB" w14:textId="77777777">
        <w:trPr>
          <w:jc w:val="center"/>
        </w:trPr>
        <w:tc>
          <w:tcPr>
            <w:tcW w:w="4320" w:type="dxa"/>
            <w:shd w:val="clear" w:color="auto" w:fill="E8F2EE"/>
            <w:tcMar>
              <w:top w:w="70" w:type="dxa"/>
              <w:left w:w="70" w:type="dxa"/>
              <w:bottom w:w="70" w:type="dxa"/>
              <w:right w:w="70" w:type="dxa"/>
            </w:tcMar>
            <w:vAlign w:val="center"/>
          </w:tcPr>
          <w:p w14:paraId="00943C20"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51D34B53" w14:textId="77777777" w:rsidR="00D47296" w:rsidRDefault="008C31C1">
            <w:r>
              <w:rPr>
                <w:i/>
                <w:color w:val="777777"/>
                <w:sz w:val="24"/>
              </w:rPr>
              <w:t>&lt;Insert&gt;</w:t>
            </w:r>
          </w:p>
        </w:tc>
      </w:tr>
      <w:tr w:rsidR="00D47296" w14:paraId="4D43E44D" w14:textId="77777777">
        <w:trPr>
          <w:jc w:val="center"/>
        </w:trPr>
        <w:tc>
          <w:tcPr>
            <w:tcW w:w="4320" w:type="dxa"/>
            <w:tcMar>
              <w:top w:w="70" w:type="dxa"/>
              <w:left w:w="70" w:type="dxa"/>
              <w:bottom w:w="70" w:type="dxa"/>
              <w:right w:w="70" w:type="dxa"/>
            </w:tcMar>
            <w:vAlign w:val="center"/>
          </w:tcPr>
          <w:p w14:paraId="6865FF6C" w14:textId="77777777" w:rsidR="00D47296" w:rsidRDefault="008C31C1">
            <w:r>
              <w:rPr>
                <w:sz w:val="18"/>
              </w:rPr>
              <w:t>Staffing actions</w:t>
            </w:r>
          </w:p>
        </w:tc>
        <w:tc>
          <w:tcPr>
            <w:tcW w:w="6192" w:type="dxa"/>
            <w:tcMar>
              <w:top w:w="70" w:type="dxa"/>
              <w:left w:w="70" w:type="dxa"/>
              <w:bottom w:w="70" w:type="dxa"/>
              <w:right w:w="70" w:type="dxa"/>
            </w:tcMar>
            <w:vAlign w:val="center"/>
          </w:tcPr>
          <w:p w14:paraId="2C04BFEE" w14:textId="77777777" w:rsidR="00D47296" w:rsidRDefault="008C31C1">
            <w:r>
              <w:rPr>
                <w:i/>
                <w:color w:val="777777"/>
                <w:sz w:val="24"/>
              </w:rPr>
              <w:t>&lt;Insert&gt;</w:t>
            </w:r>
          </w:p>
        </w:tc>
      </w:tr>
      <w:tr w:rsidR="00D47296" w14:paraId="21BF5FFF" w14:textId="77777777">
        <w:trPr>
          <w:jc w:val="center"/>
        </w:trPr>
        <w:tc>
          <w:tcPr>
            <w:tcW w:w="4320" w:type="dxa"/>
            <w:shd w:val="clear" w:color="auto" w:fill="E8F2EE"/>
            <w:tcMar>
              <w:top w:w="70" w:type="dxa"/>
              <w:left w:w="70" w:type="dxa"/>
              <w:bottom w:w="70" w:type="dxa"/>
              <w:right w:w="70" w:type="dxa"/>
            </w:tcMar>
            <w:vAlign w:val="center"/>
          </w:tcPr>
          <w:p w14:paraId="409A4BD1"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7A5B75B3" w14:textId="77777777" w:rsidR="00D47296" w:rsidRDefault="008C31C1">
            <w:r>
              <w:rPr>
                <w:i/>
                <w:color w:val="777777"/>
                <w:sz w:val="24"/>
              </w:rPr>
              <w:t>&lt;Insert&gt;</w:t>
            </w:r>
          </w:p>
        </w:tc>
      </w:tr>
      <w:tr w:rsidR="00D47296" w14:paraId="2F262897" w14:textId="77777777">
        <w:trPr>
          <w:jc w:val="center"/>
        </w:trPr>
        <w:tc>
          <w:tcPr>
            <w:tcW w:w="4320" w:type="dxa"/>
            <w:tcMar>
              <w:top w:w="70" w:type="dxa"/>
              <w:left w:w="70" w:type="dxa"/>
              <w:bottom w:w="70" w:type="dxa"/>
              <w:right w:w="70" w:type="dxa"/>
            </w:tcMar>
            <w:vAlign w:val="center"/>
          </w:tcPr>
          <w:p w14:paraId="45D278CD"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36712F08" w14:textId="77777777" w:rsidR="00D47296" w:rsidRDefault="008C31C1">
            <w:r>
              <w:rPr>
                <w:i/>
                <w:color w:val="777777"/>
                <w:sz w:val="24"/>
              </w:rPr>
              <w:t>&lt;Insert&gt;</w:t>
            </w:r>
          </w:p>
        </w:tc>
      </w:tr>
      <w:tr w:rsidR="00D47296" w14:paraId="2E530A42" w14:textId="77777777">
        <w:trPr>
          <w:jc w:val="center"/>
        </w:trPr>
        <w:tc>
          <w:tcPr>
            <w:tcW w:w="4320" w:type="dxa"/>
            <w:shd w:val="clear" w:color="auto" w:fill="E8F2EE"/>
            <w:tcMar>
              <w:top w:w="70" w:type="dxa"/>
              <w:left w:w="70" w:type="dxa"/>
              <w:bottom w:w="70" w:type="dxa"/>
              <w:right w:w="70" w:type="dxa"/>
            </w:tcMar>
            <w:vAlign w:val="center"/>
          </w:tcPr>
          <w:p w14:paraId="65EFE4CC"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3F294BF0" w14:textId="77777777" w:rsidR="00D47296" w:rsidRDefault="008C31C1">
            <w:r>
              <w:rPr>
                <w:i/>
                <w:color w:val="777777"/>
                <w:sz w:val="24"/>
              </w:rPr>
              <w:t>&lt;Insert&gt;</w:t>
            </w:r>
          </w:p>
        </w:tc>
      </w:tr>
      <w:tr w:rsidR="00D47296" w14:paraId="2E22E420" w14:textId="77777777">
        <w:trPr>
          <w:jc w:val="center"/>
        </w:trPr>
        <w:tc>
          <w:tcPr>
            <w:tcW w:w="4320" w:type="dxa"/>
            <w:tcMar>
              <w:top w:w="70" w:type="dxa"/>
              <w:left w:w="70" w:type="dxa"/>
              <w:bottom w:w="70" w:type="dxa"/>
              <w:right w:w="70" w:type="dxa"/>
            </w:tcMar>
            <w:vAlign w:val="center"/>
          </w:tcPr>
          <w:p w14:paraId="42BD582C" w14:textId="77777777" w:rsidR="00D47296" w:rsidRDefault="008C31C1">
            <w:r>
              <w:rPr>
                <w:sz w:val="18"/>
              </w:rPr>
              <w:t>External partners</w:t>
            </w:r>
          </w:p>
        </w:tc>
        <w:tc>
          <w:tcPr>
            <w:tcW w:w="6192" w:type="dxa"/>
            <w:tcMar>
              <w:top w:w="70" w:type="dxa"/>
              <w:left w:w="70" w:type="dxa"/>
              <w:bottom w:w="70" w:type="dxa"/>
              <w:right w:w="70" w:type="dxa"/>
            </w:tcMar>
            <w:vAlign w:val="center"/>
          </w:tcPr>
          <w:p w14:paraId="74EC73C9" w14:textId="77777777" w:rsidR="00D47296" w:rsidRDefault="008C31C1">
            <w:r>
              <w:rPr>
                <w:i/>
                <w:color w:val="777777"/>
                <w:sz w:val="24"/>
              </w:rPr>
              <w:t>&lt;Insert&gt;</w:t>
            </w:r>
          </w:p>
        </w:tc>
      </w:tr>
      <w:tr w:rsidR="00D47296" w14:paraId="7FA0E6EC" w14:textId="77777777">
        <w:trPr>
          <w:jc w:val="center"/>
        </w:trPr>
        <w:tc>
          <w:tcPr>
            <w:tcW w:w="4320" w:type="dxa"/>
            <w:shd w:val="clear" w:color="auto" w:fill="E8F2EE"/>
            <w:tcMar>
              <w:top w:w="70" w:type="dxa"/>
              <w:left w:w="70" w:type="dxa"/>
              <w:bottom w:w="70" w:type="dxa"/>
              <w:right w:w="70" w:type="dxa"/>
            </w:tcMar>
            <w:vAlign w:val="center"/>
          </w:tcPr>
          <w:p w14:paraId="0B966E14"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2509AF90" w14:textId="77777777" w:rsidR="00D47296" w:rsidRDefault="008C31C1">
            <w:r>
              <w:rPr>
                <w:i/>
                <w:color w:val="777777"/>
                <w:sz w:val="24"/>
              </w:rPr>
              <w:t>&lt;Insert&gt;</w:t>
            </w:r>
          </w:p>
        </w:tc>
      </w:tr>
      <w:tr w:rsidR="00D47296" w14:paraId="62081264" w14:textId="77777777">
        <w:trPr>
          <w:jc w:val="center"/>
        </w:trPr>
        <w:tc>
          <w:tcPr>
            <w:tcW w:w="4320" w:type="dxa"/>
            <w:tcMar>
              <w:top w:w="70" w:type="dxa"/>
              <w:left w:w="70" w:type="dxa"/>
              <w:bottom w:w="70" w:type="dxa"/>
              <w:right w:w="70" w:type="dxa"/>
            </w:tcMar>
            <w:vAlign w:val="center"/>
          </w:tcPr>
          <w:p w14:paraId="5AC7F41A"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43EC79C3" w14:textId="77777777" w:rsidR="00D47296" w:rsidRDefault="008C31C1">
            <w:r>
              <w:rPr>
                <w:i/>
                <w:color w:val="777777"/>
                <w:sz w:val="24"/>
              </w:rPr>
              <w:t>&lt;Insert&gt;</w:t>
            </w:r>
          </w:p>
        </w:tc>
      </w:tr>
    </w:tbl>
    <w:p w14:paraId="6AB67D63" w14:textId="77777777" w:rsidR="00D47296" w:rsidRDefault="00D47296">
      <w:pPr>
        <w:spacing w:after="0"/>
      </w:pPr>
    </w:p>
    <w:p w14:paraId="75F530DA" w14:textId="77777777" w:rsidR="00D47296" w:rsidRDefault="008C31C1">
      <w:pPr>
        <w:pStyle w:val="Heading2"/>
      </w:pPr>
      <w:r>
        <w:t>Hazard-Specific Procedures / Notes</w:t>
      </w:r>
    </w:p>
    <w:p w14:paraId="5A601EFE" w14:textId="77777777" w:rsidR="00D47296" w:rsidRDefault="008C31C1">
      <w:pPr>
        <w:spacing w:after="20"/>
      </w:pPr>
      <w:r>
        <w:rPr>
          <w:color w:val="B4B4B4"/>
          <w:sz w:val="16"/>
        </w:rPr>
        <w:t>__________________________________________________________________________________________________</w:t>
      </w:r>
    </w:p>
    <w:p w14:paraId="3491E398" w14:textId="77777777" w:rsidR="00D47296" w:rsidRDefault="008C31C1">
      <w:pPr>
        <w:spacing w:after="20"/>
      </w:pPr>
      <w:r>
        <w:rPr>
          <w:color w:val="B4B4B4"/>
          <w:sz w:val="16"/>
        </w:rPr>
        <w:t>__________________________________________________________________________________________________</w:t>
      </w:r>
    </w:p>
    <w:p w14:paraId="5BD51895" w14:textId="77777777" w:rsidR="00D47296" w:rsidRDefault="008C31C1">
      <w:pPr>
        <w:spacing w:after="20"/>
      </w:pPr>
      <w:r>
        <w:rPr>
          <w:color w:val="B4B4B4"/>
          <w:sz w:val="16"/>
        </w:rPr>
        <w:t>__________________________________________________________________________________________________</w:t>
      </w:r>
    </w:p>
    <w:p w14:paraId="191CE838" w14:textId="77777777" w:rsidR="00D47296" w:rsidRDefault="008C31C1">
      <w:pPr>
        <w:spacing w:after="20"/>
      </w:pPr>
      <w:r>
        <w:rPr>
          <w:color w:val="B4B4B4"/>
          <w:sz w:val="16"/>
        </w:rPr>
        <w:t>__________________________________________________________________________________________________</w:t>
      </w:r>
    </w:p>
    <w:p w14:paraId="050568E4" w14:textId="77777777" w:rsidR="00D47296" w:rsidRDefault="008C31C1">
      <w:pPr>
        <w:spacing w:after="20"/>
      </w:pPr>
      <w:r>
        <w:rPr>
          <w:color w:val="B4B4B4"/>
          <w:sz w:val="16"/>
        </w:rPr>
        <w:t>__________________________________________________________________________________________________</w:t>
      </w:r>
    </w:p>
    <w:p w14:paraId="3B959D50" w14:textId="77777777" w:rsidR="00D47296" w:rsidRDefault="008C31C1">
      <w:pPr>
        <w:pStyle w:val="Heading1"/>
      </w:pPr>
      <w:r>
        <w:t>APPENDIX L - EXTREME HEAT / WILDFIRE SMOKE / AIR QUALITY</w:t>
      </w:r>
    </w:p>
    <w:tbl>
      <w:tblPr>
        <w:tblW w:w="0" w:type="auto"/>
        <w:jc w:val="center"/>
        <w:tblLook w:val="04A0" w:firstRow="1" w:lastRow="0" w:firstColumn="1" w:lastColumn="0" w:noHBand="0" w:noVBand="1"/>
      </w:tblPr>
      <w:tblGrid>
        <w:gridCol w:w="10800"/>
      </w:tblGrid>
      <w:tr w:rsidR="00D47296" w14:paraId="034C133E" w14:textId="77777777">
        <w:trPr>
          <w:jc w:val="center"/>
        </w:trPr>
        <w:tc>
          <w:tcPr>
            <w:tcW w:w="10800" w:type="dxa"/>
            <w:shd w:val="clear" w:color="auto" w:fill="E8F2EE"/>
          </w:tcPr>
          <w:p w14:paraId="75C0DF86" w14:textId="77777777" w:rsidR="00D47296" w:rsidRDefault="008C31C1">
            <w:r>
              <w:rPr>
                <w:b/>
                <w:color w:val="015A41"/>
              </w:rPr>
              <w:t xml:space="preserve">REGULATORY CONNECTION </w:t>
            </w:r>
            <w:r>
              <w:t>This hazard should be addressed when supported by the facility- and community-based all-hazards risk assessment. Customize hazard-specific differences rather than duplicating generic activation, communication, evacuation or recovery procedures.</w:t>
            </w:r>
          </w:p>
        </w:tc>
      </w:tr>
    </w:tbl>
    <w:p w14:paraId="188AD2DF" w14:textId="77777777" w:rsidR="00D47296" w:rsidRDefault="00D47296">
      <w:pPr>
        <w:spacing w:after="0"/>
      </w:pPr>
    </w:p>
    <w:tbl>
      <w:tblPr>
        <w:tblW w:w="0" w:type="auto"/>
        <w:jc w:val="center"/>
        <w:tblLayout w:type="fixed"/>
        <w:tblLook w:val="04A0" w:firstRow="1" w:lastRow="0" w:firstColumn="1" w:lastColumn="0" w:noHBand="0" w:noVBand="1"/>
      </w:tblPr>
      <w:tblGrid>
        <w:gridCol w:w="4320"/>
        <w:gridCol w:w="6192"/>
      </w:tblGrid>
      <w:tr w:rsidR="00D47296" w14:paraId="781A5BD3" w14:textId="77777777">
        <w:trPr>
          <w:tblHeader/>
          <w:jc w:val="center"/>
        </w:trPr>
        <w:tc>
          <w:tcPr>
            <w:tcW w:w="4320" w:type="dxa"/>
            <w:shd w:val="clear" w:color="auto" w:fill="015A41"/>
            <w:tcMar>
              <w:top w:w="70" w:type="dxa"/>
              <w:left w:w="70" w:type="dxa"/>
              <w:bottom w:w="70" w:type="dxa"/>
              <w:right w:w="70" w:type="dxa"/>
            </w:tcMar>
            <w:vAlign w:val="center"/>
          </w:tcPr>
          <w:p w14:paraId="20C861F9" w14:textId="77777777" w:rsidR="00D47296" w:rsidRDefault="008C31C1">
            <w:r>
              <w:rPr>
                <w:b/>
                <w:color w:val="FFFFFF"/>
                <w:sz w:val="18"/>
              </w:rPr>
              <w:t>Field</w:t>
            </w:r>
          </w:p>
        </w:tc>
        <w:tc>
          <w:tcPr>
            <w:tcW w:w="6192" w:type="dxa"/>
            <w:shd w:val="clear" w:color="auto" w:fill="015A41"/>
            <w:tcMar>
              <w:top w:w="70" w:type="dxa"/>
              <w:left w:w="70" w:type="dxa"/>
              <w:bottom w:w="70" w:type="dxa"/>
              <w:right w:w="70" w:type="dxa"/>
            </w:tcMar>
            <w:vAlign w:val="center"/>
          </w:tcPr>
          <w:p w14:paraId="42635756" w14:textId="77777777" w:rsidR="00D47296" w:rsidRDefault="008C31C1">
            <w:r>
              <w:rPr>
                <w:b/>
                <w:color w:val="FFFFFF"/>
                <w:sz w:val="18"/>
              </w:rPr>
              <w:t>Facility Entry</w:t>
            </w:r>
          </w:p>
        </w:tc>
      </w:tr>
      <w:tr w:rsidR="00D47296" w14:paraId="7DB80625" w14:textId="77777777">
        <w:trPr>
          <w:jc w:val="center"/>
        </w:trPr>
        <w:tc>
          <w:tcPr>
            <w:tcW w:w="4320" w:type="dxa"/>
            <w:shd w:val="clear" w:color="auto" w:fill="E8F2EE"/>
            <w:tcMar>
              <w:top w:w="70" w:type="dxa"/>
              <w:left w:w="70" w:type="dxa"/>
              <w:bottom w:w="70" w:type="dxa"/>
              <w:right w:w="70" w:type="dxa"/>
            </w:tcMar>
            <w:vAlign w:val="center"/>
          </w:tcPr>
          <w:p w14:paraId="2641A8D6" w14:textId="77777777" w:rsidR="00D47296" w:rsidRDefault="008C31C1">
            <w:r>
              <w:rPr>
                <w:sz w:val="18"/>
              </w:rPr>
              <w:t>Risk / HVA rating</w:t>
            </w:r>
          </w:p>
        </w:tc>
        <w:tc>
          <w:tcPr>
            <w:tcW w:w="6192" w:type="dxa"/>
            <w:shd w:val="clear" w:color="auto" w:fill="E8F2EE"/>
            <w:tcMar>
              <w:top w:w="70" w:type="dxa"/>
              <w:left w:w="70" w:type="dxa"/>
              <w:bottom w:w="70" w:type="dxa"/>
              <w:right w:w="70" w:type="dxa"/>
            </w:tcMar>
            <w:vAlign w:val="center"/>
          </w:tcPr>
          <w:p w14:paraId="3FF6E4E5" w14:textId="77777777" w:rsidR="00D47296" w:rsidRDefault="008C31C1">
            <w:r>
              <w:rPr>
                <w:i/>
                <w:color w:val="777777"/>
                <w:sz w:val="24"/>
              </w:rPr>
              <w:t>&lt;Insert&gt;</w:t>
            </w:r>
          </w:p>
        </w:tc>
      </w:tr>
      <w:tr w:rsidR="00D47296" w14:paraId="56F019E4" w14:textId="77777777">
        <w:trPr>
          <w:jc w:val="center"/>
        </w:trPr>
        <w:tc>
          <w:tcPr>
            <w:tcW w:w="4320" w:type="dxa"/>
            <w:tcMar>
              <w:top w:w="70" w:type="dxa"/>
              <w:left w:w="70" w:type="dxa"/>
              <w:bottom w:w="70" w:type="dxa"/>
              <w:right w:w="70" w:type="dxa"/>
            </w:tcMar>
            <w:vAlign w:val="center"/>
          </w:tcPr>
          <w:p w14:paraId="17D0BB4B" w14:textId="77777777" w:rsidR="00D47296" w:rsidRDefault="008C31C1">
            <w:r>
              <w:rPr>
                <w:sz w:val="18"/>
              </w:rPr>
              <w:t>Primary activation triggers</w:t>
            </w:r>
          </w:p>
        </w:tc>
        <w:tc>
          <w:tcPr>
            <w:tcW w:w="6192" w:type="dxa"/>
            <w:tcMar>
              <w:top w:w="70" w:type="dxa"/>
              <w:left w:w="70" w:type="dxa"/>
              <w:bottom w:w="70" w:type="dxa"/>
              <w:right w:w="70" w:type="dxa"/>
            </w:tcMar>
            <w:vAlign w:val="center"/>
          </w:tcPr>
          <w:p w14:paraId="3DADFDD8" w14:textId="77777777" w:rsidR="00D47296" w:rsidRDefault="008C31C1">
            <w:r>
              <w:rPr>
                <w:i/>
                <w:color w:val="777777"/>
                <w:sz w:val="24"/>
              </w:rPr>
              <w:t>&lt;Insert&gt;</w:t>
            </w:r>
          </w:p>
        </w:tc>
      </w:tr>
      <w:tr w:rsidR="00D47296" w14:paraId="047D9613" w14:textId="77777777">
        <w:trPr>
          <w:jc w:val="center"/>
        </w:trPr>
        <w:tc>
          <w:tcPr>
            <w:tcW w:w="4320" w:type="dxa"/>
            <w:shd w:val="clear" w:color="auto" w:fill="E8F2EE"/>
            <w:tcMar>
              <w:top w:w="70" w:type="dxa"/>
              <w:left w:w="70" w:type="dxa"/>
              <w:bottom w:w="70" w:type="dxa"/>
              <w:right w:w="70" w:type="dxa"/>
            </w:tcMar>
            <w:vAlign w:val="center"/>
          </w:tcPr>
          <w:p w14:paraId="541E122C" w14:textId="77777777" w:rsidR="00D47296" w:rsidRDefault="008C31C1">
            <w:r>
              <w:rPr>
                <w:sz w:val="18"/>
              </w:rPr>
              <w:lastRenderedPageBreak/>
              <w:t>Decision authority</w:t>
            </w:r>
          </w:p>
        </w:tc>
        <w:tc>
          <w:tcPr>
            <w:tcW w:w="6192" w:type="dxa"/>
            <w:shd w:val="clear" w:color="auto" w:fill="E8F2EE"/>
            <w:tcMar>
              <w:top w:w="70" w:type="dxa"/>
              <w:left w:w="70" w:type="dxa"/>
              <w:bottom w:w="70" w:type="dxa"/>
              <w:right w:w="70" w:type="dxa"/>
            </w:tcMar>
            <w:vAlign w:val="center"/>
          </w:tcPr>
          <w:p w14:paraId="20AC13BA" w14:textId="77777777" w:rsidR="00D47296" w:rsidRDefault="008C31C1">
            <w:r>
              <w:rPr>
                <w:i/>
                <w:color w:val="777777"/>
                <w:sz w:val="24"/>
              </w:rPr>
              <w:t>&lt;Insert&gt;</w:t>
            </w:r>
          </w:p>
        </w:tc>
      </w:tr>
      <w:tr w:rsidR="00D47296" w14:paraId="6D5B29AB" w14:textId="77777777">
        <w:trPr>
          <w:jc w:val="center"/>
        </w:trPr>
        <w:tc>
          <w:tcPr>
            <w:tcW w:w="4320" w:type="dxa"/>
            <w:tcMar>
              <w:top w:w="70" w:type="dxa"/>
              <w:left w:w="70" w:type="dxa"/>
              <w:bottom w:w="70" w:type="dxa"/>
              <w:right w:w="70" w:type="dxa"/>
            </w:tcMar>
            <w:vAlign w:val="center"/>
          </w:tcPr>
          <w:p w14:paraId="60F2FFA9" w14:textId="77777777" w:rsidR="00D47296" w:rsidRDefault="008C31C1">
            <w:r>
              <w:rPr>
                <w:sz w:val="18"/>
              </w:rPr>
              <w:t>Immediate life-safety actions</w:t>
            </w:r>
          </w:p>
        </w:tc>
        <w:tc>
          <w:tcPr>
            <w:tcW w:w="6192" w:type="dxa"/>
            <w:tcMar>
              <w:top w:w="70" w:type="dxa"/>
              <w:left w:w="70" w:type="dxa"/>
              <w:bottom w:w="70" w:type="dxa"/>
              <w:right w:w="70" w:type="dxa"/>
            </w:tcMar>
            <w:vAlign w:val="center"/>
          </w:tcPr>
          <w:p w14:paraId="6546EF67" w14:textId="77777777" w:rsidR="00D47296" w:rsidRDefault="008C31C1">
            <w:r>
              <w:rPr>
                <w:i/>
                <w:color w:val="777777"/>
                <w:sz w:val="24"/>
              </w:rPr>
              <w:t>&lt;Insert&gt;</w:t>
            </w:r>
          </w:p>
        </w:tc>
      </w:tr>
      <w:tr w:rsidR="00D47296" w14:paraId="57CD4D0E" w14:textId="77777777">
        <w:trPr>
          <w:jc w:val="center"/>
        </w:trPr>
        <w:tc>
          <w:tcPr>
            <w:tcW w:w="4320" w:type="dxa"/>
            <w:shd w:val="clear" w:color="auto" w:fill="E8F2EE"/>
            <w:tcMar>
              <w:top w:w="70" w:type="dxa"/>
              <w:left w:w="70" w:type="dxa"/>
              <w:bottom w:w="70" w:type="dxa"/>
              <w:right w:w="70" w:type="dxa"/>
            </w:tcMar>
            <w:vAlign w:val="center"/>
          </w:tcPr>
          <w:p w14:paraId="5D5A6A7F" w14:textId="77777777" w:rsidR="00D47296" w:rsidRDefault="008C31C1">
            <w:r>
              <w:rPr>
                <w:sz w:val="18"/>
              </w:rPr>
              <w:t>Patient care / service priorities</w:t>
            </w:r>
          </w:p>
        </w:tc>
        <w:tc>
          <w:tcPr>
            <w:tcW w:w="6192" w:type="dxa"/>
            <w:shd w:val="clear" w:color="auto" w:fill="E8F2EE"/>
            <w:tcMar>
              <w:top w:w="70" w:type="dxa"/>
              <w:left w:w="70" w:type="dxa"/>
              <w:bottom w:w="70" w:type="dxa"/>
              <w:right w:w="70" w:type="dxa"/>
            </w:tcMar>
            <w:vAlign w:val="center"/>
          </w:tcPr>
          <w:p w14:paraId="70B48132" w14:textId="77777777" w:rsidR="00D47296" w:rsidRDefault="008C31C1">
            <w:r>
              <w:rPr>
                <w:i/>
                <w:color w:val="777777"/>
                <w:sz w:val="24"/>
              </w:rPr>
              <w:t>&lt;Insert&gt;</w:t>
            </w:r>
          </w:p>
        </w:tc>
      </w:tr>
      <w:tr w:rsidR="00D47296" w14:paraId="3D1B9DDC" w14:textId="77777777">
        <w:trPr>
          <w:jc w:val="center"/>
        </w:trPr>
        <w:tc>
          <w:tcPr>
            <w:tcW w:w="4320" w:type="dxa"/>
            <w:tcMar>
              <w:top w:w="70" w:type="dxa"/>
              <w:left w:w="70" w:type="dxa"/>
              <w:bottom w:w="70" w:type="dxa"/>
              <w:right w:w="70" w:type="dxa"/>
            </w:tcMar>
            <w:vAlign w:val="center"/>
          </w:tcPr>
          <w:p w14:paraId="7A11EF85" w14:textId="77777777" w:rsidR="00D47296" w:rsidRDefault="008C31C1">
            <w:r>
              <w:rPr>
                <w:sz w:val="18"/>
              </w:rPr>
              <w:t>Staffing actions</w:t>
            </w:r>
          </w:p>
        </w:tc>
        <w:tc>
          <w:tcPr>
            <w:tcW w:w="6192" w:type="dxa"/>
            <w:tcMar>
              <w:top w:w="70" w:type="dxa"/>
              <w:left w:w="70" w:type="dxa"/>
              <w:bottom w:w="70" w:type="dxa"/>
              <w:right w:w="70" w:type="dxa"/>
            </w:tcMar>
            <w:vAlign w:val="center"/>
          </w:tcPr>
          <w:p w14:paraId="1D1EAE90" w14:textId="77777777" w:rsidR="00D47296" w:rsidRDefault="008C31C1">
            <w:r>
              <w:rPr>
                <w:i/>
                <w:color w:val="777777"/>
                <w:sz w:val="24"/>
              </w:rPr>
              <w:t>&lt;Insert&gt;</w:t>
            </w:r>
          </w:p>
        </w:tc>
      </w:tr>
      <w:tr w:rsidR="00D47296" w14:paraId="2B109755" w14:textId="77777777">
        <w:trPr>
          <w:jc w:val="center"/>
        </w:trPr>
        <w:tc>
          <w:tcPr>
            <w:tcW w:w="4320" w:type="dxa"/>
            <w:shd w:val="clear" w:color="auto" w:fill="E8F2EE"/>
            <w:tcMar>
              <w:top w:w="70" w:type="dxa"/>
              <w:left w:w="70" w:type="dxa"/>
              <w:bottom w:w="70" w:type="dxa"/>
              <w:right w:w="70" w:type="dxa"/>
            </w:tcMar>
            <w:vAlign w:val="center"/>
          </w:tcPr>
          <w:p w14:paraId="6783C8B3" w14:textId="77777777" w:rsidR="00D47296" w:rsidRDefault="008C31C1">
            <w:r>
              <w:rPr>
                <w:sz w:val="18"/>
              </w:rPr>
              <w:t>Utility / resource considerations</w:t>
            </w:r>
          </w:p>
        </w:tc>
        <w:tc>
          <w:tcPr>
            <w:tcW w:w="6192" w:type="dxa"/>
            <w:shd w:val="clear" w:color="auto" w:fill="E8F2EE"/>
            <w:tcMar>
              <w:top w:w="70" w:type="dxa"/>
              <w:left w:w="70" w:type="dxa"/>
              <w:bottom w:w="70" w:type="dxa"/>
              <w:right w:w="70" w:type="dxa"/>
            </w:tcMar>
            <w:vAlign w:val="center"/>
          </w:tcPr>
          <w:p w14:paraId="45B77BAE" w14:textId="77777777" w:rsidR="00D47296" w:rsidRDefault="008C31C1">
            <w:r>
              <w:rPr>
                <w:i/>
                <w:color w:val="777777"/>
                <w:sz w:val="24"/>
              </w:rPr>
              <w:t>&lt;Insert&gt;</w:t>
            </w:r>
          </w:p>
        </w:tc>
      </w:tr>
      <w:tr w:rsidR="00D47296" w14:paraId="1259B315" w14:textId="77777777">
        <w:trPr>
          <w:jc w:val="center"/>
        </w:trPr>
        <w:tc>
          <w:tcPr>
            <w:tcW w:w="4320" w:type="dxa"/>
            <w:tcMar>
              <w:top w:w="70" w:type="dxa"/>
              <w:left w:w="70" w:type="dxa"/>
              <w:bottom w:w="70" w:type="dxa"/>
              <w:right w:w="70" w:type="dxa"/>
            </w:tcMar>
            <w:vAlign w:val="center"/>
          </w:tcPr>
          <w:p w14:paraId="368A588B" w14:textId="77777777" w:rsidR="00D47296" w:rsidRDefault="008C31C1">
            <w:r>
              <w:rPr>
                <w:sz w:val="18"/>
              </w:rPr>
              <w:t>Communication / reporting</w:t>
            </w:r>
          </w:p>
        </w:tc>
        <w:tc>
          <w:tcPr>
            <w:tcW w:w="6192" w:type="dxa"/>
            <w:tcMar>
              <w:top w:w="70" w:type="dxa"/>
              <w:left w:w="70" w:type="dxa"/>
              <w:bottom w:w="70" w:type="dxa"/>
              <w:right w:w="70" w:type="dxa"/>
            </w:tcMar>
            <w:vAlign w:val="center"/>
          </w:tcPr>
          <w:p w14:paraId="74739CF7" w14:textId="77777777" w:rsidR="00D47296" w:rsidRDefault="008C31C1">
            <w:r>
              <w:rPr>
                <w:i/>
                <w:color w:val="777777"/>
                <w:sz w:val="24"/>
              </w:rPr>
              <w:t>&lt;Insert&gt;</w:t>
            </w:r>
          </w:p>
        </w:tc>
      </w:tr>
      <w:tr w:rsidR="00D47296" w14:paraId="7228F5AC" w14:textId="77777777">
        <w:trPr>
          <w:jc w:val="center"/>
        </w:trPr>
        <w:tc>
          <w:tcPr>
            <w:tcW w:w="4320" w:type="dxa"/>
            <w:shd w:val="clear" w:color="auto" w:fill="E8F2EE"/>
            <w:tcMar>
              <w:top w:w="70" w:type="dxa"/>
              <w:left w:w="70" w:type="dxa"/>
              <w:bottom w:w="70" w:type="dxa"/>
              <w:right w:w="70" w:type="dxa"/>
            </w:tcMar>
            <w:vAlign w:val="center"/>
          </w:tcPr>
          <w:p w14:paraId="1637F024" w14:textId="77777777" w:rsidR="00D47296" w:rsidRDefault="008C31C1">
            <w:r>
              <w:rPr>
                <w:sz w:val="18"/>
              </w:rPr>
              <w:t>Evacuation / shelter / closure implications</w:t>
            </w:r>
          </w:p>
        </w:tc>
        <w:tc>
          <w:tcPr>
            <w:tcW w:w="6192" w:type="dxa"/>
            <w:shd w:val="clear" w:color="auto" w:fill="E8F2EE"/>
            <w:tcMar>
              <w:top w:w="70" w:type="dxa"/>
              <w:left w:w="70" w:type="dxa"/>
              <w:bottom w:w="70" w:type="dxa"/>
              <w:right w:w="70" w:type="dxa"/>
            </w:tcMar>
            <w:vAlign w:val="center"/>
          </w:tcPr>
          <w:p w14:paraId="7B0461CD" w14:textId="77777777" w:rsidR="00D47296" w:rsidRDefault="008C31C1">
            <w:r>
              <w:rPr>
                <w:i/>
                <w:color w:val="777777"/>
                <w:sz w:val="24"/>
              </w:rPr>
              <w:t>&lt;Insert&gt;</w:t>
            </w:r>
          </w:p>
        </w:tc>
      </w:tr>
      <w:tr w:rsidR="00D47296" w14:paraId="18C979BE" w14:textId="77777777">
        <w:trPr>
          <w:jc w:val="center"/>
        </w:trPr>
        <w:tc>
          <w:tcPr>
            <w:tcW w:w="4320" w:type="dxa"/>
            <w:tcMar>
              <w:top w:w="70" w:type="dxa"/>
              <w:left w:w="70" w:type="dxa"/>
              <w:bottom w:w="70" w:type="dxa"/>
              <w:right w:w="70" w:type="dxa"/>
            </w:tcMar>
            <w:vAlign w:val="center"/>
          </w:tcPr>
          <w:p w14:paraId="2865BF99" w14:textId="77777777" w:rsidR="00D47296" w:rsidRDefault="008C31C1">
            <w:r>
              <w:rPr>
                <w:sz w:val="18"/>
              </w:rPr>
              <w:t>External partners</w:t>
            </w:r>
          </w:p>
        </w:tc>
        <w:tc>
          <w:tcPr>
            <w:tcW w:w="6192" w:type="dxa"/>
            <w:tcMar>
              <w:top w:w="70" w:type="dxa"/>
              <w:left w:w="70" w:type="dxa"/>
              <w:bottom w:w="70" w:type="dxa"/>
              <w:right w:w="70" w:type="dxa"/>
            </w:tcMar>
            <w:vAlign w:val="center"/>
          </w:tcPr>
          <w:p w14:paraId="62740AA6" w14:textId="77777777" w:rsidR="00D47296" w:rsidRDefault="008C31C1">
            <w:r>
              <w:rPr>
                <w:i/>
                <w:color w:val="777777"/>
                <w:sz w:val="24"/>
              </w:rPr>
              <w:t>&lt;Insert&gt;</w:t>
            </w:r>
          </w:p>
        </w:tc>
      </w:tr>
      <w:tr w:rsidR="00D47296" w14:paraId="6757B06A" w14:textId="77777777">
        <w:trPr>
          <w:jc w:val="center"/>
        </w:trPr>
        <w:tc>
          <w:tcPr>
            <w:tcW w:w="4320" w:type="dxa"/>
            <w:shd w:val="clear" w:color="auto" w:fill="E8F2EE"/>
            <w:tcMar>
              <w:top w:w="70" w:type="dxa"/>
              <w:left w:w="70" w:type="dxa"/>
              <w:bottom w:w="70" w:type="dxa"/>
              <w:right w:w="70" w:type="dxa"/>
            </w:tcMar>
            <w:vAlign w:val="center"/>
          </w:tcPr>
          <w:p w14:paraId="04503609" w14:textId="77777777" w:rsidR="00D47296" w:rsidRDefault="008C31C1">
            <w:r>
              <w:rPr>
                <w:sz w:val="18"/>
              </w:rPr>
              <w:t>Recovery / return-to-normal criteria</w:t>
            </w:r>
          </w:p>
        </w:tc>
        <w:tc>
          <w:tcPr>
            <w:tcW w:w="6192" w:type="dxa"/>
            <w:shd w:val="clear" w:color="auto" w:fill="E8F2EE"/>
            <w:tcMar>
              <w:top w:w="70" w:type="dxa"/>
              <w:left w:w="70" w:type="dxa"/>
              <w:bottom w:w="70" w:type="dxa"/>
              <w:right w:w="70" w:type="dxa"/>
            </w:tcMar>
            <w:vAlign w:val="center"/>
          </w:tcPr>
          <w:p w14:paraId="143599BD" w14:textId="77777777" w:rsidR="00D47296" w:rsidRDefault="008C31C1">
            <w:r>
              <w:rPr>
                <w:i/>
                <w:color w:val="777777"/>
                <w:sz w:val="24"/>
              </w:rPr>
              <w:t>&lt;Insert&gt;</w:t>
            </w:r>
          </w:p>
        </w:tc>
      </w:tr>
      <w:tr w:rsidR="00D47296" w14:paraId="769894DE" w14:textId="77777777">
        <w:trPr>
          <w:jc w:val="center"/>
        </w:trPr>
        <w:tc>
          <w:tcPr>
            <w:tcW w:w="4320" w:type="dxa"/>
            <w:tcMar>
              <w:top w:w="70" w:type="dxa"/>
              <w:left w:w="70" w:type="dxa"/>
              <w:bottom w:w="70" w:type="dxa"/>
              <w:right w:w="70" w:type="dxa"/>
            </w:tcMar>
            <w:vAlign w:val="center"/>
          </w:tcPr>
          <w:p w14:paraId="2A17BAA9" w14:textId="77777777" w:rsidR="00D47296" w:rsidRDefault="008C31C1">
            <w:r>
              <w:rPr>
                <w:sz w:val="18"/>
              </w:rPr>
              <w:t>Required documentation / AAR</w:t>
            </w:r>
          </w:p>
        </w:tc>
        <w:tc>
          <w:tcPr>
            <w:tcW w:w="6192" w:type="dxa"/>
            <w:tcMar>
              <w:top w:w="70" w:type="dxa"/>
              <w:left w:w="70" w:type="dxa"/>
              <w:bottom w:w="70" w:type="dxa"/>
              <w:right w:w="70" w:type="dxa"/>
            </w:tcMar>
            <w:vAlign w:val="center"/>
          </w:tcPr>
          <w:p w14:paraId="6B60AB4D" w14:textId="77777777" w:rsidR="00D47296" w:rsidRDefault="008C31C1">
            <w:r>
              <w:rPr>
                <w:i/>
                <w:color w:val="777777"/>
                <w:sz w:val="24"/>
              </w:rPr>
              <w:t>&lt;Insert&gt;</w:t>
            </w:r>
          </w:p>
        </w:tc>
      </w:tr>
    </w:tbl>
    <w:p w14:paraId="5693F811" w14:textId="77777777" w:rsidR="00D47296" w:rsidRDefault="00D47296">
      <w:pPr>
        <w:spacing w:after="0"/>
      </w:pPr>
    </w:p>
    <w:p w14:paraId="05A081EA" w14:textId="77777777" w:rsidR="00D47296" w:rsidRDefault="008C31C1">
      <w:pPr>
        <w:pStyle w:val="Heading2"/>
      </w:pPr>
      <w:r>
        <w:t>Hazard-Specific Procedures / Notes</w:t>
      </w:r>
    </w:p>
    <w:p w14:paraId="79A4AA66" w14:textId="77777777" w:rsidR="00D47296" w:rsidRDefault="008C31C1">
      <w:pPr>
        <w:spacing w:after="20"/>
      </w:pPr>
      <w:r>
        <w:rPr>
          <w:color w:val="B4B4B4"/>
          <w:sz w:val="16"/>
        </w:rPr>
        <w:t>__________________________________________________________________________________________________</w:t>
      </w:r>
    </w:p>
    <w:p w14:paraId="3D29F454" w14:textId="77777777" w:rsidR="00D47296" w:rsidRDefault="008C31C1">
      <w:pPr>
        <w:spacing w:after="20"/>
      </w:pPr>
      <w:r>
        <w:rPr>
          <w:color w:val="B4B4B4"/>
          <w:sz w:val="16"/>
        </w:rPr>
        <w:t>__________________________________________________________________________________________________</w:t>
      </w:r>
    </w:p>
    <w:p w14:paraId="0D8F1C4D" w14:textId="77777777" w:rsidR="00D47296" w:rsidRDefault="008C31C1">
      <w:pPr>
        <w:spacing w:after="20"/>
      </w:pPr>
      <w:r>
        <w:rPr>
          <w:color w:val="B4B4B4"/>
          <w:sz w:val="16"/>
        </w:rPr>
        <w:t>__________________________________________________________________________________________________</w:t>
      </w:r>
    </w:p>
    <w:p w14:paraId="463D6B06" w14:textId="77777777" w:rsidR="00D47296" w:rsidRDefault="008C31C1">
      <w:pPr>
        <w:spacing w:after="20"/>
      </w:pPr>
      <w:r>
        <w:rPr>
          <w:color w:val="B4B4B4"/>
          <w:sz w:val="16"/>
        </w:rPr>
        <w:t>__________________________________________________________________________________________________</w:t>
      </w:r>
    </w:p>
    <w:p w14:paraId="3D3F8FBC" w14:textId="77777777" w:rsidR="00D47296" w:rsidRDefault="008C31C1">
      <w:pPr>
        <w:spacing w:after="20"/>
      </w:pPr>
      <w:r>
        <w:rPr>
          <w:color w:val="B4B4B4"/>
          <w:sz w:val="16"/>
        </w:rPr>
        <w:t>__________________________________________________________________________________________________</w:t>
      </w:r>
    </w:p>
    <w:p w14:paraId="4A79EEDF" w14:textId="77777777" w:rsidR="00D47296" w:rsidRDefault="008C31C1">
      <w:r>
        <w:br w:type="page"/>
      </w:r>
    </w:p>
    <w:p w14:paraId="42CDB71B" w14:textId="77777777" w:rsidR="00D47296" w:rsidRDefault="008C31C1">
      <w:pPr>
        <w:pStyle w:val="Heading1"/>
      </w:pPr>
      <w:r>
        <w:lastRenderedPageBreak/>
        <w:t>19. OFFICIAL SOURCES &amp; VERSION REFERENCES</w:t>
      </w:r>
    </w:p>
    <w:tbl>
      <w:tblPr>
        <w:tblW w:w="0" w:type="auto"/>
        <w:jc w:val="center"/>
        <w:tblLook w:val="04A0" w:firstRow="1" w:lastRow="0" w:firstColumn="1" w:lastColumn="0" w:noHBand="0" w:noVBand="1"/>
      </w:tblPr>
      <w:tblGrid>
        <w:gridCol w:w="10800"/>
      </w:tblGrid>
      <w:tr w:rsidR="00D47296" w14:paraId="4D348581" w14:textId="77777777">
        <w:trPr>
          <w:jc w:val="center"/>
        </w:trPr>
        <w:tc>
          <w:tcPr>
            <w:tcW w:w="10800" w:type="dxa"/>
            <w:shd w:val="clear" w:color="auto" w:fill="FFF1EC"/>
          </w:tcPr>
          <w:p w14:paraId="68F65555" w14:textId="77777777" w:rsidR="00D47296" w:rsidRDefault="008C31C1">
            <w:r>
              <w:rPr>
                <w:b/>
                <w:color w:val="E63B07"/>
              </w:rPr>
              <w:t xml:space="preserve">VERSION NOTE </w:t>
            </w:r>
            <w:r>
              <w:t>Regulatory and program sources were reviewed for this template on September 14, 2026. The current eCFR displayed Title 42 as up to date through September 10, 2026. Requirements can change; verify current controlling sources during each formal review and before making a compliance determination.</w:t>
            </w:r>
          </w:p>
        </w:tc>
      </w:tr>
    </w:tbl>
    <w:p w14:paraId="72F287B8" w14:textId="77777777" w:rsidR="00D47296" w:rsidRDefault="00D47296">
      <w:pPr>
        <w:spacing w:after="0"/>
      </w:pPr>
    </w:p>
    <w:p w14:paraId="5D4D8039" w14:textId="77777777" w:rsidR="00D47296" w:rsidRDefault="008C31C1">
      <w:pPr>
        <w:pStyle w:val="Heading2"/>
      </w:pPr>
      <w:r>
        <w:t>Primary Federal CMS Sources</w:t>
      </w:r>
    </w:p>
    <w:p w14:paraId="013CF795" w14:textId="77777777" w:rsidR="00D47296" w:rsidRDefault="008C31C1">
      <w:pPr>
        <w:spacing w:after="60"/>
      </w:pPr>
      <w:r>
        <w:rPr>
          <w:b/>
          <w:color w:val="015A41"/>
        </w:rPr>
        <w:t xml:space="preserve">42 CFR §491.12 - Emergency preparedness: </w:t>
      </w:r>
      <w:hyperlink r:id="rId11">
        <w:r>
          <w:rPr>
            <w:color w:val="4F81BD"/>
            <w:sz w:val="20"/>
            <w:u w:val="single"/>
          </w:rPr>
          <w:t>Official link</w:t>
        </w:r>
      </w:hyperlink>
      <w:r>
        <w:t xml:space="preserve"> - Controlling provider-specific FQHC/RHC emergency preparedness regulation.</w:t>
      </w:r>
    </w:p>
    <w:p w14:paraId="1AF2BFAF" w14:textId="77777777" w:rsidR="00D47296" w:rsidRDefault="008C31C1">
      <w:pPr>
        <w:spacing w:after="60"/>
      </w:pPr>
      <w:r>
        <w:rPr>
          <w:b/>
          <w:color w:val="015A41"/>
        </w:rPr>
        <w:t xml:space="preserve">42 CFR §491.6 - Physical plant and environment: </w:t>
      </w:r>
      <w:hyperlink r:id="rId12">
        <w:r>
          <w:rPr>
            <w:color w:val="4F81BD"/>
            <w:sz w:val="20"/>
            <w:u w:val="single"/>
          </w:rPr>
          <w:t>Official link</w:t>
        </w:r>
      </w:hyperlink>
      <w:r>
        <w:t xml:space="preserve"> - Access/safety and preventive maintenance.</w:t>
      </w:r>
    </w:p>
    <w:p w14:paraId="6DB06B06" w14:textId="77777777" w:rsidR="00D47296" w:rsidRDefault="008C31C1">
      <w:pPr>
        <w:spacing w:after="60"/>
      </w:pPr>
      <w:r>
        <w:rPr>
          <w:b/>
          <w:color w:val="015A41"/>
        </w:rPr>
        <w:t xml:space="preserve">42 CFR §491.10 - Patient health records: </w:t>
      </w:r>
      <w:hyperlink r:id="rId13">
        <w:r>
          <w:rPr>
            <w:color w:val="4F81BD"/>
            <w:sz w:val="20"/>
            <w:u w:val="single"/>
          </w:rPr>
          <w:t>Official link</w:t>
        </w:r>
      </w:hyperlink>
      <w:r>
        <w:t xml:space="preserve"> - Records system, confidentiality/safeguards, release and retention.</w:t>
      </w:r>
    </w:p>
    <w:p w14:paraId="2406B157" w14:textId="77777777" w:rsidR="00D47296" w:rsidRDefault="008C31C1">
      <w:pPr>
        <w:spacing w:after="60"/>
      </w:pPr>
      <w:r>
        <w:rPr>
          <w:b/>
          <w:color w:val="015A41"/>
        </w:rPr>
        <w:t xml:space="preserve">42 CFR §491.11 - Program evaluation: </w:t>
      </w:r>
      <w:hyperlink r:id="rId14">
        <w:r>
          <w:rPr>
            <w:color w:val="4F81BD"/>
            <w:sz w:val="20"/>
            <w:u w:val="single"/>
          </w:rPr>
          <w:t>Official link</w:t>
        </w:r>
      </w:hyperlink>
      <w:r>
        <w:t xml:space="preserve"> - Biennial total-program evaluation and corrective action.</w:t>
      </w:r>
    </w:p>
    <w:p w14:paraId="2FCE24E8" w14:textId="77777777" w:rsidR="00D47296" w:rsidRDefault="008C31C1">
      <w:pPr>
        <w:spacing w:after="60"/>
      </w:pPr>
      <w:r>
        <w:rPr>
          <w:b/>
          <w:color w:val="015A41"/>
        </w:rPr>
        <w:t xml:space="preserve">CMS Emergency Preparedness Health Care Provider Guidance: </w:t>
      </w:r>
      <w:hyperlink r:id="rId15">
        <w:r>
          <w:rPr>
            <w:color w:val="4F81BD"/>
            <w:sz w:val="20"/>
            <w:u w:val="single"/>
          </w:rPr>
          <w:t>Official link</w:t>
        </w:r>
      </w:hyperlink>
      <w:r>
        <w:t xml:space="preserve"> - CMS emergency preparedness guidance and Appendix Z resources.</w:t>
      </w:r>
    </w:p>
    <w:p w14:paraId="126AAB01" w14:textId="77777777" w:rsidR="00D47296" w:rsidRDefault="008C31C1">
      <w:pPr>
        <w:pStyle w:val="Heading2"/>
      </w:pPr>
      <w:r>
        <w:t>HRSA Health Center Program Sources - If Applicable</w:t>
      </w:r>
    </w:p>
    <w:p w14:paraId="212F0D39" w14:textId="77777777" w:rsidR="00D47296" w:rsidRDefault="008C31C1">
      <w:pPr>
        <w:spacing w:after="60"/>
      </w:pPr>
      <w:r>
        <w:rPr>
          <w:b/>
          <w:color w:val="015A41"/>
        </w:rPr>
        <w:t xml:space="preserve">HRSA Health Center Program Compliance Manual: </w:t>
      </w:r>
      <w:hyperlink r:id="rId16">
        <w:r>
          <w:rPr>
            <w:color w:val="4F81BD"/>
            <w:sz w:val="20"/>
            <w:u w:val="single"/>
          </w:rPr>
          <w:t>Official link</w:t>
        </w:r>
      </w:hyperlink>
      <w:r>
        <w:t xml:space="preserve"> - Principal Health Center Program compliance resource.</w:t>
      </w:r>
    </w:p>
    <w:p w14:paraId="251AFE9A" w14:textId="77777777" w:rsidR="00D47296" w:rsidRDefault="008C31C1">
      <w:pPr>
        <w:spacing w:after="60"/>
      </w:pPr>
      <w:r>
        <w:rPr>
          <w:b/>
          <w:color w:val="015A41"/>
        </w:rPr>
        <w:t xml:space="preserve">HRSA Compliance Manual Chapter 7 - Medical Emergencies During and After Hours: </w:t>
      </w:r>
      <w:hyperlink r:id="rId17">
        <w:r>
          <w:rPr>
            <w:color w:val="4F81BD"/>
            <w:sz w:val="20"/>
            <w:u w:val="single"/>
          </w:rPr>
          <w:t>Official link</w:t>
        </w:r>
      </w:hyperlink>
      <w:r>
        <w:t xml:space="preserve"> - During-hours response, BLS presence, after-hours coverage and call follow-up.</w:t>
      </w:r>
    </w:p>
    <w:p w14:paraId="17A62AF2" w14:textId="77777777" w:rsidR="00D47296" w:rsidRDefault="008C31C1">
      <w:pPr>
        <w:pStyle w:val="Heading2"/>
      </w:pPr>
      <w:r>
        <w:t>Maine Sources</w:t>
      </w:r>
    </w:p>
    <w:p w14:paraId="5CCA46F3" w14:textId="77777777" w:rsidR="00D47296" w:rsidRDefault="008C31C1">
      <w:pPr>
        <w:spacing w:after="60"/>
      </w:pPr>
      <w:r>
        <w:rPr>
          <w:b/>
          <w:color w:val="015A41"/>
        </w:rPr>
        <w:t xml:space="preserve">Maine DHHS/DLC Medical Facilities - FQHC: </w:t>
      </w:r>
      <w:hyperlink r:id="rId18">
        <w:r>
          <w:rPr>
            <w:color w:val="4F81BD"/>
            <w:sz w:val="20"/>
            <w:u w:val="single"/>
          </w:rPr>
          <w:t>Official link</w:t>
        </w:r>
      </w:hyperlink>
      <w:r>
        <w:t xml:space="preserve"> - Maine DLC provider guidance; complaint survey role for FQHCs.</w:t>
      </w:r>
    </w:p>
    <w:p w14:paraId="5710CB97" w14:textId="77777777" w:rsidR="00D47296" w:rsidRDefault="008C31C1">
      <w:pPr>
        <w:spacing w:after="60"/>
      </w:pPr>
      <w:r>
        <w:rPr>
          <w:b/>
          <w:color w:val="015A41"/>
        </w:rPr>
        <w:t xml:space="preserve">Maine Office of State Fire Marshal - State Adopted NFPA Standards: </w:t>
      </w:r>
      <w:hyperlink r:id="rId19">
        <w:r>
          <w:rPr>
            <w:color w:val="4F81BD"/>
            <w:sz w:val="20"/>
            <w:u w:val="single"/>
          </w:rPr>
          <w:t>Official link</w:t>
        </w:r>
      </w:hyperlink>
      <w:r>
        <w:t xml:space="preserve"> - Current State-adopted fire/life-safety code editions.</w:t>
      </w:r>
    </w:p>
    <w:p w14:paraId="3A5F4E9A" w14:textId="77777777" w:rsidR="00D47296" w:rsidRDefault="008C31C1">
      <w:pPr>
        <w:spacing w:after="60"/>
      </w:pPr>
      <w:r>
        <w:rPr>
          <w:b/>
          <w:color w:val="015A41"/>
        </w:rPr>
        <w:t xml:space="preserve">Maine Office of State Fire Marshal - Rules: </w:t>
      </w:r>
      <w:hyperlink r:id="rId20">
        <w:r>
          <w:rPr>
            <w:color w:val="4F81BD"/>
            <w:sz w:val="20"/>
            <w:u w:val="single"/>
          </w:rPr>
          <w:t>Official link</w:t>
        </w:r>
      </w:hyperlink>
      <w:r>
        <w:t xml:space="preserve"> - State Fire Marshal rules and incorporated standards.</w:t>
      </w:r>
    </w:p>
    <w:p w14:paraId="75572F40" w14:textId="77777777" w:rsidR="00D47296" w:rsidRDefault="008C31C1">
      <w:pPr>
        <w:spacing w:after="60"/>
      </w:pPr>
      <w:r>
        <w:rPr>
          <w:b/>
          <w:color w:val="015A41"/>
        </w:rPr>
        <w:t xml:space="preserve">Maine Office of State Fire Marshal - Construction: </w:t>
      </w:r>
      <w:hyperlink r:id="rId21">
        <w:r>
          <w:rPr>
            <w:color w:val="4F81BD"/>
            <w:sz w:val="20"/>
            <w:u w:val="single"/>
          </w:rPr>
          <w:t>Official link</w:t>
        </w:r>
      </w:hyperlink>
      <w:r>
        <w:t xml:space="preserve"> - Construction/renovation/change-of-use permit guidance.</w:t>
      </w:r>
    </w:p>
    <w:p w14:paraId="2CBCAB21" w14:textId="77777777" w:rsidR="00D47296" w:rsidRDefault="008C31C1">
      <w:pPr>
        <w:spacing w:after="60"/>
      </w:pPr>
      <w:r>
        <w:rPr>
          <w:b/>
          <w:color w:val="015A41"/>
        </w:rPr>
        <w:t xml:space="preserve">Maine Office of State Fire Marshal - Barrier-Free Permits: </w:t>
      </w:r>
      <w:hyperlink r:id="rId22">
        <w:r>
          <w:rPr>
            <w:color w:val="4F81BD"/>
            <w:sz w:val="20"/>
            <w:u w:val="single"/>
          </w:rPr>
          <w:t>Official link</w:t>
        </w:r>
      </w:hyperlink>
      <w:r>
        <w:t xml:space="preserve"> - Accessibility / barrier-free permit guidance.</w:t>
      </w:r>
    </w:p>
    <w:p w14:paraId="5CFDD4A6" w14:textId="77777777" w:rsidR="00D47296" w:rsidRDefault="008C31C1">
      <w:pPr>
        <w:spacing w:after="60"/>
      </w:pPr>
      <w:r>
        <w:rPr>
          <w:b/>
          <w:color w:val="015A41"/>
        </w:rPr>
        <w:t xml:space="preserve">Maine CDC - Control of Notifiable Diseases and Conditions Rule, 10-144 CMR Ch. 258: </w:t>
      </w:r>
      <w:hyperlink r:id="rId23">
        <w:r>
          <w:rPr>
            <w:color w:val="4F81BD"/>
            <w:sz w:val="20"/>
            <w:u w:val="single"/>
          </w:rPr>
          <w:t>Official link</w:t>
        </w:r>
      </w:hyperlink>
      <w:r>
        <w:t xml:space="preserve"> - Current Maine public-health reporting rulemaking page and adopted rule resources.</w:t>
      </w:r>
    </w:p>
    <w:p w14:paraId="10D3BEF9" w14:textId="77777777" w:rsidR="00D47296" w:rsidRDefault="008C31C1">
      <w:pPr>
        <w:pStyle w:val="Heading2"/>
      </w:pPr>
      <w:r>
        <w:t>Maine State-Adopted NFPA Edition Note</w:t>
      </w:r>
    </w:p>
    <w:p w14:paraId="265201B1" w14:textId="77777777" w:rsidR="00D47296" w:rsidRDefault="008C31C1">
      <w:pPr>
        <w:spacing w:after="80" w:line="240" w:lineRule="auto"/>
      </w:pPr>
      <w:r>
        <w:t>As verified on the Maine FMO website September 14, 2026, listed State-adopted editions include NFPA 1 (2018), NFPA 10 (2018), NFPA 13/13D/13R (2016), NFPA 25 (2014), NFPA 72 (2019), NFPA 80 (2019), NFPA 96 (2021), NFPA 99 (2021), NFPA 101 (2018), NFPA 110 (2022), and NFPA 241 (2019), among others. Apply only the standards relevant to the site, occupancy, construction and systems; verify current editions before use.</w:t>
      </w:r>
    </w:p>
    <w:p w14:paraId="3597841F" w14:textId="77777777" w:rsidR="004464E4" w:rsidRDefault="004464E4">
      <w:pPr>
        <w:pStyle w:val="Heading2"/>
      </w:pPr>
    </w:p>
    <w:p w14:paraId="3317B5B9" w14:textId="609B018E" w:rsidR="00D47296" w:rsidRDefault="008C31C1">
      <w:pPr>
        <w:pStyle w:val="Heading2"/>
      </w:pPr>
      <w:r>
        <w:t>Facility Review / Sign-Off</w:t>
      </w:r>
    </w:p>
    <w:tbl>
      <w:tblPr>
        <w:tblW w:w="0" w:type="auto"/>
        <w:jc w:val="center"/>
        <w:tblLayout w:type="fixed"/>
        <w:tblLook w:val="04A0" w:firstRow="1" w:lastRow="0" w:firstColumn="1" w:lastColumn="0" w:noHBand="0" w:noVBand="1"/>
      </w:tblPr>
      <w:tblGrid>
        <w:gridCol w:w="3600"/>
        <w:gridCol w:w="5184"/>
        <w:gridCol w:w="1728"/>
      </w:tblGrid>
      <w:tr w:rsidR="00D47296" w14:paraId="6A1BEB8E" w14:textId="77777777">
        <w:trPr>
          <w:tblHeader/>
          <w:jc w:val="center"/>
        </w:trPr>
        <w:tc>
          <w:tcPr>
            <w:tcW w:w="3600" w:type="dxa"/>
            <w:shd w:val="clear" w:color="auto" w:fill="015A41"/>
            <w:tcMar>
              <w:top w:w="70" w:type="dxa"/>
              <w:left w:w="70" w:type="dxa"/>
              <w:bottom w:w="70" w:type="dxa"/>
              <w:right w:w="70" w:type="dxa"/>
            </w:tcMar>
            <w:vAlign w:val="center"/>
          </w:tcPr>
          <w:p w14:paraId="2FA34C8E" w14:textId="77777777" w:rsidR="00D47296" w:rsidRDefault="008C31C1">
            <w:r>
              <w:rPr>
                <w:b/>
                <w:color w:val="FFFFFF"/>
                <w:sz w:val="18"/>
              </w:rPr>
              <w:t>Role</w:t>
            </w:r>
          </w:p>
        </w:tc>
        <w:tc>
          <w:tcPr>
            <w:tcW w:w="5184" w:type="dxa"/>
            <w:shd w:val="clear" w:color="auto" w:fill="015A41"/>
            <w:tcMar>
              <w:top w:w="70" w:type="dxa"/>
              <w:left w:w="70" w:type="dxa"/>
              <w:bottom w:w="70" w:type="dxa"/>
              <w:right w:w="70" w:type="dxa"/>
            </w:tcMar>
            <w:vAlign w:val="center"/>
          </w:tcPr>
          <w:p w14:paraId="26BCAEF7" w14:textId="77777777" w:rsidR="00D47296" w:rsidRDefault="008C31C1">
            <w:r>
              <w:rPr>
                <w:b/>
                <w:color w:val="FFFFFF"/>
                <w:sz w:val="18"/>
              </w:rPr>
              <w:t>Name / Signature</w:t>
            </w:r>
          </w:p>
        </w:tc>
        <w:tc>
          <w:tcPr>
            <w:tcW w:w="1728" w:type="dxa"/>
            <w:shd w:val="clear" w:color="auto" w:fill="015A41"/>
            <w:tcMar>
              <w:top w:w="70" w:type="dxa"/>
              <w:left w:w="70" w:type="dxa"/>
              <w:bottom w:w="70" w:type="dxa"/>
              <w:right w:w="70" w:type="dxa"/>
            </w:tcMar>
            <w:vAlign w:val="center"/>
          </w:tcPr>
          <w:p w14:paraId="2F91093B" w14:textId="77777777" w:rsidR="00D47296" w:rsidRDefault="008C31C1">
            <w:r>
              <w:rPr>
                <w:b/>
                <w:color w:val="FFFFFF"/>
                <w:sz w:val="18"/>
              </w:rPr>
              <w:t>Date</w:t>
            </w:r>
          </w:p>
        </w:tc>
      </w:tr>
      <w:tr w:rsidR="00D47296" w14:paraId="49263A14" w14:textId="77777777">
        <w:trPr>
          <w:jc w:val="center"/>
        </w:trPr>
        <w:tc>
          <w:tcPr>
            <w:tcW w:w="3600" w:type="dxa"/>
            <w:shd w:val="clear" w:color="auto" w:fill="E8F2EE"/>
            <w:tcMar>
              <w:top w:w="70" w:type="dxa"/>
              <w:left w:w="70" w:type="dxa"/>
              <w:bottom w:w="70" w:type="dxa"/>
              <w:right w:w="70" w:type="dxa"/>
            </w:tcMar>
            <w:vAlign w:val="center"/>
          </w:tcPr>
          <w:p w14:paraId="4C289F98" w14:textId="77777777" w:rsidR="00D47296" w:rsidRDefault="008C31C1">
            <w:r>
              <w:rPr>
                <w:sz w:val="18"/>
              </w:rPr>
              <w:t>Emergency Preparedness Lead</w:t>
            </w:r>
          </w:p>
        </w:tc>
        <w:tc>
          <w:tcPr>
            <w:tcW w:w="5184" w:type="dxa"/>
            <w:shd w:val="clear" w:color="auto" w:fill="E8F2EE"/>
            <w:tcMar>
              <w:top w:w="70" w:type="dxa"/>
              <w:left w:w="70" w:type="dxa"/>
              <w:bottom w:w="70" w:type="dxa"/>
              <w:right w:w="70" w:type="dxa"/>
            </w:tcMar>
            <w:vAlign w:val="center"/>
          </w:tcPr>
          <w:p w14:paraId="4D7F7178"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2D30EDF9" w14:textId="77777777" w:rsidR="00D47296" w:rsidRDefault="008C31C1">
            <w:r>
              <w:rPr>
                <w:i/>
                <w:color w:val="777777"/>
                <w:sz w:val="24"/>
              </w:rPr>
              <w:t>&lt;Date&gt;</w:t>
            </w:r>
          </w:p>
        </w:tc>
      </w:tr>
      <w:tr w:rsidR="00D47296" w14:paraId="3DDD595C" w14:textId="77777777">
        <w:trPr>
          <w:jc w:val="center"/>
        </w:trPr>
        <w:tc>
          <w:tcPr>
            <w:tcW w:w="3600" w:type="dxa"/>
            <w:tcMar>
              <w:top w:w="70" w:type="dxa"/>
              <w:left w:w="70" w:type="dxa"/>
              <w:bottom w:w="70" w:type="dxa"/>
              <w:right w:w="70" w:type="dxa"/>
            </w:tcMar>
            <w:vAlign w:val="center"/>
          </w:tcPr>
          <w:p w14:paraId="5A8EFC30" w14:textId="77777777" w:rsidR="00D47296" w:rsidRDefault="008C31C1">
            <w:r>
              <w:rPr>
                <w:sz w:val="18"/>
              </w:rPr>
              <w:t>Executive / Site Leader</w:t>
            </w:r>
          </w:p>
        </w:tc>
        <w:tc>
          <w:tcPr>
            <w:tcW w:w="5184" w:type="dxa"/>
            <w:tcMar>
              <w:top w:w="70" w:type="dxa"/>
              <w:left w:w="70" w:type="dxa"/>
              <w:bottom w:w="70" w:type="dxa"/>
              <w:right w:w="70" w:type="dxa"/>
            </w:tcMar>
            <w:vAlign w:val="center"/>
          </w:tcPr>
          <w:p w14:paraId="3A6D9EFF"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1A796326" w14:textId="77777777" w:rsidR="00D47296" w:rsidRDefault="008C31C1">
            <w:r>
              <w:rPr>
                <w:i/>
                <w:color w:val="777777"/>
                <w:sz w:val="24"/>
              </w:rPr>
              <w:t>&lt;Date&gt;</w:t>
            </w:r>
          </w:p>
        </w:tc>
      </w:tr>
      <w:tr w:rsidR="00D47296" w14:paraId="1CB28DD5" w14:textId="77777777">
        <w:trPr>
          <w:jc w:val="center"/>
        </w:trPr>
        <w:tc>
          <w:tcPr>
            <w:tcW w:w="3600" w:type="dxa"/>
            <w:shd w:val="clear" w:color="auto" w:fill="E8F2EE"/>
            <w:tcMar>
              <w:top w:w="70" w:type="dxa"/>
              <w:left w:w="70" w:type="dxa"/>
              <w:bottom w:w="70" w:type="dxa"/>
              <w:right w:w="70" w:type="dxa"/>
            </w:tcMar>
            <w:vAlign w:val="center"/>
          </w:tcPr>
          <w:p w14:paraId="6FB9ECDF" w14:textId="77777777" w:rsidR="00D47296" w:rsidRDefault="008C31C1">
            <w:r>
              <w:rPr>
                <w:sz w:val="18"/>
              </w:rPr>
              <w:t>Clinical / Medical Lead</w:t>
            </w:r>
          </w:p>
        </w:tc>
        <w:tc>
          <w:tcPr>
            <w:tcW w:w="5184" w:type="dxa"/>
            <w:shd w:val="clear" w:color="auto" w:fill="E8F2EE"/>
            <w:tcMar>
              <w:top w:w="70" w:type="dxa"/>
              <w:left w:w="70" w:type="dxa"/>
              <w:bottom w:w="70" w:type="dxa"/>
              <w:right w:w="70" w:type="dxa"/>
            </w:tcMar>
            <w:vAlign w:val="center"/>
          </w:tcPr>
          <w:p w14:paraId="4AC107AB"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6A50113F" w14:textId="77777777" w:rsidR="00D47296" w:rsidRDefault="008C31C1">
            <w:r>
              <w:rPr>
                <w:i/>
                <w:color w:val="777777"/>
                <w:sz w:val="24"/>
              </w:rPr>
              <w:t>&lt;Date&gt;</w:t>
            </w:r>
          </w:p>
        </w:tc>
      </w:tr>
      <w:tr w:rsidR="00D47296" w14:paraId="43CC1167" w14:textId="77777777">
        <w:trPr>
          <w:jc w:val="center"/>
        </w:trPr>
        <w:tc>
          <w:tcPr>
            <w:tcW w:w="3600" w:type="dxa"/>
            <w:tcMar>
              <w:top w:w="70" w:type="dxa"/>
              <w:left w:w="70" w:type="dxa"/>
              <w:bottom w:w="70" w:type="dxa"/>
              <w:right w:w="70" w:type="dxa"/>
            </w:tcMar>
            <w:vAlign w:val="center"/>
          </w:tcPr>
          <w:p w14:paraId="08F7E618" w14:textId="77777777" w:rsidR="00D47296" w:rsidRDefault="008C31C1">
            <w:r>
              <w:rPr>
                <w:sz w:val="18"/>
              </w:rPr>
              <w:t>Facilities / Safety Lead</w:t>
            </w:r>
          </w:p>
        </w:tc>
        <w:tc>
          <w:tcPr>
            <w:tcW w:w="5184" w:type="dxa"/>
            <w:tcMar>
              <w:top w:w="70" w:type="dxa"/>
              <w:left w:w="70" w:type="dxa"/>
              <w:bottom w:w="70" w:type="dxa"/>
              <w:right w:w="70" w:type="dxa"/>
            </w:tcMar>
            <w:vAlign w:val="center"/>
          </w:tcPr>
          <w:p w14:paraId="2942E5A9"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06714E0E" w14:textId="77777777" w:rsidR="00D47296" w:rsidRDefault="008C31C1">
            <w:r>
              <w:rPr>
                <w:i/>
                <w:color w:val="777777"/>
                <w:sz w:val="24"/>
              </w:rPr>
              <w:t>&lt;Date&gt;</w:t>
            </w:r>
          </w:p>
        </w:tc>
      </w:tr>
      <w:tr w:rsidR="00D47296" w14:paraId="4803CEC3" w14:textId="77777777">
        <w:trPr>
          <w:jc w:val="center"/>
        </w:trPr>
        <w:tc>
          <w:tcPr>
            <w:tcW w:w="3600" w:type="dxa"/>
            <w:shd w:val="clear" w:color="auto" w:fill="E8F2EE"/>
            <w:tcMar>
              <w:top w:w="70" w:type="dxa"/>
              <w:left w:w="70" w:type="dxa"/>
              <w:bottom w:w="70" w:type="dxa"/>
              <w:right w:w="70" w:type="dxa"/>
            </w:tcMar>
            <w:vAlign w:val="center"/>
          </w:tcPr>
          <w:p w14:paraId="06C47D9B" w14:textId="77777777" w:rsidR="00D47296" w:rsidRDefault="008C31C1">
            <w:r>
              <w:rPr>
                <w:sz w:val="18"/>
              </w:rPr>
              <w:t>IT / Security Lead</w:t>
            </w:r>
          </w:p>
        </w:tc>
        <w:tc>
          <w:tcPr>
            <w:tcW w:w="5184" w:type="dxa"/>
            <w:shd w:val="clear" w:color="auto" w:fill="E8F2EE"/>
            <w:tcMar>
              <w:top w:w="70" w:type="dxa"/>
              <w:left w:w="70" w:type="dxa"/>
              <w:bottom w:w="70" w:type="dxa"/>
              <w:right w:w="70" w:type="dxa"/>
            </w:tcMar>
            <w:vAlign w:val="center"/>
          </w:tcPr>
          <w:p w14:paraId="3B1346FA" w14:textId="77777777" w:rsidR="00D47296" w:rsidRDefault="008C31C1">
            <w:r>
              <w:rPr>
                <w:i/>
                <w:color w:val="777777"/>
                <w:sz w:val="24"/>
              </w:rPr>
              <w:t>&lt;Insert&gt;</w:t>
            </w:r>
          </w:p>
        </w:tc>
        <w:tc>
          <w:tcPr>
            <w:tcW w:w="1728" w:type="dxa"/>
            <w:shd w:val="clear" w:color="auto" w:fill="E8F2EE"/>
            <w:tcMar>
              <w:top w:w="70" w:type="dxa"/>
              <w:left w:w="70" w:type="dxa"/>
              <w:bottom w:w="70" w:type="dxa"/>
              <w:right w:w="70" w:type="dxa"/>
            </w:tcMar>
            <w:vAlign w:val="center"/>
          </w:tcPr>
          <w:p w14:paraId="6D96A9FA" w14:textId="77777777" w:rsidR="00D47296" w:rsidRDefault="008C31C1">
            <w:r>
              <w:rPr>
                <w:i/>
                <w:color w:val="777777"/>
                <w:sz w:val="24"/>
              </w:rPr>
              <w:t>&lt;Date&gt;</w:t>
            </w:r>
          </w:p>
        </w:tc>
      </w:tr>
      <w:tr w:rsidR="00D47296" w14:paraId="7E2511B0" w14:textId="77777777">
        <w:trPr>
          <w:jc w:val="center"/>
        </w:trPr>
        <w:tc>
          <w:tcPr>
            <w:tcW w:w="3600" w:type="dxa"/>
            <w:tcMar>
              <w:top w:w="70" w:type="dxa"/>
              <w:left w:w="70" w:type="dxa"/>
              <w:bottom w:w="70" w:type="dxa"/>
              <w:right w:w="70" w:type="dxa"/>
            </w:tcMar>
            <w:vAlign w:val="center"/>
          </w:tcPr>
          <w:p w14:paraId="551FDAE4" w14:textId="77777777" w:rsidR="00D47296" w:rsidRDefault="008C31C1">
            <w:r>
              <w:rPr>
                <w:sz w:val="18"/>
              </w:rPr>
              <w:t>Other reviewer</w:t>
            </w:r>
          </w:p>
        </w:tc>
        <w:tc>
          <w:tcPr>
            <w:tcW w:w="5184" w:type="dxa"/>
            <w:tcMar>
              <w:top w:w="70" w:type="dxa"/>
              <w:left w:w="70" w:type="dxa"/>
              <w:bottom w:w="70" w:type="dxa"/>
              <w:right w:w="70" w:type="dxa"/>
            </w:tcMar>
            <w:vAlign w:val="center"/>
          </w:tcPr>
          <w:p w14:paraId="421D44AE" w14:textId="77777777" w:rsidR="00D47296" w:rsidRDefault="008C31C1">
            <w:r>
              <w:rPr>
                <w:i/>
                <w:color w:val="777777"/>
                <w:sz w:val="24"/>
              </w:rPr>
              <w:t>&lt;Insert&gt;</w:t>
            </w:r>
          </w:p>
        </w:tc>
        <w:tc>
          <w:tcPr>
            <w:tcW w:w="1728" w:type="dxa"/>
            <w:tcMar>
              <w:top w:w="70" w:type="dxa"/>
              <w:left w:w="70" w:type="dxa"/>
              <w:bottom w:w="70" w:type="dxa"/>
              <w:right w:w="70" w:type="dxa"/>
            </w:tcMar>
            <w:vAlign w:val="center"/>
          </w:tcPr>
          <w:p w14:paraId="77E0979B" w14:textId="77777777" w:rsidR="00D47296" w:rsidRDefault="008C31C1">
            <w:r>
              <w:rPr>
                <w:i/>
                <w:color w:val="777777"/>
                <w:sz w:val="24"/>
              </w:rPr>
              <w:t>&lt;Date&gt;</w:t>
            </w:r>
          </w:p>
        </w:tc>
      </w:tr>
    </w:tbl>
    <w:p w14:paraId="6F247ADB" w14:textId="77777777" w:rsidR="00D47296" w:rsidRDefault="00D47296">
      <w:pPr>
        <w:spacing w:after="0"/>
      </w:pPr>
    </w:p>
    <w:sectPr w:rsidR="00D47296" w:rsidSect="001F566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E0C25" w14:textId="77777777" w:rsidR="008C31C1" w:rsidRDefault="008C31C1">
      <w:pPr>
        <w:spacing w:after="0" w:line="240" w:lineRule="auto"/>
      </w:pPr>
      <w:r>
        <w:separator/>
      </w:r>
    </w:p>
  </w:endnote>
  <w:endnote w:type="continuationSeparator" w:id="0">
    <w:p w14:paraId="40A8BBFD" w14:textId="77777777" w:rsidR="008C31C1" w:rsidRDefault="008C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DCA5" w14:textId="77777777" w:rsidR="00686453" w:rsidRDefault="00D95FB4">
    <w:pPr>
      <w:pStyle w:val="Footer"/>
      <w:jc w:val="center"/>
    </w:pPr>
    <w:r>
      <w:rPr>
        <w:color w:val="6E6E6E"/>
        <w:sz w:val="16"/>
      </w:rPr>
      <w:t xml:space="preserve">Healthcare Coalition of Maine | www.mainehccs.org | Planning Resource | Page </w:t>
    </w:r>
    <w:r>
      <w:fldChar w:fldCharType="begin"/>
    </w:r>
    <w:r>
      <w:instrText xml:space="preserve"> PAGE </w:instrText>
    </w:r>
    <w:r w:rsidR="004464E4">
      <w:fldChar w:fldCharType="separate"/>
    </w:r>
    <w:r w:rsidR="004464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52B4" w14:textId="77777777" w:rsidR="008C31C1" w:rsidRDefault="008C31C1">
      <w:pPr>
        <w:spacing w:after="0" w:line="240" w:lineRule="auto"/>
      </w:pPr>
      <w:r>
        <w:separator/>
      </w:r>
    </w:p>
  </w:footnote>
  <w:footnote w:type="continuationSeparator" w:id="0">
    <w:p w14:paraId="72D7B342" w14:textId="77777777" w:rsidR="008C31C1" w:rsidRDefault="008C3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05D8" w14:textId="77777777" w:rsidR="00686453" w:rsidRDefault="00D95FB4">
    <w:pPr>
      <w:pStyle w:val="Header"/>
      <w:pBdr>
        <w:bottom w:val="single" w:sz="8" w:space="5" w:color="E63B07"/>
      </w:pBdr>
      <w:jc w:val="right"/>
    </w:pPr>
    <w:r>
      <w:rPr>
        <w:b/>
        <w:color w:val="015A41"/>
        <w:sz w:val="17"/>
      </w:rPr>
      <w:t>HEALTHCARE COALITION OF MAINE | FQHC EMERGENCY OPERATIONS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462A6"/>
    <w:multiLevelType w:val="hybridMultilevel"/>
    <w:tmpl w:val="9C32B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656238">
    <w:abstractNumId w:val="8"/>
  </w:num>
  <w:num w:numId="2" w16cid:durableId="1422801678">
    <w:abstractNumId w:val="6"/>
  </w:num>
  <w:num w:numId="3" w16cid:durableId="936404801">
    <w:abstractNumId w:val="5"/>
  </w:num>
  <w:num w:numId="4" w16cid:durableId="133724356">
    <w:abstractNumId w:val="4"/>
  </w:num>
  <w:num w:numId="5" w16cid:durableId="356662359">
    <w:abstractNumId w:val="7"/>
  </w:num>
  <w:num w:numId="6" w16cid:durableId="488256935">
    <w:abstractNumId w:val="3"/>
  </w:num>
  <w:num w:numId="7" w16cid:durableId="493297314">
    <w:abstractNumId w:val="2"/>
  </w:num>
  <w:num w:numId="8" w16cid:durableId="846292166">
    <w:abstractNumId w:val="1"/>
  </w:num>
  <w:num w:numId="9" w16cid:durableId="456724243">
    <w:abstractNumId w:val="0"/>
  </w:num>
  <w:num w:numId="10" w16cid:durableId="1302614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387"/>
    <w:rsid w:val="0006063C"/>
    <w:rsid w:val="00084563"/>
    <w:rsid w:val="000F48E9"/>
    <w:rsid w:val="00113CA1"/>
    <w:rsid w:val="00113D35"/>
    <w:rsid w:val="001202DF"/>
    <w:rsid w:val="0015074B"/>
    <w:rsid w:val="001816A2"/>
    <w:rsid w:val="001F5665"/>
    <w:rsid w:val="00234277"/>
    <w:rsid w:val="00252A87"/>
    <w:rsid w:val="00270E79"/>
    <w:rsid w:val="0027128F"/>
    <w:rsid w:val="0029639D"/>
    <w:rsid w:val="002B4050"/>
    <w:rsid w:val="002D40B2"/>
    <w:rsid w:val="00314CF3"/>
    <w:rsid w:val="00325671"/>
    <w:rsid w:val="00326F90"/>
    <w:rsid w:val="00341C05"/>
    <w:rsid w:val="003476F2"/>
    <w:rsid w:val="003839FC"/>
    <w:rsid w:val="003A168E"/>
    <w:rsid w:val="003F0D1D"/>
    <w:rsid w:val="00402176"/>
    <w:rsid w:val="00440F53"/>
    <w:rsid w:val="004464E4"/>
    <w:rsid w:val="0047339E"/>
    <w:rsid w:val="0049336D"/>
    <w:rsid w:val="004D24AD"/>
    <w:rsid w:val="004E1E86"/>
    <w:rsid w:val="004F16A7"/>
    <w:rsid w:val="004F6192"/>
    <w:rsid w:val="005C075C"/>
    <w:rsid w:val="005C079D"/>
    <w:rsid w:val="00622846"/>
    <w:rsid w:val="00672CDA"/>
    <w:rsid w:val="00673D88"/>
    <w:rsid w:val="00686453"/>
    <w:rsid w:val="006941DE"/>
    <w:rsid w:val="006D5E96"/>
    <w:rsid w:val="00700CB0"/>
    <w:rsid w:val="00731B5D"/>
    <w:rsid w:val="007D0A88"/>
    <w:rsid w:val="00833D86"/>
    <w:rsid w:val="008473EE"/>
    <w:rsid w:val="008A3E03"/>
    <w:rsid w:val="008A4511"/>
    <w:rsid w:val="008C1E78"/>
    <w:rsid w:val="008C31C1"/>
    <w:rsid w:val="008F1543"/>
    <w:rsid w:val="009353EC"/>
    <w:rsid w:val="00952376"/>
    <w:rsid w:val="00963B6E"/>
    <w:rsid w:val="00983806"/>
    <w:rsid w:val="009928D9"/>
    <w:rsid w:val="009B64EF"/>
    <w:rsid w:val="009D6E39"/>
    <w:rsid w:val="00A064CA"/>
    <w:rsid w:val="00A15B42"/>
    <w:rsid w:val="00AA1D8D"/>
    <w:rsid w:val="00AA6F69"/>
    <w:rsid w:val="00AF13A6"/>
    <w:rsid w:val="00B2069D"/>
    <w:rsid w:val="00B41411"/>
    <w:rsid w:val="00B47730"/>
    <w:rsid w:val="00B52623"/>
    <w:rsid w:val="00B5653B"/>
    <w:rsid w:val="00B84EFF"/>
    <w:rsid w:val="00BD552C"/>
    <w:rsid w:val="00BD7C8E"/>
    <w:rsid w:val="00BE74C6"/>
    <w:rsid w:val="00C35A7F"/>
    <w:rsid w:val="00C45323"/>
    <w:rsid w:val="00CA6F80"/>
    <w:rsid w:val="00CB0664"/>
    <w:rsid w:val="00CB2780"/>
    <w:rsid w:val="00D10BFA"/>
    <w:rsid w:val="00D21AD6"/>
    <w:rsid w:val="00D24C58"/>
    <w:rsid w:val="00D47296"/>
    <w:rsid w:val="00D94903"/>
    <w:rsid w:val="00D955D8"/>
    <w:rsid w:val="00D95FB4"/>
    <w:rsid w:val="00DA5D73"/>
    <w:rsid w:val="00DA7E90"/>
    <w:rsid w:val="00E15DFA"/>
    <w:rsid w:val="00E2379E"/>
    <w:rsid w:val="00E316F2"/>
    <w:rsid w:val="00E7199B"/>
    <w:rsid w:val="00E80FEA"/>
    <w:rsid w:val="00EE37E3"/>
    <w:rsid w:val="00F01931"/>
    <w:rsid w:val="00F1060E"/>
    <w:rsid w:val="00F27E71"/>
    <w:rsid w:val="00F53BF2"/>
    <w:rsid w:val="00F754B3"/>
    <w:rsid w:val="00FB58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EE4006"/>
  <w14:defaultImageDpi w14:val="300"/>
  <w15:docId w15:val="{B7EC0135-47AC-42E2-A4CB-DA926331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3A6"/>
    <w:rPr>
      <w:rFonts w:ascii="Arial" w:eastAsia="Arial" w:hAnsi="Arial"/>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15A41"/>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15A4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63B0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15A41"/>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13CA1"/>
    <w:rPr>
      <w:color w:val="0000FF" w:themeColor="hyperlink"/>
      <w:u w:val="single"/>
    </w:rPr>
  </w:style>
  <w:style w:type="character" w:styleId="UnresolvedMention">
    <w:name w:val="Unresolved Mention"/>
    <w:basedOn w:val="DefaultParagraphFont"/>
    <w:uiPriority w:val="99"/>
    <w:semiHidden/>
    <w:unhideWhenUsed/>
    <w:rsid w:val="00113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cfr.gov/current/title-42/chapter-IV/subchapter-G/part-491/subpart-A/section-491.10" TargetMode="External"/><Relationship Id="rId18" Type="http://schemas.openxmlformats.org/officeDocument/2006/relationships/hyperlink" Target="https://www.maine.gov/dhhs/dlc/licensing-certification/medical-facilities" TargetMode="External"/><Relationship Id="rId3" Type="http://schemas.openxmlformats.org/officeDocument/2006/relationships/styles" Target="styles.xml"/><Relationship Id="rId21" Type="http://schemas.openxmlformats.org/officeDocument/2006/relationships/hyperlink" Target="https://www.maine.gov/dps/fmo/inspections-plans-review/construction" TargetMode="External"/><Relationship Id="rId7" Type="http://schemas.openxmlformats.org/officeDocument/2006/relationships/endnotes" Target="endnotes.xml"/><Relationship Id="rId12" Type="http://schemas.openxmlformats.org/officeDocument/2006/relationships/hyperlink" Target="https://www.ecfr.gov/current/title-42/chapter-IV/subchapter-G/part-491/subpart-A/section-491.6" TargetMode="External"/><Relationship Id="rId17" Type="http://schemas.openxmlformats.org/officeDocument/2006/relationships/hyperlink" Target="https://bphc.hrsa.gov/compliance/compliance-manual/chapter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phc.hrsa.gov/compliance/compliance-manual" TargetMode="External"/><Relationship Id="rId20" Type="http://schemas.openxmlformats.org/officeDocument/2006/relationships/hyperlink" Target="https://www.maine.gov/dps/fmo/laws-rules-policy/ru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42/chapter-IV/subchapter-G/part-491/subpart-A/section-491.1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ms.gov/medicare/health-safety-standards/quality-safety-oversight-emergency-preparedness/health-care-provider-guidance" TargetMode="External"/><Relationship Id="rId23" Type="http://schemas.openxmlformats.org/officeDocument/2006/relationships/hyperlink" Target="https://www.maine.gov/dhhs/about/rulemaking/control-notifiable-diseases-and-conditions-rule-10-144-cmr-ch-258-2025-06-04" TargetMode="External"/><Relationship Id="rId10" Type="http://schemas.openxmlformats.org/officeDocument/2006/relationships/footer" Target="footer1.xml"/><Relationship Id="rId19" Type="http://schemas.openxmlformats.org/officeDocument/2006/relationships/hyperlink" Target="https://www.maine.gov/dps/fmo/laws-rules-policy/nfpa-standard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cfr.gov/current/title-42/chapter-IV/subchapter-G/part-491/subpart-A/section-491.11" TargetMode="External"/><Relationship Id="rId22" Type="http://schemas.openxmlformats.org/officeDocument/2006/relationships/hyperlink" Target="https://www.maine.gov/dps/fmo/inspections-plans-review/construction/barrier-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12820</Words>
  <Characters>73075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85724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Federally Qualified Health Center Emergency Operations Plan Template</dc:title>
  <dc:subject>FQHC Emergency Operations Plan planning resource</dc:subject>
  <dc:creator>Healthcare Coalition of Maine</dc:creator>
  <cp:keywords>HCC-ME, Maine, LTC, SNF, EOP, emergency preparedness, CMS Appendix Z, 42 CFR 483.73, Chapter 110</cp:keywords>
  <dc:description>Planning resource; verify current controlling sources before compliance use.</dc:description>
  <cp:lastModifiedBy>Dieterich, Hannah</cp:lastModifiedBy>
  <cp:revision>2</cp:revision>
  <dcterms:created xsi:type="dcterms:W3CDTF">2026-09-14T16:30:00Z</dcterms:created>
  <dcterms:modified xsi:type="dcterms:W3CDTF">2026-09-14T16:30:00Z</dcterms:modified>
  <cp:category/>
</cp:coreProperties>
</file>